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最后两题答案 · 2023-2024学年</w:t>
      </w:r>
    </w:p>
    <w:p>
      <w:pPr>
        <w:spacing w:before="0" w:after="160"/>
        <w:jc w:val="center"/>
      </w:pPr>
      <w:r>
        <w:rPr>
          <w:rFonts w:ascii="仿宋" w:hAnsi="仿宋" w:eastAsia="仿宋"/>
          <w:b w:val="0"/>
          <w:sz w:val="21"/>
        </w:rPr>
        <w:t>共 58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月考</w:t>
      </w:r>
    </w:p>
    <w:p>
      <w:pPr>
        <w:pStyle w:val="Heading2"/>
      </w:pPr>
      <w:r>
        <w:t>东城区汇文中学</w:t>
      </w:r>
    </w:p>
    <w:p>
      <w:pPr>
        <w:spacing w:line="360" w:lineRule="auto"/>
        <w:jc w:val="left"/>
        <w:textAlignment w:val="center"/>
        <w:rPr>
          <w:color w:val="000000"/>
        </w:rPr>
      </w:pPr>
      <w:r>
        <w:rPr>
          <w:color w:val="000000"/>
        </w:rPr>
        <w:t xml:space="preserve">20. </w:t>
      </w:r>
      <w:r>
        <w:rPr>
          <w:rFonts w:ascii="宋体" w:hAnsi="宋体" w:eastAsia="宋体" w:cs="宋体"/>
          <w:color w:val="000000"/>
        </w:rPr>
        <w:t>如图，点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在数轴上表示的数分别为－</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是数轴上一动点，其表示的数为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76500" cy="371475"/>
            <wp:effectExtent l="0" t="0" r="0" b="9525"/>
            <wp:docPr id="3535"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6" name="图片 100007"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2476500" cy="3714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两点的距离相等，点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到点</w:t>
      </w:r>
      <w:r>
        <w:rPr>
          <w:rFonts w:ascii="Times New Roman" w:hAnsi="Times New Roman" w:eastAsia="Times New Roman" w:cs="Times New Roman"/>
          <w:i/>
          <w:color w:val="000000"/>
        </w:rPr>
        <w:t>B</w:t>
      </w:r>
      <w:r>
        <w:rPr>
          <w:rFonts w:ascii="宋体" w:hAnsi="宋体" w:eastAsia="宋体" w:cs="宋体"/>
          <w:color w:val="000000"/>
        </w:rPr>
        <w:t>的距离是点</w:t>
      </w:r>
      <w:r>
        <w:rPr>
          <w:rFonts w:ascii="Times New Roman" w:hAnsi="Times New Roman" w:eastAsia="Times New Roman" w:cs="Times New Roman"/>
          <w:i/>
          <w:color w:val="000000"/>
        </w:rPr>
        <w:t>C</w:t>
      </w:r>
      <w:r>
        <w:rPr>
          <w:rFonts w:ascii="宋体" w:hAnsi="宋体" w:eastAsia="宋体" w:cs="宋体"/>
          <w:color w:val="000000"/>
        </w:rPr>
        <w:t>到点</w:t>
      </w:r>
      <w:r>
        <w:rPr>
          <w:rFonts w:ascii="Times New Roman" w:hAnsi="Times New Roman" w:eastAsia="Times New Roman" w:cs="Times New Roman"/>
          <w:i/>
          <w:color w:val="000000"/>
        </w:rPr>
        <w:t>A</w:t>
      </w:r>
      <w:r>
        <w:rPr>
          <w:rFonts w:ascii="宋体" w:hAnsi="宋体" w:eastAsia="宋体" w:cs="宋体"/>
          <w:color w:val="000000"/>
        </w:rPr>
        <w:t>距离的</w:t>
      </w:r>
      <w:r>
        <w:rPr>
          <w:rFonts w:ascii="Times New Roman" w:hAnsi="Times New Roman" w:eastAsia="Times New Roman" w:cs="Times New Roman"/>
          <w:color w:val="000000"/>
        </w:rPr>
        <w:t>3</w:t>
      </w:r>
      <w:r>
        <w:rPr>
          <w:rFonts w:ascii="宋体" w:hAnsi="宋体" w:eastAsia="宋体" w:cs="宋体"/>
          <w:color w:val="000000"/>
        </w:rPr>
        <w:t>倍，则点</w:t>
      </w:r>
      <w:r>
        <w:rPr>
          <w:rFonts w:ascii="Times New Roman" w:hAnsi="Times New Roman" w:eastAsia="Times New Roman" w:cs="Times New Roman"/>
          <w:i/>
          <w:color w:val="000000"/>
        </w:rPr>
        <w:t>C</w:t>
      </w:r>
      <w:r>
        <w:rPr>
          <w:rFonts w:ascii="宋体" w:hAnsi="宋体" w:eastAsia="宋体" w:cs="宋体"/>
          <w:color w:val="000000"/>
        </w:rPr>
        <w:t>对应的数是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数轴上是否存在点</w:t>
      </w:r>
      <w:r>
        <w:rPr>
          <w:rFonts w:ascii="Times New Roman" w:hAnsi="Times New Roman" w:eastAsia="Times New Roman" w:cs="Times New Roman"/>
          <w:i/>
          <w:color w:val="000000"/>
        </w:rPr>
        <w:t>C</w:t>
      </w:r>
      <w:r>
        <w:rPr>
          <w:rFonts w:ascii="宋体" w:hAnsi="宋体" w:eastAsia="宋体" w:cs="宋体"/>
          <w:color w:val="000000"/>
        </w:rPr>
        <w:t>，使得点</w:t>
      </w:r>
      <w:r>
        <w:rPr>
          <w:rFonts w:ascii="Times New Roman" w:hAnsi="Times New Roman" w:eastAsia="Times New Roman" w:cs="Times New Roman"/>
          <w:i/>
          <w:color w:val="000000"/>
        </w:rPr>
        <w:t>C</w:t>
      </w:r>
      <w:r>
        <w:rPr>
          <w:rFonts w:ascii="宋体" w:hAnsi="宋体" w:eastAsia="宋体" w:cs="宋体"/>
          <w:color w:val="000000"/>
        </w:rPr>
        <w:t>在数轴上，且到点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距离之和为</w:t>
      </w:r>
      <w:r>
        <w:rPr>
          <w:rFonts w:ascii="Times New Roman" w:hAnsi="Times New Roman" w:eastAsia="Times New Roman" w:cs="Times New Roman"/>
          <w:color w:val="000000"/>
        </w:rPr>
        <w:t>25</w:t>
      </w:r>
      <w:r>
        <w:rPr>
          <w:rFonts w:ascii="宋体" w:hAnsi="宋体" w:eastAsia="宋体" w:cs="宋体"/>
          <w:color w:val="000000"/>
        </w:rPr>
        <w:t>？若存在，直接写出</w:t>
      </w:r>
      <w:r>
        <w:rPr>
          <w:rFonts w:ascii="Times New Roman" w:hAnsi="Times New Roman" w:eastAsia="Times New Roman" w:cs="Times New Roman"/>
          <w:i/>
          <w:color w:val="000000"/>
        </w:rPr>
        <w:t>x</w:t>
      </w:r>
      <w:r>
        <w:rPr>
          <w:rFonts w:ascii="宋体" w:hAnsi="宋体" w:eastAsia="宋体" w:cs="宋体"/>
          <w:color w:val="000000"/>
        </w:rPr>
        <w:t>的值，若不存在，说明理由．</w:t>
      </w:r>
    </w:p>
    <w:p>
      <w:pPr>
        <w:spacing w:line="360" w:lineRule="auto"/>
        <w:textAlignment w:val="center"/>
        <w:rPr>
          <w:color w:val="000000"/>
        </w:rPr>
      </w:pPr>
      <w:r>
        <w:rPr>
          <w:color w:val="2E75B6"/>
        </w:rPr>
        <w:t>【答案】</w:t>
      </w:r>
      <w:r>
        <w:rPr>
          <w:color w:val="000000"/>
        </w:rPr>
        <w:t>（1）</w:t>
      </w:r>
      <w:r>
        <w:pict>
          <v:shape id="_x0000_i714764"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0" o:title="eqId61128ab996360a038e6e64d82fcba00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4765"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11" o:title="eqId93307add97e37b551052fc98385eac23"/>
            <o:lock v:ext="edit" aspectratio="t"/>
            <w10:wrap type="none"/>
            <w10:anchorlock/>
          </v:shape>
        </w:pict>
      </w:r>
      <w:r>
        <w:rPr>
          <w:rFonts w:ascii="宋体" w:hAnsi="宋体" w:eastAsia="宋体" w:cs="宋体"/>
          <w:color w:val="000000"/>
        </w:rPr>
        <w:t>或</w:t>
      </w:r>
      <w:r>
        <w:pict>
          <v:shape id="_x0000_i71476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2" o:title="eqId274a9dc37509f01c2606fb3086a46f4f"/>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存在点</w:t>
      </w:r>
      <w:r>
        <w:rPr>
          <w:rFonts w:ascii="Times New Roman" w:hAnsi="Times New Roman" w:eastAsia="Times New Roman" w:cs="Times New Roman"/>
          <w:i/>
          <w:color w:val="000000"/>
        </w:rPr>
        <w:t>C</w:t>
      </w:r>
      <w:r>
        <w:rPr>
          <w:rFonts w:ascii="宋体" w:hAnsi="宋体" w:eastAsia="宋体" w:cs="宋体"/>
          <w:color w:val="000000"/>
        </w:rPr>
        <w:t>，使得点</w:t>
      </w:r>
      <w:r>
        <w:rPr>
          <w:rFonts w:ascii="Times New Roman" w:hAnsi="Times New Roman" w:eastAsia="Times New Roman" w:cs="Times New Roman"/>
          <w:i/>
          <w:color w:val="000000"/>
        </w:rPr>
        <w:t>C</w:t>
      </w:r>
      <w:r>
        <w:rPr>
          <w:rFonts w:ascii="宋体" w:hAnsi="宋体" w:eastAsia="宋体" w:cs="宋体"/>
          <w:color w:val="000000"/>
        </w:rPr>
        <w:t>在数轴上，且到点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距离之和为</w:t>
      </w:r>
      <w:r>
        <w:rPr>
          <w:rFonts w:ascii="Times New Roman" w:hAnsi="Times New Roman" w:eastAsia="Times New Roman" w:cs="Times New Roman"/>
          <w:color w:val="000000"/>
        </w:rPr>
        <w:t>25，</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对应的数是</w:t>
      </w:r>
      <w:r>
        <w:pict>
          <v:shape id="_x0000_i714767" o:spt="75" alt="学科网(www.zxxk.com)--教育资源门户，提供试卷、教案、课件、论文、素材以及各类教学资源下载，还有大量而丰富的教学相关资讯！" type="#_x0000_t75" style="height:30.75pt;width:24.75pt;" o:ole="t" filled="f" o:preferrelative="t" stroked="f" coordsize="21600,21600">
            <v:path/>
            <v:fill on="f" focussize="0,0"/>
            <v:stroke on="f" joinstyle="miter"/>
            <v:imagedata r:id="rId13" o:title="eqIde080607118db5c479266a69ab6127532"/>
            <o:lock v:ext="edit" aspectratio="t"/>
            <w10:wrap type="none"/>
            <w10:anchorlock/>
          </v:shape>
        </w:pict>
      </w:r>
      <w:r>
        <w:rPr>
          <w:rFonts w:ascii="宋体" w:hAnsi="宋体" w:eastAsia="宋体" w:cs="宋体"/>
          <w:color w:val="000000"/>
        </w:rPr>
        <w:t>或</w:t>
      </w:r>
      <w:r>
        <w:pict>
          <v:shape id="_x0000_i714768"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14" o:title="eqIdec1debdab68605fb5f68cc28aa6c5268"/>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pict>
          <v:shape id="_x0000_i714769" o:spt="75" alt="学科网(www.zxxk.com)--教育资源门户，提供试卷、教案、课件、论文、素材以及各类教学资源下载，还有大量而丰富的教学相关资讯！" type="#_x0000_t75" style="height:14.55pt;width:48.45pt;" o:ole="t" filled="f" o:preferrelative="t" stroked="f" coordsize="21600,21600">
            <v:path/>
            <v:fill on="f" focussize="0,0"/>
            <v:stroke on="f" joinstyle="miter"/>
            <v:imagedata r:id="rId15" o:title="eqId4b10134e7a46e6f6f7cb9d5e2371727d"/>
            <o:lock v:ext="edit" aspectratio="t"/>
            <w10:wrap type="none"/>
            <w10:anchorlock/>
          </v:shape>
        </w:pict>
      </w:r>
      <w:r>
        <w:rPr>
          <w:rFonts w:ascii="宋体" w:hAnsi="宋体" w:eastAsia="宋体" w:cs="宋体"/>
          <w:color w:val="000000"/>
        </w:rPr>
        <w:t>列出方程，解方程即可；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pict>
          <v:shape id="_x0000_i714770" o:spt="75" alt="学科网(www.zxxk.com)--教育资源门户，提供试卷、教案、课件、论文、素材以及各类教学资源下载，还有大量而丰富的教学相关资讯！" type="#_x0000_t75" style="height:13.8pt;width:55.2pt;" o:ole="t" filled="f" o:preferrelative="t" stroked="f" coordsize="21600,21600">
            <v:path/>
            <v:fill on="f" focussize="0,0"/>
            <v:stroke on="f" joinstyle="miter"/>
            <v:imagedata r:id="rId16" o:title="eqId3128a88bb559e5166b54e7250bb5c083"/>
            <o:lock v:ext="edit" aspectratio="t"/>
            <w10:wrap type="none"/>
            <w10:anchorlock/>
          </v:shape>
        </w:pict>
      </w:r>
      <w:r>
        <w:rPr>
          <w:rFonts w:ascii="宋体" w:hAnsi="宋体" w:eastAsia="宋体" w:cs="宋体"/>
          <w:color w:val="000000"/>
        </w:rPr>
        <w:t>列出方程，解方程即可；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w:t>
      </w:r>
      <w:r>
        <w:pict>
          <v:shape id="_x0000_i714771" o:spt="75" alt="学科网(www.zxxk.com)--教育资源门户，提供试卷、教案、课件、论文、素材以及各类教学资源下载，还有大量而丰富的教学相关资讯！" type="#_x0000_t75" style="height:13.85pt;width:72pt;" o:ole="t" filled="f" o:preferrelative="t" stroked="f" coordsize="21600,21600">
            <v:path/>
            <v:fill on="f" focussize="0,0"/>
            <v:stroke on="f" joinstyle="miter"/>
            <v:imagedata r:id="rId17" o:title="eqId74e823dcc536fd6933f5e2aefd34bd76"/>
            <o:lock v:ext="edit" aspectratio="t"/>
            <w10:wrap type="none"/>
            <w10:anchorlock/>
          </v:shape>
        </w:pict>
      </w:r>
      <w:r>
        <w:rPr>
          <w:rFonts w:ascii="宋体" w:hAnsi="宋体" w:eastAsia="宋体" w:cs="宋体"/>
          <w:color w:val="000000"/>
        </w:rPr>
        <w:t>列出方程即可求解．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在数轴上表示的数分别为－</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是数轴上一动点，其表示的数为</w:t>
      </w:r>
      <w:r>
        <w:rPr>
          <w:rFonts w:ascii="Times New Roman" w:hAnsi="Times New Roman" w:eastAsia="Times New Roman" w:cs="Times New Roman"/>
          <w:i/>
          <w:color w:val="000000"/>
        </w:rPr>
        <w:t>x</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点的距离</w:t>
      </w:r>
      <w:r>
        <w:pict>
          <v:shape id="_x0000_i714772" o:spt="75" alt="学科网(www.zxxk.com)--教育资源门户，提供试卷、教案、课件、论文、素材以及各类教学资源下载，还有大量而丰富的教学相关资讯！" type="#_x0000_t75" style="height:19.15pt;width:101.85pt;" o:ole="t" filled="f" o:preferrelative="t" stroked="f" coordsize="21600,21600">
            <v:path/>
            <v:fill on="f" focussize="0,0"/>
            <v:stroke on="f" joinstyle="miter"/>
            <v:imagedata r:id="rId18" o:title="eqId175130de9019e15f68855cee47631dbe"/>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到</w:t>
      </w:r>
      <w:r>
        <w:rPr>
          <w:rFonts w:ascii="Times New Roman" w:hAnsi="Times New Roman" w:eastAsia="Times New Roman" w:cs="Times New Roman"/>
          <w:i/>
          <w:color w:val="000000"/>
        </w:rPr>
        <w:t>B</w:t>
      </w:r>
      <w:r>
        <w:rPr>
          <w:rFonts w:ascii="宋体" w:hAnsi="宋体" w:eastAsia="宋体" w:cs="宋体"/>
          <w:color w:val="000000"/>
        </w:rPr>
        <w:t>两点的距离</w:t>
      </w:r>
      <w:r>
        <w:pict>
          <v:shape id="_x0000_i714773" o:spt="75" alt="学科网(www.zxxk.com)--教育资源门户，提供试卷、教案、课件、论文、素材以及各类教学资源下载，还有大量而丰富的教学相关资讯！" type="#_x0000_t75" style="height:19.5pt;width:58.5pt;" o:ole="t" filled="f" o:preferrelative="t" stroked="f" coordsize="21600,21600">
            <v:path/>
            <v:fill on="f" focussize="0,0"/>
            <v:stroke on="f" joinstyle="miter"/>
            <v:imagedata r:id="rId19" o:title="eqIdcc2cd605f4e1d8a9d26608bb87e938f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两点的距离相等，</w:t>
      </w:r>
    </w:p>
    <w:p>
      <w:pPr>
        <w:spacing w:line="360" w:lineRule="auto"/>
        <w:jc w:val="left"/>
        <w:textAlignment w:val="center"/>
        <w:rPr>
          <w:color w:val="000000"/>
        </w:rPr>
      </w:pPr>
      <w:r>
        <w:rPr>
          <w:rFonts w:ascii="宋体" w:hAnsi="宋体" w:eastAsia="宋体" w:cs="宋体"/>
          <w:color w:val="000000"/>
        </w:rPr>
        <w:t>∴</w:t>
      </w:r>
      <w:r>
        <w:pict>
          <v:shape id="_x0000_i714774" o:spt="75" alt="学科网(www.zxxk.com)--教育资源门户，提供试卷、教案、课件、论文、素材以及各类教学资源下载，还有大量而丰富的教学相关资讯！" type="#_x0000_t75" style="height:16.85pt;width:66.65pt;" o:ole="t" filled="f" o:preferrelative="t" stroked="f" coordsize="21600,21600">
            <v:path/>
            <v:fill on="f" focussize="0,0"/>
            <v:stroke on="f" joinstyle="miter"/>
            <v:imagedata r:id="rId20" o:title="eqIdf17a848322bd5febfb7c0302fc3fc85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4775"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 o:title="eqId707ea658f3a9359f5740d5aab48f79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表示的数是</w:t>
      </w:r>
      <w:r>
        <w:pict>
          <v:shape id="_x0000_i71477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2" o:title="eqId61128ab996360a038e6e64d82fcba004"/>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pict>
          <v:shape id="_x0000_i714777"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3" o:title="eqId61128ab996360a038e6e64d82fcba0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3537" name="图片 98621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8" name="图片 986217049"/>
                    <pic:cNvPicPr>
                      <a:picLocks noChangeAspect="1"/>
                    </pic:cNvPicPr>
                  </pic:nvPicPr>
                  <pic:blipFill>
                    <a:blip r:embed="rId24"/>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到点</w:t>
      </w:r>
      <w:r>
        <w:rPr>
          <w:rFonts w:ascii="Times New Roman" w:hAnsi="Times New Roman" w:eastAsia="Times New Roman" w:cs="Times New Roman"/>
          <w:i/>
          <w:color w:val="000000"/>
        </w:rPr>
        <w:t>B</w:t>
      </w:r>
      <w:r>
        <w:rPr>
          <w:rFonts w:ascii="宋体" w:hAnsi="宋体" w:eastAsia="宋体" w:cs="宋体"/>
          <w:color w:val="000000"/>
        </w:rPr>
        <w:t>的距离是点</w:t>
      </w:r>
      <w:r>
        <w:rPr>
          <w:rFonts w:ascii="Times New Roman" w:hAnsi="Times New Roman" w:eastAsia="Times New Roman" w:cs="Times New Roman"/>
          <w:i/>
          <w:color w:val="000000"/>
        </w:rPr>
        <w:t>C</w:t>
      </w:r>
      <w:r>
        <w:rPr>
          <w:rFonts w:ascii="宋体" w:hAnsi="宋体" w:eastAsia="宋体" w:cs="宋体"/>
          <w:color w:val="000000"/>
        </w:rPr>
        <w:t>到点</w:t>
      </w:r>
      <w:r>
        <w:rPr>
          <w:rFonts w:ascii="Times New Roman" w:hAnsi="Times New Roman" w:eastAsia="Times New Roman" w:cs="Times New Roman"/>
          <w:i/>
          <w:color w:val="000000"/>
        </w:rPr>
        <w:t>A</w:t>
      </w:r>
      <w:r>
        <w:rPr>
          <w:rFonts w:ascii="宋体" w:hAnsi="宋体" w:eastAsia="宋体" w:cs="宋体"/>
          <w:color w:val="000000"/>
        </w:rPr>
        <w:t>距离的</w:t>
      </w:r>
      <w:r>
        <w:rPr>
          <w:rFonts w:ascii="Times New Roman" w:hAnsi="Times New Roman" w:eastAsia="Times New Roman" w:cs="Times New Roman"/>
          <w:color w:val="000000"/>
        </w:rPr>
        <w:t>3</w:t>
      </w:r>
      <w:r>
        <w:rPr>
          <w:rFonts w:ascii="宋体" w:hAnsi="宋体" w:eastAsia="宋体" w:cs="宋体"/>
          <w:color w:val="000000"/>
        </w:rPr>
        <w:t>倍，</w:t>
      </w:r>
    </w:p>
    <w:p>
      <w:pPr>
        <w:spacing w:line="360" w:lineRule="auto"/>
        <w:jc w:val="left"/>
        <w:textAlignment w:val="center"/>
        <w:rPr>
          <w:color w:val="000000"/>
        </w:rPr>
      </w:pPr>
      <w:r>
        <w:rPr>
          <w:rFonts w:ascii="宋体" w:hAnsi="宋体" w:eastAsia="宋体" w:cs="宋体"/>
          <w:color w:val="000000"/>
        </w:rPr>
        <w:t>∴</w:t>
      </w:r>
      <w:r>
        <w:pict>
          <v:shape id="_x0000_i714778" o:spt="75" alt="学科网(www.zxxk.com)--教育资源门户，提供试卷、教案、课件、论文、素材以及各类教学资源下载，还有大量而丰富的教学相关资讯！" type="#_x0000_t75" style="height:13.8pt;width:55.2pt;" o:ole="t" filled="f" o:preferrelative="t" stroked="f" coordsize="21600,21600">
            <v:path/>
            <v:fill on="f" focussize="0,0"/>
            <v:stroke on="f" joinstyle="miter"/>
            <v:imagedata r:id="rId25" o:title="eqId3128a88bb559e5166b54e7250bb5c0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4779" o:spt="75" alt="学科网(www.zxxk.com)--教育资源门户，提供试卷、教案、课件、论文、素材以及各类教学资源下载，还有大量而丰富的教学相关资讯！" type="#_x0000_t75" style="height:16.85pt;width:72pt;" o:ole="t" filled="f" o:preferrelative="t" stroked="f" coordsize="21600,21600">
            <v:path/>
            <v:fill on="f" focussize="0,0"/>
            <v:stroke on="f" joinstyle="miter"/>
            <v:imagedata r:id="rId26" o:title="eqId3b3c8d9dc484a0ac53706d476a542d8e"/>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4780" o:spt="75" alt="学科网(www.zxxk.com)--教育资源门户，提供试卷、教案、课件、论文、素材以及各类教学资源下载，还有大量而丰富的教学相关资讯！" type="#_x0000_t75" style="height:16.85pt;width:72.75pt;" o:ole="t" filled="f" o:preferrelative="t" stroked="f" coordsize="21600,21600">
            <v:path/>
            <v:fill on="f" focussize="0,0"/>
            <v:stroke on="f" joinstyle="miter"/>
            <v:imagedata r:id="rId27" o:title="eqId68056df95276621b5d94916357d9c2e9"/>
            <o:lock v:ext="edit" aspectratio="t"/>
            <w10:wrap type="none"/>
            <w10:anchorlock/>
          </v:shape>
        </w:pict>
      </w:r>
      <w:r>
        <w:rPr>
          <w:rFonts w:ascii="宋体" w:hAnsi="宋体" w:eastAsia="宋体" w:cs="宋体"/>
          <w:color w:val="000000"/>
        </w:rPr>
        <w:t>或</w:t>
      </w:r>
      <w:r>
        <w:pict>
          <v:shape id="_x0000_i714781" o:spt="75" alt="学科网(www.zxxk.com)--教育资源门户，提供试卷、教案、课件、论文、素材以及各类教学资源下载，还有大量而丰富的教学相关资讯！" type="#_x0000_t75" style="height:16.85pt;width:78.9pt;" o:ole="t" filled="f" o:preferrelative="t" stroked="f" coordsize="21600,21600">
            <v:path/>
            <v:fill on="f" focussize="0,0"/>
            <v:stroke on="f" joinstyle="miter"/>
            <v:imagedata r:id="rId28" o:title="eqId1930ad14f262079e7d2367206575dca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478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9" o:title="eqIddec7f4f83044a7417904b907c8e965a9"/>
            <o:lock v:ext="edit" aspectratio="t"/>
            <w10:wrap type="none"/>
            <w10:anchorlock/>
          </v:shape>
        </w:pict>
      </w:r>
      <w:r>
        <w:rPr>
          <w:rFonts w:ascii="宋体" w:hAnsi="宋体" w:eastAsia="宋体" w:cs="宋体"/>
          <w:color w:val="000000"/>
        </w:rPr>
        <w:t>或</w:t>
      </w:r>
      <w:r>
        <w:pict>
          <v:shape id="_x0000_i71478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0" o:title="eqId639c3d2ff5ee566fcc1b69c65712a6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即点</w:t>
      </w:r>
      <w:r>
        <w:rPr>
          <w:rFonts w:ascii="Times New Roman" w:hAnsi="Times New Roman" w:eastAsia="Times New Roman" w:cs="Times New Roman"/>
          <w:i/>
          <w:color w:val="000000"/>
        </w:rPr>
        <w:t>C</w:t>
      </w:r>
      <w:r>
        <w:rPr>
          <w:rFonts w:ascii="宋体" w:hAnsi="宋体" w:eastAsia="宋体" w:cs="宋体"/>
          <w:color w:val="000000"/>
        </w:rPr>
        <w:t>对应的数是</w:t>
      </w:r>
      <w:r>
        <w:pict>
          <v:shape id="_x0000_i714784"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31" o:title="eqId93307add97e37b551052fc98385eac23"/>
            <o:lock v:ext="edit" aspectratio="t"/>
            <w10:wrap type="none"/>
            <w10:anchorlock/>
          </v:shape>
        </w:pict>
      </w:r>
      <w:r>
        <w:rPr>
          <w:rFonts w:ascii="宋体" w:hAnsi="宋体" w:eastAsia="宋体" w:cs="宋体"/>
          <w:color w:val="000000"/>
        </w:rPr>
        <w:t>或</w:t>
      </w:r>
      <w:r>
        <w:pict>
          <v:shape id="_x0000_i71478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2"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4786"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33" o:title="eqId93307add97e37b551052fc98385eac23"/>
            <o:lock v:ext="edit" aspectratio="t"/>
            <w10:wrap type="none"/>
            <w10:anchorlock/>
          </v:shape>
        </w:pict>
      </w:r>
      <w:r>
        <w:rPr>
          <w:rFonts w:ascii="宋体" w:hAnsi="宋体" w:eastAsia="宋体" w:cs="宋体"/>
          <w:color w:val="000000"/>
        </w:rPr>
        <w:t>或</w:t>
      </w:r>
      <w:r>
        <w:pict>
          <v:shape id="_x0000_i71478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4"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在数轴上，且到点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距离之和为</w:t>
      </w:r>
      <w:r>
        <w:rPr>
          <w:rFonts w:ascii="Times New Roman" w:hAnsi="Times New Roman" w:eastAsia="Times New Roman" w:cs="Times New Roman"/>
          <w:color w:val="000000"/>
        </w:rPr>
        <w:t>25，</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4788" o:spt="75" alt="学科网(www.zxxk.com)--教育资源门户，提供试卷、教案、课件、论文、素材以及各类教学资源下载，还有大量而丰富的教学相关资讯！" type="#_x0000_t75" style="height:16.85pt;width:87.3pt;" o:ole="t" filled="f" o:preferrelative="t" stroked="f" coordsize="21600,21600">
            <v:path/>
            <v:fill on="f" focussize="0,0"/>
            <v:stroke on="f" joinstyle="miter"/>
            <v:imagedata r:id="rId35" o:title="eqId868374eb6831047d8c0ebfb4b52a6c2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当</w:t>
      </w:r>
      <w:r>
        <w:pict>
          <v:shape id="_x0000_i714789" o:spt="75" alt="学科网(www.zxxk.com)--教育资源门户，提供试卷、教案、课件、论文、素材以及各类教学资源下载，还有大量而丰富的教学相关资讯！" type="#_x0000_t75" style="height:14.4pt;width:33.6pt;" o:ole="t" filled="f" o:preferrelative="t" stroked="f" coordsize="21600,21600">
            <v:path/>
            <v:fill on="f" focussize="0,0"/>
            <v:stroke on="f" joinstyle="miter"/>
            <v:imagedata r:id="rId36" o:title="eqIda7f3fbf3d1a9dc34ca087553710fe838"/>
            <o:lock v:ext="edit" aspectratio="t"/>
            <w10:wrap type="none"/>
            <w10:anchorlock/>
          </v:shape>
        </w:pict>
      </w:r>
      <w:r>
        <w:rPr>
          <w:rFonts w:ascii="宋体" w:hAnsi="宋体" w:eastAsia="宋体" w:cs="宋体"/>
          <w:color w:val="000000"/>
        </w:rPr>
        <w:t>时，原方程去绝对值为：</w:t>
      </w:r>
      <w:r>
        <w:pict>
          <v:shape id="_x0000_i714790" o:spt="75" alt="学科网(www.zxxk.com)--教育资源门户，提供试卷、教案、课件、论文、素材以及各类教学资源下载，还有大量而丰富的教学相关资讯！" type="#_x0000_t75" style="height:13pt;width:78.9pt;" o:ole="t" filled="f" o:preferrelative="t" stroked="f" coordsize="21600,21600">
            <v:path/>
            <v:fill on="f" focussize="0,0"/>
            <v:stroke on="f" joinstyle="miter"/>
            <v:imagedata r:id="rId37" o:title="eqId8e3bae9f4b34c1557e1713f43c882517"/>
            <o:lock v:ext="edit" aspectratio="t"/>
            <w10:wrap type="none"/>
            <w10:anchorlock/>
          </v:shape>
        </w:pict>
      </w:r>
      <w:r>
        <w:rPr>
          <w:rFonts w:ascii="宋体" w:hAnsi="宋体" w:eastAsia="宋体" w:cs="宋体"/>
          <w:color w:val="000000"/>
        </w:rPr>
        <w:t>，解得</w:t>
      </w:r>
      <w:r>
        <w:pict>
          <v:shape id="_x0000_i714791" o:spt="75" alt="学科网(www.zxxk.com)--教育资源门户，提供试卷、教案、课件、论文、素材以及各类教学资源下载，还有大量而丰富的教学相关资讯！" type="#_x0000_t75" style="height:31.15pt;width:43pt;" o:ole="t" filled="f" o:preferrelative="t" stroked="f" coordsize="21600,21600">
            <v:path/>
            <v:fill on="f" focussize="0,0"/>
            <v:stroke on="f" joinstyle="miter"/>
            <v:imagedata r:id="rId38" o:title="eqId1dab3adca54aba670e0b0ebec0e20a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4792" o:spt="75" alt="学科网(www.zxxk.com)--教育资源门户，提供试卷、教案、课件、论文、素材以及各类教学资源下载，还有大量而丰富的教学相关资讯！" type="#_x0000_t75" style="height:13pt;width:49.8pt;" o:ole="t" filled="f" o:preferrelative="t" stroked="f" coordsize="21600,21600">
            <v:path/>
            <v:fill on="f" focussize="0,0"/>
            <v:stroke on="f" joinstyle="miter"/>
            <v:imagedata r:id="rId39" o:title="eqId042803e4360c532c2265e29fa0e6fe25"/>
            <o:lock v:ext="edit" aspectratio="t"/>
            <w10:wrap type="none"/>
            <w10:anchorlock/>
          </v:shape>
        </w:pict>
      </w:r>
      <w:r>
        <w:rPr>
          <w:rFonts w:ascii="宋体" w:hAnsi="宋体" w:eastAsia="宋体" w:cs="宋体"/>
          <w:color w:val="000000"/>
        </w:rPr>
        <w:t>时，原方程去绝对值为：</w:t>
      </w:r>
      <w:r>
        <w:pict>
          <v:shape id="_x0000_i714793" o:spt="75" alt="学科网(www.zxxk.com)--教育资源门户，提供试卷、教案、课件、论文、素材以及各类教学资源下载，还有大量而丰富的教学相关资讯！" type="#_x0000_t75" style="height:13pt;width:79.65pt;" o:ole="t" filled="f" o:preferrelative="t" stroked="f" coordsize="21600,21600">
            <v:path/>
            <v:fill on="f" focussize="0,0"/>
            <v:stroke on="f" joinstyle="miter"/>
            <v:imagedata r:id="rId40" o:title="eqId1809cd02227a83ef3202842bddd5da0f"/>
            <o:lock v:ext="edit" aspectratio="t"/>
            <w10:wrap type="none"/>
            <w10:anchorlock/>
          </v:shape>
        </w:pict>
      </w:r>
      <w:r>
        <w:rPr>
          <w:rFonts w:ascii="宋体" w:hAnsi="宋体" w:eastAsia="宋体" w:cs="宋体"/>
          <w:color w:val="000000"/>
        </w:rPr>
        <w:t>，方程无解；</w:t>
      </w:r>
    </w:p>
    <w:p>
      <w:pPr>
        <w:spacing w:line="360" w:lineRule="auto"/>
        <w:jc w:val="left"/>
        <w:textAlignment w:val="center"/>
        <w:rPr>
          <w:color w:val="000000"/>
        </w:rPr>
      </w:pPr>
      <w:r>
        <w:rPr>
          <w:rFonts w:ascii="宋体" w:hAnsi="宋体" w:eastAsia="宋体" w:cs="宋体"/>
          <w:color w:val="000000"/>
        </w:rPr>
        <w:t>当</w:t>
      </w:r>
      <w:r>
        <w:pict>
          <v:shape id="_x0000_i714794"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41" o:title="eqId0f52ba69b086b1ed2eed1dc8b64ce1c2"/>
            <o:lock v:ext="edit" aspectratio="t"/>
            <w10:wrap type="none"/>
            <w10:anchorlock/>
          </v:shape>
        </w:pict>
      </w:r>
      <w:r>
        <w:rPr>
          <w:rFonts w:ascii="宋体" w:hAnsi="宋体" w:eastAsia="宋体" w:cs="宋体"/>
          <w:color w:val="000000"/>
        </w:rPr>
        <w:t>时，原方程去绝对值为：</w:t>
      </w:r>
      <w:r>
        <w:pict>
          <v:shape id="_x0000_i714795" o:spt="75" alt="学科网(www.zxxk.com)--教育资源门户，提供试卷、教案、课件、论文、素材以及各类教学资源下载，还有大量而丰富的教学相关资讯！" type="#_x0000_t75" style="height:13pt;width:79.65pt;" o:ole="t" filled="f" o:preferrelative="t" stroked="f" coordsize="21600,21600">
            <v:path/>
            <v:fill on="f" focussize="0,0"/>
            <v:stroke on="f" joinstyle="miter"/>
            <v:imagedata r:id="rId42" o:title="eqId9680ebe39eed13edfe3a1f148a15cc0c"/>
            <o:lock v:ext="edit" aspectratio="t"/>
            <w10:wrap type="none"/>
            <w10:anchorlock/>
          </v:shape>
        </w:pict>
      </w:r>
      <w:r>
        <w:rPr>
          <w:rFonts w:ascii="宋体" w:hAnsi="宋体" w:eastAsia="宋体" w:cs="宋体"/>
          <w:color w:val="000000"/>
        </w:rPr>
        <w:t>，解得</w:t>
      </w:r>
      <w:r>
        <w:pict>
          <v:shape id="_x0000_i714796" o:spt="75" alt="学科网(www.zxxk.com)--教育资源门户，提供试卷、教案、课件、论文、素材以及各类教学资源下载，还有大量而丰富的教学相关资讯！" type="#_x0000_t75" style="height:31pt;width:36pt;" o:ole="t" filled="f" o:preferrelative="t" stroked="f" coordsize="21600,21600">
            <v:path/>
            <v:fill on="f" focussize="0,0"/>
            <v:stroke on="f" joinstyle="miter"/>
            <v:imagedata r:id="rId43" o:title="eqId8f9573635d7d608affacd7ff8c4e22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∴存在点</w:t>
      </w:r>
      <w:r>
        <w:rPr>
          <w:rFonts w:ascii="Times New Roman" w:hAnsi="Times New Roman" w:eastAsia="Times New Roman" w:cs="Times New Roman"/>
          <w:i/>
          <w:color w:val="000000"/>
        </w:rPr>
        <w:t>C</w:t>
      </w:r>
      <w:r>
        <w:rPr>
          <w:rFonts w:ascii="宋体" w:hAnsi="宋体" w:eastAsia="宋体" w:cs="宋体"/>
          <w:color w:val="000000"/>
        </w:rPr>
        <w:t>，使得点</w:t>
      </w:r>
      <w:r>
        <w:rPr>
          <w:rFonts w:ascii="Times New Roman" w:hAnsi="Times New Roman" w:eastAsia="Times New Roman" w:cs="Times New Roman"/>
          <w:i/>
          <w:color w:val="000000"/>
        </w:rPr>
        <w:t>C</w:t>
      </w:r>
      <w:r>
        <w:rPr>
          <w:rFonts w:ascii="宋体" w:hAnsi="宋体" w:eastAsia="宋体" w:cs="宋体"/>
          <w:color w:val="000000"/>
        </w:rPr>
        <w:t>在数轴上，且到点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距离之和为</w:t>
      </w:r>
      <w:r>
        <w:rPr>
          <w:rFonts w:ascii="Times New Roman" w:hAnsi="Times New Roman" w:eastAsia="Times New Roman" w:cs="Times New Roman"/>
          <w:color w:val="000000"/>
        </w:rPr>
        <w:t>25，</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对应的数是</w:t>
      </w:r>
      <w:r>
        <w:pict>
          <v:shape id="_x0000_i714797" o:spt="75" alt="学科网(www.zxxk.com)--教育资源门户，提供试卷、教案、课件、论文、素材以及各类教学资源下载，还有大量而丰富的教学相关资讯！" type="#_x0000_t75" style="height:30.75pt;width:24.75pt;" o:ole="t" filled="f" o:preferrelative="t" stroked="f" coordsize="21600,21600">
            <v:path/>
            <v:fill on="f" focussize="0,0"/>
            <v:stroke on="f" joinstyle="miter"/>
            <v:imagedata r:id="rId44" o:title="eqIde080607118db5c479266a69ab6127532"/>
            <o:lock v:ext="edit" aspectratio="t"/>
            <w10:wrap type="none"/>
            <w10:anchorlock/>
          </v:shape>
        </w:pict>
      </w:r>
      <w:r>
        <w:rPr>
          <w:rFonts w:ascii="宋体" w:hAnsi="宋体" w:eastAsia="宋体" w:cs="宋体"/>
          <w:color w:val="000000"/>
        </w:rPr>
        <w:t>或</w:t>
      </w:r>
      <w:r>
        <w:pict>
          <v:shape id="_x0000_i714798"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45" o:title="eqIdec1debdab68605fb5f68cc28aa6c526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考查了数轴、一元一次方程的应用，解题关键是要读懂题目的意思，根据题目给出的条件，找出合适的等量关系列出方程，再求解．</w:t>
      </w:r>
    </w:p>
    <w:p>
      <w:pPr>
        <w:spacing w:line="360" w:lineRule="auto"/>
        <w:jc w:val="left"/>
        <w:textAlignment w:val="center"/>
        <w:rPr>
          <w:color w:val="000000"/>
        </w:rPr>
      </w:pPr>
      <w:r>
        <w:rPr>
          <w:color w:val="000000"/>
        </w:rPr>
        <w:t xml:space="preserve">21. </w:t>
      </w:r>
      <w:r>
        <w:rPr>
          <w:rFonts w:ascii="宋体" w:hAnsi="宋体" w:eastAsia="宋体" w:cs="宋体"/>
          <w:color w:val="000000"/>
        </w:rPr>
        <w:t>我们知道，点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在数轴上分别表示有理数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两点之间的距离</w:t>
      </w:r>
      <w:r>
        <w:pict>
          <v:shape id="_x0000_i714799"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46" o:title="eqId2afd4acb164aad6d5a73989f5412730b"/>
            <o:lock v:ext="edit" aspectratio="t"/>
            <w10:wrap type="none"/>
            <w10:anchorlock/>
          </v:shape>
        </w:pict>
      </w:r>
      <w:r>
        <w:rPr>
          <w:rFonts w:ascii="宋体" w:hAnsi="宋体" w:eastAsia="宋体" w:cs="宋体"/>
          <w:color w:val="000000"/>
        </w:rPr>
        <w:t>，所以</w:t>
      </w:r>
      <w:r>
        <w:pict>
          <v:shape id="_x0000_i714800"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47" o:title="eqIdec2b0af17241d77dc875ce0ad97ef7a9"/>
            <o:lock v:ext="edit" aspectratio="t"/>
            <w10:wrap type="none"/>
            <w10:anchorlock/>
          </v:shape>
        </w:pict>
      </w:r>
      <w:r>
        <w:rPr>
          <w:rFonts w:ascii="宋体" w:hAnsi="宋体" w:eastAsia="宋体" w:cs="宋体"/>
          <w:color w:val="000000"/>
        </w:rPr>
        <w:t>的几何意义是数轴上表示有理数</w:t>
      </w:r>
      <w:r>
        <w:rPr>
          <w:rFonts w:ascii="Times New Roman" w:hAnsi="Times New Roman" w:eastAsia="Times New Roman" w:cs="Times New Roman"/>
          <w:color w:val="000000"/>
        </w:rPr>
        <w:t>3</w:t>
      </w:r>
      <w:r>
        <w:rPr>
          <w:rFonts w:ascii="宋体" w:hAnsi="宋体" w:eastAsia="宋体" w:cs="宋体"/>
          <w:color w:val="000000"/>
        </w:rPr>
        <w:t>的点与表示有理数</w:t>
      </w:r>
      <w:r>
        <w:rPr>
          <w:rFonts w:ascii="Times New Roman" w:hAnsi="Times New Roman" w:eastAsia="Times New Roman" w:cs="Times New Roman"/>
          <w:i/>
          <w:color w:val="000000"/>
        </w:rPr>
        <w:t>x</w:t>
      </w:r>
      <w:r>
        <w:rPr>
          <w:rFonts w:ascii="宋体" w:hAnsi="宋体" w:eastAsia="宋体" w:cs="宋体"/>
          <w:color w:val="000000"/>
        </w:rPr>
        <w:t>的点之间的距离．根据上述材料，请借助数轴解答下列问题：</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4801" o:spt="75" alt="学科网(www.zxxk.com)--教育资源门户，提供试卷、教案、课件、论文、素材以及各类教学资源下载，还有大量而丰富的教学相关资讯！" type="#_x0000_t75" style="height:20.05pt;width:47.15pt;" o:ole="t" filled="f" o:preferrelative="t" stroked="f" coordsize="21600,21600">
            <v:path/>
            <v:fill on="f" focussize="0,0"/>
            <v:stroke on="f" joinstyle="miter"/>
            <v:imagedata r:id="rId48" o:title="eqIdb4784ce39d25d5b2a2c9f3713e4abbd5"/>
            <o:lock v:ext="edit" aspectratio="t"/>
            <w10:wrap type="none"/>
            <w10:anchorlock/>
          </v:shape>
        </w:pict>
      </w:r>
      <w:r>
        <w:rPr>
          <w:rFonts w:ascii="宋体" w:hAnsi="宋体" w:eastAsia="宋体" w:cs="宋体"/>
          <w:color w:val="000000"/>
        </w:rPr>
        <w:t>，则</w:t>
      </w:r>
      <w:r>
        <w:pict>
          <v:shape id="_x0000_i714802"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49" o:title="eqId4ec0618ae3a4fde6d6220010af229b9a"/>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4803" o:spt="75" alt="学科网(www.zxxk.com)--教育资源门户，提供试卷、教案、课件、论文、素材以及各类教学资源下载，还有大量而丰富的教学相关资讯！" type="#_x0000_t75" style="height:19.8pt;width:67.8pt;" o:ole="t" filled="f" o:preferrelative="t" stroked="f" coordsize="21600,21600">
            <v:path/>
            <v:fill on="f" focussize="0,0"/>
            <v:stroke on="f" joinstyle="miter"/>
            <v:imagedata r:id="rId50" o:title="eqId2618951c13be8537cf6e36ad2ae0a203"/>
            <o:lock v:ext="edit" aspectratio="t"/>
            <w10:wrap type="none"/>
            <w10:anchorlock/>
          </v:shape>
        </w:pict>
      </w:r>
      <w:r>
        <w:rPr>
          <w:rFonts w:ascii="宋体" w:hAnsi="宋体" w:eastAsia="宋体" w:cs="宋体"/>
          <w:color w:val="000000"/>
        </w:rPr>
        <w:t>，则</w:t>
      </w:r>
      <w:r>
        <w:pict>
          <v:shape id="_x0000_i714804"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51" o:title="eqId4ec0618ae3a4fde6d6220010af229b9a"/>
            <o:lock v:ext="edit" aspectratio="t"/>
            <w10:wrap type="none"/>
            <w10:anchorlock/>
          </v:shape>
        </w:pict>
      </w:r>
      <w:r>
        <w:rPr>
          <w:rFonts w:ascii="Times New Roman" w:hAnsi="Times New Roman" w:eastAsia="Times New Roman" w:cs="Times New Roman"/>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4805"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52" o:title="eqId639c3d2ff5ee566fcc1b69c65712a661"/>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8</w: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pict>
          <v:shape id="_x0000_i714806"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53" o:title="eqId9b384412acba251d87902ab928902f16"/>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）画出数轴，根据数轴上两点之间的距离公式知与点</w:t>
      </w:r>
      <w:r>
        <w:rPr>
          <w:rFonts w:ascii="Times New Roman" w:hAnsi="Times New Roman" w:eastAsia="Times New Roman" w:cs="Times New Roman"/>
          <w:color w:val="000000"/>
        </w:rPr>
        <w:t>3</w:t>
      </w:r>
      <w:r>
        <w:rPr>
          <w:rFonts w:ascii="宋体" w:hAnsi="宋体" w:eastAsia="宋体" w:cs="宋体"/>
          <w:color w:val="000000"/>
        </w:rPr>
        <w:t>距离是</w:t>
      </w:r>
      <w:r>
        <w:rPr>
          <w:rFonts w:ascii="Times New Roman" w:hAnsi="Times New Roman" w:eastAsia="Times New Roman" w:cs="Times New Roman"/>
          <w:color w:val="000000"/>
        </w:rPr>
        <w:t>5</w:t>
      </w:r>
      <w:r>
        <w:rPr>
          <w:rFonts w:ascii="宋体" w:hAnsi="宋体" w:eastAsia="宋体" w:cs="宋体"/>
          <w:color w:val="000000"/>
        </w:rPr>
        <w:t>的点有两个，左右各一个，据此解答即可；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）根据绝对值的意义可知</w:t>
      </w:r>
      <w:r>
        <w:pict>
          <v:shape id="_x0000_i714807"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54" o:title="eqIdec2b0af17241d77dc875ce0ad97ef7a9"/>
            <o:lock v:ext="edit" aspectratio="t"/>
            <w10:wrap type="none"/>
            <w10:anchorlock/>
          </v:shape>
        </w:pict>
      </w:r>
      <w:r>
        <w:rPr>
          <w:rFonts w:ascii="宋体" w:hAnsi="宋体" w:eastAsia="宋体" w:cs="宋体"/>
          <w:color w:val="000000"/>
        </w:rPr>
        <w:t>是数轴上表示数</w:t>
      </w:r>
      <w:r>
        <w:rPr>
          <w:rFonts w:ascii="Times New Roman" w:hAnsi="Times New Roman" w:eastAsia="Times New Roman" w:cs="Times New Roman"/>
          <w:i/>
          <w:color w:val="000000"/>
        </w:rPr>
        <w:t>x</w:t>
      </w:r>
      <w:r>
        <w:rPr>
          <w:rFonts w:ascii="宋体" w:hAnsi="宋体" w:eastAsia="宋体" w:cs="宋体"/>
          <w:color w:val="000000"/>
        </w:rPr>
        <w:t>的点与表示数</w:t>
      </w:r>
      <w:r>
        <w:rPr>
          <w:rFonts w:ascii="Times New Roman" w:hAnsi="Times New Roman" w:eastAsia="Times New Roman" w:cs="Times New Roman"/>
          <w:color w:val="000000"/>
        </w:rPr>
        <w:t>3</w:t>
      </w:r>
      <w:r>
        <w:rPr>
          <w:rFonts w:ascii="宋体" w:hAnsi="宋体" w:eastAsia="宋体" w:cs="宋体"/>
          <w:color w:val="000000"/>
        </w:rPr>
        <w:t>的点之间的距离，</w:t>
      </w:r>
      <w:r>
        <w:pict>
          <v:shape id="_x0000_i714808" o:spt="75" alt="学科网(www.zxxk.com)--教育资源门户，提供试卷、教案、课件、论文、素材以及各类教学资源下载，还有大量而丰富的教学相关资讯！" type="#_x0000_t75" style="height:20.25pt;width:27.75pt;" o:ole="t" filled="f" o:preferrelative="t" stroked="f" coordsize="21600,21600">
            <v:path/>
            <v:fill on="f" focussize="0,0"/>
            <v:stroke on="f" joinstyle="miter"/>
            <v:imagedata r:id="rId55" o:title="eqIdb9b90f5a50cabc6cad1b36bf25fc6d37"/>
            <o:lock v:ext="edit" aspectratio="t"/>
            <w10:wrap type="none"/>
            <w10:anchorlock/>
          </v:shape>
        </w:pict>
      </w:r>
      <w:r>
        <w:rPr>
          <w:rFonts w:ascii="宋体" w:hAnsi="宋体" w:eastAsia="宋体" w:cs="宋体"/>
          <w:color w:val="000000"/>
        </w:rPr>
        <w:t>是数轴上表示数</w:t>
      </w:r>
      <w:r>
        <w:rPr>
          <w:rFonts w:ascii="Times New Roman" w:hAnsi="Times New Roman" w:eastAsia="Times New Roman" w:cs="Times New Roman"/>
          <w:i/>
          <w:color w:val="000000"/>
        </w:rPr>
        <w:t>x</w:t>
      </w:r>
      <w:r>
        <w:rPr>
          <w:rFonts w:ascii="宋体" w:hAnsi="宋体" w:eastAsia="宋体" w:cs="宋体"/>
          <w:color w:val="000000"/>
        </w:rPr>
        <w:t>的点与表示数</w:t>
      </w:r>
      <w:r>
        <w:pict>
          <v:shape id="_x0000_i71480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6" o:title="eqIdacbc6a613224461ade69362d46550474"/>
            <o:lock v:ext="edit" aspectratio="t"/>
            <w10:wrap type="none"/>
            <w10:anchorlock/>
          </v:shape>
        </w:pict>
      </w:r>
      <w:r>
        <w:rPr>
          <w:rFonts w:ascii="宋体" w:hAnsi="宋体" w:eastAsia="宋体" w:cs="宋体"/>
          <w:color w:val="000000"/>
        </w:rPr>
        <w:t>的点之间的距离．</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解：数轴表示如下：</w:t>
      </w:r>
    </w:p>
    <w:p>
      <w:pPr>
        <w:spacing w:line="360" w:lineRule="auto"/>
        <w:jc w:val="left"/>
        <w:textAlignment w:val="center"/>
        <w:rPr>
          <w:color w:val="000000"/>
        </w:rPr>
      </w:pPr>
      <w:r>
        <w:rPr>
          <w:color w:val="000000"/>
        </w:rPr>
        <w:drawing>
          <wp:inline distT="0" distB="0" distL="114300" distR="114300">
            <wp:extent cx="3676650" cy="200025"/>
            <wp:effectExtent l="0" t="0" r="0" b="9525"/>
            <wp:docPr id="353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0" name="图片 100009"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3676650" cy="2000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由数轴可知</w:t>
      </w:r>
      <w:r>
        <w:rPr>
          <w:rFonts w:ascii="Times New Roman" w:hAnsi="Times New Roman" w:eastAsia="Times New Roman" w:cs="Times New Roman"/>
          <w:color w:val="000000"/>
        </w:rPr>
        <w:t>8</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两点之间的距离是：</w:t>
      </w:r>
      <w:r>
        <w:pict>
          <v:shape id="_x0000_i714810"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58" o:title="eqIdd0427507fad98eea6632f59116a0788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481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9" o:title="eqId274a9dc37509f01c2606fb3086a46f4f"/>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两点之间的距离是：</w:t>
      </w:r>
      <w:r>
        <w:pict>
          <v:shape id="_x0000_i714812"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60" o:title="eqId7527b66df696beef0defb46778d353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若</w:t>
      </w:r>
      <w:r>
        <w:pict>
          <v:shape id="_x0000_i714813" o:spt="75" alt="学科网(www.zxxk.com)--教育资源门户，提供试卷、教案、课件、论文、素材以及各类教学资源下载，还有大量而丰富的教学相关资讯！" type="#_x0000_t75" style="height:20.05pt;width:47.15pt;" o:ole="t" filled="f" o:preferrelative="t" stroked="f" coordsize="21600,21600">
            <v:path/>
            <v:fill on="f" focussize="0,0"/>
            <v:stroke on="f" joinstyle="miter"/>
            <v:imagedata r:id="rId61" o:title="eqIdb4784ce39d25d5b2a2c9f3713e4abbd5"/>
            <o:lock v:ext="edit" aspectratio="t"/>
            <w10:wrap type="none"/>
            <w10:anchorlock/>
          </v:shape>
        </w:pict>
      </w:r>
      <w:r>
        <w:rPr>
          <w:rFonts w:ascii="宋体" w:hAnsi="宋体" w:eastAsia="宋体" w:cs="宋体"/>
          <w:color w:val="000000"/>
        </w:rPr>
        <w:t>，则</w:t>
      </w:r>
      <w:r>
        <w:pict>
          <v:shape id="_x0000_i71481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62" o:title="eqId639c3d2ff5ee566fcc1b69c65712a661"/>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解：根据绝对值的意义可知，此点必在</w:t>
      </w:r>
      <w:r>
        <w:pict>
          <v:shape id="_x0000_i71481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63" o:title="eqIdacbc6a613224461ade69362d46550474"/>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之间，故</w:t>
      </w:r>
      <w:r>
        <w:pict>
          <v:shape id="_x0000_i714816" o:spt="75" alt="学科网(www.zxxk.com)--教育资源门户，提供试卷、教案、课件、论文、素材以及各类教学资源下载，还有大量而丰富的教学相关资讯！" type="#_x0000_t75" style="height:14.25pt;width:87pt;" o:ole="t" filled="f" o:preferrelative="t" stroked="f" coordsize="21600,21600">
            <v:path/>
            <v:fill on="f" focussize="0,0"/>
            <v:stroke on="f" joinstyle="miter"/>
            <v:imagedata r:id="rId64" o:title="eqId049075cade6d4b5575c30d44067589c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原式可化为</w:t>
      </w:r>
      <w:r>
        <w:pict>
          <v:shape id="_x0000_i714817" o:spt="75" alt="学科网(www.zxxk.com)--教育资源门户，提供试卷、教案、课件、论文、素材以及各类教学资源下载，还有大量而丰富的教学相关资讯！" type="#_x0000_t75" style="height:13.8pt;width:60pt;" o:ole="t" filled="f" o:preferrelative="t" stroked="f" coordsize="21600,21600">
            <v:path/>
            <v:fill on="f" focussize="0,0"/>
            <v:stroke on="f" joinstyle="miter"/>
            <v:imagedata r:id="rId65" o:title="eqId4f3e5774117ecef528501ff88b0577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4818"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66" o:title="eqId9b384412acba251d87902ab928902f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若</w:t>
      </w:r>
      <w:r>
        <w:pict>
          <v:shape id="_x0000_i714819" o:spt="75" alt="学科网(www.zxxk.com)--教育资源门户，提供试卷、教案、课件、论文、素材以及各类教学资源下载，还有大量而丰富的教学相关资讯！" type="#_x0000_t75" style="height:19.8pt;width:67.8pt;" o:ole="t" filled="f" o:preferrelative="t" stroked="f" coordsize="21600,21600">
            <v:path/>
            <v:fill on="f" focussize="0,0"/>
            <v:stroke on="f" joinstyle="miter"/>
            <v:imagedata r:id="rId67" o:title="eqId2618951c13be8537cf6e36ad2ae0a203"/>
            <o:lock v:ext="edit" aspectratio="t"/>
            <w10:wrap type="none"/>
            <w10:anchorlock/>
          </v:shape>
        </w:pict>
      </w:r>
      <w:r>
        <w:rPr>
          <w:rFonts w:ascii="宋体" w:hAnsi="宋体" w:eastAsia="宋体" w:cs="宋体"/>
          <w:color w:val="000000"/>
        </w:rPr>
        <w:t>，则</w:t>
      </w:r>
      <w:r>
        <w:pict>
          <v:shape id="_x0000_i714820"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68" o:title="eqId9b384412acba251d87902ab928902f16"/>
            <o:lock v:ext="edit" aspectratio="t"/>
            <w10:wrap type="none"/>
            <w10:anchorlock/>
          </v:shape>
        </w:pict>
      </w:r>
    </w:p>
    <w:p>
      <w:pPr>
        <w:spacing w:line="360" w:lineRule="auto"/>
        <w:jc w:val="left"/>
        <w:textAlignment w:val="center"/>
        <w:rPr>
          <w:color w:val="000000"/>
        </w:rPr>
      </w:pPr>
      <w:r>
        <w:rPr>
          <w:color w:val="000000"/>
        </w:rPr>
        <w:t>【点睛】</w:t>
      </w:r>
      <w:r>
        <w:rPr>
          <w:rFonts w:ascii="宋体" w:hAnsi="宋体" w:eastAsia="宋体" w:cs="宋体"/>
          <w:color w:val="000000"/>
        </w:rPr>
        <w:t>本题考查了数轴和绝对值的定义，理解绝对值的意义是解题的关键．</w:t>
      </w:r>
    </w:p>
    <w:p>
      <w:pPr>
        <w:pStyle w:val="Heading2"/>
      </w:pPr>
      <w:r>
        <w:t>丰台区第十二中学</w:t>
      </w:r>
    </w:p>
    <w:p>
      <w:pPr>
        <w:spacing w:line="360" w:lineRule="auto"/>
        <w:jc w:val="left"/>
        <w:textAlignment w:val="center"/>
        <w:rPr>
          <w:color w:val="000000"/>
        </w:rPr>
      </w:pPr>
      <w:r>
        <w:rPr>
          <w:color w:val="000000"/>
        </w:rPr>
        <w:t xml:space="preserve">26. </w:t>
      </w:r>
      <w:r>
        <w:rPr>
          <w:rFonts w:ascii="宋体" w:hAnsi="宋体" w:eastAsia="宋体" w:cs="宋体"/>
          <w:color w:val="000000"/>
        </w:rPr>
        <w:t>有理数</w:t>
      </w:r>
      <w:r>
        <w:pict>
          <v:shape id="_x0000_i71482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9" o:title="eqId0a6936d370d6a238a608ca56f87198de"/>
            <o:lock v:ext="edit" aspectratio="t"/>
            <w10:wrap type="none"/>
            <w10:anchorlock/>
          </v:shape>
        </w:pict>
      </w:r>
      <w:r>
        <w:rPr>
          <w:rFonts w:ascii="宋体" w:hAnsi="宋体" w:eastAsia="宋体" w:cs="宋体"/>
          <w:color w:val="000000"/>
        </w:rPr>
        <w:t>、</w:t>
      </w:r>
      <w:r>
        <w:pict>
          <v:shape id="_x0000_i714822"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70" o:title="eqId2c94bb12cee76221e13f9ef955b0aab1"/>
            <o:lock v:ext="edit" aspectratio="t"/>
            <w10:wrap type="none"/>
            <w10:anchorlock/>
          </v:shape>
        </w:pict>
      </w:r>
      <w:r>
        <w:rPr>
          <w:rFonts w:ascii="宋体" w:hAnsi="宋体" w:eastAsia="宋体" w:cs="宋体"/>
          <w:color w:val="000000"/>
        </w:rPr>
        <w:t>、</w:t>
      </w:r>
      <w:r>
        <w:pict>
          <v:shape id="_x0000_i714823"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71" o:title="eqId071a7e733d466949ac935b4b8ee8d183"/>
            <o:lock v:ext="edit" aspectratio="t"/>
            <w10:wrap type="none"/>
            <w10:anchorlock/>
          </v:shape>
        </w:pict>
      </w:r>
      <w:r>
        <w:rPr>
          <w:rFonts w:ascii="宋体" w:hAnsi="宋体" w:eastAsia="宋体" w:cs="宋体"/>
          <w:color w:val="000000"/>
        </w:rPr>
        <w:t>在数轴上的位置如图：</w:t>
      </w:r>
    </w:p>
    <w:p>
      <w:pPr>
        <w:spacing w:line="360" w:lineRule="auto"/>
        <w:jc w:val="left"/>
        <w:textAlignment w:val="center"/>
        <w:rPr>
          <w:color w:val="000000"/>
        </w:rPr>
      </w:pPr>
      <w:r>
        <w:rPr>
          <w:color w:val="000000"/>
        </w:rPr>
        <w:drawing>
          <wp:inline distT="0" distB="0" distL="114300" distR="114300">
            <wp:extent cx="2057400" cy="400050"/>
            <wp:effectExtent l="0" t="0" r="0" b="0"/>
            <wp:docPr id="3541"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 name="图片 100005"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2057400" cy="4000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）判断正负，用“</w:t>
      </w:r>
      <w:r>
        <w:rPr>
          <w:rFonts w:ascii="Times New Roman" w:hAnsi="Times New Roman" w:eastAsia="Times New Roman" w:cs="Times New Roman"/>
          <w:color w:val="000000"/>
        </w:rPr>
        <w:t>&gt;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”填空：</w:t>
      </w:r>
      <w:r>
        <w:pict>
          <v:shape id="_x0000_i714824"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73" o:title="eqIdf7fa17a39f52e09981729af4439ca535"/>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w:t>
      </w:r>
      <w:r>
        <w:pict>
          <v:shape id="_x0000_i714825" o:spt="75" alt="学科网(www.zxxk.com)--教育资源门户，提供试卷、教案、课件、论文、素材以及各类教学资源下载，还有大量而丰富的教学相关资讯！" type="#_x0000_t75" style="height:14.2pt;width:26.2pt;" o:ole="t" filled="f" o:preferrelative="t" stroked="f" coordsize="21600,21600">
            <v:path/>
            <v:fill on="f" focussize="0,0"/>
            <v:stroke on="f" joinstyle="miter"/>
            <v:imagedata r:id="rId74" o:title="eqIdc9f2416d1f75a45a314331146550832e"/>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w:t>
      </w:r>
      <w:r>
        <w:pict>
          <v:shape id="_x0000_i714826" o:spt="75" alt="学科网(www.zxxk.com)--教育资源门户，提供试卷、教案、课件、论文、素材以及各类教学资源下载，还有大量而丰富的教学相关资讯！" type="#_x0000_t75" style="height:11.25pt;width:27pt;" o:ole="t" filled="f" o:preferrelative="t" stroked="f" coordsize="21600,21600">
            <v:path/>
            <v:fill on="f" focussize="0,0"/>
            <v:stroke on="f" joinstyle="miter"/>
            <v:imagedata r:id="rId75" o:title="eqIda8409329b550296446a936d97c491ca9"/>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）化简：</w:t>
      </w:r>
      <w:r>
        <w:pict>
          <v:shape id="_x0000_i714827" o:spt="75" alt="学科网(www.zxxk.com)--教育资源门户，提供试卷、教案、课件、论文、素材以及各类教学资源下载，还有大量而丰富的教学相关资讯！" type="#_x0000_t75" style="height:20.25pt;width:102.75pt;" o:ole="t" filled="f" o:preferrelative="t" stroked="f" coordsize="21600,21600">
            <v:path/>
            <v:fill on="f" focussize="0,0"/>
            <v:stroke on="f" joinstyle="miter"/>
            <v:imagedata r:id="rId76" o:title="eqId5c3675d51afb9fa7527ddf68c1bfc618"/>
            <o:lock v:ext="edit" aspectratio="t"/>
            <w10:wrap type="none"/>
            <w10:anchorlock/>
          </v:shape>
        </w:pic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482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392cdb9d30684cce244bef94b8d861b9"/>
            <o:lock v:ext="edit" aspectratio="t"/>
            <w10:wrap type="none"/>
            <w10:anchorlock/>
          </v:shape>
        </w:pict>
      </w:r>
      <w:r>
        <w:rPr>
          <w:rFonts w:ascii="宋体" w:hAnsi="宋体" w:eastAsia="宋体" w:cs="宋体"/>
          <w:color w:val="000000"/>
        </w:rPr>
        <w:t>，</w:t>
      </w:r>
      <w:r>
        <w:pict>
          <v:shape id="_x0000_i71482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8" o:title="eqId4ff7942da6c3fc4005256fb1458557c0"/>
            <o:lock v:ext="edit" aspectratio="t"/>
            <w10:wrap type="none"/>
            <w10:anchorlock/>
          </v:shape>
        </w:pict>
      </w:r>
      <w:r>
        <w:rPr>
          <w:rFonts w:ascii="宋体" w:hAnsi="宋体" w:eastAsia="宋体" w:cs="宋体"/>
          <w:color w:val="000000"/>
        </w:rPr>
        <w:t>，</w:t>
      </w:r>
      <w:r>
        <w:pict>
          <v:shape id="_x0000_i71483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7" o:title="eqId392cdb9d30684cce244bef94b8d861b9"/>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）根据数轴的性质可得</w:t>
      </w:r>
      <w:r>
        <w:pict>
          <v:shape id="_x0000_i714831" o:spt="75" alt="学科网(www.zxxk.com)--教育资源门户，提供试卷、教案、课件、论文、素材以及各类教学资源下载，还有大量而丰富的教学相关资讯！" type="#_x0000_t75" style="height:13.8pt;width:63pt;" o:ole="t" filled="f" o:preferrelative="t" stroked="f" coordsize="21600,21600">
            <v:path/>
            <v:fill on="f" focussize="0,0"/>
            <v:stroke on="f" joinstyle="miter"/>
            <v:imagedata r:id="rId79" o:title="eqId5ca003167949d976cf2d512b5f903cff"/>
            <o:lock v:ext="edit" aspectratio="t"/>
            <w10:wrap type="none"/>
            <w10:anchorlock/>
          </v:shape>
        </w:pict>
      </w:r>
      <w:r>
        <w:rPr>
          <w:rFonts w:ascii="宋体" w:hAnsi="宋体" w:eastAsia="宋体" w:cs="宋体"/>
          <w:color w:val="000000"/>
        </w:rPr>
        <w:t>，由此即可得；</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color w:val="000000"/>
        </w:rPr>
        <w:t>1</w:t>
      </w:r>
      <w:r>
        <w:rPr>
          <w:rFonts w:ascii="宋体" w:hAnsi="宋体" w:eastAsia="宋体" w:cs="宋体"/>
          <w:color w:val="000000"/>
        </w:rPr>
        <w:t>）的结果化简绝对值，再计算整式的加减即可得．</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）由数轴可知，</w:t>
      </w:r>
      <w:r>
        <w:pict>
          <v:shape id="_x0000_i714832" o:spt="75" alt="学科网(www.zxxk.com)--教育资源门户，提供试卷、教案、课件、论文、素材以及各类教学资源下载，还有大量而丰富的教学相关资讯！" type="#_x0000_t75" style="height:13.8pt;width:63pt;" o:ole="t" filled="f" o:preferrelative="t" stroked="f" coordsize="21600,21600">
            <v:path/>
            <v:fill on="f" focussize="0,0"/>
            <v:stroke on="f" joinstyle="miter"/>
            <v:imagedata r:id="rId80" o:title="eqId5ca003167949d976cf2d512b5f903c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4833" o:spt="75" alt="学科网(www.zxxk.com)--教育资源门户，提供试卷、教案、课件、论文、素材以及各类教学资源下载，还有大量而丰富的教学相关资讯！" type="#_x0000_t75" style="height:15.75pt;width:132pt;" o:ole="t" filled="f" o:preferrelative="t" stroked="f" coordsize="21600,21600">
            <v:path/>
            <v:fill on="f" focussize="0,0"/>
            <v:stroke on="f" joinstyle="miter"/>
            <v:imagedata r:id="rId81" o:title="eqId5ca4636cc6608cb7924bf1715871c23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483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2" o:title="eqId392cdb9d30684cce244bef94b8d861b9"/>
            <o:lock v:ext="edit" aspectratio="t"/>
            <w10:wrap type="none"/>
            <w10:anchorlock/>
          </v:shape>
        </w:pict>
      </w:r>
      <w:r>
        <w:rPr>
          <w:rFonts w:ascii="宋体" w:hAnsi="宋体" w:eastAsia="宋体" w:cs="宋体"/>
          <w:color w:val="000000"/>
        </w:rPr>
        <w:t>，</w:t>
      </w:r>
      <w:r>
        <w:pict>
          <v:shape id="_x0000_i71483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3" o:title="eqId4ff7942da6c3fc4005256fb1458557c0"/>
            <o:lock v:ext="edit" aspectratio="t"/>
            <w10:wrap type="none"/>
            <w10:anchorlock/>
          </v:shape>
        </w:pict>
      </w:r>
      <w:r>
        <w:rPr>
          <w:rFonts w:ascii="宋体" w:hAnsi="宋体" w:eastAsia="宋体" w:cs="宋体"/>
          <w:color w:val="000000"/>
        </w:rPr>
        <w:t>，</w:t>
      </w:r>
      <w:r>
        <w:pict>
          <v:shape id="_x0000_i71483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2" o:title="eqId392cdb9d30684cce244bef94b8d861b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4837" o:spt="75" alt="学科网(www.zxxk.com)--教育资源门户，提供试卷、教案、课件、论文、素材以及各类教学资源下载，还有大量而丰富的教学相关资讯！" type="#_x0000_t75" style="height:20.25pt;width:102.75pt;" o:ole="t" filled="f" o:preferrelative="t" stroked="f" coordsize="21600,21600">
            <v:path/>
            <v:fill on="f" focussize="0,0"/>
            <v:stroke on="f" joinstyle="miter"/>
            <v:imagedata r:id="rId84" o:title="eqId5c3675d51afb9fa7527ddf68c1bfc618"/>
            <o:lock v:ext="edit" aspectratio="t"/>
            <w10:wrap type="none"/>
            <w10:anchorlock/>
          </v:shape>
        </w:pict>
      </w:r>
    </w:p>
    <w:p>
      <w:pPr>
        <w:spacing w:line="360" w:lineRule="auto"/>
        <w:jc w:val="left"/>
        <w:textAlignment w:val="center"/>
        <w:rPr>
          <w:color w:val="000000"/>
        </w:rPr>
      </w:pPr>
      <w:r>
        <w:pict>
          <v:shape id="_x0000_i714838" o:spt="75" alt="学科网(www.zxxk.com)--教育资源门户，提供试卷、教案、课件、论文、素材以及各类教学资源下载，还有大量而丰富的教学相关资讯！" type="#_x0000_t75" style="height:15.75pt;width:117.75pt;" o:ole="t" filled="f" o:preferrelative="t" stroked="f" coordsize="21600,21600">
            <v:path/>
            <v:fill on="f" focussize="0,0"/>
            <v:stroke on="f" joinstyle="miter"/>
            <v:imagedata r:id="rId85" o:title="eqId48edca584a27afc96ac6992e6ea11e84"/>
            <o:lock v:ext="edit" aspectratio="t"/>
            <w10:wrap type="none"/>
            <w10:anchorlock/>
          </v:shape>
        </w:pict>
      </w:r>
    </w:p>
    <w:p>
      <w:pPr>
        <w:spacing w:line="360" w:lineRule="auto"/>
        <w:jc w:val="left"/>
        <w:textAlignment w:val="center"/>
        <w:rPr>
          <w:color w:val="000000"/>
        </w:rPr>
      </w:pPr>
      <w:r>
        <w:pict>
          <v:shape id="_x0000_i714839" o:spt="75" alt="学科网(www.zxxk.com)--教育资源门户，提供试卷、教案、课件、论文、素材以及各类教学资源下载，还有大量而丰富的教学相关资讯！" type="#_x0000_t75" style="height:12.75pt;width:92.25pt;" o:ole="t" filled="f" o:preferrelative="t" stroked="f" coordsize="21600,21600">
            <v:path/>
            <v:fill on="f" focussize="0,0"/>
            <v:stroke on="f" joinstyle="miter"/>
            <v:imagedata r:id="rId86" o:title="eqIdd9a97555755180a6f3b057d632aa0fd7"/>
            <o:lock v:ext="edit" aspectratio="t"/>
            <w10:wrap type="none"/>
            <w10:anchorlock/>
          </v:shape>
        </w:pict>
      </w:r>
    </w:p>
    <w:p>
      <w:pPr>
        <w:spacing w:line="360" w:lineRule="auto"/>
        <w:jc w:val="left"/>
        <w:textAlignment w:val="center"/>
        <w:rPr>
          <w:color w:val="000000"/>
        </w:rPr>
      </w:pPr>
      <w:r>
        <w:pict>
          <v:shape id="_x0000_i714840"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87" o:title="eqId771df37a312dac1fb332a31a10340c2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本题考查了数轴、整式的加减，熟练掌握数轴的性质是解题关键．</w:t>
      </w:r>
    </w:p>
    <w:p>
      <w:pPr>
        <w:spacing w:line="360" w:lineRule="auto"/>
        <w:jc w:val="left"/>
        <w:textAlignment w:val="center"/>
        <w:rPr>
          <w:color w:val="000000"/>
        </w:rPr>
      </w:pPr>
      <w:r>
        <w:rPr>
          <w:color w:val="000000"/>
        </w:rPr>
        <w:t xml:space="preserve">27. </w:t>
      </w:r>
      <w:r>
        <w:rPr>
          <w:rFonts w:ascii="宋体" w:hAnsi="宋体" w:eastAsia="宋体" w:cs="宋体"/>
          <w:color w:val="000000"/>
        </w:rPr>
        <w:t>对于数轴上的</w:t>
      </w:r>
      <w:r>
        <w:rPr>
          <w:rFonts w:ascii="Times New Roman" w:hAnsi="Times New Roman" w:eastAsia="Times New Roman" w:cs="Times New Roman"/>
          <w:i/>
          <w:color w:val="000000"/>
        </w:rPr>
        <w:t>A</w:t>
      </w:r>
      <w:r>
        <w:rPr>
          <w:rFonts w:ascii="宋体" w:hAnsi="宋体" w:eastAsia="宋体" w:cs="宋体"/>
          <w:color w:val="000000"/>
        </w:rPr>
        <w:t>，</w:t>
      </w:r>
      <w:r>
        <w:pict>
          <v:shape id="_x0000_i71484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8" o:title="eqId7f9e8449aad35c5d840a3395ea86df6d"/>
            <o:lock v:ext="edit" aspectratio="t"/>
            <w10:wrap type="none"/>
            <w10:anchorlock/>
          </v:shape>
        </w:pict>
      </w:r>
      <w:r>
        <w:rPr>
          <w:rFonts w:ascii="宋体" w:hAnsi="宋体" w:eastAsia="宋体" w:cs="宋体"/>
          <w:color w:val="000000"/>
        </w:rPr>
        <w:t>，</w:t>
      </w:r>
      <w:r>
        <w:pict>
          <v:shape id="_x0000_i71484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9" o:title="eqIdc5db41a1f31d6baee7c69990811edb9f"/>
            <o:lock v:ext="edit" aspectratio="t"/>
            <w10:wrap type="none"/>
            <w10:anchorlock/>
          </v:shape>
        </w:pict>
      </w:r>
      <w:r>
        <w:rPr>
          <w:rFonts w:ascii="宋体" w:hAnsi="宋体" w:eastAsia="宋体" w:cs="宋体"/>
          <w:color w:val="000000"/>
        </w:rPr>
        <w:t>三点，给出如下定义：若其中一个点与其它两个点的距离恰好满足</w:t>
      </w:r>
      <w:r>
        <w:rPr>
          <w:rFonts w:ascii="Times New Roman" w:hAnsi="Times New Roman" w:eastAsia="Times New Roman" w:cs="Times New Roman"/>
          <w:color w:val="000000"/>
        </w:rPr>
        <w:t>2</w:t>
      </w:r>
      <w:r>
        <w:rPr>
          <w:rFonts w:ascii="宋体" w:hAnsi="宋体" w:eastAsia="宋体" w:cs="宋体"/>
          <w:color w:val="000000"/>
        </w:rPr>
        <w:t>倍的数量关系，则称该点是其它两个点的“联盟点”</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例如：数轴上点</w:t>
      </w:r>
      <w:r>
        <w:rPr>
          <w:rFonts w:ascii="Times New Roman" w:hAnsi="Times New Roman" w:eastAsia="Times New Roman" w:cs="Times New Roman"/>
          <w:i/>
          <w:color w:val="000000"/>
        </w:rPr>
        <w:t>A</w:t>
      </w:r>
      <w:r>
        <w:rPr>
          <w:rFonts w:ascii="宋体" w:hAnsi="宋体" w:eastAsia="宋体" w:cs="宋体"/>
          <w:color w:val="000000"/>
        </w:rPr>
        <w:t>，</w:t>
      </w:r>
      <w:r>
        <w:pict>
          <v:shape id="_x0000_i71484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90" o:title="eqId7f9e8449aad35c5d840a3395ea86df6d"/>
            <o:lock v:ext="edit" aspectratio="t"/>
            <w10:wrap type="none"/>
            <w10:anchorlock/>
          </v:shape>
        </w:pict>
      </w:r>
      <w:r>
        <w:rPr>
          <w:rFonts w:ascii="宋体" w:hAnsi="宋体" w:eastAsia="宋体" w:cs="宋体"/>
          <w:color w:val="000000"/>
        </w:rPr>
        <w:t>，</w:t>
      </w:r>
      <w:r>
        <w:pict>
          <v:shape id="_x0000_i71484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91" o:title="eqIdc5db41a1f31d6baee7c69990811edb9f"/>
            <o:lock v:ext="edit" aspectratio="t"/>
            <w10:wrap type="none"/>
            <w10:anchorlock/>
          </v:shape>
        </w:pict>
      </w:r>
      <w:r>
        <w:rPr>
          <w:rFonts w:ascii="宋体" w:hAnsi="宋体" w:eastAsia="宋体" w:cs="宋体"/>
          <w:color w:val="000000"/>
        </w:rPr>
        <w:t>所表示的数分别为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，此时点</w:t>
      </w:r>
      <w:r>
        <w:pict>
          <v:shape id="_x0000_i71484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90" o:title="eqId7f9e8449aad35c5d840a3395ea86df6d"/>
            <o:lock v:ext="edit" aspectratio="t"/>
            <w10:wrap type="none"/>
            <w10:anchorlock/>
          </v:shape>
        </w:pic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pict>
          <v:shape id="_x0000_i71484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91" o:title="eqIdc5db41a1f31d6baee7c69990811edb9f"/>
            <o:lock v:ext="edit" aspectratio="t"/>
            <w10:wrap type="none"/>
            <w10:anchorlock/>
          </v:shape>
        </w:pict>
      </w:r>
      <w:r>
        <w:rPr>
          <w:rFonts w:ascii="宋体" w:hAnsi="宋体" w:eastAsia="宋体" w:cs="宋体"/>
          <w:color w:val="000000"/>
        </w:rPr>
        <w:t>的“联盟点”</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2162175" cy="409575"/>
            <wp:effectExtent l="0" t="0" r="9525" b="9525"/>
            <wp:docPr id="3543"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 name="图片 100007" descr="学科网(www.zxxk.com)--教育资源门户，提供试卷、教案、课件、论文、素材以及各类教学资源下载，还有大量而丰富的教学相关资讯！"/>
                    <pic:cNvPicPr>
                      <a:picLocks noChangeAspect="1"/>
                    </pic:cNvPicPr>
                  </pic:nvPicPr>
                  <pic:blipFill>
                    <a:blip r:embed="rId92"/>
                    <a:stretch>
                      <a:fillRect/>
                    </a:stretch>
                  </pic:blipFill>
                  <pic:spPr>
                    <a:xfrm>
                      <a:off x="0" y="0"/>
                      <a:ext cx="2162175" cy="4095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表示数</w:t>
      </w:r>
      <w:r>
        <w:pict>
          <v:shape id="_x0000_i71484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93" o:title="eqId274a9dc37509f01c2606fb3086a46f4f"/>
            <o:lock v:ext="edit" aspectratio="t"/>
            <w10:wrap type="none"/>
            <w10:anchorlock/>
          </v:shape>
        </w:pict>
      </w:r>
      <w:r>
        <w:rPr>
          <w:rFonts w:ascii="宋体" w:hAnsi="宋体" w:eastAsia="宋体" w:cs="宋体"/>
          <w:color w:val="000000"/>
        </w:rPr>
        <w:t>，点</w:t>
      </w:r>
      <w:r>
        <w:pict>
          <v:shape id="_x0000_i71484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94" o:title="eqId7f9e8449aad35c5d840a3395ea86df6d"/>
            <o:lock v:ext="edit" aspectratio="t"/>
            <w10:wrap type="none"/>
            <w10:anchorlock/>
          </v:shape>
        </w:pict>
      </w:r>
      <w:r>
        <w:rPr>
          <w:rFonts w:ascii="宋体" w:hAnsi="宋体" w:eastAsia="宋体" w:cs="宋体"/>
          <w:color w:val="000000"/>
        </w:rPr>
        <w:t>表示数</w:t>
      </w:r>
      <w:r>
        <w:rPr>
          <w:rFonts w:ascii="Times New Roman" w:hAnsi="Times New Roman" w:eastAsia="Times New Roman" w:cs="Times New Roman"/>
          <w:color w:val="000000"/>
        </w:rPr>
        <w:t>2</w:t>
      </w:r>
      <w:r>
        <w:rPr>
          <w:rFonts w:ascii="宋体" w:hAnsi="宋体" w:eastAsia="宋体" w:cs="宋体"/>
          <w:color w:val="000000"/>
        </w:rPr>
        <w:t>，则下列各数</w:t>
      </w:r>
      <w:r>
        <w:pict>
          <v:shape id="_x0000_i714849"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95" o:title="eqId459c84c9addfbd1cdd0a877ba7c584e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所对应的点分别为</w:t>
      </w:r>
      <w:r>
        <w:pict>
          <v:shape id="_x0000_i714850"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96" o:title="eqIdb1241216f3c1cb5e73043dd1037f556d"/>
            <o:lock v:ext="edit" aspectratio="t"/>
            <w10:wrap type="none"/>
            <w10:anchorlock/>
          </v:shape>
        </w:pict>
      </w:r>
      <w:r>
        <w:rPr>
          <w:rFonts w:ascii="宋体" w:hAnsi="宋体" w:eastAsia="宋体" w:cs="宋体"/>
          <w:color w:val="000000"/>
        </w:rPr>
        <w:t>，</w:t>
      </w:r>
      <w:r>
        <w:pict>
          <v:shape id="_x0000_i71485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97" o:title="eqId23f3ffe7abc59e2f65d827c8eab8d36a"/>
            <o:lock v:ext="edit" aspectratio="t"/>
            <w10:wrap type="none"/>
            <w10:anchorlock/>
          </v:shape>
        </w:pict>
      </w:r>
      <w:r>
        <w:rPr>
          <w:rFonts w:ascii="宋体" w:hAnsi="宋体" w:eastAsia="宋体" w:cs="宋体"/>
          <w:color w:val="000000"/>
        </w:rPr>
        <w:t>，</w:t>
      </w:r>
      <w:r>
        <w:pict>
          <v:shape id="_x0000_i714852"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98" o:title="eqIdab94459e87c666facddbe1a23ae1899d"/>
            <o:lock v:ext="edit" aspectratio="t"/>
            <w10:wrap type="none"/>
            <w10:anchorlock/>
          </v:shape>
        </w:pict>
      </w:r>
      <w:r>
        <w:rPr>
          <w:rFonts w:ascii="宋体" w:hAnsi="宋体" w:eastAsia="宋体" w:cs="宋体"/>
          <w:color w:val="000000"/>
        </w:rPr>
        <w:t>，</w:t>
      </w:r>
      <w:r>
        <w:pict>
          <v:shape id="_x0000_i71485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99" o:title="eqId384bef25d6a7f4c661e83498628c1409"/>
            <o:lock v:ext="edit" aspectratio="t"/>
            <w10:wrap type="none"/>
            <w10:anchorlock/>
          </v:shape>
        </w:pic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w:t>
      </w:r>
      <w:r>
        <w:pict>
          <v:shape id="_x0000_i71485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94" o:title="eqId7f9e8449aad35c5d840a3395ea86df6d"/>
            <o:lock v:ext="edit" aspectratio="t"/>
            <w10:wrap type="none"/>
            <w10:anchorlock/>
          </v:shape>
        </w:pict>
      </w:r>
      <w:r>
        <w:rPr>
          <w:rFonts w:ascii="宋体" w:hAnsi="宋体" w:eastAsia="宋体" w:cs="宋体"/>
          <w:color w:val="000000"/>
        </w:rPr>
        <w:t>的“联盟点”的是</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表示数</w:t>
      </w:r>
      <w:r>
        <w:pict>
          <v:shape id="_x0000_i714855"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100" o:title="eqId32e22e1223baf7cb3d53e668c2449609"/>
            <o:lock v:ext="edit" aspectratio="t"/>
            <w10:wrap type="none"/>
            <w10:anchorlock/>
          </v:shape>
        </w:pict>
      </w:r>
      <w:r>
        <w:rPr>
          <w:rFonts w:ascii="宋体" w:hAnsi="宋体" w:eastAsia="宋体" w:cs="宋体"/>
          <w:color w:val="000000"/>
        </w:rPr>
        <w:t>，点</w:t>
      </w:r>
      <w:r>
        <w:pict>
          <v:shape id="_x0000_i71485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1" o:title="eqId7f9e8449aad35c5d840a3395ea86df6d"/>
            <o:lock v:ext="edit" aspectratio="t"/>
            <w10:wrap type="none"/>
            <w10:anchorlock/>
          </v:shape>
        </w:pict>
      </w:r>
      <w:r>
        <w:rPr>
          <w:rFonts w:ascii="宋体" w:hAnsi="宋体" w:eastAsia="宋体" w:cs="宋体"/>
          <w:color w:val="000000"/>
        </w:rPr>
        <w:t>表示数</w:t>
      </w:r>
      <w:r>
        <w:rPr>
          <w:rFonts w:ascii="Times New Roman" w:hAnsi="Times New Roman" w:eastAsia="Times New Roman" w:cs="Times New Roman"/>
          <w:color w:val="000000"/>
        </w:rPr>
        <w:t>30</w:t>
      </w:r>
      <w:r>
        <w:rPr>
          <w:rFonts w:ascii="宋体" w:hAnsi="宋体" w:eastAsia="宋体" w:cs="宋体"/>
          <w:color w:val="000000"/>
        </w:rPr>
        <w:t>，点</w:t>
      </w:r>
      <w:r>
        <w:pict>
          <v:shape id="_x0000_i71485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2" o:title="eqIddad2a36927223bd70f426ba06aea4b45"/>
            <o:lock v:ext="edit" aspectratio="t"/>
            <w10:wrap type="none"/>
            <w10:anchorlock/>
          </v:shape>
        </w:pict>
      </w:r>
      <w:r>
        <w:rPr>
          <w:rFonts w:ascii="宋体" w:hAnsi="宋体" w:eastAsia="宋体" w:cs="宋体"/>
          <w:color w:val="000000"/>
        </w:rPr>
        <w:t>为数轴上的一个动点，</w:t>
      </w:r>
    </w:p>
    <w:p>
      <w:pPr>
        <w:spacing w:line="360" w:lineRule="auto"/>
        <w:jc w:val="left"/>
        <w:textAlignment w:val="center"/>
        <w:rPr>
          <w:color w:val="000000"/>
        </w:rPr>
      </w:pPr>
      <w:r>
        <w:rPr>
          <w:rFonts w:ascii="宋体" w:hAnsi="宋体" w:eastAsia="宋体" w:cs="宋体"/>
          <w:color w:val="000000"/>
        </w:rPr>
        <w:t>①若点</w:t>
      </w:r>
      <w:r>
        <w:pict>
          <v:shape id="_x0000_i71485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3" o:title="eqIddad2a36927223bd70f426ba06aea4b45"/>
            <o:lock v:ext="edit" aspectratio="t"/>
            <w10:wrap type="none"/>
            <w10:anchorlock/>
          </v:shape>
        </w:pict>
      </w:r>
      <w:r>
        <w:rPr>
          <w:rFonts w:ascii="宋体" w:hAnsi="宋体" w:eastAsia="宋体" w:cs="宋体"/>
          <w:color w:val="000000"/>
        </w:rPr>
        <w:t>在点</w:t>
      </w:r>
      <w:r>
        <w:pict>
          <v:shape id="_x0000_i71485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4" o:title="eqId7f9e8449aad35c5d840a3395ea86df6d"/>
            <o:lock v:ext="edit" aspectratio="t"/>
            <w10:wrap type="none"/>
            <w10:anchorlock/>
          </v:shape>
        </w:pict>
      </w:r>
      <w:r>
        <w:rPr>
          <w:rFonts w:ascii="宋体" w:hAnsi="宋体" w:eastAsia="宋体" w:cs="宋体"/>
          <w:color w:val="000000"/>
        </w:rPr>
        <w:t>的左侧，且点</w:t>
      </w:r>
      <w:r>
        <w:pict>
          <v:shape id="_x0000_i71486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3" o:title="eqIddad2a36927223bd70f426ba06aea4b45"/>
            <o:lock v:ext="edit" aspectratio="t"/>
            <w10:wrap type="none"/>
            <w10:anchorlock/>
          </v:shape>
        </w:pic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pict>
          <v:shape id="_x0000_i71486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4" o:title="eqId7f9e8449aad35c5d840a3395ea86df6d"/>
            <o:lock v:ext="edit" aspectratio="t"/>
            <w10:wrap type="none"/>
            <w10:anchorlock/>
          </v:shape>
        </w:pict>
      </w:r>
      <w:r>
        <w:rPr>
          <w:rFonts w:ascii="宋体" w:hAnsi="宋体" w:eastAsia="宋体" w:cs="宋体"/>
          <w:color w:val="000000"/>
        </w:rPr>
        <w:t>的“联盟点”，求此时点</w:t>
      </w:r>
      <w:r>
        <w:pict>
          <v:shape id="_x0000_i71486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3" o:title="eqIddad2a36927223bd70f426ba06aea4b45"/>
            <o:lock v:ext="edit" aspectratio="t"/>
            <w10:wrap type="none"/>
            <w10:anchorlock/>
          </v:shape>
        </w:pict>
      </w:r>
      <w:r>
        <w:rPr>
          <w:rFonts w:ascii="宋体" w:hAnsi="宋体" w:eastAsia="宋体" w:cs="宋体"/>
          <w:color w:val="000000"/>
        </w:rPr>
        <w:t>所表示的数；</w:t>
      </w:r>
    </w:p>
    <w:p>
      <w:pPr>
        <w:spacing w:line="360" w:lineRule="auto"/>
        <w:jc w:val="left"/>
        <w:textAlignment w:val="center"/>
        <w:rPr>
          <w:color w:val="000000"/>
        </w:rPr>
      </w:pPr>
      <w:r>
        <w:rPr>
          <w:rFonts w:ascii="宋体" w:hAnsi="宋体" w:eastAsia="宋体" w:cs="宋体"/>
          <w:color w:val="000000"/>
        </w:rPr>
        <w:t>②若点</w:t>
      </w:r>
      <w:r>
        <w:pict>
          <v:shape id="_x0000_i71486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5" o:title="eqIddad2a36927223bd70f426ba06aea4b45"/>
            <o:lock v:ext="edit" aspectratio="t"/>
            <w10:wrap type="none"/>
            <w10:anchorlock/>
          </v:shape>
        </w:pict>
      </w:r>
      <w:r>
        <w:rPr>
          <w:rFonts w:ascii="宋体" w:hAnsi="宋体" w:eastAsia="宋体" w:cs="宋体"/>
          <w:color w:val="000000"/>
        </w:rPr>
        <w:t>在点</w:t>
      </w:r>
      <w:r>
        <w:pict>
          <v:shape id="_x0000_i71486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6" o:title="eqId7f9e8449aad35c5d840a3395ea86df6d"/>
            <o:lock v:ext="edit" aspectratio="t"/>
            <w10:wrap type="none"/>
            <w10:anchorlock/>
          </v:shape>
        </w:pict>
      </w:r>
      <w:r>
        <w:rPr>
          <w:rFonts w:ascii="宋体" w:hAnsi="宋体" w:eastAsia="宋体" w:cs="宋体"/>
          <w:color w:val="000000"/>
        </w:rPr>
        <w:t>的右侧，点</w:t>
      </w:r>
      <w:r>
        <w:pict>
          <v:shape id="_x0000_i71486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5" o:title="eqIddad2a36927223bd70f426ba06aea4b4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pict>
          <v:shape id="_x0000_i71486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06" o:title="eqId7f9e8449aad35c5d840a3395ea86df6d"/>
            <o:lock v:ext="edit" aspectratio="t"/>
            <w10:wrap type="none"/>
            <w10:anchorlock/>
          </v:shape>
        </w:pict>
      </w:r>
      <w:r>
        <w:rPr>
          <w:rFonts w:ascii="宋体" w:hAnsi="宋体" w:eastAsia="宋体" w:cs="宋体"/>
          <w:color w:val="000000"/>
        </w:rPr>
        <w:t>中有一个点恰好是其他两个点的“联盟点”，请直接写出此时点</w:t>
      </w:r>
      <w:r>
        <w:pict>
          <v:shape id="_x0000_i71486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05" o:title="eqIddad2a36927223bd70f426ba06aea4b45"/>
            <o:lock v:ext="edit" aspectratio="t"/>
            <w10:wrap type="none"/>
            <w10:anchorlock/>
          </v:shape>
        </w:pict>
      </w:r>
      <w:r>
        <w:rPr>
          <w:rFonts w:ascii="宋体" w:hAnsi="宋体" w:eastAsia="宋体" w:cs="宋体"/>
          <w:color w:val="000000"/>
        </w:rPr>
        <w:t>所表示的数为</w:t>
      </w:r>
      <w:r>
        <w:rPr>
          <w:rFonts w:ascii="Times New Roman" w:hAnsi="Times New Roman" w:eastAsia="Times New Roman" w:cs="Times New Roman"/>
          <w:color w:val="000000"/>
        </w:rPr>
        <w:t>________.</w:t>
      </w:r>
    </w:p>
    <w:p>
      <w:pPr>
        <w:spacing w:line="360" w:lineRule="auto"/>
        <w:textAlignment w:val="center"/>
        <w:rPr>
          <w:color w:val="000000"/>
        </w:rPr>
      </w:pPr>
      <w:r>
        <w:rPr>
          <w:color w:val="2E75B6"/>
        </w:rPr>
        <w:t>【答案】</w:t>
      </w:r>
      <w:r>
        <w:rPr>
          <w:color w:val="000000"/>
        </w:rPr>
        <w:t>（1）</w:t>
      </w:r>
      <w:r>
        <w:pict>
          <v:shape id="_x0000_i714868"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107" o:title="eqIdb1241216f3c1cb5e73043dd1037f556d"/>
            <o:lock v:ext="edit" aspectratio="t"/>
            <w10:wrap type="none"/>
            <w10:anchorlock/>
          </v:shape>
        </w:pict>
      </w:r>
      <w:r>
        <w:rPr>
          <w:rFonts w:ascii="宋体" w:hAnsi="宋体" w:eastAsia="宋体" w:cs="宋体"/>
          <w:color w:val="000000"/>
        </w:rPr>
        <w:t>、</w:t>
      </w:r>
      <w:r>
        <w:pict>
          <v:shape id="_x0000_i71486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08" o:title="eqId384bef25d6a7f4c661e83498628c1409"/>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①当点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的左侧时，点</w:t>
      </w:r>
      <w:r>
        <w:rPr>
          <w:rFonts w:ascii="Times New Roman" w:hAnsi="Times New Roman" w:eastAsia="Times New Roman" w:cs="Times New Roman"/>
          <w:i/>
          <w:color w:val="000000"/>
        </w:rPr>
        <w:t>P</w:t>
      </w:r>
      <w:r>
        <w:rPr>
          <w:rFonts w:ascii="宋体" w:hAnsi="宋体" w:eastAsia="宋体" w:cs="宋体"/>
          <w:color w:val="000000"/>
        </w:rPr>
        <w:t>表示的数为</w:t>
      </w:r>
      <w:r>
        <w:pict>
          <v:shape id="_x0000_i71487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09" o:title="eqIdb1f2af6b635f2f3e49274116b98295da"/>
            <o:lock v:ext="edit" aspectratio="t"/>
            <w10:wrap type="none"/>
            <w10:anchorlock/>
          </v:shape>
        </w:pict>
      </w:r>
      <w:r>
        <w:rPr>
          <w:rFonts w:ascii="宋体" w:hAnsi="宋体" w:eastAsia="宋体" w:cs="宋体"/>
          <w:color w:val="000000"/>
        </w:rPr>
        <w:t>或</w:t>
      </w:r>
      <w:r>
        <w:pict>
          <v:shape id="_x0000_i714871"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110" o:title="eqId5991e9ec7666f533a528a4173c58f0ff"/>
            <o:lock v:ext="edit" aspectratio="t"/>
            <w10:wrap type="none"/>
            <w10:anchorlock/>
          </v:shape>
        </w:pict>
      </w:r>
      <w:r>
        <w:rPr>
          <w:rFonts w:ascii="宋体" w:hAnsi="宋体" w:eastAsia="宋体" w:cs="宋体"/>
          <w:color w:val="000000"/>
        </w:rPr>
        <w:t>或</w:t>
      </w:r>
      <w:r>
        <w:pict>
          <v:shape id="_x0000_i714872"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111" o:title="eqIdb7f5a566e9905ebdca5e064e1dc7d5e9"/>
            <o:lock v:ext="edit" aspectratio="t"/>
            <w10:wrap type="none"/>
            <w10:anchorlock/>
          </v:shape>
        </w:pict>
      </w:r>
      <w:r>
        <w:rPr>
          <w:rFonts w:ascii="宋体" w:hAnsi="宋体" w:eastAsia="宋体" w:cs="宋体"/>
          <w:color w:val="000000"/>
        </w:rPr>
        <w:t>；②</w:t>
      </w:r>
      <w:r>
        <w:rPr>
          <w:rFonts w:ascii="Times New Roman" w:hAnsi="Times New Roman" w:eastAsia="Times New Roman" w:cs="Times New Roman"/>
          <w:color w:val="000000"/>
        </w:rPr>
        <w:t>70</w:t>
      </w:r>
      <w:r>
        <w:rPr>
          <w:rFonts w:ascii="宋体" w:hAnsi="宋体" w:eastAsia="宋体" w:cs="宋体"/>
          <w:color w:val="000000"/>
        </w:rPr>
        <w:t>或</w:t>
      </w:r>
      <w:r>
        <w:rPr>
          <w:rFonts w:ascii="Times New Roman" w:hAnsi="Times New Roman" w:eastAsia="Times New Roman" w:cs="Times New Roman"/>
          <w:color w:val="000000"/>
        </w:rPr>
        <w:t>50</w:t>
      </w:r>
      <w:r>
        <w:rPr>
          <w:rFonts w:ascii="宋体" w:hAnsi="宋体" w:eastAsia="宋体" w:cs="宋体"/>
          <w:color w:val="000000"/>
        </w:rPr>
        <w:t>或</w:t>
      </w:r>
      <w:r>
        <w:rPr>
          <w:rFonts w:ascii="Times New Roman" w:hAnsi="Times New Roman" w:eastAsia="Times New Roman" w:cs="Times New Roman"/>
          <w:color w:val="000000"/>
        </w:rPr>
        <w:t>110</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）根据联盟点的定义进行判断即可；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根据点</w:t>
      </w:r>
      <w:r>
        <w:pict>
          <v:shape id="_x0000_i71487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2" o:title="eqIddad2a36927223bd70f426ba06aea4b45"/>
            <o:lock v:ext="edit" aspectratio="t"/>
            <w10:wrap type="none"/>
            <w10:anchorlock/>
          </v:shape>
        </w:pict>
      </w:r>
      <w:r>
        <w:rPr>
          <w:rFonts w:ascii="宋体" w:hAnsi="宋体" w:eastAsia="宋体" w:cs="宋体"/>
          <w:color w:val="000000"/>
        </w:rPr>
        <w:t>所处的位置，由不同的线段的倍数关系求出答案即可；</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分三种情况进行解答，即点</w:t>
      </w:r>
      <w:r>
        <w:rPr>
          <w:rFonts w:ascii="Times New Roman" w:hAnsi="Times New Roman" w:eastAsia="Times New Roman" w:cs="Times New Roman"/>
          <w:i/>
          <w:color w:val="000000"/>
        </w:rPr>
        <w:t>A</w:t>
      </w:r>
      <w:r>
        <w:rPr>
          <w:rFonts w:ascii="宋体" w:hAnsi="宋体" w:eastAsia="宋体" w:cs="宋体"/>
          <w:color w:val="000000"/>
        </w:rPr>
        <w:t>是点</w:t>
      </w:r>
      <w:r>
        <w:pict>
          <v:shape id="_x0000_i71487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3" o:title="eqIddad2a36927223bd70f426ba06aea4b45"/>
            <o:lock v:ext="edit" aspectratio="t"/>
            <w10:wrap type="none"/>
            <w10:anchorlock/>
          </v:shape>
        </w:pict>
      </w:r>
      <w:r>
        <w:rPr>
          <w:rFonts w:ascii="宋体" w:hAnsi="宋体" w:eastAsia="宋体" w:cs="宋体"/>
          <w:color w:val="000000"/>
        </w:rPr>
        <w:t>，点</w:t>
      </w:r>
      <w:r>
        <w:pict>
          <v:shape id="_x0000_i71487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4" o:title="eqId7f9e8449aad35c5d840a3395ea86df6d"/>
            <o:lock v:ext="edit" aspectratio="t"/>
            <w10:wrap type="none"/>
            <w10:anchorlock/>
          </v:shape>
        </w:pict>
      </w:r>
      <w:r>
        <w:rPr>
          <w:rFonts w:ascii="宋体" w:hAnsi="宋体" w:eastAsia="宋体" w:cs="宋体"/>
          <w:color w:val="000000"/>
        </w:rPr>
        <w:t>的“联盟点”，点</w:t>
      </w:r>
      <w:r>
        <w:pict>
          <v:shape id="_x0000_i71487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4" o:title="eqId7f9e8449aad35c5d840a3395ea86df6d"/>
            <o:lock v:ext="edit" aspectratio="t"/>
            <w10:wrap type="none"/>
            <w10:anchorlock/>
          </v:shape>
        </w:pic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、点</w:t>
      </w:r>
      <w:r>
        <w:pict>
          <v:shape id="_x0000_i71487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3" o:title="eqIddad2a36927223bd70f426ba06aea4b45"/>
            <o:lock v:ext="edit" aspectratio="t"/>
            <w10:wrap type="none"/>
            <w10:anchorlock/>
          </v:shape>
        </w:pict>
      </w:r>
      <w:r>
        <w:rPr>
          <w:rFonts w:ascii="宋体" w:hAnsi="宋体" w:eastAsia="宋体" w:cs="宋体"/>
          <w:color w:val="000000"/>
        </w:rPr>
        <w:t>的“联盟点”，点</w:t>
      </w:r>
      <w:r>
        <w:pict>
          <v:shape id="_x0000_i71487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3" o:title="eqIddad2a36927223bd70f426ba06aea4b45"/>
            <o:lock v:ext="edit" aspectratio="t"/>
            <w10:wrap type="none"/>
            <w10:anchorlock/>
          </v:shape>
        </w:pic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、点</w:t>
      </w:r>
      <w:r>
        <w:pict>
          <v:shape id="_x0000_i71487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4" o:title="eqId7f9e8449aad35c5d840a3395ea86df6d"/>
            <o:lock v:ext="edit" aspectratio="t"/>
            <w10:wrap type="none"/>
            <w10:anchorlock/>
          </v:shape>
        </w:pict>
      </w:r>
      <w:r>
        <w:rPr>
          <w:rFonts w:ascii="宋体" w:hAnsi="宋体" w:eastAsia="宋体" w:cs="宋体"/>
          <w:color w:val="000000"/>
        </w:rPr>
        <w:t>的“联盟点”进行计算即可．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pict>
          <v:shape id="_x0000_i714880" o:spt="75" alt="学科网(www.zxxk.com)--教育资源门户，提供试卷、教案、课件、论文、素材以及各类教学资源下载，还有大量而丰富的教学相关资讯！" type="#_x0000_t75" style="height:36pt;width:111pt;" o:ole="t" filled="f" o:preferrelative="t" stroked="f" coordsize="21600,21600">
            <v:path/>
            <v:fill on="f" focussize="0,0"/>
            <v:stroke on="f" joinstyle="miter"/>
            <v:imagedata r:id="rId115" o:title="eqId8d2c789b6e92f381f861c7e261ab2c84"/>
            <o:lock v:ext="edit" aspectratio="t"/>
            <w10:wrap type="none"/>
            <w10:anchorlock/>
          </v:shape>
        </w:pict>
      </w:r>
      <w:r>
        <w:rPr>
          <w:rFonts w:ascii="宋体" w:hAnsi="宋体" w:eastAsia="宋体" w:cs="宋体"/>
          <w:color w:val="000000"/>
        </w:rPr>
        <w:t>，</w:t>
      </w:r>
      <w:r>
        <w:pict>
          <v:shape id="_x0000_i714881" o:spt="75" alt="学科网(www.zxxk.com)--教育资源门户，提供试卷、教案、课件、论文、素材以及各类教学资源下载，还有大量而丰富的教学相关资讯！" type="#_x0000_t75" style="height:33.75pt;width:90.75pt;" o:ole="t" filled="f" o:preferrelative="t" stroked="f" coordsize="21600,21600">
            <v:path/>
            <v:fill on="f" focussize="0,0"/>
            <v:stroke on="f" joinstyle="miter"/>
            <v:imagedata r:id="rId116" o:title="eqId57a406f04ba8ad364fd0872327ae9a6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pict>
          <v:shape id="_x0000_i714882"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117" o:title="eqIdb1241216f3c1cb5e73043dd1037f556d"/>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pict>
          <v:shape id="_x0000_i71488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8" o:title="eqId7f9e8449aad35c5d840a3395ea86df6d"/>
            <o:lock v:ext="edit" aspectratio="t"/>
            <w10:wrap type="none"/>
            <w10:anchorlock/>
          </v:shape>
        </w:pict>
      </w:r>
      <w:r>
        <w:rPr>
          <w:rFonts w:ascii="宋体" w:hAnsi="宋体" w:eastAsia="宋体" w:cs="宋体"/>
          <w:color w:val="000000"/>
        </w:rPr>
        <w:t>的“联盟点”；</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4884" o:spt="75" alt="学科网(www.zxxk.com)--教育资源门户，提供试卷、教案、课件、论文、素材以及各类教学资源下载，还有大量而丰富的教学相关资讯！" type="#_x0000_t75" style="height:20.25pt;width:87.75pt;" o:ole="t" filled="f" o:preferrelative="t" stroked="f" coordsize="21600,21600">
            <v:path/>
            <v:fill on="f" focussize="0,0"/>
            <v:stroke on="f" joinstyle="miter"/>
            <v:imagedata r:id="rId119" o:title="eqIdcb268de3b57e974414ff65a70e432899"/>
            <o:lock v:ext="edit" aspectratio="t"/>
            <w10:wrap type="none"/>
            <w10:anchorlock/>
          </v:shape>
        </w:pict>
      </w:r>
      <w:r>
        <w:rPr>
          <w:rFonts w:ascii="宋体" w:hAnsi="宋体" w:eastAsia="宋体" w:cs="宋体"/>
          <w:color w:val="000000"/>
        </w:rPr>
        <w:t>，</w:t>
      </w:r>
      <w:r>
        <w:pict>
          <v:shape id="_x0000_i714885" o:spt="75" alt="学科网(www.zxxk.com)--教育资源门户，提供试卷、教案、课件、论文、素材以及各类教学资源下载，还有大量而丰富的教学相关资讯！" type="#_x0000_t75" style="height:20.25pt;width:81pt;" o:ole="t" filled="f" o:preferrelative="t" stroked="f" coordsize="21600,21600">
            <v:path/>
            <v:fill on="f" focussize="0,0"/>
            <v:stroke on="f" joinstyle="miter"/>
            <v:imagedata r:id="rId120" o:title="eqId7b4b7f6d8785ddbf04aa7f5a4de145f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pict>
          <v:shape id="_x0000_i714886"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21" o:title="eqId23f3ffe7abc59e2f65d827c8eab8d36a"/>
            <o:lock v:ext="edit" aspectratio="t"/>
            <w10:wrap type="none"/>
            <w10:anchorlock/>
          </v:shape>
        </w:pict>
      </w:r>
      <w:r>
        <w:rPr>
          <w:rFonts w:ascii="宋体" w:hAnsi="宋体" w:eastAsia="宋体" w:cs="宋体"/>
          <w:color w:val="000000"/>
        </w:rPr>
        <w:t>不是</w:t>
      </w:r>
      <w:r>
        <w:rPr>
          <w:rFonts w:ascii="Times New Roman" w:hAnsi="Times New Roman" w:eastAsia="Times New Roman" w:cs="Times New Roman"/>
          <w:i/>
          <w:color w:val="000000"/>
        </w:rPr>
        <w:t>A</w:t>
      </w:r>
      <w:r>
        <w:rPr>
          <w:rFonts w:ascii="宋体" w:hAnsi="宋体" w:eastAsia="宋体" w:cs="宋体"/>
          <w:color w:val="000000"/>
        </w:rPr>
        <w:t>，</w:t>
      </w:r>
      <w:r>
        <w:pict>
          <v:shape id="_x0000_i71488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2" o:title="eqId7f9e8449aad35c5d840a3395ea86df6d"/>
            <o:lock v:ext="edit" aspectratio="t"/>
            <w10:wrap type="none"/>
            <w10:anchorlock/>
          </v:shape>
        </w:pict>
      </w:r>
      <w:r>
        <w:rPr>
          <w:rFonts w:ascii="宋体" w:hAnsi="宋体" w:eastAsia="宋体" w:cs="宋体"/>
          <w:color w:val="000000"/>
        </w:rPr>
        <w:t>的“联盟点”；</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4888"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123" o:title="eqId08a72c1aada0ff2e82875afce45dfc40"/>
            <o:lock v:ext="edit" aspectratio="t"/>
            <w10:wrap type="none"/>
            <w10:anchorlock/>
          </v:shape>
        </w:pict>
      </w:r>
      <w:r>
        <w:rPr>
          <w:rFonts w:ascii="宋体" w:hAnsi="宋体" w:eastAsia="宋体" w:cs="宋体"/>
          <w:color w:val="000000"/>
        </w:rPr>
        <w:t>，</w:t>
      </w:r>
      <w:r>
        <w:pict>
          <v:shape id="_x0000_i714889" o:spt="75" alt="学科网(www.zxxk.com)--教育资源门户，提供试卷、教案、课件、论文、素材以及各类教学资源下载，还有大量而丰富的教学相关资讯！" type="#_x0000_t75" style="height:20.25pt;width:80.25pt;" o:ole="t" filled="f" o:preferrelative="t" stroked="f" coordsize="21600,21600">
            <v:path/>
            <v:fill on="f" focussize="0,0"/>
            <v:stroke on="f" joinstyle="miter"/>
            <v:imagedata r:id="rId124" o:title="eqIde1b1869952a830211f4dbdc70435630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pict>
          <v:shape id="_x0000_i714890"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125" o:title="eqIdab94459e87c666facddbe1a23ae1899d"/>
            <o:lock v:ext="edit" aspectratio="t"/>
            <w10:wrap type="none"/>
            <w10:anchorlock/>
          </v:shape>
        </w:pict>
      </w:r>
      <w:r>
        <w:rPr>
          <w:rFonts w:ascii="宋体" w:hAnsi="宋体" w:eastAsia="宋体" w:cs="宋体"/>
          <w:color w:val="000000"/>
        </w:rPr>
        <w:t>不是</w:t>
      </w:r>
      <w:r>
        <w:rPr>
          <w:rFonts w:ascii="Times New Roman" w:hAnsi="Times New Roman" w:eastAsia="Times New Roman" w:cs="Times New Roman"/>
          <w:i/>
          <w:color w:val="000000"/>
        </w:rPr>
        <w:t>A</w:t>
      </w:r>
      <w:r>
        <w:rPr>
          <w:rFonts w:ascii="宋体" w:hAnsi="宋体" w:eastAsia="宋体" w:cs="宋体"/>
          <w:color w:val="000000"/>
        </w:rPr>
        <w:t>，</w:t>
      </w:r>
      <w:r>
        <w:pict>
          <v:shape id="_x0000_i71489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6" o:title="eqId7f9e8449aad35c5d840a3395ea86df6d"/>
            <o:lock v:ext="edit" aspectratio="t"/>
            <w10:wrap type="none"/>
            <w10:anchorlock/>
          </v:shape>
        </w:pict>
      </w:r>
      <w:r>
        <w:rPr>
          <w:rFonts w:ascii="宋体" w:hAnsi="宋体" w:eastAsia="宋体" w:cs="宋体"/>
          <w:color w:val="000000"/>
        </w:rPr>
        <w:t>的“联盟点”；</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4892"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127" o:title="eqId38b9328f99e7f19807c59fa0a75fa4b2"/>
            <o:lock v:ext="edit" aspectratio="t"/>
            <w10:wrap type="none"/>
            <w10:anchorlock/>
          </v:shape>
        </w:pict>
      </w:r>
      <w:r>
        <w:rPr>
          <w:rFonts w:ascii="宋体" w:hAnsi="宋体" w:eastAsia="宋体" w:cs="宋体"/>
          <w:color w:val="000000"/>
        </w:rPr>
        <w:t>，</w:t>
      </w:r>
      <w:r>
        <w:pict>
          <v:shape id="_x0000_i714893" o:spt="75" alt="学科网(www.zxxk.com)--教育资源门户，提供试卷、教案、课件、论文、素材以及各类教学资源下载，还有大量而丰富的教学相关资讯！" type="#_x0000_t75" style="height:20.25pt;width:81pt;" o:ole="t" filled="f" o:preferrelative="t" stroked="f" coordsize="21600,21600">
            <v:path/>
            <v:fill on="f" focussize="0,0"/>
            <v:stroke on="f" joinstyle="miter"/>
            <v:imagedata r:id="rId128" o:title="eqIdbf5faf57470d1347366f5b023f7746f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pict>
          <v:shape id="_x0000_i71489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29" o:title="eqId384bef25d6a7f4c661e83498628c1409"/>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pict>
          <v:shape id="_x0000_i71489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0" o:title="eqId7f9e8449aad35c5d840a3395ea86df6d"/>
            <o:lock v:ext="edit" aspectratio="t"/>
            <w10:wrap type="none"/>
            <w10:anchorlock/>
          </v:shape>
        </w:pict>
      </w:r>
      <w:r>
        <w:rPr>
          <w:rFonts w:ascii="宋体" w:hAnsi="宋体" w:eastAsia="宋体" w:cs="宋体"/>
          <w:color w:val="000000"/>
        </w:rPr>
        <w:t>的“联盟点”；</w:t>
      </w:r>
    </w:p>
    <w:p>
      <w:pPr>
        <w:spacing w:line="360" w:lineRule="auto"/>
        <w:jc w:val="left"/>
        <w:textAlignment w:val="center"/>
        <w:rPr>
          <w:color w:val="000000"/>
        </w:rPr>
      </w:pPr>
      <w:r>
        <w:rPr>
          <w:rFonts w:ascii="宋体" w:hAnsi="宋体" w:eastAsia="宋体" w:cs="宋体"/>
          <w:color w:val="000000"/>
        </w:rPr>
        <w:t>故答案为：</w:t>
      </w:r>
      <w:r>
        <w:pict>
          <v:shape id="_x0000_i714896"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131" o:title="eqIdb1241216f3c1cb5e73043dd1037f556d"/>
            <o:lock v:ext="edit" aspectratio="t"/>
            <w10:wrap type="none"/>
            <w10:anchorlock/>
          </v:shape>
        </w:pict>
      </w:r>
      <w:r>
        <w:rPr>
          <w:rFonts w:ascii="宋体" w:hAnsi="宋体" w:eastAsia="宋体" w:cs="宋体"/>
          <w:color w:val="000000"/>
        </w:rPr>
        <w:t>、</w:t>
      </w:r>
      <w:r>
        <w:pict>
          <v:shape id="_x0000_i71489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32" o:title="eqId384bef25d6a7f4c661e83498628c140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解：①</w:t>
      </w:r>
      <w:r>
        <w:rPr>
          <w:rFonts w:ascii="Times New Roman" w:hAnsi="Times New Roman" w:eastAsia="Times New Roman" w:cs="Times New Roman"/>
          <w:color w:val="000000"/>
        </w:rPr>
        <w:t xml:space="preserve"> </w:t>
      </w:r>
      <w:r>
        <w:rPr>
          <w:rFonts w:ascii="宋体" w:hAnsi="宋体" w:eastAsia="宋体" w:cs="宋体"/>
          <w:color w:val="000000"/>
        </w:rPr>
        <w:t>设点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如图，当点</w:t>
      </w:r>
      <w:r>
        <w:pict>
          <v:shape id="_x0000_i714898"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33" o:title="eqId2708fa6298e52f617383efc175b71ddc"/>
            <o:lock v:ext="edit" aspectratio="t"/>
            <w10:wrap type="none"/>
            <w10:anchorlock/>
          </v:shape>
        </w:pic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左侧时，</w:t>
      </w:r>
      <w:r>
        <w:pict>
          <v:shape id="_x0000_i714899" o:spt="75" alt="学科网(www.zxxk.com)--教育资源门户，提供试卷、教案、课件、论文、素材以及各类教学资源下载，还有大量而丰富的教学相关资讯！" type="#_x0000_t75" style="height:18pt;width:55.5pt;" o:ole="t" filled="f" o:preferrelative="t" stroked="f" coordsize="21600,21600">
            <v:path/>
            <v:fill on="f" focussize="0,0"/>
            <v:stroke on="f" joinstyle="miter"/>
            <v:imagedata r:id="rId134" o:title="eqIdf6f9cff7172269f6ab58595e0ac05af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047875" cy="447675"/>
            <wp:effectExtent l="0" t="0" r="9525" b="9525"/>
            <wp:docPr id="3545"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 name="图片 100009" descr="学科网(www.zxxk.com)--教育资源门户，提供试卷、教案、课件、论文、素材以及各类教学资源下载，还有大量而丰富的教学相关资讯！"/>
                    <pic:cNvPicPr>
                      <a:picLocks noChangeAspect="1"/>
                    </pic:cNvPicPr>
                  </pic:nvPicPr>
                  <pic:blipFill>
                    <a:blip r:embed="rId135"/>
                    <a:stretch>
                      <a:fillRect/>
                    </a:stretch>
                  </pic:blipFill>
                  <pic:spPr>
                    <a:xfrm>
                      <a:off x="0" y="0"/>
                      <a:ext cx="2047875" cy="4476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pict>
          <v:shape id="_x0000_i714900" o:spt="75" alt="学科网(www.zxxk.com)--教育资源门户，提供试卷、教案、课件、论文、素材以及各类教学资源下载，还有大量而丰富的教学相关资讯！" type="#_x0000_t75" style="height:20.25pt;width:96pt;" o:ole="t" filled="f" o:preferrelative="t" stroked="f" coordsize="21600,21600">
            <v:path/>
            <v:fill on="f" focussize="0,0"/>
            <v:stroke on="f" joinstyle="miter"/>
            <v:imagedata r:id="rId136" o:title="eqId43a8fcff0a3398c33b6d76967377ba5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490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137" o:title="eqId3b7af2396cf2b9dd8773069fca86fba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所以点</w:t>
      </w:r>
      <w:r>
        <w:pict>
          <v:shape id="_x0000_i714902"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38" o:title="eqId2708fa6298e52f617383efc175b71ddc"/>
            <o:lock v:ext="edit" aspectratio="t"/>
            <w10:wrap type="none"/>
            <w10:anchorlock/>
          </v:shape>
        </w:pict>
      </w:r>
      <w:r>
        <w:rPr>
          <w:rFonts w:ascii="宋体" w:hAnsi="宋体" w:eastAsia="宋体" w:cs="宋体"/>
          <w:color w:val="000000"/>
        </w:rPr>
        <w:t>表示的数为</w:t>
      </w:r>
      <w:r>
        <w:pict>
          <v:shape id="_x0000_i71490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39" o:title="eqIdb1f2af6b635f2f3e49274116b98295d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如图，当点</w:t>
      </w:r>
      <w:r>
        <w:pict>
          <v:shape id="_x0000_i71490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40" o:title="eqId9b9cb8e6ff801523b0304576cd69fd2d"/>
            <o:lock v:ext="edit" aspectratio="t"/>
            <w10:wrap type="none"/>
            <w10:anchorlock/>
          </v:shape>
        </w:pict>
      </w:r>
      <w:r>
        <w:rPr>
          <w:rFonts w:ascii="宋体" w:hAnsi="宋体" w:eastAsia="宋体" w:cs="宋体"/>
          <w:color w:val="000000"/>
        </w:rPr>
        <w:t>在线段</w:t>
      </w:r>
      <w:r>
        <w:pict>
          <v:shape id="_x0000_i71490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41" o:title="eqIdf52a58fbaf4fea03567e88a9f0f6e37e"/>
            <o:lock v:ext="edit" aspectratio="t"/>
            <w10:wrap type="none"/>
            <w10:anchorlock/>
          </v:shape>
        </w:pict>
      </w:r>
      <w:r>
        <w:rPr>
          <w:rFonts w:ascii="宋体" w:hAnsi="宋体" w:eastAsia="宋体" w:cs="宋体"/>
          <w:color w:val="000000"/>
        </w:rPr>
        <w:t>上且</w:t>
      </w:r>
      <w:r>
        <w:pict>
          <v:shape id="_x0000_i714906" o:spt="75" alt="学科网(www.zxxk.com)--教育资源门户，提供试卷、教案、课件、论文、素材以及各类教学资源下载，还有大量而丰富的教学相关资讯！" type="#_x0000_t75" style="height:18pt;width:58.5pt;" o:ole="t" filled="f" o:preferrelative="t" stroked="f" coordsize="21600,21600">
            <v:path/>
            <v:fill on="f" focussize="0,0"/>
            <v:stroke on="f" joinstyle="miter"/>
            <v:imagedata r:id="rId142" o:title="eqIdbe446e32d622efac1fe8e0b5d72ead05"/>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color w:val="000000"/>
        </w:rPr>
        <w:drawing>
          <wp:inline distT="0" distB="0" distL="114300" distR="114300">
            <wp:extent cx="1943100" cy="419100"/>
            <wp:effectExtent l="0" t="0" r="0" b="0"/>
            <wp:docPr id="3547"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 name="图片 100011" descr="学科网(www.zxxk.com)--教育资源门户，提供试卷、教案、课件、论文、素材以及各类教学资源下载，还有大量而丰富的教学相关资讯！"/>
                    <pic:cNvPicPr>
                      <a:picLocks noChangeAspect="1"/>
                    </pic:cNvPicPr>
                  </pic:nvPicPr>
                  <pic:blipFill>
                    <a:blip r:embed="rId143"/>
                    <a:stretch>
                      <a:fillRect/>
                    </a:stretch>
                  </pic:blipFill>
                  <pic:spPr>
                    <a:xfrm>
                      <a:off x="0" y="0"/>
                      <a:ext cx="1943100" cy="419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pict>
          <v:shape id="_x0000_i714907" o:spt="75" alt="学科网(www.zxxk.com)--教育资源门户，提供试卷、教案、课件、论文、素材以及各类教学资源下载，还有大量而丰富的教学相关资讯！" type="#_x0000_t75" style="height:20.25pt;width:87.75pt;" o:ole="t" filled="f" o:preferrelative="t" stroked="f" coordsize="21600,21600">
            <v:path/>
            <v:fill on="f" focussize="0,0"/>
            <v:stroke on="f" joinstyle="miter"/>
            <v:imagedata r:id="rId144" o:title="eqIde2ebe26575d47edb37752160418b5ea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4908" o:spt="75" alt="学科网(www.zxxk.com)--教育资源门户，提供试卷、教案、课件、论文、素材以及各类教学资源下载，还有大量而丰富的教学相关资讯！" type="#_x0000_t75" style="height:31.15pt;width:33.3pt;" o:ole="t" filled="f" o:preferrelative="t" stroked="f" coordsize="21600,21600">
            <v:path/>
            <v:fill on="f" focussize="0,0"/>
            <v:stroke on="f" joinstyle="miter"/>
            <v:imagedata r:id="rId145" o:title="eqIdfa7e7a5ecd65d4eb785e543dd7eeea8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所以点</w:t>
      </w:r>
      <w:r>
        <w:pict>
          <v:shape id="_x0000_i714909"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46" o:title="eqId9b9cb8e6ff801523b0304576cd69fd2d"/>
            <o:lock v:ext="edit" aspectratio="t"/>
            <w10:wrap type="none"/>
            <w10:anchorlock/>
          </v:shape>
        </w:pict>
      </w:r>
      <w:r>
        <w:rPr>
          <w:rFonts w:ascii="宋体" w:hAnsi="宋体" w:eastAsia="宋体" w:cs="宋体"/>
          <w:color w:val="000000"/>
        </w:rPr>
        <w:t>表示的数为</w:t>
      </w:r>
      <w:r>
        <w:pict>
          <v:shape id="_x0000_i714910"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147" o:title="eqId5991e9ec7666f533a528a4173c58f0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如图，当点</w:t>
      </w:r>
      <w:r>
        <w:pict>
          <v:shape id="_x0000_i714911"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48" o:title="eqId797e67927616b141ed7c6b83f8b6f4fb"/>
            <o:lock v:ext="edit" aspectratio="t"/>
            <w10:wrap type="none"/>
            <w10:anchorlock/>
          </v:shape>
        </w:pict>
      </w:r>
      <w:r>
        <w:rPr>
          <w:rFonts w:ascii="宋体" w:hAnsi="宋体" w:eastAsia="宋体" w:cs="宋体"/>
          <w:color w:val="000000"/>
        </w:rPr>
        <w:t>在线段</w:t>
      </w:r>
      <w:r>
        <w:pict>
          <v:shape id="_x0000_i71491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49" o:title="eqIdf52a58fbaf4fea03567e88a9f0f6e37e"/>
            <o:lock v:ext="edit" aspectratio="t"/>
            <w10:wrap type="none"/>
            <w10:anchorlock/>
          </v:shape>
        </w:pict>
      </w:r>
      <w:r>
        <w:rPr>
          <w:rFonts w:ascii="宋体" w:hAnsi="宋体" w:eastAsia="宋体" w:cs="宋体"/>
          <w:color w:val="000000"/>
        </w:rPr>
        <w:t>上且</w:t>
      </w:r>
      <w:r>
        <w:pict>
          <v:shape id="_x0000_i714913"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150" o:title="eqIdb097970e781f92aa5af2f26d428376fe"/>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color w:val="000000"/>
        </w:rPr>
        <w:drawing>
          <wp:inline distT="0" distB="0" distL="114300" distR="114300">
            <wp:extent cx="1990725" cy="428625"/>
            <wp:effectExtent l="0" t="0" r="9525" b="9525"/>
            <wp:docPr id="3549"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 name="图片 100013" descr="学科网(www.zxxk.com)--教育资源门户，提供试卷、教案、课件、论文、素材以及各类教学资源下载，还有大量而丰富的教学相关资讯！"/>
                    <pic:cNvPicPr>
                      <a:picLocks noChangeAspect="1"/>
                    </pic:cNvPicPr>
                  </pic:nvPicPr>
                  <pic:blipFill>
                    <a:blip r:embed="rId151"/>
                    <a:stretch>
                      <a:fillRect/>
                    </a:stretch>
                  </pic:blipFill>
                  <pic:spPr>
                    <a:xfrm>
                      <a:off x="0" y="0"/>
                      <a:ext cx="1990725" cy="4286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pict>
          <v:shape id="_x0000_i714914" o:spt="75" alt="学科网(www.zxxk.com)--教育资源门户，提供试卷、教案、课件、论文、素材以及各类教学资源下载，还有大量而丰富的教学相关资讯！" type="#_x0000_t75" style="height:20.25pt;width:87.75pt;" o:ole="t" filled="f" o:preferrelative="t" stroked="f" coordsize="21600,21600">
            <v:path/>
            <v:fill on="f" focussize="0,0"/>
            <v:stroke on="f" joinstyle="miter"/>
            <v:imagedata r:id="rId152" o:title="eqIddbc5d16c80aa01d463b82de522cd1ee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4915" o:spt="75" alt="学科网(www.zxxk.com)--教育资源门户，提供试卷、教案、课件、论文、素材以及各类教学资源下载，还有大量而丰富的教学相关资讯！" type="#_x0000_t75" style="height:31pt;width:35pt;" o:ole="t" filled="f" o:preferrelative="t" stroked="f" coordsize="21600,21600">
            <v:path/>
            <v:fill on="f" focussize="0,0"/>
            <v:stroke on="f" joinstyle="miter"/>
            <v:imagedata r:id="rId153" o:title="eqId72c022cf9727b5371c6a336860ef027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所以点</w:t>
      </w:r>
      <w:r>
        <w:pict>
          <v:shape id="_x0000_i71491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54" o:title="eqId797e67927616b141ed7c6b83f8b6f4fb"/>
            <o:lock v:ext="edit" aspectratio="t"/>
            <w10:wrap type="none"/>
            <w10:anchorlock/>
          </v:shape>
        </w:pict>
      </w:r>
      <w:r>
        <w:rPr>
          <w:rFonts w:ascii="宋体" w:hAnsi="宋体" w:eastAsia="宋体" w:cs="宋体"/>
          <w:color w:val="000000"/>
        </w:rPr>
        <w:t>表示的数为</w:t>
      </w:r>
      <w:r>
        <w:pict>
          <v:shape id="_x0000_i714917"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155" o:title="eqIdb7f5a566e9905ebdca5e064e1dc7d5e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综上所述，当点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的左侧时，点</w:t>
      </w:r>
      <w:r>
        <w:rPr>
          <w:rFonts w:ascii="Times New Roman" w:hAnsi="Times New Roman" w:eastAsia="Times New Roman" w:cs="Times New Roman"/>
          <w:i/>
          <w:color w:val="000000"/>
        </w:rPr>
        <w:t>P</w:t>
      </w:r>
      <w:r>
        <w:rPr>
          <w:rFonts w:ascii="宋体" w:hAnsi="宋体" w:eastAsia="宋体" w:cs="宋体"/>
          <w:color w:val="000000"/>
        </w:rPr>
        <w:t>表示的数为</w:t>
      </w:r>
      <w:r>
        <w:pict>
          <v:shape id="_x0000_i71491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56" o:title="eqIdb1f2af6b635f2f3e49274116b98295da"/>
            <o:lock v:ext="edit" aspectratio="t"/>
            <w10:wrap type="none"/>
            <w10:anchorlock/>
          </v:shape>
        </w:pict>
      </w:r>
      <w:r>
        <w:rPr>
          <w:rFonts w:ascii="宋体" w:hAnsi="宋体" w:eastAsia="宋体" w:cs="宋体"/>
          <w:color w:val="000000"/>
        </w:rPr>
        <w:t>或</w:t>
      </w:r>
      <w:r>
        <w:pict>
          <v:shape id="_x0000_i714919"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157" o:title="eqId5991e9ec7666f533a528a4173c58f0ff"/>
            <o:lock v:ext="edit" aspectratio="t"/>
            <w10:wrap type="none"/>
            <w10:anchorlock/>
          </v:shape>
        </w:pict>
      </w:r>
      <w:r>
        <w:rPr>
          <w:rFonts w:ascii="宋体" w:hAnsi="宋体" w:eastAsia="宋体" w:cs="宋体"/>
          <w:color w:val="000000"/>
        </w:rPr>
        <w:t>或</w:t>
      </w:r>
      <w:r>
        <w:pict>
          <v:shape id="_x0000_i714920"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158" o:title="eqIdb7f5a566e9905ebdca5e064e1dc7d5e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若点</w:t>
      </w:r>
      <w:r>
        <w:pict>
          <v:shape id="_x0000_i71492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9" o:title="eqIddad2a36927223bd70f426ba06aea4b45"/>
            <o:lock v:ext="edit" aspectratio="t"/>
            <w10:wrap type="none"/>
            <w10:anchorlock/>
          </v:shape>
        </w:pict>
      </w:r>
      <w:r>
        <w:rPr>
          <w:rFonts w:ascii="宋体" w:hAnsi="宋体" w:eastAsia="宋体" w:cs="宋体"/>
          <w:color w:val="000000"/>
        </w:rPr>
        <w:t>在点</w:t>
      </w:r>
      <w:r>
        <w:pict>
          <v:shape id="_x0000_i71492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0" o:title="eqId7f9e8449aad35c5d840a3395ea86df6d"/>
            <o:lock v:ext="edit" aspectratio="t"/>
            <w10:wrap type="none"/>
            <w10:anchorlock/>
          </v:shape>
        </w:pict>
      </w:r>
      <w:r>
        <w:rPr>
          <w:rFonts w:ascii="宋体" w:hAnsi="宋体" w:eastAsia="宋体" w:cs="宋体"/>
          <w:color w:val="000000"/>
        </w:rPr>
        <w:t>的右侧，</w:t>
      </w:r>
    </w:p>
    <w:p>
      <w:pPr>
        <w:spacing w:line="360" w:lineRule="auto"/>
        <w:jc w:val="left"/>
        <w:textAlignment w:val="center"/>
        <w:rPr>
          <w:color w:val="000000"/>
        </w:rPr>
      </w:pPr>
      <w:r>
        <w:rPr>
          <w:rFonts w:ascii="宋体" w:hAnsi="宋体" w:eastAsia="宋体" w:cs="宋体"/>
          <w:color w:val="000000"/>
        </w:rPr>
        <w:t>当点</w:t>
      </w:r>
      <w:r>
        <w:rPr>
          <w:rFonts w:ascii="Times New Roman" w:hAnsi="Times New Roman" w:eastAsia="Times New Roman" w:cs="Times New Roman"/>
          <w:i/>
          <w:color w:val="000000"/>
        </w:rPr>
        <w:t>A</w:t>
      </w:r>
      <w:r>
        <w:rPr>
          <w:rFonts w:ascii="宋体" w:hAnsi="宋体" w:eastAsia="宋体" w:cs="宋体"/>
          <w:color w:val="000000"/>
        </w:rPr>
        <w:t>是点</w:t>
      </w:r>
      <w:r>
        <w:pict>
          <v:shape id="_x0000_i71492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61" o:title="eqIddad2a36927223bd70f426ba06aea4b45"/>
            <o:lock v:ext="edit" aspectratio="t"/>
            <w10:wrap type="none"/>
            <w10:anchorlock/>
          </v:shape>
        </w:pict>
      </w:r>
      <w:r>
        <w:rPr>
          <w:rFonts w:ascii="宋体" w:hAnsi="宋体" w:eastAsia="宋体" w:cs="宋体"/>
          <w:color w:val="000000"/>
        </w:rPr>
        <w:t>，点</w:t>
      </w:r>
      <w:r>
        <w:pict>
          <v:shape id="_x0000_i71492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2" o:title="eqId7f9e8449aad35c5d840a3395ea86df6d"/>
            <o:lock v:ext="edit" aspectratio="t"/>
            <w10:wrap type="none"/>
            <w10:anchorlock/>
          </v:shape>
        </w:pict>
      </w:r>
      <w:r>
        <w:rPr>
          <w:rFonts w:ascii="宋体" w:hAnsi="宋体" w:eastAsia="宋体" w:cs="宋体"/>
          <w:color w:val="000000"/>
        </w:rPr>
        <w:t>的“联盟点”时，有</w:t>
      </w:r>
      <w:r>
        <w:pict>
          <v:shape id="_x0000_i714925"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163" o:title="eqId241ec7f69e9e2602f45f995bd0dbe764"/>
            <o:lock v:ext="edit" aspectratio="t"/>
            <w10:wrap type="none"/>
            <w10:anchorlock/>
          </v:shape>
        </w:pict>
      </w:r>
      <w:r>
        <w:rPr>
          <w:rFonts w:ascii="宋体" w:hAnsi="宋体" w:eastAsia="宋体" w:cs="宋体"/>
          <w:color w:val="000000"/>
        </w:rPr>
        <w:t>，即</w:t>
      </w:r>
      <w:r>
        <w:pict>
          <v:shape id="_x0000_i714926" o:spt="75" alt="学科网(www.zxxk.com)--教育资源门户，提供试卷、教案、课件、论文、素材以及各类教学资源下载，还有大量而丰富的教学相关资讯！" type="#_x0000_t75" style="height:20.25pt;width:101.25pt;" o:ole="t" filled="f" o:preferrelative="t" stroked="f" coordsize="21600,21600">
            <v:path/>
            <v:fill on="f" focussize="0,0"/>
            <v:stroke on="f" joinstyle="miter"/>
            <v:imagedata r:id="rId164" o:title="eqIde0f791b036de3dbd227bb21948ed49a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4927" o:spt="75" alt="学科网(www.zxxk.com)--教育资源门户，提供试卷、教案、课件、论文、素材以及各类教学资源下载，还有大量而丰富的教学相关资讯！" type="#_x0000_t75" style="height:14.4pt;width:34.2pt;" o:ole="t" filled="f" o:preferrelative="t" stroked="f" coordsize="21600,21600">
            <v:path/>
            <v:fill on="f" focussize="0,0"/>
            <v:stroke on="f" joinstyle="miter"/>
            <v:imagedata r:id="rId165" o:title="eqId42a426187c01b2c9fbd657072ef9fbe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pict>
          <v:shape id="_x0000_i71492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6" o:title="eqId7f9e8449aad35c5d840a3395ea86df6d"/>
            <o:lock v:ext="edit" aspectratio="t"/>
            <w10:wrap type="none"/>
            <w10:anchorlock/>
          </v:shape>
        </w:pic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、点</w:t>
      </w:r>
      <w:r>
        <w:pict>
          <v:shape id="_x0000_i71492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67" o:title="eqIddad2a36927223bd70f426ba06aea4b45"/>
            <o:lock v:ext="edit" aspectratio="t"/>
            <w10:wrap type="none"/>
            <w10:anchorlock/>
          </v:shape>
        </w:pict>
      </w:r>
      <w:r>
        <w:rPr>
          <w:rFonts w:ascii="宋体" w:hAnsi="宋体" w:eastAsia="宋体" w:cs="宋体"/>
          <w:color w:val="000000"/>
        </w:rPr>
        <w:t>的“联盟点”时，有</w:t>
      </w:r>
      <w:r>
        <w:pict>
          <v:shape id="_x0000_i714930" o:spt="75" alt="学科网(www.zxxk.com)--教育资源门户，提供试卷、教案、课件、论文、素材以及各类教学资源下载，还有大量而丰富的教学相关资讯！" type="#_x0000_t75" style="height:12pt;width:46.5pt;" o:ole="t" filled="f" o:preferrelative="t" stroked="f" coordsize="21600,21600">
            <v:path/>
            <v:fill on="f" focussize="0,0"/>
            <v:stroke on="f" joinstyle="miter"/>
            <v:imagedata r:id="rId168" o:title="eqIdf487b42220b7f197e34338e6fd63c492"/>
            <o:lock v:ext="edit" aspectratio="t"/>
            <w10:wrap type="none"/>
            <w10:anchorlock/>
          </v:shape>
        </w:pict>
      </w:r>
      <w:r>
        <w:rPr>
          <w:rFonts w:ascii="宋体" w:hAnsi="宋体" w:eastAsia="宋体" w:cs="宋体"/>
          <w:color w:val="000000"/>
        </w:rPr>
        <w:t>或</w:t>
      </w:r>
      <w:r>
        <w:pict>
          <v:shape id="_x0000_i714931"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169" o:title="eqIda97fc174d68b765162af3d9ef19c8eb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pict>
          <v:shape id="_x0000_i714932" o:spt="75" alt="学科网(www.zxxk.com)--教育资源门户，提供试卷、教案、课件、论文、素材以及各类教学资源下载，还有大量而丰富的教学相关资讯！" type="#_x0000_t75" style="height:20.25pt;width:93.75pt;" o:ole="t" filled="f" o:preferrelative="t" stroked="f" coordsize="21600,21600">
            <v:path/>
            <v:fill on="f" focussize="0,0"/>
            <v:stroke on="f" joinstyle="miter"/>
            <v:imagedata r:id="rId170" o:title="eqId62079d59faf1d86c046344361cf7bcfd"/>
            <o:lock v:ext="edit" aspectratio="t"/>
            <w10:wrap type="none"/>
            <w10:anchorlock/>
          </v:shape>
        </w:pict>
      </w:r>
      <w:r>
        <w:rPr>
          <w:rFonts w:ascii="宋体" w:hAnsi="宋体" w:eastAsia="宋体" w:cs="宋体"/>
          <w:color w:val="000000"/>
        </w:rPr>
        <w:t>或</w:t>
      </w:r>
      <w:r>
        <w:pict>
          <v:shape id="_x0000_i714933" o:spt="75" alt="学科网(www.zxxk.com)--教育资源门户，提供试卷、教案、课件、论文、素材以及各类教学资源下载，还有大量而丰富的教学相关资讯！" type="#_x0000_t75" style="height:20.25pt;width:102pt;" o:ole="t" filled="f" o:preferrelative="t" stroked="f" coordsize="21600,21600">
            <v:path/>
            <v:fill on="f" focussize="0,0"/>
            <v:stroke on="f" joinstyle="miter"/>
            <v:imagedata r:id="rId171" o:title="eqId54301e84f846b0199fcea1b0c608ff5a"/>
            <o:lock v:ext="edit" aspectratio="t"/>
            <w10:wrap type="none"/>
            <w10:anchorlock/>
          </v:shape>
        </w:pict>
      </w:r>
      <w:r>
        <w:rPr>
          <w:rFonts w:ascii="宋体" w:hAnsi="宋体" w:eastAsia="宋体" w:cs="宋体"/>
          <w:color w:val="000000"/>
        </w:rPr>
        <w:t>，解得</w:t>
      </w:r>
      <w:r>
        <w:pict>
          <v:shape id="_x0000_i714934" o:spt="75" alt="学科网(www.zxxk.com)--教育资源门户，提供试卷、教案、课件、论文、素材以及各类教学资源下载，还有大量而丰富的教学相关资讯！" type="#_x0000_t75" style="height:13.95pt;width:29pt;" o:ole="t" filled="f" o:preferrelative="t" stroked="f" coordsize="21600,21600">
            <v:path/>
            <v:fill on="f" focussize="0,0"/>
            <v:stroke on="f" joinstyle="miter"/>
            <v:imagedata r:id="rId172" o:title="eqId3c4fc71d12c97057ca4bbf7bfed40171"/>
            <o:lock v:ext="edit" aspectratio="t"/>
            <w10:wrap type="none"/>
            <w10:anchorlock/>
          </v:shape>
        </w:pict>
      </w:r>
      <w:r>
        <w:rPr>
          <w:rFonts w:ascii="宋体" w:hAnsi="宋体" w:eastAsia="宋体" w:cs="宋体"/>
          <w:color w:val="000000"/>
        </w:rPr>
        <w:t>或</w:t>
      </w:r>
      <w:r>
        <w:pict>
          <v:shape id="_x0000_i714935"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173" o:title="eqId62aca03c329ddb822b663c1204ef202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pict>
          <v:shape id="_x0000_i71493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74" o:title="eqIddad2a36927223bd70f426ba06aea4b45"/>
            <o:lock v:ext="edit" aspectratio="t"/>
            <w10:wrap type="none"/>
            <w10:anchorlock/>
          </v:shape>
        </w:pic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、点</w:t>
      </w:r>
      <w:r>
        <w:pict>
          <v:shape id="_x0000_i71493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75" o:title="eqId7f9e8449aad35c5d840a3395ea86df6d"/>
            <o:lock v:ext="edit" aspectratio="t"/>
            <w10:wrap type="none"/>
            <w10:anchorlock/>
          </v:shape>
        </w:pict>
      </w:r>
      <w:r>
        <w:rPr>
          <w:rFonts w:ascii="宋体" w:hAnsi="宋体" w:eastAsia="宋体" w:cs="宋体"/>
          <w:color w:val="000000"/>
        </w:rPr>
        <w:t>的“联盟点”时，有</w:t>
      </w:r>
      <w:r>
        <w:pict>
          <v:shape id="_x0000_i714938" o:spt="75" alt="学科网(www.zxxk.com)--教育资源门户，提供试卷、教案、课件、论文、素材以及各类教学资源下载，还有大量而丰富的教学相关资讯！" type="#_x0000_t75" style="height:13pt;width:52pt;" o:ole="t" filled="f" o:preferrelative="t" stroked="f" coordsize="21600,21600">
            <v:path/>
            <v:fill on="f" focussize="0,0"/>
            <v:stroke on="f" joinstyle="miter"/>
            <v:imagedata r:id="rId176" o:title="eqId1f35b3fcb8c06368e2775ffc416158ba"/>
            <o:lock v:ext="edit" aspectratio="t"/>
            <w10:wrap type="none"/>
            <w10:anchorlock/>
          </v:shape>
        </w:pict>
      </w:r>
      <w:r>
        <w:rPr>
          <w:rFonts w:ascii="宋体" w:hAnsi="宋体" w:eastAsia="宋体" w:cs="宋体"/>
          <w:color w:val="000000"/>
        </w:rPr>
        <w:t>，即</w:t>
      </w:r>
      <w:r>
        <w:pict>
          <v:shape id="_x0000_i714939" o:spt="75" alt="学科网(www.zxxk.com)--教育资源门户，提供试卷、教案、课件、论文、素材以及各类教学资源下载，还有大量而丰富的教学相关资讯！" type="#_x0000_t75" style="height:20.25pt;width:96pt;" o:ole="t" filled="f" o:preferrelative="t" stroked="f" coordsize="21600,21600">
            <v:path/>
            <v:fill on="f" focussize="0,0"/>
            <v:stroke on="f" joinstyle="miter"/>
            <v:imagedata r:id="rId177" o:title="eqId06c829b8db59606d785565379fae3c2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4940" o:spt="75" alt="学科网(www.zxxk.com)--教育资源门户，提供试卷、教案、课件、论文、素材以及各类教学资源下载，还有大量而丰富的教学相关资讯！" type="#_x0000_t75" style="height:14.4pt;width:34.2pt;" o:ole="t" filled="f" o:preferrelative="t" stroked="f" coordsize="21600,21600">
            <v:path/>
            <v:fill on="f" focussize="0,0"/>
            <v:stroke on="f" joinstyle="miter"/>
            <v:imagedata r:id="rId178" o:title="eqId42a426187c01b2c9fbd657072ef9fbe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70</w:t>
      </w:r>
      <w:r>
        <w:rPr>
          <w:rFonts w:ascii="宋体" w:hAnsi="宋体" w:eastAsia="宋体" w:cs="宋体"/>
          <w:color w:val="000000"/>
        </w:rPr>
        <w:t>或</w:t>
      </w:r>
      <w:r>
        <w:rPr>
          <w:rFonts w:ascii="Times New Roman" w:hAnsi="Times New Roman" w:eastAsia="Times New Roman" w:cs="Times New Roman"/>
          <w:color w:val="000000"/>
        </w:rPr>
        <w:t>50</w:t>
      </w:r>
      <w:r>
        <w:rPr>
          <w:rFonts w:ascii="宋体" w:hAnsi="宋体" w:eastAsia="宋体" w:cs="宋体"/>
          <w:color w:val="000000"/>
        </w:rPr>
        <w:t>或</w:t>
      </w:r>
      <w:r>
        <w:rPr>
          <w:rFonts w:ascii="Times New Roman" w:hAnsi="Times New Roman" w:eastAsia="Times New Roman" w:cs="Times New Roman"/>
          <w:color w:val="000000"/>
        </w:rPr>
        <w:t>110</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本题考查数轴与有理数，一元一次方程的应用，数轴上两点间的距离，用数轴上点表示有理数，熟练掌握数轴上点的特征，两点间距离的求法，以及一元一次方程的应用，分类讨论是解（</w:t>
      </w:r>
      <w:r>
        <w:rPr>
          <w:rFonts w:ascii="Times New Roman" w:hAnsi="Times New Roman" w:eastAsia="Times New Roman" w:cs="Times New Roman"/>
          <w:color w:val="000000"/>
        </w:rPr>
        <w:t>2</w:t>
      </w:r>
      <w:r>
        <w:rPr>
          <w:rFonts w:ascii="宋体" w:hAnsi="宋体" w:eastAsia="宋体" w:cs="宋体"/>
          <w:color w:val="000000"/>
        </w:rPr>
        <w:t>）的关键．</w:t>
      </w:r>
    </w:p>
    <w:p>
      <w:pPr>
        <w:pStyle w:val="Heading2"/>
      </w:pPr>
      <w:r>
        <w:t>师范大学附属实验中学</w:t>
      </w:r>
    </w:p>
    <w:p>
      <w:pPr>
        <w:spacing w:line="360" w:lineRule="auto"/>
        <w:jc w:val="left"/>
        <w:textAlignment w:val="center"/>
        <w:rPr>
          <w:color w:val="000000"/>
        </w:rPr>
      </w:pPr>
      <w:r>
        <w:rPr>
          <w:color w:val="000000"/>
        </w:rPr>
        <w:t xml:space="preserve">25. </w:t>
      </w:r>
      <w:r>
        <w:rPr>
          <w:rFonts w:ascii="宋体" w:hAnsi="宋体" w:eastAsia="宋体" w:cs="宋体"/>
          <w:color w:val="000000"/>
        </w:rPr>
        <w:t>观察下列图形，寻找规律，回答下列问题：</w:t>
      </w:r>
    </w:p>
    <w:p>
      <w:pPr>
        <w:spacing w:line="360" w:lineRule="auto"/>
        <w:jc w:val="left"/>
        <w:textAlignment w:val="center"/>
        <w:rPr>
          <w:color w:val="000000"/>
        </w:rPr>
      </w:pPr>
      <w:r>
        <w:rPr>
          <w:rFonts w:ascii="宋体" w:hAnsi="宋体" w:eastAsia="宋体" w:cs="宋体"/>
          <w:color w:val="000000"/>
        </w:rPr>
        <w:t>定义数列：</w:t>
      </w:r>
      <w:r>
        <w:pict>
          <v:shape id="_x0000_i714941"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179" o:title="eqIde72adb45c60c2f63b46e65ff787302bf"/>
            <o:lock v:ext="edit" aspectratio="t"/>
            <w10:wrap type="none"/>
            <w10:anchorlock/>
          </v:shape>
        </w:pict>
      </w:r>
      <w:r>
        <w:rPr>
          <w:rFonts w:ascii="宋体" w:hAnsi="宋体" w:eastAsia="宋体" w:cs="宋体"/>
          <w:color w:val="000000"/>
        </w:rPr>
        <w:t>、</w:t>
      </w:r>
      <w:r>
        <w:pict>
          <v:shape id="_x0000_i714942"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180" o:title="eqId3e88093a749c0d46e0ee931ecfaff925"/>
            <o:lock v:ext="edit" aspectratio="t"/>
            <w10:wrap type="none"/>
            <w10:anchorlock/>
          </v:shape>
        </w:pict>
      </w:r>
      <w:r>
        <w:rPr>
          <w:rFonts w:ascii="宋体" w:hAnsi="宋体" w:eastAsia="宋体" w:cs="宋体"/>
          <w:color w:val="000000"/>
        </w:rPr>
        <w:t>、</w:t>
      </w:r>
      <w:r>
        <w:pict>
          <v:shape id="_x0000_i714943"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181" o:title="eqId6c1ccc6c74b8754e9bcbb3f39a11b6f1"/>
            <o:lock v:ext="edit" aspectratio="t"/>
            <w10:wrap type="none"/>
            <w10:anchorlock/>
          </v:shape>
        </w:pict>
      </w:r>
      <w:r>
        <w:rPr>
          <w:rFonts w:ascii="宋体" w:hAnsi="宋体" w:eastAsia="宋体" w:cs="宋体"/>
          <w:color w:val="000000"/>
        </w:rPr>
        <w:t>、</w:t>
      </w:r>
      <w:r>
        <w:pict>
          <v:shape id="_x0000_i71494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82" o:title="eqIddaf464629fa321a6ff7401ab79f0708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，其中</w:t>
      </w:r>
      <w:r>
        <w:pict>
          <v:shape id="_x0000_i714945" o:spt="75" alt="学科网(www.zxxk.com)--教育资源门户，提供试卷、教案、课件、论文、素材以及各类教学资源下载，还有大量而丰富的教学相关资讯！" type="#_x0000_t75" style="height:18.75pt;width:52.5pt;" o:ole="t" filled="f" o:preferrelative="t" stroked="f" coordsize="21600,21600">
            <v:path/>
            <v:fill on="f" focussize="0,0"/>
            <v:stroke on="f" joinstyle="miter"/>
            <v:imagedata r:id="rId183" o:title="eqId8323901a49cac29afd7d62864f088077"/>
            <o:lock v:ext="edit" aspectratio="t"/>
            <w10:wrap type="none"/>
            <w10:anchorlock/>
          </v:shape>
        </w:pict>
      </w:r>
      <w:r>
        <w:rPr>
          <w:rFonts w:ascii="宋体" w:hAnsi="宋体" w:eastAsia="宋体" w:cs="宋体"/>
          <w:color w:val="000000"/>
        </w:rPr>
        <w:t>，</w:t>
      </w:r>
      <w:r>
        <w:pict>
          <v:shape id="_x0000_i714946" o:spt="75" alt="学科网(www.zxxk.com)--教育资源门户，提供试卷、教案、课件、论文、素材以及各类教学资源下载，还有大量而丰富的教学相关资讯！" type="#_x0000_t75" style="height:18pt;width:73.2pt;" o:ole="t" filled="f" o:preferrelative="t" stroked="f" coordsize="21600,21600">
            <v:path/>
            <v:fill on="f" focussize="0,0"/>
            <v:stroke on="f" joinstyle="miter"/>
            <v:imagedata r:id="rId184" o:title="eqIdaffad72429ee4ab8cb49851def9b21a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为任意正整数）．</w:t>
      </w:r>
    </w:p>
    <w:p>
      <w:pPr>
        <w:spacing w:line="360" w:lineRule="auto"/>
        <w:jc w:val="left"/>
        <w:textAlignment w:val="center"/>
        <w:rPr>
          <w:color w:val="000000"/>
        </w:rPr>
      </w:pPr>
      <w:r>
        <w:rPr>
          <w:rFonts w:ascii="宋体" w:hAnsi="宋体" w:eastAsia="宋体" w:cs="宋体"/>
          <w:color w:val="000000"/>
        </w:rPr>
        <w:t>以数列中每一项的数为边长画出正方形，再将这些正方形按下图规律依次拼成长方形．</w:t>
      </w:r>
    </w:p>
    <w:p>
      <w:pPr>
        <w:spacing w:line="360" w:lineRule="auto"/>
        <w:jc w:val="left"/>
        <w:textAlignment w:val="center"/>
        <w:rPr>
          <w:color w:val="000000"/>
        </w:rPr>
      </w:pPr>
      <w:r>
        <w:rPr>
          <w:color w:val="000000"/>
        </w:rPr>
        <w:drawing>
          <wp:inline distT="0" distB="0" distL="114300" distR="114300">
            <wp:extent cx="3752850" cy="2057400"/>
            <wp:effectExtent l="0" t="0" r="0" b="0"/>
            <wp:docPr id="3551"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 name="图片 100029" descr="学科网(www.zxxk.com)--教育资源门户，提供试卷、教案、课件、论文、素材以及各类教学资源下载，还有大量而丰富的教学相关资讯！"/>
                    <pic:cNvPicPr>
                      <a:picLocks noChangeAspect="1"/>
                    </pic:cNvPicPr>
                  </pic:nvPicPr>
                  <pic:blipFill>
                    <a:blip r:embed="rId185"/>
                    <a:stretch>
                      <a:fillRect/>
                    </a:stretch>
                  </pic:blipFill>
                  <pic:spPr>
                    <a:xfrm>
                      <a:off x="0" y="0"/>
                      <a:ext cx="3752850" cy="20574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按照图中规律，图</w:t>
      </w:r>
      <w:r>
        <w:rPr>
          <w:rFonts w:ascii="Times New Roman" w:hAnsi="Times New Roman" w:eastAsia="Times New Roman" w:cs="Times New Roman"/>
          <w:color w:val="000000"/>
        </w:rPr>
        <w:t>⑤</w:t>
      </w:r>
      <w:r>
        <w:rPr>
          <w:rFonts w:ascii="宋体" w:hAnsi="宋体" w:eastAsia="宋体" w:cs="宋体"/>
          <w:color w:val="000000"/>
        </w:rPr>
        <w:t>的长方形的周长为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按照图中规律，图</w:t>
      </w:r>
      <w:r>
        <w:rPr>
          <w:rFonts w:ascii="Times New Roman" w:hAnsi="Times New Roman" w:eastAsia="Times New Roman" w:cs="Times New Roman"/>
          <w:color w:val="000000"/>
        </w:rPr>
        <w:t>⑨</w:t>
      </w:r>
      <w:r>
        <w:rPr>
          <w:rFonts w:ascii="宋体" w:hAnsi="宋体" w:eastAsia="宋体" w:cs="宋体"/>
          <w:color w:val="000000"/>
        </w:rPr>
        <w:t>的长方形的面积为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从图中总结规律：</w:t>
      </w:r>
      <w:r>
        <w:pict>
          <v:shape id="_x0000_i714947" o:spt="75" alt="学科网(www.zxxk.com)--教育资源门户，提供试卷、教案、课件、论文、素材以及各类教学资源下载，还有大量而丰富的教学相关资讯！" type="#_x0000_t75" style="height:19.2pt;width:124.8pt;" o:ole="t" filled="f" o:preferrelative="t" stroked="f" coordsize="21600,21600">
            <v:path/>
            <v:fill on="f" focussize="0,0"/>
            <v:stroke on="f" joinstyle="miter"/>
            <v:imagedata r:id="rId186" o:title="eqId7d4c5040235e00c15c6e03957cddedfa"/>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42</w:t>
      </w:r>
      <w:r>
        <w:rPr>
          <w:color w:val="000000"/>
        </w:rPr>
        <w:t xml:space="preserve">    （2）</w:t>
      </w:r>
      <w:r>
        <w:pict>
          <v:shape id="_x0000_i714948" o:spt="75" alt="学科网(www.zxxk.com)--教育资源门户，提供试卷、教案、课件、论文、素材以及各类教学资源下载，还有大量而丰富的教学相关资讯！" type="#_x0000_t75" style="height:13pt;width:25pt;" o:ole="t" filled="f" o:preferrelative="t" stroked="f" coordsize="21600,21600">
            <v:path/>
            <v:fill on="f" focussize="0,0"/>
            <v:stroke on="f" joinstyle="miter"/>
            <v:imagedata r:id="rId187" o:title="eqId1ccfd3899ed22e0c02efb5209241332b"/>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4949" o:spt="75" alt="学科网(www.zxxk.com)--教育资源门户，提供试卷、教案、课件、论文、素材以及各类教学资源下载，还有大量而丰富的教学相关资讯！" type="#_x0000_t75" style="height:13pt;width:25pt;" o:ole="t" filled="f" o:preferrelative="t" stroked="f" coordsize="21600,21600">
            <v:path/>
            <v:fill on="f" focussize="0,0"/>
            <v:stroke on="f" joinstyle="miter"/>
            <v:imagedata r:id="rId188" o:title="eqId1ccfd3899ed22e0c02efb5209241332b"/>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本题考查了图形的变化规律，解题的关键是：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）找到图</w:t>
      </w:r>
      <w:r>
        <w:rPr>
          <w:rFonts w:ascii="Times New Roman" w:hAnsi="Times New Roman" w:eastAsia="Times New Roman" w:cs="Times New Roman"/>
          <w:color w:val="000000"/>
        </w:rPr>
        <w:t>②</w:t>
      </w:r>
      <w:r>
        <w:rPr>
          <w:rFonts w:ascii="宋体" w:hAnsi="宋体" w:eastAsia="宋体" w:cs="宋体"/>
          <w:color w:val="000000"/>
        </w:rPr>
        <w:t>的长方形的长宽与图</w:t>
      </w:r>
      <w:r>
        <w:rPr>
          <w:rFonts w:ascii="Times New Roman" w:hAnsi="Times New Roman" w:eastAsia="Times New Roman" w:cs="Times New Roman"/>
          <w:color w:val="000000"/>
        </w:rPr>
        <w:t>①</w:t>
      </w:r>
      <w:r>
        <w:rPr>
          <w:rFonts w:ascii="宋体" w:hAnsi="宋体" w:eastAsia="宋体" w:cs="宋体"/>
          <w:color w:val="000000"/>
        </w:rPr>
        <w:t>长方形的长宽的关系，图</w:t>
      </w:r>
      <w:r>
        <w:rPr>
          <w:rFonts w:ascii="Times New Roman" w:hAnsi="Times New Roman" w:eastAsia="Times New Roman" w:cs="Times New Roman"/>
          <w:color w:val="000000"/>
        </w:rPr>
        <w:t>③</w:t>
      </w:r>
      <w:r>
        <w:rPr>
          <w:rFonts w:ascii="宋体" w:hAnsi="宋体" w:eastAsia="宋体" w:cs="宋体"/>
          <w:color w:val="000000"/>
        </w:rPr>
        <w:t>的长方形的长宽与图</w:t>
      </w:r>
      <w:r>
        <w:rPr>
          <w:rFonts w:ascii="Times New Roman" w:hAnsi="Times New Roman" w:eastAsia="Times New Roman" w:cs="Times New Roman"/>
          <w:color w:val="000000"/>
        </w:rPr>
        <w:t>②</w:t>
      </w:r>
      <w:r>
        <w:rPr>
          <w:rFonts w:ascii="宋体" w:hAnsi="宋体" w:eastAsia="宋体" w:cs="宋体"/>
          <w:color w:val="000000"/>
        </w:rPr>
        <w:t>长方形的长宽的关系，图</w:t>
      </w:r>
      <w:r>
        <w:rPr>
          <w:rFonts w:ascii="Times New Roman" w:hAnsi="Times New Roman" w:eastAsia="Times New Roman" w:cs="Times New Roman"/>
          <w:color w:val="000000"/>
        </w:rPr>
        <w:t>④</w:t>
      </w:r>
      <w:r>
        <w:rPr>
          <w:rFonts w:ascii="宋体" w:hAnsi="宋体" w:eastAsia="宋体" w:cs="宋体"/>
          <w:color w:val="000000"/>
        </w:rPr>
        <w:t>的长方形的长宽与图</w:t>
      </w:r>
      <w:r>
        <w:rPr>
          <w:rFonts w:ascii="Times New Roman" w:hAnsi="Times New Roman" w:eastAsia="Times New Roman" w:cs="Times New Roman"/>
          <w:color w:val="000000"/>
        </w:rPr>
        <w:t>③</w:t>
      </w:r>
      <w:r>
        <w:rPr>
          <w:rFonts w:ascii="宋体" w:hAnsi="宋体" w:eastAsia="宋体" w:cs="宋体"/>
          <w:color w:val="000000"/>
        </w:rPr>
        <w:t>长方形的长宽的关系等，从而总结规律，利用规律求解；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⑨</w:t>
      </w:r>
      <w:r>
        <w:rPr>
          <w:rFonts w:ascii="宋体" w:hAnsi="宋体" w:eastAsia="宋体" w:cs="宋体"/>
          <w:color w:val="000000"/>
        </w:rPr>
        <w:t>的长方形长为图</w:t>
      </w:r>
      <w:r>
        <w:rPr>
          <w:rFonts w:ascii="Times New Roman" w:hAnsi="Times New Roman" w:eastAsia="Times New Roman" w:cs="Times New Roman"/>
          <w:color w:val="000000"/>
        </w:rPr>
        <w:t>⑧</w:t>
      </w:r>
      <w:r>
        <w:rPr>
          <w:rFonts w:ascii="宋体" w:hAnsi="宋体" w:eastAsia="宋体" w:cs="宋体"/>
          <w:color w:val="000000"/>
        </w:rPr>
        <w:t>长方形长宽之和，宽为图</w:t>
      </w:r>
      <w:r>
        <w:rPr>
          <w:rFonts w:ascii="Times New Roman" w:hAnsi="Times New Roman" w:eastAsia="Times New Roman" w:cs="Times New Roman"/>
          <w:color w:val="000000"/>
        </w:rPr>
        <w:t>⑧</w:t>
      </w:r>
      <w:r>
        <w:rPr>
          <w:rFonts w:ascii="宋体" w:hAnsi="宋体" w:eastAsia="宋体" w:cs="宋体"/>
          <w:color w:val="000000"/>
        </w:rPr>
        <w:t>长方形的长，从而求解；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）根据图形规律知道</w:t>
      </w:r>
      <w:r>
        <w:pict>
          <v:shape id="_x0000_i714950" o:spt="75" alt="学科网(www.zxxk.com)--教育资源门户，提供试卷、教案、课件、论文、素材以及各类教学资源下载，还有大量而丰富的教学相关资讯！" type="#_x0000_t75" style="height:18.8pt;width:36.3pt;" o:ole="t" filled="f" o:preferrelative="t" stroked="f" coordsize="21600,21600">
            <v:path/>
            <v:fill on="f" focussize="0,0"/>
            <v:stroke on="f" joinstyle="miter"/>
            <v:imagedata r:id="rId189" o:title="eqIde1e2ada3fb26fa55ccb0210b98bd6967"/>
            <o:lock v:ext="edit" aspectratio="t"/>
            <w10:wrap type="none"/>
            <w10:anchorlock/>
          </v:shape>
        </w:pict>
      </w:r>
      <w:r>
        <w:rPr>
          <w:rFonts w:ascii="宋体" w:hAnsi="宋体" w:eastAsia="宋体" w:cs="宋体"/>
          <w:color w:val="000000"/>
        </w:rPr>
        <w:t>表示图</w:t>
      </w:r>
      <w:r>
        <w:rPr>
          <w:rFonts w:ascii="Times New Roman" w:hAnsi="Times New Roman" w:eastAsia="Times New Roman" w:cs="Times New Roman"/>
          <w:color w:val="000000"/>
        </w:rPr>
        <w:t>①</w:t>
      </w:r>
      <w:r>
        <w:rPr>
          <w:rFonts w:ascii="宋体" w:hAnsi="宋体" w:eastAsia="宋体" w:cs="宋体"/>
          <w:color w:val="000000"/>
        </w:rPr>
        <w:t>的面积，</w:t>
      </w:r>
      <w:r>
        <w:pict>
          <v:shape id="_x0000_i714951" o:spt="75" alt="学科网(www.zxxk.com)--教育资源门户，提供试卷、教案、课件、论文、素材以及各类教学资源下载，还有大量而丰富的教学相关资讯！" type="#_x0000_t75" style="height:19.5pt;width:58.5pt;" o:ole="t" filled="f" o:preferrelative="t" stroked="f" coordsize="21600,21600">
            <v:path/>
            <v:fill on="f" focussize="0,0"/>
            <v:stroke on="f" joinstyle="miter"/>
            <v:imagedata r:id="rId190" o:title="eqId10cd820103c9f8594308ad036ee9d32c"/>
            <o:lock v:ext="edit" aspectratio="t"/>
            <w10:wrap type="none"/>
            <w10:anchorlock/>
          </v:shape>
        </w:pict>
      </w:r>
      <w:r>
        <w:rPr>
          <w:rFonts w:ascii="宋体" w:hAnsi="宋体" w:eastAsia="宋体" w:cs="宋体"/>
          <w:color w:val="000000"/>
        </w:rPr>
        <w:t>表示图</w:t>
      </w:r>
      <w:r>
        <w:rPr>
          <w:rFonts w:ascii="Times New Roman" w:hAnsi="Times New Roman" w:eastAsia="Times New Roman" w:cs="Times New Roman"/>
          <w:color w:val="000000"/>
        </w:rPr>
        <w:t>②</w:t>
      </w:r>
      <w:r>
        <w:rPr>
          <w:rFonts w:ascii="宋体" w:hAnsi="宋体" w:eastAsia="宋体" w:cs="宋体"/>
          <w:color w:val="000000"/>
        </w:rPr>
        <w:t>的面积，可推出</w:t>
      </w:r>
      <w:r>
        <w:pict>
          <v:shape id="_x0000_i714952" o:spt="75" alt="学科网(www.zxxk.com)--教育资源门户，提供试卷、教案、课件、论文、素材以及各类教学资源下载，还有大量而丰富的教学相关资讯！" type="#_x0000_t75" style="height:19pt;width:113pt;" o:ole="t" filled="f" o:preferrelative="t" stroked="f" coordsize="21600,21600">
            <v:path/>
            <v:fill on="f" focussize="0,0"/>
            <v:stroke on="f" joinstyle="miter"/>
            <v:imagedata r:id="rId191" o:title="eqIdda1011a1320c539051f55399ac843404"/>
            <o:lock v:ext="edit" aspectratio="t"/>
            <w10:wrap type="none"/>
            <w10:anchorlock/>
          </v:shape>
        </w:pict>
      </w:r>
      <w:r>
        <w:rPr>
          <w:rFonts w:ascii="宋体" w:hAnsi="宋体" w:eastAsia="宋体" w:cs="宋体"/>
          <w:color w:val="000000"/>
        </w:rPr>
        <w:t>表示图</w:t>
      </w:r>
      <w:r>
        <w:rPr>
          <w:rFonts w:ascii="Times New Roman" w:hAnsi="Times New Roman" w:eastAsia="Times New Roman" w:cs="Times New Roman"/>
          <w:color w:val="000000"/>
        </w:rPr>
        <w:t>⑨</w:t>
      </w:r>
      <w:r>
        <w:rPr>
          <w:rFonts w:ascii="宋体" w:hAnsi="宋体" w:eastAsia="宋体" w:cs="宋体"/>
          <w:color w:val="000000"/>
        </w:rPr>
        <w:t>的长方形的面积，从而借助（</w:t>
      </w:r>
      <w:r>
        <w:rPr>
          <w:rFonts w:ascii="Times New Roman" w:hAnsi="Times New Roman" w:eastAsia="Times New Roman" w:cs="Times New Roman"/>
          <w:color w:val="000000"/>
        </w:rPr>
        <w:t>2</w:t>
      </w:r>
      <w:r>
        <w:rPr>
          <w:rFonts w:ascii="宋体" w:hAnsi="宋体" w:eastAsia="宋体" w:cs="宋体"/>
          <w:color w:val="000000"/>
        </w:rPr>
        <w:t>）中答案求解．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解：通过计算，制表填表如下：</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50"/>
        <w:gridCol w:w="1575"/>
        <w:gridCol w:w="1695"/>
        <w:gridCol w:w="1680"/>
        <w:gridCol w:w="1722"/>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序号</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①</w:t>
            </w:r>
          </w:p>
        </w:tc>
        <w:tc>
          <w:tcPr>
            <w:tcW w:w="17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②</w: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③</w:t>
            </w:r>
          </w:p>
        </w:tc>
        <w:tc>
          <w:tcPr>
            <w:tcW w:w="17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④</w:t>
            </w:r>
          </w:p>
        </w:tc>
        <w:tc>
          <w:tcPr>
            <w:tcW w:w="17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1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周长</w:t>
            </w:r>
          </w:p>
        </w:tc>
        <w:tc>
          <w:tcPr>
            <w:tcW w:w="15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pict>
                <v:shape id="_x0000_i714953" o:spt="75" alt="学科网(www.zxxk.com)--教育资源门户，提供试卷、教案、课件、论文、素材以及各类教学资源下载，还有大量而丰富的教学相关资讯！" type="#_x0000_t75" style="height:20.25pt;width:66.75pt;" o:ole="t" filled="f" o:preferrelative="t" stroked="f" coordsize="21600,21600">
                  <v:path/>
                  <v:fill on="f" focussize="0,0"/>
                  <v:stroke on="f" joinstyle="miter"/>
                  <v:imagedata r:id="rId192" o:title="eqId88f927d0fda5451cab44f6db54ff65b8"/>
                  <o:lock v:ext="edit" aspectratio="t"/>
                  <w10:wrap type="none"/>
                  <w10:anchorlock/>
                </v:shape>
              </w:pict>
            </w:r>
          </w:p>
        </w:tc>
        <w:tc>
          <w:tcPr>
            <w:tcW w:w="17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 xml:space="preserve"> </w:t>
            </w:r>
            <w:r>
              <w:pict>
                <v:shape id="_x0000_i714954" o:spt="75" alt="学科网(www.zxxk.com)--教育资源门户，提供试卷、教案、课件、论文、素材以及各类教学资源下载，还有大量而丰富的教学相关资讯！" type="#_x0000_t75" style="height:20.25pt;width:72.75pt;" o:ole="t" filled="f" o:preferrelative="t" stroked="f" coordsize="21600,21600">
                  <v:path/>
                  <v:fill on="f" focussize="0,0"/>
                  <v:stroke on="f" joinstyle="miter"/>
                  <v:imagedata r:id="rId193" o:title="eqId558aef494af8a3938b334deae56b493c"/>
                  <o:lock v:ext="edit" aspectratio="t"/>
                  <w10:wrap type="none"/>
                  <w10:anchorlock/>
                </v:shape>
              </w:pict>
            </w:r>
          </w:p>
        </w:tc>
        <w:tc>
          <w:tcPr>
            <w:tcW w:w="16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pict>
                <v:shape id="_x0000_i714955" o:spt="75" alt="学科网(www.zxxk.com)--教育资源门户，提供试卷、教案、课件、论文、素材以及各类教学资源下载，还有大量而丰富的教学相关资讯！" type="#_x0000_t75" style="height:20.1pt;width:72pt;" o:ole="t" filled="f" o:preferrelative="t" stroked="f" coordsize="21600,21600">
                  <v:path/>
                  <v:fill on="f" focussize="0,0"/>
                  <v:stroke on="f" joinstyle="miter"/>
                  <v:imagedata r:id="rId194" o:title="eqIdc260544e3bf323821d2aeae774e408ae"/>
                  <o:lock v:ext="edit" aspectratio="t"/>
                  <w10:wrap type="none"/>
                  <w10:anchorlock/>
                </v:shape>
              </w:pict>
            </w:r>
          </w:p>
        </w:tc>
        <w:tc>
          <w:tcPr>
            <w:tcW w:w="177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pict>
                <v:shape id="_x0000_i714956" o:spt="75" alt="学科网(www.zxxk.com)--教育资源门户，提供试卷、教案、课件、论文、素材以及各类教学资源下载，还有大量而丰富的教学相关资讯！" type="#_x0000_t75" style="height:20.1pt;width:74.1pt;" o:ole="t" filled="f" o:preferrelative="t" stroked="f" coordsize="21600,21600">
                  <v:path/>
                  <v:fill on="f" focussize="0,0"/>
                  <v:stroke on="f" joinstyle="miter"/>
                  <v:imagedata r:id="rId195" o:title="eqId64b3dfa95497084702d954a78a9ba2a8"/>
                  <o:lock v:ext="edit" aspectratio="t"/>
                  <w10:wrap type="none"/>
                  <w10:anchorlock/>
                </v:shape>
              </w:pict>
            </w:r>
          </w:p>
        </w:tc>
        <w:tc>
          <w:tcPr>
            <w:tcW w:w="174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pict>
                <v:shape id="_x0000_i714957" o:spt="75" alt="学科网(www.zxxk.com)--教育资源门户，提供试卷、教案、课件、论文、素材以及各类教学资源下载，还有大量而丰富的教学相关资讯！" type="#_x0000_t75" style="height:20.5pt;width:78pt;" o:ole="t" filled="f" o:preferrelative="t" stroked="f" coordsize="21600,21600">
                  <v:path/>
                  <v:fill on="f" focussize="0,0"/>
                  <v:stroke on="f" joinstyle="miter"/>
                  <v:imagedata r:id="rId196" o:title="eqId6d66d7f6db3cba4bd5766a86a414d3e7"/>
                  <o:lock v:ext="edit" aspectratio="t"/>
                  <w10:wrap type="none"/>
                  <w10:anchorlock/>
                </v:shape>
              </w:pict>
            </w:r>
          </w:p>
        </w:tc>
      </w:tr>
    </w:tbl>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42</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解：序号为</w:t>
      </w:r>
      <w:r>
        <w:rPr>
          <w:rFonts w:ascii="Times New Roman" w:hAnsi="Times New Roman" w:eastAsia="Times New Roman" w:cs="Times New Roman"/>
          <w:color w:val="000000"/>
        </w:rPr>
        <w:t>⑨</w:t>
      </w:r>
      <w:r>
        <w:rPr>
          <w:rFonts w:ascii="宋体" w:hAnsi="宋体" w:eastAsia="宋体" w:cs="宋体"/>
          <w:color w:val="000000"/>
        </w:rPr>
        <w:t>的长方形长为</w:t>
      </w:r>
      <w:r>
        <w:rPr>
          <w:rFonts w:ascii="Times New Roman" w:hAnsi="Times New Roman" w:eastAsia="Times New Roman" w:cs="Times New Roman"/>
          <w:color w:val="000000"/>
        </w:rPr>
        <w:t>89</w:t>
      </w:r>
      <w:r>
        <w:rPr>
          <w:rFonts w:ascii="宋体" w:hAnsi="宋体" w:eastAsia="宋体" w:cs="宋体"/>
          <w:color w:val="000000"/>
        </w:rPr>
        <w:t>，宽为</w:t>
      </w:r>
      <w:r>
        <w:rPr>
          <w:rFonts w:ascii="Times New Roman" w:hAnsi="Times New Roman" w:eastAsia="Times New Roman" w:cs="Times New Roman"/>
          <w:color w:val="000000"/>
        </w:rPr>
        <w:t>55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长方形的面积是</w:t>
      </w:r>
      <w:r>
        <w:pict>
          <v:shape id="_x0000_i714958" o:spt="75" alt="学科网(www.zxxk.com)--教育资源门户，提供试卷、教案、课件、论文、素材以及各类教学资源下载，还有大量而丰富的教学相关资讯！" type="#_x0000_t75" style="height:13pt;width:64pt;" o:ole="t" filled="f" o:preferrelative="t" stroked="f" coordsize="21600,21600">
            <v:path/>
            <v:fill on="f" focussize="0,0"/>
            <v:stroke on="f" joinstyle="miter"/>
            <v:imagedata r:id="rId197" o:title="eqId2b70fa8aaca07c4d3f81517f632274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4959" o:spt="75" alt="学科网(www.zxxk.com)--教育资源门户，提供试卷、教案、课件、论文、素材以及各类教学资源下载，还有大量而丰富的教学相关资讯！" type="#_x0000_t75" style="height:13pt;width:25pt;" o:ole="t" filled="f" o:preferrelative="t" stroked="f" coordsize="21600,21600">
            <v:path/>
            <v:fill on="f" focussize="0,0"/>
            <v:stroke on="f" joinstyle="miter"/>
            <v:imagedata r:id="rId198" o:title="eqId1ccfd3899ed22e0c02efb5209241332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解：通过（</w:t>
      </w:r>
      <w:r>
        <w:rPr>
          <w:rFonts w:ascii="Times New Roman" w:hAnsi="Times New Roman" w:eastAsia="Times New Roman" w:cs="Times New Roman"/>
          <w:color w:val="000000"/>
        </w:rPr>
        <w:t>2</w:t>
      </w:r>
      <w:r>
        <w:rPr>
          <w:rFonts w:ascii="宋体" w:hAnsi="宋体" w:eastAsia="宋体" w:cs="宋体"/>
          <w:color w:val="000000"/>
        </w:rPr>
        <w:t>）中可知：</w:t>
      </w:r>
      <w:r>
        <w:pict>
          <v:shape id="_x0000_i714960" o:spt="75" alt="学科网(www.zxxk.com)--教育资源门户，提供试卷、教案、课件、论文、素材以及各类教学资源下载，还有大量而丰富的教学相关资讯！" type="#_x0000_t75" style="height:19pt;width:113pt;" o:ole="t" filled="f" o:preferrelative="t" stroked="f" coordsize="21600,21600">
            <v:path/>
            <v:fill on="f" focussize="0,0"/>
            <v:stroke on="f" joinstyle="miter"/>
            <v:imagedata r:id="rId199" o:title="eqIdda1011a1320c539051f55399ac843404"/>
            <o:lock v:ext="edit" aspectratio="t"/>
            <w10:wrap type="none"/>
            <w10:anchorlock/>
          </v:shape>
        </w:pict>
      </w:r>
      <w:r>
        <w:rPr>
          <w:rFonts w:ascii="宋体" w:hAnsi="宋体" w:eastAsia="宋体" w:cs="宋体"/>
          <w:color w:val="000000"/>
        </w:rPr>
        <w:t>代表的是图</w:t>
      </w:r>
      <w:r>
        <w:rPr>
          <w:rFonts w:ascii="Times New Roman" w:hAnsi="Times New Roman" w:eastAsia="Times New Roman" w:cs="Times New Roman"/>
          <w:color w:val="000000"/>
        </w:rPr>
        <w:t>⑨</w:t>
      </w:r>
      <w:r>
        <w:rPr>
          <w:rFonts w:ascii="宋体" w:hAnsi="宋体" w:eastAsia="宋体" w:cs="宋体"/>
          <w:color w:val="000000"/>
        </w:rPr>
        <w:t>的长方形的面积，</w:t>
      </w:r>
    </w:p>
    <w:p>
      <w:pPr>
        <w:spacing w:line="360" w:lineRule="auto"/>
        <w:jc w:val="left"/>
        <w:textAlignment w:val="center"/>
        <w:rPr>
          <w:color w:val="000000"/>
        </w:rPr>
      </w:pPr>
      <w:r>
        <w:pict>
          <v:shape id="_x0000_i714961" o:spt="75" alt="学科网(www.zxxk.com)--教育资源门户，提供试卷、教案、课件、论文、素材以及各类教学资源下载，还有大量而丰富的教学相关资讯！" type="#_x0000_t75" style="height:19pt;width:160pt;" o:ole="t" filled="f" o:preferrelative="t" stroked="f" coordsize="21600,21600">
            <v:path/>
            <v:fill on="f" focussize="0,0"/>
            <v:stroke on="f" joinstyle="miter"/>
            <v:imagedata r:id="rId200" o:title="eqIdff58d6f8b7d0b7ebb34219553a516e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4962" o:spt="75" alt="学科网(www.zxxk.com)--教育资源门户，提供试卷、教案、课件、论文、素材以及各类教学资源下载，还有大量而丰富的教学相关资讯！" type="#_x0000_t75" style="height:13pt;width:25pt;" o:ole="t" filled="f" o:preferrelative="t" stroked="f" coordsize="21600,21600">
            <v:path/>
            <v:fill on="f" focussize="0,0"/>
            <v:stroke on="f" joinstyle="miter"/>
            <v:imagedata r:id="rId201" o:title="eqId1ccfd3899ed22e0c02efb5209241332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对于同一平面内以点</w:t>
      </w:r>
      <w:r>
        <w:rPr>
          <w:rFonts w:ascii="Times New Roman" w:hAnsi="Times New Roman" w:eastAsia="Times New Roman" w:cs="Times New Roman"/>
          <w:i/>
          <w:color w:val="000000"/>
        </w:rPr>
        <w:t>O</w:t>
      </w:r>
      <w:r>
        <w:rPr>
          <w:rFonts w:ascii="宋体" w:hAnsi="宋体" w:eastAsia="宋体" w:cs="宋体"/>
          <w:color w:val="000000"/>
        </w:rPr>
        <w:t>为端点的射线</w:t>
      </w:r>
      <w:r>
        <w:pict>
          <v:shape id="_x0000_i714963"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202" o:title="eqId0f85fca60a11e1af2bf50138d0e3fe62"/>
            <o:lock v:ext="edit" aspectratio="t"/>
            <w10:wrap type="none"/>
            <w10:anchorlock/>
          </v:shape>
        </w:pict>
      </w:r>
      <w:r>
        <w:rPr>
          <w:rFonts w:ascii="宋体" w:hAnsi="宋体" w:eastAsia="宋体" w:cs="宋体"/>
          <w:color w:val="000000"/>
        </w:rPr>
        <w:t>与</w:t>
      </w:r>
      <w:r>
        <w:pict>
          <v:shape id="_x0000_i714964"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03" o:title="eqId27935c1ef4df2d52ac697678a3c8f39d"/>
            <o:lock v:ext="edit" aspectratio="t"/>
            <w10:wrap type="none"/>
            <w10:anchorlock/>
          </v:shape>
        </w:pict>
      </w:r>
      <w:r>
        <w:rPr>
          <w:rFonts w:ascii="宋体" w:hAnsi="宋体" w:eastAsia="宋体" w:cs="宋体"/>
          <w:color w:val="000000"/>
        </w:rPr>
        <w:t>，其中</w:t>
      </w:r>
      <w:r>
        <w:pict>
          <v:shape id="_x0000_i714965" o:spt="75" alt="学科网(www.zxxk.com)--教育资源门户，提供试卷、教案、课件、论文、素材以及各类教学资源下载，还有大量而丰富的教学相关资讯！" type="#_x0000_t75" style="height:13.5pt;width:69pt;" o:ole="t" filled="f" o:preferrelative="t" stroked="f" coordsize="21600,21600">
            <v:path/>
            <v:fill on="f" focussize="0,0"/>
            <v:stroke on="f" joinstyle="miter"/>
            <v:imagedata r:id="rId204" o:title="eqId14b5d523373b8cbfa33e42a1bf154544"/>
            <o:lock v:ext="edit" aspectratio="t"/>
            <w10:wrap type="none"/>
            <w10:anchorlock/>
          </v:shape>
        </w:pict>
      </w:r>
      <w:r>
        <w:rPr>
          <w:rFonts w:ascii="宋体" w:hAnsi="宋体" w:eastAsia="宋体" w:cs="宋体"/>
          <w:color w:val="000000"/>
        </w:rPr>
        <w:t>，给出定义：</w:t>
      </w:r>
      <w:r>
        <w:pict>
          <v:shape id="_x0000_i714966"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205" o:title="eqId1652145a4785b50fa22fdd8c63f724b6"/>
            <o:lock v:ext="edit" aspectratio="t"/>
            <w10:wrap type="none"/>
            <w10:anchorlock/>
          </v:shape>
        </w:pict>
      </w:r>
      <w:r>
        <w:rPr>
          <w:rFonts w:ascii="宋体" w:hAnsi="宋体" w:eastAsia="宋体" w:cs="宋体"/>
          <w:color w:val="000000"/>
        </w:rPr>
        <w:t>、</w:t>
      </w:r>
      <w:r>
        <w:pict>
          <v:shape id="_x0000_i714967"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206" o:title="eqIdc2ae18c3151ef1283fbd7854562fdfc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pict>
          <v:shape id="_x0000_i714968"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207" o:title="eqIdd9123b1c8cb0bbaca44e8464bee03678"/>
            <o:lock v:ext="edit" aspectratio="t"/>
            <w10:wrap type="none"/>
            <w10:anchorlock/>
          </v:shape>
        </w:pict>
      </w:r>
      <w:r>
        <w:rPr>
          <w:rFonts w:ascii="宋体" w:hAnsi="宋体" w:eastAsia="宋体" w:cs="宋体"/>
          <w:color w:val="000000"/>
        </w:rPr>
        <w:t>是</w:t>
      </w:r>
      <w:r>
        <w:pict>
          <v:shape id="_x0000_i714969"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03" o:title="eqId27935c1ef4df2d52ac697678a3c8f39d"/>
            <o:lock v:ext="edit" aspectratio="t"/>
            <w10:wrap type="none"/>
            <w10:anchorlock/>
          </v:shape>
        </w:pict>
      </w:r>
      <w:r>
        <w:rPr>
          <w:rFonts w:ascii="宋体" w:hAnsi="宋体" w:eastAsia="宋体" w:cs="宋体"/>
          <w:color w:val="000000"/>
        </w:rPr>
        <w:t>内或与射线</w:t>
      </w:r>
      <w:r>
        <w:pict>
          <v:shape id="_x0000_i714970"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08" o:title="eqIdaaf3369e0ea90e8d5cf4b6b3c45c0fd8"/>
            <o:lock v:ext="edit" aspectratio="t"/>
            <w10:wrap type="none"/>
            <w10:anchorlock/>
          </v:shape>
        </w:pict>
      </w:r>
      <w:r>
        <w:rPr>
          <w:rFonts w:ascii="宋体" w:hAnsi="宋体" w:eastAsia="宋体" w:cs="宋体"/>
          <w:color w:val="000000"/>
        </w:rPr>
        <w:t>、</w:t>
      </w:r>
      <w:r>
        <w:pict>
          <v:shape id="_x0000_i714971"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09" o:title="eqId88e9f7d1272b7344346b58b660aa260a"/>
            <o:lock v:ext="edit" aspectratio="t"/>
            <w10:wrap type="none"/>
            <w10:anchorlock/>
          </v:shape>
        </w:pict>
      </w:r>
      <w:r>
        <w:rPr>
          <w:rFonts w:ascii="宋体" w:hAnsi="宋体" w:eastAsia="宋体" w:cs="宋体"/>
          <w:color w:val="000000"/>
        </w:rPr>
        <w:t>重合的</w:t>
      </w:r>
      <w:r>
        <w:rPr>
          <w:rFonts w:ascii="Times New Roman" w:hAnsi="Times New Roman" w:eastAsia="Times New Roman" w:cs="Times New Roman"/>
          <w:i/>
          <w:color w:val="000000"/>
        </w:rPr>
        <w:t>n</w:t>
      </w:r>
      <w:r>
        <w:rPr>
          <w:rFonts w:ascii="宋体" w:hAnsi="宋体" w:eastAsia="宋体" w:cs="宋体"/>
          <w:color w:val="000000"/>
        </w:rPr>
        <w:t>条不同的射线</w:t>
      </w:r>
      <w:r>
        <w:pict>
          <v:shape id="_x0000_i714972" o:spt="75" alt="学科网(www.zxxk.com)--教育资源门户，提供试卷、教案、课件、论文、素材以及各类教学资源下载，还有大量而丰富的教学相关资讯！" type="#_x0000_t75" style="height:20.1pt;width:36pt;" o:ole="t" filled="f" o:preferrelative="t" stroked="f" coordsize="21600,21600">
            <v:path/>
            <v:fill on="f" focussize="0,0"/>
            <v:stroke on="f" joinstyle="miter"/>
            <v:imagedata r:id="rId210" o:title="eqIde30f0c33581d65209dbb0aaff67f55b4"/>
            <o:lock v:ext="edit" aspectratio="t"/>
            <w10:wrap type="none"/>
            <w10:anchorlock/>
          </v:shape>
        </w:pict>
      </w:r>
      <w:r>
        <w:rPr>
          <w:rFonts w:ascii="宋体" w:hAnsi="宋体" w:eastAsia="宋体" w:cs="宋体"/>
          <w:color w:val="000000"/>
        </w:rPr>
        <w:t>，这些射线与射线</w:t>
      </w:r>
      <w:r>
        <w:pict>
          <v:shape id="_x0000_i714973"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202" o:title="eqId0f85fca60a11e1af2bf50138d0e3fe62"/>
            <o:lock v:ext="edit" aspectratio="t"/>
            <w10:wrap type="none"/>
            <w10:anchorlock/>
          </v:shape>
        </w:pict>
      </w:r>
      <w:r>
        <w:rPr>
          <w:rFonts w:ascii="宋体" w:hAnsi="宋体" w:eastAsia="宋体" w:cs="宋体"/>
          <w:color w:val="000000"/>
        </w:rPr>
        <w:t>形成的不大于平角的角的大小分别为</w:t>
      </w:r>
      <w:r>
        <w:pict>
          <v:shape id="_x0000_i714974" o:spt="75" alt="学科网(www.zxxk.com)--教育资源门户，提供试卷、教案、课件、论文、素材以及各类教学资源下载，还有大量而丰富的教学相关资讯！" type="#_x0000_t75" style="height:18.4pt;width:13.6pt;" o:ole="t" filled="f" o:preferrelative="t" stroked="f" coordsize="21600,21600">
            <v:path/>
            <v:fill on="f" focussize="0,0"/>
            <v:stroke on="f" joinstyle="miter"/>
            <v:imagedata r:id="rId211" o:title="eqId943b765718479c160ba61ec5c6f8c5f4"/>
            <o:lock v:ext="edit" aspectratio="t"/>
            <w10:wrap type="none"/>
            <w10:anchorlock/>
          </v:shape>
        </w:pict>
      </w:r>
      <w:r>
        <w:rPr>
          <w:rFonts w:ascii="宋体" w:hAnsi="宋体" w:eastAsia="宋体" w:cs="宋体"/>
          <w:color w:val="000000"/>
        </w:rPr>
        <w:t>、</w:t>
      </w:r>
      <w:r>
        <w:pict>
          <v:shape id="_x0000_i714975" o:spt="75" alt="学科网(www.zxxk.com)--教育资源门户，提供试卷、教案、课件、论文、素材以及各类教学资源下载，还有大量而丰富的教学相关资讯！" type="#_x0000_t75" style="height:18.4pt;width:15.2pt;" o:ole="t" filled="f" o:preferrelative="t" stroked="f" coordsize="21600,21600">
            <v:path/>
            <v:fill on="f" focussize="0,0"/>
            <v:stroke on="f" joinstyle="miter"/>
            <v:imagedata r:id="rId212" o:title="eqId6e29bf5652f0d4f764c3606efcdb44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pict>
          <v:shape id="_x0000_i714976" o:spt="75" alt="学科网(www.zxxk.com)--教育资源门户，提供试卷、教案、课件、论文、素材以及各类教学资源下载，还有大量而丰富的教学相关资讯！" type="#_x0000_t75" style="height:18pt;width:22.2pt;" o:ole="t" filled="f" o:preferrelative="t" stroked="f" coordsize="21600,21600">
            <v:path/>
            <v:fill on="f" focussize="0,0"/>
            <v:stroke on="f" joinstyle="miter"/>
            <v:imagedata r:id="rId213" o:title="eqIdf9b384e2fb553b2693d0ec39e16f591d"/>
            <o:lock v:ext="edit" aspectratio="t"/>
            <w10:wrap type="none"/>
            <w10:anchorlock/>
          </v:shape>
        </w:pict>
      </w:r>
      <w:r>
        <w:rPr>
          <w:rFonts w:ascii="宋体" w:hAnsi="宋体" w:eastAsia="宋体" w:cs="宋体"/>
          <w:color w:val="000000"/>
        </w:rPr>
        <w:t>、</w:t>
      </w:r>
      <w:r>
        <w:pict>
          <v:shape id="_x0000_i71497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14" o:title="eqIdbbf9811e872dc8623fac91c19a19cf90"/>
            <o:lock v:ext="edit" aspectratio="t"/>
            <w10:wrap type="none"/>
            <w10:anchorlock/>
          </v:shape>
        </w:pict>
      </w:r>
      <w:r>
        <w:rPr>
          <w:rFonts w:ascii="宋体" w:hAnsi="宋体" w:eastAsia="宋体" w:cs="宋体"/>
          <w:color w:val="000000"/>
        </w:rPr>
        <w:t>，若这</w:t>
      </w:r>
      <w:r>
        <w:rPr>
          <w:rFonts w:ascii="Times New Roman" w:hAnsi="Times New Roman" w:eastAsia="Times New Roman" w:cs="Times New Roman"/>
          <w:i/>
          <w:color w:val="000000"/>
        </w:rPr>
        <w:t>n</w:t>
      </w:r>
      <w:r>
        <w:rPr>
          <w:rFonts w:ascii="宋体" w:hAnsi="宋体" w:eastAsia="宋体" w:cs="宋体"/>
          <w:color w:val="000000"/>
        </w:rPr>
        <w:t>个角满足</w:t>
      </w:r>
      <w:r>
        <w:pict>
          <v:shape id="_x0000_i714978" o:spt="75" alt="学科网(www.zxxk.com)--教育资源门户，提供试卷、教案、课件、论文、素材以及各类教学资源下载，还有大量而丰富的教学相关资讯！" type="#_x0000_t75" style="height:18pt;width:111pt;" o:ole="t" filled="f" o:preferrelative="t" stroked="f" coordsize="21600,21600">
            <v:path/>
            <v:fill on="f" focussize="0,0"/>
            <v:stroke on="f" joinstyle="miter"/>
            <v:imagedata r:id="rId215" o:title="eqIded32c92f255d3a1565a230d1bc2d4d4f"/>
            <o:lock v:ext="edit" aspectratio="t"/>
            <w10:wrap type="none"/>
            <w10:anchorlock/>
          </v:shape>
        </w:pict>
      </w:r>
      <w:r>
        <w:rPr>
          <w:rFonts w:ascii="宋体" w:hAnsi="宋体" w:eastAsia="宋体" w:cs="宋体"/>
          <w:color w:val="000000"/>
        </w:rPr>
        <w:t>，则称这</w:t>
      </w:r>
      <w:r>
        <w:rPr>
          <w:rFonts w:ascii="Times New Roman" w:hAnsi="Times New Roman" w:eastAsia="Times New Roman" w:cs="Times New Roman"/>
          <w:i/>
          <w:color w:val="000000"/>
        </w:rPr>
        <w:t>n</w:t>
      </w:r>
      <w:r>
        <w:rPr>
          <w:rFonts w:ascii="宋体" w:hAnsi="宋体" w:eastAsia="宋体" w:cs="宋体"/>
          <w:color w:val="000000"/>
        </w:rPr>
        <w:t>条射线为</w:t>
      </w:r>
      <w:r>
        <w:pict>
          <v:shape id="_x0000_i714979"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03" o:title="eqId27935c1ef4df2d52ac697678a3c8f39d"/>
            <o:lock v:ext="edit" aspectratio="t"/>
            <w10:wrap type="none"/>
            <w10:anchorlock/>
          </v:shape>
        </w:pict>
      </w:r>
      <w:r>
        <w:rPr>
          <w:rFonts w:ascii="宋体" w:hAnsi="宋体" w:eastAsia="宋体" w:cs="宋体"/>
          <w:color w:val="000000"/>
        </w:rPr>
        <w:t>关于射线</w:t>
      </w:r>
      <w:r>
        <w:pict>
          <v:shape id="_x0000_i714980"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202" o:title="eqId0f85fca60a11e1af2bf50138d0e3fe62"/>
            <o:lock v:ext="edit" aspectratio="t"/>
            <w10:wrap type="none"/>
            <w10:anchorlock/>
          </v:shape>
        </w:pict>
      </w:r>
      <w:r>
        <w:rPr>
          <w:rFonts w:ascii="宋体" w:hAnsi="宋体" w:eastAsia="宋体" w:cs="宋体"/>
          <w:color w:val="000000"/>
        </w:rPr>
        <w:t>的一个基准射线族，其中</w:t>
      </w:r>
      <w:r>
        <w:pict>
          <v:shape id="_x0000_i71498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14" o:title="eqIdbbf9811e872dc8623fac91c19a19cf90"/>
            <o:lock v:ext="edit" aspectratio="t"/>
            <w10:wrap type="none"/>
            <w10:anchorlock/>
          </v:shape>
        </w:pict>
      </w:r>
      <w:r>
        <w:rPr>
          <w:rFonts w:ascii="宋体" w:hAnsi="宋体" w:eastAsia="宋体" w:cs="宋体"/>
          <w:color w:val="000000"/>
        </w:rPr>
        <w:t>为该基准射线族的基准角度．</w:t>
      </w:r>
    </w:p>
    <w:p>
      <w:pPr>
        <w:spacing w:line="360" w:lineRule="auto"/>
        <w:jc w:val="left"/>
        <w:textAlignment w:val="center"/>
        <w:rPr>
          <w:color w:val="000000"/>
        </w:rPr>
      </w:pPr>
      <w:r>
        <w:rPr>
          <w:color w:val="000000"/>
        </w:rPr>
        <w:drawing>
          <wp:inline distT="0" distB="0" distL="114300" distR="114300">
            <wp:extent cx="4714875" cy="1552575"/>
            <wp:effectExtent l="0" t="0" r="0" b="0"/>
            <wp:docPr id="3553"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 name="图片 100031" descr="学科网(www.zxxk.com)--教育资源门户，提供试卷、教案、课件、论文、素材以及各类教学资源下载，还有大量而丰富的教学相关资讯！"/>
                    <pic:cNvPicPr>
                      <a:picLocks noChangeAspect="1"/>
                    </pic:cNvPicPr>
                  </pic:nvPicPr>
                  <pic:blipFill>
                    <a:blip r:embed="rId216"/>
                    <a:stretch>
                      <a:fillRect/>
                    </a:stretch>
                  </pic:blipFill>
                  <pic:spPr>
                    <a:xfrm>
                      <a:off x="0" y="0"/>
                      <a:ext cx="4714875" cy="1552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，当射线</w:t>
      </w:r>
      <w:r>
        <w:pict>
          <v:shape id="_x0000_i714982"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17" o:title="eqIdef4113c492885ba7c47fe42ac792578f"/>
            <o:lock v:ext="edit" aspectratio="t"/>
            <w10:wrap type="none"/>
            <w10:anchorlock/>
          </v:shape>
        </w:pict>
      </w:r>
      <w:r>
        <w:rPr>
          <w:rFonts w:ascii="宋体" w:hAnsi="宋体" w:eastAsia="宋体" w:cs="宋体"/>
          <w:color w:val="000000"/>
        </w:rPr>
        <w:t>与射线</w:t>
      </w:r>
      <w:r>
        <w:pict>
          <v:shape id="_x0000_i714983"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218" o:title="eqId0f85fca60a11e1af2bf50138d0e3fe62"/>
            <o:lock v:ext="edit" aspectratio="t"/>
            <w10:wrap type="none"/>
            <w10:anchorlock/>
          </v:shape>
        </w:pict>
      </w:r>
      <w:r>
        <w:rPr>
          <w:rFonts w:ascii="宋体" w:hAnsi="宋体" w:eastAsia="宋体" w:cs="宋体"/>
          <w:color w:val="000000"/>
        </w:rPr>
        <w:t>恰为</w:t>
      </w:r>
      <w:r>
        <w:pict>
          <v:shape id="_x0000_i714984"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19" o:title="eqId27935c1ef4df2d52ac697678a3c8f39d"/>
            <o:lock v:ext="edit" aspectratio="t"/>
            <w10:wrap type="none"/>
            <w10:anchorlock/>
          </v:shape>
        </w:pict>
      </w:r>
      <w:r>
        <w:rPr>
          <w:rFonts w:ascii="宋体" w:hAnsi="宋体" w:eastAsia="宋体" w:cs="宋体"/>
          <w:color w:val="000000"/>
        </w:rPr>
        <w:t>的两条三等分线时，判断射线</w:t>
      </w:r>
      <w:r>
        <w:pict>
          <v:shape id="_x0000_i714985"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20" o:title="eqIdaaf3369e0ea90e8d5cf4b6b3c45c0fd8"/>
            <o:lock v:ext="edit" aspectratio="t"/>
            <w10:wrap type="none"/>
            <w10:anchorlock/>
          </v:shape>
        </w:pict>
      </w:r>
      <w:r>
        <w:rPr>
          <w:rFonts w:ascii="宋体" w:hAnsi="宋体" w:eastAsia="宋体" w:cs="宋体"/>
          <w:color w:val="000000"/>
        </w:rPr>
        <w:t>、</w:t>
      </w:r>
      <w:r>
        <w:pict>
          <v:shape id="_x0000_i714986"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17" o:title="eqIdef4113c492885ba7c47fe42ac792578f"/>
            <o:lock v:ext="edit" aspectratio="t"/>
            <w10:wrap type="none"/>
            <w10:anchorlock/>
          </v:shape>
        </w:pict>
      </w:r>
      <w:r>
        <w:rPr>
          <w:rFonts w:ascii="宋体" w:hAnsi="宋体" w:eastAsia="宋体" w:cs="宋体"/>
          <w:color w:val="000000"/>
        </w:rPr>
        <w:t>、</w:t>
      </w:r>
      <w:r>
        <w:pict>
          <v:shape id="_x0000_i714987"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21" o:title="eqId88e9f7d1272b7344346b58b660aa260a"/>
            <o:lock v:ext="edit" aspectratio="t"/>
            <w10:wrap type="none"/>
            <w10:anchorlock/>
          </v:shape>
        </w:pict>
      </w:r>
      <w:r>
        <w:rPr>
          <w:rFonts w:ascii="宋体" w:hAnsi="宋体" w:eastAsia="宋体" w:cs="宋体"/>
          <w:color w:val="000000"/>
        </w:rPr>
        <w:t>是否为</w:t>
      </w:r>
      <w:r>
        <w:pict>
          <v:shape id="_x0000_i714988"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19" o:title="eqId27935c1ef4df2d52ac697678a3c8f39d"/>
            <o:lock v:ext="edit" aspectratio="t"/>
            <w10:wrap type="none"/>
            <w10:anchorlock/>
          </v:shape>
        </w:pict>
      </w:r>
      <w:r>
        <w:rPr>
          <w:rFonts w:ascii="宋体" w:hAnsi="宋体" w:eastAsia="宋体" w:cs="宋体"/>
          <w:color w:val="000000"/>
        </w:rPr>
        <w:t>关于射线</w:t>
      </w:r>
      <w:r>
        <w:pict>
          <v:shape id="_x0000_i714989"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218" o:title="eqId0f85fca60a11e1af2bf50138d0e3fe62"/>
            <o:lock v:ext="edit" aspectratio="t"/>
            <w10:wrap type="none"/>
            <w10:anchorlock/>
          </v:shape>
        </w:pict>
      </w:r>
      <w:r>
        <w:rPr>
          <w:rFonts w:ascii="宋体" w:hAnsi="宋体" w:eastAsia="宋体" w:cs="宋体"/>
          <w:color w:val="000000"/>
        </w:rPr>
        <w:t>的一个基准射线族</w:t>
      </w:r>
      <w:r>
        <w:rPr>
          <w:rFonts w:ascii="Times New Roman" w:hAnsi="Times New Roman" w:eastAsia="Times New Roman" w:cs="Times New Roman"/>
          <w:color w:val="000000"/>
        </w:rPr>
        <w:t>?</w:t>
      </w:r>
      <w:r>
        <w:rPr>
          <w:rFonts w:ascii="宋体" w:hAnsi="宋体" w:eastAsia="宋体" w:cs="宋体"/>
          <w:color w:val="000000"/>
        </w:rPr>
        <w:t>如果是，写出它的基准角度；如果不是，请说明理由；</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14990"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22" o:title="eqId27935c1ef4df2d52ac697678a3c8f39d"/>
            <o:lock v:ext="edit" aspectratio="t"/>
            <w10:wrap type="none"/>
            <w10:anchorlock/>
          </v:shape>
        </w:pict>
      </w:r>
      <w:r>
        <w:rPr>
          <w:rFonts w:ascii="宋体" w:hAnsi="宋体" w:eastAsia="宋体" w:cs="宋体"/>
          <w:color w:val="000000"/>
        </w:rPr>
        <w:t>的边</w:t>
      </w:r>
      <w:r>
        <w:pict>
          <v:shape id="_x0000_i714991"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23" o:title="eqId88e9f7d1272b7344346b58b660aa260a"/>
            <o:lock v:ext="edit" aspectratio="t"/>
            <w10:wrap type="none"/>
            <w10:anchorlock/>
          </v:shape>
        </w:pict>
      </w:r>
      <w:r>
        <w:rPr>
          <w:rFonts w:ascii="宋体" w:hAnsi="宋体" w:eastAsia="宋体" w:cs="宋体"/>
          <w:color w:val="000000"/>
        </w:rPr>
        <w:t>与射线</w:t>
      </w:r>
      <w:r>
        <w:pict>
          <v:shape id="_x0000_i714992"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224" o:title="eqId0f85fca60a11e1af2bf50138d0e3fe62"/>
            <o:lock v:ext="edit" aspectratio="t"/>
            <w10:wrap type="none"/>
            <w10:anchorlock/>
          </v:shape>
        </w:pict>
      </w:r>
      <w:r>
        <w:rPr>
          <w:rFonts w:ascii="宋体" w:hAnsi="宋体" w:eastAsia="宋体" w:cs="宋体"/>
          <w:color w:val="000000"/>
        </w:rPr>
        <w:t>重合，固定射线</w:t>
      </w:r>
      <w:r>
        <w:pict>
          <v:shape id="_x0000_i714993"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224" o:title="eqId0f85fca60a11e1af2bf50138d0e3fe62"/>
            <o:lock v:ext="edit" aspectratio="t"/>
            <w10:wrap type="none"/>
            <w10:anchorlock/>
          </v:shape>
        </w:pict>
      </w:r>
      <w:r>
        <w:rPr>
          <w:rFonts w:ascii="宋体" w:hAnsi="宋体" w:eastAsia="宋体" w:cs="宋体"/>
          <w:color w:val="000000"/>
        </w:rPr>
        <w:t>不动，将</w:t>
      </w:r>
      <w:r>
        <w:pict>
          <v:shape id="_x0000_i714994"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22" o:title="eqId27935c1ef4df2d52ac697678a3c8f39d"/>
            <o:lock v:ext="edit" aspectratio="t"/>
            <w10:wrap type="none"/>
            <w10:anchorlock/>
          </v:shape>
        </w:pict>
      </w:r>
      <w:r>
        <w:rPr>
          <w:rFonts w:ascii="宋体" w:hAnsi="宋体" w:eastAsia="宋体" w:cs="宋体"/>
          <w:color w:val="000000"/>
        </w:rPr>
        <w:t>以每秒</w:t>
      </w:r>
      <w:r>
        <w:pict>
          <v:shape id="_x0000_i714995" o:spt="75" alt="学科网(www.zxxk.com)--教育资源门户，提供试卷、教案、课件、论文、素材以及各类教学资源下载，还有大量而丰富的教学相关资讯！" type="#_x0000_t75" style="height:13.95pt;width:13.95pt;" o:ole="t" filled="f" o:preferrelative="t" stroked="f" coordsize="21600,21600">
            <v:path/>
            <v:fill on="f" focussize="0,0"/>
            <v:stroke on="f" joinstyle="miter"/>
            <v:imagedata r:id="rId225" o:title="eqId741a44528782580d24249e8075b8cd9a"/>
            <o:lock v:ext="edit" aspectratio="t"/>
            <w10:wrap type="none"/>
            <w10:anchorlock/>
          </v:shape>
        </w:pict>
      </w:r>
      <w:r>
        <w:rPr>
          <w:rFonts w:ascii="宋体" w:hAnsi="宋体" w:eastAsia="宋体" w:cs="宋体"/>
          <w:color w:val="000000"/>
        </w:rPr>
        <w:t>的速度绕着点</w:t>
      </w:r>
      <w:r>
        <w:rPr>
          <w:rFonts w:ascii="Times New Roman" w:hAnsi="Times New Roman" w:eastAsia="Times New Roman" w:cs="Times New Roman"/>
          <w:i/>
          <w:color w:val="000000"/>
        </w:rPr>
        <w:t>O</w:t>
      </w:r>
      <w:r>
        <w:rPr>
          <w:rFonts w:ascii="宋体" w:hAnsi="宋体" w:eastAsia="宋体" w:cs="宋体"/>
          <w:color w:val="000000"/>
        </w:rPr>
        <w:t>逆时针转动一周．当转动时间为</w:t>
      </w:r>
      <w:r>
        <w:pict>
          <v:shape id="_x0000_i714996"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226" o:title="eqId36a1b09c653185842513e24ebba60bb3"/>
            <o:lock v:ext="edit" aspectratio="t"/>
            <w10:wrap type="none"/>
            <w10:anchorlock/>
          </v:shape>
        </w:pict>
      </w:r>
      <w:r>
        <w:rPr>
          <w:rFonts w:ascii="宋体" w:hAnsi="宋体" w:eastAsia="宋体" w:cs="宋体"/>
          <w:color w:val="000000"/>
        </w:rPr>
        <w:t>秒时，射线</w:t>
      </w:r>
      <w:r>
        <w:pict>
          <v:shape id="_x0000_i714997"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227" o:title="eqId1652145a4785b50fa22fdd8c63f724b6"/>
            <o:lock v:ext="edit" aspectratio="t"/>
            <w10:wrap type="none"/>
            <w10:anchorlock/>
          </v:shape>
        </w:pict>
      </w:r>
      <w:r>
        <w:rPr>
          <w:rFonts w:ascii="宋体" w:hAnsi="宋体" w:eastAsia="宋体" w:cs="宋体"/>
          <w:color w:val="000000"/>
        </w:rPr>
        <w:t>、射线</w:t>
      </w:r>
      <w:r>
        <w:pict>
          <v:shape id="_x0000_i714998"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228" o:title="eqIdc2ae18c3151ef1283fbd7854562fdfc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、射线</w:t>
      </w:r>
      <w:r>
        <w:pict>
          <v:shape id="_x0000_i714999" o:spt="75" alt="学科网(www.zxxk.com)--教育资源门户，提供试卷、教案、课件、论文、素材以及各类教学资源下载，还有大量而丰富的教学相关资讯！" type="#_x0000_t75" style="height:18pt;width:21pt;" o:ole="t" filled="f" o:preferrelative="t" stroked="f" coordsize="21600,21600">
            <v:path/>
            <v:fill on="f" focussize="0,0"/>
            <v:stroke on="f" joinstyle="miter"/>
            <v:imagedata r:id="rId229" o:title="eqIdd9123b1c8cb0bbaca44e8464bee03678"/>
            <o:lock v:ext="edit" aspectratio="t"/>
            <w10:wrap type="none"/>
            <w10:anchorlock/>
          </v:shape>
        </w:pict>
      </w:r>
      <w:r>
        <w:rPr>
          <w:rFonts w:ascii="宋体" w:hAnsi="宋体" w:eastAsia="宋体" w:cs="宋体"/>
          <w:color w:val="000000"/>
        </w:rPr>
        <w:t>是</w:t>
      </w:r>
      <w:r>
        <w:pict>
          <v:shape id="_x0000_i715000"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22" o:title="eqId27935c1ef4df2d52ac697678a3c8f39d"/>
            <o:lock v:ext="edit" aspectratio="t"/>
            <w10:wrap type="none"/>
            <w10:anchorlock/>
          </v:shape>
        </w:pict>
      </w:r>
      <w:r>
        <w:rPr>
          <w:rFonts w:ascii="宋体" w:hAnsi="宋体" w:eastAsia="宋体" w:cs="宋体"/>
          <w:color w:val="000000"/>
        </w:rPr>
        <w:t>关于射线</w:t>
      </w:r>
      <w:r>
        <w:pict>
          <v:shape id="_x0000_i715001" o:spt="75" alt="学科网(www.zxxk.com)--教育资源门户，提供试卷、教案、课件、论文、素材以及各类教学资源下载，还有大量而丰富的教学相关资讯！" type="#_x0000_t75" style="height:12pt;width:6pt;" o:ole="t" filled="f" o:preferrelative="t" stroked="f" coordsize="21600,21600">
            <v:path/>
            <v:fill on="f" focussize="0,0"/>
            <v:stroke on="f" joinstyle="miter"/>
            <v:imagedata r:id="rId224" o:title="eqId0f85fca60a11e1af2bf50138d0e3fe62"/>
            <o:lock v:ext="edit" aspectratio="t"/>
            <w10:wrap type="none"/>
            <w10:anchorlock/>
          </v:shape>
        </w:pict>
      </w:r>
      <w:r>
        <w:rPr>
          <w:rFonts w:ascii="宋体" w:hAnsi="宋体" w:eastAsia="宋体" w:cs="宋体"/>
          <w:color w:val="000000"/>
        </w:rPr>
        <w:t>的一个基准射线族，该基准射线族的基准角度为</w:t>
      </w:r>
      <w:r>
        <w:pict>
          <v:shape id="_x0000_i715002"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30" o:title="eqIde170f206fdbbd834aad7580c727e2cc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①当</w:t>
      </w:r>
      <w:r>
        <w:pict>
          <v:shape id="_x0000_i71500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31" o:title="eqId8cbeede118c407a800b05757b9a1393e"/>
            <o:lock v:ext="edit" aspectratio="t"/>
            <w10:wrap type="none"/>
            <w10:anchorlock/>
          </v:shape>
        </w:pict>
      </w:r>
      <w:r>
        <w:rPr>
          <w:rFonts w:ascii="宋体" w:hAnsi="宋体" w:eastAsia="宋体" w:cs="宋体"/>
          <w:color w:val="000000"/>
        </w:rPr>
        <w:t>时，直接写出</w:t>
      </w:r>
      <w:r>
        <w:pict>
          <v:shape id="_x0000_i715004"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32" o:title="eqIde170f206fdbbd834aad7580c727e2cc6"/>
            <o:lock v:ext="edit" aspectratio="t"/>
            <w10:wrap type="none"/>
            <w10:anchorlock/>
          </v:shape>
        </w:pict>
      </w:r>
      <w:r>
        <w:rPr>
          <w:rFonts w:ascii="宋体" w:hAnsi="宋体" w:eastAsia="宋体" w:cs="宋体"/>
          <w:color w:val="000000"/>
        </w:rPr>
        <w:t>的取值范围；</w:t>
      </w:r>
    </w:p>
    <w:p>
      <w:pPr>
        <w:spacing w:line="360" w:lineRule="auto"/>
        <w:jc w:val="left"/>
        <w:textAlignment w:val="center"/>
        <w:rPr>
          <w:color w:val="000000"/>
        </w:rPr>
      </w:pPr>
      <w:r>
        <w:rPr>
          <w:rFonts w:ascii="宋体" w:hAnsi="宋体" w:eastAsia="宋体" w:cs="宋体"/>
          <w:color w:val="000000"/>
        </w:rPr>
        <w:t>②当</w:t>
      </w:r>
      <w:r>
        <w:rPr>
          <w:rFonts w:ascii="Times New Roman" w:hAnsi="Times New Roman" w:eastAsia="Times New Roman" w:cs="Times New Roman"/>
          <w:i/>
          <w:color w:val="000000"/>
        </w:rPr>
        <w:t>n</w:t>
      </w:r>
      <w:r>
        <w:rPr>
          <w:rFonts w:ascii="宋体" w:hAnsi="宋体" w:eastAsia="宋体" w:cs="宋体"/>
          <w:color w:val="000000"/>
        </w:rPr>
        <w:t>的最大值为</w:t>
      </w:r>
      <w:r>
        <w:rPr>
          <w:rFonts w:ascii="Times New Roman" w:hAnsi="Times New Roman" w:eastAsia="Times New Roman" w:cs="Times New Roman"/>
          <w:color w:val="000000"/>
        </w:rPr>
        <w:t>6</w:t>
      </w:r>
      <w:r>
        <w:rPr>
          <w:rFonts w:ascii="宋体" w:hAnsi="宋体" w:eastAsia="宋体" w:cs="宋体"/>
          <w:color w:val="000000"/>
        </w:rPr>
        <w:t>时，直接写出</w:t>
      </w:r>
      <w:r>
        <w:rPr>
          <w:rFonts w:ascii="Times New Roman" w:hAnsi="Times New Roman" w:eastAsia="Times New Roman" w:cs="Times New Roman"/>
          <w:i/>
          <w:color w:val="000000"/>
        </w:rPr>
        <w:t>t</w:t>
      </w:r>
      <w:r>
        <w:rPr>
          <w:rFonts w:ascii="宋体" w:hAnsi="宋体" w:eastAsia="宋体" w:cs="宋体"/>
          <w:color w:val="000000"/>
        </w:rPr>
        <w:t>的取值范围．</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是，</w:t>
      </w:r>
      <w:r>
        <w:pict>
          <v:shape id="_x0000_i71500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33" o:title="eqIdd36581140ebac5d28438ea63b1b23b65"/>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w:t>
      </w:r>
      <w:r>
        <w:pict>
          <v:shape id="_x0000_i715006" o:spt="75" alt="学科网(www.zxxk.com)--教育资源门户，提供试卷、教案、课件、论文、素材以及各类教学资源下载，还有大量而丰富的教学相关资讯！" type="#_x0000_t75" style="height:14.25pt;width:69.3pt;" o:ole="t" filled="f" o:preferrelative="t" stroked="f" coordsize="21600,21600">
            <v:path/>
            <v:fill on="f" focussize="0,0"/>
            <v:stroke on="f" joinstyle="miter"/>
            <v:imagedata r:id="rId234" o:title="eqIdcb10909d8da070ecc8f87733f017cf33"/>
            <o:lock v:ext="edit" aspectratio="t"/>
            <w10:wrap type="none"/>
            <w10:anchorlock/>
          </v:shape>
        </w:pict>
      </w:r>
      <w:r>
        <w:rPr>
          <w:rFonts w:ascii="宋体" w:hAnsi="宋体" w:eastAsia="宋体" w:cs="宋体"/>
          <w:color w:val="000000"/>
        </w:rPr>
        <w:t>；②</w:t>
      </w:r>
      <w:r>
        <w:pict>
          <v:shape id="_x0000_i715007" o:spt="75" alt="学科网(www.zxxk.com)--教育资源门户，提供试卷、教案、课件、论文、素材以及各类教学资源下载，还有大量而丰富的教学相关资讯！" type="#_x0000_t75" style="height:30.75pt;width:50.25pt;" o:ole="t" filled="f" o:preferrelative="t" stroked="f" coordsize="21600,21600">
            <v:path/>
            <v:fill on="f" focussize="0,0"/>
            <v:stroke on="f" joinstyle="miter"/>
            <v:imagedata r:id="rId235" o:title="eqIdd6fd604dc345926d883c1f069efc6aed"/>
            <o:lock v:ext="edit" aspectratio="t"/>
            <w10:wrap type="none"/>
            <w10:anchorlock/>
          </v:shape>
        </w:pict>
      </w:r>
      <w:r>
        <w:rPr>
          <w:rFonts w:ascii="宋体" w:hAnsi="宋体" w:eastAsia="宋体" w:cs="宋体"/>
          <w:color w:val="000000"/>
        </w:rPr>
        <w:t>或</w:t>
      </w:r>
      <w:r>
        <w:pict>
          <v:shape id="_x0000_i715008" o:spt="75" alt="学科网(www.zxxk.com)--教育资源门户，提供试卷、教案、课件、论文、素材以及各类教学资源下载，还有大量而丰富的教学相关资讯！" type="#_x0000_t75" style="height:30.75pt;width:63pt;" o:ole="t" filled="f" o:preferrelative="t" stroked="f" coordsize="21600,21600">
            <v:path/>
            <v:fill on="f" focussize="0,0"/>
            <v:stroke on="f" joinstyle="miter"/>
            <v:imagedata r:id="rId236" o:title="eqId667424dbb91010a4290bdf03c5cbd32a"/>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本题考查新定义情境下角的大小和比较，</w:t>
      </w:r>
      <w:r>
        <w:rPr>
          <w:rFonts w:ascii="Times New Roman" w:hAnsi="Times New Roman" w:eastAsia="Times New Roman" w:cs="Times New Roman"/>
          <w:color w:val="000000"/>
        </w:rPr>
        <w:t xml:space="preserve"> </w:t>
      </w:r>
      <w:r>
        <w:rPr>
          <w:rFonts w:ascii="宋体" w:hAnsi="宋体" w:eastAsia="宋体" w:cs="宋体"/>
          <w:color w:val="000000"/>
        </w:rPr>
        <w:t>熟练掌握有关方法和技巧是解题关键．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）根据题中所给定义进行判断和求解；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）①根据基准射线族的定义解答即可；②分四种情况，根据基准射线族的定义逐一画出图形讨论解答即可．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解：射线</w:t>
      </w:r>
      <w:r>
        <w:pict>
          <v:shape id="_x0000_i715009"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37" o:title="eqIdaaf3369e0ea90e8d5cf4b6b3c45c0fd8"/>
            <o:lock v:ext="edit" aspectratio="t"/>
            <w10:wrap type="none"/>
            <w10:anchorlock/>
          </v:shape>
        </w:pict>
      </w:r>
      <w:r>
        <w:rPr>
          <w:rFonts w:ascii="宋体" w:hAnsi="宋体" w:eastAsia="宋体" w:cs="宋体"/>
          <w:color w:val="000000"/>
        </w:rPr>
        <w:t>，</w:t>
      </w:r>
      <w:r>
        <w:pict>
          <v:shape id="_x0000_i715010"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38" o:title="eqIdef4113c492885ba7c47fe42ac792578f"/>
            <o:lock v:ext="edit" aspectratio="t"/>
            <w10:wrap type="none"/>
            <w10:anchorlock/>
          </v:shape>
        </w:pict>
      </w:r>
      <w:r>
        <w:rPr>
          <w:rFonts w:ascii="宋体" w:hAnsi="宋体" w:eastAsia="宋体" w:cs="宋体"/>
          <w:color w:val="000000"/>
        </w:rPr>
        <w:t>，</w:t>
      </w:r>
      <w:r>
        <w:pict>
          <v:shape id="_x0000_i715011"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39" o:title="eqId88e9f7d1272b7344346b58b660aa260a"/>
            <o:lock v:ext="edit" aspectratio="t"/>
            <w10:wrap type="none"/>
            <w10:anchorlock/>
          </v:shape>
        </w:pict>
      </w:r>
      <w:r>
        <w:rPr>
          <w:rFonts w:ascii="宋体" w:hAnsi="宋体" w:eastAsia="宋体" w:cs="宋体"/>
          <w:color w:val="000000"/>
        </w:rPr>
        <w:t>是</w:t>
      </w:r>
      <w:r>
        <w:pict>
          <v:shape id="_x0000_i715012"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40" o:title="eqId27935c1ef4df2d52ac697678a3c8f39d"/>
            <o:lock v:ext="edit" aspectratio="t"/>
            <w10:wrap type="none"/>
            <w10:anchorlock/>
          </v:shape>
        </w:pict>
      </w:r>
      <w:r>
        <w:rPr>
          <w:rFonts w:ascii="宋体" w:hAnsi="宋体" w:eastAsia="宋体" w:cs="宋体"/>
          <w:color w:val="000000"/>
        </w:rPr>
        <w:t>关于射线</w:t>
      </w:r>
      <w:r>
        <w:rPr>
          <w:rFonts w:ascii="Times New Roman" w:hAnsi="Times New Roman" w:eastAsia="Times New Roman" w:cs="Times New Roman"/>
          <w:i/>
          <w:color w:val="000000"/>
        </w:rPr>
        <w:t>l</w:t>
      </w:r>
      <w:r>
        <w:rPr>
          <w:rFonts w:ascii="宋体" w:hAnsi="宋体" w:eastAsia="宋体" w:cs="宋体"/>
          <w:color w:val="000000"/>
        </w:rPr>
        <w:t>的一个基准射线族，</w:t>
      </w:r>
    </w:p>
    <w:p>
      <w:pPr>
        <w:spacing w:line="360" w:lineRule="auto"/>
        <w:jc w:val="left"/>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，在射线</w:t>
      </w:r>
      <w:r>
        <w:rPr>
          <w:rFonts w:ascii="Times New Roman" w:hAnsi="Times New Roman" w:eastAsia="Times New Roman" w:cs="Times New Roman"/>
          <w:i/>
          <w:color w:val="000000"/>
        </w:rPr>
        <w:t>l</w:t>
      </w:r>
      <w:r>
        <w:rPr>
          <w:rFonts w:ascii="宋体" w:hAnsi="宋体" w:eastAsia="宋体" w:cs="宋体"/>
          <w:color w:val="000000"/>
        </w:rPr>
        <w:t>上任取一定点</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28750" cy="1438275"/>
            <wp:effectExtent l="0" t="0" r="0" b="0"/>
            <wp:docPr id="3555"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6" name="图片 100033" descr="学科网(www.zxxk.com)--教育资源门户，提供试卷、教案、课件、论文、素材以及各类教学资源下载，还有大量而丰富的教学相关资讯！"/>
                    <pic:cNvPicPr>
                      <a:picLocks noChangeAspect="1"/>
                    </pic:cNvPicPr>
                  </pic:nvPicPr>
                  <pic:blipFill>
                    <a:blip r:embed="rId241"/>
                    <a:stretch>
                      <a:fillRect/>
                    </a:stretch>
                  </pic:blipFill>
                  <pic:spPr>
                    <a:xfrm>
                      <a:off x="0" y="0"/>
                      <a:ext cx="1428750" cy="14382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15013"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242" o:title="eqIdef4113c492885ba7c47fe42ac792578f"/>
            <o:lock v:ext="edit" aspectratio="t"/>
            <w10:wrap type="none"/>
            <w10:anchorlock/>
          </v:shape>
        </w:pict>
      </w:r>
      <w:r>
        <w:rPr>
          <w:rFonts w:ascii="宋体" w:hAnsi="宋体" w:eastAsia="宋体" w:cs="宋体"/>
          <w:color w:val="000000"/>
        </w:rPr>
        <w:t>，</w:t>
      </w:r>
      <w:r>
        <w:pict>
          <v:shape id="_x0000_i715014"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243" o:title="eqIdb90e0f35eda1a729fed485f83da5ea9d"/>
            <o:lock v:ext="edit" aspectratio="t"/>
            <w10:wrap type="none"/>
            <w10:anchorlock/>
          </v:shape>
        </w:pict>
      </w:r>
      <w:r>
        <w:rPr>
          <w:rFonts w:ascii="宋体" w:hAnsi="宋体" w:eastAsia="宋体" w:cs="宋体"/>
          <w:color w:val="000000"/>
        </w:rPr>
        <w:t>为</w:t>
      </w:r>
      <w:r>
        <w:pict>
          <v:shape id="_x0000_i715015"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44" o:title="eqId27935c1ef4df2d52ac697678a3c8f39d"/>
            <o:lock v:ext="edit" aspectratio="t"/>
            <w10:wrap type="none"/>
            <w10:anchorlock/>
          </v:shape>
        </w:pict>
      </w:r>
      <w:r>
        <w:rPr>
          <w:rFonts w:ascii="宋体" w:hAnsi="宋体" w:eastAsia="宋体" w:cs="宋体"/>
          <w:color w:val="000000"/>
        </w:rPr>
        <w:t>的三等分线，</w:t>
      </w:r>
      <w:r>
        <w:pict>
          <v:shape id="_x0000_i715016" o:spt="75" alt="学科网(www.zxxk.com)--教育资源门户，提供试卷、教案、课件、论文、素材以及各类教学资源下载，还有大量而丰富的教学相关资讯！" type="#_x0000_t75" style="height:13.5pt;width:69pt;" o:ole="t" filled="f" o:preferrelative="t" stroked="f" coordsize="21600,21600">
            <v:path/>
            <v:fill on="f" focussize="0,0"/>
            <v:stroke on="f" joinstyle="miter"/>
            <v:imagedata r:id="rId245" o:title="eqId14b5d523373b8cbfa33e42a1bf15454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17" o:spt="75" alt="学科网(www.zxxk.com)--教育资源门户，提供试卷、教案、课件、论文、素材以及各类教学资源下载，还有大量而丰富的教学相关资讯！" type="#_x0000_t75" style="height:31.25pt;width:260.7pt;" o:ole="t" filled="f" o:preferrelative="t" stroked="f" coordsize="21600,21600">
            <v:path/>
            <v:fill on="f" focussize="0,0"/>
            <v:stroke on="f" joinstyle="miter"/>
            <v:imagedata r:id="rId246" o:title="eqIdd2af0c9fc5f69ac7621a4c95391fe98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18" o:spt="75" alt="学科网(www.zxxk.com)--教育资源门户，提供试卷、教案、课件、论文、素材以及各类教学资源下载，还有大量而丰富的教学相关资讯！" type="#_x0000_t75" style="height:14.25pt;width:218.25pt;" o:ole="t" filled="f" o:preferrelative="t" stroked="f" coordsize="21600,21600">
            <v:path/>
            <v:fill on="f" focussize="0,0"/>
            <v:stroke on="f" joinstyle="miter"/>
            <v:imagedata r:id="rId247" o:title="eqId1a1622a0334af36e6e2c8e09baf1d1d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19"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48" o:title="eqId6b101d2ee723e0ba22f25e0ece33817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∴基准角度</w:t>
      </w:r>
      <w:r>
        <w:rPr>
          <w:rFonts w:ascii="宋体" w:hAnsi="宋体" w:eastAsia="宋体" w:cs="宋体"/>
          <w:color w:val="000000"/>
          <w:position w:val="0"/>
        </w:rPr>
        <w:drawing>
          <wp:inline distT="0" distB="0" distL="114300" distR="114300">
            <wp:extent cx="158750" cy="190500"/>
            <wp:effectExtent l="0" t="0" r="0" b="0"/>
            <wp:docPr id="3557" name="图片 1989307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 name="图片 1989307350"/>
                    <pic:cNvPicPr>
                      <a:picLocks noChangeAspect="1"/>
                    </pic:cNvPicPr>
                  </pic:nvPicPr>
                  <pic:blipFill>
                    <a:blip r:embed="rId249"/>
                    <a:stretch>
                      <a:fillRect/>
                    </a:stretch>
                  </pic:blipFill>
                  <pic:spPr>
                    <a:xfrm>
                      <a:off x="0" y="0"/>
                      <a:ext cx="158750" cy="190500"/>
                    </a:xfrm>
                    <a:prstGeom prst="rect">
                      <a:avLst/>
                    </a:prstGeom>
                  </pic:spPr>
                </pic:pic>
              </a:graphicData>
            </a:graphic>
          </wp:inline>
        </w:drawing>
      </w:r>
      <w:r>
        <w:pict>
          <v:shape id="_x0000_i715020"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50" o:title="eqIdd36581140ebac5d28438ea63b1b23b6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3559" name="图片 1989307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0" name="图片 1989307354"/>
                    <pic:cNvPicPr>
                      <a:picLocks noChangeAspect="1"/>
                    </pic:cNvPicPr>
                  </pic:nvPicPr>
                  <pic:blipFill>
                    <a:blip r:embed="rId251"/>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hAnsi="宋体" w:eastAsia="宋体" w:cs="宋体"/>
          <w:color w:val="000000"/>
        </w:rPr>
        <w:t>①如图</w:t>
      </w:r>
      <w:r>
        <w:rPr>
          <w:rFonts w:ascii="Times New Roman" w:hAnsi="Times New Roman" w:eastAsia="Times New Roman" w:cs="Times New Roman"/>
          <w:color w:val="000000"/>
        </w:rPr>
        <w:t>2</w:t>
      </w:r>
      <w:r>
        <w:rPr>
          <w:rFonts w:ascii="宋体" w:hAnsi="宋体" w:eastAsia="宋体" w:cs="宋体"/>
          <w:color w:val="000000"/>
        </w:rPr>
        <w:t>，在射线</w:t>
      </w:r>
      <w:r>
        <w:rPr>
          <w:rFonts w:ascii="Times New Roman" w:hAnsi="Times New Roman" w:eastAsia="Times New Roman" w:cs="Times New Roman"/>
          <w:i/>
          <w:color w:val="000000"/>
        </w:rPr>
        <w:t>l</w:t>
      </w:r>
      <w:r>
        <w:rPr>
          <w:rFonts w:ascii="宋体" w:hAnsi="宋体" w:eastAsia="宋体" w:cs="宋体"/>
          <w:color w:val="000000"/>
        </w:rPr>
        <w:t>上任取一定点</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28750" cy="1562100"/>
            <wp:effectExtent l="0" t="0" r="0" b="0"/>
            <wp:docPr id="3561"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 name="图片 100035" descr="学科网(www.zxxk.com)--教育资源门户，提供试卷、教案、课件、论文、素材以及各类教学资源下载，还有大量而丰富的教学相关资讯！"/>
                    <pic:cNvPicPr>
                      <a:picLocks noChangeAspect="1"/>
                    </pic:cNvPicPr>
                  </pic:nvPicPr>
                  <pic:blipFill>
                    <a:blip r:embed="rId252"/>
                    <a:stretch>
                      <a:fillRect/>
                    </a:stretch>
                  </pic:blipFill>
                  <pic:spPr>
                    <a:xfrm>
                      <a:off x="0" y="0"/>
                      <a:ext cx="1428750" cy="1562100"/>
                    </a:xfrm>
                    <a:prstGeom prst="rect">
                      <a:avLst/>
                    </a:prstGeom>
                  </pic:spPr>
                </pic:pic>
              </a:graphicData>
            </a:graphic>
          </wp:inline>
        </w:drawing>
      </w:r>
    </w:p>
    <w:p>
      <w:pPr>
        <w:spacing w:line="360" w:lineRule="auto"/>
        <w:jc w:val="left"/>
        <w:textAlignment w:val="center"/>
        <w:rPr>
          <w:color w:val="000000"/>
        </w:rPr>
      </w:pPr>
      <w:r>
        <w:pict>
          <v:shape id="_x0000_i715021"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53" o:title="eqId8cbeede118c407a800b05757b9a1393e"/>
            <o:lock v:ext="edit" aspectratio="t"/>
            <w10:wrap type="none"/>
            <w10:anchorlock/>
          </v:shape>
        </w:pict>
      </w:r>
      <w:r>
        <w:rPr>
          <w:rFonts w:ascii="宋体" w:hAnsi="宋体" w:eastAsia="宋体" w:cs="宋体"/>
          <w:color w:val="000000"/>
        </w:rPr>
        <w:t>时</w:t>
      </w:r>
      <w:r>
        <w:pict>
          <v:shape id="_x0000_i715022" o:spt="75" alt="学科网(www.zxxk.com)--教育资源门户，提供试卷、教案、课件、论文、素材以及各类教学资源下载，还有大量而丰富的教学相关资讯！" type="#_x0000_t75" style="height:14.25pt;width:99.85pt;" o:ole="t" filled="f" o:preferrelative="t" stroked="f" coordsize="21600,21600">
            <v:path/>
            <v:fill on="f" focussize="0,0"/>
            <v:stroke on="f" joinstyle="miter"/>
            <v:imagedata r:id="rId254" o:title="eqIde6f71d7ff657dce9cfab1ff736acd951"/>
            <o:lock v:ext="edit" aspectratio="t"/>
            <w10:wrap type="none"/>
            <w10:anchorlock/>
          </v:shape>
        </w:pict>
      </w:r>
      <w:r>
        <w:rPr>
          <w:rFonts w:ascii="宋体" w:hAnsi="宋体" w:eastAsia="宋体" w:cs="宋体"/>
          <w:color w:val="000000"/>
        </w:rPr>
        <w:t>，</w:t>
      </w:r>
      <w:r>
        <w:pict>
          <v:shape id="_x0000_i715023" o:spt="75" alt="学科网(www.zxxk.com)--教育资源门户，提供试卷、教案、课件、论文、素材以及各类教学资源下载，还有大量而丰富的教学相关资讯！" type="#_x0000_t75" style="height:14.25pt;width:215.3pt;" o:ole="t" filled="f" o:preferrelative="t" stroked="f" coordsize="21600,21600">
            <v:path/>
            <v:fill on="f" focussize="0,0"/>
            <v:stroke on="f" joinstyle="miter"/>
            <v:imagedata r:id="rId255" o:title="eqId442d225b45d8c0dd6d7c2f6a28a8c88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24" o:spt="75" alt="学科网(www.zxxk.com)--教育资源门户，提供试卷、教案、课件、论文、素材以及各类教学资源下载，还有大量而丰富的教学相关资讯！" type="#_x0000_t75" style="height:18pt;width:109.5pt;" o:ole="t" filled="f" o:preferrelative="t" stroked="f" coordsize="21600,21600">
            <v:path/>
            <v:fill on="f" focussize="0,0"/>
            <v:stroke on="f" joinstyle="miter"/>
            <v:imagedata r:id="rId256" o:title="eqIdf8e931be7f7db3aacb0b31ad54b1cd2b"/>
            <o:lock v:ext="edit" aspectratio="t"/>
            <w10:wrap type="none"/>
            <w10:anchorlock/>
          </v:shape>
        </w:pict>
      </w:r>
      <w:r>
        <w:rPr>
          <w:rFonts w:ascii="宋体" w:hAnsi="宋体" w:eastAsia="宋体" w:cs="宋体"/>
          <w:color w:val="000000"/>
        </w:rPr>
        <w:t>在</w:t>
      </w:r>
      <w:r>
        <w:pict>
          <v:shape id="_x0000_i715025"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57" o:title="eqId27935c1ef4df2d52ac697678a3c8f39d"/>
            <o:lock v:ext="edit" aspectratio="t"/>
            <w10:wrap type="none"/>
            <w10:anchorlock/>
          </v:shape>
        </w:pict>
      </w:r>
      <w:r>
        <w:rPr>
          <w:rFonts w:ascii="宋体" w:hAnsi="宋体" w:eastAsia="宋体" w:cs="宋体"/>
          <w:color w:val="000000"/>
        </w:rPr>
        <w:t>内部或与</w:t>
      </w:r>
      <w:r>
        <w:pict>
          <v:shape id="_x0000_i715026"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58" o:title="eqIdaaf3369e0ea90e8d5cf4b6b3c45c0fd8"/>
            <o:lock v:ext="edit" aspectratio="t"/>
            <w10:wrap type="none"/>
            <w10:anchorlock/>
          </v:shape>
        </w:pict>
      </w:r>
      <w:r>
        <w:rPr>
          <w:rFonts w:ascii="宋体" w:hAnsi="宋体" w:eastAsia="宋体" w:cs="宋体"/>
          <w:color w:val="000000"/>
        </w:rPr>
        <w:t>，</w:t>
      </w:r>
      <w:r>
        <w:pict>
          <v:shape id="_x0000_i715027"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59" o:title="eqId88e9f7d1272b7344346b58b660aa260a"/>
            <o:lock v:ext="edit" aspectratio="t"/>
            <w10:wrap type="none"/>
            <w10:anchorlock/>
          </v:shape>
        </w:pict>
      </w:r>
      <w:r>
        <w:rPr>
          <w:rFonts w:ascii="宋体" w:hAnsi="宋体" w:eastAsia="宋体" w:cs="宋体"/>
          <w:color w:val="000000"/>
        </w:rPr>
        <w:t>重合，</w:t>
      </w:r>
    </w:p>
    <w:p>
      <w:pPr>
        <w:spacing w:line="360" w:lineRule="auto"/>
        <w:jc w:val="left"/>
        <w:textAlignment w:val="center"/>
        <w:rPr>
          <w:color w:val="000000"/>
        </w:rPr>
      </w:pPr>
      <w:r>
        <w:pict>
          <v:shape id="_x0000_i715028" o:spt="75" alt="学科网(www.zxxk.com)--教育资源门户，提供试卷、教案、课件、论文、素材以及各类教学资源下载，还有大量而丰富的教学相关资讯！" type="#_x0000_t75" style="height:18.35pt;width:114.1pt;" o:ole="t" filled="f" o:preferrelative="t" stroked="f" coordsize="21600,21600">
            <v:path/>
            <v:fill on="f" focussize="0,0"/>
            <v:stroke on="f" joinstyle="miter"/>
            <v:imagedata r:id="rId260" o:title="eqId60340ff1d5bee1145ba574833f34de70"/>
            <o:lock v:ext="edit" aspectratio="t"/>
            <w10:wrap type="none"/>
            <w10:anchorlock/>
          </v:shape>
        </w:pict>
      </w:r>
      <w:r>
        <w:rPr>
          <w:rFonts w:ascii="宋体" w:hAnsi="宋体" w:eastAsia="宋体" w:cs="宋体"/>
          <w:color w:val="000000"/>
        </w:rPr>
        <w:t>，即</w:t>
      </w:r>
      <w:r>
        <w:pict>
          <v:shape id="_x0000_i715029"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61" o:title="eqIde170f206fdbbd834aad7580c727e2cc6"/>
            <o:lock v:ext="edit" aspectratio="t"/>
            <w10:wrap type="none"/>
            <w10:anchorlock/>
          </v:shape>
        </w:pict>
      </w:r>
      <w:r>
        <w:rPr>
          <w:rFonts w:ascii="宋体" w:hAnsi="宋体" w:eastAsia="宋体" w:cs="宋体"/>
          <w:color w:val="000000"/>
        </w:rPr>
        <w:t>有最大值</w:t>
      </w:r>
      <w:r>
        <w:pict>
          <v:shape id="_x0000_i715030" o:spt="75" alt="学科网(www.zxxk.com)--教育资源门户，提供试卷、教案、课件、论文、素材以及各类教学资源下载，还有大量而丰富的教学相关资讯！" type="#_x0000_t75" style="height:14.25pt;width:76.1pt;" o:ole="t" filled="f" o:preferrelative="t" stroked="f" coordsize="21600,21600">
            <v:path/>
            <v:fill on="f" focussize="0,0"/>
            <v:stroke on="f" joinstyle="miter"/>
            <v:imagedata r:id="rId262" o:title="eqId1e45a1eea73ca6869b3f32bb77f3a3e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令</w:t>
      </w:r>
      <w:r>
        <w:pict>
          <v:shape id="_x0000_i715031"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263" o:title="eqIdbe604061cf1591f7069472269d4c9719"/>
            <o:lock v:ext="edit" aspectratio="t"/>
            <w10:wrap type="none"/>
            <w10:anchorlock/>
          </v:shape>
        </w:pict>
      </w:r>
      <w:r>
        <w:rPr>
          <w:rFonts w:ascii="宋体" w:hAnsi="宋体" w:eastAsia="宋体" w:cs="宋体"/>
          <w:color w:val="000000"/>
        </w:rPr>
        <w:t>，则当</w:t>
      </w:r>
      <w:r>
        <w:pict>
          <v:shape id="_x0000_i715032" o:spt="75" alt="学科网(www.zxxk.com)--教育资源门户，提供试卷、教案、课件、论文、素材以及各类教学资源下载，还有大量而丰富的教学相关资讯！" type="#_x0000_t75" style="height:18pt;width:20.25pt;" o:ole="t" filled="f" o:preferrelative="t" stroked="f" coordsize="21600,21600">
            <v:path/>
            <v:fill on="f" focussize="0,0"/>
            <v:stroke on="f" joinstyle="miter"/>
            <v:imagedata r:id="rId264" o:title="eqId1652145a4785b50fa22fdd8c63f724b6"/>
            <o:lock v:ext="edit" aspectratio="t"/>
            <w10:wrap type="none"/>
            <w10:anchorlock/>
          </v:shape>
        </w:pict>
      </w:r>
      <w:r>
        <w:rPr>
          <w:rFonts w:ascii="宋体" w:hAnsi="宋体" w:eastAsia="宋体" w:cs="宋体"/>
          <w:color w:val="000000"/>
        </w:rPr>
        <w:t>与</w:t>
      </w:r>
      <w:r>
        <w:pict>
          <v:shape id="_x0000_i715033"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65" o:title="eqId88e9f7d1272b7344346b58b660aa260a"/>
            <o:lock v:ext="edit" aspectratio="t"/>
            <w10:wrap type="none"/>
            <w10:anchorlock/>
          </v:shape>
        </w:pict>
      </w:r>
      <w:r>
        <w:rPr>
          <w:rFonts w:ascii="宋体" w:hAnsi="宋体" w:eastAsia="宋体" w:cs="宋体"/>
          <w:color w:val="000000"/>
        </w:rPr>
        <w:t>重合时，</w:t>
      </w:r>
      <w:r>
        <w:pict>
          <v:shape id="_x0000_i715034" o:spt="75" alt="学科网(www.zxxk.com)--教育资源门户，提供试卷、教案、课件、论文、素材以及各类教学资源下载，还有大量而丰富的教学相关资讯！" type="#_x0000_t75" style="height:18.35pt;width:38.05pt;" o:ole="t" filled="f" o:preferrelative="t" stroked="f" coordsize="21600,21600">
            <v:path/>
            <v:fill on="f" focussize="0,0"/>
            <v:stroke on="f" joinstyle="miter"/>
            <v:imagedata r:id="rId266" o:title="eqId49fc5c561a9d9b31836d24d0524d22d6"/>
            <o:lock v:ext="edit" aspectratio="t"/>
            <w10:wrap type="none"/>
            <w10:anchorlock/>
          </v:shape>
        </w:pict>
      </w:r>
      <w:r>
        <w:rPr>
          <w:rFonts w:ascii="宋体" w:hAnsi="宋体" w:eastAsia="宋体" w:cs="宋体"/>
          <w:color w:val="000000"/>
        </w:rPr>
        <w:t>最小，为</w:t>
      </w:r>
      <w:r>
        <w:pict>
          <v:shape id="_x0000_i715035"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267" o:title="eqIdbdb0aa8a61380228e285f3b5c7b74c4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36" o:spt="75" alt="学科网(www.zxxk.com)--教育资源门户，提供试卷、教案、课件、论文、素材以及各类教学资源下载，还有大量而丰富的教学相关资讯！" type="#_x0000_t75" style="height:18.35pt;width:65.9pt;" o:ole="t" filled="f" o:preferrelative="t" stroked="f" coordsize="21600,21600">
            <v:path/>
            <v:fill on="f" focussize="0,0"/>
            <v:stroke on="f" joinstyle="miter"/>
            <v:imagedata r:id="rId268" o:title="eqIdf187ac72fbe2ec01157d17dba90a15c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37" o:spt="75" alt="学科网(www.zxxk.com)--教育资源门户，提供试卷、教案、课件、论文、素材以及各类教学资源下载，还有大量而丰富的教学相关资讯！" type="#_x0000_t75" style="height:18.35pt;width:120.9pt;" o:ole="t" filled="f" o:preferrelative="t" stroked="f" coordsize="21600,21600">
            <v:path/>
            <v:fill on="f" focussize="0,0"/>
            <v:stroke on="f" joinstyle="miter"/>
            <v:imagedata r:id="rId269" o:title="eqId6b8916902f165fafcc4742c02d23b8a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pict>
          <v:shape id="_x0000_i715038"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70" o:title="eqIde170f206fdbbd834aad7580c727e2cc6"/>
            <o:lock v:ext="edit" aspectratio="t"/>
            <w10:wrap type="none"/>
            <w10:anchorlock/>
          </v:shape>
        </w:pict>
      </w:r>
      <w:r>
        <w:rPr>
          <w:rFonts w:ascii="宋体" w:hAnsi="宋体" w:eastAsia="宋体" w:cs="宋体"/>
          <w:color w:val="000000"/>
        </w:rPr>
        <w:t>的取值范围为</w:t>
      </w:r>
      <w:r>
        <w:pict>
          <v:shape id="_x0000_i715039" o:spt="75" alt="学科网(www.zxxk.com)--教育资源门户，提供试卷、教案、课件、论文、素材以及各类教学资源下载，还有大量而丰富的教学相关资讯！" type="#_x0000_t75" style="height:14.25pt;width:69.3pt;" o:ole="t" filled="f" o:preferrelative="t" stroked="f" coordsize="21600,21600">
            <v:path/>
            <v:fill on="f" focussize="0,0"/>
            <v:stroke on="f" joinstyle="miter"/>
            <v:imagedata r:id="rId271" o:title="eqIdcb10909d8da070ecc8f87733f017cf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rPr>
          <w:rFonts w:ascii="Times New Roman" w:hAnsi="Times New Roman" w:eastAsia="Times New Roman" w:cs="Times New Roman"/>
          <w:i/>
          <w:color w:val="000000"/>
        </w:rPr>
        <w:t>n</w:t>
      </w:r>
      <w:r>
        <w:rPr>
          <w:rFonts w:ascii="宋体" w:hAnsi="宋体" w:eastAsia="宋体" w:cs="宋体"/>
          <w:color w:val="000000"/>
        </w:rPr>
        <w:t>最大值为</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4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72" o:title="eqId7c345907ebe27888332b1b44c666cc47"/>
            <o:lock v:ext="edit" aspectratio="t"/>
            <w10:wrap type="none"/>
            <w10:anchorlock/>
          </v:shape>
        </w:pict>
      </w:r>
      <w:r>
        <w:rPr>
          <w:rFonts w:ascii="宋体" w:hAnsi="宋体" w:eastAsia="宋体" w:cs="宋体"/>
          <w:color w:val="000000"/>
        </w:rPr>
        <w:t>时存在</w:t>
      </w:r>
      <w:r>
        <w:pict>
          <v:shape id="_x0000_i715041" o:spt="75" alt="学科网(www.zxxk.com)--教育资源门户，提供试卷、教案、课件、论文、素材以及各类教学资源下载，还有大量而丰富的教学相关资讯！" type="#_x0000_t75" style="height:18.35pt;width:194.25pt;" o:ole="t" filled="f" o:preferrelative="t" stroked="f" coordsize="21600,21600">
            <v:path/>
            <v:fill on="f" focussize="0,0"/>
            <v:stroke on="f" joinstyle="miter"/>
            <v:imagedata r:id="rId273" o:title="eqId5d24906b8f5f85bd22518a897f552608"/>
            <o:lock v:ext="edit" aspectratio="t"/>
            <w10:wrap type="none"/>
            <w10:anchorlock/>
          </v:shape>
        </w:pict>
      </w:r>
      <w:r>
        <w:rPr>
          <w:rFonts w:ascii="宋体" w:hAnsi="宋体" w:eastAsia="宋体" w:cs="宋体"/>
          <w:color w:val="000000"/>
        </w:rPr>
        <w:t>且</w:t>
      </w:r>
      <w:r>
        <w:pict>
          <v:shape id="_x0000_i71504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74" o:title="eqId764eff906937f9b1fb58e5abfb2eb8a3"/>
            <o:lock v:ext="edit" aspectratio="t"/>
            <w10:wrap type="none"/>
            <w10:anchorlock/>
          </v:shape>
        </w:pict>
      </w:r>
      <w:r>
        <w:rPr>
          <w:rFonts w:ascii="宋体" w:hAnsi="宋体" w:eastAsia="宋体" w:cs="宋体"/>
          <w:color w:val="000000"/>
        </w:rPr>
        <w:t>时等式不成立，</w:t>
      </w:r>
    </w:p>
    <w:p>
      <w:pPr>
        <w:spacing w:line="360" w:lineRule="auto"/>
        <w:jc w:val="left"/>
        <w:textAlignment w:val="center"/>
        <w:rPr>
          <w:color w:val="000000"/>
        </w:rPr>
      </w:pPr>
      <w:r>
        <w:rPr>
          <w:rFonts w:ascii="宋体" w:hAnsi="宋体" w:eastAsia="宋体" w:cs="宋体"/>
          <w:color w:val="000000"/>
        </w:rPr>
        <w:t>分如下四种情况讨论：</w:t>
      </w:r>
    </w:p>
    <w:p>
      <w:pPr>
        <w:spacing w:line="360" w:lineRule="auto"/>
        <w:jc w:val="left"/>
        <w:textAlignment w:val="center"/>
        <w:rPr>
          <w:color w:val="000000"/>
        </w:rPr>
      </w:pPr>
      <w:r>
        <w:rPr>
          <w:rFonts w:ascii="Times New Roman" w:hAnsi="Times New Roman" w:eastAsia="Times New Roman" w:cs="Times New Roman"/>
          <w:color w:val="000000"/>
        </w:rPr>
        <w:t>第1种情况：</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，当</w:t>
      </w:r>
      <w:r>
        <w:pict>
          <v:shape id="_x0000_i715043"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75" o:title="eqId45dd361a83bac6778edbb4d3adf74a9d"/>
            <o:lock v:ext="edit" aspectratio="t"/>
            <w10:wrap type="none"/>
            <w10:anchorlock/>
          </v:shape>
        </w:pict>
      </w:r>
      <w:r>
        <w:rPr>
          <w:rFonts w:ascii="宋体" w:hAnsi="宋体" w:eastAsia="宋体" w:cs="宋体"/>
          <w:color w:val="000000"/>
        </w:rPr>
        <w:t>时，即</w:t>
      </w:r>
      <w:r>
        <w:pict>
          <v:shape id="_x0000_i715044"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76" o:title="eqId27935c1ef4df2d52ac697678a3c8f39d"/>
            <o:lock v:ext="edit" aspectratio="t"/>
            <w10:wrap type="none"/>
            <w10:anchorlock/>
          </v:shape>
        </w:pict>
      </w:r>
      <w:r>
        <w:rPr>
          <w:rFonts w:ascii="宋体" w:hAnsi="宋体" w:eastAsia="宋体" w:cs="宋体"/>
          <w:color w:val="000000"/>
        </w:rPr>
        <w:t>在直线</w:t>
      </w:r>
      <w:r>
        <w:pict>
          <v:shape id="_x0000_i715045"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277" o:title="eqIdb90e0f35eda1a729fed485f83da5ea9d"/>
            <o:lock v:ext="edit" aspectratio="t"/>
            <w10:wrap type="none"/>
            <w10:anchorlock/>
          </v:shape>
        </w:pict>
      </w:r>
      <w:r>
        <w:rPr>
          <w:rFonts w:ascii="宋体" w:hAnsi="宋体" w:eastAsia="宋体" w:cs="宋体"/>
          <w:color w:val="000000"/>
        </w:rPr>
        <w:t>上侧．对于</w:t>
      </w:r>
      <w:r>
        <w:pict>
          <v:shape id="_x0000_i71504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78" o:title="eqId7c345907ebe27888332b1b44c666cc4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04950" cy="1628775"/>
            <wp:effectExtent l="0" t="0" r="0" b="0"/>
            <wp:docPr id="3563"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 name="图片 100037" descr="学科网(www.zxxk.com)--教育资源门户，提供试卷、教案、课件、论文、素材以及各类教学资源下载，还有大量而丰富的教学相关资讯！"/>
                    <pic:cNvPicPr>
                      <a:picLocks noChangeAspect="1"/>
                    </pic:cNvPicPr>
                  </pic:nvPicPr>
                  <pic:blipFill>
                    <a:blip r:embed="rId279"/>
                    <a:stretch>
                      <a:fillRect/>
                    </a:stretch>
                  </pic:blipFill>
                  <pic:spPr>
                    <a:xfrm>
                      <a:off x="0" y="0"/>
                      <a:ext cx="1504950" cy="16287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15047"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280" o:title="eqId5a4c71c74cfd3474e1e2ff0699afa71d"/>
            <o:lock v:ext="edit" aspectratio="t"/>
            <w10:wrap type="none"/>
            <w10:anchorlock/>
          </v:shape>
        </w:pict>
      </w:r>
      <w:r>
        <w:rPr>
          <w:rFonts w:ascii="宋体" w:hAnsi="宋体" w:eastAsia="宋体" w:cs="宋体"/>
          <w:color w:val="000000"/>
        </w:rPr>
        <w:t>在</w:t>
      </w:r>
      <w:r>
        <w:pict>
          <v:shape id="_x0000_i715048"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281" o:title="eqId27935c1ef4df2d52ac697678a3c8f39d"/>
            <o:lock v:ext="edit" aspectratio="t"/>
            <w10:wrap type="none"/>
            <w10:anchorlock/>
          </v:shape>
        </w:pict>
      </w:r>
      <w:r>
        <w:rPr>
          <w:rFonts w:ascii="宋体" w:hAnsi="宋体" w:eastAsia="宋体" w:cs="宋体"/>
          <w:color w:val="000000"/>
        </w:rPr>
        <w:t>内部或与</w:t>
      </w:r>
      <w:r>
        <w:pict>
          <v:shape id="_x0000_i715049"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282" o:title="eqIdaaf3369e0ea90e8d5cf4b6b3c45c0fd8"/>
            <o:lock v:ext="edit" aspectratio="t"/>
            <w10:wrap type="none"/>
            <w10:anchorlock/>
          </v:shape>
        </w:pict>
      </w:r>
      <w:r>
        <w:rPr>
          <w:rFonts w:ascii="宋体" w:hAnsi="宋体" w:eastAsia="宋体" w:cs="宋体"/>
          <w:color w:val="000000"/>
        </w:rPr>
        <w:t>，</w:t>
      </w:r>
      <w:r>
        <w:pict>
          <v:shape id="_x0000_i715050"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83" o:title="eqId88e9f7d1272b7344346b58b660aa260a"/>
            <o:lock v:ext="edit" aspectratio="t"/>
            <w10:wrap type="none"/>
            <w10:anchorlock/>
          </v:shape>
        </w:pict>
      </w:r>
      <w:r>
        <w:rPr>
          <w:rFonts w:ascii="宋体" w:hAnsi="宋体" w:eastAsia="宋体" w:cs="宋体"/>
          <w:color w:val="000000"/>
        </w:rPr>
        <w:t>重合</w:t>
      </w:r>
    </w:p>
    <w:p>
      <w:pPr>
        <w:spacing w:line="360" w:lineRule="auto"/>
        <w:jc w:val="left"/>
        <w:textAlignment w:val="center"/>
        <w:rPr>
          <w:color w:val="000000"/>
        </w:rPr>
      </w:pPr>
      <w:r>
        <w:rPr>
          <w:rFonts w:ascii="宋体" w:hAnsi="宋体" w:eastAsia="宋体" w:cs="宋体"/>
          <w:color w:val="000000"/>
        </w:rPr>
        <w:t>∴</w:t>
      </w:r>
      <w:r>
        <w:pict>
          <v:shape id="_x0000_i715051" o:spt="75" alt="学科网(www.zxxk.com)--教育资源门户，提供试卷、教案、课件、论文、素材以及各类教学资源下载，还有大量而丰富的教学相关资讯！" type="#_x0000_t75" style="height:18pt;width:326.1pt;" o:ole="t" filled="f" o:preferrelative="t" stroked="f" coordsize="21600,21600">
            <v:path/>
            <v:fill on="f" focussize="0,0"/>
            <v:stroke on="f" joinstyle="miter"/>
            <v:imagedata r:id="rId284" o:title="eqIded334a0daa4d934e5d095d1bdedd9fe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052" o:spt="75" alt="学科网(www.zxxk.com)--教育资源门户，提供试卷、教案、课件、论文、素材以及各类教学资源下载，还有大量而丰富的教学相关资讯！" type="#_x0000_t75" style="height:20.4pt;width:303.75pt;" o:ole="t" filled="f" o:preferrelative="t" stroked="f" coordsize="21600,21600">
            <v:path/>
            <v:fill on="f" focussize="0,0"/>
            <v:stroke on="f" joinstyle="miter"/>
            <v:imagedata r:id="rId285" o:title="eqId5226c939702bb18a13632dbdb85f6d04"/>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053"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86" o:title="eqId04d13abf7c869cb23f3e3898cce919d7"/>
            <o:lock v:ext="edit" aspectratio="t"/>
            <w10:wrap type="none"/>
            <w10:anchorlock/>
          </v:shape>
        </w:pict>
      </w:r>
      <w:r>
        <w:rPr>
          <w:rFonts w:ascii="宋体" w:hAnsi="宋体" w:eastAsia="宋体" w:cs="宋体"/>
          <w:color w:val="000000"/>
        </w:rPr>
        <w:t>，当且仅当</w:t>
      </w:r>
      <w:r>
        <w:pict>
          <v:shape id="_x0000_i715054"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287" o:title="eqIdae1e2ac4ba307815775e17ee27484761"/>
            <o:lock v:ext="edit" aspectratio="t"/>
            <w10:wrap type="none"/>
            <w10:anchorlock/>
          </v:shape>
        </w:pict>
      </w:r>
      <w:r>
        <w:rPr>
          <w:rFonts w:ascii="宋体" w:hAnsi="宋体" w:eastAsia="宋体" w:cs="宋体"/>
          <w:color w:val="000000"/>
        </w:rPr>
        <w:t>与</w:t>
      </w:r>
      <w:r>
        <w:pict>
          <v:shape id="_x0000_i715055"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288" o:title="eqId88e9f7d1272b7344346b58b660aa260a"/>
            <o:lock v:ext="edit" aspectratio="t"/>
            <w10:wrap type="none"/>
            <w10:anchorlock/>
          </v:shape>
        </w:pict>
      </w:r>
      <w:r>
        <w:rPr>
          <w:rFonts w:ascii="宋体" w:hAnsi="宋体" w:eastAsia="宋体" w:cs="宋体"/>
          <w:color w:val="000000"/>
        </w:rPr>
        <w:t>重合时取等，</w:t>
      </w:r>
    </w:p>
    <w:p>
      <w:pPr>
        <w:spacing w:line="360" w:lineRule="auto"/>
        <w:jc w:val="left"/>
        <w:textAlignment w:val="center"/>
        <w:rPr>
          <w:color w:val="000000"/>
        </w:rPr>
      </w:pPr>
      <w:r>
        <w:rPr>
          <w:rFonts w:ascii="宋体" w:hAnsi="宋体" w:eastAsia="宋体" w:cs="宋体"/>
          <w:color w:val="000000"/>
        </w:rPr>
        <w:t>∵</w:t>
      </w:r>
      <w:r>
        <w:pict>
          <v:shape id="_x0000_i715056"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289" o:title="eqIdae1e2ac4ba307815775e17ee27484761"/>
            <o:lock v:ext="edit" aspectratio="t"/>
            <w10:wrap type="none"/>
            <w10:anchorlock/>
          </v:shape>
        </w:pict>
      </w:r>
      <w:r>
        <w:rPr>
          <w:rFonts w:ascii="宋体" w:hAnsi="宋体" w:eastAsia="宋体" w:cs="宋体"/>
          <w:color w:val="000000"/>
        </w:rPr>
        <w:t>互不相同，</w:t>
      </w:r>
    </w:p>
    <w:p>
      <w:pPr>
        <w:spacing w:line="360" w:lineRule="auto"/>
        <w:jc w:val="left"/>
        <w:textAlignment w:val="center"/>
        <w:rPr>
          <w:color w:val="000000"/>
        </w:rPr>
      </w:pPr>
      <w:r>
        <w:rPr>
          <w:rFonts w:ascii="宋体" w:hAnsi="宋体" w:eastAsia="宋体" w:cs="宋体"/>
          <w:color w:val="000000"/>
        </w:rPr>
        <w:t>∴等号不成立，</w:t>
      </w:r>
      <w:r>
        <w:pict>
          <v:shape id="_x0000_i715057" o:spt="75" alt="学科网(www.zxxk.com)--教育资源门户，提供试卷、教案、课件、论文、素材以及各类教学资源下载，还有大量而丰富的教学相关资讯！" type="#_x0000_t75" style="height:13pt;width:22pt;" o:ole="t" filled="f" o:preferrelative="t" stroked="f" coordsize="21600,21600">
            <v:path/>
            <v:fill on="f" focussize="0,0"/>
            <v:stroke on="f" joinstyle="miter"/>
            <v:imagedata r:id="rId290" o:title="eqIdf7386acf42f3597e5a0ab697455d737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另一方面，∵</w:t>
      </w:r>
      <w:r>
        <w:pict>
          <v:shape id="_x0000_i715058"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91" o:title="eqId764eff906937f9b1fb58e5abfb2eb8a3"/>
            <o:lock v:ext="edit" aspectratio="t"/>
            <w10:wrap type="none"/>
            <w10:anchorlock/>
          </v:shape>
        </w:pict>
      </w:r>
      <w:r>
        <w:rPr>
          <w:rFonts w:ascii="宋体" w:hAnsi="宋体" w:eastAsia="宋体" w:cs="宋体"/>
          <w:color w:val="000000"/>
        </w:rPr>
        <w:t>时等式不成立，</w:t>
      </w:r>
    </w:p>
    <w:p>
      <w:pPr>
        <w:spacing w:line="360" w:lineRule="auto"/>
        <w:jc w:val="left"/>
        <w:textAlignment w:val="center"/>
        <w:rPr>
          <w:color w:val="000000"/>
        </w:rPr>
      </w:pPr>
      <w:r>
        <w:rPr>
          <w:rFonts w:ascii="宋体" w:hAnsi="宋体" w:eastAsia="宋体" w:cs="宋体"/>
          <w:color w:val="000000"/>
        </w:rPr>
        <w:t>∴</w:t>
      </w:r>
      <w:r>
        <w:pict>
          <v:shape id="_x0000_i715059" o:spt="75" alt="学科网(www.zxxk.com)--教育资源门户，提供试卷、教案、课件、论文、素材以及各类教学资源下载，还有大量而丰富的教学相关资讯！" type="#_x0000_t75" style="height:18pt;width:195pt;" o:ole="t" filled="f" o:preferrelative="t" stroked="f" coordsize="21600,21600">
            <v:path/>
            <v:fill on="f" focussize="0,0"/>
            <v:stroke on="f" joinstyle="miter"/>
            <v:imagedata r:id="rId292" o:title="eqIdb7b5abd0fd601ee69bc725f5a90d43a0"/>
            <o:lock v:ext="edit" aspectratio="t"/>
            <w10:wrap type="none"/>
            <w10:anchorlock/>
          </v:shape>
        </w:pict>
      </w:r>
      <w:r>
        <w:rPr>
          <w:rFonts w:ascii="宋体" w:hAnsi="宋体" w:eastAsia="宋体" w:cs="宋体"/>
          <w:color w:val="000000"/>
        </w:rPr>
        <w:t>恒成立，</w:t>
      </w:r>
    </w:p>
    <w:p>
      <w:pPr>
        <w:spacing w:line="360" w:lineRule="auto"/>
        <w:jc w:val="left"/>
        <w:textAlignment w:val="center"/>
        <w:rPr>
          <w:color w:val="000000"/>
        </w:rPr>
      </w:pPr>
      <w:r>
        <w:rPr>
          <w:rFonts w:ascii="宋体" w:hAnsi="宋体" w:eastAsia="宋体" w:cs="宋体"/>
          <w:color w:val="000000"/>
        </w:rPr>
        <w:t>∴</w:t>
      </w:r>
      <w:r>
        <w:pict>
          <v:shape id="_x0000_i715060" o:spt="75" alt="学科网(www.zxxk.com)--教育资源门户，提供试卷、教案、课件、论文、素材以及各类教学资源下载，还有大量而丰富的教学相关资讯！" type="#_x0000_t75" style="height:18pt;width:150pt;" o:ole="t" filled="f" o:preferrelative="t" stroked="f" coordsize="21600,21600">
            <v:path/>
            <v:fill on="f" focussize="0,0"/>
            <v:stroke on="f" joinstyle="miter"/>
            <v:imagedata r:id="rId293" o:title="eqId4096f72c1421d638b81f90b3cda9e04e"/>
            <o:lock v:ext="edit" aspectratio="t"/>
            <w10:wrap type="none"/>
            <w10:anchorlock/>
          </v:shape>
        </w:pict>
      </w:r>
      <w:r>
        <w:rPr>
          <w:rFonts w:ascii="宋体" w:hAnsi="宋体" w:eastAsia="宋体" w:cs="宋体"/>
          <w:color w:val="000000"/>
        </w:rPr>
        <w:t>的最小值大于</w:t>
      </w:r>
      <w:r>
        <w:pict>
          <v:shape id="_x0000_i715061"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294" o:title="eqId57386e7ff42e266c80b9a5001df4a6e8"/>
            <o:lock v:ext="edit" aspectratio="t"/>
            <w10:wrap type="none"/>
            <w10:anchorlock/>
          </v:shape>
        </w:pict>
      </w:r>
      <w:r>
        <w:rPr>
          <w:rFonts w:ascii="宋体" w:hAnsi="宋体" w:eastAsia="宋体" w:cs="宋体"/>
          <w:color w:val="000000"/>
        </w:rPr>
        <w:t>的最大值，</w:t>
      </w:r>
    </w:p>
    <w:p>
      <w:pPr>
        <w:spacing w:line="360" w:lineRule="auto"/>
        <w:jc w:val="left"/>
        <w:textAlignment w:val="center"/>
        <w:rPr>
          <w:color w:val="000000"/>
        </w:rPr>
      </w:pPr>
      <w:r>
        <w:rPr>
          <w:rFonts w:ascii="宋体" w:hAnsi="宋体" w:eastAsia="宋体" w:cs="宋体"/>
          <w:color w:val="000000"/>
        </w:rPr>
        <w:t>∴</w:t>
      </w:r>
      <w:r>
        <w:pict>
          <v:shape id="_x0000_i715062" o:spt="75" alt="学科网(www.zxxk.com)--教育资源门户，提供试卷、教案、课件、论文、素材以及各类教学资源下载，还有大量而丰富的教学相关资讯！" type="#_x0000_t75" style="height:16.3pt;width:97.8pt;" o:ole="t" filled="f" o:preferrelative="t" stroked="f" coordsize="21600,21600">
            <v:path/>
            <v:fill on="f" focussize="0,0"/>
            <v:stroke on="f" joinstyle="miter"/>
            <v:imagedata r:id="rId295" o:title="eqId55fdc2724c3fd7bc1ebb6adce19d06ee"/>
            <o:lock v:ext="edit" aspectratio="t"/>
            <w10:wrap type="none"/>
            <w10:anchorlock/>
          </v:shape>
        </w:pict>
      </w:r>
      <w:r>
        <w:rPr>
          <w:rFonts w:ascii="宋体" w:hAnsi="宋体" w:eastAsia="宋体" w:cs="宋体"/>
          <w:color w:val="000000"/>
        </w:rPr>
        <w:t>即</w:t>
      </w:r>
      <w:r>
        <w:pict>
          <v:shape id="_x0000_i715063" o:spt="75" alt="学科网(www.zxxk.com)--教育资源门户，提供试卷、教案、课件、论文、素材以及各类教学资源下载，还有大量而丰富的教学相关资讯！" type="#_x0000_t75" style="height:31pt;width:32pt;" o:ole="t" filled="f" o:preferrelative="t" stroked="f" coordsize="21600,21600">
            <v:path/>
            <v:fill on="f" focussize="0,0"/>
            <v:stroke on="f" joinstyle="miter"/>
            <v:imagedata r:id="rId296" o:title="eqIdefe8f17921f9e51e3ca7b69bb2c4cec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64"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297" o:title="eqIdeed31d8275e8a3b8bd103562e78a4b59"/>
            <o:lock v:ext="edit" aspectratio="t"/>
            <w10:wrap type="none"/>
            <w10:anchorlock/>
          </v:shape>
        </w:pict>
      </w:r>
      <w:r>
        <w:rPr>
          <w:rFonts w:ascii="宋体" w:hAnsi="宋体" w:eastAsia="宋体" w:cs="宋体"/>
          <w:color w:val="000000"/>
        </w:rPr>
        <w:t>互不相同，</w:t>
      </w:r>
    </w:p>
    <w:p>
      <w:pPr>
        <w:spacing w:line="360" w:lineRule="auto"/>
        <w:jc w:val="left"/>
        <w:textAlignment w:val="center"/>
        <w:rPr>
          <w:color w:val="000000"/>
        </w:rPr>
      </w:pPr>
      <w:r>
        <w:rPr>
          <w:rFonts w:ascii="宋体" w:hAnsi="宋体" w:eastAsia="宋体" w:cs="宋体"/>
          <w:color w:val="000000"/>
        </w:rPr>
        <w:t>∴</w:t>
      </w:r>
      <w:r>
        <w:pict>
          <v:shape id="_x0000_i715065"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298" o:title="eqIdc32d007459de16e6aca52c15895bf144"/>
            <o:lock v:ext="edit" aspectratio="t"/>
            <w10:wrap type="none"/>
            <w10:anchorlock/>
          </v:shape>
        </w:pict>
      </w:r>
      <w:r>
        <w:rPr>
          <w:rFonts w:ascii="宋体" w:hAnsi="宋体" w:eastAsia="宋体" w:cs="宋体"/>
          <w:color w:val="000000"/>
        </w:rPr>
        <w:t>时</w:t>
      </w:r>
      <w:r>
        <w:pict>
          <v:shape id="_x0000_i715066" o:spt="75" alt="学科网(www.zxxk.com)--教育资源门户，提供试卷、教案、课件、论文、素材以及各类教学资源下载，还有大量而丰富的教学相关资讯！" type="#_x0000_t75" style="height:18.75pt;width:302.25pt;" o:ole="t" filled="f" o:preferrelative="t" stroked="f" coordsize="21600,21600">
            <v:path/>
            <v:fill on="f" focussize="0,0"/>
            <v:stroke on="f" joinstyle="miter"/>
            <v:imagedata r:id="rId299" o:title="eqId1a14188589d9a039fd4c4a09bef0f232"/>
            <o:lock v:ext="edit" aspectratio="t"/>
            <w10:wrap type="none"/>
            <w10:anchorlock/>
          </v:shape>
        </w:pict>
      </w:r>
      <w:r>
        <w:rPr>
          <w:rFonts w:ascii="宋体" w:hAnsi="宋体" w:eastAsia="宋体" w:cs="宋体"/>
          <w:color w:val="000000"/>
        </w:rPr>
        <w:t>满足要求</w:t>
      </w:r>
    </w:p>
    <w:p>
      <w:pPr>
        <w:spacing w:line="360" w:lineRule="auto"/>
        <w:jc w:val="left"/>
        <w:textAlignment w:val="center"/>
        <w:rPr>
          <w:color w:val="000000"/>
        </w:rPr>
      </w:pPr>
      <w:r>
        <w:rPr>
          <w:rFonts w:ascii="宋体" w:hAnsi="宋体" w:eastAsia="宋体" w:cs="宋体"/>
          <w:color w:val="000000"/>
        </w:rPr>
        <w:t>∴</w:t>
      </w:r>
      <w:r>
        <w:pict>
          <v:shape id="_x0000_i715067" o:spt="75" alt="学科网(www.zxxk.com)--教育资源门户，提供试卷、教案、课件、论文、素材以及各类教学资源下载，还有大量而丰富的教学相关资讯！" type="#_x0000_t75" style="height:30.75pt;width:31.5pt;" o:ole="t" filled="f" o:preferrelative="t" stroked="f" coordsize="21600,21600">
            <v:path/>
            <v:fill on="f" focussize="0,0"/>
            <v:stroke on="f" joinstyle="miter"/>
            <v:imagedata r:id="rId300" o:title="eqId96e8b9b751bb493b2d829ae7591bb4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所以本情况下，</w:t>
      </w:r>
      <w:r>
        <w:pict>
          <v:shape id="_x0000_i715068" o:spt="75" alt="学科网(www.zxxk.com)--教育资源门户，提供试卷、教案、课件、论文、素材以及各类教学资源下载，还有大量而丰富的教学相关资讯！" type="#_x0000_t75" style="height:30.75pt;width:50.25pt;" o:ole="t" filled="f" o:preferrelative="t" stroked="f" coordsize="21600,21600">
            <v:path/>
            <v:fill on="f" focussize="0,0"/>
            <v:stroke on="f" joinstyle="miter"/>
            <v:imagedata r:id="rId301" o:title="eqIdd6fd604dc345926d883c1f069efc6aed"/>
            <o:lock v:ext="edit" aspectratio="t"/>
            <w10:wrap type="none"/>
            <w10:anchorlock/>
          </v:shape>
        </w:pict>
      </w:r>
    </w:p>
    <w:p>
      <w:pPr>
        <w:spacing w:line="360" w:lineRule="auto"/>
        <w:jc w:val="left"/>
        <w:textAlignment w:val="center"/>
        <w:rPr>
          <w:color w:val="000000"/>
        </w:rPr>
      </w:pPr>
      <w:r>
        <w:rPr>
          <w:rFonts w:ascii="Times New Roman" w:hAnsi="Times New Roman" w:eastAsia="Times New Roman" w:cs="Times New Roman"/>
          <w:color w:val="000000"/>
        </w:rPr>
        <w:t>第2种情况：</w:t>
      </w:r>
      <w:r>
        <w:rPr>
          <w:rFonts w:ascii="宋体" w:hAnsi="宋体" w:eastAsia="宋体" w:cs="宋体"/>
          <w:color w:val="000000"/>
        </w:rPr>
        <w:t>如图</w:t>
      </w:r>
      <w:r>
        <w:rPr>
          <w:rFonts w:ascii="Times New Roman" w:hAnsi="Times New Roman" w:eastAsia="Times New Roman" w:cs="Times New Roman"/>
          <w:color w:val="000000"/>
        </w:rPr>
        <w:t>4</w:t>
      </w:r>
      <w:r>
        <w:rPr>
          <w:rFonts w:ascii="宋体" w:hAnsi="宋体" w:eastAsia="宋体" w:cs="宋体"/>
          <w:color w:val="000000"/>
        </w:rPr>
        <w:t>，当</w:t>
      </w:r>
      <w:r>
        <w:pict>
          <v:shape id="_x0000_i715069" o:spt="75" alt="学科网(www.zxxk.com)--教育资源门户，提供试卷、教案、课件、论文、素材以及各类教学资源下载，还有大量而丰富的教学相关资讯！" type="#_x0000_t75" style="height:14.25pt;width:55.5pt;" o:ole="t" filled="f" o:preferrelative="t" stroked="f" coordsize="21600,21600">
            <v:path/>
            <v:fill on="f" focussize="0,0"/>
            <v:stroke on="f" joinstyle="miter"/>
            <v:imagedata r:id="rId302" o:title="eqIdf9b565a1c4c2b7cf1e4fd75bb3b1b7ce"/>
            <o:lock v:ext="edit" aspectratio="t"/>
            <w10:wrap type="none"/>
            <w10:anchorlock/>
          </v:shape>
        </w:pict>
      </w:r>
      <w:r>
        <w:rPr>
          <w:rFonts w:ascii="宋体" w:hAnsi="宋体" w:eastAsia="宋体" w:cs="宋体"/>
          <w:color w:val="000000"/>
        </w:rPr>
        <w:t>时，即射线</w:t>
      </w:r>
      <w:r>
        <w:pict>
          <v:shape id="_x0000_i715070"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303" o:title="eqIdb90e0f35eda1a729fed485f83da5ea9d"/>
            <o:lock v:ext="edit" aspectratio="t"/>
            <w10:wrap type="none"/>
            <w10:anchorlock/>
          </v:shape>
        </w:pict>
      </w:r>
      <w:r>
        <w:rPr>
          <w:rFonts w:ascii="宋体" w:hAnsi="宋体" w:eastAsia="宋体" w:cs="宋体"/>
          <w:color w:val="000000"/>
        </w:rPr>
        <w:t>的反向延长线在</w:t>
      </w:r>
      <w:r>
        <w:pict>
          <v:shape id="_x0000_i715071"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304" o:title="eqId27935c1ef4df2d52ac697678a3c8f39d"/>
            <o:lock v:ext="edit" aspectratio="t"/>
            <w10:wrap type="none"/>
            <w10:anchorlock/>
          </v:shape>
        </w:pict>
      </w:r>
      <w:r>
        <w:rPr>
          <w:rFonts w:ascii="宋体" w:hAnsi="宋体" w:eastAsia="宋体" w:cs="宋体"/>
          <w:color w:val="000000"/>
        </w:rPr>
        <w:t>内部或与一边重合</w:t>
      </w:r>
    </w:p>
    <w:p>
      <w:pPr>
        <w:spacing w:line="360" w:lineRule="auto"/>
        <w:jc w:val="left"/>
        <w:textAlignment w:val="center"/>
        <w:rPr>
          <w:color w:val="000000"/>
        </w:rPr>
      </w:pPr>
      <w:r>
        <w:rPr>
          <w:rFonts w:ascii="宋体" w:hAnsi="宋体" w:eastAsia="宋体" w:cs="宋体"/>
          <w:color w:val="000000"/>
        </w:rPr>
        <w:t>∵</w:t>
      </w:r>
      <w:r>
        <w:pict>
          <v:shape id="_x0000_i715072" o:spt="75" alt="学科网(www.zxxk.com)--教育资源门户，提供试卷、教案、课件、论文、素材以及各类教学资源下载，还有大量而丰富的教学相关资讯！" type="#_x0000_t75" style="height:18.35pt;width:158.95pt;" o:ole="t" filled="f" o:preferrelative="t" stroked="f" coordsize="21600,21600">
            <v:path/>
            <v:fill on="f" focussize="0,0"/>
            <v:stroke on="f" joinstyle="miter"/>
            <v:imagedata r:id="rId305" o:title="eqId5436d47f56bb53578db65f6fe6fa99f5"/>
            <o:lock v:ext="edit" aspectratio="t"/>
            <w10:wrap type="none"/>
            <w10:anchorlock/>
          </v:shape>
        </w:pict>
      </w:r>
      <w:r>
        <w:rPr>
          <w:rFonts w:ascii="宋体" w:hAnsi="宋体" w:eastAsia="宋体" w:cs="宋体"/>
          <w:color w:val="000000"/>
        </w:rPr>
        <w:t>或</w:t>
      </w:r>
      <w:r>
        <w:pict>
          <v:shape id="_x0000_i715073" o:spt="75" alt="学科网(www.zxxk.com)--教育资源门户，提供试卷、教案、课件、论文、素材以及各类教学资源下载，还有大量而丰富的教学相关资讯！" type="#_x0000_t75" style="height:18.35pt;width:161pt;" o:ole="t" filled="f" o:preferrelative="t" stroked="f" coordsize="21600,21600">
            <v:path/>
            <v:fill on="f" focussize="0,0"/>
            <v:stroke on="f" joinstyle="miter"/>
            <v:imagedata r:id="rId306" o:title="eqId4daf80a6ee1396c52a17f8ae1b7b864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074" o:spt="75" alt="学科网(www.zxxk.com)--教育资源门户，提供试卷、教案、课件、论文、素材以及各类教学资源下载，还有大量而丰富的教学相关资讯！" type="#_x0000_t75" style="height:18.35pt;width:241.8pt;" o:ole="t" filled="f" o:preferrelative="t" stroked="f" coordsize="21600,21600">
            <v:path/>
            <v:fill on="f" focussize="0,0"/>
            <v:stroke on="f" joinstyle="miter"/>
            <v:imagedata r:id="rId307" o:title="eqId8b05236e87f837fb4a001034a651b27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所以本情况下不存在满足要求的</w:t>
      </w:r>
      <w:r>
        <w:rPr>
          <w:rFonts w:ascii="Times New Roman" w:hAnsi="Times New Roman" w:eastAsia="Times New Roman" w:cs="Times New Roman"/>
          <w:i/>
          <w:color w:val="000000"/>
        </w:rPr>
        <w:t>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447925" cy="1609725"/>
            <wp:effectExtent l="0" t="0" r="0" b="0"/>
            <wp:docPr id="3565"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6" name="图片 100039" descr="学科网(www.zxxk.com)--教育资源门户，提供试卷、教案、课件、论文、素材以及各类教学资源下载，还有大量而丰富的教学相关资讯！"/>
                    <pic:cNvPicPr>
                      <a:picLocks noChangeAspect="1"/>
                    </pic:cNvPicPr>
                  </pic:nvPicPr>
                  <pic:blipFill>
                    <a:blip r:embed="rId308"/>
                    <a:stretch>
                      <a:fillRect/>
                    </a:stretch>
                  </pic:blipFill>
                  <pic:spPr>
                    <a:xfrm>
                      <a:off x="0" y="0"/>
                      <a:ext cx="2447925" cy="1609725"/>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第3种情况：</w:t>
      </w:r>
      <w:r>
        <w:rPr>
          <w:rFonts w:ascii="宋体" w:hAnsi="宋体" w:eastAsia="宋体" w:cs="宋体"/>
          <w:color w:val="000000"/>
        </w:rPr>
        <w:t>如图</w:t>
      </w:r>
      <w:r>
        <w:rPr>
          <w:rFonts w:ascii="Times New Roman" w:hAnsi="Times New Roman" w:eastAsia="Times New Roman" w:cs="Times New Roman"/>
          <w:color w:val="000000"/>
        </w:rPr>
        <w:t>5</w:t>
      </w:r>
      <w:r>
        <w:rPr>
          <w:rFonts w:ascii="宋体" w:hAnsi="宋体" w:eastAsia="宋体" w:cs="宋体"/>
          <w:color w:val="000000"/>
        </w:rPr>
        <w:t>，当</w:t>
      </w:r>
      <w:r>
        <w:pict>
          <v:shape id="_x0000_i715075" o:spt="75" alt="学科网(www.zxxk.com)--教育资源门户，提供试卷、教案、课件、论文、素材以及各类教学资源下载，还有大量而丰富的教学相关资讯！" type="#_x0000_t75" style="height:14.25pt;width:55.5pt;" o:ole="t" filled="f" o:preferrelative="t" stroked="f" coordsize="21600,21600">
            <v:path/>
            <v:fill on="f" focussize="0,0"/>
            <v:stroke on="f" joinstyle="miter"/>
            <v:imagedata r:id="rId309" o:title="eqIdf8a56d17ced4e00f2149903f7aa1092d"/>
            <o:lock v:ext="edit" aspectratio="t"/>
            <w10:wrap type="none"/>
            <w10:anchorlock/>
          </v:shape>
        </w:pict>
      </w:r>
      <w:r>
        <w:rPr>
          <w:rFonts w:ascii="宋体" w:hAnsi="宋体" w:eastAsia="宋体" w:cs="宋体"/>
          <w:color w:val="000000"/>
        </w:rPr>
        <w:t>时，即</w:t>
      </w:r>
      <w:r>
        <w:pict>
          <v:shape id="_x0000_i715076"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310" o:title="eqId27935c1ef4df2d52ac697678a3c8f39d"/>
            <o:lock v:ext="edit" aspectratio="t"/>
            <w10:wrap type="none"/>
            <w10:anchorlock/>
          </v:shape>
        </w:pict>
      </w:r>
      <w:r>
        <w:rPr>
          <w:rFonts w:ascii="宋体" w:hAnsi="宋体" w:eastAsia="宋体" w:cs="宋体"/>
          <w:color w:val="000000"/>
        </w:rPr>
        <w:t>在直线</w:t>
      </w:r>
      <w:r>
        <w:pict>
          <v:shape id="_x0000_i715077"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311" o:title="eqIdb90e0f35eda1a729fed485f83da5ea9d"/>
            <o:lock v:ext="edit" aspectratio="t"/>
            <w10:wrap type="none"/>
            <w10:anchorlock/>
          </v:shape>
        </w:pict>
      </w:r>
      <w:r>
        <w:rPr>
          <w:rFonts w:ascii="宋体" w:hAnsi="宋体" w:eastAsia="宋体" w:cs="宋体"/>
          <w:color w:val="000000"/>
        </w:rPr>
        <w:t>下侧．对于</w:t>
      </w:r>
      <w:r>
        <w:pict>
          <v:shape id="_x0000_i715078"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12" o:title="eqId7c345907ebe27888332b1b44c666cc4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62100" cy="1428750"/>
            <wp:effectExtent l="0" t="0" r="0" b="0"/>
            <wp:docPr id="3567"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 name="图片 100041" descr="学科网(www.zxxk.com)--教育资源门户，提供试卷、教案、课件、论文、素材以及各类教学资源下载，还有大量而丰富的教学相关资讯！"/>
                    <pic:cNvPicPr>
                      <a:picLocks noChangeAspect="1"/>
                    </pic:cNvPicPr>
                  </pic:nvPicPr>
                  <pic:blipFill>
                    <a:blip r:embed="rId313"/>
                    <a:stretch>
                      <a:fillRect/>
                    </a:stretch>
                  </pic:blipFill>
                  <pic:spPr>
                    <a:xfrm>
                      <a:off x="0" y="0"/>
                      <a:ext cx="1562100" cy="14287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15079"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314" o:title="eqId5a4c71c74cfd3474e1e2ff0699afa71d"/>
            <o:lock v:ext="edit" aspectratio="t"/>
            <w10:wrap type="none"/>
            <w10:anchorlock/>
          </v:shape>
        </w:pict>
      </w:r>
      <w:r>
        <w:rPr>
          <w:rFonts w:ascii="宋体" w:hAnsi="宋体" w:eastAsia="宋体" w:cs="宋体"/>
          <w:color w:val="000000"/>
        </w:rPr>
        <w:t>在</w:t>
      </w:r>
      <w:r>
        <w:pict>
          <v:shape id="_x0000_i715080"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315" o:title="eqId27935c1ef4df2d52ac697678a3c8f39d"/>
            <o:lock v:ext="edit" aspectratio="t"/>
            <w10:wrap type="none"/>
            <w10:anchorlock/>
          </v:shape>
        </w:pict>
      </w:r>
      <w:r>
        <w:rPr>
          <w:rFonts w:ascii="宋体" w:hAnsi="宋体" w:eastAsia="宋体" w:cs="宋体"/>
          <w:color w:val="000000"/>
        </w:rPr>
        <w:t>内部或与</w:t>
      </w:r>
      <w:r>
        <w:pict>
          <v:shape id="_x0000_i715081"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16" o:title="eqIdaaf3369e0ea90e8d5cf4b6b3c45c0fd8"/>
            <o:lock v:ext="edit" aspectratio="t"/>
            <w10:wrap type="none"/>
            <w10:anchorlock/>
          </v:shape>
        </w:pict>
      </w:r>
      <w:r>
        <w:rPr>
          <w:rFonts w:ascii="宋体" w:hAnsi="宋体" w:eastAsia="宋体" w:cs="宋体"/>
          <w:color w:val="000000"/>
        </w:rPr>
        <w:t>，</w:t>
      </w:r>
      <w:r>
        <w:pict>
          <v:shape id="_x0000_i715082"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317" o:title="eqId88e9f7d1272b7344346b58b660aa260a"/>
            <o:lock v:ext="edit" aspectratio="t"/>
            <w10:wrap type="none"/>
            <w10:anchorlock/>
          </v:shape>
        </w:pict>
      </w:r>
      <w:r>
        <w:rPr>
          <w:rFonts w:ascii="宋体" w:hAnsi="宋体" w:eastAsia="宋体" w:cs="宋体"/>
          <w:color w:val="000000"/>
        </w:rPr>
        <w:t>重合，</w:t>
      </w:r>
    </w:p>
    <w:p>
      <w:pPr>
        <w:spacing w:line="360" w:lineRule="auto"/>
        <w:jc w:val="left"/>
        <w:textAlignment w:val="center"/>
        <w:rPr>
          <w:color w:val="000000"/>
        </w:rPr>
      </w:pPr>
      <w:r>
        <w:rPr>
          <w:rFonts w:ascii="宋体" w:hAnsi="宋体" w:eastAsia="宋体" w:cs="宋体"/>
          <w:color w:val="000000"/>
        </w:rPr>
        <w:t>∴</w:t>
      </w:r>
      <w:r>
        <w:pict>
          <v:shape id="_x0000_i715083" o:spt="75" alt="学科网(www.zxxk.com)--教育资源门户，提供试卷、教案、课件、论文、素材以及各类教学资源下载，还有大量而丰富的教学相关资讯！" type="#_x0000_t75" style="height:18.35pt;width:298.2pt;" o:ole="t" filled="f" o:preferrelative="t" stroked="f" coordsize="21600,21600">
            <v:path/>
            <v:fill on="f" focussize="0,0"/>
            <v:stroke on="f" joinstyle="miter"/>
            <v:imagedata r:id="rId318" o:title="eqIdece176922ee6cf2086b24b6aa7f542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084" o:spt="75" alt="学科网(www.zxxk.com)--教育资源门户，提供试卷、教案、课件、论文、素材以及各类教学资源下载，还有大量而丰富的教学相关资讯！" type="#_x0000_t75" style="height:18.35pt;width:146.05pt;" o:ole="t" filled="f" o:preferrelative="t" stroked="f" coordsize="21600,21600">
            <v:path/>
            <v:fill on="f" focussize="0,0"/>
            <v:stroke on="f" joinstyle="miter"/>
            <v:imagedata r:id="rId319" o:title="eqIdd50fe59341853e8c4a70eee67344d03c"/>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085" o:spt="75" alt="学科网(www.zxxk.com)--教育资源门户，提供试卷、教案、课件、论文、素材以及各类教学资源下载，还有大量而丰富的教学相关资讯！" type="#_x0000_t75" style="height:20.4pt;width:336.75pt;" o:ole="t" filled="f" o:preferrelative="t" stroked="f" coordsize="21600,21600">
            <v:path/>
            <v:fill on="f" focussize="0,0"/>
            <v:stroke on="f" joinstyle="miter"/>
            <v:imagedata r:id="rId320" o:title="eqIdb022747d548fa514685f756d109a0a5b"/>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086" o:spt="75" alt="学科网(www.zxxk.com)--教育资源门户，提供试卷、教案、课件、论文、素材以及各类教学资源下载，还有大量而丰富的教学相关资讯！" type="#_x0000_t75" style="height:13.5pt;width:30.75pt;" o:ole="t" filled="f" o:preferrelative="t" stroked="f" coordsize="21600,21600">
            <v:path/>
            <v:fill on="f" focussize="0,0"/>
            <v:stroke on="f" joinstyle="miter"/>
            <v:imagedata r:id="rId321" o:title="eqId5168b1db9617660180def9b419cd5439"/>
            <o:lock v:ext="edit" aspectratio="t"/>
            <w10:wrap type="none"/>
            <w10:anchorlock/>
          </v:shape>
        </w:pict>
      </w:r>
      <w:r>
        <w:rPr>
          <w:rFonts w:ascii="宋体" w:hAnsi="宋体" w:eastAsia="宋体" w:cs="宋体"/>
          <w:color w:val="000000"/>
        </w:rPr>
        <w:t>，当且仅当</w:t>
      </w:r>
      <w:r>
        <w:pict>
          <v:shape id="_x0000_i715087"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322" o:title="eqIdae1e2ac4ba307815775e17ee27484761"/>
            <o:lock v:ext="edit" aspectratio="t"/>
            <w10:wrap type="none"/>
            <w10:anchorlock/>
          </v:shape>
        </w:pict>
      </w:r>
      <w:r>
        <w:rPr>
          <w:rFonts w:ascii="宋体" w:hAnsi="宋体" w:eastAsia="宋体" w:cs="宋体"/>
          <w:color w:val="000000"/>
        </w:rPr>
        <w:t>与</w:t>
      </w:r>
      <w:r>
        <w:pict>
          <v:shape id="_x0000_i715088"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23" o:title="eqIdaaf3369e0ea90e8d5cf4b6b3c45c0fd8"/>
            <o:lock v:ext="edit" aspectratio="t"/>
            <w10:wrap type="none"/>
            <w10:anchorlock/>
          </v:shape>
        </w:pict>
      </w:r>
      <w:r>
        <w:rPr>
          <w:rFonts w:ascii="宋体" w:hAnsi="宋体" w:eastAsia="宋体" w:cs="宋体"/>
          <w:color w:val="000000"/>
        </w:rPr>
        <w:t>重合时取等，</w:t>
      </w:r>
    </w:p>
    <w:p>
      <w:pPr>
        <w:spacing w:line="360" w:lineRule="auto"/>
        <w:jc w:val="left"/>
        <w:textAlignment w:val="center"/>
        <w:rPr>
          <w:color w:val="000000"/>
        </w:rPr>
      </w:pPr>
      <w:r>
        <w:rPr>
          <w:rFonts w:ascii="宋体" w:hAnsi="宋体" w:eastAsia="宋体" w:cs="宋体"/>
          <w:color w:val="000000"/>
        </w:rPr>
        <w:t>∵</w:t>
      </w:r>
      <w:r>
        <w:pict>
          <v:shape id="_x0000_i715089"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324" o:title="eqIdae1e2ac4ba307815775e17ee27484761"/>
            <o:lock v:ext="edit" aspectratio="t"/>
            <w10:wrap type="none"/>
            <w10:anchorlock/>
          </v:shape>
        </w:pict>
      </w:r>
      <w:r>
        <w:rPr>
          <w:rFonts w:ascii="宋体" w:hAnsi="宋体" w:eastAsia="宋体" w:cs="宋体"/>
          <w:color w:val="000000"/>
        </w:rPr>
        <w:t>互不相同，</w:t>
      </w:r>
    </w:p>
    <w:p>
      <w:pPr>
        <w:spacing w:line="360" w:lineRule="auto"/>
        <w:jc w:val="left"/>
        <w:textAlignment w:val="center"/>
        <w:rPr>
          <w:color w:val="000000"/>
        </w:rPr>
      </w:pPr>
      <w:r>
        <w:rPr>
          <w:rFonts w:ascii="宋体" w:hAnsi="宋体" w:eastAsia="宋体" w:cs="宋体"/>
          <w:color w:val="000000"/>
        </w:rPr>
        <w:t>∴等号不成立，</w:t>
      </w:r>
      <w:r>
        <w:pict>
          <v:shape id="_x0000_i715090" o:spt="75" alt="学科网(www.zxxk.com)--教育资源门户，提供试卷、教案、课件、论文、素材以及各类教学资源下载，还有大量而丰富的教学相关资讯！" type="#_x0000_t75" style="height:13.5pt;width:30.75pt;" o:ole="t" filled="f" o:preferrelative="t" stroked="f" coordsize="21600,21600">
            <v:path/>
            <v:fill on="f" focussize="0,0"/>
            <v:stroke on="f" joinstyle="miter"/>
            <v:imagedata r:id="rId325" o:title="eqId04025f7bae7db09c062754ecf262cd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另一方面，∵</w:t>
      </w:r>
      <w:r>
        <w:pict>
          <v:shape id="_x0000_i715091"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26" o:title="eqId764eff906937f9b1fb58e5abfb2eb8a3"/>
            <o:lock v:ext="edit" aspectratio="t"/>
            <w10:wrap type="none"/>
            <w10:anchorlock/>
          </v:shape>
        </w:pict>
      </w:r>
      <w:r>
        <w:rPr>
          <w:rFonts w:ascii="宋体" w:hAnsi="宋体" w:eastAsia="宋体" w:cs="宋体"/>
          <w:color w:val="000000"/>
        </w:rPr>
        <w:t>时等式不成立，</w:t>
      </w:r>
    </w:p>
    <w:p>
      <w:pPr>
        <w:spacing w:line="360" w:lineRule="auto"/>
        <w:jc w:val="left"/>
        <w:textAlignment w:val="center"/>
        <w:rPr>
          <w:color w:val="000000"/>
        </w:rPr>
      </w:pPr>
      <w:r>
        <w:rPr>
          <w:rFonts w:ascii="宋体" w:hAnsi="宋体" w:eastAsia="宋体" w:cs="宋体"/>
          <w:color w:val="000000"/>
        </w:rPr>
        <w:t>∴</w:t>
      </w:r>
      <w:r>
        <w:pict>
          <v:shape id="_x0000_i715092" o:spt="75" alt="学科网(www.zxxk.com)--教育资源门户，提供试卷、教案、课件、论文、素材以及各类教学资源下载，还有大量而丰富的教学相关资讯！" type="#_x0000_t75" style="height:18pt;width:195pt;" o:ole="t" filled="f" o:preferrelative="t" stroked="f" coordsize="21600,21600">
            <v:path/>
            <v:fill on="f" focussize="0,0"/>
            <v:stroke on="f" joinstyle="miter"/>
            <v:imagedata r:id="rId327" o:title="eqIdb7b5abd0fd601ee69bc725f5a90d43a0"/>
            <o:lock v:ext="edit" aspectratio="t"/>
            <w10:wrap type="none"/>
            <w10:anchorlock/>
          </v:shape>
        </w:pict>
      </w:r>
      <w:r>
        <w:rPr>
          <w:rFonts w:ascii="宋体" w:hAnsi="宋体" w:eastAsia="宋体" w:cs="宋体"/>
          <w:color w:val="000000"/>
        </w:rPr>
        <w:t>恒成立，</w:t>
      </w:r>
    </w:p>
    <w:p>
      <w:pPr>
        <w:spacing w:line="360" w:lineRule="auto"/>
        <w:jc w:val="left"/>
        <w:textAlignment w:val="center"/>
        <w:rPr>
          <w:color w:val="000000"/>
        </w:rPr>
      </w:pPr>
      <w:r>
        <w:rPr>
          <w:rFonts w:ascii="宋体" w:hAnsi="宋体" w:eastAsia="宋体" w:cs="宋体"/>
          <w:color w:val="000000"/>
        </w:rPr>
        <w:t>∴</w:t>
      </w:r>
      <w:r>
        <w:pict>
          <v:shape id="_x0000_i715093" o:spt="75" alt="学科网(www.zxxk.com)--教育资源门户，提供试卷、教案、课件、论文、素材以及各类教学资源下载，还有大量而丰富的教学相关资讯！" type="#_x0000_t75" style="height:18pt;width:150pt;" o:ole="t" filled="f" o:preferrelative="t" stroked="f" coordsize="21600,21600">
            <v:path/>
            <v:fill on="f" focussize="0,0"/>
            <v:stroke on="f" joinstyle="miter"/>
            <v:imagedata r:id="rId328" o:title="eqId4096f72c1421d638b81f90b3cda9e04e"/>
            <o:lock v:ext="edit" aspectratio="t"/>
            <w10:wrap type="none"/>
            <w10:anchorlock/>
          </v:shape>
        </w:pict>
      </w:r>
      <w:r>
        <w:rPr>
          <w:rFonts w:ascii="宋体" w:hAnsi="宋体" w:eastAsia="宋体" w:cs="宋体"/>
          <w:color w:val="000000"/>
        </w:rPr>
        <w:t>的最小值大于</w:t>
      </w:r>
      <w:r>
        <w:pict>
          <v:shape id="_x0000_i715094"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329" o:title="eqId57386e7ff42e266c80b9a5001df4a6e8"/>
            <o:lock v:ext="edit" aspectratio="t"/>
            <w10:wrap type="none"/>
            <w10:anchorlock/>
          </v:shape>
        </w:pict>
      </w:r>
      <w:r>
        <w:rPr>
          <w:rFonts w:ascii="宋体" w:hAnsi="宋体" w:eastAsia="宋体" w:cs="宋体"/>
          <w:color w:val="000000"/>
        </w:rPr>
        <w:t>的最大值，</w:t>
      </w:r>
    </w:p>
    <w:p>
      <w:pPr>
        <w:spacing w:line="360" w:lineRule="auto"/>
        <w:jc w:val="left"/>
        <w:textAlignment w:val="center"/>
        <w:rPr>
          <w:color w:val="000000"/>
        </w:rPr>
      </w:pPr>
      <w:r>
        <w:rPr>
          <w:rFonts w:ascii="宋体" w:hAnsi="宋体" w:eastAsia="宋体" w:cs="宋体"/>
          <w:color w:val="000000"/>
        </w:rPr>
        <w:t>∴</w:t>
      </w:r>
      <w:r>
        <w:pict>
          <v:shape id="_x0000_i715095" o:spt="75" alt="学科网(www.zxxk.com)--教育资源门户，提供试卷、教案、课件、论文、素材以及各类教学资源下载，还有大量而丰富的教学相关资讯！" type="#_x0000_t75" style="height:15.75pt;width:133.5pt;" o:ole="t" filled="f" o:preferrelative="t" stroked="f" coordsize="21600,21600">
            <v:path/>
            <v:fill on="f" focussize="0,0"/>
            <v:stroke on="f" joinstyle="miter"/>
            <v:imagedata r:id="rId330" o:title="eqId990eae88dfc61a6661ceb85a05fb1c2c"/>
            <o:lock v:ext="edit" aspectratio="t"/>
            <w10:wrap type="none"/>
            <w10:anchorlock/>
          </v:shape>
        </w:pict>
      </w:r>
      <w:r>
        <w:rPr>
          <w:rFonts w:ascii="宋体" w:hAnsi="宋体" w:eastAsia="宋体" w:cs="宋体"/>
          <w:color w:val="000000"/>
        </w:rPr>
        <w:t>即</w:t>
      </w:r>
      <w:r>
        <w:pict>
          <v:shape id="_x0000_i715096" o:spt="75" alt="学科网(www.zxxk.com)--教育资源门户，提供试卷、教案、课件、论文、素材以及各类教学资源下载，还有大量而丰富的教学相关资讯！" type="#_x0000_t75" style="height:30.75pt;width:38.25pt;" o:ole="t" filled="f" o:preferrelative="t" stroked="f" coordsize="21600,21600">
            <v:path/>
            <v:fill on="f" focussize="0,0"/>
            <v:stroke on="f" joinstyle="miter"/>
            <v:imagedata r:id="rId331" o:title="eqIdd7b018d85207078eba502838205a24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097" o:spt="75" alt="学科网(www.zxxk.com)--教育资源门户，提供试卷、教案、课件、论文、素材以及各类教学资源下载，还有大量而丰富的教学相关资讯！" type="#_x0000_t75" style="height:18pt;width:78.75pt;" o:ole="t" filled="f" o:preferrelative="t" stroked="f" coordsize="21600,21600">
            <v:path/>
            <v:fill on="f" focussize="0,0"/>
            <v:stroke on="f" joinstyle="miter"/>
            <v:imagedata r:id="rId332" o:title="eqIdeed31d8275e8a3b8bd103562e78a4b59"/>
            <o:lock v:ext="edit" aspectratio="t"/>
            <w10:wrap type="none"/>
            <w10:anchorlock/>
          </v:shape>
        </w:pict>
      </w:r>
      <w:r>
        <w:rPr>
          <w:rFonts w:ascii="宋体" w:hAnsi="宋体" w:eastAsia="宋体" w:cs="宋体"/>
          <w:color w:val="000000"/>
        </w:rPr>
        <w:t>互不相同，</w:t>
      </w:r>
    </w:p>
    <w:p>
      <w:pPr>
        <w:spacing w:line="360" w:lineRule="auto"/>
        <w:jc w:val="left"/>
        <w:textAlignment w:val="center"/>
        <w:rPr>
          <w:color w:val="000000"/>
        </w:rPr>
      </w:pPr>
      <w:r>
        <w:rPr>
          <w:rFonts w:ascii="宋体" w:hAnsi="宋体" w:eastAsia="宋体" w:cs="宋体"/>
          <w:color w:val="000000"/>
        </w:rPr>
        <w:t>∴</w:t>
      </w:r>
      <w:r>
        <w:pict>
          <v:shape id="_x0000_i715098" o:spt="75" alt="学科网(www.zxxk.com)--教育资源门户，提供试卷、教案、课件、论文、素材以及各类教学资源下载，还有大量而丰富的教学相关资讯！" type="#_x0000_t75" style="height:30.75pt;width:38.25pt;" o:ole="t" filled="f" o:preferrelative="t" stroked="f" coordsize="21600,21600">
            <v:path/>
            <v:fill on="f" focussize="0,0"/>
            <v:stroke on="f" joinstyle="miter"/>
            <v:imagedata r:id="rId333" o:title="eqIda12cc1ab6b8b9f2cad4fcff7dc69bf1a"/>
            <o:lock v:ext="edit" aspectratio="t"/>
            <w10:wrap type="none"/>
            <w10:anchorlock/>
          </v:shape>
        </w:pict>
      </w:r>
      <w:r>
        <w:rPr>
          <w:rFonts w:ascii="宋体" w:hAnsi="宋体" w:eastAsia="宋体" w:cs="宋体"/>
          <w:color w:val="000000"/>
        </w:rPr>
        <w:t>时</w:t>
      </w:r>
      <w:r>
        <w:pict>
          <v:shape id="_x0000_i715099" o:spt="75" alt="学科网(www.zxxk.com)--教育资源门户，提供试卷、教案、课件、论文、素材以及各类教学资源下载，还有大量而丰富的教学相关资讯！" type="#_x0000_t75" style="height:20.4pt;width:338.25pt;" o:ole="t" filled="f" o:preferrelative="t" stroked="f" coordsize="21600,21600">
            <v:path/>
            <v:fill on="f" focussize="0,0"/>
            <v:stroke on="f" joinstyle="miter"/>
            <v:imagedata r:id="rId334" o:title="eqIdfa607d18ad94c5d30e74976e22d8aab1"/>
            <o:lock v:ext="edit" aspectratio="t"/>
            <w10:wrap type="none"/>
            <w10:anchorlock/>
          </v:shape>
        </w:pict>
      </w:r>
      <w:r>
        <w:rPr>
          <w:rFonts w:ascii="宋体" w:hAnsi="宋体" w:eastAsia="宋体" w:cs="宋体"/>
          <w:color w:val="000000"/>
        </w:rPr>
        <w:t>满足要求，</w:t>
      </w:r>
    </w:p>
    <w:p>
      <w:pPr>
        <w:spacing w:line="360" w:lineRule="auto"/>
        <w:jc w:val="left"/>
        <w:textAlignment w:val="center"/>
        <w:rPr>
          <w:color w:val="000000"/>
        </w:rPr>
      </w:pPr>
      <w:r>
        <w:rPr>
          <w:rFonts w:ascii="宋体" w:hAnsi="宋体" w:eastAsia="宋体" w:cs="宋体"/>
          <w:color w:val="000000"/>
        </w:rPr>
        <w:t>∴</w:t>
      </w:r>
      <w:r>
        <w:pict>
          <v:shape id="_x0000_i715100" o:spt="75" alt="学科网(www.zxxk.com)--教育资源门户，提供试卷、教案、课件、论文、素材以及各类教学资源下载，还有大量而丰富的教学相关资讯！" type="#_x0000_t75" style="height:30.75pt;width:38.25pt;" o:ole="t" filled="f" o:preferrelative="t" stroked="f" coordsize="21600,21600">
            <v:path/>
            <v:fill on="f" focussize="0,0"/>
            <v:stroke on="f" joinstyle="miter"/>
            <v:imagedata r:id="rId335" o:title="eqIdfe2d6d4ae5c2560d36d59e3200ecc87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所以本情况下，</w:t>
      </w:r>
      <w:r>
        <w:pict>
          <v:shape id="_x0000_i715101" o:spt="75" alt="学科网(www.zxxk.com)--教育资源门户，提供试卷、教案、课件、论文、素材以及各类教学资源下载，还有大量而丰富的教学相关资讯！" type="#_x0000_t75" style="height:30.75pt;width:63pt;" o:ole="t" filled="f" o:preferrelative="t" stroked="f" coordsize="21600,21600">
            <v:path/>
            <v:fill on="f" focussize="0,0"/>
            <v:stroke on="f" joinstyle="miter"/>
            <v:imagedata r:id="rId336" o:title="eqId667424dbb91010a4290bdf03c5cbd32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第4种情况：</w:t>
      </w:r>
      <w:r>
        <w:rPr>
          <w:rFonts w:ascii="宋体" w:hAnsi="宋体" w:eastAsia="宋体" w:cs="宋体"/>
          <w:color w:val="000000"/>
        </w:rPr>
        <w:t>如图</w:t>
      </w:r>
      <w:r>
        <w:rPr>
          <w:rFonts w:ascii="Times New Roman" w:hAnsi="Times New Roman" w:eastAsia="Times New Roman" w:cs="Times New Roman"/>
          <w:color w:val="000000"/>
        </w:rPr>
        <w:t>6</w:t>
      </w:r>
      <w:r>
        <w:rPr>
          <w:rFonts w:ascii="宋体" w:hAnsi="宋体" w:eastAsia="宋体" w:cs="宋体"/>
          <w:color w:val="000000"/>
        </w:rPr>
        <w:t>，当</w:t>
      </w:r>
      <w:r>
        <w:pict>
          <v:shape id="_x0000_i715102" o:spt="75" alt="学科网(www.zxxk.com)--教育资源门户，提供试卷、教案、课件、论文、素材以及各类教学资源下载，还有大量而丰富的教学相关资讯！" type="#_x0000_t75" style="height:14.25pt;width:55.5pt;" o:ole="t" filled="f" o:preferrelative="t" stroked="f" coordsize="21600,21600">
            <v:path/>
            <v:fill on="f" focussize="0,0"/>
            <v:stroke on="f" joinstyle="miter"/>
            <v:imagedata r:id="rId337" o:title="eqId4071a7308569e5d0281c0a17056f485c"/>
            <o:lock v:ext="edit" aspectratio="t"/>
            <w10:wrap type="none"/>
            <w10:anchorlock/>
          </v:shape>
        </w:pict>
      </w:r>
      <w:r>
        <w:rPr>
          <w:rFonts w:ascii="宋体" w:hAnsi="宋体" w:eastAsia="宋体" w:cs="宋体"/>
          <w:color w:val="000000"/>
        </w:rPr>
        <w:t>时，即射线</w:t>
      </w:r>
      <w:r>
        <w:pict>
          <v:shape id="_x0000_i715103"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338" o:title="eqIdb90e0f35eda1a729fed485f83da5ea9d"/>
            <o:lock v:ext="edit" aspectratio="t"/>
            <w10:wrap type="none"/>
            <w10:anchorlock/>
          </v:shape>
        </w:pict>
      </w:r>
      <w:r>
        <w:rPr>
          <w:rFonts w:ascii="宋体" w:hAnsi="宋体" w:eastAsia="宋体" w:cs="宋体"/>
          <w:color w:val="000000"/>
        </w:rPr>
        <w:t>的反向延长线在</w:t>
      </w:r>
      <w:r>
        <w:pict>
          <v:shape id="_x0000_i715104"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339" o:title="eqId27935c1ef4df2d52ac697678a3c8f39d"/>
            <o:lock v:ext="edit" aspectratio="t"/>
            <w10:wrap type="none"/>
            <w10:anchorlock/>
          </v:shape>
        </w:pict>
      </w:r>
      <w:r>
        <w:rPr>
          <w:rFonts w:ascii="宋体" w:hAnsi="宋体" w:eastAsia="宋体" w:cs="宋体"/>
          <w:color w:val="000000"/>
        </w:rPr>
        <w:t>内部或与一边重合取</w:t>
      </w:r>
      <w:r>
        <w:pict>
          <v:shape id="_x0000_i715105" o:spt="75" alt="学科网(www.zxxk.com)--教育资源门户，提供试卷、教案、课件、论文、素材以及各类教学资源下载，还有大量而丰富的教学相关资讯！" type="#_x0000_t75" style="height:18pt;width:66.75pt;" o:ole="t" filled="f" o:preferrelative="t" stroked="f" coordsize="21600,21600">
            <v:path/>
            <v:fill on="f" focussize="0,0"/>
            <v:stroke on="f" joinstyle="miter"/>
            <v:imagedata r:id="rId340" o:title="eqId481aaf37f30f79b9b410737bd86bea8c"/>
            <o:lock v:ext="edit" aspectratio="t"/>
            <w10:wrap type="none"/>
            <w10:anchorlock/>
          </v:shape>
        </w:pict>
      </w:r>
      <w:r>
        <w:rPr>
          <w:rFonts w:ascii="宋体" w:hAnsi="宋体" w:eastAsia="宋体" w:cs="宋体"/>
          <w:color w:val="000000"/>
        </w:rPr>
        <w:t>（</w:t>
      </w:r>
      <w:r>
        <w:pict>
          <v:shape id="_x0000_i715106" o:spt="75" alt="学科网(www.zxxk.com)--教育资源门户，提供试卷、教案、课件、论文、素材以及各类教学资源下载，还有大量而丰富的教学相关资讯！" type="#_x0000_t75" style="height:30.75pt;width:96.75pt;" o:ole="t" filled="f" o:preferrelative="t" stroked="f" coordsize="21600,21600">
            <v:path/>
            <v:fill on="f" focussize="0,0"/>
            <v:stroke on="f" joinstyle="miter"/>
            <v:imagedata r:id="rId341" o:title="eqIdc69de37cef7f6e44e36664b85cfeda7f"/>
            <o:lock v:ext="edit" aspectratio="t"/>
            <w10:wrap type="none"/>
            <w10:anchorlock/>
          </v:shape>
        </w:pict>
      </w:r>
      <w:r>
        <w:rPr>
          <w:rFonts w:ascii="宋体" w:hAnsi="宋体" w:eastAsia="宋体" w:cs="宋体"/>
          <w:color w:val="000000"/>
        </w:rPr>
        <w:t>即可），</w:t>
      </w:r>
      <w:r>
        <w:pict>
          <v:shape id="_x0000_i715107" o:spt="75" alt="学科网(www.zxxk.com)--教育资源门户，提供试卷、教案、课件、论文、素材以及各类教学资源下载，还有大量而丰富的教学相关资讯！" type="#_x0000_t75" style="height:18pt;width:133.5pt;" o:ole="t" filled="f" o:preferrelative="t" stroked="f" coordsize="21600,21600">
            <v:path/>
            <v:fill on="f" focussize="0,0"/>
            <v:stroke on="f" joinstyle="miter"/>
            <v:imagedata r:id="rId342" o:title="eqIdb61192377fd959896f2a3180e3386e7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则有</w:t>
      </w:r>
      <w:r>
        <w:pict>
          <v:shape id="_x0000_i715108" o:spt="75" alt="学科网(www.zxxk.com)--教育资源门户，提供试卷、教案、课件、论文、素材以及各类教学资源下载，还有大量而丰富的教学相关资讯！" type="#_x0000_t75" style="height:18pt;width:195pt;" o:ole="t" filled="f" o:preferrelative="t" stroked="f" coordsize="21600,21600">
            <v:path/>
            <v:fill on="f" focussize="0,0"/>
            <v:stroke on="f" joinstyle="miter"/>
            <v:imagedata r:id="rId343" o:title="eqId5fb6ed8d26d4d171f039ff5075fb1c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从而有</w:t>
      </w:r>
      <w:r>
        <w:pict>
          <v:shape id="_x0000_i71510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44" o:title="eqId764eff906937f9b1fb58e5abfb2eb8a3"/>
            <o:lock v:ext="edit" aspectratio="t"/>
            <w10:wrap type="none"/>
            <w10:anchorlock/>
          </v:shape>
        </w:pict>
      </w:r>
      <w:r>
        <w:rPr>
          <w:rFonts w:ascii="宋体" w:hAnsi="宋体" w:eastAsia="宋体" w:cs="宋体"/>
          <w:color w:val="000000"/>
        </w:rPr>
        <w:t>成立，</w:t>
      </w:r>
    </w:p>
    <w:p>
      <w:pPr>
        <w:spacing w:line="360" w:lineRule="auto"/>
        <w:jc w:val="left"/>
        <w:textAlignment w:val="center"/>
        <w:rPr>
          <w:color w:val="000000"/>
        </w:rPr>
      </w:pPr>
      <w:r>
        <w:rPr>
          <w:rFonts w:ascii="宋体" w:hAnsi="宋体" w:eastAsia="宋体" w:cs="宋体"/>
          <w:color w:val="000000"/>
        </w:rPr>
        <w:t>所以本情况下不存在满足要求的</w:t>
      </w:r>
      <w:r>
        <w:rPr>
          <w:rFonts w:ascii="Times New Roman" w:hAnsi="Times New Roman" w:eastAsia="Times New Roman" w:cs="Times New Roman"/>
          <w:i/>
          <w:color w:val="000000"/>
        </w:rPr>
        <w:t>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71600" cy="1381125"/>
            <wp:effectExtent l="0" t="0" r="0" b="0"/>
            <wp:docPr id="3569"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 name="图片 100043" descr="学科网(www.zxxk.com)--教育资源门户，提供试卷、教案、课件、论文、素材以及各类教学资源下载，还有大量而丰富的教学相关资讯！"/>
                    <pic:cNvPicPr>
                      <a:picLocks noChangeAspect="1"/>
                    </pic:cNvPicPr>
                  </pic:nvPicPr>
                  <pic:blipFill>
                    <a:blip r:embed="rId345"/>
                    <a:stretch>
                      <a:fillRect/>
                    </a:stretch>
                  </pic:blipFill>
                  <pic:spPr>
                    <a:xfrm>
                      <a:off x="0" y="0"/>
                      <a:ext cx="1371600" cy="13811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综上所述，</w:t>
      </w:r>
      <w:r>
        <w:pict>
          <v:shape id="_x0000_i715110" o:spt="75" alt="学科网(www.zxxk.com)--教育资源门户，提供试卷、教案、课件、论文、素材以及各类教学资源下载，还有大量而丰富的教学相关资讯！" type="#_x0000_t75" style="height:30.75pt;width:50.25pt;" o:ole="t" filled="f" o:preferrelative="t" stroked="f" coordsize="21600,21600">
            <v:path/>
            <v:fill on="f" focussize="0,0"/>
            <v:stroke on="f" joinstyle="miter"/>
            <v:imagedata r:id="rId346" o:title="eqIdd6fd604dc345926d883c1f069efc6aed"/>
            <o:lock v:ext="edit" aspectratio="t"/>
            <w10:wrap type="none"/>
            <w10:anchorlock/>
          </v:shape>
        </w:pict>
      </w:r>
      <w:r>
        <w:rPr>
          <w:rFonts w:ascii="宋体" w:hAnsi="宋体" w:eastAsia="宋体" w:cs="宋体"/>
          <w:color w:val="000000"/>
        </w:rPr>
        <w:t>或</w:t>
      </w:r>
      <w:r>
        <w:pict>
          <v:shape id="_x0000_i715111" o:spt="75" alt="学科网(www.zxxk.com)--教育资源门户，提供试卷、教案、课件、论文、素材以及各类教学资源下载，还有大量而丰富的教学相关资讯！" type="#_x0000_t75" style="height:30.75pt;width:63pt;" o:ole="t" filled="f" o:preferrelative="t" stroked="f" coordsize="21600,21600">
            <v:path/>
            <v:fill on="f" focussize="0,0"/>
            <v:stroke on="f" joinstyle="miter"/>
            <v:imagedata r:id="rId347" o:title="eqId667424dbb91010a4290bdf03c5cbd32a"/>
            <o:lock v:ext="edit" aspectratio="t"/>
            <w10:wrap type="none"/>
            <w10:anchorlock/>
          </v:shape>
        </w:pict>
      </w:r>
      <w:r>
        <w:rPr>
          <w:rFonts w:ascii="宋体" w:hAnsi="宋体" w:eastAsia="宋体" w:cs="宋体"/>
          <w:color w:val="000000"/>
        </w:rPr>
        <w:t>满足要求．</w:t>
      </w:r>
    </w:p>
    <w:p>
      <w:pPr>
        <w:pStyle w:val="Heading2"/>
      </w:pPr>
      <w:r>
        <w:t>师达中学（第一次月考）</w:t>
      </w:r>
    </w:p>
    <w:p>
      <w:pPr>
        <w:spacing w:line="360" w:lineRule="auto"/>
        <w:jc w:val="left"/>
        <w:textAlignment w:val="center"/>
        <w:rPr>
          <w:color w:val="000000"/>
        </w:rPr>
      </w:pPr>
      <w:r>
        <w:rPr>
          <w:color w:val="000000"/>
        </w:rPr>
        <w:t xml:space="preserve">22. </w:t>
      </w:r>
      <w:r>
        <w:rPr>
          <w:rFonts w:ascii="宋体" w:hAnsi="宋体" w:eastAsia="宋体" w:cs="宋体"/>
          <w:color w:val="000000"/>
        </w:rPr>
        <w:t>在数</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前添“</w:t>
      </w:r>
      <w:r>
        <w:pict>
          <v:shape id="_x0000_i715112" o:spt="75" alt="学科网(www.zxxk.com)--教育资源门户，提供试卷、教案、课件、论文、素材以及各类教学资源下载，还有大量而丰富的教学相关资讯！" type="#_x0000_t75" style="height:10.75pt;width:10.75pt;" o:ole="t" filled="f" o:preferrelative="t" stroked="f" coordsize="21600,21600">
            <v:path/>
            <v:fill on="f" focussize="0,0"/>
            <v:stroke on="f" joinstyle="miter"/>
            <v:imagedata r:id="rId348" o:title="eqId4d4cd9a7068de096606d1ab991f5e6da"/>
            <o:lock v:ext="edit" aspectratio="t"/>
            <w10:wrap type="none"/>
            <w10:anchorlock/>
          </v:shape>
        </w:pict>
      </w:r>
      <w:r>
        <w:rPr>
          <w:rFonts w:ascii="宋体" w:hAnsi="宋体" w:eastAsia="宋体" w:cs="宋体"/>
          <w:color w:val="000000"/>
        </w:rPr>
        <w:t>”或“</w:t>
      </w:r>
      <w:r>
        <w:pict>
          <v:shape id="_x0000_i715113" o:spt="75" alt="学科网(www.zxxk.com)--教育资源门户，提供试卷、教案、课件、论文、素材以及各类教学资源下载，还有大量而丰富的教学相关资讯！" type="#_x0000_t75" style="height:8pt;width:10pt;" o:ole="t" filled="f" o:preferrelative="t" stroked="f" coordsize="21600,21600">
            <v:path/>
            <v:fill on="f" focussize="0,0"/>
            <v:stroke on="f" joinstyle="miter"/>
            <v:imagedata r:id="rId349" o:title="eqId4bfc339cf6dd66599db64fa3fa44e608"/>
            <o:lock v:ext="edit" aspectratio="t"/>
            <w10:wrap type="none"/>
            <w10:anchorlock/>
          </v:shape>
        </w:pict>
      </w:r>
      <w:r>
        <w:rPr>
          <w:rFonts w:ascii="宋体" w:hAnsi="宋体" w:eastAsia="宋体" w:cs="宋体"/>
          <w:color w:val="000000"/>
        </w:rPr>
        <w:t>”，并求它们的和，所得结果的最小非负数是多少？请列出算式解答（要求说明所求的和为什么是最小的非负数）．</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w:t>
      </w:r>
      <w:r>
        <w:rPr>
          <w:rFonts w:ascii="宋体" w:hAnsi="宋体" w:eastAsia="宋体" w:cs="宋体"/>
          <w:color w:val="000000"/>
        </w:rPr>
        <w:t>，说明见解析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本题考查数字的变化规律，有理数的加减法，根据数的规律，将数分组为</w:t>
      </w:r>
      <w:r>
        <w:pict>
          <v:shape id="_x0000_i715114"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50" o:title="eqIdd5b03bf80911443c55fea4563f2c1de8"/>
            <o:lock v:ext="edit" aspectratio="t"/>
            <w10:wrap type="none"/>
            <w10:anchorlock/>
          </v:shape>
        </w:pict>
      </w:r>
      <w:r>
        <w:rPr>
          <w:rFonts w:ascii="宋体" w:hAnsi="宋体" w:eastAsia="宋体" w:cs="宋体"/>
          <w:color w:val="000000"/>
        </w:rPr>
        <w:t>，</w:t>
      </w:r>
      <w:r>
        <w:pict>
          <v:shape id="_x0000_i715115"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351" o:title="eqIdb6db1ae2a103f124a0f4c14e2a4eea1c"/>
            <o:lock v:ext="edit" aspectratio="t"/>
            <w10:wrap type="none"/>
            <w10:anchorlock/>
          </v:shape>
        </w:pict>
      </w:r>
      <w:r>
        <w:rPr>
          <w:rFonts w:ascii="宋体" w:hAnsi="宋体" w:eastAsia="宋体" w:cs="宋体"/>
          <w:color w:val="000000"/>
        </w:rPr>
        <w:t>，</w:t>
      </w:r>
      <w:r>
        <w:pict>
          <v:shape id="_x0000_i715116"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352" o:title="eqIddad720546f6dc603694731a0ba83fb19"/>
            <o:lock v:ext="edit" aspectratio="t"/>
            <w10:wrap type="none"/>
            <w10:anchorlock/>
          </v:shape>
        </w:pict>
      </w:r>
      <w:r>
        <w:rPr>
          <w:rFonts w:ascii="宋体" w:hAnsi="宋体" w:eastAsia="宋体" w:cs="宋体"/>
          <w:color w:val="000000"/>
        </w:rPr>
        <w:t>，</w:t>
      </w:r>
      <w:r>
        <w:pict>
          <v:shape id="_x0000_i715117"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353" o:title="eqId90c0e5073cd82ab279da47551dff92e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pict>
          <v:shape id="_x0000_i715118"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354" o:title="eqId28f5d2e3565d5a40c2d2ecb7e7998dca"/>
            <o:lock v:ext="edit" aspectratio="t"/>
            <w10:wrap type="none"/>
            <w10:anchorlock/>
          </v:shape>
        </w:pict>
      </w:r>
      <w:r>
        <w:rPr>
          <w:rFonts w:ascii="宋体" w:hAnsi="宋体" w:eastAsia="宋体" w:cs="宋体"/>
          <w:color w:val="000000"/>
        </w:rPr>
        <w:t>，共有</w:t>
      </w:r>
      <w:r>
        <w:rPr>
          <w:rFonts w:ascii="Times New Roman" w:hAnsi="Times New Roman" w:eastAsia="Times New Roman" w:cs="Times New Roman"/>
          <w:color w:val="000000"/>
        </w:rPr>
        <w:t>24</w:t>
      </w:r>
      <w:r>
        <w:rPr>
          <w:rFonts w:ascii="宋体" w:hAnsi="宋体" w:eastAsia="宋体" w:cs="宋体"/>
          <w:color w:val="000000"/>
        </w:rPr>
        <w:t>对，这些数的和是</w:t>
      </w:r>
      <w:r>
        <w:rPr>
          <w:rFonts w:ascii="Times New Roman" w:hAnsi="Times New Roman" w:eastAsia="Times New Roman" w:cs="Times New Roman"/>
          <w:color w:val="000000"/>
        </w:rPr>
        <w:t>0</w:t>
      </w:r>
      <w:r>
        <w:rPr>
          <w:rFonts w:ascii="宋体" w:hAnsi="宋体" w:eastAsia="宋体" w:cs="宋体"/>
          <w:color w:val="000000"/>
        </w:rPr>
        <w:t>，只需让</w:t>
      </w:r>
      <w:r>
        <w:rPr>
          <w:rFonts w:ascii="Times New Roman" w:hAnsi="Times New Roman" w:eastAsia="Times New Roman" w:cs="Times New Roman"/>
          <w:color w:val="000000"/>
        </w:rPr>
        <w:t>25</w:t>
      </w:r>
      <w:r>
        <w:rPr>
          <w:rFonts w:ascii="宋体" w:hAnsi="宋体" w:eastAsia="宋体" w:cs="宋体"/>
          <w:color w:val="000000"/>
        </w:rPr>
        <w:t>和</w:t>
      </w:r>
      <w:r>
        <w:rPr>
          <w:rFonts w:ascii="Times New Roman" w:hAnsi="Times New Roman" w:eastAsia="Times New Roman" w:cs="Times New Roman"/>
          <w:color w:val="000000"/>
        </w:rPr>
        <w:t>26</w:t>
      </w:r>
      <w:r>
        <w:rPr>
          <w:rFonts w:ascii="宋体" w:hAnsi="宋体" w:eastAsia="宋体" w:cs="宋体"/>
          <w:color w:val="000000"/>
        </w:rPr>
        <w:t>进行运算，使它们的和是最小非负数即可．</w:t>
      </w:r>
    </w:p>
    <w:p>
      <w:pPr>
        <w:spacing w:line="360" w:lineRule="auto"/>
        <w:jc w:val="left"/>
        <w:textAlignment w:val="center"/>
        <w:rPr>
          <w:color w:val="000000"/>
        </w:rPr>
      </w:pPr>
      <w:r>
        <w:rPr>
          <w:color w:val="000000"/>
        </w:rPr>
        <w:t>【详解】</w:t>
      </w:r>
      <w:r>
        <w:rPr>
          <w:rFonts w:ascii="宋体" w:hAnsi="宋体" w:eastAsia="宋体" w:cs="宋体"/>
          <w:color w:val="000000"/>
        </w:rPr>
        <w:t>解：根据数的规律，将数分组为</w:t>
      </w:r>
      <w:r>
        <w:pict>
          <v:shape id="_x0000_i715119"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55" o:title="eqIdd5b03bf80911443c55fea4563f2c1de8"/>
            <o:lock v:ext="edit" aspectratio="t"/>
            <w10:wrap type="none"/>
            <w10:anchorlock/>
          </v:shape>
        </w:pict>
      </w:r>
      <w:r>
        <w:rPr>
          <w:rFonts w:ascii="宋体" w:hAnsi="宋体" w:eastAsia="宋体" w:cs="宋体"/>
          <w:color w:val="000000"/>
        </w:rPr>
        <w:t>，</w:t>
      </w:r>
      <w:r>
        <w:pict>
          <v:shape id="_x0000_i715120"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356" o:title="eqIdb6db1ae2a103f124a0f4c14e2a4eea1c"/>
            <o:lock v:ext="edit" aspectratio="t"/>
            <w10:wrap type="none"/>
            <w10:anchorlock/>
          </v:shape>
        </w:pict>
      </w:r>
      <w:r>
        <w:rPr>
          <w:rFonts w:ascii="宋体" w:hAnsi="宋体" w:eastAsia="宋体" w:cs="宋体"/>
          <w:color w:val="000000"/>
        </w:rPr>
        <w:t>，</w:t>
      </w:r>
      <w:r>
        <w:pict>
          <v:shape id="_x0000_i715121"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357" o:title="eqIddad720546f6dc603694731a0ba83fb19"/>
            <o:lock v:ext="edit" aspectratio="t"/>
            <w10:wrap type="none"/>
            <w10:anchorlock/>
          </v:shape>
        </w:pict>
      </w:r>
      <w:r>
        <w:rPr>
          <w:rFonts w:ascii="宋体" w:hAnsi="宋体" w:eastAsia="宋体" w:cs="宋体"/>
          <w:color w:val="000000"/>
        </w:rPr>
        <w:t>，</w:t>
      </w:r>
      <w:r>
        <w:pict>
          <v:shape id="_x0000_i715122"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358" o:title="eqId90c0e5073cd82ab279da47551dff92e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pict>
          <v:shape id="_x0000_i715123"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359" o:title="eqId28f5d2e3565d5a40c2d2ecb7e7998dca"/>
            <o:lock v:ext="edit" aspectratio="t"/>
            <w10:wrap type="none"/>
            <w10:anchorlock/>
          </v:shape>
        </w:pict>
      </w:r>
      <w:r>
        <w:rPr>
          <w:rFonts w:ascii="宋体" w:hAnsi="宋体" w:eastAsia="宋体" w:cs="宋体"/>
          <w:color w:val="000000"/>
        </w:rPr>
        <w:t>，共有</w:t>
      </w:r>
      <w:r>
        <w:rPr>
          <w:rFonts w:ascii="Times New Roman" w:hAnsi="Times New Roman" w:eastAsia="Times New Roman" w:cs="Times New Roman"/>
          <w:color w:val="000000"/>
        </w:rPr>
        <w:t>24</w:t>
      </w:r>
      <w:r>
        <w:rPr>
          <w:rFonts w:ascii="宋体" w:hAnsi="宋体" w:eastAsia="宋体" w:cs="宋体"/>
          <w:color w:val="000000"/>
        </w:rPr>
        <w:t>对，这些数的和是</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∴最后只需要让</w:t>
      </w:r>
      <w:r>
        <w:rPr>
          <w:rFonts w:ascii="Times New Roman" w:hAnsi="Times New Roman" w:eastAsia="Times New Roman" w:cs="Times New Roman"/>
          <w:color w:val="000000"/>
        </w:rPr>
        <w:t>25</w:t>
      </w:r>
      <w:r>
        <w:rPr>
          <w:rFonts w:ascii="宋体" w:hAnsi="宋体" w:eastAsia="宋体" w:cs="宋体"/>
          <w:color w:val="000000"/>
        </w:rPr>
        <w:t>和</w:t>
      </w:r>
      <w:r>
        <w:rPr>
          <w:rFonts w:ascii="Times New Roman" w:hAnsi="Times New Roman" w:eastAsia="Times New Roman" w:cs="Times New Roman"/>
          <w:color w:val="000000"/>
        </w:rPr>
        <w:t>26</w:t>
      </w:r>
      <w:r>
        <w:rPr>
          <w:rFonts w:ascii="宋体" w:hAnsi="宋体" w:eastAsia="宋体" w:cs="宋体"/>
          <w:color w:val="000000"/>
        </w:rPr>
        <w:t>进行运算使结果为最小的非负数即可</w:t>
      </w:r>
    </w:p>
    <w:p>
      <w:pPr>
        <w:spacing w:line="360" w:lineRule="auto"/>
        <w:jc w:val="left"/>
        <w:textAlignment w:val="center"/>
        <w:rPr>
          <w:color w:val="000000"/>
        </w:rPr>
      </w:pPr>
      <w:r>
        <w:rPr>
          <w:rFonts w:ascii="宋体" w:hAnsi="宋体" w:eastAsia="宋体" w:cs="宋体"/>
          <w:color w:val="000000"/>
        </w:rPr>
        <w:t>∵</w:t>
      </w:r>
      <w:r>
        <w:pict>
          <v:shape id="_x0000_i715124"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360" o:title="eqIda0a3fe0028ee8b64818c65f35c2e4630"/>
            <o:lock v:ext="edit" aspectratio="t"/>
            <w10:wrap type="none"/>
            <w10:anchorlock/>
          </v:shape>
        </w:pict>
      </w:r>
      <w:r>
        <w:rPr>
          <w:rFonts w:ascii="宋体" w:hAnsi="宋体" w:eastAsia="宋体" w:cs="宋体"/>
          <w:color w:val="000000"/>
        </w:rPr>
        <w:t>，</w:t>
      </w:r>
      <w:r>
        <w:pict>
          <v:shape id="_x0000_i715125" o:spt="75" alt="学科网(www.zxxk.com)--教育资源门户，提供试卷、教案、课件、论文、素材以及各类教学资源下载，还有大量而丰富的教学相关资讯！" type="#_x0000_t75" style="height:13.8pt;width:75pt;" o:ole="t" filled="f" o:preferrelative="t" stroked="f" coordsize="21600,21600">
            <v:path/>
            <v:fill on="f" focussize="0,0"/>
            <v:stroke on="f" joinstyle="miter"/>
            <v:imagedata r:id="rId361" o:title="eqId3510300e6b57df7ed999c131ad82969e"/>
            <o:lock v:ext="edit" aspectratio="t"/>
            <w10:wrap type="none"/>
            <w10:anchorlock/>
          </v:shape>
        </w:pict>
      </w:r>
      <w:r>
        <w:rPr>
          <w:rFonts w:ascii="宋体" w:hAnsi="宋体" w:eastAsia="宋体" w:cs="宋体"/>
          <w:color w:val="000000"/>
        </w:rPr>
        <w:t>，</w:t>
      </w:r>
      <w:r>
        <w:pict>
          <v:shape id="_x0000_i715126" o:spt="75" alt="学科网(www.zxxk.com)--教育资源门户，提供试卷、教案、课件、论文、素材以及各类教学资源下载，还有大量而丰富的教学相关资讯！" type="#_x0000_t75" style="height:13.8pt;width:61.8pt;" o:ole="t" filled="f" o:preferrelative="t" stroked="f" coordsize="21600,21600">
            <v:path/>
            <v:fill on="f" focussize="0,0"/>
            <v:stroke on="f" joinstyle="miter"/>
            <v:imagedata r:id="rId362" o:title="eqId55059bc572d7c3267c6b1024d888c1a9"/>
            <o:lock v:ext="edit" aspectratio="t"/>
            <w10:wrap type="none"/>
            <w10:anchorlock/>
          </v:shape>
        </w:pict>
      </w:r>
      <w:r>
        <w:rPr>
          <w:rFonts w:ascii="宋体" w:hAnsi="宋体" w:eastAsia="宋体" w:cs="宋体"/>
          <w:color w:val="000000"/>
        </w:rPr>
        <w:t>，</w:t>
      </w:r>
      <w:r>
        <w:pict>
          <v:shape id="_x0000_i715127" o:spt="75" alt="学科网(www.zxxk.com)--教育资源门户，提供试卷、教案、课件、论文、素材以及各类教学资源下载，还有大量而丰富的教学相关资讯！" type="#_x0000_t75" style="height:13.8pt;width:61.2pt;" o:ole="t" filled="f" o:preferrelative="t" stroked="f" coordsize="21600,21600">
            <v:path/>
            <v:fill on="f" focussize="0,0"/>
            <v:stroke on="f" joinstyle="miter"/>
            <v:imagedata r:id="rId363" o:title="eqIdba6f4703f80f3da4fd2804c3ee197fe9"/>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25</w:t>
      </w:r>
      <w:r>
        <w:rPr>
          <w:rFonts w:ascii="宋体" w:hAnsi="宋体" w:eastAsia="宋体" w:cs="宋体"/>
          <w:color w:val="000000"/>
        </w:rPr>
        <w:t>和</w:t>
      </w:r>
      <w:r>
        <w:rPr>
          <w:rFonts w:ascii="Times New Roman" w:hAnsi="Times New Roman" w:eastAsia="Times New Roman" w:cs="Times New Roman"/>
          <w:color w:val="000000"/>
        </w:rPr>
        <w:t>26</w:t>
      </w:r>
      <w:r>
        <w:rPr>
          <w:rFonts w:ascii="宋体" w:hAnsi="宋体" w:eastAsia="宋体" w:cs="宋体"/>
          <w:color w:val="000000"/>
        </w:rPr>
        <w:t>进行运算的结果的最小非负数是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∴在数</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前添“</w:t>
      </w:r>
      <w:r>
        <w:pict>
          <v:shape id="_x0000_i715128" o:spt="75" alt="学科网(www.zxxk.com)--教育资源门户，提供试卷、教案、课件、论文、素材以及各类教学资源下载，还有大量而丰富的教学相关资讯！" type="#_x0000_t75" style="height:10.75pt;width:10.75pt;" o:ole="t" filled="f" o:preferrelative="t" stroked="f" coordsize="21600,21600">
            <v:path/>
            <v:fill on="f" focussize="0,0"/>
            <v:stroke on="f" joinstyle="miter"/>
            <v:imagedata r:id="rId364" o:title="eqId4d4cd9a7068de096606d1ab991f5e6da"/>
            <o:lock v:ext="edit" aspectratio="t"/>
            <w10:wrap type="none"/>
            <w10:anchorlock/>
          </v:shape>
        </w:pict>
      </w:r>
      <w:r>
        <w:rPr>
          <w:rFonts w:ascii="宋体" w:hAnsi="宋体" w:eastAsia="宋体" w:cs="宋体"/>
          <w:color w:val="000000"/>
        </w:rPr>
        <w:t>”或“</w:t>
      </w:r>
      <w:r>
        <w:pict>
          <v:shape id="_x0000_i715129" o:spt="75" alt="学科网(www.zxxk.com)--教育资源门户，提供试卷、教案、课件、论文、素材以及各类教学资源下载，还有大量而丰富的教学相关资讯！" type="#_x0000_t75" style="height:8pt;width:10pt;" o:ole="t" filled="f" o:preferrelative="t" stroked="f" coordsize="21600,21600">
            <v:path/>
            <v:fill on="f" focussize="0,0"/>
            <v:stroke on="f" joinstyle="miter"/>
            <v:imagedata r:id="rId365" o:title="eqId4bfc339cf6dd66599db64fa3fa44e608"/>
            <o:lock v:ext="edit" aspectratio="t"/>
            <w10:wrap type="none"/>
            <w10:anchorlock/>
          </v:shape>
        </w:pict>
      </w:r>
      <w:r>
        <w:rPr>
          <w:rFonts w:ascii="宋体" w:hAnsi="宋体" w:eastAsia="宋体" w:cs="宋体"/>
          <w:color w:val="000000"/>
        </w:rPr>
        <w:t>”，并求它们的和，所得结果的最小非负数是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color w:val="000000"/>
        </w:rPr>
        <w:t xml:space="preserve">23. </w:t>
      </w:r>
      <w:r>
        <w:rPr>
          <w:rFonts w:ascii="宋体" w:hAnsi="宋体" w:eastAsia="宋体" w:cs="宋体"/>
          <w:color w:val="000000"/>
        </w:rPr>
        <w:t>我们知道，正整数按照能否被</w:t>
      </w:r>
      <w:r>
        <w:pict>
          <v:shape id="_x0000_i715130"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66" o:title="eqId61128ab996360a038e6e64d82fcba004"/>
            <o:lock v:ext="edit" aspectratio="t"/>
            <w10:wrap type="none"/>
            <w10:anchorlock/>
          </v:shape>
        </w:pict>
      </w:r>
      <w:r>
        <w:rPr>
          <w:rFonts w:ascii="宋体" w:hAnsi="宋体" w:eastAsia="宋体" w:cs="宋体"/>
          <w:color w:val="000000"/>
        </w:rPr>
        <w:t>整除可以分成两类：正奇数和正偶数．小浩受此启发，按照一个正整数被</w:t>
      </w:r>
      <w:r>
        <w:pict>
          <v:shape id="_x0000_i715131"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367" o:title="eqId5ca7d1107389675d32b56ec097464c14"/>
            <o:lock v:ext="edit" aspectratio="t"/>
            <w10:wrap type="none"/>
            <w10:anchorlock/>
          </v:shape>
        </w:pict>
      </w:r>
      <w:r>
        <w:rPr>
          <w:rFonts w:ascii="宋体" w:hAnsi="宋体" w:eastAsia="宋体" w:cs="宋体"/>
          <w:color w:val="000000"/>
        </w:rPr>
        <w:t>除的余数把正整数分成了三类：如果一个正整数被</w:t>
      </w:r>
      <w:r>
        <w:pict>
          <v:shape id="_x0000_i715132"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367" o:title="eqId5ca7d1107389675d32b56ec097464c14"/>
            <o:lock v:ext="edit" aspectratio="t"/>
            <w10:wrap type="none"/>
            <w10:anchorlock/>
          </v:shape>
        </w:pict>
      </w:r>
      <w:r>
        <w:rPr>
          <w:rFonts w:ascii="宋体" w:hAnsi="宋体" w:eastAsia="宋体" w:cs="宋体"/>
          <w:color w:val="000000"/>
        </w:rPr>
        <w:t>除余数为</w:t>
      </w:r>
      <w:r>
        <w:pict>
          <v:shape id="_x0000_i71513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68" o:title="eqIdbdaa19de263700a15fcf213d64a8cd57"/>
            <o:lock v:ext="edit" aspectratio="t"/>
            <w10:wrap type="none"/>
            <w10:anchorlock/>
          </v:shape>
        </w:pict>
      </w:r>
      <w:r>
        <w:rPr>
          <w:rFonts w:ascii="宋体" w:hAnsi="宋体" w:eastAsia="宋体" w:cs="宋体"/>
          <w:color w:val="000000"/>
        </w:rPr>
        <w:t>，则这个正整数属于</w:t>
      </w:r>
      <w:r>
        <w:pict>
          <v:shape id="_x0000_i71513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69" o:title="eqId5963abe8f421bd99a2aaa94831a951e9"/>
            <o:lock v:ext="edit" aspectratio="t"/>
            <w10:wrap type="none"/>
            <w10:anchorlock/>
          </v:shape>
        </w:pict>
      </w:r>
      <w:r>
        <w:rPr>
          <w:rFonts w:ascii="宋体" w:hAnsi="宋体" w:eastAsia="宋体" w:cs="宋体"/>
          <w:color w:val="000000"/>
        </w:rPr>
        <w:t>类，例如</w:t>
      </w:r>
      <w:r>
        <w:pict>
          <v:shape id="_x0000_i715135" o:spt="75" alt="学科网(www.zxxk.com)--教育资源门户，提供试卷、教案、课件、论文、素材以及各类教学资源下载，还有大量而丰富的教学相关资讯！" type="#_x0000_t75" style="height:14.95pt;width:24.8pt;" o:ole="t" filled="f" o:preferrelative="t" stroked="f" coordsize="21600,21600">
            <v:path/>
            <v:fill on="f" focussize="0,0"/>
            <v:stroke on="f" joinstyle="miter"/>
            <v:imagedata r:id="rId370" o:title="eqIdce06beeb0e41c9c20d812f927ffcadfc"/>
            <o:lock v:ext="edit" aspectratio="t"/>
            <w10:wrap type="none"/>
            <w10:anchorlock/>
          </v:shape>
        </w:pict>
      </w:r>
      <w:r>
        <w:rPr>
          <w:rFonts w:ascii="宋体" w:hAnsi="宋体" w:eastAsia="宋体" w:cs="宋体"/>
          <w:color w:val="000000"/>
        </w:rPr>
        <w:t>等：如果一个正整数被</w:t>
      </w:r>
      <w:r>
        <w:pict>
          <v:shape id="_x0000_i715136"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367" o:title="eqId5ca7d1107389675d32b56ec097464c14"/>
            <o:lock v:ext="edit" aspectratio="t"/>
            <w10:wrap type="none"/>
            <w10:anchorlock/>
          </v:shape>
        </w:pict>
      </w:r>
      <w:r>
        <w:rPr>
          <w:rFonts w:ascii="宋体" w:hAnsi="宋体" w:eastAsia="宋体" w:cs="宋体"/>
          <w:color w:val="000000"/>
        </w:rPr>
        <w:t>除余数为</w:t>
      </w:r>
      <w:r>
        <w:pict>
          <v:shape id="_x0000_i715137"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66" o:title="eqId61128ab996360a038e6e64d82fcba004"/>
            <o:lock v:ext="edit" aspectratio="t"/>
            <w10:wrap type="none"/>
            <w10:anchorlock/>
          </v:shape>
        </w:pict>
      </w:r>
      <w:r>
        <w:rPr>
          <w:rFonts w:ascii="宋体" w:hAnsi="宋体" w:eastAsia="宋体" w:cs="宋体"/>
          <w:color w:val="000000"/>
        </w:rPr>
        <w:t>，则这个正整数属于</w:t>
      </w:r>
      <w:r>
        <w:pict>
          <v:shape id="_x0000_i71513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71" o:title="eqId7f9e8449aad35c5d840a3395ea86df6d"/>
            <o:lock v:ext="edit" aspectratio="t"/>
            <w10:wrap type="none"/>
            <w10:anchorlock/>
          </v:shape>
        </w:pict>
      </w:r>
      <w:r>
        <w:rPr>
          <w:rFonts w:ascii="宋体" w:hAnsi="宋体" w:eastAsia="宋体" w:cs="宋体"/>
          <w:color w:val="000000"/>
        </w:rPr>
        <w:t>类，例如</w:t>
      </w:r>
      <w:r>
        <w:pict>
          <v:shape id="_x0000_i715139" o:spt="75" alt="学科网(www.zxxk.com)--教育资源门户，提供试卷、教案、课件、论文、素材以及各类教学资源下载，还有大量而丰富的教学相关资讯！" type="#_x0000_t75" style="height:14.95pt;width:26.2pt;" o:ole="t" filled="f" o:preferrelative="t" stroked="f" coordsize="21600,21600">
            <v:path/>
            <v:fill on="f" focussize="0,0"/>
            <v:stroke on="f" joinstyle="miter"/>
            <v:imagedata r:id="rId372" o:title="eqIdb8cdeb39f7c48eca411175b8ccc5bdc0"/>
            <o:lock v:ext="edit" aspectratio="t"/>
            <w10:wrap type="none"/>
            <w10:anchorlock/>
          </v:shape>
        </w:pict>
      </w:r>
      <w:r>
        <w:rPr>
          <w:rFonts w:ascii="宋体" w:hAnsi="宋体" w:eastAsia="宋体" w:cs="宋体"/>
          <w:color w:val="000000"/>
        </w:rPr>
        <w:t>等：如果一个正整数被</w:t>
      </w:r>
      <w:r>
        <w:pict>
          <v:shape id="_x0000_i715140"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367" o:title="eqId5ca7d1107389675d32b56ec097464c14"/>
            <o:lock v:ext="edit" aspectratio="t"/>
            <w10:wrap type="none"/>
            <w10:anchorlock/>
          </v:shape>
        </w:pict>
      </w:r>
      <w:r>
        <w:rPr>
          <w:rFonts w:ascii="宋体" w:hAnsi="宋体" w:eastAsia="宋体" w:cs="宋体"/>
          <w:color w:val="000000"/>
        </w:rPr>
        <w:t>整除，则这个正整数属于</w:t>
      </w:r>
      <w:r>
        <w:pict>
          <v:shape id="_x0000_i71514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73" o:title="eqIdc5db41a1f31d6baee7c69990811edb9f"/>
            <o:lock v:ext="edit" aspectratio="t"/>
            <w10:wrap type="none"/>
            <w10:anchorlock/>
          </v:shape>
        </w:pict>
      </w:r>
      <w:r>
        <w:rPr>
          <w:rFonts w:ascii="宋体" w:hAnsi="宋体" w:eastAsia="宋体" w:cs="宋体"/>
          <w:color w:val="000000"/>
        </w:rPr>
        <w:t>类，例如</w:t>
      </w:r>
      <w:r>
        <w:pict>
          <v:shape id="_x0000_i715142"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374" o:title="eqId548693136414aaf3c56882f8ce57c107"/>
            <o:lock v:ext="edit" aspectratio="t"/>
            <w10:wrap type="none"/>
            <w10:anchorlock/>
          </v:shape>
        </w:pict>
      </w:r>
      <w:r>
        <w:rPr>
          <w:rFonts w:ascii="宋体" w:hAnsi="宋体" w:eastAsia="宋体" w:cs="宋体"/>
          <w:color w:val="000000"/>
        </w:rPr>
        <w:t>等．</w:t>
      </w:r>
    </w:p>
    <w:p>
      <w:pPr>
        <w:spacing w:line="360" w:lineRule="auto"/>
        <w:jc w:val="left"/>
        <w:textAlignment w:val="center"/>
        <w:rPr>
          <w:color w:val="000000"/>
        </w:rPr>
      </w:pPr>
      <w:r>
        <w:rPr>
          <w:color w:val="000000"/>
        </w:rPr>
        <w:t>（1）</w:t>
      </w:r>
      <w:r>
        <w:pict>
          <v:shape id="_x0000_i71514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75" o:title="eqId9e946baf1316ac1f219398ecedadf6cf"/>
            <o:lock v:ext="edit" aspectratio="t"/>
            <w10:wrap type="none"/>
            <w10:anchorlock/>
          </v:shape>
        </w:pict>
      </w:r>
      <w:r>
        <w:rPr>
          <w:rFonts w:ascii="宋体" w:hAnsi="宋体" w:eastAsia="宋体" w:cs="宋体"/>
          <w:color w:val="000000"/>
        </w:rPr>
        <w:t>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15144"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376" o:title="eqIdc5725e3e4eb05b32563b4ee1d473756c"/>
            <o:lock v:ext="edit" aspectratio="t"/>
            <w10:wrap type="none"/>
            <w10:anchorlock/>
          </v:shape>
        </w:pict>
      </w:r>
      <w:r>
        <w:rPr>
          <w:rFonts w:ascii="宋体" w:hAnsi="宋体" w:eastAsia="宋体" w:cs="宋体"/>
          <w:color w:val="000000"/>
        </w:rPr>
        <w:t>或</w:t>
      </w:r>
      <w:r>
        <w:pict>
          <v:shape id="_x0000_i71514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77" o:title="eqIdc5db41a1f31d6baee7c69990811edb9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①从</w:t>
      </w:r>
      <w:r>
        <w:pict>
          <v:shape id="_x0000_i71514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78" o:title="eqId5963abe8f421bd99a2aaa94831a951e9"/>
            <o:lock v:ext="edit" aspectratio="t"/>
            <w10:wrap type="none"/>
            <w10:anchorlock/>
          </v:shape>
        </w:pict>
      </w:r>
      <w:r>
        <w:rPr>
          <w:rFonts w:ascii="宋体" w:hAnsi="宋体" w:eastAsia="宋体" w:cs="宋体"/>
          <w:color w:val="000000"/>
        </w:rPr>
        <w:t>类数中任取两个数，则它们的和属于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15147"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379" o:title="eqIdc5725e3e4eb05b32563b4ee1d473756c"/>
            <o:lock v:ext="edit" aspectratio="t"/>
            <w10:wrap type="none"/>
            <w10:anchorlock/>
          </v:shape>
        </w:pict>
      </w:r>
      <w:r>
        <w:rPr>
          <w:rFonts w:ascii="宋体" w:hAnsi="宋体" w:eastAsia="宋体" w:cs="宋体"/>
          <w:color w:val="000000"/>
        </w:rPr>
        <w:t>或</w:t>
      </w:r>
      <w:r>
        <w:pict>
          <v:shape id="_x0000_i71514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80" o:title="eqIdc5db41a1f31d6baee7c69990811edb9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②从</w:t>
      </w:r>
      <w:r>
        <w:pict>
          <v:shape id="_x0000_i71514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81" o:title="eqId5963abe8f421bd99a2aaa94831a951e9"/>
            <o:lock v:ext="edit" aspectratio="t"/>
            <w10:wrap type="none"/>
            <w10:anchorlock/>
          </v:shape>
        </w:pict>
      </w:r>
      <w:r>
        <w:rPr>
          <w:rFonts w:ascii="宋体" w:hAnsi="宋体" w:eastAsia="宋体" w:cs="宋体"/>
          <w:color w:val="000000"/>
        </w:rPr>
        <w:t>类数中任意取出</w:t>
      </w:r>
      <w:r>
        <w:pict>
          <v:shape id="_x0000_i715150"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382" o:title="eqId58b184c94e38f1e5dbe750b2168c2a37"/>
            <o:lock v:ext="edit" aspectratio="t"/>
            <w10:wrap type="none"/>
            <w10:anchorlock/>
          </v:shape>
        </w:pict>
      </w:r>
      <w:r>
        <w:rPr>
          <w:rFonts w:ascii="宋体" w:hAnsi="宋体" w:eastAsia="宋体" w:cs="宋体"/>
          <w:color w:val="000000"/>
        </w:rPr>
        <w:t>个数，从</w:t>
      </w:r>
      <w:r>
        <w:pict>
          <v:shape id="_x0000_i71515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3" o:title="eqId7f9e8449aad35c5d840a3395ea86df6d"/>
            <o:lock v:ext="edit" aspectratio="t"/>
            <w10:wrap type="none"/>
            <w10:anchorlock/>
          </v:shape>
        </w:pict>
      </w:r>
      <w:r>
        <w:rPr>
          <w:rFonts w:ascii="宋体" w:hAnsi="宋体" w:eastAsia="宋体" w:cs="宋体"/>
          <w:color w:val="000000"/>
        </w:rPr>
        <w:t>类数中任意取出</w:t>
      </w:r>
      <w:r>
        <w:pict>
          <v:shape id="_x0000_i715152"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84" o:title="eqId8c748e40ba21ac5063d3bccaa57ef278"/>
            <o:lock v:ext="edit" aspectratio="t"/>
            <w10:wrap type="none"/>
            <w10:anchorlock/>
          </v:shape>
        </w:pict>
      </w:r>
      <w:r>
        <w:rPr>
          <w:rFonts w:ascii="宋体" w:hAnsi="宋体" w:eastAsia="宋体" w:cs="宋体"/>
          <w:color w:val="000000"/>
        </w:rPr>
        <w:t>个数，从</w:t>
      </w:r>
      <w:r>
        <w:pict>
          <v:shape id="_x0000_i71515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85" o:title="eqIdc5db41a1f31d6baee7c69990811edb9f"/>
            <o:lock v:ext="edit" aspectratio="t"/>
            <w10:wrap type="none"/>
            <w10:anchorlock/>
          </v:shape>
        </w:pict>
      </w:r>
      <w:r>
        <w:rPr>
          <w:rFonts w:ascii="宋体" w:hAnsi="宋体" w:eastAsia="宋体" w:cs="宋体"/>
          <w:color w:val="000000"/>
        </w:rPr>
        <w:t>类数中任意取出</w:t>
      </w:r>
      <w:r>
        <w:pict>
          <v:shape id="_x0000_i715154"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386" o:title="eqIdfeda926749de04fa585f73f84c568f0c"/>
            <o:lock v:ext="edit" aspectratio="t"/>
            <w10:wrap type="none"/>
            <w10:anchorlock/>
          </v:shape>
        </w:pict>
      </w:r>
      <w:r>
        <w:rPr>
          <w:rFonts w:ascii="宋体" w:hAnsi="宋体" w:eastAsia="宋体" w:cs="宋体"/>
          <w:color w:val="000000"/>
        </w:rPr>
        <w:t>个数，把它们都加起来，则最后的结果属于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15155"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387" o:title="eqIdc5725e3e4eb05b32563b4ee1d473756c"/>
            <o:lock v:ext="edit" aspectratio="t"/>
            <w10:wrap type="none"/>
            <w10:anchorlock/>
          </v:shape>
        </w:pict>
      </w:r>
      <w:r>
        <w:rPr>
          <w:rFonts w:ascii="宋体" w:hAnsi="宋体" w:eastAsia="宋体" w:cs="宋体"/>
          <w:color w:val="000000"/>
        </w:rPr>
        <w:t>或</w:t>
      </w:r>
      <w:r>
        <w:pict>
          <v:shape id="_x0000_i71515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85" o:title="eqIdc5db41a1f31d6baee7c69990811edb9f"/>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515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88" o:title="eqId5963abe8f421bd99a2aaa94831a951e9"/>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w:t>
      </w:r>
      <w:r>
        <w:pict>
          <v:shape id="_x0000_i71515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9" o:title="eqId7f9e8449aad35c5d840a3395ea86df6d"/>
            <o:lock v:ext="edit" aspectratio="t"/>
            <w10:wrap type="none"/>
            <w10:anchorlock/>
          </v:shape>
        </w:pict>
      </w:r>
      <w:r>
        <w:rPr>
          <w:rFonts w:ascii="宋体" w:hAnsi="宋体" w:eastAsia="宋体" w:cs="宋体"/>
          <w:color w:val="000000"/>
        </w:rPr>
        <w:t>；②</w:t>
      </w:r>
      <w:r>
        <w:pict>
          <v:shape id="_x0000_i71515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9" o:title="eqId7f9e8449aad35c5d840a3395ea86df6d"/>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）计算</w:t>
      </w:r>
      <w:r>
        <w:pict>
          <v:shape id="_x0000_i715160" o:spt="75" alt="学科网(www.zxxk.com)--教育资源门户，提供试卷、教案、课件、论文、素材以及各类教学资源下载，还有大量而丰富的教学相关资讯！" type="#_x0000_t75" style="height:13.5pt;width:43.5pt;" o:ole="t" filled="f" o:preferrelative="t" stroked="f" coordsize="21600,21600">
            <v:path/>
            <v:fill on="f" focussize="0,0"/>
            <v:stroke on="f" joinstyle="miter"/>
            <v:imagedata r:id="rId390" o:title="eqIdb83591be679e205d2bea938fedad6496"/>
            <o:lock v:ext="edit" aspectratio="t"/>
            <w10:wrap type="none"/>
            <w10:anchorlock/>
          </v:shape>
        </w:pict>
      </w:r>
      <w:r>
        <w:rPr>
          <w:rFonts w:ascii="宋体" w:hAnsi="宋体" w:eastAsia="宋体" w:cs="宋体"/>
          <w:color w:val="000000"/>
        </w:rPr>
        <w:t>，根据计算结果即可求解；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）①从</w:t>
      </w:r>
      <w:r>
        <w:pict>
          <v:shape id="_x0000_i71516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91" o:title="eqId5963abe8f421bd99a2aaa94831a951e9"/>
            <o:lock v:ext="edit" aspectratio="t"/>
            <w10:wrap type="none"/>
            <w10:anchorlock/>
          </v:shape>
        </w:pict>
      </w:r>
      <w:r>
        <w:rPr>
          <w:rFonts w:ascii="宋体" w:hAnsi="宋体" w:eastAsia="宋体" w:cs="宋体"/>
          <w:color w:val="000000"/>
        </w:rPr>
        <w:t>类数中任取两个数进行计算，即可求解；②从</w:t>
      </w:r>
      <w:r>
        <w:pict>
          <v:shape id="_x0000_i71516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91" o:title="eqId5963abe8f421bd99a2aaa94831a951e9"/>
            <o:lock v:ext="edit" aspectratio="t"/>
            <w10:wrap type="none"/>
            <w10:anchorlock/>
          </v:shape>
        </w:pict>
      </w:r>
      <w:r>
        <w:rPr>
          <w:rFonts w:ascii="宋体" w:hAnsi="宋体" w:eastAsia="宋体" w:cs="宋体"/>
          <w:color w:val="000000"/>
        </w:rPr>
        <w:t>类数中任意取出</w:t>
      </w:r>
      <w:r>
        <w:pict>
          <v:shape id="_x0000_i715163"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392" o:title="eqId58b184c94e38f1e5dbe750b2168c2a37"/>
            <o:lock v:ext="edit" aspectratio="t"/>
            <w10:wrap type="none"/>
            <w10:anchorlock/>
          </v:shape>
        </w:pict>
      </w:r>
      <w:r>
        <w:rPr>
          <w:rFonts w:ascii="宋体" w:hAnsi="宋体" w:eastAsia="宋体" w:cs="宋体"/>
          <w:color w:val="000000"/>
        </w:rPr>
        <w:t>个数，从</w:t>
      </w:r>
      <w:r>
        <w:pict>
          <v:shape id="_x0000_i71516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93" o:title="eqId7f9e8449aad35c5d840a3395ea86df6d"/>
            <o:lock v:ext="edit" aspectratio="t"/>
            <w10:wrap type="none"/>
            <w10:anchorlock/>
          </v:shape>
        </w:pict>
      </w:r>
      <w:r>
        <w:rPr>
          <w:rFonts w:ascii="宋体" w:hAnsi="宋体" w:eastAsia="宋体" w:cs="宋体"/>
          <w:color w:val="000000"/>
        </w:rPr>
        <w:t>类数中任意取出</w:t>
      </w:r>
      <w:r>
        <w:pict>
          <v:shape id="_x0000_i71516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94" o:title="eqId8c748e40ba21ac5063d3bccaa57ef278"/>
            <o:lock v:ext="edit" aspectratio="t"/>
            <w10:wrap type="none"/>
            <w10:anchorlock/>
          </v:shape>
        </w:pict>
      </w:r>
      <w:r>
        <w:rPr>
          <w:rFonts w:ascii="宋体" w:hAnsi="宋体" w:eastAsia="宋体" w:cs="宋体"/>
          <w:color w:val="000000"/>
        </w:rPr>
        <w:t>个数，从</w:t>
      </w:r>
      <w:r>
        <w:pict>
          <v:shape id="_x0000_i71516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95" o:title="eqIdc5db41a1f31d6baee7c69990811edb9f"/>
            <o:lock v:ext="edit" aspectratio="t"/>
            <w10:wrap type="none"/>
            <w10:anchorlock/>
          </v:shape>
        </w:pict>
      </w:r>
      <w:r>
        <w:rPr>
          <w:rFonts w:ascii="宋体" w:hAnsi="宋体" w:eastAsia="宋体" w:cs="宋体"/>
          <w:color w:val="000000"/>
        </w:rPr>
        <w:t>类数中任意取出</w:t>
      </w:r>
      <w:r>
        <w:pict>
          <v:shape id="_x0000_i715167"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396" o:title="eqIdfeda926749de04fa585f73f84c568f0c"/>
            <o:lock v:ext="edit" aspectratio="t"/>
            <w10:wrap type="none"/>
            <w10:anchorlock/>
          </v:shape>
        </w:pict>
      </w:r>
      <w:r>
        <w:rPr>
          <w:rFonts w:ascii="宋体" w:hAnsi="宋体" w:eastAsia="宋体" w:cs="宋体"/>
          <w:color w:val="000000"/>
        </w:rPr>
        <w:t>个数，把它们的余数相加，再除以</w:t>
      </w:r>
      <w:r>
        <w:pict>
          <v:shape id="_x0000_i715168"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397" o:title="eqId5ca7d1107389675d32b56ec097464c14"/>
            <o:lock v:ext="edit" aspectratio="t"/>
            <w10:wrap type="none"/>
            <w10:anchorlock/>
          </v:shape>
        </w:pict>
      </w:r>
      <w:r>
        <w:rPr>
          <w:rFonts w:ascii="宋体" w:hAnsi="宋体" w:eastAsia="宋体" w:cs="宋体"/>
          <w:color w:val="000000"/>
        </w:rPr>
        <w:t>，根据余数判断即可求解．</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pict>
          <v:shape id="_x0000_i715169" o:spt="75" alt="学科网(www.zxxk.com)--教育资源门户，提供试卷、教案、课件、论文、素材以及各类教学资源下载，还有大量而丰富的教学相关资讯！" type="#_x0000_t75" style="height:13.95pt;width:101pt;" o:ole="t" filled="f" o:preferrelative="t" stroked="f" coordsize="21600,21600">
            <v:path/>
            <v:fill on="f" focussize="0,0"/>
            <v:stroke on="f" joinstyle="miter"/>
            <v:imagedata r:id="rId398" o:title="eqIdd7c04154c90d8ff2d643d485b6f9a41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517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99" o:title="eqId9e946baf1316ac1f219398ecedadf6cf"/>
            <o:lock v:ext="edit" aspectratio="t"/>
            <w10:wrap type="none"/>
            <w10:anchorlock/>
          </v:shape>
        </w:pict>
      </w:r>
      <w:r>
        <w:rPr>
          <w:rFonts w:ascii="宋体" w:hAnsi="宋体" w:eastAsia="宋体" w:cs="宋体"/>
          <w:color w:val="000000"/>
        </w:rPr>
        <w:t>被</w:t>
      </w:r>
      <w:r>
        <w:pict>
          <v:shape id="_x0000_i715171"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400" o:title="eqId5ca7d1107389675d32b56ec097464c14"/>
            <o:lock v:ext="edit" aspectratio="t"/>
            <w10:wrap type="none"/>
            <w10:anchorlock/>
          </v:shape>
        </w:pict>
      </w:r>
      <w:r>
        <w:rPr>
          <w:rFonts w:ascii="宋体" w:hAnsi="宋体" w:eastAsia="宋体" w:cs="宋体"/>
          <w:color w:val="000000"/>
        </w:rPr>
        <w:t>除余数为</w:t>
      </w:r>
      <w:r>
        <w:pict>
          <v:shape id="_x0000_i715172"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01" o:title="eqIdbdaa19de263700a15fcf213d64a8cd57"/>
            <o:lock v:ext="edit" aspectratio="t"/>
            <w10:wrap type="none"/>
            <w10:anchorlock/>
          </v:shape>
        </w:pict>
      </w:r>
      <w:r>
        <w:rPr>
          <w:rFonts w:ascii="宋体" w:hAnsi="宋体" w:eastAsia="宋体" w:cs="宋体"/>
          <w:color w:val="000000"/>
        </w:rPr>
        <w:t>，属于</w:t>
      </w:r>
      <w:r>
        <w:pict>
          <v:shape id="_x0000_i71517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02" o:title="eqId5963abe8f421bd99a2aaa94831a951e9"/>
            <o:lock v:ext="edit" aspectratio="t"/>
            <w10:wrap type="none"/>
            <w10:anchorlock/>
          </v:shape>
        </w:pict>
      </w:r>
      <w:r>
        <w:rPr>
          <w:rFonts w:ascii="宋体" w:hAnsi="宋体" w:eastAsia="宋体" w:cs="宋体"/>
          <w:color w:val="000000"/>
        </w:rPr>
        <w:t>类，</w:t>
      </w:r>
    </w:p>
    <w:p>
      <w:pPr>
        <w:spacing w:line="360" w:lineRule="auto"/>
        <w:jc w:val="left"/>
        <w:textAlignment w:val="center"/>
        <w:rPr>
          <w:color w:val="000000"/>
        </w:rPr>
      </w:pPr>
      <w:r>
        <w:rPr>
          <w:rFonts w:ascii="宋体" w:hAnsi="宋体" w:eastAsia="宋体" w:cs="宋体"/>
          <w:color w:val="000000"/>
        </w:rPr>
        <w:t>故答案为：</w:t>
      </w:r>
      <w:r>
        <w:pict>
          <v:shape id="_x0000_i71517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03" o:title="eqId5963abe8f421bd99a2aaa94831a951e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解：①从</w:t>
      </w:r>
      <w:r>
        <w:pict>
          <v:shape id="_x0000_i71517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04" o:title="eqId5963abe8f421bd99a2aaa94831a951e9"/>
            <o:lock v:ext="edit" aspectratio="t"/>
            <w10:wrap type="none"/>
            <w10:anchorlock/>
          </v:shape>
        </w:pict>
      </w:r>
      <w:r>
        <w:rPr>
          <w:rFonts w:ascii="宋体" w:hAnsi="宋体" w:eastAsia="宋体" w:cs="宋体"/>
          <w:color w:val="000000"/>
        </w:rPr>
        <w:t>类数中任取两个数，如：</w:t>
      </w:r>
      <w:r>
        <w:pict>
          <v:shape id="_x0000_i715176" o:spt="75" alt="学科网(www.zxxk.com)--教育资源门户，提供试卷、教案、课件、论文、素材以及各类教学资源下载，还有大量而丰富的教学相关资讯！" type="#_x0000_t75" style="height:15.9pt;width:93.95pt;" o:ole="t" filled="f" o:preferrelative="t" stroked="f" coordsize="21600,21600">
            <v:path/>
            <v:fill on="f" focussize="0,0"/>
            <v:stroke on="f" joinstyle="miter"/>
            <v:imagedata r:id="rId405" o:title="eqId72d1eb0e5539a141f501e16bbe8613ee"/>
            <o:lock v:ext="edit" aspectratio="t"/>
            <w10:wrap type="none"/>
            <w10:anchorlock/>
          </v:shape>
        </w:pict>
      </w:r>
      <w:r>
        <w:rPr>
          <w:rFonts w:ascii="宋体" w:hAnsi="宋体" w:eastAsia="宋体" w:cs="宋体"/>
          <w:color w:val="000000"/>
        </w:rPr>
        <w:t>，</w:t>
      </w:r>
      <w:r>
        <w:pict>
          <v:shape id="_x0000_i715177" o:spt="75" alt="学科网(www.zxxk.com)--教育资源门户，提供试卷、教案、课件、论文、素材以及各类教学资源下载，还有大量而丰富的教学相关资讯！" type="#_x0000_t75" style="height:15.9pt;width:98.2pt;" o:ole="t" filled="f" o:preferrelative="t" stroked="f" coordsize="21600,21600">
            <v:path/>
            <v:fill on="f" focussize="0,0"/>
            <v:stroke on="f" joinstyle="miter"/>
            <v:imagedata r:id="rId406" o:title="eqId2fc771e3c8a4bb66e8f08dbb6c2f796b"/>
            <o:lock v:ext="edit" aspectratio="t"/>
            <w10:wrap type="none"/>
            <w10:anchorlock/>
          </v:shape>
        </w:pict>
      </w:r>
      <w:r>
        <w:rPr>
          <w:rFonts w:ascii="宋体" w:hAnsi="宋体" w:eastAsia="宋体" w:cs="宋体"/>
          <w:color w:val="000000"/>
        </w:rPr>
        <w:t>，被</w:t>
      </w:r>
      <w:r>
        <w:pict>
          <v:shape id="_x0000_i715178"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407" o:title="eqId5ca7d1107389675d32b56ec097464c14"/>
            <o:lock v:ext="edit" aspectratio="t"/>
            <w10:wrap type="none"/>
            <w10:anchorlock/>
          </v:shape>
        </w:pict>
      </w:r>
      <w:r>
        <w:rPr>
          <w:rFonts w:ascii="宋体" w:hAnsi="宋体" w:eastAsia="宋体" w:cs="宋体"/>
          <w:color w:val="000000"/>
        </w:rPr>
        <w:t>除余数为</w:t>
      </w:r>
      <w:r>
        <w:pict>
          <v:shape id="_x0000_i715179"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408" o:title="eqId61128ab996360a038e6e64d82fcba004"/>
            <o:lock v:ext="edit" aspectratio="t"/>
            <w10:wrap type="none"/>
            <w10:anchorlock/>
          </v:shape>
        </w:pict>
      </w:r>
      <w:r>
        <w:rPr>
          <w:rFonts w:ascii="宋体" w:hAnsi="宋体" w:eastAsia="宋体" w:cs="宋体"/>
          <w:color w:val="000000"/>
        </w:rPr>
        <w:t>，则它们的和属于</w:t>
      </w:r>
      <w:r>
        <w:pict>
          <v:shape id="_x0000_i71518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09" o:title="eqId7f9e8449aad35c5d840a3395ea86df6d"/>
            <o:lock v:ext="edit" aspectratio="t"/>
            <w10:wrap type="none"/>
            <w10:anchorlock/>
          </v:shape>
        </w:pict>
      </w:r>
      <w:r>
        <w:rPr>
          <w:rFonts w:ascii="宋体" w:hAnsi="宋体" w:eastAsia="宋体" w:cs="宋体"/>
          <w:color w:val="000000"/>
        </w:rPr>
        <w:t>类；</w:t>
      </w:r>
    </w:p>
    <w:p>
      <w:pPr>
        <w:spacing w:line="360" w:lineRule="auto"/>
        <w:jc w:val="both"/>
        <w:textAlignment w:val="center"/>
        <w:rPr>
          <w:color w:val="000000"/>
        </w:rPr>
      </w:pPr>
      <w:r>
        <w:rPr>
          <w:rFonts w:ascii="宋体" w:hAnsi="宋体" w:eastAsia="宋体" w:cs="宋体"/>
          <w:color w:val="000000"/>
        </w:rPr>
        <w:t>②从</w:t>
      </w:r>
      <w:r>
        <w:pict>
          <v:shape id="_x0000_i71518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10" o:title="eqId5963abe8f421bd99a2aaa94831a951e9"/>
            <o:lock v:ext="edit" aspectratio="t"/>
            <w10:wrap type="none"/>
            <w10:anchorlock/>
          </v:shape>
        </w:pict>
      </w:r>
      <w:r>
        <w:rPr>
          <w:rFonts w:ascii="宋体" w:hAnsi="宋体" w:eastAsia="宋体" w:cs="宋体"/>
          <w:color w:val="000000"/>
        </w:rPr>
        <w:t>类数中任意取出</w:t>
      </w:r>
      <w:r>
        <w:pict>
          <v:shape id="_x0000_i715182"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411" o:title="eqId58b184c94e38f1e5dbe750b2168c2a37"/>
            <o:lock v:ext="edit" aspectratio="t"/>
            <w10:wrap type="none"/>
            <w10:anchorlock/>
          </v:shape>
        </w:pict>
      </w:r>
      <w:r>
        <w:rPr>
          <w:rFonts w:ascii="宋体" w:hAnsi="宋体" w:eastAsia="宋体" w:cs="宋体"/>
          <w:color w:val="000000"/>
        </w:rPr>
        <w:t>个数，从</w:t>
      </w:r>
      <w:r>
        <w:pict>
          <v:shape id="_x0000_i71518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12" o:title="eqId7f9e8449aad35c5d840a3395ea86df6d"/>
            <o:lock v:ext="edit" aspectratio="t"/>
            <w10:wrap type="none"/>
            <w10:anchorlock/>
          </v:shape>
        </w:pict>
      </w:r>
      <w:r>
        <w:rPr>
          <w:rFonts w:ascii="宋体" w:hAnsi="宋体" w:eastAsia="宋体" w:cs="宋体"/>
          <w:color w:val="000000"/>
        </w:rPr>
        <w:t>类数中任意取出</w:t>
      </w:r>
      <w:r>
        <w:pict>
          <v:shape id="_x0000_i71518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413" o:title="eqId8c748e40ba21ac5063d3bccaa57ef278"/>
            <o:lock v:ext="edit" aspectratio="t"/>
            <w10:wrap type="none"/>
            <w10:anchorlock/>
          </v:shape>
        </w:pict>
      </w:r>
      <w:r>
        <w:rPr>
          <w:rFonts w:ascii="宋体" w:hAnsi="宋体" w:eastAsia="宋体" w:cs="宋体"/>
          <w:color w:val="000000"/>
        </w:rPr>
        <w:t>个数，从</w:t>
      </w:r>
      <w:r>
        <w:pict>
          <v:shape id="_x0000_i71518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14" o:title="eqIdc5db41a1f31d6baee7c69990811edb9f"/>
            <o:lock v:ext="edit" aspectratio="t"/>
            <w10:wrap type="none"/>
            <w10:anchorlock/>
          </v:shape>
        </w:pict>
      </w:r>
      <w:r>
        <w:rPr>
          <w:rFonts w:ascii="宋体" w:hAnsi="宋体" w:eastAsia="宋体" w:cs="宋体"/>
          <w:color w:val="000000"/>
        </w:rPr>
        <w:t>类数中任意取出</w:t>
      </w:r>
      <w:r>
        <w:pict>
          <v:shape id="_x0000_i715186"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415" o:title="eqIdfeda926749de04fa585f73f84c568f0c"/>
            <o:lock v:ext="edit" aspectratio="t"/>
            <w10:wrap type="none"/>
            <w10:anchorlock/>
          </v:shape>
        </w:pict>
      </w:r>
      <w:r>
        <w:rPr>
          <w:rFonts w:ascii="宋体" w:hAnsi="宋体" w:eastAsia="宋体" w:cs="宋体"/>
          <w:color w:val="000000"/>
        </w:rPr>
        <w:t>个数，把它们的余数相加，得</w:t>
      </w:r>
      <w:r>
        <w:pict>
          <v:shape id="_x0000_i715187" o:spt="75" alt="学科网(www.zxxk.com)--教育资源门户，提供试卷、教案、课件、论文、素材以及各类教学资源下载，还有大量而丰富的教学相关资讯！" type="#_x0000_t75" style="height:14.05pt;width:124.85pt;" o:ole="t" filled="f" o:preferrelative="t" stroked="f" coordsize="21600,21600">
            <v:path/>
            <v:fill on="f" focussize="0,0"/>
            <v:stroke on="f" joinstyle="miter"/>
            <v:imagedata r:id="rId416" o:title="eqIddf13a6899efc5a9125cbebb3dd9fac32"/>
            <o:lock v:ext="edit" aspectratio="t"/>
            <w10:wrap type="none"/>
            <w10:anchorlock/>
          </v:shape>
        </w:pict>
      </w:r>
      <w:r>
        <w:rPr>
          <w:rFonts w:ascii="宋体" w:hAnsi="宋体" w:eastAsia="宋体" w:cs="宋体"/>
          <w:color w:val="000000"/>
        </w:rPr>
        <w:t>，</w:t>
      </w:r>
      <w:r>
        <w:pict>
          <v:shape id="_x0000_i715188" o:spt="75" alt="学科网(www.zxxk.com)--教育资源门户，提供试卷、教案、课件、论文、素材以及各类教学资源下载，还有大量而丰富的教学相关资讯！" type="#_x0000_t75" style="height:14.05pt;width:85.1pt;" o:ole="t" filled="f" o:preferrelative="t" stroked="f" coordsize="21600,21600">
            <v:path/>
            <v:fill on="f" focussize="0,0"/>
            <v:stroke on="f" joinstyle="miter"/>
            <v:imagedata r:id="rId417" o:title="eqId87d5d4be62622800a85b8533074c2dc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∴余数为</w:t>
      </w:r>
      <w:r>
        <w:pict>
          <v:shape id="_x0000_i715189"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418" o:title="eqId61128ab996360a038e6e64d82fcba004"/>
            <o:lock v:ext="edit" aspectratio="t"/>
            <w10:wrap type="none"/>
            <w10:anchorlock/>
          </v:shape>
        </w:pict>
      </w:r>
      <w:r>
        <w:rPr>
          <w:rFonts w:ascii="宋体" w:hAnsi="宋体" w:eastAsia="宋体" w:cs="宋体"/>
          <w:color w:val="000000"/>
        </w:rPr>
        <w:t>，属于</w:t>
      </w:r>
      <w:r>
        <w:pict>
          <v:shape id="_x0000_i71519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19" o:title="eqId7f9e8449aad35c5d840a3395ea86df6d"/>
            <o:lock v:ext="edit" aspectratio="t"/>
            <w10:wrap type="none"/>
            <w10:anchorlock/>
          </v:shape>
        </w:pict>
      </w:r>
      <w:r>
        <w:rPr>
          <w:rFonts w:ascii="宋体" w:hAnsi="宋体" w:eastAsia="宋体" w:cs="宋体"/>
          <w:color w:val="000000"/>
        </w:rPr>
        <w:t>类，</w:t>
      </w:r>
    </w:p>
    <w:p>
      <w:pPr>
        <w:spacing w:line="360" w:lineRule="auto"/>
        <w:jc w:val="left"/>
        <w:textAlignment w:val="center"/>
        <w:rPr>
          <w:color w:val="000000"/>
        </w:rPr>
      </w:pPr>
      <w:r>
        <w:rPr>
          <w:rFonts w:ascii="宋体" w:hAnsi="宋体" w:eastAsia="宋体" w:cs="宋体"/>
          <w:color w:val="000000"/>
        </w:rPr>
        <w:t>故答案为：①</w:t>
      </w:r>
      <w:r>
        <w:pict>
          <v:shape id="_x0000_i71519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20" o:title="eqId7f9e8449aad35c5d840a3395ea86df6d"/>
            <o:lock v:ext="edit" aspectratio="t"/>
            <w10:wrap type="none"/>
            <w10:anchorlock/>
          </v:shape>
        </w:pict>
      </w:r>
      <w:r>
        <w:rPr>
          <w:rFonts w:ascii="宋体" w:hAnsi="宋体" w:eastAsia="宋体" w:cs="宋体"/>
          <w:color w:val="000000"/>
        </w:rPr>
        <w:t>；②</w:t>
      </w:r>
      <w:r>
        <w:pict>
          <v:shape id="_x0000_i71519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20" o:title="eqId7f9e8449aad35c5d840a3395ea86df6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本题考查了新定义的应用和有理数的除法，解题的关键是熟练掌握新定义进行解答．</w:t>
      </w:r>
    </w:p>
    <w:p>
      <w:pPr>
        <w:pStyle w:val="Heading2"/>
      </w:pPr>
      <w:r>
        <w:t>朝阳区北京市陈经纶中学分校</w:t>
      </w:r>
    </w:p>
    <w:p>
      <w:pPr>
        <w:spacing w:line="360" w:lineRule="auto"/>
        <w:jc w:val="left"/>
        <w:textAlignment w:val="center"/>
        <w:rPr>
          <w:color w:val="000000"/>
        </w:rPr>
      </w:pPr>
      <w:r>
        <w:rPr>
          <w:color w:val="000000"/>
        </w:rPr>
        <w:t xml:space="preserve">21. </w:t>
      </w:r>
      <w:r>
        <w:rPr>
          <w:rFonts w:ascii="宋体" w:hAnsi="宋体" w:eastAsia="宋体" w:cs="宋体"/>
          <w:color w:val="000000"/>
        </w:rPr>
        <w:t>有一种“二十四点”的游戏，其游戏规则是这样的：任取四个</w:t>
      </w:r>
      <w:r>
        <w:rPr>
          <w:rFonts w:ascii="Times New Roman" w:hAnsi="Times New Roman" w:eastAsia="Times New Roman" w:cs="Times New Roman"/>
          <w:color w:val="000000"/>
        </w:rPr>
        <w:t>1</w:t>
      </w:r>
      <w:r>
        <w:rPr>
          <w:rFonts w:ascii="宋体" w:hAnsi="宋体" w:eastAsia="宋体" w:cs="宋体"/>
          <w:color w:val="000000"/>
        </w:rPr>
        <w:t>至</w:t>
      </w:r>
      <w:r>
        <w:rPr>
          <w:rFonts w:ascii="Times New Roman" w:hAnsi="Times New Roman" w:eastAsia="Times New Roman" w:cs="Times New Roman"/>
          <w:color w:val="000000"/>
        </w:rPr>
        <w:t>13</w:t>
      </w:r>
      <w:r>
        <w:rPr>
          <w:rFonts w:ascii="宋体" w:hAnsi="宋体" w:eastAsia="宋体" w:cs="宋体"/>
          <w:color w:val="000000"/>
        </w:rPr>
        <w:t>之间的自然数，将这四个数（每个数用且只能用一次）进行加减乘除四则运算，使其结果等于</w:t>
      </w:r>
      <w:r>
        <w:rPr>
          <w:rFonts w:ascii="Times New Roman" w:hAnsi="Times New Roman" w:eastAsia="Times New Roman" w:cs="Times New Roman"/>
          <w:color w:val="000000"/>
        </w:rPr>
        <w:t>24</w:t>
      </w:r>
      <w:r>
        <w:rPr>
          <w:rFonts w:ascii="宋体" w:hAnsi="宋体" w:eastAsia="宋体" w:cs="宋体"/>
          <w:color w:val="000000"/>
        </w:rPr>
        <w:t>．例如对</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，可作如下运算：</w:t>
      </w:r>
      <w:r>
        <w:pict>
          <v:shape id="_x0000_i715193" o:spt="75" alt="学科网(www.zxxk.com)--教育资源门户，提供试卷、教案、课件、论文、素材以及各类教学资源下载，还有大量而丰富的教学相关资讯！" type="#_x0000_t75" style="height:20.25pt;width:89.25pt;" o:ole="t" filled="f" o:preferrelative="t" stroked="f" coordsize="21600,21600">
            <v:path/>
            <v:fill on="f" focussize="0,0"/>
            <v:stroke on="f" joinstyle="miter"/>
            <v:imagedata r:id="rId421" o:title="eqId989d0ae7153239f6deb7eceda51daff2"/>
            <o:lock v:ext="edit" aspectratio="t"/>
            <w10:wrap type="none"/>
            <w10:anchorlock/>
          </v:shape>
        </w:pict>
      </w:r>
      <w:r>
        <w:rPr>
          <w:rFonts w:ascii="宋体" w:hAnsi="宋体" w:eastAsia="宋体" w:cs="宋体"/>
          <w:color w:val="000000"/>
        </w:rPr>
        <w:t>．（上述运算与</w:t>
      </w:r>
      <w:r>
        <w:pict>
          <v:shape id="_x0000_i715194" o:spt="75" alt="学科网(www.zxxk.com)--教育资源门户，提供试卷、教案、课件、论文、素材以及各类教学资源下载，还有大量而丰富的教学相关资讯！" type="#_x0000_t75" style="height:20.4pt;width:65.4pt;" o:ole="t" filled="f" o:preferrelative="t" stroked="f" coordsize="21600,21600">
            <v:path/>
            <v:fill on="f" focussize="0,0"/>
            <v:stroke on="f" joinstyle="miter"/>
            <v:imagedata r:id="rId422" o:title="eqId8689ec36f78b990b4dba91f4a06979b9"/>
            <o:lock v:ext="edit" aspectratio="t"/>
            <w10:wrap type="none"/>
            <w10:anchorlock/>
          </v:shape>
        </w:pict>
      </w:r>
      <w:r>
        <w:rPr>
          <w:rFonts w:ascii="宋体" w:hAnsi="宋体" w:eastAsia="宋体" w:cs="宋体"/>
          <w:color w:val="000000"/>
        </w:rPr>
        <w:t>视为相同方法的运算）</w:t>
      </w:r>
    </w:p>
    <w:p>
      <w:pPr>
        <w:spacing w:line="360" w:lineRule="auto"/>
        <w:jc w:val="left"/>
        <w:textAlignment w:val="center"/>
        <w:rPr>
          <w:color w:val="000000"/>
        </w:rPr>
      </w:pPr>
      <w:r>
        <w:rPr>
          <w:color w:val="000000"/>
        </w:rPr>
        <w:t>（1）</w:t>
      </w:r>
      <w:r>
        <w:rPr>
          <w:rFonts w:ascii="宋体" w:hAnsi="宋体" w:eastAsia="宋体" w:cs="宋体"/>
          <w:color w:val="000000"/>
        </w:rPr>
        <w:t>现有四个有理数</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pict>
          <v:shape id="_x0000_i715195"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423" o:title="eqId01317332a203c898536b1d0459f51d2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，运用上述规则写出两种不同方法的运算式，可以使用括号，使其结果等于</w:t>
      </w:r>
      <w:r>
        <w:rPr>
          <w:rFonts w:ascii="Times New Roman" w:hAnsi="Times New Roman" w:eastAsia="Times New Roman" w:cs="Times New Roman"/>
          <w:color w:val="000000"/>
        </w:rPr>
        <w:t>24.</w:t>
      </w:r>
      <w:r>
        <w:rPr>
          <w:rFonts w:ascii="宋体" w:hAnsi="宋体" w:eastAsia="宋体" w:cs="宋体"/>
          <w:color w:val="000000"/>
        </w:rPr>
        <w:t>运算式如下：</w:t>
      </w:r>
    </w:p>
    <w:p>
      <w:pPr>
        <w:spacing w:line="360" w:lineRule="auto"/>
        <w:jc w:val="left"/>
        <w:textAlignment w:val="center"/>
        <w:rPr>
          <w:color w:val="000000"/>
        </w:rPr>
      </w:pPr>
      <w:r>
        <w:rPr>
          <w:rFonts w:ascii="宋体" w:hAnsi="宋体" w:eastAsia="宋体" w:cs="宋体"/>
          <w:color w:val="000000"/>
        </w:rPr>
        <w:t>①______________，②_______________；</w:t>
      </w:r>
    </w:p>
    <w:p>
      <w:pPr>
        <w:spacing w:line="360" w:lineRule="auto"/>
        <w:jc w:val="left"/>
        <w:textAlignment w:val="center"/>
        <w:rPr>
          <w:color w:val="000000"/>
        </w:rPr>
      </w:pPr>
      <w:r>
        <w:rPr>
          <w:color w:val="000000"/>
        </w:rPr>
        <w:t>（2）</w:t>
      </w:r>
      <w:r>
        <w:rPr>
          <w:rFonts w:ascii="宋体" w:hAnsi="宋体" w:eastAsia="宋体" w:cs="宋体"/>
          <w:color w:val="000000"/>
        </w:rPr>
        <w:t>另有四个有理数</w:t>
      </w:r>
      <w:r>
        <w:rPr>
          <w:rFonts w:ascii="Times New Roman" w:hAnsi="Times New Roman" w:eastAsia="Times New Roman" w:cs="Times New Roman"/>
          <w:color w:val="000000"/>
        </w:rPr>
        <w:t>3</w:t>
      </w:r>
      <w:r>
        <w:rPr>
          <w:rFonts w:ascii="宋体" w:hAnsi="宋体" w:eastAsia="宋体" w:cs="宋体"/>
          <w:color w:val="000000"/>
        </w:rPr>
        <w:t>，</w:t>
      </w:r>
      <w:r>
        <w:pict>
          <v:shape id="_x0000_i71519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24" o:title="eqIdd13ce3ebd1112220c639562739f1f9d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pict>
          <v:shape id="_x0000_i715197" o:spt="75" alt="学科网(www.zxxk.com)--教育资源门户，提供试卷、教案、课件、论文、素材以及各类教学资源下载，还有大量而丰富的教学相关资讯！" type="#_x0000_t75" style="height:13.8pt;width:22.2pt;" o:ole="t" filled="f" o:preferrelative="t" stroked="f" coordsize="21600,21600">
            <v:path/>
            <v:fill on="f" focussize="0,0"/>
            <v:stroke on="f" joinstyle="miter"/>
            <v:imagedata r:id="rId425" o:title="eqId77424dbdd740737b4ec75d62cdd08b27"/>
            <o:lock v:ext="edit" aspectratio="t"/>
            <w10:wrap type="none"/>
            <w10:anchorlock/>
          </v:shape>
        </w:pict>
      </w:r>
      <w:r>
        <w:rPr>
          <w:rFonts w:ascii="宋体" w:hAnsi="宋体" w:eastAsia="宋体" w:cs="宋体"/>
          <w:color w:val="000000"/>
        </w:rPr>
        <w:t>，可通过运算式_______________使其结果等于</w:t>
      </w:r>
      <w:r>
        <w:rPr>
          <w:rFonts w:ascii="Times New Roman" w:hAnsi="Times New Roman" w:eastAsia="Times New Roman" w:cs="Times New Roman"/>
          <w:color w:val="000000"/>
        </w:rPr>
        <w:t>24</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5198" o:spt="75" alt="学科网(www.zxxk.com)--教育资源门户，提供试卷、教案、课件、论文、素材以及各类教学资源下载，还有大量而丰富的教学相关资讯！" type="#_x0000_t75" style="height:22pt;width:89pt;" o:ole="t" filled="f" o:preferrelative="t" stroked="f" coordsize="21600,21600">
            <v:path/>
            <v:fill on="f" focussize="0,0"/>
            <v:stroke on="f" joinstyle="miter"/>
            <v:imagedata r:id="rId426" o:title="eqIdd75d73e9b1de3e3abbbc5572fe30a86f"/>
            <o:lock v:ext="edit" aspectratio="t"/>
            <w10:wrap type="none"/>
            <w10:anchorlock/>
          </v:shape>
        </w:pict>
      </w:r>
      <w:r>
        <w:rPr>
          <w:rFonts w:ascii="宋体" w:hAnsi="宋体" w:eastAsia="宋体" w:cs="宋体"/>
          <w:color w:val="000000"/>
        </w:rPr>
        <w:t>，</w:t>
      </w:r>
      <w:r>
        <w:pict>
          <v:shape id="_x0000_i715199" o:spt="75" alt="学科网(www.zxxk.com)--教育资源门户，提供试卷、教案、课件、论文、素材以及各类教学资源下载，还有大量而丰富的教学相关资讯！" type="#_x0000_t75" style="height:20pt;width:78pt;" o:ole="t" filled="f" o:preferrelative="t" stroked="f" coordsize="21600,21600">
            <v:path/>
            <v:fill on="f" focussize="0,0"/>
            <v:stroke on="f" joinstyle="miter"/>
            <v:imagedata r:id="rId427" o:title="eqId2cebe64f3823f59def9420b01c581358"/>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5200" o:spt="75" alt="学科网(www.zxxk.com)--教育资源门户，提供试卷、教案、课件、论文、素材以及各类教学资源下载，还有大量而丰富的教学相关资讯！" type="#_x0000_t75" style="height:22pt;width:96pt;" o:ole="t" filled="f" o:preferrelative="t" stroked="f" coordsize="21600,21600">
            <v:path/>
            <v:fill on="f" focussize="0,0"/>
            <v:stroke on="f" joinstyle="miter"/>
            <v:imagedata r:id="rId428" o:title="eqIdfcf98abe2f4c182bb40d7e359ba7b2f6"/>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）根据游戏规则，在给定的数字之间，添加任意的加减乘除符号，使其结果等于</w:t>
      </w:r>
      <w:r>
        <w:rPr>
          <w:rFonts w:ascii="Times New Roman" w:hAnsi="Times New Roman" w:eastAsia="Times New Roman" w:cs="Times New Roman"/>
          <w:color w:val="000000"/>
        </w:rPr>
        <w:t>24</w:t>
      </w:r>
      <w:r>
        <w:rPr>
          <w:rFonts w:ascii="宋体" w:hAnsi="宋体" w:eastAsia="宋体" w:cs="宋体"/>
          <w:color w:val="000000"/>
        </w:rPr>
        <w:t>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）根据游戏规则，在给定的数字之间，添加任意的加减乘除符号，使其结果等于</w:t>
      </w:r>
      <w:r>
        <w:rPr>
          <w:rFonts w:ascii="Times New Roman" w:hAnsi="Times New Roman" w:eastAsia="Times New Roman" w:cs="Times New Roman"/>
          <w:color w:val="000000"/>
        </w:rPr>
        <w:t>24</w:t>
      </w:r>
      <w:r>
        <w:rPr>
          <w:rFonts w:ascii="宋体" w:hAnsi="宋体" w:eastAsia="宋体" w:cs="宋体"/>
          <w:color w:val="000000"/>
        </w:rPr>
        <w:t>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5201" o:spt="75" alt="学科网(www.zxxk.com)--教育资源门户，提供试卷、教案、课件、论文、素材以及各类教学资源下载，还有大量而丰富的教学相关资讯！" type="#_x0000_t75" style="height:22pt;width:234pt;" o:ole="t" filled="f" o:preferrelative="t" stroked="f" coordsize="21600,21600">
            <v:path/>
            <v:fill on="f" focussize="0,0"/>
            <v:stroke on="f" joinstyle="miter"/>
            <v:imagedata r:id="rId429" o:title="eqId012049afec8238d94df091b4c7ce6076"/>
            <o:lock v:ext="edit" aspectratio="t"/>
            <w10:wrap type="none"/>
            <w10:anchorlock/>
          </v:shape>
        </w:pict>
      </w:r>
      <w:r>
        <w:rPr>
          <w:rFonts w:ascii="宋体" w:hAnsi="宋体" w:eastAsia="宋体" w:cs="宋体"/>
          <w:color w:val="000000"/>
        </w:rPr>
        <w:t>，</w:t>
      </w:r>
      <w:r>
        <w:pict>
          <v:shape id="_x0000_i715202" o:spt="75" alt="学科网(www.zxxk.com)--教育资源门户，提供试卷、教案、课件、论文、素材以及各类教学资源下载，还有大量而丰富的教学相关资讯！" type="#_x0000_t75" style="height:20pt;width:162pt;" o:ole="t" filled="f" o:preferrelative="t" stroked="f" coordsize="21600,21600">
            <v:path/>
            <v:fill on="f" focussize="0,0"/>
            <v:stroke on="f" joinstyle="miter"/>
            <v:imagedata r:id="rId430" o:title="eqId363d3cfc6c5f0bbb17038fd32c75889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20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31" o:title="eqId2de0d10ef8b748d4531250c37c5d3f9e"/>
            <o:lock v:ext="edit" aspectratio="t"/>
            <w10:wrap type="none"/>
            <w10:anchorlock/>
          </v:shape>
        </w:pict>
      </w:r>
      <w:r>
        <w:rPr>
          <w:rFonts w:ascii="宋体" w:hAnsi="宋体" w:eastAsia="宋体" w:cs="宋体"/>
          <w:color w:val="000000"/>
        </w:rPr>
        <w:t>运算式为</w:t>
      </w:r>
      <w:r>
        <w:pict>
          <v:shape id="_x0000_i715204" o:spt="75" alt="学科网(www.zxxk.com)--教育资源门户，提供试卷、教案、课件、论文、素材以及各类教学资源下载，还有大量而丰富的教学相关资讯！" type="#_x0000_t75" style="height:22pt;width:101pt;" o:ole="t" filled="f" o:preferrelative="t" stroked="f" coordsize="21600,21600">
            <v:path/>
            <v:fill on="f" focussize="0,0"/>
            <v:stroke on="f" joinstyle="miter"/>
            <v:imagedata r:id="rId432" o:title="eqId2aca8618eb9d64c3acdc9dafc1a11d2a"/>
            <o:lock v:ext="edit" aspectratio="t"/>
            <w10:wrap type="none"/>
            <w10:anchorlock/>
          </v:shape>
        </w:pict>
      </w:r>
      <w:r>
        <w:rPr>
          <w:rFonts w:ascii="宋体" w:hAnsi="宋体" w:eastAsia="宋体" w:cs="宋体"/>
          <w:color w:val="000000"/>
        </w:rPr>
        <w:t>，</w:t>
      </w:r>
      <w:r>
        <w:pict>
          <v:shape id="_x0000_i715205" o:spt="75" alt="学科网(www.zxxk.com)--教育资源门户，提供试卷、教案、课件、论文、素材以及各类教学资源下载，还有大量而丰富的教学相关资讯！" type="#_x0000_t75" style="height:20pt;width:90pt;" o:ole="t" filled="f" o:preferrelative="t" stroked="f" coordsize="21600,21600">
            <v:path/>
            <v:fill on="f" focussize="0,0"/>
            <v:stroke on="f" joinstyle="miter"/>
            <v:imagedata r:id="rId433" o:title="eqIdf19ce3c2cb1a998dfc9c7b048295264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5206" o:spt="75" alt="学科网(www.zxxk.com)--教育资源门户，提供试卷、教案、课件、论文、素材以及各类教学资源下载，还有大量而丰富的教学相关资讯！" type="#_x0000_t75" style="height:22pt;width:89pt;" o:ole="t" filled="f" o:preferrelative="t" stroked="f" coordsize="21600,21600">
            <v:path/>
            <v:fill on="f" focussize="0,0"/>
            <v:stroke on="f" joinstyle="miter"/>
            <v:imagedata r:id="rId434" o:title="eqIdd75d73e9b1de3e3abbbc5572fe30a86f"/>
            <o:lock v:ext="edit" aspectratio="t"/>
            <w10:wrap type="none"/>
            <w10:anchorlock/>
          </v:shape>
        </w:pict>
      </w:r>
      <w:r>
        <w:rPr>
          <w:rFonts w:ascii="宋体" w:hAnsi="宋体" w:eastAsia="宋体" w:cs="宋体"/>
          <w:color w:val="000000"/>
        </w:rPr>
        <w:t>，</w:t>
      </w:r>
      <w:r>
        <w:pict>
          <v:shape id="_x0000_i715207" o:spt="75" alt="学科网(www.zxxk.com)--教育资源门户，提供试卷、教案、课件、论文、素材以及各类教学资源下载，还有大量而丰富的教学相关资讯！" type="#_x0000_t75" style="height:20pt;width:78pt;" o:ole="t" filled="f" o:preferrelative="t" stroked="f" coordsize="21600,21600">
            <v:path/>
            <v:fill on="f" focussize="0,0"/>
            <v:stroke on="f" joinstyle="miter"/>
            <v:imagedata r:id="rId435" o:title="eqId2cebe64f3823f59def9420b01c58135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pict>
          <v:shape id="_x0000_i715208" o:spt="75" alt="学科网(www.zxxk.com)--教育资源门户，提供试卷、教案、课件、论文、素材以及各类教学资源下载，还有大量而丰富的教学相关资讯！" type="#_x0000_t75" style="height:22pt;width:234pt;" o:ole="t" filled="f" o:preferrelative="t" stroked="f" coordsize="21600,21600">
            <v:path/>
            <v:fill on="f" focussize="0,0"/>
            <v:stroke on="f" joinstyle="miter"/>
            <v:imagedata r:id="rId436" o:title="eqId1eac60df52a5e445f67530e7ada4497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20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37" o:title="eqId2de0d10ef8b748d4531250c37c5d3f9e"/>
            <o:lock v:ext="edit" aspectratio="t"/>
            <w10:wrap type="none"/>
            <w10:anchorlock/>
          </v:shape>
        </w:pict>
      </w:r>
      <w:r>
        <w:rPr>
          <w:rFonts w:ascii="宋体" w:hAnsi="宋体" w:eastAsia="宋体" w:cs="宋体"/>
          <w:color w:val="000000"/>
        </w:rPr>
        <w:t>有理数</w:t>
      </w:r>
      <w:r>
        <w:rPr>
          <w:rFonts w:ascii="Times New Roman" w:hAnsi="Times New Roman" w:eastAsia="Times New Roman" w:cs="Times New Roman"/>
          <w:color w:val="000000"/>
        </w:rPr>
        <w:t>3</w:t>
      </w:r>
      <w:r>
        <w:rPr>
          <w:rFonts w:ascii="宋体" w:hAnsi="宋体" w:eastAsia="宋体" w:cs="宋体"/>
          <w:color w:val="000000"/>
        </w:rPr>
        <w:t>，</w:t>
      </w:r>
      <w:r>
        <w:pict>
          <v:shape id="_x0000_i71521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38" o:title="eqIdd13ce3ebd1112220c639562739f1f9d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pict>
          <v:shape id="_x0000_i715211" o:spt="75" alt="学科网(www.zxxk.com)--教育资源门户，提供试卷、教案、课件、论文、素材以及各类教学资源下载，还有大量而丰富的教学相关资讯！" type="#_x0000_t75" style="height:13.8pt;width:22.2pt;" o:ole="t" filled="f" o:preferrelative="t" stroked="f" coordsize="21600,21600">
            <v:path/>
            <v:fill on="f" focussize="0,0"/>
            <v:stroke on="f" joinstyle="miter"/>
            <v:imagedata r:id="rId439" o:title="eqId77424dbdd740737b4ec75d62cdd08b27"/>
            <o:lock v:ext="edit" aspectratio="t"/>
            <w10:wrap type="none"/>
            <w10:anchorlock/>
          </v:shape>
        </w:pict>
      </w:r>
      <w:r>
        <w:rPr>
          <w:rFonts w:ascii="宋体" w:hAnsi="宋体" w:eastAsia="宋体" w:cs="宋体"/>
          <w:color w:val="000000"/>
        </w:rPr>
        <w:t>，可通过运算式</w:t>
      </w:r>
      <w:r>
        <w:pict>
          <v:shape id="_x0000_i715212" o:spt="75" alt="学科网(www.zxxk.com)--教育资源门户，提供试卷、教案、课件、论文、素材以及各类教学资源下载，还有大量而丰富的教学相关资讯！" type="#_x0000_t75" style="height:22pt;width:96pt;" o:ole="t" filled="f" o:preferrelative="t" stroked="f" coordsize="21600,21600">
            <v:path/>
            <v:fill on="f" focussize="0,0"/>
            <v:stroke on="f" joinstyle="miter"/>
            <v:imagedata r:id="rId440" o:title="eqIdfcf98abe2f4c182bb40d7e359ba7b2f6"/>
            <o:lock v:ext="edit" aspectratio="t"/>
            <w10:wrap type="none"/>
            <w10:anchorlock/>
          </v:shape>
        </w:pict>
      </w:r>
      <w:r>
        <w:rPr>
          <w:rFonts w:ascii="宋体" w:hAnsi="宋体" w:eastAsia="宋体" w:cs="宋体"/>
          <w:color w:val="000000"/>
        </w:rPr>
        <w:t>使其结果等于</w:t>
      </w:r>
      <w:r>
        <w:rPr>
          <w:rFonts w:ascii="Times New Roman" w:hAnsi="Times New Roman" w:eastAsia="Times New Roman" w:cs="Times New Roman"/>
          <w:color w:val="000000"/>
        </w:rPr>
        <w:t>24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5213" o:spt="75" alt="学科网(www.zxxk.com)--教育资源门户，提供试卷、教案、课件、论文、素材以及各类教学资源下载，还有大量而丰富的教学相关资讯！" type="#_x0000_t75" style="height:22pt;width:96pt;" o:ole="t" filled="f" o:preferrelative="t" stroked="f" coordsize="21600,21600">
            <v:path/>
            <v:fill on="f" focussize="0,0"/>
            <v:stroke on="f" joinstyle="miter"/>
            <v:imagedata r:id="rId441" o:title="eqIdfcf98abe2f4c182bb40d7e359ba7b2f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本题主要考查了有理数的混合运算—算“</w:t>
      </w:r>
      <w:r>
        <w:rPr>
          <w:rFonts w:ascii="Times New Roman" w:hAnsi="Times New Roman" w:eastAsia="Times New Roman" w:cs="Times New Roman"/>
          <w:color w:val="000000"/>
        </w:rPr>
        <w:t>24</w:t>
      </w:r>
      <w:r>
        <w:rPr>
          <w:rFonts w:ascii="宋体" w:hAnsi="宋体" w:eastAsia="宋体" w:cs="宋体"/>
          <w:color w:val="000000"/>
        </w:rPr>
        <w:t>”点，灵活运算运算法则和运算顺序是解题的关键．</w:t>
      </w:r>
    </w:p>
    <w:p>
      <w:pPr>
        <w:spacing w:line="360" w:lineRule="auto"/>
        <w:jc w:val="left"/>
        <w:textAlignment w:val="center"/>
        <w:rPr>
          <w:color w:val="000000"/>
        </w:rPr>
      </w:pPr>
      <w:r>
        <w:rPr>
          <w:color w:val="000000"/>
        </w:rPr>
        <w:t xml:space="preserve">22. </w:t>
      </w:r>
      <w:r>
        <w:rPr>
          <w:rFonts w:ascii="宋体" w:hAnsi="宋体" w:eastAsia="宋体" w:cs="宋体"/>
          <w:color w:val="000000"/>
        </w:rPr>
        <w:t>在数轴上，点</w:t>
      </w:r>
      <w:r>
        <w:pict>
          <v:shape id="_x0000_i71521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42" o:title="eqId5963abe8f421bd99a2aaa94831a951e9"/>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，点</w:t>
      </w:r>
      <w:r>
        <w:pict>
          <v:shape id="_x0000_i71521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43"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．对于数轴上的图形</w:t>
      </w:r>
      <w:r>
        <w:pict>
          <v:shape id="_x0000_i71521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44" o:title="eqIdac047e91852b91af639feec23a9598b2"/>
            <o:lock v:ext="edit" aspectratio="t"/>
            <w10:wrap type="none"/>
            <w10:anchorlock/>
          </v:shape>
        </w:pict>
      </w:r>
      <w:r>
        <w:rPr>
          <w:rFonts w:ascii="宋体" w:hAnsi="宋体" w:eastAsia="宋体" w:cs="宋体"/>
          <w:color w:val="000000"/>
        </w:rPr>
        <w:t>，给出如下定义；</w:t>
      </w:r>
      <w:r>
        <w:pict>
          <v:shape id="_x0000_i71521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45" o:title="eqIddad2a36927223bd70f426ba06aea4b45"/>
            <o:lock v:ext="edit" aspectratio="t"/>
            <w10:wrap type="none"/>
            <w10:anchorlock/>
          </v:shape>
        </w:pict>
      </w:r>
      <w:r>
        <w:rPr>
          <w:rFonts w:ascii="宋体" w:hAnsi="宋体" w:eastAsia="宋体" w:cs="宋体"/>
          <w:color w:val="000000"/>
        </w:rPr>
        <w:t>为图形</w:t>
      </w:r>
      <w:r>
        <w:pict>
          <v:shape id="_x0000_i715218"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44" o:title="eqIdac047e91852b91af639feec23a9598b2"/>
            <o:lock v:ext="edit" aspectratio="t"/>
            <w10:wrap type="none"/>
            <w10:anchorlock/>
          </v:shape>
        </w:pict>
      </w:r>
      <w:r>
        <w:rPr>
          <w:rFonts w:ascii="宋体" w:hAnsi="宋体" w:eastAsia="宋体" w:cs="宋体"/>
          <w:color w:val="000000"/>
        </w:rPr>
        <w:t>上任意一点，</w:t>
      </w:r>
      <w:r>
        <w:pict>
          <v:shape id="_x0000_i715219"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446" o:title="eqIdacc290b44635265137fdf13146b6a6d9"/>
            <o:lock v:ext="edit" aspectratio="t"/>
            <w10:wrap type="none"/>
            <w10:anchorlock/>
          </v:shape>
        </w:pict>
      </w:r>
      <w:r>
        <w:rPr>
          <w:rFonts w:ascii="宋体" w:hAnsi="宋体" w:eastAsia="宋体" w:cs="宋体"/>
          <w:color w:val="000000"/>
        </w:rPr>
        <w:t>为线段</w:t>
      </w:r>
      <w:r>
        <w:pict>
          <v:shape id="_x0000_i71522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7" o:title="eqIdf52a58fbaf4fea03567e88a9f0f6e37e"/>
            <o:lock v:ext="edit" aspectratio="t"/>
            <w10:wrap type="none"/>
            <w10:anchorlock/>
          </v:shape>
        </w:pict>
      </w:r>
      <w:r>
        <w:rPr>
          <w:rFonts w:ascii="宋体" w:hAnsi="宋体" w:eastAsia="宋体" w:cs="宋体"/>
          <w:color w:val="000000"/>
        </w:rPr>
        <w:t>上任意一点，如果线段</w:t>
      </w:r>
      <w:r>
        <w:pict>
          <v:shape id="_x0000_i715221"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448" o:title="eqId7a5f1641947153c80b987320885a2b57"/>
            <o:lock v:ext="edit" aspectratio="t"/>
            <w10:wrap type="none"/>
            <w10:anchorlock/>
          </v:shape>
        </w:pict>
      </w:r>
      <w:r>
        <w:rPr>
          <w:rFonts w:ascii="宋体" w:hAnsi="宋体" w:eastAsia="宋体" w:cs="宋体"/>
          <w:color w:val="000000"/>
        </w:rPr>
        <w:t>的长度有最小值，那么称这个最小值为图形</w:t>
      </w:r>
      <w:r>
        <w:pict>
          <v:shape id="_x0000_i71522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44" o:title="eqIdac047e91852b91af639feec23a9598b2"/>
            <o:lock v:ext="edit" aspectratio="t"/>
            <w10:wrap type="none"/>
            <w10:anchorlock/>
          </v:shape>
        </w:pict>
      </w:r>
      <w:r>
        <w:rPr>
          <w:rFonts w:ascii="宋体" w:hAnsi="宋体" w:eastAsia="宋体" w:cs="宋体"/>
          <w:color w:val="000000"/>
        </w:rPr>
        <w:t>关于线段</w:t>
      </w:r>
      <w:r>
        <w:pict>
          <v:shape id="_x0000_i71522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7" o:title="eqIdf52a58fbaf4fea03567e88a9f0f6e37e"/>
            <o:lock v:ext="edit" aspectratio="t"/>
            <w10:wrap type="none"/>
            <w10:anchorlock/>
          </v:shape>
        </w:pict>
      </w:r>
      <w:r>
        <w:rPr>
          <w:rFonts w:ascii="宋体" w:hAnsi="宋体" w:eastAsia="宋体" w:cs="宋体"/>
          <w:color w:val="000000"/>
        </w:rPr>
        <w:t>的极小距离，记作</w:t>
      </w:r>
      <w:r>
        <w:pict>
          <v:shape id="_x0000_i715224"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449" o:title="eqId086ddf5e2bc5c38b31ba53152be55b0a"/>
            <o:lock v:ext="edit" aspectratio="t"/>
            <w10:wrap type="none"/>
            <w10:anchorlock/>
          </v:shape>
        </w:pict>
      </w:r>
      <w:r>
        <w:rPr>
          <w:rFonts w:ascii="宋体" w:hAnsi="宋体" w:eastAsia="宋体" w:cs="宋体"/>
          <w:color w:val="000000"/>
        </w:rPr>
        <w:t>（</w:t>
      </w:r>
      <w:r>
        <w:pict>
          <v:shape id="_x0000_i71522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44" o:title="eqIdac047e91852b91af639feec23a9598b2"/>
            <o:lock v:ext="edit" aspectratio="t"/>
            <w10:wrap type="none"/>
            <w10:anchorlock/>
          </v:shape>
        </w:pict>
      </w:r>
      <w:r>
        <w:rPr>
          <w:rFonts w:ascii="宋体" w:hAnsi="宋体" w:eastAsia="宋体" w:cs="宋体"/>
          <w:color w:val="000000"/>
        </w:rPr>
        <w:t>，线段</w:t>
      </w:r>
      <w:r>
        <w:pict>
          <v:shape id="_x0000_i71522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7" o:title="eqIdf52a58fbaf4fea03567e88a9f0f6e37e"/>
            <o:lock v:ext="edit" aspectratio="t"/>
            <w10:wrap type="none"/>
            <w10:anchorlock/>
          </v:shape>
        </w:pict>
      </w:r>
      <w:r>
        <w:rPr>
          <w:rFonts w:ascii="宋体" w:hAnsi="宋体" w:eastAsia="宋体" w:cs="宋体"/>
          <w:color w:val="000000"/>
        </w:rPr>
        <w:t>）；如果线段</w:t>
      </w:r>
      <w:r>
        <w:pict>
          <v:shape id="_x0000_i715227"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448" o:title="eqId7a5f1641947153c80b987320885a2b57"/>
            <o:lock v:ext="edit" aspectratio="t"/>
            <w10:wrap type="none"/>
            <w10:anchorlock/>
          </v:shape>
        </w:pict>
      </w:r>
      <w:r>
        <w:rPr>
          <w:rFonts w:ascii="宋体" w:hAnsi="宋体" w:eastAsia="宋体" w:cs="宋体"/>
          <w:color w:val="000000"/>
        </w:rPr>
        <w:t>的长度有最大值，那么称这个最大值为图形</w:t>
      </w:r>
      <w:r>
        <w:pict>
          <v:shape id="_x0000_i715228"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44" o:title="eqIdac047e91852b91af639feec23a9598b2"/>
            <o:lock v:ext="edit" aspectratio="t"/>
            <w10:wrap type="none"/>
            <w10:anchorlock/>
          </v:shape>
        </w:pict>
      </w:r>
      <w:r>
        <w:rPr>
          <w:rFonts w:ascii="宋体" w:hAnsi="宋体" w:eastAsia="宋体" w:cs="宋体"/>
          <w:color w:val="000000"/>
        </w:rPr>
        <w:t>关于线段</w:t>
      </w:r>
      <w:r>
        <w:pict>
          <v:shape id="_x0000_i71522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7" o:title="eqIdf52a58fbaf4fea03567e88a9f0f6e37e"/>
            <o:lock v:ext="edit" aspectratio="t"/>
            <w10:wrap type="none"/>
            <w10:anchorlock/>
          </v:shape>
        </w:pict>
      </w:r>
      <w:r>
        <w:rPr>
          <w:rFonts w:ascii="宋体" w:hAnsi="宋体" w:eastAsia="宋体" w:cs="宋体"/>
          <w:color w:val="000000"/>
        </w:rPr>
        <w:t>的极大距离，记作</w:t>
      </w:r>
      <w:r>
        <w:pict>
          <v:shape id="_x0000_i715230"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450" o:title="eqIdca205b1520da75e616d26e7a4efcbc30"/>
            <o:lock v:ext="edit" aspectratio="t"/>
            <w10:wrap type="none"/>
            <w10:anchorlock/>
          </v:shape>
        </w:pict>
      </w:r>
      <w:r>
        <w:rPr>
          <w:rFonts w:ascii="宋体" w:hAnsi="宋体" w:eastAsia="宋体" w:cs="宋体"/>
          <w:color w:val="000000"/>
        </w:rPr>
        <w:t>（</w:t>
      </w:r>
      <w:r>
        <w:pict>
          <v:shape id="_x0000_i71523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444" o:title="eqIdac047e91852b91af639feec23a9598b2"/>
            <o:lock v:ext="edit" aspectratio="t"/>
            <w10:wrap type="none"/>
            <w10:anchorlock/>
          </v:shape>
        </w:pict>
      </w:r>
      <w:r>
        <w:rPr>
          <w:rFonts w:ascii="宋体" w:hAnsi="宋体" w:eastAsia="宋体" w:cs="宋体"/>
          <w:color w:val="000000"/>
        </w:rPr>
        <w:t>，线段</w:t>
      </w:r>
      <w:r>
        <w:pict>
          <v:shape id="_x0000_i71523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7" o:title="eqIdf52a58fbaf4fea03567e88a9f0f6e37e"/>
            <o:lock v:ext="edit" aspectratio="t"/>
            <w10:wrap type="none"/>
            <w10:anchorlock/>
          </v:shape>
        </w:pict>
      </w:r>
      <w:r>
        <w:rPr>
          <w:rFonts w:ascii="宋体" w:hAnsi="宋体" w:eastAsia="宋体" w:cs="宋体"/>
          <w:color w:val="000000"/>
        </w:rPr>
        <w:t>），例如：点</w:t>
      </w:r>
      <w:r>
        <w:pict>
          <v:shape id="_x0000_i715233"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451" o:title="eqIdcf3834d7ec7531f3c3c0ce9b286f7a49"/>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4</w:t>
      </w:r>
      <w:r>
        <w:rPr>
          <w:rFonts w:ascii="宋体" w:hAnsi="宋体" w:eastAsia="宋体" w:cs="宋体"/>
          <w:color w:val="000000"/>
        </w:rPr>
        <w:t>，则</w:t>
      </w:r>
      <w:r>
        <w:pict>
          <v:shape id="_x0000_i715234"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449" o:title="eqId086ddf5e2bc5c38b31ba53152be55b0a"/>
            <o:lock v:ext="edit" aspectratio="t"/>
            <w10:wrap type="none"/>
            <w10:anchorlock/>
          </v:shape>
        </w:pict>
      </w:r>
      <w:r>
        <w:rPr>
          <w:rFonts w:ascii="宋体" w:hAnsi="宋体" w:eastAsia="宋体" w:cs="宋体"/>
          <w:color w:val="000000"/>
        </w:rPr>
        <w:t>（点</w:t>
      </w:r>
      <w:r>
        <w:pict>
          <v:shape id="_x0000_i715235"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451" o:title="eqIdcf3834d7ec7531f3c3c0ce9b286f7a49"/>
            <o:lock v:ext="edit" aspectratio="t"/>
            <w10:wrap type="none"/>
            <w10:anchorlock/>
          </v:shape>
        </w:pict>
      </w:r>
      <w:r>
        <w:rPr>
          <w:rFonts w:ascii="宋体" w:hAnsi="宋体" w:eastAsia="宋体" w:cs="宋体"/>
          <w:color w:val="000000"/>
        </w:rPr>
        <w:t>，线段</w:t>
      </w:r>
      <w:r>
        <w:pict>
          <v:shape id="_x0000_i71523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7" o:title="eqIdf52a58fbaf4fea03567e88a9f0f6e37e"/>
            <o:lock v:ext="edit" aspectratio="t"/>
            <w10:wrap type="none"/>
            <w10:anchorlock/>
          </v:shape>
        </w:pict>
      </w:r>
      <w:r>
        <w:rPr>
          <w:rFonts w:ascii="宋体" w:hAnsi="宋体" w:eastAsia="宋体" w:cs="宋体"/>
          <w:color w:val="000000"/>
        </w:rPr>
        <w:t>）</w:t>
      </w:r>
      <w:r>
        <w:pict>
          <v:shape id="_x0000_i715237" o:spt="75" alt="学科网(www.zxxk.com)--教育资源门户，提供试卷、教案、课件、论文、素材以及各类教学资源下载，还有大量而丰富的教学相关资讯！" type="#_x0000_t75" style="height:12pt;width:15pt;" o:ole="t" filled="f" o:preferrelative="t" stroked="f" coordsize="21600,21600">
            <v:path/>
            <v:fill on="f" focussize="0,0"/>
            <v:stroke on="f" joinstyle="miter"/>
            <v:imagedata r:id="rId452" o:title="eqIdf90bae886c8ab958aa4c693bf8e0627d"/>
            <o:lock v:ext="edit" aspectratio="t"/>
            <w10:wrap type="none"/>
            <w10:anchorlock/>
          </v:shape>
        </w:pict>
      </w:r>
      <w:r>
        <w:rPr>
          <w:rFonts w:ascii="宋体" w:hAnsi="宋体" w:eastAsia="宋体" w:cs="宋体"/>
          <w:color w:val="000000"/>
        </w:rPr>
        <w:t>，</w:t>
      </w:r>
      <w:r>
        <w:pict>
          <v:shape id="_x0000_i715238"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450" o:title="eqIdca205b1520da75e616d26e7a4efcbc30"/>
            <o:lock v:ext="edit" aspectratio="t"/>
            <w10:wrap type="none"/>
            <w10:anchorlock/>
          </v:shape>
        </w:pict>
      </w:r>
      <w:r>
        <w:rPr>
          <w:rFonts w:ascii="宋体" w:hAnsi="宋体" w:eastAsia="宋体" w:cs="宋体"/>
          <w:color w:val="000000"/>
        </w:rPr>
        <w:t>（点</w:t>
      </w:r>
      <w:r>
        <w:pict>
          <v:shape id="_x0000_i715239"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451" o:title="eqIdcf3834d7ec7531f3c3c0ce9b286f7a49"/>
            <o:lock v:ext="edit" aspectratio="t"/>
            <w10:wrap type="none"/>
            <w10:anchorlock/>
          </v:shape>
        </w:pict>
      </w:r>
      <w:r>
        <w:rPr>
          <w:rFonts w:ascii="宋体" w:hAnsi="宋体" w:eastAsia="宋体" w:cs="宋体"/>
          <w:color w:val="000000"/>
        </w:rPr>
        <w:t>，线段</w:t>
      </w:r>
      <w:r>
        <w:pict>
          <v:shape id="_x0000_i71524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7" o:title="eqIdf52a58fbaf4fea03567e88a9f0f6e37e"/>
            <o:lock v:ext="edit" aspectratio="t"/>
            <w10:wrap type="none"/>
            <w10:anchorlock/>
          </v:shape>
        </w:pict>
      </w:r>
      <w:r>
        <w:rPr>
          <w:rFonts w:ascii="宋体" w:hAnsi="宋体" w:eastAsia="宋体" w:cs="宋体"/>
          <w:color w:val="000000"/>
        </w:rPr>
        <w:t>）</w:t>
      </w:r>
      <w:r>
        <w:pict>
          <v:shape id="_x0000_i715241"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453" o:title="eqIdd415dd1391cf359512f7714d4458fee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486150" cy="419100"/>
            <wp:effectExtent l="0" t="0" r="0" b="0"/>
            <wp:docPr id="357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 name="图片 100011" descr="学科网(www.zxxk.com)--教育资源门户，提供试卷、教案、课件、论文、素材以及各类教学资源下载，还有大量而丰富的教学相关资讯！"/>
                    <pic:cNvPicPr>
                      <a:picLocks noChangeAspect="1"/>
                    </pic:cNvPicPr>
                  </pic:nvPicPr>
                  <pic:blipFill>
                    <a:blip r:embed="rId454"/>
                    <a:stretch>
                      <a:fillRect/>
                    </a:stretch>
                  </pic:blipFill>
                  <pic:spPr>
                    <a:xfrm>
                      <a:off x="0" y="0"/>
                      <a:ext cx="3486150" cy="419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已知点</w:t>
      </w:r>
      <w:r>
        <w:pict>
          <v:shape id="_x0000_i71524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55" o:title="eqId1dde8112e8eb968fd042418dd632759e"/>
            <o:lock v:ext="edit" aspectratio="t"/>
            <w10:wrap type="none"/>
            <w10:anchorlock/>
          </v:shape>
        </w:pict>
      </w:r>
      <w:r>
        <w:rPr>
          <w:rFonts w:ascii="宋体" w:hAnsi="宋体" w:eastAsia="宋体" w:cs="宋体"/>
          <w:color w:val="000000"/>
        </w:rPr>
        <w:t>为数轴原点，点</w:t>
      </w:r>
      <w:r>
        <w:pict>
          <v:shape id="_x0000_i715243"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456" o:title="eqId5aa69fd8445d01c98634c2e885b47d5a"/>
            <o:lock v:ext="edit" aspectratio="t"/>
            <w10:wrap type="none"/>
            <w10:anchorlock/>
          </v:shape>
        </w:pict>
      </w:r>
      <w:r>
        <w:rPr>
          <w:rFonts w:ascii="宋体" w:hAnsi="宋体" w:eastAsia="宋体" w:cs="宋体"/>
          <w:color w:val="000000"/>
        </w:rPr>
        <w:t>为数轴上的动点．</w:t>
      </w:r>
    </w:p>
    <w:p>
      <w:pPr>
        <w:spacing w:line="360" w:lineRule="auto"/>
        <w:jc w:val="left"/>
        <w:textAlignment w:val="center"/>
        <w:rPr>
          <w:color w:val="000000"/>
        </w:rPr>
      </w:pPr>
      <w:r>
        <w:rPr>
          <w:color w:val="000000"/>
        </w:rPr>
        <w:t>（1）</w:t>
      </w:r>
      <w:r>
        <w:pict>
          <v:shape id="_x0000_i715244"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457" o:title="eqId086ddf5e2bc5c38b31ba53152be55b0a"/>
            <o:lock v:ext="edit" aspectratio="t"/>
            <w10:wrap type="none"/>
            <w10:anchorlock/>
          </v:shape>
        </w:pict>
      </w:r>
      <w:r>
        <w:rPr>
          <w:rFonts w:ascii="宋体" w:hAnsi="宋体" w:eastAsia="宋体" w:cs="宋体"/>
          <w:color w:val="000000"/>
        </w:rPr>
        <w:t>（点</w:t>
      </w:r>
      <w:r>
        <w:pict>
          <v:shape id="_x0000_i715245"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58" o:title="eqId1dde8112e8eb968fd042418dd632759e"/>
            <o:lock v:ext="edit" aspectratio="t"/>
            <w10:wrap type="none"/>
            <w10:anchorlock/>
          </v:shape>
        </w:pict>
      </w:r>
      <w:r>
        <w:rPr>
          <w:rFonts w:ascii="宋体" w:hAnsi="宋体" w:eastAsia="宋体" w:cs="宋体"/>
          <w:color w:val="000000"/>
        </w:rPr>
        <w:t>，线段</w:t>
      </w:r>
      <w:r>
        <w:pict>
          <v:shape id="_x0000_i71524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9" o:title="eqIdf52a58fbaf4fea03567e88a9f0f6e37e"/>
            <o:lock v:ext="edit" aspectratio="t"/>
            <w10:wrap type="none"/>
            <w10:anchorlock/>
          </v:shape>
        </w:pict>
      </w:r>
      <w:r>
        <w:rPr>
          <w:rFonts w:ascii="宋体" w:hAnsi="宋体" w:eastAsia="宋体" w:cs="宋体"/>
          <w:color w:val="000000"/>
        </w:rPr>
        <w:t>）</w:t>
      </w:r>
      <w:r>
        <w:pict>
          <v:shape id="_x0000_i715247"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460" o:title="eqId6706fe00b4e231e62d9ecbec567d526b"/>
            <o:lock v:ext="edit" aspectratio="t"/>
            <w10:wrap type="none"/>
            <w10:anchorlock/>
          </v:shape>
        </w:pict>
      </w:r>
      <w:r>
        <w:rPr>
          <w:rFonts w:ascii="Times New Roman" w:hAnsi="Times New Roman" w:eastAsia="Times New Roman" w:cs="Times New Roman"/>
          <w:color w:val="000000"/>
        </w:rPr>
        <w:t>___________</w:t>
      </w:r>
      <w:r>
        <w:rPr>
          <w:rFonts w:ascii="宋体" w:hAnsi="宋体" w:eastAsia="宋体" w:cs="宋体"/>
          <w:color w:val="000000"/>
        </w:rPr>
        <w:t>，</w:t>
      </w:r>
      <w:r>
        <w:pict>
          <v:shape id="_x0000_i715248"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461" o:title="eqIdca205b1520da75e616d26e7a4efcbc30"/>
            <o:lock v:ext="edit" aspectratio="t"/>
            <w10:wrap type="none"/>
            <w10:anchorlock/>
          </v:shape>
        </w:pict>
      </w:r>
      <w:r>
        <w:rPr>
          <w:rFonts w:ascii="宋体" w:hAnsi="宋体" w:eastAsia="宋体" w:cs="宋体"/>
          <w:color w:val="000000"/>
        </w:rPr>
        <w:t>（点</w:t>
      </w:r>
      <w:r>
        <w:pict>
          <v:shape id="_x0000_i715249"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58" o:title="eqId1dde8112e8eb968fd042418dd632759e"/>
            <o:lock v:ext="edit" aspectratio="t"/>
            <w10:wrap type="none"/>
            <w10:anchorlock/>
          </v:shape>
        </w:pict>
      </w:r>
      <w:r>
        <w:rPr>
          <w:rFonts w:ascii="宋体" w:hAnsi="宋体" w:eastAsia="宋体" w:cs="宋体"/>
          <w:color w:val="000000"/>
        </w:rPr>
        <w:t>，线段</w:t>
      </w:r>
      <w:r>
        <w:pict>
          <v:shape id="_x0000_i71525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9" o:title="eqIdf52a58fbaf4fea03567e88a9f0f6e37e"/>
            <o:lock v:ext="edit" aspectratio="t"/>
            <w10:wrap type="none"/>
            <w10:anchorlock/>
          </v:shape>
        </w:pict>
      </w:r>
      <w:r>
        <w:rPr>
          <w:rFonts w:ascii="宋体" w:hAnsi="宋体" w:eastAsia="宋体" w:cs="宋体"/>
          <w:color w:val="000000"/>
        </w:rPr>
        <w:t>）</w:t>
      </w:r>
      <w:r>
        <w:pict>
          <v:shape id="_x0000_i715251"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460" o:title="eqId6706fe00b4e231e62d9ecbec567d526b"/>
            <o:lock v:ext="edit" aspectratio="t"/>
            <w10:wrap type="none"/>
            <w10:anchorlock/>
          </v:shape>
        </w:pic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若点</w:t>
      </w:r>
      <w:r>
        <w:pict>
          <v:shape id="_x0000_i71525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62" o:title="eqIdc5db41a1f31d6baee7c69990811edb9f"/>
            <o:lock v:ext="edit" aspectratio="t"/>
            <w10:wrap type="none"/>
            <w10:anchorlock/>
          </v:shape>
        </w:pict>
      </w:r>
      <w:r>
        <w:rPr>
          <w:rFonts w:ascii="宋体" w:hAnsi="宋体" w:eastAsia="宋体" w:cs="宋体"/>
          <w:color w:val="000000"/>
        </w:rPr>
        <w:t>在点</w:t>
      </w:r>
      <w:r>
        <w:pict>
          <v:shape id="_x0000_i71525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63" o:title="eqId8455657dde27aabe6adb7b188e031c11"/>
            <o:lock v:ext="edit" aspectratio="t"/>
            <w10:wrap type="none"/>
            <w10:anchorlock/>
          </v:shape>
        </w:pict>
      </w:r>
      <w:r>
        <w:rPr>
          <w:rFonts w:ascii="宋体" w:hAnsi="宋体" w:eastAsia="宋体" w:cs="宋体"/>
          <w:color w:val="000000"/>
        </w:rPr>
        <w:t>左边</w:t>
      </w:r>
      <w:r>
        <w:rPr>
          <w:rFonts w:ascii="Times New Roman" w:hAnsi="Times New Roman" w:eastAsia="Times New Roman" w:cs="Times New Roman"/>
          <w:color w:val="000000"/>
        </w:rPr>
        <w:t>2</w:t>
      </w:r>
      <w:r>
        <w:rPr>
          <w:rFonts w:ascii="宋体" w:hAnsi="宋体" w:eastAsia="宋体" w:cs="宋体"/>
          <w:color w:val="000000"/>
        </w:rPr>
        <w:t>个单位处，且已知</w:t>
      </w:r>
      <w:r>
        <w:pict>
          <v:shape id="_x0000_i715254"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464" o:title="eqId086ddf5e2bc5c38b31ba53152be55b0a"/>
            <o:lock v:ext="edit" aspectratio="t"/>
            <w10:wrap type="none"/>
            <w10:anchorlock/>
          </v:shape>
        </w:pict>
      </w:r>
      <w:r>
        <w:rPr>
          <w:rFonts w:ascii="宋体" w:hAnsi="宋体" w:eastAsia="宋体" w:cs="宋体"/>
          <w:color w:val="000000"/>
        </w:rPr>
        <w:t>（线段</w:t>
      </w:r>
      <w:r>
        <w:pict>
          <v:shape id="_x0000_i71525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63" o:title="eqId8455657dde27aabe6adb7b188e031c11"/>
            <o:lock v:ext="edit" aspectratio="t"/>
            <w10:wrap type="none"/>
            <w10:anchorlock/>
          </v:shape>
        </w:pict>
      </w:r>
      <w:r>
        <w:rPr>
          <w:rFonts w:ascii="宋体" w:hAnsi="宋体" w:eastAsia="宋体" w:cs="宋体"/>
          <w:color w:val="000000"/>
        </w:rPr>
        <w:t>，线段</w:t>
      </w:r>
      <w:r>
        <w:pict>
          <v:shape id="_x0000_i71525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65" o:title="eqIdf52a58fbaf4fea03567e88a9f0f6e37e"/>
            <o:lock v:ext="edit" aspectratio="t"/>
            <w10:wrap type="none"/>
            <w10:anchorlock/>
          </v:shape>
        </w:pict>
      </w:r>
      <w:r>
        <w:rPr>
          <w:rFonts w:ascii="宋体" w:hAnsi="宋体" w:eastAsia="宋体" w:cs="宋体"/>
          <w:color w:val="000000"/>
        </w:rPr>
        <w:t>）</w:t>
      </w:r>
      <w:r>
        <w:pict>
          <v:shape id="_x0000_i715257"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66" o:title="eqIdf0204f76cda5ea4ced714588be1efeaa"/>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求点</w:t>
      </w:r>
      <w:r>
        <w:pict>
          <v:shape id="_x0000_i71525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62" o:title="eqIdc5db41a1f31d6baee7c69990811edb9f"/>
            <o:lock v:ext="edit" aspectratio="t"/>
            <w10:wrap type="none"/>
            <w10:anchorlock/>
          </v:shape>
        </w:pict>
      </w:r>
      <w:r>
        <w:rPr>
          <w:rFonts w:ascii="宋体" w:hAnsi="宋体" w:eastAsia="宋体" w:cs="宋体"/>
          <w:color w:val="000000"/>
        </w:rPr>
        <w:t>所表示的数．</w:t>
      </w:r>
    </w:p>
    <w:p>
      <w:pPr>
        <w:spacing w:line="360" w:lineRule="auto"/>
        <w:jc w:val="left"/>
        <w:textAlignment w:val="center"/>
        <w:rPr>
          <w:color w:val="000000"/>
        </w:rPr>
      </w:pPr>
      <w:r>
        <w:rPr>
          <w:color w:val="000000"/>
        </w:rPr>
        <w:t>（3）</w:t>
      </w:r>
      <w:r>
        <w:rPr>
          <w:rFonts w:ascii="宋体" w:hAnsi="宋体" w:eastAsia="宋体" w:cs="宋体"/>
          <w:color w:val="000000"/>
        </w:rPr>
        <w:t>点</w:t>
      </w:r>
      <w:r>
        <w:pict>
          <v:shape id="_x0000_i71525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67" o:title="eqIdc5db41a1f31d6baee7c69990811edb9f"/>
            <o:lock v:ext="edit" aspectratio="t"/>
            <w10:wrap type="none"/>
            <w10:anchorlock/>
          </v:shape>
        </w:pict>
      </w:r>
      <w:r>
        <w:rPr>
          <w:rFonts w:ascii="宋体" w:hAnsi="宋体" w:eastAsia="宋体" w:cs="宋体"/>
          <w:color w:val="000000"/>
        </w:rPr>
        <w:t>从原点出发，以每秒</w:t>
      </w:r>
      <w:r>
        <w:rPr>
          <w:rFonts w:ascii="Times New Roman" w:hAnsi="Times New Roman" w:eastAsia="Times New Roman" w:cs="Times New Roman"/>
          <w:color w:val="000000"/>
        </w:rPr>
        <w:t>2</w:t>
      </w:r>
      <w:r>
        <w:rPr>
          <w:rFonts w:ascii="宋体" w:hAnsi="宋体" w:eastAsia="宋体" w:cs="宋体"/>
          <w:color w:val="000000"/>
        </w:rPr>
        <w:t>个单位长度沿数轴正方向匀速运动；点</w:t>
      </w:r>
      <w:r>
        <w:pict>
          <v:shape id="_x0000_i71526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68" o:title="eqId8455657dde27aabe6adb7b188e031c11"/>
            <o:lock v:ext="edit" aspectratio="t"/>
            <w10:wrap type="none"/>
            <w10:anchorlock/>
          </v:shape>
        </w:pict>
      </w:r>
      <w:r>
        <w:rPr>
          <w:rFonts w:ascii="宋体" w:hAnsi="宋体" w:eastAsia="宋体" w:cs="宋体"/>
          <w:color w:val="000000"/>
        </w:rPr>
        <w:t>从表示数</w:t>
      </w:r>
      <w:r>
        <w:pict>
          <v:shape id="_x0000_i71526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69" o:title="eqId274a9dc37509f01c2606fb3086a46f4f"/>
            <o:lock v:ext="edit" aspectratio="t"/>
            <w10:wrap type="none"/>
            <w10:anchorlock/>
          </v:shape>
        </w:pict>
      </w:r>
      <w:r>
        <w:rPr>
          <w:rFonts w:ascii="宋体" w:hAnsi="宋体" w:eastAsia="宋体" w:cs="宋体"/>
          <w:color w:val="000000"/>
        </w:rPr>
        <w:t>的点出发，第</w:t>
      </w:r>
      <w:r>
        <w:rPr>
          <w:rFonts w:ascii="Times New Roman" w:hAnsi="Times New Roman" w:eastAsia="Times New Roman" w:cs="Times New Roman"/>
          <w:color w:val="000000"/>
        </w:rPr>
        <w:t>1</w:t>
      </w:r>
      <w:r>
        <w:rPr>
          <w:rFonts w:ascii="宋体" w:hAnsi="宋体" w:eastAsia="宋体" w:cs="宋体"/>
          <w:color w:val="000000"/>
        </w:rPr>
        <w:t>秒以每秒</w:t>
      </w:r>
      <w:r>
        <w:rPr>
          <w:rFonts w:ascii="Times New Roman" w:hAnsi="Times New Roman" w:eastAsia="Times New Roman" w:cs="Times New Roman"/>
          <w:color w:val="000000"/>
        </w:rPr>
        <w:t>2</w:t>
      </w:r>
      <w:r>
        <w:rPr>
          <w:rFonts w:ascii="宋体" w:hAnsi="宋体" w:eastAsia="宋体" w:cs="宋体"/>
          <w:color w:val="000000"/>
        </w:rPr>
        <w:t>个单位长度沿数轴正方向匀速运动，第</w:t>
      </w:r>
      <w:r>
        <w:rPr>
          <w:rFonts w:ascii="Times New Roman" w:hAnsi="Times New Roman" w:eastAsia="Times New Roman" w:cs="Times New Roman"/>
          <w:color w:val="000000"/>
        </w:rPr>
        <w:t>2</w:t>
      </w:r>
      <w:r>
        <w:rPr>
          <w:rFonts w:ascii="宋体" w:hAnsi="宋体" w:eastAsia="宋体" w:cs="宋体"/>
          <w:color w:val="000000"/>
        </w:rPr>
        <w:t>秒以每秒</w:t>
      </w:r>
      <w:r>
        <w:rPr>
          <w:rFonts w:ascii="Times New Roman" w:hAnsi="Times New Roman" w:eastAsia="Times New Roman" w:cs="Times New Roman"/>
          <w:color w:val="000000"/>
        </w:rPr>
        <w:t>4</w:t>
      </w:r>
      <w:r>
        <w:rPr>
          <w:rFonts w:ascii="宋体" w:hAnsi="宋体" w:eastAsia="宋体" w:cs="宋体"/>
          <w:color w:val="000000"/>
        </w:rPr>
        <w:t>个单位长度沿数轴负方向匀速运动，第</w:t>
      </w:r>
      <w:r>
        <w:rPr>
          <w:rFonts w:ascii="Times New Roman" w:hAnsi="Times New Roman" w:eastAsia="Times New Roman" w:cs="Times New Roman"/>
          <w:color w:val="000000"/>
        </w:rPr>
        <w:t>3</w:t>
      </w:r>
      <w:r>
        <w:rPr>
          <w:rFonts w:ascii="宋体" w:hAnsi="宋体" w:eastAsia="宋体" w:cs="宋体"/>
          <w:color w:val="000000"/>
        </w:rPr>
        <w:t>秒以每秒</w:t>
      </w:r>
      <w:r>
        <w:rPr>
          <w:rFonts w:ascii="Times New Roman" w:hAnsi="Times New Roman" w:eastAsia="Times New Roman" w:cs="Times New Roman"/>
          <w:color w:val="000000"/>
        </w:rPr>
        <w:t>6</w:t>
      </w:r>
      <w:r>
        <w:rPr>
          <w:rFonts w:ascii="宋体" w:hAnsi="宋体" w:eastAsia="宋体" w:cs="宋体"/>
          <w:color w:val="000000"/>
        </w:rPr>
        <w:t>个单位长度沿数轴正方向匀速运动，第</w:t>
      </w:r>
      <w:r>
        <w:rPr>
          <w:rFonts w:ascii="Times New Roman" w:hAnsi="Times New Roman" w:eastAsia="Times New Roman" w:cs="Times New Roman"/>
          <w:color w:val="000000"/>
        </w:rPr>
        <w:t>4</w:t>
      </w:r>
      <w:r>
        <w:rPr>
          <w:rFonts w:ascii="宋体" w:hAnsi="宋体" w:eastAsia="宋体" w:cs="宋体"/>
          <w:color w:val="000000"/>
        </w:rPr>
        <w:t>秒以每秒</w:t>
      </w:r>
      <w:r>
        <w:rPr>
          <w:rFonts w:ascii="Times New Roman" w:hAnsi="Times New Roman" w:eastAsia="Times New Roman" w:cs="Times New Roman"/>
          <w:color w:val="000000"/>
        </w:rPr>
        <w:t>8</w:t>
      </w:r>
      <w:r>
        <w:rPr>
          <w:rFonts w:ascii="宋体" w:hAnsi="宋体" w:eastAsia="宋体" w:cs="宋体"/>
          <w:color w:val="000000"/>
        </w:rPr>
        <w:t>个单位长度沿数轴负方向匀速运动，</w:t>
      </w:r>
      <w:r>
        <w:pict>
          <v:shape id="_x0000_i715262" o:spt="75" alt="学科网(www.zxxk.com)--教育资源门户，提供试卷、教案、课件、论文、素材以及各类教学资源下载，还有大量而丰富的教学相关资讯！" type="#_x0000_t75" style="height:6pt;width:12.75pt;" o:ole="t" filled="f" o:preferrelative="t" stroked="f" coordsize="21600,21600">
            <v:path/>
            <v:fill on="f" focussize="0,0"/>
            <v:stroke on="f" joinstyle="miter"/>
            <v:imagedata r:id="rId470" o:title="eqId07096af3b99fd1cb11c31f19a2c6408e"/>
            <o:lock v:ext="edit" aspectratio="t"/>
            <w10:wrap type="none"/>
            <w10:anchorlock/>
          </v:shape>
        </w:pict>
      </w:r>
      <w:r>
        <w:rPr>
          <w:rFonts w:ascii="宋体" w:hAnsi="宋体" w:eastAsia="宋体" w:cs="宋体"/>
          <w:color w:val="000000"/>
        </w:rPr>
        <w:t>，按此规律运动，</w:t>
      </w:r>
      <w:r>
        <w:pict>
          <v:shape id="_x0000_i715263"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471" o:title="eqId5aa69fd8445d01c98634c2e885b47d5a"/>
            <o:lock v:ext="edit" aspectratio="t"/>
            <w10:wrap type="none"/>
            <w10:anchorlock/>
          </v:shape>
        </w:pict>
      </w:r>
      <w:r>
        <w:rPr>
          <w:rFonts w:ascii="宋体" w:hAnsi="宋体" w:eastAsia="宋体" w:cs="宋体"/>
          <w:color w:val="000000"/>
        </w:rPr>
        <w:t>两点同时出发，多长时间后</w:t>
      </w:r>
      <w:r>
        <w:pict>
          <v:shape id="_x0000_i715264"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472" o:title="eqIdca205b1520da75e616d26e7a4efcbc30"/>
            <o:lock v:ext="edit" aspectratio="t"/>
            <w10:wrap type="none"/>
            <w10:anchorlock/>
          </v:shape>
        </w:pict>
      </w:r>
      <w:r>
        <w:rPr>
          <w:rFonts w:ascii="宋体" w:hAnsi="宋体" w:eastAsia="宋体" w:cs="宋体"/>
          <w:color w:val="000000"/>
        </w:rPr>
        <w:t>（线段</w:t>
      </w:r>
      <w:r>
        <w:pict>
          <v:shape id="_x0000_i71526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73" o:title="eqId9d78abbad68bbbf12af10cd40ef4c353"/>
            <o:lock v:ext="edit" aspectratio="t"/>
            <w10:wrap type="none"/>
            <w10:anchorlock/>
          </v:shape>
        </w:pict>
      </w:r>
      <w:r>
        <w:rPr>
          <w:rFonts w:ascii="宋体" w:hAnsi="宋体" w:eastAsia="宋体" w:cs="宋体"/>
          <w:color w:val="000000"/>
        </w:rPr>
        <w:t>，线段</w:t>
      </w:r>
      <w:r>
        <w:pict>
          <v:shape id="_x0000_i71526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74" o:title="eqIdf52a58fbaf4fea03567e88a9f0f6e37e"/>
            <o:lock v:ext="edit" aspectratio="t"/>
            <w10:wrap type="none"/>
            <w10:anchorlock/>
          </v:shape>
        </w:pict>
      </w:r>
      <w:r>
        <w:rPr>
          <w:rFonts w:ascii="宋体" w:hAnsi="宋体" w:eastAsia="宋体" w:cs="宋体"/>
          <w:color w:val="000000"/>
        </w:rPr>
        <w:t>）</w:t>
      </w:r>
      <w:r>
        <w:pict>
          <v:shape id="_x0000_i715267"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475" o:title="eqIdb5ed60f73c6eff0266f61ab872a8a157"/>
            <o:lock v:ext="edit" aspectratio="t"/>
            <w10:wrap type="none"/>
            <w10:anchorlock/>
          </v:shape>
        </w:pict>
      </w:r>
      <w:r>
        <w:rPr>
          <w:rFonts w:ascii="宋体" w:hAnsi="宋体" w:eastAsia="宋体" w:cs="宋体"/>
          <w:color w:val="000000"/>
        </w:rPr>
        <w:t>，请直接写出结果</w:t>
      </w:r>
      <w:r>
        <w:rPr>
          <w:rFonts w:ascii="Times New Roman" w:hAnsi="Times New Roman" w:eastAsia="Times New Roman" w:cs="Times New Roman"/>
          <w:color w:val="000000"/>
        </w:rPr>
        <w:t>_____________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22. </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color w:val="000000"/>
        </w:rPr>
        <w:t xml:space="preserve">    </w:t>
      </w:r>
    </w:p>
    <w:p>
      <w:pPr>
        <w:spacing w:line="360" w:lineRule="auto"/>
        <w:textAlignment w:val="center"/>
        <w:rPr>
          <w:color w:val="000000"/>
        </w:rPr>
      </w:pPr>
      <w:r>
        <w:rPr>
          <w:color w:val="000000"/>
        </w:rPr>
        <w:t xml:space="preserve">23. </w:t>
      </w:r>
      <w:r>
        <w:rPr>
          <w:rFonts w:ascii="宋体" w:hAnsi="宋体" w:eastAsia="宋体" w:cs="宋体"/>
          <w:color w:val="000000"/>
        </w:rPr>
        <w:t>点</w:t>
      </w:r>
      <w:r>
        <w:pict>
          <v:shape id="_x0000_i71526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6" o:title="eqIdc5db41a1f31d6baee7c69990811edb9f"/>
            <o:lock v:ext="edit" aspectratio="t"/>
            <w10:wrap type="none"/>
            <w10:anchorlock/>
          </v:shape>
        </w:pict>
      </w:r>
      <w:r>
        <w:rPr>
          <w:rFonts w:ascii="宋体" w:hAnsi="宋体" w:eastAsia="宋体" w:cs="宋体"/>
          <w:color w:val="000000"/>
        </w:rPr>
        <w:t>所表示的数为</w:t>
      </w:r>
      <w:r>
        <w:pict>
          <v:shape id="_x0000_i715269"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477" o:title="eqId81fb134b2b48acc99213fff6ccfee65f"/>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5</w:t>
      </w:r>
      <w:r>
        <w:rPr>
          <w:color w:val="000000"/>
        </w:rPr>
        <w:t xml:space="preserve">    </w:t>
      </w:r>
    </w:p>
    <w:p>
      <w:pPr>
        <w:spacing w:line="360" w:lineRule="auto"/>
        <w:textAlignment w:val="center"/>
        <w:rPr>
          <w:color w:val="000000"/>
        </w:rPr>
      </w:pPr>
      <w:r>
        <w:rPr>
          <w:color w:val="000000"/>
        </w:rPr>
        <w:t xml:space="preserve">24. </w:t>
      </w:r>
      <w:r>
        <w:pict>
          <v:shape id="_x0000_i715270"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478" o:title="eqIdc42986211c8a14be6c7171a6ba43f5fe"/>
            <o:lock v:ext="edit" aspectratio="t"/>
            <w10:wrap type="none"/>
            <w10:anchorlock/>
          </v:shape>
        </w:pict>
      </w:r>
      <w:r>
        <w:rPr>
          <w:rFonts w:ascii="宋体" w:hAnsi="宋体" w:eastAsia="宋体" w:cs="宋体"/>
          <w:color w:val="000000"/>
        </w:rPr>
        <w:t>或</w:t>
      </w:r>
      <w:r>
        <w:pict>
          <v:shape id="_x0000_i715271"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479" o:title="eqIdf946801ef59bc99a548f560f2b7b3579"/>
            <o:lock v:ext="edit" aspectratio="t"/>
            <w10:wrap type="none"/>
            <w10:anchorlock/>
          </v:shape>
        </w:pict>
      </w:r>
      <w:r>
        <w:rPr>
          <w:rFonts w:ascii="宋体" w:hAnsi="宋体" w:eastAsia="宋体" w:cs="宋体"/>
          <w:color w:val="000000"/>
        </w:rPr>
        <w:t>或</w:t>
      </w:r>
      <w:r>
        <w:pict>
          <v:shape id="_x0000_i715272"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480" o:title="eqId4bfcbd2e80fb8216787335aa9e46b601"/>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）根据题目中所给定义进行计算即可；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）设点</w:t>
      </w:r>
      <w:r>
        <w:pict>
          <v:shape id="_x0000_i71527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1" o:title="eqIdc5db41a1f31d6baee7c69990811edb9f"/>
            <o:lock v:ext="edit" aspectratio="t"/>
            <w10:wrap type="none"/>
            <w10:anchorlock/>
          </v:shape>
        </w:pict>
      </w:r>
      <w:r>
        <w:rPr>
          <w:rFonts w:ascii="宋体" w:hAnsi="宋体" w:eastAsia="宋体" w:cs="宋体"/>
          <w:color w:val="000000"/>
        </w:rPr>
        <w:t>表示的数为</w:t>
      </w:r>
      <w:r>
        <w:pict>
          <v:shape id="_x0000_i715274"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482" o:title="eqId294f5ba74cdf695fc9a8a8e52f421328"/>
            <o:lock v:ext="edit" aspectratio="t"/>
            <w10:wrap type="none"/>
            <w10:anchorlock/>
          </v:shape>
        </w:pict>
      </w:r>
      <w:r>
        <w:rPr>
          <w:rFonts w:ascii="宋体" w:hAnsi="宋体" w:eastAsia="宋体" w:cs="宋体"/>
          <w:color w:val="000000"/>
        </w:rPr>
        <w:t>，则点</w:t>
      </w:r>
      <w:r>
        <w:pict>
          <v:shape id="_x0000_i71527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483" o:title="eqId8455657dde27aabe6adb7b188e031c11"/>
            <o:lock v:ext="edit" aspectratio="t"/>
            <w10:wrap type="none"/>
            <w10:anchorlock/>
          </v:shape>
        </w:pict>
      </w:r>
      <w:r>
        <w:rPr>
          <w:rFonts w:ascii="宋体" w:hAnsi="宋体" w:eastAsia="宋体" w:cs="宋体"/>
          <w:color w:val="000000"/>
        </w:rPr>
        <w:t>表示的数为</w:t>
      </w:r>
      <w:r>
        <w:pict>
          <v:shape id="_x0000_i715276" o:spt="75" alt="学科网(www.zxxk.com)--教育资源门户，提供试卷、教案、课件、论文、素材以及各类教学资源下载，还有大量而丰富的教学相关资讯！" type="#_x0000_t75" style="height:13.95pt;width:29pt;" o:ole="t" filled="f" o:preferrelative="t" stroked="f" coordsize="21600,21600">
            <v:path/>
            <v:fill on="f" focussize="0,0"/>
            <v:stroke on="f" joinstyle="miter"/>
            <v:imagedata r:id="rId484" o:title="eqId9f2c1ec3153d6b86778f01cb90027029"/>
            <o:lock v:ext="edit" aspectratio="t"/>
            <w10:wrap type="none"/>
            <w10:anchorlock/>
          </v:shape>
        </w:pict>
      </w:r>
      <w:r>
        <w:rPr>
          <w:rFonts w:ascii="宋体" w:hAnsi="宋体" w:eastAsia="宋体" w:cs="宋体"/>
          <w:color w:val="000000"/>
        </w:rPr>
        <w:t>，分线段</w:t>
      </w:r>
      <w:r>
        <w:pict>
          <v:shape id="_x0000_i71527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85" o:title="eqId9d78abbad68bbbf12af10cd40ef4c353"/>
            <o:lock v:ext="edit" aspectratio="t"/>
            <w10:wrap type="none"/>
            <w10:anchorlock/>
          </v:shape>
        </w:pict>
      </w:r>
      <w:r>
        <w:rPr>
          <w:rFonts w:ascii="宋体" w:hAnsi="宋体" w:eastAsia="宋体" w:cs="宋体"/>
          <w:color w:val="000000"/>
        </w:rPr>
        <w:t>在线段</w:t>
      </w:r>
      <w:r>
        <w:pict>
          <v:shape id="_x0000_i71527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86" o:title="eqIdf52a58fbaf4fea03567e88a9f0f6e37e"/>
            <o:lock v:ext="edit" aspectratio="t"/>
            <w10:wrap type="none"/>
            <w10:anchorlock/>
          </v:shape>
        </w:pict>
      </w:r>
      <w:r>
        <w:rPr>
          <w:rFonts w:ascii="宋体" w:hAnsi="宋体" w:eastAsia="宋体" w:cs="宋体"/>
          <w:color w:val="000000"/>
        </w:rPr>
        <w:t>左侧或线段</w:t>
      </w:r>
      <w:r>
        <w:pict>
          <v:shape id="_x0000_i71527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85" o:title="eqId9d78abbad68bbbf12af10cd40ef4c353"/>
            <o:lock v:ext="edit" aspectratio="t"/>
            <w10:wrap type="none"/>
            <w10:anchorlock/>
          </v:shape>
        </w:pict>
      </w:r>
      <w:r>
        <w:rPr>
          <w:rFonts w:ascii="宋体" w:hAnsi="宋体" w:eastAsia="宋体" w:cs="宋体"/>
          <w:color w:val="000000"/>
        </w:rPr>
        <w:t>在线段</w:t>
      </w:r>
      <w:r>
        <w:pict>
          <v:shape id="_x0000_i71528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86" o:title="eqIdf52a58fbaf4fea03567e88a9f0f6e37e"/>
            <o:lock v:ext="edit" aspectratio="t"/>
            <w10:wrap type="none"/>
            <w10:anchorlock/>
          </v:shape>
        </w:pict>
      </w:r>
      <w:r>
        <w:rPr>
          <w:rFonts w:ascii="宋体" w:hAnsi="宋体" w:eastAsia="宋体" w:cs="宋体"/>
          <w:color w:val="000000"/>
        </w:rPr>
        <w:t>右侧两种情况讨论即可得到答案；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w:t>
      </w:r>
      <w:r>
        <w:pict>
          <v:shape id="_x0000_i71528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87" o:title="eqId2c1a48b92c61d209d0556e4cd8fdb70b"/>
            <o:lock v:ext="edit" aspectratio="t"/>
            <w10:wrap type="none"/>
            <w10:anchorlock/>
          </v:shape>
        </w:pict>
      </w:r>
      <w:r>
        <w:rPr>
          <w:rFonts w:ascii="宋体" w:hAnsi="宋体" w:eastAsia="宋体" w:cs="宋体"/>
          <w:color w:val="000000"/>
        </w:rPr>
        <w:t>时，</w:t>
      </w:r>
      <w:r>
        <w:pict>
          <v:shape id="_x0000_i715282"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488" o:title="eqIdca205b1520da75e616d26e7a4efcbc30"/>
            <o:lock v:ext="edit" aspectratio="t"/>
            <w10:wrap type="none"/>
            <w10:anchorlock/>
          </v:shape>
        </w:pict>
      </w:r>
      <w:r>
        <w:rPr>
          <w:rFonts w:ascii="宋体" w:hAnsi="宋体" w:eastAsia="宋体" w:cs="宋体"/>
          <w:color w:val="000000"/>
        </w:rPr>
        <w:t>（线段</w:t>
      </w:r>
      <w:r>
        <w:pict>
          <v:shape id="_x0000_i71528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489" o:title="eqId9d78abbad68bbbf12af10cd40ef4c353"/>
            <o:lock v:ext="edit" aspectratio="t"/>
            <w10:wrap type="none"/>
            <w10:anchorlock/>
          </v:shape>
        </w:pict>
      </w:r>
      <w:r>
        <w:rPr>
          <w:rFonts w:ascii="宋体" w:hAnsi="宋体" w:eastAsia="宋体" w:cs="宋体"/>
          <w:color w:val="000000"/>
        </w:rPr>
        <w:t>，线段</w:t>
      </w:r>
      <w:r>
        <w:pict>
          <v:shape id="_x0000_i71528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90" o:title="eqIdf52a58fbaf4fea03567e88a9f0f6e37e"/>
            <o:lock v:ext="edit" aspectratio="t"/>
            <w10:wrap type="none"/>
            <w10:anchorlock/>
          </v:shape>
        </w:pict>
      </w:r>
      <w:r>
        <w:rPr>
          <w:rFonts w:ascii="宋体" w:hAnsi="宋体" w:eastAsia="宋体" w:cs="宋体"/>
          <w:color w:val="000000"/>
        </w:rPr>
        <w:t>）</w:t>
      </w:r>
      <w:r>
        <w:pict>
          <v:shape id="_x0000_i715285"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491" o:title="eqIdb5ed60f73c6eff0266f61ab872a8a157"/>
            <o:lock v:ext="edit" aspectratio="t"/>
            <w10:wrap type="none"/>
            <w10:anchorlock/>
          </v:shape>
        </w:pict>
      </w:r>
      <w:r>
        <w:rPr>
          <w:rFonts w:ascii="宋体" w:hAnsi="宋体" w:eastAsia="宋体" w:cs="宋体"/>
          <w:color w:val="000000"/>
        </w:rPr>
        <w:t>，分段讨论，根据题意列出相应的一元一次方程，进行求值即可得到答案．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528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92" o:title="eqId16f3d198e76391779fa3badc848c8ac8"/>
            <o:lock v:ext="edit" aspectratio="t"/>
            <w10:wrap type="none"/>
            <w10:anchorlock/>
          </v:shape>
        </w:pict>
      </w:r>
      <w:r>
        <w:rPr>
          <w:rFonts w:ascii="宋体" w:hAnsi="宋体" w:eastAsia="宋体" w:cs="宋体"/>
          <w:color w:val="000000"/>
        </w:rPr>
        <w:t>点</w:t>
      </w:r>
      <w:r>
        <w:pict>
          <v:shape id="_x0000_i71528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93" o:title="eqId1dde8112e8eb968fd042418dd632759e"/>
            <o:lock v:ext="edit" aspectratio="t"/>
            <w10:wrap type="none"/>
            <w10:anchorlock/>
          </v:shape>
        </w:pict>
      </w:r>
      <w:r>
        <w:rPr>
          <w:rFonts w:ascii="宋体" w:hAnsi="宋体" w:eastAsia="宋体" w:cs="宋体"/>
          <w:color w:val="000000"/>
        </w:rPr>
        <w:t>到线段</w:t>
      </w:r>
      <w:r>
        <w:pict>
          <v:shape id="_x0000_i71528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94" o:title="eqIdf52a58fbaf4fea03567e88a9f0f6e37e"/>
            <o:lock v:ext="edit" aspectratio="t"/>
            <w10:wrap type="none"/>
            <w10:anchorlock/>
          </v:shape>
        </w:pict>
      </w:r>
      <w:r>
        <w:rPr>
          <w:rFonts w:ascii="宋体" w:hAnsi="宋体" w:eastAsia="宋体" w:cs="宋体"/>
          <w:color w:val="000000"/>
        </w:rPr>
        <w:t>的最小距离为：</w:t>
      </w:r>
      <w:r>
        <w:pict>
          <v:shape id="_x0000_i715289" o:spt="75" alt="学科网(www.zxxk.com)--教育资源门户，提供试卷、教案、课件、论文、素材以及各类教学资源下载，还有大量而丰富的教学相关资讯！" type="#_x0000_t75" style="height:14.25pt;width:40.1pt;" o:ole="t" filled="f" o:preferrelative="t" stroked="f" coordsize="21600,21600">
            <v:path/>
            <v:fill on="f" focussize="0,0"/>
            <v:stroke on="f" joinstyle="miter"/>
            <v:imagedata r:id="rId495" o:title="eqIdeaf35d18bc0af3d36ae36c3cbf576d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29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96" o:title="eqId2de0d10ef8b748d4531250c37c5d3f9e"/>
            <o:lock v:ext="edit" aspectratio="t"/>
            <w10:wrap type="none"/>
            <w10:anchorlock/>
          </v:shape>
        </w:pict>
      </w:r>
      <w:r>
        <w:pict>
          <v:shape id="_x0000_i715291"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497" o:title="eqId086ddf5e2bc5c38b31ba53152be55b0a"/>
            <o:lock v:ext="edit" aspectratio="t"/>
            <w10:wrap type="none"/>
            <w10:anchorlock/>
          </v:shape>
        </w:pict>
      </w:r>
      <w:r>
        <w:rPr>
          <w:rFonts w:ascii="宋体" w:hAnsi="宋体" w:eastAsia="宋体" w:cs="宋体"/>
          <w:color w:val="000000"/>
        </w:rPr>
        <w:t>（点</w:t>
      </w:r>
      <w:r>
        <w:pict>
          <v:shape id="_x0000_i71529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98" o:title="eqId1dde8112e8eb968fd042418dd632759e"/>
            <o:lock v:ext="edit" aspectratio="t"/>
            <w10:wrap type="none"/>
            <w10:anchorlock/>
          </v:shape>
        </w:pict>
      </w:r>
      <w:r>
        <w:rPr>
          <w:rFonts w:ascii="宋体" w:hAnsi="宋体" w:eastAsia="宋体" w:cs="宋体"/>
          <w:color w:val="000000"/>
        </w:rPr>
        <w:t>，线段</w:t>
      </w:r>
      <w:r>
        <w:pict>
          <v:shape id="_x0000_i71529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99" o:title="eqIdf52a58fbaf4fea03567e88a9f0f6e37e"/>
            <o:lock v:ext="edit" aspectratio="t"/>
            <w10:wrap type="none"/>
            <w10:anchorlock/>
          </v:shape>
        </w:pict>
      </w:r>
      <w:r>
        <w:rPr>
          <w:rFonts w:ascii="宋体" w:hAnsi="宋体" w:eastAsia="宋体" w:cs="宋体"/>
          <w:color w:val="000000"/>
        </w:rPr>
        <w:t>）</w:t>
      </w:r>
      <w:r>
        <w:pict>
          <v:shape id="_x0000_i715294" o:spt="75" alt="学科网(www.zxxk.com)--教育资源门户，提供试卷、教案、课件、论文、素材以及各类教学资源下载，还有大量而丰富的教学相关资讯！" type="#_x0000_t75" style="height:12pt;width:15pt;" o:ole="t" filled="f" o:preferrelative="t" stroked="f" coordsize="21600,21600">
            <v:path/>
            <v:fill on="f" focussize="0,0"/>
            <v:stroke on="f" joinstyle="miter"/>
            <v:imagedata r:id="rId500" o:title="eqIdf90bae886c8ab958aa4c693bf8e0627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29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01" o:title="eqId16f3d198e76391779fa3badc848c8ac8"/>
            <o:lock v:ext="edit" aspectratio="t"/>
            <w10:wrap type="none"/>
            <w10:anchorlock/>
          </v:shape>
        </w:pict>
      </w:r>
      <w:r>
        <w:rPr>
          <w:rFonts w:ascii="宋体" w:hAnsi="宋体" w:eastAsia="宋体" w:cs="宋体"/>
          <w:color w:val="000000"/>
        </w:rPr>
        <w:t>点</w:t>
      </w:r>
      <w:r>
        <w:pict>
          <v:shape id="_x0000_i715296"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502" o:title="eqId1dde8112e8eb968fd042418dd632759e"/>
            <o:lock v:ext="edit" aspectratio="t"/>
            <w10:wrap type="none"/>
            <w10:anchorlock/>
          </v:shape>
        </w:pict>
      </w:r>
      <w:r>
        <w:rPr>
          <w:rFonts w:ascii="宋体" w:hAnsi="宋体" w:eastAsia="宋体" w:cs="宋体"/>
          <w:color w:val="000000"/>
        </w:rPr>
        <w:t>到线段</w:t>
      </w:r>
      <w:r>
        <w:pict>
          <v:shape id="_x0000_i71529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03" o:title="eqIdf52a58fbaf4fea03567e88a9f0f6e37e"/>
            <o:lock v:ext="edit" aspectratio="t"/>
            <w10:wrap type="none"/>
            <w10:anchorlock/>
          </v:shape>
        </w:pict>
      </w:r>
      <w:r>
        <w:rPr>
          <w:rFonts w:ascii="宋体" w:hAnsi="宋体" w:eastAsia="宋体" w:cs="宋体"/>
          <w:color w:val="000000"/>
        </w:rPr>
        <w:t>的最大距离为：</w:t>
      </w:r>
      <w:r>
        <w:pict>
          <v:shape id="_x0000_i715298"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504" o:title="eqIdf084bf710a0b13cc0eafa5815dc8f3d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29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05" o:title="eqId2de0d10ef8b748d4531250c37c5d3f9e"/>
            <o:lock v:ext="edit" aspectratio="t"/>
            <w10:wrap type="none"/>
            <w10:anchorlock/>
          </v:shape>
        </w:pict>
      </w:r>
      <w:r>
        <w:pict>
          <v:shape id="_x0000_i715300"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06" o:title="eqIdca205b1520da75e616d26e7a4efcbc30"/>
            <o:lock v:ext="edit" aspectratio="t"/>
            <w10:wrap type="none"/>
            <w10:anchorlock/>
          </v:shape>
        </w:pict>
      </w:r>
      <w:r>
        <w:rPr>
          <w:rFonts w:ascii="宋体" w:hAnsi="宋体" w:eastAsia="宋体" w:cs="宋体"/>
          <w:color w:val="000000"/>
        </w:rPr>
        <w:t>（点</w:t>
      </w:r>
      <w:r>
        <w:pict>
          <v:shape id="_x0000_i715301"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507" o:title="eqId1dde8112e8eb968fd042418dd632759e"/>
            <o:lock v:ext="edit" aspectratio="t"/>
            <w10:wrap type="none"/>
            <w10:anchorlock/>
          </v:shape>
        </w:pict>
      </w:r>
      <w:r>
        <w:rPr>
          <w:rFonts w:ascii="宋体" w:hAnsi="宋体" w:eastAsia="宋体" w:cs="宋体"/>
          <w:color w:val="000000"/>
        </w:rPr>
        <w:t>，线段</w:t>
      </w:r>
      <w:r>
        <w:pict>
          <v:shape id="_x0000_i71530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08" o:title="eqIdf52a58fbaf4fea03567e88a9f0f6e37e"/>
            <o:lock v:ext="edit" aspectratio="t"/>
            <w10:wrap type="none"/>
            <w10:anchorlock/>
          </v:shape>
        </w:pict>
      </w:r>
      <w:r>
        <w:rPr>
          <w:rFonts w:ascii="宋体" w:hAnsi="宋体" w:eastAsia="宋体" w:cs="宋体"/>
          <w:color w:val="000000"/>
        </w:rPr>
        <w:t>）</w:t>
      </w:r>
      <w:r>
        <w:pict>
          <v:shape id="_x0000_i715303"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509" o:title="eqIdd415dd1391cf359512f7714d4458fee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w:t>
      </w:r>
      <w:r>
        <w:rPr>
          <w:rFonts w:ascii="宋体" w:hAnsi="宋体" w:eastAsia="宋体" w:cs="宋体"/>
          <w:color w:val="000000"/>
          <w:position w:val="0"/>
        </w:rPr>
        <w:drawing>
          <wp:inline distT="0" distB="0" distL="114300" distR="114300">
            <wp:extent cx="158750" cy="190500"/>
            <wp:effectExtent l="0" t="0" r="0" b="0"/>
            <wp:docPr id="3573" name="图片 2074474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 name="图片 2074474094"/>
                    <pic:cNvPicPr>
                      <a:picLocks noChangeAspect="1"/>
                    </pic:cNvPicPr>
                  </pic:nvPicPr>
                  <pic:blipFill>
                    <a:blip r:embed="rId510"/>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解：设点</w:t>
      </w:r>
      <w:r>
        <w:pict>
          <v:shape id="_x0000_i71530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11" o:title="eqIdc5db41a1f31d6baee7c69990811edb9f"/>
            <o:lock v:ext="edit" aspectratio="t"/>
            <w10:wrap type="none"/>
            <w10:anchorlock/>
          </v:shape>
        </w:pict>
      </w:r>
      <w:r>
        <w:rPr>
          <w:rFonts w:ascii="宋体" w:hAnsi="宋体" w:eastAsia="宋体" w:cs="宋体"/>
          <w:color w:val="000000"/>
        </w:rPr>
        <w:t>表示的数为</w:t>
      </w:r>
      <w:r>
        <w:pict>
          <v:shape id="_x0000_i715305"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512" o:title="eqId294f5ba74cdf695fc9a8a8e52f42132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30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13" o:title="eqId16f3d198e76391779fa3badc848c8ac8"/>
            <o:lock v:ext="edit" aspectratio="t"/>
            <w10:wrap type="none"/>
            <w10:anchorlock/>
          </v:shape>
        </w:pict>
      </w:r>
      <w:r>
        <w:rPr>
          <w:rFonts w:ascii="宋体" w:hAnsi="宋体" w:eastAsia="宋体" w:cs="宋体"/>
          <w:color w:val="000000"/>
        </w:rPr>
        <w:t>点</w:t>
      </w:r>
      <w:r>
        <w:pict>
          <v:shape id="_x0000_i71530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14" o:title="eqIdc5db41a1f31d6baee7c69990811edb9f"/>
            <o:lock v:ext="edit" aspectratio="t"/>
            <w10:wrap type="none"/>
            <w10:anchorlock/>
          </v:shape>
        </w:pict>
      </w:r>
      <w:r>
        <w:rPr>
          <w:rFonts w:ascii="宋体" w:hAnsi="宋体" w:eastAsia="宋体" w:cs="宋体"/>
          <w:color w:val="000000"/>
        </w:rPr>
        <w:t>在点</w:t>
      </w:r>
      <w:r>
        <w:pict>
          <v:shape id="_x0000_i71530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15" o:title="eqId8455657dde27aabe6adb7b188e031c11"/>
            <o:lock v:ext="edit" aspectratio="t"/>
            <w10:wrap type="none"/>
            <w10:anchorlock/>
          </v:shape>
        </w:pict>
      </w:r>
      <w:r>
        <w:rPr>
          <w:rFonts w:ascii="宋体" w:hAnsi="宋体" w:eastAsia="宋体" w:cs="宋体"/>
          <w:color w:val="000000"/>
        </w:rPr>
        <w:t>左边</w:t>
      </w:r>
      <w:r>
        <w:rPr>
          <w:rFonts w:ascii="Times New Roman" w:hAnsi="Times New Roman" w:eastAsia="Times New Roman" w:cs="Times New Roman"/>
          <w:color w:val="000000"/>
        </w:rPr>
        <w:t>2</w:t>
      </w:r>
      <w:r>
        <w:rPr>
          <w:rFonts w:ascii="宋体" w:hAnsi="宋体" w:eastAsia="宋体" w:cs="宋体"/>
          <w:color w:val="000000"/>
        </w:rPr>
        <w:t>个单位处，</w:t>
      </w:r>
    </w:p>
    <w:p>
      <w:pPr>
        <w:spacing w:line="360" w:lineRule="auto"/>
        <w:jc w:val="left"/>
        <w:textAlignment w:val="center"/>
        <w:rPr>
          <w:color w:val="000000"/>
        </w:rPr>
      </w:pPr>
      <w:r>
        <w:pict>
          <v:shape id="_x0000_i71530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16" o:title="eqId2de0d10ef8b748d4531250c37c5d3f9e"/>
            <o:lock v:ext="edit" aspectratio="t"/>
            <w10:wrap type="none"/>
            <w10:anchorlock/>
          </v:shape>
        </w:pict>
      </w:r>
      <w:r>
        <w:rPr>
          <w:rFonts w:ascii="宋体" w:hAnsi="宋体" w:eastAsia="宋体" w:cs="宋体"/>
          <w:color w:val="000000"/>
        </w:rPr>
        <w:t>点</w:t>
      </w:r>
      <w:r>
        <w:pict>
          <v:shape id="_x0000_i71531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17" o:title="eqId8455657dde27aabe6adb7b188e031c11"/>
            <o:lock v:ext="edit" aspectratio="t"/>
            <w10:wrap type="none"/>
            <w10:anchorlock/>
          </v:shape>
        </w:pict>
      </w:r>
      <w:r>
        <w:rPr>
          <w:rFonts w:ascii="宋体" w:hAnsi="宋体" w:eastAsia="宋体" w:cs="宋体"/>
          <w:color w:val="000000"/>
        </w:rPr>
        <w:t>表示的数为</w:t>
      </w:r>
      <w:r>
        <w:pict>
          <v:shape id="_x0000_i715311" o:spt="75" alt="学科网(www.zxxk.com)--教育资源门户，提供试卷、教案、课件、论文、素材以及各类教学资源下载，还有大量而丰富的教学相关资讯！" type="#_x0000_t75" style="height:13.95pt;width:29pt;" o:ole="t" filled="f" o:preferrelative="t" stroked="f" coordsize="21600,21600">
            <v:path/>
            <v:fill on="f" focussize="0,0"/>
            <v:stroke on="f" joinstyle="miter"/>
            <v:imagedata r:id="rId518" o:title="eqId9f2c1ec3153d6b86778f01cb9002702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当线段</w:t>
      </w:r>
      <w:r>
        <w:pict>
          <v:shape id="_x0000_i71531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19" o:title="eqId9d78abbad68bbbf12af10cd40ef4c353"/>
            <o:lock v:ext="edit" aspectratio="t"/>
            <w10:wrap type="none"/>
            <w10:anchorlock/>
          </v:shape>
        </w:pict>
      </w:r>
      <w:r>
        <w:rPr>
          <w:rFonts w:ascii="宋体" w:hAnsi="宋体" w:eastAsia="宋体" w:cs="宋体"/>
          <w:color w:val="000000"/>
        </w:rPr>
        <w:t>在线段</w:t>
      </w:r>
      <w:r>
        <w:pict>
          <v:shape id="_x0000_i71531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20" o:title="eqIdf52a58fbaf4fea03567e88a9f0f6e37e"/>
            <o:lock v:ext="edit" aspectratio="t"/>
            <w10:wrap type="none"/>
            <w10:anchorlock/>
          </v:shape>
        </w:pict>
      </w:r>
      <w:r>
        <w:rPr>
          <w:rFonts w:ascii="宋体" w:hAnsi="宋体" w:eastAsia="宋体" w:cs="宋体"/>
          <w:color w:val="000000"/>
        </w:rPr>
        <w:t>左侧时，</w:t>
      </w:r>
    </w:p>
    <w:p>
      <w:pPr>
        <w:spacing w:line="360" w:lineRule="auto"/>
        <w:jc w:val="left"/>
        <w:textAlignment w:val="center"/>
        <w:rPr>
          <w:color w:val="000000"/>
        </w:rPr>
      </w:pPr>
      <w:r>
        <w:pict>
          <v:shape id="_x0000_i715314"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521" o:title="eqId086ddf5e2bc5c38b31ba53152be55b0a"/>
            <o:lock v:ext="edit" aspectratio="t"/>
            <w10:wrap type="none"/>
            <w10:anchorlock/>
          </v:shape>
        </w:pict>
      </w:r>
      <w:r>
        <w:rPr>
          <w:rFonts w:ascii="宋体" w:hAnsi="宋体" w:eastAsia="宋体" w:cs="宋体"/>
          <w:color w:val="000000"/>
        </w:rPr>
        <w:t>（线段</w:t>
      </w:r>
      <w:r>
        <w:pict>
          <v:shape id="_x0000_i71531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22" o:title="eqId8455657dde27aabe6adb7b188e031c11"/>
            <o:lock v:ext="edit" aspectratio="t"/>
            <w10:wrap type="none"/>
            <w10:anchorlock/>
          </v:shape>
        </w:pict>
      </w:r>
      <w:r>
        <w:rPr>
          <w:rFonts w:ascii="宋体" w:hAnsi="宋体" w:eastAsia="宋体" w:cs="宋体"/>
          <w:color w:val="000000"/>
        </w:rPr>
        <w:t>，线段</w:t>
      </w:r>
      <w:r>
        <w:pict>
          <v:shape id="_x0000_i71531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23" o:title="eqIdf52a58fbaf4fea03567e88a9f0f6e37e"/>
            <o:lock v:ext="edit" aspectratio="t"/>
            <w10:wrap type="none"/>
            <w10:anchorlock/>
          </v:shape>
        </w:pict>
      </w:r>
      <w:r>
        <w:rPr>
          <w:rFonts w:ascii="宋体" w:hAnsi="宋体" w:eastAsia="宋体" w:cs="宋体"/>
          <w:color w:val="000000"/>
        </w:rPr>
        <w:t>）</w:t>
      </w:r>
      <w:r>
        <w:pict>
          <v:shape id="_x0000_i715317" o:spt="75" alt="学科网(www.zxxk.com)--教育资源门户，提供试卷、教案、课件、论文、素材以及各类教学资源下载，还有大量而丰富的教学相关资讯！" type="#_x0000_t75" style="height:20.25pt;width:80.25pt;" o:ole="t" filled="f" o:preferrelative="t" stroked="f" coordsize="21600,21600">
            <v:path/>
            <v:fill on="f" focussize="0,0"/>
            <v:stroke on="f" joinstyle="miter"/>
            <v:imagedata r:id="rId524" o:title="eqIdf3e73ff2f1eeb24fb2db8e5c777616e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318" o:spt="75" alt="学科网(www.zxxk.com)--教育资源门户，提供试卷、教案、课件、论文、素材以及各类教学资源下载，还有大量而丰富的教学相关资讯！" type="#_x0000_t75" style="height:12pt;width:32.5pt;" o:ole="t" filled="f" o:preferrelative="t" stroked="f" coordsize="21600,21600">
            <v:path/>
            <v:fill on="f" focussize="0,0"/>
            <v:stroke on="f" joinstyle="miter"/>
            <v:imagedata r:id="rId525" o:title="eqIdfc895959e9bc92294dc9dd2263dbf0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当线段</w:t>
      </w:r>
      <w:r>
        <w:pict>
          <v:shape id="_x0000_i715319"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26" o:title="eqId9d78abbad68bbbf12af10cd40ef4c353"/>
            <o:lock v:ext="edit" aspectratio="t"/>
            <w10:wrap type="none"/>
            <w10:anchorlock/>
          </v:shape>
        </w:pict>
      </w:r>
      <w:r>
        <w:rPr>
          <w:rFonts w:ascii="宋体" w:hAnsi="宋体" w:eastAsia="宋体" w:cs="宋体"/>
          <w:color w:val="000000"/>
        </w:rPr>
        <w:t>在线段</w:t>
      </w:r>
      <w:r>
        <w:pict>
          <v:shape id="_x0000_i71532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27" o:title="eqIdf52a58fbaf4fea03567e88a9f0f6e37e"/>
            <o:lock v:ext="edit" aspectratio="t"/>
            <w10:wrap type="none"/>
            <w10:anchorlock/>
          </v:shape>
        </w:pict>
      </w:r>
      <w:r>
        <w:rPr>
          <w:rFonts w:ascii="宋体" w:hAnsi="宋体" w:eastAsia="宋体" w:cs="宋体"/>
          <w:color w:val="000000"/>
        </w:rPr>
        <w:t>右侧时，</w:t>
      </w:r>
    </w:p>
    <w:p>
      <w:pPr>
        <w:spacing w:line="360" w:lineRule="auto"/>
        <w:jc w:val="left"/>
        <w:textAlignment w:val="center"/>
        <w:rPr>
          <w:color w:val="000000"/>
        </w:rPr>
      </w:pPr>
      <w:r>
        <w:pict>
          <v:shape id="_x0000_i715321" o:spt="75" alt="学科网(www.zxxk.com)--教育资源门户，提供试卷、教案、课件、论文、素材以及各类教学资源下载，还有大量而丰富的教学相关资讯！" type="#_x0000_t75" style="height:18pt;width:21.75pt;" o:ole="t" filled="f" o:preferrelative="t" stroked="f" coordsize="21600,21600">
            <v:path/>
            <v:fill on="f" focussize="0,0"/>
            <v:stroke on="f" joinstyle="miter"/>
            <v:imagedata r:id="rId528" o:title="eqId086ddf5e2bc5c38b31ba53152be55b0a"/>
            <o:lock v:ext="edit" aspectratio="t"/>
            <w10:wrap type="none"/>
            <w10:anchorlock/>
          </v:shape>
        </w:pict>
      </w:r>
      <w:r>
        <w:rPr>
          <w:rFonts w:ascii="宋体" w:hAnsi="宋体" w:eastAsia="宋体" w:cs="宋体"/>
          <w:color w:val="000000"/>
        </w:rPr>
        <w:t>（线段</w:t>
      </w:r>
      <w:r>
        <w:pict>
          <v:shape id="_x0000_i715322"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29" o:title="eqId8455657dde27aabe6adb7b188e031c11"/>
            <o:lock v:ext="edit" aspectratio="t"/>
            <w10:wrap type="none"/>
            <w10:anchorlock/>
          </v:shape>
        </w:pict>
      </w:r>
      <w:r>
        <w:rPr>
          <w:rFonts w:ascii="宋体" w:hAnsi="宋体" w:eastAsia="宋体" w:cs="宋体"/>
          <w:color w:val="000000"/>
        </w:rPr>
        <w:t>，线段</w:t>
      </w:r>
      <w:r>
        <w:pict>
          <v:shape id="_x0000_i71532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30" o:title="eqIdf52a58fbaf4fea03567e88a9f0f6e37e"/>
            <o:lock v:ext="edit" aspectratio="t"/>
            <w10:wrap type="none"/>
            <w10:anchorlock/>
          </v:shape>
        </w:pict>
      </w:r>
      <w:r>
        <w:rPr>
          <w:rFonts w:ascii="宋体" w:hAnsi="宋体" w:eastAsia="宋体" w:cs="宋体"/>
          <w:color w:val="000000"/>
        </w:rPr>
        <w:t>）</w:t>
      </w:r>
      <w:r>
        <w:pict>
          <v:shape id="_x0000_i715324" o:spt="75" alt="学科网(www.zxxk.com)--教育资源门户，提供试卷、教案、课件、论文、素材以及各类教学资源下载，还有大量而丰富的教学相关资讯！" type="#_x0000_t75" style="height:13.9pt;width:55.9pt;" o:ole="t" filled="f" o:preferrelative="t" stroked="f" coordsize="21600,21600">
            <v:path/>
            <v:fill on="f" focussize="0,0"/>
            <v:stroke on="f" joinstyle="miter"/>
            <v:imagedata r:id="rId531" o:title="eqId7eb7486498a13578efd0add4473f326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325" o:spt="75" alt="学科网(www.zxxk.com)--教育资源门户，提供试卷、教案、课件、论文、素材以及各类教学资源下载，还有大量而丰富的教学相关资讯！" type="#_x0000_t75" style="height:14.15pt;width:30.05pt;" o:ole="t" filled="f" o:preferrelative="t" stroked="f" coordsize="21600,21600">
            <v:path/>
            <v:fill on="f" focussize="0,0"/>
            <v:stroke on="f" joinstyle="miter"/>
            <v:imagedata r:id="rId532" o:title="eqId6c7a1d739890a8951586e23b78b035b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综上所述：点</w:t>
      </w:r>
      <w:r>
        <w:pict>
          <v:shape id="_x0000_i71532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33" o:title="eqIdc5db41a1f31d6baee7c69990811edb9f"/>
            <o:lock v:ext="edit" aspectratio="t"/>
            <w10:wrap type="none"/>
            <w10:anchorlock/>
          </v:shape>
        </w:pict>
      </w:r>
      <w:r>
        <w:rPr>
          <w:rFonts w:ascii="宋体" w:hAnsi="宋体" w:eastAsia="宋体" w:cs="宋体"/>
          <w:color w:val="000000"/>
        </w:rPr>
        <w:t>所表示的数为</w:t>
      </w:r>
      <w:r>
        <w:pict>
          <v:shape id="_x0000_i71532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534" o:title="eqId81fb134b2b48acc99213fff6ccfee65f"/>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解：设</w:t>
      </w:r>
      <w:r>
        <w:pict>
          <v:shape id="_x0000_i71532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35" o:title="eqId2c1a48b92c61d209d0556e4cd8fdb70b"/>
            <o:lock v:ext="edit" aspectratio="t"/>
            <w10:wrap type="none"/>
            <w10:anchorlock/>
          </v:shape>
        </w:pict>
      </w:r>
      <w:r>
        <w:rPr>
          <w:rFonts w:ascii="宋体" w:hAnsi="宋体" w:eastAsia="宋体" w:cs="宋体"/>
          <w:color w:val="000000"/>
        </w:rPr>
        <w:t>时，</w:t>
      </w:r>
      <w:r>
        <w:pict>
          <v:shape id="_x0000_i715329"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36" o:title="eqIdca205b1520da75e616d26e7a4efcbc30"/>
            <o:lock v:ext="edit" aspectratio="t"/>
            <w10:wrap type="none"/>
            <w10:anchorlock/>
          </v:shape>
        </w:pict>
      </w:r>
      <w:r>
        <w:rPr>
          <w:rFonts w:ascii="宋体" w:hAnsi="宋体" w:eastAsia="宋体" w:cs="宋体"/>
          <w:color w:val="000000"/>
        </w:rPr>
        <w:t>（线段</w:t>
      </w:r>
      <w:r>
        <w:pict>
          <v:shape id="_x0000_i71533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37" o:title="eqId9d78abbad68bbbf12af10cd40ef4c353"/>
            <o:lock v:ext="edit" aspectratio="t"/>
            <w10:wrap type="none"/>
            <w10:anchorlock/>
          </v:shape>
        </w:pict>
      </w:r>
      <w:r>
        <w:rPr>
          <w:rFonts w:ascii="宋体" w:hAnsi="宋体" w:eastAsia="宋体" w:cs="宋体"/>
          <w:color w:val="000000"/>
        </w:rPr>
        <w:t>，线段</w:t>
      </w:r>
      <w:r>
        <w:pict>
          <v:shape id="_x0000_i71533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38" o:title="eqIdf52a58fbaf4fea03567e88a9f0f6e37e"/>
            <o:lock v:ext="edit" aspectratio="t"/>
            <w10:wrap type="none"/>
            <w10:anchorlock/>
          </v:shape>
        </w:pict>
      </w:r>
      <w:r>
        <w:rPr>
          <w:rFonts w:ascii="宋体" w:hAnsi="宋体" w:eastAsia="宋体" w:cs="宋体"/>
          <w:color w:val="000000"/>
        </w:rPr>
        <w:t>）</w:t>
      </w:r>
      <w:r>
        <w:pict>
          <v:shape id="_x0000_i715332"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539" o:title="eqIdb5ed60f73c6eff0266f61ab872a8a15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根据题意得：</w:t>
      </w:r>
    </w:p>
    <w:p>
      <w:pPr>
        <w:spacing w:line="360" w:lineRule="auto"/>
        <w:jc w:val="left"/>
        <w:textAlignment w:val="center"/>
        <w:rPr>
          <w:color w:val="000000"/>
        </w:rPr>
      </w:pPr>
      <w:r>
        <w:rPr>
          <w:rFonts w:ascii="宋体" w:hAnsi="宋体" w:eastAsia="宋体" w:cs="宋体"/>
          <w:color w:val="000000"/>
        </w:rPr>
        <w:t>当</w:t>
      </w:r>
      <w:r>
        <w:pict>
          <v:shape id="_x0000_i715333"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540" o:title="eqId7aeb9a94e392f6759b18abed89aacc5e"/>
            <o:lock v:ext="edit" aspectratio="t"/>
            <w10:wrap type="none"/>
            <w10:anchorlock/>
          </v:shape>
        </w:pict>
      </w:r>
      <w:r>
        <w:rPr>
          <w:rFonts w:ascii="宋体" w:hAnsi="宋体" w:eastAsia="宋体" w:cs="宋体"/>
          <w:color w:val="000000"/>
        </w:rPr>
        <w:t>时，点</w:t>
      </w:r>
      <w:r>
        <w:pict>
          <v:shape id="_x0000_i71533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41"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0</w:t>
      </w:r>
      <w:r>
        <w:rPr>
          <w:rFonts w:ascii="宋体" w:hAnsi="宋体" w:eastAsia="宋体" w:cs="宋体"/>
          <w:color w:val="000000"/>
        </w:rPr>
        <w:t>，点</w:t>
      </w:r>
      <w:r>
        <w:pict>
          <v:shape id="_x0000_i71533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42" o:title="eqId8455657dde27aabe6adb7b188e031c11"/>
            <o:lock v:ext="edit" aspectratio="t"/>
            <w10:wrap type="none"/>
            <w10:anchorlock/>
          </v:shape>
        </w:pict>
      </w:r>
      <w:r>
        <w:rPr>
          <w:rFonts w:ascii="宋体" w:hAnsi="宋体" w:eastAsia="宋体" w:cs="宋体"/>
          <w:color w:val="000000"/>
        </w:rPr>
        <w:t>表示的数为</w:t>
      </w:r>
      <w:r>
        <w:pict>
          <v:shape id="_x0000_i71533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43" o:title="eqId274a9dc37509f01c2606fb3086a46f4f"/>
            <o:lock v:ext="edit" aspectratio="t"/>
            <w10:wrap type="none"/>
            <w10:anchorlock/>
          </v:shape>
        </w:pict>
      </w:r>
      <w:r>
        <w:rPr>
          <w:rFonts w:ascii="宋体" w:hAnsi="宋体" w:eastAsia="宋体" w:cs="宋体"/>
          <w:color w:val="000000"/>
        </w:rPr>
        <w:t>，此时</w:t>
      </w:r>
      <w:r>
        <w:pict>
          <v:shape id="_x0000_i715337"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44" o:title="eqIdca205b1520da75e616d26e7a4efcbc30"/>
            <o:lock v:ext="edit" aspectratio="t"/>
            <w10:wrap type="none"/>
            <w10:anchorlock/>
          </v:shape>
        </w:pict>
      </w:r>
      <w:r>
        <w:rPr>
          <w:rFonts w:ascii="宋体" w:hAnsi="宋体" w:eastAsia="宋体" w:cs="宋体"/>
          <w:color w:val="000000"/>
        </w:rPr>
        <w:t>（线段</w:t>
      </w:r>
      <w:r>
        <w:pict>
          <v:shape id="_x0000_i71533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45" o:title="eqId9d78abbad68bbbf12af10cd40ef4c353"/>
            <o:lock v:ext="edit" aspectratio="t"/>
            <w10:wrap type="none"/>
            <w10:anchorlock/>
          </v:shape>
        </w:pict>
      </w:r>
      <w:r>
        <w:rPr>
          <w:rFonts w:ascii="宋体" w:hAnsi="宋体" w:eastAsia="宋体" w:cs="宋体"/>
          <w:color w:val="000000"/>
        </w:rPr>
        <w:t>，线段</w:t>
      </w:r>
      <w:r>
        <w:pict>
          <v:shape id="_x0000_i71533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46" o:title="eqIdf52a58fbaf4fea03567e88a9f0f6e37e"/>
            <o:lock v:ext="edit" aspectratio="t"/>
            <w10:wrap type="none"/>
            <w10:anchorlock/>
          </v:shape>
        </w:pict>
      </w:r>
      <w:r>
        <w:rPr>
          <w:rFonts w:ascii="宋体" w:hAnsi="宋体" w:eastAsia="宋体" w:cs="宋体"/>
          <w:color w:val="000000"/>
        </w:rPr>
        <w:t>）</w:t>
      </w:r>
      <w:r>
        <w:pict>
          <v:shape id="_x0000_i715340" o:spt="75" alt="学科网(www.zxxk.com)--教育资源门户，提供试卷、教案、课件、论文、素材以及各类教学资源下载，还有大量而丰富的教学相关资讯！" type="#_x0000_t75" style="height:20.25pt;width:68.25pt;" o:ole="t" filled="f" o:preferrelative="t" stroked="f" coordsize="21600,21600">
            <v:path/>
            <v:fill on="f" focussize="0,0"/>
            <v:stroke on="f" joinstyle="miter"/>
            <v:imagedata r:id="rId547" o:title="eqId7171a974b25d98edfa8f903d5a80858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341"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48" o:title="eqId5a2a51944c720568f35d443589dfc1aa"/>
            <o:lock v:ext="edit" aspectratio="t"/>
            <w10:wrap type="none"/>
            <w10:anchorlock/>
          </v:shape>
        </w:pict>
      </w:r>
      <w:r>
        <w:rPr>
          <w:rFonts w:ascii="宋体" w:hAnsi="宋体" w:eastAsia="宋体" w:cs="宋体"/>
          <w:color w:val="000000"/>
        </w:rPr>
        <w:t>时，点</w:t>
      </w:r>
      <w:r>
        <w:pict>
          <v:shape id="_x0000_i71534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49"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1534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50" o:title="eqId8455657dde27aabe6adb7b188e031c11"/>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0</w:t>
      </w:r>
      <w:r>
        <w:rPr>
          <w:rFonts w:ascii="宋体" w:hAnsi="宋体" w:eastAsia="宋体" w:cs="宋体"/>
          <w:color w:val="000000"/>
        </w:rPr>
        <w:t>，此时</w:t>
      </w:r>
      <w:r>
        <w:pict>
          <v:shape id="_x0000_i715344"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51" o:title="eqIdca205b1520da75e616d26e7a4efcbc30"/>
            <o:lock v:ext="edit" aspectratio="t"/>
            <w10:wrap type="none"/>
            <w10:anchorlock/>
          </v:shape>
        </w:pict>
      </w:r>
      <w:r>
        <w:rPr>
          <w:rFonts w:ascii="宋体" w:hAnsi="宋体" w:eastAsia="宋体" w:cs="宋体"/>
          <w:color w:val="000000"/>
        </w:rPr>
        <w:t>（线段</w:t>
      </w:r>
      <w:r>
        <w:pict>
          <v:shape id="_x0000_i71534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52" o:title="eqId9d78abbad68bbbf12af10cd40ef4c353"/>
            <o:lock v:ext="edit" aspectratio="t"/>
            <w10:wrap type="none"/>
            <w10:anchorlock/>
          </v:shape>
        </w:pict>
      </w:r>
      <w:r>
        <w:rPr>
          <w:rFonts w:ascii="宋体" w:hAnsi="宋体" w:eastAsia="宋体" w:cs="宋体"/>
          <w:color w:val="000000"/>
        </w:rPr>
        <w:t>，线段</w:t>
      </w:r>
      <w:r>
        <w:pict>
          <v:shape id="_x0000_i71534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53" o:title="eqIdf52a58fbaf4fea03567e88a9f0f6e37e"/>
            <o:lock v:ext="edit" aspectratio="t"/>
            <w10:wrap type="none"/>
            <w10:anchorlock/>
          </v:shape>
        </w:pict>
      </w:r>
      <w:r>
        <w:rPr>
          <w:rFonts w:ascii="宋体" w:hAnsi="宋体" w:eastAsia="宋体" w:cs="宋体"/>
          <w:color w:val="000000"/>
        </w:rPr>
        <w:t>）</w:t>
      </w:r>
      <w:r>
        <w:pict>
          <v:shape id="_x0000_i715347" o:spt="75" alt="学科网(www.zxxk.com)--教育资源门户，提供试卷、教案、课件、论文、素材以及各类教学资源下载，还有大量而丰富的教学相关资讯！" type="#_x0000_t75" style="height:14pt;width:80pt;" o:ole="t" filled="f" o:preferrelative="t" stroked="f" coordsize="21600,21600">
            <v:path/>
            <v:fill on="f" focussize="0,0"/>
            <v:stroke on="f" joinstyle="miter"/>
            <v:imagedata r:id="rId554" o:title="eqId45d238b493118e5f6183e51ddb19cbf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34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55" o:title="eqId8cbeede118c407a800b05757b9a1393e"/>
            <o:lock v:ext="edit" aspectratio="t"/>
            <w10:wrap type="none"/>
            <w10:anchorlock/>
          </v:shape>
        </w:pict>
      </w:r>
      <w:r>
        <w:rPr>
          <w:rFonts w:ascii="宋体" w:hAnsi="宋体" w:eastAsia="宋体" w:cs="宋体"/>
          <w:color w:val="000000"/>
        </w:rPr>
        <w:t>时，点</w:t>
      </w:r>
      <w:r>
        <w:pict>
          <v:shape id="_x0000_i71534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56"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4</w:t>
      </w:r>
      <w:r>
        <w:rPr>
          <w:rFonts w:ascii="宋体" w:hAnsi="宋体" w:eastAsia="宋体" w:cs="宋体"/>
          <w:color w:val="000000"/>
        </w:rPr>
        <w:t>，点</w:t>
      </w:r>
      <w:r>
        <w:pict>
          <v:shape id="_x0000_i71535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57" o:title="eqId8455657dde27aabe6adb7b188e031c11"/>
            <o:lock v:ext="edit" aspectratio="t"/>
            <w10:wrap type="none"/>
            <w10:anchorlock/>
          </v:shape>
        </w:pict>
      </w:r>
      <w:r>
        <w:rPr>
          <w:rFonts w:ascii="宋体" w:hAnsi="宋体" w:eastAsia="宋体" w:cs="宋体"/>
          <w:color w:val="000000"/>
        </w:rPr>
        <w:t>表示的数为</w:t>
      </w:r>
      <w:r>
        <w:pict>
          <v:shape id="_x0000_i715351"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58" o:title="eqId3edbd40e04e2a943051fa83d6e511add"/>
            <o:lock v:ext="edit" aspectratio="t"/>
            <w10:wrap type="none"/>
            <w10:anchorlock/>
          </v:shape>
        </w:pict>
      </w:r>
      <w:r>
        <w:rPr>
          <w:rFonts w:ascii="宋体" w:hAnsi="宋体" w:eastAsia="宋体" w:cs="宋体"/>
          <w:color w:val="000000"/>
        </w:rPr>
        <w:t>，此时</w:t>
      </w:r>
      <w:r>
        <w:pict>
          <v:shape id="_x0000_i715352"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59" o:title="eqIdca205b1520da75e616d26e7a4efcbc30"/>
            <o:lock v:ext="edit" aspectratio="t"/>
            <w10:wrap type="none"/>
            <w10:anchorlock/>
          </v:shape>
        </w:pict>
      </w:r>
      <w:r>
        <w:rPr>
          <w:rFonts w:ascii="宋体" w:hAnsi="宋体" w:eastAsia="宋体" w:cs="宋体"/>
          <w:color w:val="000000"/>
        </w:rPr>
        <w:t>（线段</w:t>
      </w:r>
      <w:r>
        <w:pict>
          <v:shape id="_x0000_i71535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60" o:title="eqId9d78abbad68bbbf12af10cd40ef4c353"/>
            <o:lock v:ext="edit" aspectratio="t"/>
            <w10:wrap type="none"/>
            <w10:anchorlock/>
          </v:shape>
        </w:pict>
      </w:r>
      <w:r>
        <w:rPr>
          <w:rFonts w:ascii="宋体" w:hAnsi="宋体" w:eastAsia="宋体" w:cs="宋体"/>
          <w:color w:val="000000"/>
        </w:rPr>
        <w:t>，线段</w:t>
      </w:r>
      <w:r>
        <w:pict>
          <v:shape id="_x0000_i71535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1" o:title="eqIdf52a58fbaf4fea03567e88a9f0f6e37e"/>
            <o:lock v:ext="edit" aspectratio="t"/>
            <w10:wrap type="none"/>
            <w10:anchorlock/>
          </v:shape>
        </w:pict>
      </w:r>
      <w:r>
        <w:rPr>
          <w:rFonts w:ascii="宋体" w:hAnsi="宋体" w:eastAsia="宋体" w:cs="宋体"/>
          <w:color w:val="000000"/>
        </w:rPr>
        <w:t>）</w:t>
      </w:r>
      <w:r>
        <w:pict>
          <v:shape id="_x0000_i715355" o:spt="75" alt="学科网(www.zxxk.com)--教育资源门户，提供试卷、教案、课件、论文、素材以及各类教学资源下载，还有大量而丰富的教学相关资讯！" type="#_x0000_t75" style="height:20.25pt;width:131.25pt;" o:ole="t" filled="f" o:preferrelative="t" stroked="f" coordsize="21600,21600">
            <v:path/>
            <v:fill on="f" focussize="0,0"/>
            <v:stroke on="f" joinstyle="miter"/>
            <v:imagedata r:id="rId562" o:title="eqId040b988170c4aa4744707e4cc5cd1cf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356" o:spt="75" alt="学科网(www.zxxk.com)--教育资源门户，提供试卷、教案、课件、论文、素材以及各类教学资源下载，还有大量而丰富的教学相关资讯！" type="#_x0000_t75" style="height:13.9pt;width:24.95pt;" o:ole="t" filled="f" o:preferrelative="t" stroked="f" coordsize="21600,21600">
            <v:path/>
            <v:fill on="f" focussize="0,0"/>
            <v:stroke on="f" joinstyle="miter"/>
            <v:imagedata r:id="rId563" o:title="eqIdf66884efff7400f92b530d69d029778d"/>
            <o:lock v:ext="edit" aspectratio="t"/>
            <w10:wrap type="none"/>
            <w10:anchorlock/>
          </v:shape>
        </w:pict>
      </w:r>
      <w:r>
        <w:rPr>
          <w:rFonts w:ascii="宋体" w:hAnsi="宋体" w:eastAsia="宋体" w:cs="宋体"/>
          <w:color w:val="000000"/>
        </w:rPr>
        <w:t>时，点</w:t>
      </w:r>
      <w:r>
        <w:pict>
          <v:shape id="_x0000_i71535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64"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6</w:t>
      </w:r>
      <w:r>
        <w:rPr>
          <w:rFonts w:ascii="宋体" w:hAnsi="宋体" w:eastAsia="宋体" w:cs="宋体"/>
          <w:color w:val="000000"/>
        </w:rPr>
        <w:t>，点</w:t>
      </w:r>
      <w:r>
        <w:pict>
          <v:shape id="_x0000_i71535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65" o:title="eqId8455657dde27aabe6adb7b188e031c11"/>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，此时</w:t>
      </w:r>
      <w:r>
        <w:pict>
          <v:shape id="_x0000_i715359"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66" o:title="eqIdca205b1520da75e616d26e7a4efcbc30"/>
            <o:lock v:ext="edit" aspectratio="t"/>
            <w10:wrap type="none"/>
            <w10:anchorlock/>
          </v:shape>
        </w:pict>
      </w:r>
      <w:r>
        <w:rPr>
          <w:rFonts w:ascii="宋体" w:hAnsi="宋体" w:eastAsia="宋体" w:cs="宋体"/>
          <w:color w:val="000000"/>
        </w:rPr>
        <w:t>（线段</w:t>
      </w:r>
      <w:r>
        <w:pict>
          <v:shape id="_x0000_i71536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67" o:title="eqId9d78abbad68bbbf12af10cd40ef4c353"/>
            <o:lock v:ext="edit" aspectratio="t"/>
            <w10:wrap type="none"/>
            <w10:anchorlock/>
          </v:shape>
        </w:pict>
      </w:r>
      <w:r>
        <w:rPr>
          <w:rFonts w:ascii="宋体" w:hAnsi="宋体" w:eastAsia="宋体" w:cs="宋体"/>
          <w:color w:val="000000"/>
        </w:rPr>
        <w:t>，线段</w:t>
      </w:r>
      <w:r>
        <w:pict>
          <v:shape id="_x0000_i71536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8" o:title="eqIdf52a58fbaf4fea03567e88a9f0f6e37e"/>
            <o:lock v:ext="edit" aspectratio="t"/>
            <w10:wrap type="none"/>
            <w10:anchorlock/>
          </v:shape>
        </w:pict>
      </w:r>
      <w:r>
        <w:rPr>
          <w:rFonts w:ascii="宋体" w:hAnsi="宋体" w:eastAsia="宋体" w:cs="宋体"/>
          <w:color w:val="000000"/>
        </w:rPr>
        <w:t>）</w:t>
      </w:r>
      <w:r>
        <w:pict>
          <v:shape id="_x0000_i715362" o:spt="75" alt="学科网(www.zxxk.com)--教育资源门户，提供试卷、教案、课件、论文、素材以及各类教学资源下载，还有大量而丰富的教学相关资讯！" type="#_x0000_t75" style="height:13.9pt;width:79.9pt;" o:ole="t" filled="f" o:preferrelative="t" stroked="f" coordsize="21600,21600">
            <v:path/>
            <v:fill on="f" focussize="0,0"/>
            <v:stroke on="f" joinstyle="miter"/>
            <v:imagedata r:id="rId569" o:title="eqId2c179a50456be421fc2d908565139c6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36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70" o:title="eqIda15a13b4190ac3d5feaee27a4c97b21b"/>
            <o:lock v:ext="edit" aspectratio="t"/>
            <w10:wrap type="none"/>
            <w10:anchorlock/>
          </v:shape>
        </w:pict>
      </w:r>
      <w:r>
        <w:rPr>
          <w:rFonts w:ascii="宋体" w:hAnsi="宋体" w:eastAsia="宋体" w:cs="宋体"/>
          <w:color w:val="000000"/>
        </w:rPr>
        <w:t>时，点</w:t>
      </w:r>
      <w:r>
        <w:pict>
          <v:shape id="_x0000_i71536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71"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8</w:t>
      </w:r>
      <w:r>
        <w:rPr>
          <w:rFonts w:ascii="宋体" w:hAnsi="宋体" w:eastAsia="宋体" w:cs="宋体"/>
          <w:color w:val="000000"/>
        </w:rPr>
        <w:t>，点</w:t>
      </w:r>
      <w:r>
        <w:pict>
          <v:shape id="_x0000_i71536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72" o:title="eqId8455657dde27aabe6adb7b188e031c11"/>
            <o:lock v:ext="edit" aspectratio="t"/>
            <w10:wrap type="none"/>
            <w10:anchorlock/>
          </v:shape>
        </w:pict>
      </w:r>
      <w:r>
        <w:rPr>
          <w:rFonts w:ascii="宋体" w:hAnsi="宋体" w:eastAsia="宋体" w:cs="宋体"/>
          <w:color w:val="000000"/>
        </w:rPr>
        <w:t>表示的数为</w:t>
      </w:r>
      <w:r>
        <w:pict>
          <v:shape id="_x0000_i715366"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573" o:title="eqId01317332a203c898536b1d0459f51d23"/>
            <o:lock v:ext="edit" aspectratio="t"/>
            <w10:wrap type="none"/>
            <w10:anchorlock/>
          </v:shape>
        </w:pict>
      </w:r>
      <w:r>
        <w:rPr>
          <w:rFonts w:ascii="宋体" w:hAnsi="宋体" w:eastAsia="宋体" w:cs="宋体"/>
          <w:color w:val="000000"/>
        </w:rPr>
        <w:t>，此时</w:t>
      </w:r>
      <w:r>
        <w:pict>
          <v:shape id="_x0000_i715367"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74" o:title="eqIdca205b1520da75e616d26e7a4efcbc30"/>
            <o:lock v:ext="edit" aspectratio="t"/>
            <w10:wrap type="none"/>
            <w10:anchorlock/>
          </v:shape>
        </w:pict>
      </w:r>
      <w:r>
        <w:rPr>
          <w:rFonts w:ascii="宋体" w:hAnsi="宋体" w:eastAsia="宋体" w:cs="宋体"/>
          <w:color w:val="000000"/>
        </w:rPr>
        <w:t>（线段</w:t>
      </w:r>
      <w:r>
        <w:pict>
          <v:shape id="_x0000_i71536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75" o:title="eqId9d78abbad68bbbf12af10cd40ef4c353"/>
            <o:lock v:ext="edit" aspectratio="t"/>
            <w10:wrap type="none"/>
            <w10:anchorlock/>
          </v:shape>
        </w:pict>
      </w:r>
      <w:r>
        <w:rPr>
          <w:rFonts w:ascii="宋体" w:hAnsi="宋体" w:eastAsia="宋体" w:cs="宋体"/>
          <w:color w:val="000000"/>
        </w:rPr>
        <w:t>，线段</w:t>
      </w:r>
      <w:r>
        <w:pict>
          <v:shape id="_x0000_i71536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76" o:title="eqIdf52a58fbaf4fea03567e88a9f0f6e37e"/>
            <o:lock v:ext="edit" aspectratio="t"/>
            <w10:wrap type="none"/>
            <w10:anchorlock/>
          </v:shape>
        </w:pict>
      </w:r>
      <w:r>
        <w:rPr>
          <w:rFonts w:ascii="宋体" w:hAnsi="宋体" w:eastAsia="宋体" w:cs="宋体"/>
          <w:color w:val="000000"/>
        </w:rPr>
        <w:t>）</w:t>
      </w:r>
      <w:r>
        <w:pict>
          <v:shape id="_x0000_i715370" o:spt="75" alt="学科网(www.zxxk.com)--教育资源门户，提供试卷、教案、课件、论文、素材以及各类教学资源下载，还有大量而丰富的教学相关资讯！" type="#_x0000_t75" style="height:20.25pt;width:131.25pt;" o:ole="t" filled="f" o:preferrelative="t" stroked="f" coordsize="21600,21600">
            <v:path/>
            <v:fill on="f" focussize="0,0"/>
            <v:stroke on="f" joinstyle="miter"/>
            <v:imagedata r:id="rId577" o:title="eqIdd8eb9dccf170a55a324284029386da8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371" o:spt="75" alt="学科网(www.zxxk.com)--教育资源门户，提供试卷、教案、课件、论文、素材以及各类教学资源下载，还有大量而丰富的教学相关资讯！" type="#_x0000_t75" style="height:14.1pt;width:24.7pt;" o:ole="t" filled="f" o:preferrelative="t" stroked="f" coordsize="21600,21600">
            <v:path/>
            <v:fill on="f" focussize="0,0"/>
            <v:stroke on="f" joinstyle="miter"/>
            <v:imagedata r:id="rId578" o:title="eqIda495c197fcbacb8c109aa0060525a371"/>
            <o:lock v:ext="edit" aspectratio="t"/>
            <w10:wrap type="none"/>
            <w10:anchorlock/>
          </v:shape>
        </w:pict>
      </w:r>
      <w:r>
        <w:rPr>
          <w:rFonts w:ascii="宋体" w:hAnsi="宋体" w:eastAsia="宋体" w:cs="宋体"/>
          <w:color w:val="000000"/>
        </w:rPr>
        <w:t>时，点</w:t>
      </w:r>
      <w:r>
        <w:pict>
          <v:shape id="_x0000_i71537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79"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10</w:t>
      </w:r>
      <w:r>
        <w:rPr>
          <w:rFonts w:ascii="宋体" w:hAnsi="宋体" w:eastAsia="宋体" w:cs="宋体"/>
          <w:color w:val="000000"/>
        </w:rPr>
        <w:t>，点</w:t>
      </w:r>
      <w:r>
        <w:pict>
          <v:shape id="_x0000_i71537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80" o:title="eqId8455657dde27aabe6adb7b188e031c11"/>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4</w:t>
      </w:r>
      <w:r>
        <w:rPr>
          <w:rFonts w:ascii="宋体" w:hAnsi="宋体" w:eastAsia="宋体" w:cs="宋体"/>
          <w:color w:val="000000"/>
        </w:rPr>
        <w:t>，此时</w:t>
      </w:r>
      <w:r>
        <w:pict>
          <v:shape id="_x0000_i715374"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81" o:title="eqIdca205b1520da75e616d26e7a4efcbc30"/>
            <o:lock v:ext="edit" aspectratio="t"/>
            <w10:wrap type="none"/>
            <w10:anchorlock/>
          </v:shape>
        </w:pict>
      </w:r>
      <w:r>
        <w:rPr>
          <w:rFonts w:ascii="宋体" w:hAnsi="宋体" w:eastAsia="宋体" w:cs="宋体"/>
          <w:color w:val="000000"/>
        </w:rPr>
        <w:t>（线段</w:t>
      </w:r>
      <w:r>
        <w:pict>
          <v:shape id="_x0000_i71537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82" o:title="eqId9d78abbad68bbbf12af10cd40ef4c353"/>
            <o:lock v:ext="edit" aspectratio="t"/>
            <w10:wrap type="none"/>
            <w10:anchorlock/>
          </v:shape>
        </w:pict>
      </w:r>
      <w:r>
        <w:rPr>
          <w:rFonts w:ascii="宋体" w:hAnsi="宋体" w:eastAsia="宋体" w:cs="宋体"/>
          <w:color w:val="000000"/>
        </w:rPr>
        <w:t>，线段</w:t>
      </w:r>
      <w:r>
        <w:pict>
          <v:shape id="_x0000_i71537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83" o:title="eqIdf52a58fbaf4fea03567e88a9f0f6e37e"/>
            <o:lock v:ext="edit" aspectratio="t"/>
            <w10:wrap type="none"/>
            <w10:anchorlock/>
          </v:shape>
        </w:pict>
      </w:r>
      <w:r>
        <w:rPr>
          <w:rFonts w:ascii="宋体" w:hAnsi="宋体" w:eastAsia="宋体" w:cs="宋体"/>
          <w:color w:val="000000"/>
        </w:rPr>
        <w:t>）</w:t>
      </w:r>
      <w:r>
        <w:pict>
          <v:shape id="_x0000_i715377" o:spt="75" alt="学科网(www.zxxk.com)--教育资源门户，提供试卷、教案、课件、论文、素材以及各类教学资源下载，还有大量而丰富的教学相关资讯！" type="#_x0000_t75" style="height:14pt;width:85pt;" o:ole="t" filled="f" o:preferrelative="t" stroked="f" coordsize="21600,21600">
            <v:path/>
            <v:fill on="f" focussize="0,0"/>
            <v:stroke on="f" joinstyle="miter"/>
            <v:imagedata r:id="rId584" o:title="eqIdcb2e362b3ac4f1b9306923e2e82d72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此后，点</w:t>
      </w:r>
      <w:r>
        <w:pict>
          <v:shape id="_x0000_i71537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85" o:title="eqIdc5db41a1f31d6baee7c69990811edb9f"/>
            <o:lock v:ext="edit" aspectratio="t"/>
            <w10:wrap type="none"/>
            <w10:anchorlock/>
          </v:shape>
        </w:pict>
      </w:r>
      <w:r>
        <w:rPr>
          <w:rFonts w:ascii="宋体" w:hAnsi="宋体" w:eastAsia="宋体" w:cs="宋体"/>
          <w:color w:val="000000"/>
        </w:rPr>
        <w:t>表示的数大于</w:t>
      </w:r>
      <w:r>
        <w:rPr>
          <w:rFonts w:ascii="Times New Roman" w:hAnsi="Times New Roman" w:eastAsia="Times New Roman" w:cs="Times New Roman"/>
          <w:color w:val="000000"/>
        </w:rPr>
        <w:t>10</w:t>
      </w:r>
      <w:r>
        <w:rPr>
          <w:rFonts w:ascii="宋体" w:hAnsi="宋体" w:eastAsia="宋体" w:cs="宋体"/>
          <w:color w:val="000000"/>
        </w:rPr>
        <w:t>，</w:t>
      </w:r>
      <w:r>
        <w:pict>
          <v:shape id="_x0000_i715379"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86" o:title="eqIdca205b1520da75e616d26e7a4efcbc30"/>
            <o:lock v:ext="edit" aspectratio="t"/>
            <w10:wrap type="none"/>
            <w10:anchorlock/>
          </v:shape>
        </w:pict>
      </w:r>
      <w:r>
        <w:rPr>
          <w:rFonts w:ascii="宋体" w:hAnsi="宋体" w:eastAsia="宋体" w:cs="宋体"/>
          <w:color w:val="000000"/>
        </w:rPr>
        <w:t>（线段</w:t>
      </w:r>
      <w:r>
        <w:pict>
          <v:shape id="_x0000_i71538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87" o:title="eqId9d78abbad68bbbf12af10cd40ef4c353"/>
            <o:lock v:ext="edit" aspectratio="t"/>
            <w10:wrap type="none"/>
            <w10:anchorlock/>
          </v:shape>
        </w:pict>
      </w:r>
      <w:r>
        <w:rPr>
          <w:rFonts w:ascii="宋体" w:hAnsi="宋体" w:eastAsia="宋体" w:cs="宋体"/>
          <w:color w:val="000000"/>
        </w:rPr>
        <w:t>，线段</w:t>
      </w:r>
      <w:r>
        <w:pict>
          <v:shape id="_x0000_i71538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88" o:title="eqIdf52a58fbaf4fea03567e88a9f0f6e37e"/>
            <o:lock v:ext="edit" aspectratio="t"/>
            <w10:wrap type="none"/>
            <w10:anchorlock/>
          </v:shape>
        </w:pict>
      </w:r>
      <w:r>
        <w:rPr>
          <w:rFonts w:ascii="宋体" w:hAnsi="宋体" w:eastAsia="宋体" w:cs="宋体"/>
          <w:color w:val="000000"/>
        </w:rPr>
        <w:t>）总大于</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pict>
          <v:shape id="_x0000_i71538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89" o:title="eqId2de0d10ef8b748d4531250c37c5d3f9e"/>
            <o:lock v:ext="edit" aspectratio="t"/>
            <w10:wrap type="none"/>
            <w10:anchorlock/>
          </v:shape>
        </w:pict>
      </w:r>
      <w:r>
        <w:rPr>
          <w:rFonts w:ascii="宋体" w:hAnsi="宋体" w:eastAsia="宋体" w:cs="宋体"/>
          <w:color w:val="000000"/>
        </w:rPr>
        <w:t>当</w:t>
      </w:r>
      <w:r>
        <w:pict>
          <v:shape id="_x0000_i715383"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590" o:title="eqId5290943532b33d13973e7717b873c67e"/>
            <o:lock v:ext="edit" aspectratio="t"/>
            <w10:wrap type="none"/>
            <w10:anchorlock/>
          </v:shape>
        </w:pict>
      </w:r>
      <w:r>
        <w:rPr>
          <w:rFonts w:ascii="宋体" w:hAnsi="宋体" w:eastAsia="宋体" w:cs="宋体"/>
          <w:color w:val="000000"/>
        </w:rPr>
        <w:t>或</w:t>
      </w:r>
      <w:r>
        <w:pict>
          <v:shape id="_x0000_i715384" o:spt="75" alt="学科网(www.zxxk.com)--教育资源门户，提供试卷、教案、课件、论文、素材以及各类教学资源下载，还有大量而丰富的教学相关资讯！" type="#_x0000_t75" style="height:14pt;width:42pt;" o:ole="t" filled="f" o:preferrelative="t" stroked="f" coordsize="21600,21600">
            <v:path/>
            <v:fill on="f" focussize="0,0"/>
            <v:stroke on="f" joinstyle="miter"/>
            <v:imagedata r:id="rId591" o:title="eqId5d59a91eb106fe04d482899ab5e45e4b"/>
            <o:lock v:ext="edit" aspectratio="t"/>
            <w10:wrap type="none"/>
            <w10:anchorlock/>
          </v:shape>
        </w:pict>
      </w:r>
      <w:r>
        <w:rPr>
          <w:rFonts w:ascii="宋体" w:hAnsi="宋体" w:eastAsia="宋体" w:cs="宋体"/>
          <w:color w:val="000000"/>
        </w:rPr>
        <w:t>或</w:t>
      </w:r>
      <w:r>
        <w:pict>
          <v:shape id="_x0000_i715385"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592" o:title="eqId21ba87639613d67f38deadfebbee4389"/>
            <o:lock v:ext="edit" aspectratio="t"/>
            <w10:wrap type="none"/>
            <w10:anchorlock/>
          </v:shape>
        </w:pict>
      </w:r>
      <w:r>
        <w:rPr>
          <w:rFonts w:ascii="宋体" w:hAnsi="宋体" w:eastAsia="宋体" w:cs="宋体"/>
          <w:color w:val="000000"/>
        </w:rPr>
        <w:t>时，存在</w:t>
      </w:r>
      <w:r>
        <w:pict>
          <v:shape id="_x0000_i715386"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593" o:title="eqIdca205b1520da75e616d26e7a4efcbc30"/>
            <o:lock v:ext="edit" aspectratio="t"/>
            <w10:wrap type="none"/>
            <w10:anchorlock/>
          </v:shape>
        </w:pict>
      </w:r>
      <w:r>
        <w:rPr>
          <w:rFonts w:ascii="宋体" w:hAnsi="宋体" w:eastAsia="宋体" w:cs="宋体"/>
          <w:color w:val="000000"/>
        </w:rPr>
        <w:t>（线段</w:t>
      </w:r>
      <w:r>
        <w:pict>
          <v:shape id="_x0000_i71538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94" o:title="eqId9d78abbad68bbbf12af10cd40ef4c353"/>
            <o:lock v:ext="edit" aspectratio="t"/>
            <w10:wrap type="none"/>
            <w10:anchorlock/>
          </v:shape>
        </w:pict>
      </w:r>
      <w:r>
        <w:rPr>
          <w:rFonts w:ascii="宋体" w:hAnsi="宋体" w:eastAsia="宋体" w:cs="宋体"/>
          <w:color w:val="000000"/>
        </w:rPr>
        <w:t>，线段</w:t>
      </w:r>
      <w:r>
        <w:pict>
          <v:shape id="_x0000_i71538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95" o:title="eqIdf52a58fbaf4fea03567e88a9f0f6e37e"/>
            <o:lock v:ext="edit" aspectratio="t"/>
            <w10:wrap type="none"/>
            <w10:anchorlock/>
          </v:shape>
        </w:pict>
      </w:r>
      <w:r>
        <w:rPr>
          <w:rFonts w:ascii="宋体" w:hAnsi="宋体" w:eastAsia="宋体" w:cs="宋体"/>
          <w:color w:val="000000"/>
        </w:rPr>
        <w:t>）</w:t>
      </w:r>
      <w:r>
        <w:pict>
          <v:shape id="_x0000_i715389"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596" o:title="eqIdb5ed60f73c6eff0266f61ab872a8a15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390"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597" o:title="eqId5290943532b33d13973e7717b873c67e"/>
            <o:lock v:ext="edit" aspectratio="t"/>
            <w10:wrap type="none"/>
            <w10:anchorlock/>
          </v:shape>
        </w:pict>
      </w:r>
      <w:r>
        <w:rPr>
          <w:rFonts w:ascii="宋体" w:hAnsi="宋体" w:eastAsia="宋体" w:cs="宋体"/>
          <w:color w:val="000000"/>
        </w:rPr>
        <w:t>时，点</w:t>
      </w:r>
      <w:r>
        <w:pict>
          <v:shape id="_x0000_i71539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598" o:title="eqIdc5db41a1f31d6baee7c69990811edb9f"/>
            <o:lock v:ext="edit" aspectratio="t"/>
            <w10:wrap type="none"/>
            <w10:anchorlock/>
          </v:shape>
        </w:pict>
      </w:r>
      <w:r>
        <w:rPr>
          <w:rFonts w:ascii="宋体" w:hAnsi="宋体" w:eastAsia="宋体" w:cs="宋体"/>
          <w:color w:val="000000"/>
        </w:rPr>
        <w:t>表示的数为</w:t>
      </w:r>
      <w:r>
        <w:pict>
          <v:shape id="_x0000_i715392" o:spt="75" alt="学科网(www.zxxk.com)--教育资源门户，提供试卷、教案、课件、论文、素材以及各类教学资源下载，还有大量而丰富的教学相关资讯！" type="#_x0000_t75" style="height:14.4pt;width:14.4pt;" o:ole="t" filled="f" o:preferrelative="t" stroked="f" coordsize="21600,21600">
            <v:path/>
            <v:fill on="f" focussize="0,0"/>
            <v:stroke on="f" joinstyle="miter"/>
            <v:imagedata r:id="rId599" o:title="eqId90dffc8f00c4e34f8113ba86977c3136"/>
            <o:lock v:ext="edit" aspectratio="t"/>
            <w10:wrap type="none"/>
            <w10:anchorlock/>
          </v:shape>
        </w:pict>
      </w:r>
      <w:r>
        <w:rPr>
          <w:rFonts w:ascii="宋体" w:hAnsi="宋体" w:eastAsia="宋体" w:cs="宋体"/>
          <w:color w:val="000000"/>
        </w:rPr>
        <w:t>，点</w:t>
      </w:r>
      <w:r>
        <w:pict>
          <v:shape id="_x0000_i71539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600" o:title="eqId8455657dde27aabe6adb7b188e031c11"/>
            <o:lock v:ext="edit" aspectratio="t"/>
            <w10:wrap type="none"/>
            <w10:anchorlock/>
          </v:shape>
        </w:pict>
      </w:r>
      <w:r>
        <w:rPr>
          <w:rFonts w:ascii="宋体" w:hAnsi="宋体" w:eastAsia="宋体" w:cs="宋体"/>
          <w:color w:val="000000"/>
        </w:rPr>
        <w:t>表示的数为</w:t>
      </w:r>
      <w:r>
        <w:pict>
          <v:shape id="_x0000_i715394"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601" o:title="eqId6cddf214d82c643f541fcd6d0fc65409"/>
            <o:lock v:ext="edit" aspectratio="t"/>
            <w10:wrap type="none"/>
            <w10:anchorlock/>
          </v:shape>
        </w:pict>
      </w:r>
      <w:r>
        <w:rPr>
          <w:rFonts w:ascii="宋体" w:hAnsi="宋体" w:eastAsia="宋体" w:cs="宋体"/>
          <w:color w:val="000000"/>
        </w:rPr>
        <w:t>，此时</w:t>
      </w:r>
      <w:r>
        <w:pict>
          <v:shape id="_x0000_i715395"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602" o:title="eqIdca205b1520da75e616d26e7a4efcbc30"/>
            <o:lock v:ext="edit" aspectratio="t"/>
            <w10:wrap type="none"/>
            <w10:anchorlock/>
          </v:shape>
        </w:pict>
      </w:r>
      <w:r>
        <w:rPr>
          <w:rFonts w:ascii="宋体" w:hAnsi="宋体" w:eastAsia="宋体" w:cs="宋体"/>
          <w:color w:val="000000"/>
        </w:rPr>
        <w:t>（线段</w:t>
      </w:r>
      <w:r>
        <w:pict>
          <v:shape id="_x0000_i71539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603" o:title="eqId9d78abbad68bbbf12af10cd40ef4c353"/>
            <o:lock v:ext="edit" aspectratio="t"/>
            <w10:wrap type="none"/>
            <w10:anchorlock/>
          </v:shape>
        </w:pict>
      </w:r>
      <w:r>
        <w:rPr>
          <w:rFonts w:ascii="宋体" w:hAnsi="宋体" w:eastAsia="宋体" w:cs="宋体"/>
          <w:color w:val="000000"/>
        </w:rPr>
        <w:t>，线段</w:t>
      </w:r>
      <w:r>
        <w:pict>
          <v:shape id="_x0000_i71539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04" o:title="eqIdf52a58fbaf4fea03567e88a9f0f6e37e"/>
            <o:lock v:ext="edit" aspectratio="t"/>
            <w10:wrap type="none"/>
            <w10:anchorlock/>
          </v:shape>
        </w:pict>
      </w:r>
      <w:r>
        <w:rPr>
          <w:rFonts w:ascii="宋体" w:hAnsi="宋体" w:eastAsia="宋体" w:cs="宋体"/>
          <w:color w:val="000000"/>
        </w:rPr>
        <w:t>）</w:t>
      </w:r>
      <w:r>
        <w:pict>
          <v:shape id="_x0000_i715398" o:spt="75" alt="学科网(www.zxxk.com)--教育资源门户，提供试卷、教案、课件、论文、素材以及各类教学资源下载，还有大量而丰富的教学相关资讯！" type="#_x0000_t75" style="height:21.75pt;width:99pt;" o:ole="t" filled="f" o:preferrelative="t" stroked="f" coordsize="21600,21600">
            <v:path/>
            <v:fill on="f" focussize="0,0"/>
            <v:stroke on="f" joinstyle="miter"/>
            <v:imagedata r:id="rId605" o:title="eqIdc6f35886d38edc7d8e22896804c4a85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399"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606" o:title="eqId5019f31f61b31014232e2f22af84405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400" o:spt="75" alt="学科网(www.zxxk.com)--教育资源门户，提供试卷、教案、课件、论文、素材以及各类教学资源下载，还有大量而丰富的教学相关资讯！" type="#_x0000_t75" style="height:14pt;width:42pt;" o:ole="t" filled="f" o:preferrelative="t" stroked="f" coordsize="21600,21600">
            <v:path/>
            <v:fill on="f" focussize="0,0"/>
            <v:stroke on="f" joinstyle="miter"/>
            <v:imagedata r:id="rId607" o:title="eqId5d59a91eb106fe04d482899ab5e45e4b"/>
            <o:lock v:ext="edit" aspectratio="t"/>
            <w10:wrap type="none"/>
            <w10:anchorlock/>
          </v:shape>
        </w:pict>
      </w:r>
      <w:r>
        <w:rPr>
          <w:rFonts w:ascii="宋体" w:hAnsi="宋体" w:eastAsia="宋体" w:cs="宋体"/>
          <w:color w:val="000000"/>
        </w:rPr>
        <w:t>时，点</w:t>
      </w:r>
      <w:r>
        <w:pict>
          <v:shape id="_x0000_i71540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608" o:title="eqIdc5db41a1f31d6baee7c69990811edb9f"/>
            <o:lock v:ext="edit" aspectratio="t"/>
            <w10:wrap type="none"/>
            <w10:anchorlock/>
          </v:shape>
        </w:pict>
      </w:r>
      <w:r>
        <w:rPr>
          <w:rFonts w:ascii="宋体" w:hAnsi="宋体" w:eastAsia="宋体" w:cs="宋体"/>
          <w:color w:val="000000"/>
        </w:rPr>
        <w:t>表示的数为</w:t>
      </w:r>
      <w:r>
        <w:pict>
          <v:shape id="_x0000_i715402" o:spt="75" alt="学科网(www.zxxk.com)--教育资源门户，提供试卷、教案、课件、论文、素材以及各类教学资源下载，还有大量而丰富的教学相关资讯！" type="#_x0000_t75" style="height:14.4pt;width:14.4pt;" o:ole="t" filled="f" o:preferrelative="t" stroked="f" coordsize="21600,21600">
            <v:path/>
            <v:fill on="f" focussize="0,0"/>
            <v:stroke on="f" joinstyle="miter"/>
            <v:imagedata r:id="rId609" o:title="eqId90dffc8f00c4e34f8113ba86977c3136"/>
            <o:lock v:ext="edit" aspectratio="t"/>
            <w10:wrap type="none"/>
            <w10:anchorlock/>
          </v:shape>
        </w:pict>
      </w:r>
      <w:r>
        <w:rPr>
          <w:rFonts w:ascii="宋体" w:hAnsi="宋体" w:eastAsia="宋体" w:cs="宋体"/>
          <w:color w:val="000000"/>
        </w:rPr>
        <w:t>，点</w:t>
      </w:r>
      <w:r>
        <w:pict>
          <v:shape id="_x0000_i71540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610" o:title="eqId8455657dde27aabe6adb7b188e031c11"/>
            <o:lock v:ext="edit" aspectratio="t"/>
            <w10:wrap type="none"/>
            <w10:anchorlock/>
          </v:shape>
        </w:pict>
      </w:r>
      <w:r>
        <w:rPr>
          <w:rFonts w:ascii="宋体" w:hAnsi="宋体" w:eastAsia="宋体" w:cs="宋体"/>
          <w:color w:val="000000"/>
        </w:rPr>
        <w:t>表示的数为</w:t>
      </w:r>
      <w:r>
        <w:pict>
          <v:shape id="_x0000_i715404" o:spt="75" alt="学科网(www.zxxk.com)--教育资源门户，提供试卷、教案、课件、论文、素材以及各类教学资源下载，还有大量而丰富的教学相关资讯！" type="#_x0000_t75" style="height:20.25pt;width:63.75pt;" o:ole="t" filled="f" o:preferrelative="t" stroked="f" coordsize="21600,21600">
            <v:path/>
            <v:fill on="f" focussize="0,0"/>
            <v:stroke on="f" joinstyle="miter"/>
            <v:imagedata r:id="rId611" o:title="eqIdf2963973ba862ee0c4e4168ad9960b31"/>
            <o:lock v:ext="edit" aspectratio="t"/>
            <w10:wrap type="none"/>
            <w10:anchorlock/>
          </v:shape>
        </w:pict>
      </w:r>
      <w:r>
        <w:rPr>
          <w:rFonts w:ascii="宋体" w:hAnsi="宋体" w:eastAsia="宋体" w:cs="宋体"/>
          <w:color w:val="000000"/>
        </w:rPr>
        <w:t>，此时</w:t>
      </w:r>
      <w:r>
        <w:pict>
          <v:shape id="_x0000_i715405"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612" o:title="eqIdca205b1520da75e616d26e7a4efcbc30"/>
            <o:lock v:ext="edit" aspectratio="t"/>
            <w10:wrap type="none"/>
            <w10:anchorlock/>
          </v:shape>
        </w:pict>
      </w:r>
      <w:r>
        <w:rPr>
          <w:rFonts w:ascii="宋体" w:hAnsi="宋体" w:eastAsia="宋体" w:cs="宋体"/>
          <w:color w:val="000000"/>
        </w:rPr>
        <w:t>（线段</w:t>
      </w:r>
      <w:r>
        <w:pict>
          <v:shape id="_x0000_i71540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613" o:title="eqId9d78abbad68bbbf12af10cd40ef4c353"/>
            <o:lock v:ext="edit" aspectratio="t"/>
            <w10:wrap type="none"/>
            <w10:anchorlock/>
          </v:shape>
        </w:pict>
      </w:r>
      <w:r>
        <w:rPr>
          <w:rFonts w:ascii="宋体" w:hAnsi="宋体" w:eastAsia="宋体" w:cs="宋体"/>
          <w:color w:val="000000"/>
        </w:rPr>
        <w:t>，线段</w:t>
      </w:r>
      <w:r>
        <w:pict>
          <v:shape id="_x0000_i71540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14" o:title="eqIdf52a58fbaf4fea03567e88a9f0f6e37e"/>
            <o:lock v:ext="edit" aspectratio="t"/>
            <w10:wrap type="none"/>
            <w10:anchorlock/>
          </v:shape>
        </w:pict>
      </w:r>
      <w:r>
        <w:rPr>
          <w:rFonts w:ascii="宋体" w:hAnsi="宋体" w:eastAsia="宋体" w:cs="宋体"/>
          <w:color w:val="000000"/>
        </w:rPr>
        <w:t>）</w:t>
      </w:r>
      <w:r>
        <w:pict>
          <v:shape id="_x0000_i715408" o:spt="75" alt="学科网(www.zxxk.com)--教育资源门户，提供试卷、教案、课件、论文、素材以及各类教学资源下载，还有大量而丰富的教学相关资讯！" type="#_x0000_t75" style="height:21.75pt;width:117pt;" o:ole="t" filled="f" o:preferrelative="t" stroked="f" coordsize="21600,21600">
            <v:path/>
            <v:fill on="f" focussize="0,0"/>
            <v:stroke on="f" joinstyle="miter"/>
            <v:imagedata r:id="rId615" o:title="eqId34ce7ce4d3d91e772d5692409617a0d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409" o:spt="75" alt="学科网(www.zxxk.com)--教育资源门户，提供试卷、教案、课件、论文、素材以及各类教学资源下载，还有大量而丰富的教学相关资讯！" type="#_x0000_t75" style="height:30.65pt;width:32.15pt;" o:ole="t" filled="f" o:preferrelative="t" stroked="f" coordsize="21600,21600">
            <v:path/>
            <v:fill on="f" focussize="0,0"/>
            <v:stroke on="f" joinstyle="miter"/>
            <v:imagedata r:id="rId616" o:title="eqIda35c3b2311d8a8eb8dfe637a4f30f41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410" o:spt="75" alt="学科网(www.zxxk.com)--教育资源门户，提供试卷、教案、课件、论文、素材以及各类教学资源下载，还有大量而丰富的教学相关资讯！" type="#_x0000_t75" style="height:13.8pt;width:43.2pt;" o:ole="t" filled="f" o:preferrelative="t" stroked="f" coordsize="21600,21600">
            <v:path/>
            <v:fill on="f" focussize="0,0"/>
            <v:stroke on="f" joinstyle="miter"/>
            <v:imagedata r:id="rId617" o:title="eqId21ba87639613d67f38deadfebbee4389"/>
            <o:lock v:ext="edit" aspectratio="t"/>
            <w10:wrap type="none"/>
            <w10:anchorlock/>
          </v:shape>
        </w:pict>
      </w:r>
      <w:r>
        <w:rPr>
          <w:rFonts w:ascii="宋体" w:hAnsi="宋体" w:eastAsia="宋体" w:cs="宋体"/>
          <w:color w:val="000000"/>
        </w:rPr>
        <w:t>时，点</w:t>
      </w:r>
      <w:r>
        <w:pict>
          <v:shape id="_x0000_i71541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618" o:title="eqIdc5db41a1f31d6baee7c69990811edb9f"/>
            <o:lock v:ext="edit" aspectratio="t"/>
            <w10:wrap type="none"/>
            <w10:anchorlock/>
          </v:shape>
        </w:pict>
      </w:r>
      <w:r>
        <w:rPr>
          <w:rFonts w:ascii="宋体" w:hAnsi="宋体" w:eastAsia="宋体" w:cs="宋体"/>
          <w:color w:val="000000"/>
        </w:rPr>
        <w:t>表示的数为</w:t>
      </w:r>
      <w:r>
        <w:pict>
          <v:shape id="_x0000_i715412" o:spt="75" alt="学科网(www.zxxk.com)--教育资源门户，提供试卷、教案、课件、论文、素材以及各类教学资源下载，还有大量而丰富的教学相关资讯！" type="#_x0000_t75" style="height:14.4pt;width:14.4pt;" o:ole="t" filled="f" o:preferrelative="t" stroked="f" coordsize="21600,21600">
            <v:path/>
            <v:fill on="f" focussize="0,0"/>
            <v:stroke on="f" joinstyle="miter"/>
            <v:imagedata r:id="rId619" o:title="eqId90dffc8f00c4e34f8113ba86977c3136"/>
            <o:lock v:ext="edit" aspectratio="t"/>
            <w10:wrap type="none"/>
            <w10:anchorlock/>
          </v:shape>
        </w:pict>
      </w:r>
      <w:r>
        <w:rPr>
          <w:rFonts w:ascii="宋体" w:hAnsi="宋体" w:eastAsia="宋体" w:cs="宋体"/>
          <w:color w:val="000000"/>
        </w:rPr>
        <w:t>，点</w:t>
      </w:r>
      <w:r>
        <w:pict>
          <v:shape id="_x0000_i71541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620" o:title="eqId8455657dde27aabe6adb7b188e031c11"/>
            <o:lock v:ext="edit" aspectratio="t"/>
            <w10:wrap type="none"/>
            <w10:anchorlock/>
          </v:shape>
        </w:pict>
      </w:r>
      <w:r>
        <w:rPr>
          <w:rFonts w:ascii="宋体" w:hAnsi="宋体" w:eastAsia="宋体" w:cs="宋体"/>
          <w:color w:val="000000"/>
        </w:rPr>
        <w:t>表示的数为</w:t>
      </w:r>
      <w:r>
        <w:pict>
          <v:shape id="_x0000_i715414" o:spt="75" alt="学科网(www.zxxk.com)--教育资源门户，提供试卷、教案、课件、论文、素材以及各类教学资源下载，还有大量而丰富的教学相关资讯！" type="#_x0000_t75" style="height:20.25pt;width:56.25pt;" o:ole="t" filled="f" o:preferrelative="t" stroked="f" coordsize="21600,21600">
            <v:path/>
            <v:fill on="f" focussize="0,0"/>
            <v:stroke on="f" joinstyle="miter"/>
            <v:imagedata r:id="rId621" o:title="eqId3bebcd8fe0aa8be037063d86cb02843f"/>
            <o:lock v:ext="edit" aspectratio="t"/>
            <w10:wrap type="none"/>
            <w10:anchorlock/>
          </v:shape>
        </w:pict>
      </w:r>
      <w:r>
        <w:rPr>
          <w:rFonts w:ascii="宋体" w:hAnsi="宋体" w:eastAsia="宋体" w:cs="宋体"/>
          <w:color w:val="000000"/>
        </w:rPr>
        <w:t>，此时</w:t>
      </w:r>
      <w:r>
        <w:pict>
          <v:shape id="_x0000_i715415"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622" o:title="eqIdca205b1520da75e616d26e7a4efcbc30"/>
            <o:lock v:ext="edit" aspectratio="t"/>
            <w10:wrap type="none"/>
            <w10:anchorlock/>
          </v:shape>
        </w:pict>
      </w:r>
      <w:r>
        <w:rPr>
          <w:rFonts w:ascii="宋体" w:hAnsi="宋体" w:eastAsia="宋体" w:cs="宋体"/>
          <w:color w:val="000000"/>
        </w:rPr>
        <w:t>（线段</w:t>
      </w:r>
      <w:r>
        <w:pict>
          <v:shape id="_x0000_i71541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623" o:title="eqId9d78abbad68bbbf12af10cd40ef4c353"/>
            <o:lock v:ext="edit" aspectratio="t"/>
            <w10:wrap type="none"/>
            <w10:anchorlock/>
          </v:shape>
        </w:pict>
      </w:r>
      <w:r>
        <w:rPr>
          <w:rFonts w:ascii="宋体" w:hAnsi="宋体" w:eastAsia="宋体" w:cs="宋体"/>
          <w:color w:val="000000"/>
        </w:rPr>
        <w:t>，线段</w:t>
      </w:r>
      <w:r>
        <w:pict>
          <v:shape id="_x0000_i71541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24" o:title="eqIdf52a58fbaf4fea03567e88a9f0f6e37e"/>
            <o:lock v:ext="edit" aspectratio="t"/>
            <w10:wrap type="none"/>
            <w10:anchorlock/>
          </v:shape>
        </w:pict>
      </w:r>
      <w:r>
        <w:rPr>
          <w:rFonts w:ascii="宋体" w:hAnsi="宋体" w:eastAsia="宋体" w:cs="宋体"/>
          <w:color w:val="000000"/>
        </w:rPr>
        <w:t>）</w:t>
      </w:r>
      <w:r>
        <w:pict>
          <v:shape id="_x0000_i715418" o:spt="75" alt="学科网(www.zxxk.com)--教育资源门户，提供试卷、教案、课件、论文、素材以及各类教学资源下载，还有大量而丰富的教学相关资讯！" type="#_x0000_t75" style="height:14pt;width:55pt;" o:ole="t" filled="f" o:preferrelative="t" stroked="f" coordsize="21600,21600">
            <v:path/>
            <v:fill on="f" focussize="0,0"/>
            <v:stroke on="f" joinstyle="miter"/>
            <v:imagedata r:id="rId625" o:title="eqId7a42e8bc337a9c4e75692a98ee1eb34b"/>
            <o:lock v:ext="edit" aspectratio="t"/>
            <w10:wrap type="none"/>
            <w10:anchorlock/>
          </v:shape>
        </w:pict>
      </w:r>
      <w:r>
        <w:rPr>
          <w:rFonts w:ascii="宋体" w:hAnsi="宋体" w:eastAsia="宋体" w:cs="宋体"/>
          <w:color w:val="000000"/>
        </w:rPr>
        <w:t>或</w:t>
      </w:r>
      <w:r>
        <w:pict>
          <v:shape id="_x0000_i715419" o:spt="75" alt="学科网(www.zxxk.com)--教育资源门户，提供试卷、教案、课件、论文、素材以及各类教学资源下载，还有大量而丰富的教学相关资讯！" type="#_x0000_t75" style="height:21.75pt;width:99.75pt;" o:ole="t" filled="f" o:preferrelative="t" stroked="f" coordsize="21600,21600">
            <v:path/>
            <v:fill on="f" focussize="0,0"/>
            <v:stroke on="f" joinstyle="miter"/>
            <v:imagedata r:id="rId626" o:title="eqId969b331397bb690578ec26e029aba46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420" o:spt="75" alt="学科网(www.zxxk.com)--教育资源门户，提供试卷、教案、课件、论文、素材以及各类教学资源下载，还有大量而丰富的教学相关资讯！" type="#_x0000_t75" style="height:27.75pt;width:24.75pt;" o:ole="t" filled="f" o:preferrelative="t" stroked="f" coordsize="21600,21600">
            <v:path/>
            <v:fill on="f" focussize="0,0"/>
            <v:stroke on="f" joinstyle="miter"/>
            <v:imagedata r:id="rId627" o:title="eqIda0ee0426ebf3afadb7d8fb900d880837"/>
            <o:lock v:ext="edit" aspectratio="t"/>
            <w10:wrap type="none"/>
            <w10:anchorlock/>
          </v:shape>
        </w:pict>
      </w:r>
      <w:r>
        <w:rPr>
          <w:rFonts w:ascii="宋体" w:hAnsi="宋体" w:eastAsia="宋体" w:cs="宋体"/>
          <w:color w:val="000000"/>
        </w:rPr>
        <w:t>或</w:t>
      </w:r>
      <w:r>
        <w:pict>
          <v:shape id="_x0000_i715421" o:spt="75" alt="学科网(www.zxxk.com)--教育资源门户，提供试卷、教案、课件、论文、素材以及各类教学资源下载，还有大量而丰富的教学相关资讯！" type="#_x0000_t75" style="height:31pt;width:33.1pt;" o:ole="t" filled="f" o:preferrelative="t" stroked="f" coordsize="21600,21600">
            <v:path/>
            <v:fill on="f" focussize="0,0"/>
            <v:stroke on="f" joinstyle="miter"/>
            <v:imagedata r:id="rId628" o:title="eqIdf038b878074507cba47bc7b6cd4a9793"/>
            <o:lock v:ext="edit" aspectratio="t"/>
            <w10:wrap type="none"/>
            <w10:anchorlock/>
          </v:shape>
        </w:pict>
      </w:r>
      <w:r>
        <w:rPr>
          <w:color w:val="000000"/>
        </w:rPr>
        <w:t>（舍去）</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5422"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629" o:title="eqId5aa69fd8445d01c98634c2e885b47d5a"/>
            <o:lock v:ext="edit" aspectratio="t"/>
            <w10:wrap type="none"/>
            <w10:anchorlock/>
          </v:shape>
        </w:pict>
      </w:r>
      <w:r>
        <w:rPr>
          <w:rFonts w:ascii="宋体" w:hAnsi="宋体" w:eastAsia="宋体" w:cs="宋体"/>
          <w:color w:val="000000"/>
        </w:rPr>
        <w:t>两点同时出发</w:t>
      </w:r>
      <w:r>
        <w:pict>
          <v:shape id="_x0000_i715423"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630" o:title="eqIdc42986211c8a14be6c7171a6ba43f5fe"/>
            <o:lock v:ext="edit" aspectratio="t"/>
            <w10:wrap type="none"/>
            <w10:anchorlock/>
          </v:shape>
        </w:pict>
      </w:r>
      <w:r>
        <w:rPr>
          <w:rFonts w:ascii="宋体" w:hAnsi="宋体" w:eastAsia="宋体" w:cs="宋体"/>
          <w:color w:val="000000"/>
        </w:rPr>
        <w:t>或</w:t>
      </w:r>
      <w:r>
        <w:pict>
          <v:shape id="_x0000_i715424"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631" o:title="eqIdf946801ef59bc99a548f560f2b7b3579"/>
            <o:lock v:ext="edit" aspectratio="t"/>
            <w10:wrap type="none"/>
            <w10:anchorlock/>
          </v:shape>
        </w:pict>
      </w:r>
      <w:r>
        <w:rPr>
          <w:rFonts w:ascii="宋体" w:hAnsi="宋体" w:eastAsia="宋体" w:cs="宋体"/>
          <w:color w:val="000000"/>
        </w:rPr>
        <w:t>或</w:t>
      </w:r>
      <w:r>
        <w:pict>
          <v:shape id="_x0000_i715425"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632" o:title="eqId4bfcbd2e80fb8216787335aa9e46b601"/>
            <o:lock v:ext="edit" aspectratio="t"/>
            <w10:wrap type="none"/>
            <w10:anchorlock/>
          </v:shape>
        </w:pict>
      </w:r>
      <w:r>
        <w:rPr>
          <w:rFonts w:ascii="宋体" w:hAnsi="宋体" w:eastAsia="宋体" w:cs="宋体"/>
          <w:color w:val="000000"/>
        </w:rPr>
        <w:t>或</w:t>
      </w:r>
      <w:r>
        <w:pict>
          <v:shape id="_x0000_i715426" o:spt="75" alt="学科网(www.zxxk.com)--教育资源门户，提供试卷、教案、课件、论文、素材以及各类教学资源下载，还有大量而丰富的教学相关资讯！" type="#_x0000_t75" style="height:31pt;width:24pt;" o:ole="t" filled="f" o:preferrelative="t" stroked="f" coordsize="21600,21600">
            <v:path/>
            <v:fill on="f" focussize="0,0"/>
            <v:stroke on="f" joinstyle="miter"/>
            <v:imagedata r:id="rId633" o:title="eqIdbcb6803db7a570499bb3e5e783dc2b28"/>
            <o:lock v:ext="edit" aspectratio="t"/>
            <w10:wrap type="none"/>
            <w10:anchorlock/>
          </v:shape>
        </w:pict>
      </w:r>
      <w:r>
        <w:rPr>
          <w:rFonts w:ascii="宋体" w:hAnsi="宋体" w:eastAsia="宋体" w:cs="宋体"/>
          <w:color w:val="000000"/>
        </w:rPr>
        <w:t>时，</w:t>
      </w:r>
      <w:r>
        <w:pict>
          <v:shape id="_x0000_i715427" o:spt="75" alt="学科网(www.zxxk.com)--教育资源门户，提供试卷、教案、课件、论文、素材以及各类教学资源下载，还有大量而丰富的教学相关资讯！" type="#_x0000_t75" style="height:17.65pt;width:23.1pt;" o:ole="t" filled="f" o:preferrelative="t" stroked="f" coordsize="21600,21600">
            <v:path/>
            <v:fill on="f" focussize="0,0"/>
            <v:stroke on="f" joinstyle="miter"/>
            <v:imagedata r:id="rId634" o:title="eqIdca205b1520da75e616d26e7a4efcbc30"/>
            <o:lock v:ext="edit" aspectratio="t"/>
            <w10:wrap type="none"/>
            <w10:anchorlock/>
          </v:shape>
        </w:pict>
      </w:r>
      <w:r>
        <w:rPr>
          <w:rFonts w:ascii="宋体" w:hAnsi="宋体" w:eastAsia="宋体" w:cs="宋体"/>
          <w:color w:val="000000"/>
        </w:rPr>
        <w:t>（线段</w:t>
      </w:r>
      <w:r>
        <w:pict>
          <v:shape id="_x0000_i71542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635" o:title="eqId9d78abbad68bbbf12af10cd40ef4c353"/>
            <o:lock v:ext="edit" aspectratio="t"/>
            <w10:wrap type="none"/>
            <w10:anchorlock/>
          </v:shape>
        </w:pict>
      </w:r>
      <w:r>
        <w:rPr>
          <w:rFonts w:ascii="宋体" w:hAnsi="宋体" w:eastAsia="宋体" w:cs="宋体"/>
          <w:color w:val="000000"/>
        </w:rPr>
        <w:t>，线段</w:t>
      </w:r>
      <w:r>
        <w:pict>
          <v:shape id="_x0000_i71542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636" o:title="eqIdf52a58fbaf4fea03567e88a9f0f6e37e"/>
            <o:lock v:ext="edit" aspectratio="t"/>
            <w10:wrap type="none"/>
            <w10:anchorlock/>
          </v:shape>
        </w:pict>
      </w:r>
      <w:r>
        <w:rPr>
          <w:rFonts w:ascii="宋体" w:hAnsi="宋体" w:eastAsia="宋体" w:cs="宋体"/>
          <w:color w:val="000000"/>
        </w:rPr>
        <w:t>）</w:t>
      </w:r>
      <w:r>
        <w:pict>
          <v:shape id="_x0000_i715430"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637" o:title="eqIdb5ed60f73c6eff0266f61ab872a8a15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5431"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638" o:title="eqIdc42986211c8a14be6c7171a6ba43f5fe"/>
            <o:lock v:ext="edit" aspectratio="t"/>
            <w10:wrap type="none"/>
            <w10:anchorlock/>
          </v:shape>
        </w:pict>
      </w:r>
      <w:r>
        <w:rPr>
          <w:rFonts w:ascii="宋体" w:hAnsi="宋体" w:eastAsia="宋体" w:cs="宋体"/>
          <w:color w:val="000000"/>
        </w:rPr>
        <w:t>或</w:t>
      </w:r>
      <w:r>
        <w:pict>
          <v:shape id="_x0000_i715432"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639" o:title="eqIdf946801ef59bc99a548f560f2b7b3579"/>
            <o:lock v:ext="edit" aspectratio="t"/>
            <w10:wrap type="none"/>
            <w10:anchorlock/>
          </v:shape>
        </w:pict>
      </w:r>
      <w:r>
        <w:rPr>
          <w:rFonts w:ascii="宋体" w:hAnsi="宋体" w:eastAsia="宋体" w:cs="宋体"/>
          <w:color w:val="000000"/>
        </w:rPr>
        <w:t>或</w:t>
      </w:r>
      <w:r>
        <w:pict>
          <v:shape id="_x0000_i715433"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640" o:title="eqId4bfcbd2e80fb8216787335aa9e46b60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本题考查了用数轴上的点表示有理数、数轴上两点之间的距离、数轴上的动点问题、实际问题与一元一次方程，理解题意，采用数形结合与分类讨论的思想解题，是解此题的关键．</w:t>
      </w:r>
    </w:p>
    <w:p>
      <w:pPr>
        <w:pStyle w:val="Heading2"/>
      </w:pPr>
      <w:r>
        <w:t>朝阳区陈经纶中学</w:t>
      </w:r>
    </w:p>
    <w:p>
      <w:pPr>
        <w:spacing w:line="360" w:lineRule="auto"/>
        <w:jc w:val="both"/>
        <w:textAlignment w:val="center"/>
        <w:rPr>
          <w:color w:val="000000"/>
        </w:rPr>
      </w:pPr>
      <w:r>
        <w:rPr>
          <w:color w:val="000000"/>
        </w:rPr>
        <w:t xml:space="preserve">26. </w:t>
      </w:r>
      <w:r>
        <w:rPr>
          <w:rFonts w:ascii="宋体" w:hAnsi="宋体" w:eastAsia="宋体" w:cs="宋体"/>
          <w:color w:val="000000"/>
        </w:rPr>
        <w:t>如果两个方程的解相差</w:t>
      </w:r>
      <w:r>
        <w:rPr>
          <w:rFonts w:ascii="Times New Roman" w:hAnsi="Times New Roman" w:eastAsia="Times New Roman" w:cs="Times New Roman"/>
          <w:i/>
          <w:color w:val="000000"/>
        </w:rPr>
        <w:t>k</w:t>
      </w:r>
      <w:r>
        <w:rPr>
          <w:rFonts w:ascii="宋体" w:hAnsi="宋体" w:eastAsia="宋体" w:cs="宋体"/>
          <w:color w:val="000000"/>
        </w:rPr>
        <w:t>，且</w:t>
      </w:r>
      <w:r>
        <w:rPr>
          <w:rFonts w:ascii="Times New Roman" w:hAnsi="Times New Roman" w:eastAsia="Times New Roman" w:cs="Times New Roman"/>
          <w:i/>
          <w:color w:val="000000"/>
        </w:rPr>
        <w:t>k</w:t>
      </w:r>
      <w:r>
        <w:rPr>
          <w:rFonts w:ascii="宋体" w:hAnsi="宋体" w:eastAsia="宋体" w:cs="宋体"/>
          <w:color w:val="000000"/>
        </w:rPr>
        <w:t>为正整数，则称解较大的方程为另一个方程的“</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宋体" w:hAnsi="宋体" w:eastAsia="宋体" w:cs="宋体"/>
          <w:color w:val="000000"/>
        </w:rPr>
        <w:t>后移方程”．</w:t>
      </w:r>
    </w:p>
    <w:p>
      <w:pPr>
        <w:spacing w:line="360" w:lineRule="auto"/>
        <w:jc w:val="both"/>
        <w:textAlignment w:val="center"/>
        <w:rPr>
          <w:color w:val="000000"/>
        </w:rPr>
      </w:pPr>
      <w:r>
        <w:rPr>
          <w:rFonts w:ascii="宋体" w:hAnsi="宋体" w:eastAsia="宋体" w:cs="宋体"/>
          <w:color w:val="000000"/>
        </w:rPr>
        <w:t>例如：方程</w:t>
      </w:r>
      <w:r>
        <w:pict>
          <v:shape id="_x0000_i715434" o:spt="75" alt="学科网(www.zxxk.com)--教育资源门户，提供试卷、教案、课件、论文、素材以及各类教学资源下载，还有大量而丰富的教学相关资讯！" type="#_x0000_t75" style="height:14pt;width:42.8pt;" o:ole="t" filled="f" o:preferrelative="t" stroked="f" coordsize="21600,21600">
            <v:path/>
            <v:fill on="f" focussize="0,0"/>
            <v:stroke on="f" joinstyle="miter"/>
            <v:imagedata r:id="rId641" o:title="eqId815650356afb1f42207c27d3b11635f1"/>
            <o:lock v:ext="edit" aspectratio="t"/>
            <w10:wrap type="none"/>
            <w10:anchorlock/>
          </v:shape>
        </w:pict>
      </w:r>
      <w:r>
        <w:rPr>
          <w:rFonts w:ascii="宋体" w:hAnsi="宋体" w:eastAsia="宋体" w:cs="宋体"/>
          <w:color w:val="000000"/>
        </w:rPr>
        <w:t>的解是</w:t>
      </w:r>
      <w:r>
        <w:pict>
          <v:shape id="_x0000_i71543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642" o:title="eqIde55aa0a20848c37c1892c567b2315e04"/>
            <o:lock v:ext="edit" aspectratio="t"/>
            <w10:wrap type="none"/>
            <w10:anchorlock/>
          </v:shape>
        </w:pict>
      </w:r>
      <w:r>
        <w:rPr>
          <w:rFonts w:ascii="宋体" w:hAnsi="宋体" w:eastAsia="宋体" w:cs="宋体"/>
          <w:color w:val="000000"/>
        </w:rPr>
        <w:t>，方程</w:t>
      </w:r>
      <w:r>
        <w:pict>
          <v:shape id="_x0000_i715436"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643" o:title="eqId776b26892877019247c7a50f735b0f01"/>
            <o:lock v:ext="edit" aspectratio="t"/>
            <w10:wrap type="none"/>
            <w10:anchorlock/>
          </v:shape>
        </w:pict>
      </w:r>
      <w:r>
        <w:rPr>
          <w:rFonts w:ascii="宋体" w:hAnsi="宋体" w:eastAsia="宋体" w:cs="宋体"/>
          <w:color w:val="000000"/>
        </w:rPr>
        <w:t>的解是</w:t>
      </w:r>
      <w:r>
        <w:pict>
          <v:shape id="_x0000_i715437"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644" o:title="eqId9b384412acba251d87902ab928902f16"/>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所以：方程</w:t>
      </w:r>
      <w:r>
        <w:pict>
          <v:shape id="_x0000_i715438" o:spt="75" alt="学科网(www.zxxk.com)--教育资源门户，提供试卷、教案、课件、论文、素材以及各类教学资源下载，还有大量而丰富的教学相关资讯！" type="#_x0000_t75" style="height:14pt;width:42.8pt;" o:ole="t" filled="f" o:preferrelative="t" stroked="f" coordsize="21600,21600">
            <v:path/>
            <v:fill on="f" focussize="0,0"/>
            <v:stroke on="f" joinstyle="miter"/>
            <v:imagedata r:id="rId645" o:title="eqId815650356afb1f42207c27d3b11635f1"/>
            <o:lock v:ext="edit" aspectratio="t"/>
            <w10:wrap type="none"/>
            <w10:anchorlock/>
          </v:shape>
        </w:pict>
      </w:r>
      <w:r>
        <w:rPr>
          <w:rFonts w:ascii="宋体" w:hAnsi="宋体" w:eastAsia="宋体" w:cs="宋体"/>
          <w:color w:val="000000"/>
        </w:rPr>
        <w:t>是方程</w:t>
      </w:r>
      <w:r>
        <w:pict>
          <v:shape id="_x0000_i715439"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646" o:title="eqId776b26892877019247c7a50f735b0f01"/>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后移方程”．</w:t>
      </w:r>
    </w:p>
    <w:p>
      <w:pPr>
        <w:spacing w:line="360" w:lineRule="auto"/>
        <w:jc w:val="left"/>
        <w:textAlignment w:val="center"/>
        <w:rPr>
          <w:color w:val="000000"/>
        </w:rPr>
      </w:pPr>
      <w:r>
        <w:rPr>
          <w:color w:val="000000"/>
        </w:rPr>
        <w:t>（1）</w:t>
      </w:r>
      <w:r>
        <w:rPr>
          <w:rFonts w:ascii="宋体" w:hAnsi="宋体" w:eastAsia="宋体" w:cs="宋体"/>
          <w:color w:val="000000"/>
        </w:rPr>
        <w:t>判断方程</w:t>
      </w:r>
      <w:r>
        <w:pict>
          <v:shape id="_x0000_i715440"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47" o:title="eqIdcaf0f0addd8d409694a56d40940e87ba"/>
            <o:lock v:ext="edit" aspectratio="t"/>
            <w10:wrap type="none"/>
            <w10:anchorlock/>
          </v:shape>
        </w:pict>
      </w:r>
      <w:r>
        <w:rPr>
          <w:rFonts w:ascii="宋体" w:hAnsi="宋体" w:eastAsia="宋体" w:cs="宋体"/>
          <w:color w:val="000000"/>
        </w:rPr>
        <w:t>是否为方程</w:t>
      </w:r>
      <w:r>
        <w:pict>
          <v:shape id="_x0000_i715441"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48" o:title="eqId22d230539d4b432e71e8e596960d140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宋体" w:hAnsi="宋体" w:eastAsia="宋体" w:cs="宋体"/>
          <w:color w:val="000000"/>
        </w:rPr>
        <w:t>后移方程</w:t>
      </w:r>
      <w:r>
        <w:rPr>
          <w:rFonts w:ascii="Times New Roman" w:hAnsi="Times New Roman" w:eastAsia="Times New Roman" w:cs="Times New Roman"/>
          <w:color w:val="000000"/>
        </w:rPr>
        <w:t>________</w:t>
      </w:r>
      <w:r>
        <w:rPr>
          <w:rFonts w:ascii="宋体" w:hAnsi="宋体" w:eastAsia="宋体" w:cs="宋体"/>
          <w:color w:val="000000"/>
        </w:rPr>
        <w:t>（填“是”或“否”）；</w:t>
      </w:r>
    </w:p>
    <w:p>
      <w:pPr>
        <w:spacing w:line="360" w:lineRule="auto"/>
        <w:jc w:val="left"/>
        <w:textAlignment w:val="center"/>
        <w:rPr>
          <w:color w:val="000000"/>
        </w:rPr>
      </w:pPr>
      <w:r>
        <w:rPr>
          <w:color w:val="000000"/>
        </w:rPr>
        <w:t>（2）</w:t>
      </w:r>
      <w:r>
        <w:rPr>
          <w:rFonts w:ascii="宋体" w:hAnsi="宋体" w:eastAsia="宋体" w:cs="宋体"/>
          <w:color w:val="000000"/>
        </w:rPr>
        <w:t>若关于</w:t>
      </w:r>
      <w:r>
        <w:rPr>
          <w:rFonts w:ascii="Times New Roman" w:hAnsi="Times New Roman" w:eastAsia="Times New Roman" w:cs="Times New Roman"/>
          <w:i/>
          <w:color w:val="000000"/>
        </w:rPr>
        <w:t>x</w:t>
      </w:r>
      <w:r>
        <w:rPr>
          <w:rFonts w:ascii="宋体" w:hAnsi="宋体" w:eastAsia="宋体" w:cs="宋体"/>
          <w:color w:val="000000"/>
        </w:rPr>
        <w:t>的方程</w:t>
      </w:r>
      <w:r>
        <w:pict>
          <v:shape id="_x0000_i715442"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649" o:title="eqId8135dd97d74e3b86cf671c315c3a9bb6"/>
            <o:lock v:ext="edit" aspectratio="t"/>
            <w10:wrap type="none"/>
            <w10:anchorlock/>
          </v:shape>
        </w:pict>
      </w:r>
      <w:r>
        <w:rPr>
          <w:rFonts w:ascii="宋体" w:hAnsi="宋体" w:eastAsia="宋体" w:cs="宋体"/>
          <w:color w:val="000000"/>
        </w:rPr>
        <w:t>是关于</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x</w:t>
      </w:r>
      <w:r>
        <w:rPr>
          <w:rFonts w:ascii="Times New Roman" w:hAnsi="Times New Roman" w:eastAsia="Times New Roman" w:cs="Times New Roman"/>
          <w:color w:val="000000"/>
        </w:rPr>
        <w:t xml:space="preserve"> </w:t>
      </w:r>
      <w:r>
        <w:rPr>
          <w:rFonts w:ascii="宋体" w:hAnsi="宋体" w:eastAsia="宋体" w:cs="宋体"/>
          <w:color w:val="000000"/>
        </w:rPr>
        <w:t>的方程</w:t>
      </w:r>
      <w:r>
        <w:pict>
          <v:shape id="_x0000_i715443" o:spt="75" alt="学科网(www.zxxk.com)--教育资源门户，提供试卷、教案、课件、论文、素材以及各类教学资源下载，还有大量而丰富的教学相关资讯！" type="#_x0000_t75" style="height:14.15pt;width:53.15pt;" o:ole="t" filled="f" o:preferrelative="t" stroked="f" coordsize="21600,21600">
            <v:path/>
            <v:fill on="f" focussize="0,0"/>
            <v:stroke on="f" joinstyle="miter"/>
            <v:imagedata r:id="rId650" o:title="eqId87697adef6e79a11a6507e78854149cb"/>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后移方程”，求</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当</w:t>
      </w:r>
      <w:r>
        <w:pict>
          <v:shape id="_x0000_i71544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651" o:title="eqId20849c00c47cbdc43f18d53341b6c4e5"/>
            <o:lock v:ext="edit" aspectratio="t"/>
            <w10:wrap type="none"/>
            <w10:anchorlock/>
          </v:shape>
        </w:pict>
      </w:r>
      <w:r>
        <w:rPr>
          <w:rFonts w:ascii="宋体" w:hAnsi="宋体" w:eastAsia="宋体" w:cs="宋体"/>
          <w:color w:val="000000"/>
        </w:rPr>
        <w:t>时，如果方程</w:t>
      </w:r>
      <w:r>
        <w:pict>
          <v:shape id="_x0000_i715445"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52" o:title="eqId8b927a9c710c05279eb72a961efea6d4"/>
            <o:lock v:ext="edit" aspectratio="t"/>
            <w10:wrap type="none"/>
            <w10:anchorlock/>
          </v:shape>
        </w:pict>
      </w:r>
      <w:r>
        <w:rPr>
          <w:rFonts w:ascii="宋体" w:hAnsi="宋体" w:eastAsia="宋体" w:cs="宋体"/>
          <w:color w:val="000000"/>
        </w:rPr>
        <w:t>是方程</w:t>
      </w:r>
      <w:r>
        <w:pict>
          <v:shape id="_x0000_i715446" o:spt="75" alt="学科网(www.zxxk.com)--教育资源门户，提供试卷、教案、课件、论文、素材以及各类教学资源下载，还有大量而丰富的教学相关资讯！" type="#_x0000_t75" style="height:13.5pt;width:46.5pt;" o:ole="t" filled="f" o:preferrelative="t" stroked="f" coordsize="21600,21600">
            <v:path/>
            <v:fill on="f" focussize="0,0"/>
            <v:stroke on="f" joinstyle="miter"/>
            <v:imagedata r:id="rId653" o:title="eqId3960dcafae9dd08aee60e548d6316c8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后移方程”求代数式</w:t>
      </w:r>
      <w:r>
        <w:pict>
          <v:shape id="_x0000_i715447" o:spt="75" alt="学科网(www.zxxk.com)--教育资源门户，提供试卷、教案、课件、论文、素材以及各类教学资源下载，还有大量而丰富的教学相关资讯！" type="#_x0000_t75" style="height:20.4pt;width:87pt;" o:ole="t" filled="f" o:preferrelative="t" stroked="f" coordsize="21600,21600">
            <v:path/>
            <v:fill on="f" focussize="0,0"/>
            <v:stroke on="f" joinstyle="miter"/>
            <v:imagedata r:id="rId654" o:title="eqIde2bc22e7eb5b8c16578d8c264e7a4479"/>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是</w:t>
      </w:r>
      <w:r>
        <w:rPr>
          <w:color w:val="000000"/>
        </w:rPr>
        <w:t xml:space="preserve">    （2）</w:t>
      </w:r>
      <w:r>
        <w:pict>
          <v:shape id="_x0000_i715448"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655" o:title="eqId3edbd40e04e2a943051fa83d6e511add"/>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5449"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656" o:title="eqId01317332a203c898536b1d0459f51d23"/>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）分别求出两个方程的解即可得到答案；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）分别求出两个方程的解，再根据“</w:t>
      </w:r>
      <w:r>
        <w:rPr>
          <w:rFonts w:ascii="Times New Roman" w:hAnsi="Times New Roman" w:eastAsia="Times New Roman" w:cs="Times New Roman"/>
          <w:color w:val="000000"/>
        </w:rPr>
        <w:t>2—</w:t>
      </w:r>
      <w:r>
        <w:rPr>
          <w:rFonts w:ascii="宋体" w:hAnsi="宋体" w:eastAsia="宋体" w:cs="宋体"/>
          <w:color w:val="000000"/>
        </w:rPr>
        <w:t>后移方程”的定义求出</w:t>
      </w:r>
      <w:r>
        <w:rPr>
          <w:rFonts w:ascii="Times New Roman" w:hAnsi="Times New Roman" w:eastAsia="Times New Roman" w:cs="Times New Roman"/>
          <w:i/>
          <w:color w:val="000000"/>
        </w:rPr>
        <w:t>n</w:t>
      </w:r>
      <w:r>
        <w:rPr>
          <w:rFonts w:ascii="宋体" w:hAnsi="宋体" w:eastAsia="宋体" w:cs="宋体"/>
          <w:color w:val="000000"/>
        </w:rPr>
        <w:t>的值即可得到答案；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）分别求出两个方程的解，再根据“</w:t>
      </w:r>
      <w:r>
        <w:rPr>
          <w:rFonts w:ascii="Times New Roman" w:hAnsi="Times New Roman" w:eastAsia="Times New Roman" w:cs="Times New Roman"/>
          <w:color w:val="000000"/>
        </w:rPr>
        <w:t>3—</w:t>
      </w:r>
      <w:r>
        <w:rPr>
          <w:rFonts w:ascii="宋体" w:hAnsi="宋体" w:eastAsia="宋体" w:cs="宋体"/>
          <w:color w:val="000000"/>
        </w:rPr>
        <w:t>后移方程”的定义求出</w:t>
      </w:r>
      <w:r>
        <w:pict>
          <v:shape id="_x0000_i715450" o:spt="75" alt="学科网(www.zxxk.com)--教育资源门户，提供试卷、教案、课件、论文、素材以及各类教学资源下载，还有大量而丰富的教学相关资讯！" type="#_x0000_t75" style="height:12.25pt;width:43.1pt;" o:ole="t" filled="f" o:preferrelative="t" stroked="f" coordsize="21600,21600">
            <v:path/>
            <v:fill on="f" focussize="0,0"/>
            <v:stroke on="f" joinstyle="miter"/>
            <v:imagedata r:id="rId657" o:title="eqId712fc71bf5531da939e520b0a2ab5feb"/>
            <o:lock v:ext="edit" aspectratio="t"/>
            <w10:wrap type="none"/>
            <w10:anchorlock/>
          </v:shape>
        </w:pict>
      </w:r>
      <w:r>
        <w:rPr>
          <w:rFonts w:ascii="宋体" w:hAnsi="宋体" w:eastAsia="宋体" w:cs="宋体"/>
          <w:color w:val="000000"/>
        </w:rPr>
        <w:t>，然后把</w:t>
      </w:r>
      <w:r>
        <w:pict>
          <v:shape id="_x0000_i715451" o:spt="75" alt="学科网(www.zxxk.com)--教育资源门户，提供试卷、教案、课件、论文、素材以及各类教学资源下载，还有大量而丰富的教学相关资讯！" type="#_x0000_t75" style="height:12.25pt;width:43.1pt;" o:ole="t" filled="f" o:preferrelative="t" stroked="f" coordsize="21600,21600">
            <v:path/>
            <v:fill on="f" focussize="0,0"/>
            <v:stroke on="f" joinstyle="miter"/>
            <v:imagedata r:id="rId657" o:title="eqId712fc71bf5531da939e520b0a2ab5feb"/>
            <o:lock v:ext="edit" aspectratio="t"/>
            <w10:wrap type="none"/>
            <w10:anchorlock/>
          </v:shape>
        </w:pict>
      </w:r>
      <w:r>
        <w:rPr>
          <w:rFonts w:ascii="宋体" w:hAnsi="宋体" w:eastAsia="宋体" w:cs="宋体"/>
          <w:color w:val="000000"/>
        </w:rPr>
        <w:t>整体代入所求代数式求解即可．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解：解方程</w:t>
      </w:r>
      <w:r>
        <w:pict>
          <v:shape id="_x0000_i715452"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58" o:title="eqIdcaf0f0addd8d409694a56d40940e87ba"/>
            <o:lock v:ext="edit" aspectratio="t"/>
            <w10:wrap type="none"/>
            <w10:anchorlock/>
          </v:shape>
        </w:pict>
      </w:r>
      <w:r>
        <w:rPr>
          <w:rFonts w:ascii="宋体" w:hAnsi="宋体" w:eastAsia="宋体" w:cs="宋体"/>
          <w:color w:val="000000"/>
        </w:rPr>
        <w:t>，得</w:t>
      </w:r>
      <w:r>
        <w:pict>
          <v:shape id="_x0000_i715453"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659" o:title="eqId3d599059e6b2c918ab15ee22611b696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解方程</w:t>
      </w:r>
      <w:r>
        <w:pict>
          <v:shape id="_x0000_i715454"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60" o:title="eqId22d230539d4b432e71e8e596960d1400"/>
            <o:lock v:ext="edit" aspectratio="t"/>
            <w10:wrap type="none"/>
            <w10:anchorlock/>
          </v:shape>
        </w:pict>
      </w:r>
      <w:r>
        <w:rPr>
          <w:rFonts w:ascii="宋体" w:hAnsi="宋体" w:eastAsia="宋体" w:cs="宋体"/>
          <w:color w:val="000000"/>
        </w:rPr>
        <w:t>，得</w:t>
      </w:r>
      <w:r>
        <w:pict>
          <v:shape id="_x0000_i715455"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661" o:title="eqIdb650820d7bed48ed67a2869ad8c65ff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456" o:spt="75" alt="学科网(www.zxxk.com)--教育资源门户，提供试卷、教案、课件、论文、素材以及各类教学资源下载，还有大量而丰富的教学相关资讯！" type="#_x0000_t75" style="height:30.65pt;width:45.65pt;" o:ole="t" filled="f" o:preferrelative="t" stroked="f" coordsize="21600,21600">
            <v:path/>
            <v:fill on="f" focussize="0,0"/>
            <v:stroke on="f" joinstyle="miter"/>
            <v:imagedata r:id="rId662" o:title="eqId389198d011621187109d4f314d7d38a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∴方程</w:t>
      </w:r>
      <w:r>
        <w:pict>
          <v:shape id="_x0000_i715457"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663" o:title="eqIdcaf0f0addd8d409694a56d40940e87ba"/>
            <o:lock v:ext="edit" aspectratio="t"/>
            <w10:wrap type="none"/>
            <w10:anchorlock/>
          </v:shape>
        </w:pict>
      </w:r>
      <w:r>
        <w:rPr>
          <w:rFonts w:ascii="宋体" w:hAnsi="宋体" w:eastAsia="宋体" w:cs="宋体"/>
          <w:color w:val="000000"/>
        </w:rPr>
        <w:t>是方程</w:t>
      </w:r>
      <w:r>
        <w:pict>
          <v:shape id="_x0000_i715458"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64" o:title="eqId22d230539d4b432e71e8e596960d140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1—</w:t>
      </w:r>
      <w:r>
        <w:rPr>
          <w:rFonts w:ascii="宋体" w:hAnsi="宋体" w:eastAsia="宋体" w:cs="宋体"/>
          <w:color w:val="000000"/>
        </w:rPr>
        <w:t>后移方程；</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解∶解方程</w:t>
      </w:r>
      <w:r>
        <w:pict>
          <v:shape id="_x0000_i715459"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665" o:title="eqId8135dd97d74e3b86cf671c315c3a9bb6"/>
            <o:lock v:ext="edit" aspectratio="t"/>
            <w10:wrap type="none"/>
            <w10:anchorlock/>
          </v:shape>
        </w:pict>
      </w:r>
      <w:r>
        <w:rPr>
          <w:rFonts w:ascii="宋体" w:hAnsi="宋体" w:eastAsia="宋体" w:cs="宋体"/>
          <w:color w:val="000000"/>
        </w:rPr>
        <w:t>，得</w:t>
      </w:r>
      <w:r>
        <w:pict>
          <v:shape id="_x0000_i715460" o:spt="75" alt="学科网(www.zxxk.com)--教育资源门户，提供试卷、教案、课件、论文、素材以及各类教学资源下载，还有大量而丰富的教学相关资讯！" type="#_x0000_t75" style="height:32.25pt;width:56.25pt;" o:ole="t" filled="f" o:preferrelative="t" stroked="f" coordsize="21600,21600">
            <v:path/>
            <v:fill on="f" focussize="0,0"/>
            <v:stroke on="f" joinstyle="miter"/>
            <v:imagedata r:id="rId666" o:title="eqIde87c5531fc85e90677fadbde9ab9cf0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解方程</w:t>
      </w:r>
      <w:r>
        <w:pict>
          <v:shape id="_x0000_i715461" o:spt="75" alt="学科网(www.zxxk.com)--教育资源门户，提供试卷、教案、课件、论文、素材以及各类教学资源下载，还有大量而丰富的教学相关资讯！" type="#_x0000_t75" style="height:14.15pt;width:53.15pt;" o:ole="t" filled="f" o:preferrelative="t" stroked="f" coordsize="21600,21600">
            <v:path/>
            <v:fill on="f" focussize="0,0"/>
            <v:stroke on="f" joinstyle="miter"/>
            <v:imagedata r:id="rId667" o:title="eqId87697adef6e79a11a6507e78854149cb"/>
            <o:lock v:ext="edit" aspectratio="t"/>
            <w10:wrap type="none"/>
            <w10:anchorlock/>
          </v:shape>
        </w:pict>
      </w:r>
      <w:r>
        <w:rPr>
          <w:rFonts w:ascii="宋体" w:hAnsi="宋体" w:eastAsia="宋体" w:cs="宋体"/>
          <w:color w:val="000000"/>
        </w:rPr>
        <w:t>，得</w:t>
      </w:r>
      <w:r>
        <w:pict>
          <v:shape id="_x0000_i715462" o:spt="75" alt="学科网(www.zxxk.com)--教育资源门户，提供试卷、教案、课件、论文、素材以及各类教学资源下载，还有大量而丰富的教学相关资讯！" type="#_x0000_t75" style="height:32.25pt;width:40.5pt;" o:ole="t" filled="f" o:preferrelative="t" stroked="f" coordsize="21600,21600">
            <v:path/>
            <v:fill on="f" focussize="0,0"/>
            <v:stroke on="f" joinstyle="miter"/>
            <v:imagedata r:id="rId668" o:title="eqIdfad6ccbaca51733f25046e8a2bdf656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的方程</w:t>
      </w:r>
      <w:r>
        <w:pict>
          <v:shape id="_x0000_i715463"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669" o:title="eqId8135dd97d74e3b86cf671c315c3a9bb6"/>
            <o:lock v:ext="edit" aspectratio="t"/>
            <w10:wrap type="none"/>
            <w10:anchorlock/>
          </v:shape>
        </w:pict>
      </w:r>
      <w:r>
        <w:rPr>
          <w:rFonts w:ascii="宋体" w:hAnsi="宋体" w:eastAsia="宋体" w:cs="宋体"/>
          <w:color w:val="000000"/>
        </w:rPr>
        <w:t>是关于</w:t>
      </w:r>
      <w:r>
        <w:rPr>
          <w:rFonts w:ascii="Times New Roman" w:hAnsi="Times New Roman" w:eastAsia="Times New Roman" w:cs="Times New Roman"/>
          <w:i/>
          <w:color w:val="000000"/>
        </w:rPr>
        <w:t>x</w:t>
      </w:r>
      <w:r>
        <w:rPr>
          <w:rFonts w:ascii="宋体" w:hAnsi="宋体" w:eastAsia="宋体" w:cs="宋体"/>
          <w:color w:val="000000"/>
        </w:rPr>
        <w:t>的方程</w:t>
      </w:r>
      <w:r>
        <w:pict>
          <v:shape id="_x0000_i715464" o:spt="75" alt="学科网(www.zxxk.com)--教育资源门户，提供试卷、教案、课件、论文、素材以及各类教学资源下载，还有大量而丰富的教学相关资讯！" type="#_x0000_t75" style="height:14.15pt;width:53.15pt;" o:ole="t" filled="f" o:preferrelative="t" stroked="f" coordsize="21600,21600">
            <v:path/>
            <v:fill on="f" focussize="0,0"/>
            <v:stroke on="f" joinstyle="miter"/>
            <v:imagedata r:id="rId670" o:title="eqId87697adef6e79a11a6507e78854149cb"/>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后移方程”，</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5465" o:spt="75" alt="学科网(www.zxxk.com)--教育资源门户，提供试卷、教案、课件、论文、素材以及各类教学资源下载，还有大量而丰富的教学相关资讯！" type="#_x0000_t75" style="height:32.25pt;width:84.75pt;" o:ole="t" filled="f" o:preferrelative="t" stroked="f" coordsize="21600,21600">
            <v:path/>
            <v:fill on="f" focussize="0,0"/>
            <v:stroke on="f" joinstyle="miter"/>
            <v:imagedata r:id="rId671" o:title="eqId2e9d91fb1aa877df8430ec80d25f4e8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5466"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672" o:title="eqIddb50504026e8b8e99e380b32a84b1b4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解：解方程</w:t>
      </w:r>
      <w:r>
        <w:pict>
          <v:shape id="_x0000_i715467"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73" o:title="eqId8b927a9c710c05279eb72a961efea6d4"/>
            <o:lock v:ext="edit" aspectratio="t"/>
            <w10:wrap type="none"/>
            <w10:anchorlock/>
          </v:shape>
        </w:pict>
      </w:r>
      <w:r>
        <w:rPr>
          <w:rFonts w:ascii="宋体" w:hAnsi="宋体" w:eastAsia="宋体" w:cs="宋体"/>
          <w:color w:val="000000"/>
        </w:rPr>
        <w:t>，得</w:t>
      </w:r>
      <w:r>
        <w:pict>
          <v:shape id="_x0000_i715468" o:spt="75" alt="学科网(www.zxxk.com)--教育资源门户，提供试卷、教案、课件、论文、素材以及各类教学资源下载，还有大量而丰富的教学相关资讯！" type="#_x0000_t75" style="height:31.2pt;width:45pt;" o:ole="t" filled="f" o:preferrelative="t" stroked="f" coordsize="21600,21600">
            <v:path/>
            <v:fill on="f" focussize="0,0"/>
            <v:stroke on="f" joinstyle="miter"/>
            <v:imagedata r:id="rId674" o:title="eqId4f5826ba896a4b465f6e87524ffd97c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解方程</w:t>
      </w:r>
      <w:r>
        <w:pict>
          <v:shape id="_x0000_i715469" o:spt="75" alt="学科网(www.zxxk.com)--教育资源门户，提供试卷、教案、课件、论文、素材以及各类教学资源下载，还有大量而丰富的教学相关资讯！" type="#_x0000_t75" style="height:13.5pt;width:46.5pt;" o:ole="t" filled="f" o:preferrelative="t" stroked="f" coordsize="21600,21600">
            <v:path/>
            <v:fill on="f" focussize="0,0"/>
            <v:stroke on="f" joinstyle="miter"/>
            <v:imagedata r:id="rId675" o:title="eqId3960dcafae9dd08aee60e548d6316c80"/>
            <o:lock v:ext="edit" aspectratio="t"/>
            <w10:wrap type="none"/>
            <w10:anchorlock/>
          </v:shape>
        </w:pict>
      </w:r>
      <w:r>
        <w:rPr>
          <w:rFonts w:ascii="宋体" w:hAnsi="宋体" w:eastAsia="宋体" w:cs="宋体"/>
          <w:color w:val="000000"/>
        </w:rPr>
        <w:t>，得</w:t>
      </w:r>
      <w:r>
        <w:pict>
          <v:shape id="_x0000_i715470" o:spt="75" alt="学科网(www.zxxk.com)--教育资源门户，提供试卷、教案、课件、论文、素材以及各类教学资源下载，还有大量而丰富的教学相关资讯！" type="#_x0000_t75" style="height:31.2pt;width:45pt;" o:ole="t" filled="f" o:preferrelative="t" stroked="f" coordsize="21600,21600">
            <v:path/>
            <v:fill on="f" focussize="0,0"/>
            <v:stroke on="f" joinstyle="miter"/>
            <v:imagedata r:id="rId676" o:title="eqId7b5966e83190e8ca3a363c382aa0e33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方程</w:t>
      </w:r>
      <w:r>
        <w:pict>
          <v:shape id="_x0000_i715471"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677" o:title="eqId8b927a9c710c05279eb72a961efea6d4"/>
            <o:lock v:ext="edit" aspectratio="t"/>
            <w10:wrap type="none"/>
            <w10:anchorlock/>
          </v:shape>
        </w:pict>
      </w:r>
      <w:r>
        <w:rPr>
          <w:rFonts w:ascii="宋体" w:hAnsi="宋体" w:eastAsia="宋体" w:cs="宋体"/>
          <w:color w:val="000000"/>
        </w:rPr>
        <w:t>是方程</w:t>
      </w:r>
      <w:r>
        <w:pict>
          <v:shape id="_x0000_i715472" o:spt="75" alt="学科网(www.zxxk.com)--教育资源门户，提供试卷、教案、课件、论文、素材以及各类教学资源下载，还有大量而丰富的教学相关资讯！" type="#_x0000_t75" style="height:13.5pt;width:46.5pt;" o:ole="t" filled="f" o:preferrelative="t" stroked="f" coordsize="21600,21600">
            <v:path/>
            <v:fill on="f" focussize="0,0"/>
            <v:stroke on="f" joinstyle="miter"/>
            <v:imagedata r:id="rId678" o:title="eqId3960dcafae9dd08aee60e548d6316c80"/>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后移方程”，</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5473" o:spt="75" alt="学科网(www.zxxk.com)--教育资源门户，提供试卷、教案、课件、论文、素材以及各类教学资源下载，还有大量而丰富的教学相关资讯！" type="#_x0000_t75" style="height:31.2pt;width:78pt;" o:ole="t" filled="f" o:preferrelative="t" stroked="f" coordsize="21600,21600">
            <v:path/>
            <v:fill on="f" focussize="0,0"/>
            <v:stroke on="f" joinstyle="miter"/>
            <v:imagedata r:id="rId679" o:title="eqIde5813ab010a3e699f94feb6ff053c15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5474" o:spt="75" alt="学科网(www.zxxk.com)--教育资源门户，提供试卷、教案、课件、论文、素材以及各类教学资源下载，还有大量而丰富的教学相关资讯！" type="#_x0000_t75" style="height:14.4pt;width:49.05pt;" o:ole="t" filled="f" o:preferrelative="t" stroked="f" coordsize="21600,21600">
            <v:path/>
            <v:fill on="f" focussize="0,0"/>
            <v:stroke on="f" joinstyle="miter"/>
            <v:imagedata r:id="rId680" o:title="eqId43e6e61b39836e122b82522322b30e0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把</w:t>
      </w:r>
      <w:r>
        <w:pict>
          <v:shape id="_x0000_i715475" o:spt="75" alt="学科网(www.zxxk.com)--教育资源门户，提供试卷、教案、课件、论文、素材以及各类教学资源下载，还有大量而丰富的教学相关资讯！" type="#_x0000_t75" style="height:14.4pt;width:49.05pt;" o:ole="t" filled="f" o:preferrelative="t" stroked="f" coordsize="21600,21600">
            <v:path/>
            <v:fill on="f" focussize="0,0"/>
            <v:stroke on="f" joinstyle="miter"/>
            <v:imagedata r:id="rId681" o:title="eqId43e6e61b39836e122b82522322b30e0b"/>
            <o:lock v:ext="edit" aspectratio="t"/>
            <w10:wrap type="none"/>
            <w10:anchorlock/>
          </v:shape>
        </w:pict>
      </w:r>
      <w:r>
        <w:rPr>
          <w:rFonts w:ascii="宋体" w:hAnsi="宋体" w:eastAsia="宋体" w:cs="宋体"/>
          <w:color w:val="000000"/>
        </w:rPr>
        <w:t>代入</w:t>
      </w:r>
      <w:r>
        <w:pict>
          <v:shape id="_x0000_i715476" o:spt="75" alt="学科网(www.zxxk.com)--教育资源门户，提供试卷、教案、课件、论文、素材以及各类教学资源下载，还有大量而丰富的教学相关资讯！" type="#_x0000_t75" style="height:20.4pt;width:87pt;" o:ole="t" filled="f" o:preferrelative="t" stroked="f" coordsize="21600,21600">
            <v:path/>
            <v:fill on="f" focussize="0,0"/>
            <v:stroke on="f" joinstyle="miter"/>
            <v:imagedata r:id="rId682" o:title="eqIde2bc22e7eb5b8c16578d8c264e7a447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∴原式</w:t>
      </w:r>
      <w:r>
        <w:pict>
          <v:shape id="_x0000_i715477" o:spt="75" alt="学科网(www.zxxk.com)--教育资源门户，提供试卷、教案、课件、论文、素材以及各类教学资源下载，还有大量而丰富的教学相关资讯！" type="#_x0000_t75" style="height:20.25pt;width:120pt;" o:ole="t" filled="f" o:preferrelative="t" stroked="f" coordsize="21600,21600">
            <v:path/>
            <v:fill on="f" focussize="0,0"/>
            <v:stroke on="f" joinstyle="miter"/>
            <v:imagedata r:id="rId683" o:title="eqId48436ad4c97c9cff7c41f64d558b9490"/>
            <o:lock v:ext="edit" aspectratio="t"/>
            <w10:wrap type="none"/>
            <w10:anchorlock/>
          </v:shape>
        </w:pict>
      </w:r>
    </w:p>
    <w:p>
      <w:pPr>
        <w:spacing w:line="360" w:lineRule="auto"/>
        <w:jc w:val="both"/>
        <w:textAlignment w:val="center"/>
        <w:rPr>
          <w:color w:val="000000"/>
        </w:rPr>
      </w:pPr>
      <w:r>
        <w:pict>
          <v:shape id="_x0000_i715478" o:spt="75" alt="学科网(www.zxxk.com)--教育资源门户，提供试卷、教案、课件、论文、素材以及各类教学资源下载，还有大量而丰富的教学相关资讯！" type="#_x0000_t75" style="height:14.25pt;width:110.25pt;" o:ole="t" filled="f" o:preferrelative="t" stroked="f" coordsize="21600,21600">
            <v:path/>
            <v:fill on="f" focussize="0,0"/>
            <v:stroke on="f" joinstyle="miter"/>
            <v:imagedata r:id="rId684" o:title="eqIdb08f6656b0c75b312d21f45c4d20c062"/>
            <o:lock v:ext="edit" aspectratio="t"/>
            <w10:wrap type="none"/>
            <w10:anchorlock/>
          </v:shape>
        </w:pict>
      </w:r>
    </w:p>
    <w:p>
      <w:pPr>
        <w:spacing w:line="360" w:lineRule="auto"/>
        <w:jc w:val="left"/>
        <w:textAlignment w:val="center"/>
        <w:rPr>
          <w:color w:val="000000"/>
        </w:rPr>
      </w:pPr>
      <w:r>
        <w:pict>
          <v:shape id="_x0000_i715479" o:spt="75" alt="学科网(www.zxxk.com)--教育资源门户，提供试卷、教案、课件、论文、素材以及各类教学资源下载，还有大量而丰富的教学相关资讯！" type="#_x0000_t75" style="height:18pt;width:31.5pt;" o:ole="t" filled="f" o:preferrelative="t" stroked="f" coordsize="21600,21600">
            <v:path/>
            <v:fill on="f" focussize="0,0"/>
            <v:stroke on="f" joinstyle="miter"/>
            <v:imagedata r:id="rId685" o:title="eqId965e1d3aeeadfec738cb3ffa5ead074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本题主要考查了解一元一次方程，代数式求值，正确理解题意所给的“后移方程”的定义是解题的关键．</w:t>
      </w:r>
    </w:p>
    <w:p>
      <w:pPr>
        <w:spacing w:line="360" w:lineRule="auto"/>
        <w:jc w:val="left"/>
        <w:textAlignment w:val="center"/>
        <w:rPr>
          <w:color w:val="000000"/>
        </w:rPr>
      </w:pPr>
      <w:r>
        <w:rPr>
          <w:color w:val="000000"/>
        </w:rPr>
        <w:t xml:space="preserve">27. </w:t>
      </w:r>
      <w:r>
        <w:rPr>
          <w:rFonts w:ascii="宋体" w:hAnsi="宋体" w:eastAsia="宋体" w:cs="宋体"/>
          <w:color w:val="000000"/>
        </w:rPr>
        <w:t>已知：点</w:t>
      </w:r>
      <w:r>
        <w:pict>
          <v:shape id="_x0000_i71548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87" o:title="eqId5963abe8f421bd99a2aaa94831a951e9"/>
            <o:lock v:ext="edit" aspectratio="t"/>
            <w10:wrap type="none"/>
            <w10:anchorlock/>
          </v:shape>
        </w:pict>
      </w:r>
      <w:r>
        <w:rPr>
          <w:rFonts w:ascii="宋体" w:hAnsi="宋体" w:eastAsia="宋体" w:cs="宋体"/>
          <w:color w:val="000000"/>
        </w:rPr>
        <w:t>、</w:t>
      </w:r>
      <w:r>
        <w:pict>
          <v:shape id="_x0000_i71548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88" o:title="eqId7f9e8449aad35c5d840a3395ea86df6d"/>
            <o:lock v:ext="edit" aspectratio="t"/>
            <w10:wrap type="none"/>
            <w10:anchorlock/>
          </v:shape>
        </w:pict>
      </w:r>
      <w:r>
        <w:rPr>
          <w:rFonts w:ascii="宋体" w:hAnsi="宋体" w:eastAsia="宋体" w:cs="宋体"/>
          <w:color w:val="000000"/>
        </w:rPr>
        <w:t>、</w:t>
      </w:r>
      <w:r>
        <w:pict>
          <v:shape id="_x0000_i71548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9" o:title="eqIddad2a36927223bd70f426ba06aea4b45"/>
            <o:lock v:ext="edit" aspectratio="t"/>
            <w10:wrap type="none"/>
            <w10:anchorlock/>
          </v:shape>
        </w:pict>
      </w:r>
      <w:r>
        <w:rPr>
          <w:rFonts w:ascii="宋体" w:hAnsi="宋体" w:eastAsia="宋体" w:cs="宋体"/>
          <w:color w:val="000000"/>
        </w:rPr>
        <w:t>为数轴上三点，我们规定：点</w:t>
      </w:r>
      <w:r>
        <w:pict>
          <v:shape id="_x0000_i71548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9" o:title="eqIddad2a36927223bd70f426ba06aea4b45"/>
            <o:lock v:ext="edit" aspectratio="t"/>
            <w10:wrap type="none"/>
            <w10:anchorlock/>
          </v:shape>
        </w:pict>
      </w:r>
      <w:r>
        <w:rPr>
          <w:rFonts w:ascii="宋体" w:hAnsi="宋体" w:eastAsia="宋体" w:cs="宋体"/>
          <w:color w:val="000000"/>
        </w:rPr>
        <w:t>到点</w:t>
      </w:r>
      <w:r>
        <w:pict>
          <v:shape id="_x0000_i71548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87" o:title="eqId5963abe8f421bd99a2aaa94831a951e9"/>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575" name="图片 1284982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 name="图片 1284982413"/>
                    <pic:cNvPicPr>
                      <a:picLocks noChangeAspect="1"/>
                    </pic:cNvPicPr>
                  </pic:nvPicPr>
                  <pic:blipFill>
                    <a:blip r:embed="rId68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距离是点</w:t>
      </w:r>
      <w:r>
        <w:pict>
          <v:shape id="_x0000_i71548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9" o:title="eqIddad2a36927223bd70f426ba06aea4b45"/>
            <o:lock v:ext="edit" aspectratio="t"/>
            <w10:wrap type="none"/>
            <w10:anchorlock/>
          </v:shape>
        </w:pict>
      </w:r>
      <w:r>
        <w:rPr>
          <w:rFonts w:ascii="宋体" w:hAnsi="宋体" w:eastAsia="宋体" w:cs="宋体"/>
          <w:color w:val="000000"/>
        </w:rPr>
        <w:t>到点</w:t>
      </w:r>
      <w:r>
        <w:pict>
          <v:shape id="_x0000_i71548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88" o:title="eqId7f9e8449aad35c5d840a3395ea86df6d"/>
            <o:lock v:ext="edit" aspectratio="t"/>
            <w10:wrap type="none"/>
            <w10:anchorlock/>
          </v:shape>
        </w:pict>
      </w:r>
      <w:r>
        <w:rPr>
          <w:rFonts w:ascii="宋体" w:hAnsi="宋体" w:eastAsia="宋体" w:cs="宋体"/>
          <w:color w:val="000000"/>
        </w:rPr>
        <w:t>的距离的</w:t>
      </w:r>
      <w:r>
        <w:pict>
          <v:shape id="_x0000_i715487"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90" o:title="eqIdf0a532e15e232cb4b99a8d4d07c89575"/>
            <o:lock v:ext="edit" aspectratio="t"/>
            <w10:wrap type="none"/>
            <w10:anchorlock/>
          </v:shape>
        </w:pict>
      </w:r>
      <w:r>
        <w:rPr>
          <w:rFonts w:ascii="宋体" w:hAnsi="宋体" w:eastAsia="宋体" w:cs="宋体"/>
          <w:color w:val="000000"/>
        </w:rPr>
        <w:t>倍，则称</w:t>
      </w:r>
      <w:r>
        <w:pict>
          <v:shape id="_x0000_i71548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9" o:title="eqIddad2a36927223bd70f426ba06aea4b45"/>
            <o:lock v:ext="edit" aspectratio="t"/>
            <w10:wrap type="none"/>
            <w10:anchorlock/>
          </v:shape>
        </w:pict>
      </w:r>
      <w:r>
        <w:rPr>
          <w:rFonts w:ascii="宋体" w:hAnsi="宋体" w:eastAsia="宋体" w:cs="宋体"/>
          <w:color w:val="000000"/>
        </w:rPr>
        <w:t>是</w:t>
      </w:r>
      <w:r>
        <w:pict>
          <v:shape id="_x0000_i715489"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691" o:title="eqId13e82db0c7d2c362cf4a70027aaa19be"/>
            <o:lock v:ext="edit" aspectratio="t"/>
            <w10:wrap type="none"/>
            <w10:anchorlock/>
          </v:shape>
        </w:pict>
      </w:r>
      <w:r>
        <w:rPr>
          <w:rFonts w:ascii="宋体" w:hAnsi="宋体" w:eastAsia="宋体" w:cs="宋体"/>
          <w:color w:val="000000"/>
        </w:rPr>
        <w:t>的“</w:t>
      </w:r>
      <w:r>
        <w:pict>
          <v:shape id="_x0000_i715490"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690" o:title="eqIdf0a532e15e232cb4b99a8d4d07c89575"/>
            <o:lock v:ext="edit" aspectratio="t"/>
            <w10:wrap type="none"/>
            <w10:anchorlock/>
          </v:shape>
        </w:pict>
      </w:r>
      <w:r>
        <w:rPr>
          <w:rFonts w:ascii="宋体" w:hAnsi="宋体" w:eastAsia="宋体" w:cs="宋体"/>
          <w:color w:val="000000"/>
        </w:rPr>
        <w:t>倍点”，记作：</w:t>
      </w:r>
      <w:r>
        <w:pict>
          <v:shape id="_x0000_i715491" o:spt="75" alt="学科网(www.zxxk.com)--教育资源门户，提供试卷、教案、课件、论文、素材以及各类教学资源下载，还有大量而丰富的教学相关资讯！" type="#_x0000_t75" style="height:20.4pt;width:60pt;" o:ole="t" filled="f" o:preferrelative="t" stroked="f" coordsize="21600,21600">
            <v:path/>
            <v:fill on="f" focussize="0,0"/>
            <v:stroke on="f" joinstyle="miter"/>
            <v:imagedata r:id="rId692" o:title="eqId9acc38d7b4ab11b80e9f26c7eab7783d"/>
            <o:lock v:ext="edit" aspectratio="t"/>
            <w10:wrap type="none"/>
            <w10:anchorlock/>
          </v:shape>
        </w:pict>
      </w:r>
      <w:r>
        <w:rPr>
          <w:rFonts w:ascii="宋体" w:hAnsi="宋体" w:eastAsia="宋体" w:cs="宋体"/>
          <w:color w:val="000000"/>
        </w:rPr>
        <w:t>，例如：若点</w:t>
      </w:r>
      <w:r>
        <w:pict>
          <v:shape id="_x0000_i71549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9" o:title="eqIddad2a36927223bd70f426ba06aea4b45"/>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0</w:t>
      </w:r>
      <w:r>
        <w:rPr>
          <w:rFonts w:ascii="宋体" w:hAnsi="宋体" w:eastAsia="宋体" w:cs="宋体"/>
          <w:color w:val="000000"/>
        </w:rPr>
        <w:t>，点</w:t>
      </w:r>
      <w:r>
        <w:pict>
          <v:shape id="_x0000_i71549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87" o:title="eqId5963abe8f421bd99a2aaa94831a951e9"/>
            <o:lock v:ext="edit" aspectratio="t"/>
            <w10:wrap type="none"/>
            <w10:anchorlock/>
          </v:shape>
        </w:pict>
      </w:r>
      <w:r>
        <w:rPr>
          <w:rFonts w:ascii="宋体" w:hAnsi="宋体" w:eastAsia="宋体" w:cs="宋体"/>
          <w:color w:val="000000"/>
        </w:rPr>
        <w:t>表示的数为</w:t>
      </w:r>
      <w:r>
        <w:pict>
          <v:shape id="_x0000_i71549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693" o:title="eqId274a9dc37509f01c2606fb3086a46f4f"/>
            <o:lock v:ext="edit" aspectratio="t"/>
            <w10:wrap type="none"/>
            <w10:anchorlock/>
          </v:shape>
        </w:pict>
      </w:r>
      <w:r>
        <w:rPr>
          <w:rFonts w:ascii="宋体" w:hAnsi="宋体" w:eastAsia="宋体" w:cs="宋体"/>
          <w:color w:val="000000"/>
        </w:rPr>
        <w:t>，点</w:t>
      </w:r>
      <w:r>
        <w:pict>
          <v:shape id="_x0000_i71549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88"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，则</w:t>
      </w:r>
      <w:r>
        <w:pict>
          <v:shape id="_x0000_i71549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89" o:title="eqIddad2a36927223bd70f426ba06aea4b45"/>
            <o:lock v:ext="edit" aspectratio="t"/>
            <w10:wrap type="none"/>
            <w10:anchorlock/>
          </v:shape>
        </w:pict>
      </w:r>
      <w:r>
        <w:rPr>
          <w:rFonts w:ascii="宋体" w:hAnsi="宋体" w:eastAsia="宋体" w:cs="宋体"/>
          <w:color w:val="000000"/>
        </w:rPr>
        <w:t>是</w:t>
      </w:r>
      <w:r>
        <w:pict>
          <v:shape id="_x0000_i715497"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691"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倍点”，记作：</w:t>
      </w:r>
      <w:r>
        <w:pict>
          <v:shape id="_x0000_i715498" o:spt="75" alt="学科网(www.zxxk.com)--教育资源门户，提供试卷、教案、课件、论文、素材以及各类教学资源下载，还有大量而丰富的教学相关资讯！" type="#_x0000_t75" style="height:20.4pt;width:59.4pt;" o:ole="t" filled="f" o:preferrelative="t" stroked="f" coordsize="21600,21600">
            <v:path/>
            <v:fill on="f" focussize="0,0"/>
            <v:stroke on="f" joinstyle="miter"/>
            <v:imagedata r:id="rId694" o:title="eqId23a34fd9ff78ab9bd937553ba278a7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如图，</w:t>
      </w:r>
      <w:r>
        <w:pict>
          <v:shape id="_x0000_i71549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695" o:title="eqId5963abe8f421bd99a2aaa94831a951e9"/>
            <o:lock v:ext="edit" aspectratio="t"/>
            <w10:wrap type="none"/>
            <w10:anchorlock/>
          </v:shape>
        </w:pict>
      </w:r>
      <w:r>
        <w:rPr>
          <w:rFonts w:ascii="宋体" w:hAnsi="宋体" w:eastAsia="宋体" w:cs="宋体"/>
          <w:color w:val="000000"/>
        </w:rPr>
        <w:t>、</w:t>
      </w:r>
      <w:r>
        <w:pict>
          <v:shape id="_x0000_i71550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696" o:title="eqId7f9e8449aad35c5d840a3395ea86df6d"/>
            <o:lock v:ext="edit" aspectratio="t"/>
            <w10:wrap type="none"/>
            <w10:anchorlock/>
          </v:shape>
        </w:pict>
      </w:r>
      <w:r>
        <w:rPr>
          <w:rFonts w:ascii="宋体" w:hAnsi="宋体" w:eastAsia="宋体" w:cs="宋体"/>
          <w:color w:val="000000"/>
        </w:rPr>
        <w:t>、</w:t>
      </w:r>
      <w:r>
        <w:pict>
          <v:shape id="_x0000_i71550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697" o:title="eqIddad2a36927223bd70f426ba06aea4b45"/>
            <o:lock v:ext="edit" aspectratio="t"/>
            <w10:wrap type="none"/>
            <w10:anchorlock/>
          </v:shape>
        </w:pict>
      </w:r>
      <w:r>
        <w:rPr>
          <w:rFonts w:ascii="宋体" w:hAnsi="宋体" w:eastAsia="宋体" w:cs="宋体"/>
          <w:color w:val="000000"/>
        </w:rPr>
        <w:t>为数轴上三点，回答下面问题：</w:t>
      </w:r>
    </w:p>
    <w:p>
      <w:pPr>
        <w:spacing w:line="360" w:lineRule="auto"/>
        <w:jc w:val="left"/>
        <w:textAlignment w:val="center"/>
        <w:rPr>
          <w:color w:val="000000"/>
        </w:rPr>
      </w:pPr>
      <w:r>
        <w:rPr>
          <w:rFonts w:ascii="宋体" w:hAnsi="宋体" w:eastAsia="宋体" w:cs="宋体"/>
          <w:color w:val="000000"/>
        </w:rPr>
        <w:t>①</w:t>
      </w:r>
      <w:r>
        <w:pict>
          <v:shape id="_x0000_i715502" o:spt="75" alt="学科网(www.zxxk.com)--教育资源门户，提供试卷、教案、课件、论文、素材以及各类教学资源下载，还有大量而丰富的教学相关资讯！" type="#_x0000_t75" style="height:20.4pt;width:51.2pt;" o:ole="t" filled="f" o:preferrelative="t" stroked="f" coordsize="21600,21600">
            <v:path/>
            <v:fill on="f" focussize="0,0"/>
            <v:stroke on="f" joinstyle="miter"/>
            <v:imagedata r:id="rId698" o:title="eqId0329447b7561c2c392729d01cdccdb03"/>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②若点</w:t>
      </w:r>
      <w:r>
        <w:pict>
          <v:shape id="_x0000_i71550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699" o:title="eqIdc5db41a1f31d6baee7c69990811edb9f"/>
            <o:lock v:ext="edit" aspectratio="t"/>
            <w10:wrap type="none"/>
            <w10:anchorlock/>
          </v:shape>
        </w:pict>
      </w:r>
      <w:r>
        <w:rPr>
          <w:rFonts w:ascii="宋体" w:hAnsi="宋体" w:eastAsia="宋体" w:cs="宋体"/>
          <w:color w:val="000000"/>
        </w:rPr>
        <w:t>在数轴上且</w:t>
      </w:r>
      <w:r>
        <w:pict>
          <v:shape id="_x0000_i715504" o:spt="75" alt="学科网(www.zxxk.com)--教育资源门户，提供试卷、教案、课件、论文、素材以及各类教学资源下载，还有大量而丰富的教学相关资讯！" type="#_x0000_t75" style="height:20.4pt;width:57pt;" o:ole="t" filled="f" o:preferrelative="t" stroked="f" coordsize="21600,21600">
            <v:path/>
            <v:fill on="f" focussize="0,0"/>
            <v:stroke on="f" joinstyle="miter"/>
            <v:imagedata r:id="rId700" o:title="eqId4a528db8edd07b12627963da08378f5a"/>
            <o:lock v:ext="edit" aspectratio="t"/>
            <w10:wrap type="none"/>
            <w10:anchorlock/>
          </v:shape>
        </w:pict>
      </w:r>
      <w:r>
        <w:rPr>
          <w:rFonts w:ascii="宋体" w:hAnsi="宋体" w:eastAsia="宋体" w:cs="宋体"/>
          <w:color w:val="000000"/>
        </w:rPr>
        <w:t>，则点</w:t>
      </w:r>
      <w:r>
        <w:pict>
          <v:shape id="_x0000_i71550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699"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③点</w:t>
      </w:r>
      <w:r>
        <w:pict>
          <v:shape id="_x0000_i715506"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01" o:title="eqId8455657dde27aabe6adb7b188e031c11"/>
            <o:lock v:ext="edit" aspectratio="t"/>
            <w10:wrap type="none"/>
            <w10:anchorlock/>
          </v:shape>
        </w:pict>
      </w:r>
      <w:r>
        <w:rPr>
          <w:rFonts w:ascii="宋体" w:hAnsi="宋体" w:eastAsia="宋体" w:cs="宋体"/>
          <w:color w:val="000000"/>
        </w:rPr>
        <w:t>是数轴上一点，且</w:t>
      </w:r>
      <w:r>
        <w:pict>
          <v:shape id="_x0000_i715507" o:spt="75" alt="学科网(www.zxxk.com)--教育资源门户，提供试卷、教案、课件、论文、素材以及各类教学资源下载，还有大量而丰富的教学相关资讯！" type="#_x0000_t75" style="height:20.4pt;width:60.75pt;" o:ole="t" filled="f" o:preferrelative="t" stroked="f" coordsize="21600,21600">
            <v:path/>
            <v:fill on="f" focussize="0,0"/>
            <v:stroke on="f" joinstyle="miter"/>
            <v:imagedata r:id="rId702" o:title="eqIddb3a81e6317d24a9b14cc54e13b50346"/>
            <o:lock v:ext="edit" aspectratio="t"/>
            <w10:wrap type="none"/>
            <w10:anchorlock/>
          </v:shape>
        </w:pict>
      </w:r>
      <w:r>
        <w:rPr>
          <w:rFonts w:ascii="宋体" w:hAnsi="宋体" w:eastAsia="宋体" w:cs="宋体"/>
          <w:color w:val="000000"/>
        </w:rPr>
        <w:t>，求点</w:t>
      </w:r>
      <w:r>
        <w:pict>
          <v:shape id="_x0000_i71550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01" o:title="eqId8455657dde27aabe6adb7b188e031c11"/>
            <o:lock v:ext="edit" aspectratio="t"/>
            <w10:wrap type="none"/>
            <w10:anchorlock/>
          </v:shape>
        </w:pict>
      </w:r>
      <w:r>
        <w:rPr>
          <w:rFonts w:ascii="宋体" w:hAnsi="宋体" w:eastAsia="宋体" w:cs="宋体"/>
          <w:color w:val="000000"/>
        </w:rPr>
        <w:t>所表示的数．</w:t>
      </w:r>
    </w:p>
    <w:p>
      <w:pPr>
        <w:spacing w:line="360" w:lineRule="auto"/>
        <w:jc w:val="left"/>
        <w:textAlignment w:val="center"/>
        <w:rPr>
          <w:color w:val="000000"/>
        </w:rPr>
      </w:pPr>
      <w:r>
        <w:rPr>
          <w:color w:val="000000"/>
        </w:rPr>
        <w:drawing>
          <wp:inline distT="0" distB="0" distL="114300" distR="114300">
            <wp:extent cx="3248025" cy="600075"/>
            <wp:effectExtent l="0" t="0" r="0" b="0"/>
            <wp:docPr id="3577"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 name="图片 100015" descr="学科网(www.zxxk.com)--教育资源门户，提供试卷、教案、课件、论文、素材以及各类教学资源下载，还有大量而丰富的教学相关资讯！"/>
                    <pic:cNvPicPr>
                      <a:picLocks noChangeAspect="1"/>
                    </pic:cNvPicPr>
                  </pic:nvPicPr>
                  <pic:blipFill>
                    <a:blip r:embed="rId703"/>
                    <a:stretch>
                      <a:fillRect/>
                    </a:stretch>
                  </pic:blipFill>
                  <pic:spPr>
                    <a:xfrm>
                      <a:off x="0" y="0"/>
                      <a:ext cx="3248025" cy="60007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数轴上，点</w:t>
      </w:r>
      <w:r>
        <w:pict>
          <v:shape id="_x0000_i715509"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04" o:title="eqId2a30f3a8b673cc28bd90c50cf1a35281"/>
            <o:lock v:ext="edit" aspectratio="t"/>
            <w10:wrap type="none"/>
            <w10:anchorlock/>
          </v:shape>
        </w:pict>
      </w:r>
      <w:r>
        <w:rPr>
          <w:rFonts w:ascii="宋体" w:hAnsi="宋体" w:eastAsia="宋体" w:cs="宋体"/>
          <w:color w:val="000000"/>
        </w:rPr>
        <w:t>表示的数为</w:t>
      </w:r>
      <w:r>
        <w:pict>
          <v:shape id="_x0000_i715510"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705" o:title="eqId32e22e1223baf7cb3d53e668c2449609"/>
            <o:lock v:ext="edit" aspectratio="t"/>
            <w10:wrap type="none"/>
            <w10:anchorlock/>
          </v:shape>
        </w:pict>
      </w:r>
      <w:r>
        <w:rPr>
          <w:rFonts w:ascii="宋体" w:hAnsi="宋体" w:eastAsia="宋体" w:cs="宋体"/>
          <w:color w:val="000000"/>
        </w:rPr>
        <w:t>，点</w:t>
      </w:r>
      <w:r>
        <w:pict>
          <v:shape id="_x0000_i715511"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706" o:title="eqIda0ed1ec316bc54c37c4286c208f55667"/>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50</w:t>
      </w:r>
      <w:r>
        <w:rPr>
          <w:rFonts w:ascii="宋体" w:hAnsi="宋体" w:eastAsia="宋体" w:cs="宋体"/>
          <w:color w:val="000000"/>
        </w:rPr>
        <w:t>，从某时刻开始，若点</w:t>
      </w:r>
      <w:r>
        <w:pict>
          <v:shape id="_x0000_i71551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07" o:title="eqIdac047e91852b91af639feec23a9598b2"/>
            <o:lock v:ext="edit" aspectratio="t"/>
            <w10:wrap type="none"/>
            <w10:anchorlock/>
          </v:shape>
        </w:pict>
      </w:r>
      <w:r>
        <w:rPr>
          <w:rFonts w:ascii="宋体" w:hAnsi="宋体" w:eastAsia="宋体" w:cs="宋体"/>
          <w:color w:val="000000"/>
        </w:rPr>
        <w:t>从原点</w:t>
      </w:r>
      <w:r>
        <w:pict>
          <v:shape id="_x0000_i71551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708" o:title="eqId1dde8112e8eb968fd042418dd632759e"/>
            <o:lock v:ext="edit" aspectratio="t"/>
            <w10:wrap type="none"/>
            <w10:anchorlock/>
          </v:shape>
        </w:pict>
      </w:r>
      <w:r>
        <w:rPr>
          <w:rFonts w:ascii="宋体" w:hAnsi="宋体" w:eastAsia="宋体" w:cs="宋体"/>
          <w:color w:val="000000"/>
        </w:rPr>
        <w:t>出发向右在数轴上做匀速直线运动，且</w:t>
      </w:r>
      <w:r>
        <w:pict>
          <v:shape id="_x0000_i715514"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07" o:title="eqIdac047e91852b91af639feec23a9598b2"/>
            <o:lock v:ext="edit" aspectratio="t"/>
            <w10:wrap type="none"/>
            <w10:anchorlock/>
          </v:shape>
        </w:pict>
      </w:r>
      <w:r>
        <w:rPr>
          <w:rFonts w:ascii="宋体" w:hAnsi="宋体" w:eastAsia="宋体" w:cs="宋体"/>
          <w:color w:val="000000"/>
        </w:rPr>
        <w:t>的速度为</w:t>
      </w:r>
      <w:r>
        <w:rPr>
          <w:rFonts w:ascii="Times New Roman" w:hAnsi="Times New Roman" w:eastAsia="Times New Roman" w:cs="Times New Roman"/>
          <w:color w:val="000000"/>
        </w:rPr>
        <w:t>5</w:t>
      </w:r>
      <w:r>
        <w:rPr>
          <w:rFonts w:ascii="宋体" w:hAnsi="宋体" w:eastAsia="宋体" w:cs="宋体"/>
          <w:color w:val="000000"/>
        </w:rPr>
        <w:t>单位</w:t>
      </w:r>
      <w:r>
        <w:rPr>
          <w:rFonts w:ascii="Times New Roman" w:hAnsi="Times New Roman" w:eastAsia="Times New Roman" w:cs="Times New Roman"/>
          <w:color w:val="000000"/>
        </w:rPr>
        <w:t>/</w:t>
      </w:r>
      <w:r>
        <w:rPr>
          <w:rFonts w:ascii="宋体" w:hAnsi="宋体" w:eastAsia="宋体" w:cs="宋体"/>
          <w:color w:val="000000"/>
        </w:rPr>
        <w:t>秒，设运动时间为</w:t>
      </w:r>
      <w:r>
        <w:pict>
          <v:shape id="_x0000_i71551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709" o:title="eqId36a1b09c653185842513e24ebba60bb3"/>
            <o:lock v:ext="edit" aspectratio="t"/>
            <w10:wrap type="none"/>
            <w10:anchorlock/>
          </v:shape>
        </w:pict>
      </w:r>
      <w:r>
        <w:rPr>
          <w:rFonts w:ascii="宋体" w:hAnsi="宋体" w:eastAsia="宋体" w:cs="宋体"/>
          <w:color w:val="000000"/>
        </w:rPr>
        <w:t>秒</w:t>
      </w:r>
      <w:r>
        <w:pict>
          <v:shape id="_x0000_i715516" o:spt="75" alt="学科网(www.zxxk.com)--教育资源门户，提供试卷、教案、课件、论文、素材以及各类教学资源下载，还有大量而丰富的教学相关资讯！" type="#_x0000_t75" style="height:19.6pt;width:34.4pt;" o:ole="t" filled="f" o:preferrelative="t" stroked="f" coordsize="21600,21600">
            <v:path/>
            <v:fill on="f" focussize="0,0"/>
            <v:stroke on="f" joinstyle="miter"/>
            <v:imagedata r:id="rId710" o:title="eqId6cea72e0c37257bcfd85a59ef8dd0f80"/>
            <o:lock v:ext="edit" aspectratio="t"/>
            <w10:wrap type="none"/>
            <w10:anchorlock/>
          </v:shape>
        </w:pict>
      </w:r>
      <w:r>
        <w:rPr>
          <w:rFonts w:ascii="宋体" w:hAnsi="宋体" w:eastAsia="宋体" w:cs="宋体"/>
          <w:color w:val="000000"/>
        </w:rPr>
        <w:t>，当</w:t>
      </w:r>
      <w:r>
        <w:pict>
          <v:shape id="_x0000_i715517" o:spt="75" alt="学科网(www.zxxk.com)--教育资源门户，提供试卷、教案、课件、论文、素材以及各类教学资源下载，还有大量而丰富的教学相关资讯！" type="#_x0000_t75" style="height:20.4pt;width:63.7pt;" o:ole="t" filled="f" o:preferrelative="t" stroked="f" coordsize="21600,21600">
            <v:path/>
            <v:fill on="f" focussize="0,0"/>
            <v:stroke on="f" joinstyle="miter"/>
            <v:imagedata r:id="rId711" o:title="eqId5d230b257d5a902207922e097758aa4e"/>
            <o:lock v:ext="edit" aspectratio="t"/>
            <w10:wrap type="none"/>
            <w10:anchorlock/>
          </v:shape>
        </w:pict>
      </w:r>
      <w:r>
        <w:rPr>
          <w:rFonts w:ascii="宋体" w:hAnsi="宋体" w:eastAsia="宋体" w:cs="宋体"/>
          <w:color w:val="000000"/>
        </w:rPr>
        <w:t>时，请直接写出</w:t>
      </w:r>
      <w:r>
        <w:pict>
          <v:shape id="_x0000_i715518"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709" o:title="eqId36a1b09c653185842513e24ebba60bb3"/>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drawing>
          <wp:inline distT="0" distB="0" distL="114300" distR="114300">
            <wp:extent cx="3419475" cy="657225"/>
            <wp:effectExtent l="0" t="0" r="0" b="0"/>
            <wp:docPr id="3579"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 name="图片 100017" descr="学科网(www.zxxk.com)--教育资源门户，提供试卷、教案、课件、论文、素材以及各类教学资源下载，还有大量而丰富的教学相关资讯！"/>
                    <pic:cNvPicPr>
                      <a:picLocks noChangeAspect="1"/>
                    </pic:cNvPicPr>
                  </pic:nvPicPr>
                  <pic:blipFill>
                    <a:blip r:embed="rId712"/>
                    <a:stretch>
                      <a:fillRect/>
                    </a:stretch>
                  </pic:blipFill>
                  <pic:spPr>
                    <a:xfrm>
                      <a:off x="0" y="0"/>
                      <a:ext cx="3419475" cy="6572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rPr>
          <w:rFonts w:ascii="Times New Roman" w:hAnsi="Times New Roman" w:eastAsia="Times New Roman" w:cs="Times New Roman"/>
          <w:color w:val="000000"/>
        </w:rPr>
        <w:t>4</w:t>
      </w:r>
      <w:r>
        <w:rPr>
          <w:rFonts w:ascii="宋体" w:hAnsi="宋体" w:eastAsia="宋体" w:cs="宋体"/>
          <w:color w:val="000000"/>
        </w:rPr>
        <w:t>；②</w:t>
      </w:r>
      <w:r>
        <w:rPr>
          <w:rFonts w:ascii="Times New Roman" w:hAnsi="Times New Roman" w:eastAsia="Times New Roman" w:cs="Times New Roman"/>
          <w:color w:val="000000"/>
        </w:rPr>
        <w:t>2</w:t>
      </w:r>
      <w:r>
        <w:rPr>
          <w:rFonts w:ascii="宋体" w:hAnsi="宋体" w:eastAsia="宋体" w:cs="宋体"/>
          <w:color w:val="000000"/>
        </w:rPr>
        <w:t>；③</w:t>
      </w:r>
      <w:r>
        <w:rPr>
          <w:rFonts w:ascii="Times New Roman" w:hAnsi="Times New Roman" w:eastAsia="Times New Roman" w:cs="Times New Roman"/>
          <w:color w:val="000000"/>
        </w:rPr>
        <w:t>11</w: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pict>
          <v:shape id="_x0000_i715519"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713" o:title="eqId36a1b09c653185842513e24ebba60bb3"/>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7</w:t>
      </w:r>
      <w:r>
        <w:rPr>
          <w:rFonts w:ascii="宋体" w:hAnsi="宋体" w:eastAsia="宋体" w:cs="宋体"/>
          <w:color w:val="000000"/>
        </w:rPr>
        <w:t>或</w:t>
      </w:r>
      <w:r>
        <w:rPr>
          <w:rFonts w:ascii="Times New Roman" w:hAnsi="Times New Roman" w:eastAsia="Times New Roman" w:cs="Times New Roman"/>
          <w:color w:val="000000"/>
        </w:rPr>
        <w:t>16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）分别根据新定义可解答；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）根据点</w:t>
      </w:r>
      <w:r>
        <w:pict>
          <v:shape id="_x0000_i715520"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14" o:title="eqIdac047e91852b91af639feec23a9598b2"/>
            <o:lock v:ext="edit" aspectratio="t"/>
            <w10:wrap type="none"/>
            <w10:anchorlock/>
          </v:shape>
        </w:pict>
      </w:r>
      <w:r>
        <w:rPr>
          <w:rFonts w:ascii="宋体" w:hAnsi="宋体" w:eastAsia="宋体" w:cs="宋体"/>
          <w:color w:val="000000"/>
        </w:rPr>
        <w:t>运动的速度可得</w:t>
      </w:r>
      <w:r>
        <w:pict>
          <v:shape id="_x0000_i71552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14" o:title="eqIdac047e91852b91af639feec23a9598b2"/>
            <o:lock v:ext="edit" aspectratio="t"/>
            <w10:wrap type="none"/>
            <w10:anchorlock/>
          </v:shape>
        </w:pict>
      </w:r>
      <w:r>
        <w:rPr>
          <w:rFonts w:ascii="宋体" w:hAnsi="宋体" w:eastAsia="宋体" w:cs="宋体"/>
          <w:color w:val="000000"/>
        </w:rPr>
        <w:t>运动</w:t>
      </w:r>
      <w:r>
        <w:pict>
          <v:shape id="_x0000_i715522"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715" o:title="eqId36a1b09c653185842513e24ebba60bb3"/>
            <o:lock v:ext="edit" aspectratio="t"/>
            <w10:wrap type="none"/>
            <w10:anchorlock/>
          </v:shape>
        </w:pict>
      </w:r>
      <w:r>
        <w:rPr>
          <w:rFonts w:ascii="宋体" w:hAnsi="宋体" w:eastAsia="宋体" w:cs="宋体"/>
          <w:color w:val="000000"/>
        </w:rPr>
        <w:t>秒表示的数为</w:t>
      </w:r>
      <w:r>
        <w:pict>
          <v:shape id="_x0000_i715523"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716" o:title="eqId1615241936780e83eb45e6166717161c"/>
            <o:lock v:ext="edit" aspectratio="t"/>
            <w10:wrap type="none"/>
            <w10:anchorlock/>
          </v:shape>
        </w:pict>
      </w:r>
      <w:r>
        <w:rPr>
          <w:rFonts w:ascii="宋体" w:hAnsi="宋体" w:eastAsia="宋体" w:cs="宋体"/>
          <w:color w:val="000000"/>
        </w:rPr>
        <w:t>，分点</w:t>
      </w:r>
      <w:r>
        <w:pict>
          <v:shape id="_x0000_i715524"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14" o:title="eqIdac047e91852b91af639feec23a9598b2"/>
            <o:lock v:ext="edit" aspectratio="t"/>
            <w10:wrap type="none"/>
            <w10:anchorlock/>
          </v:shape>
        </w:pict>
      </w:r>
      <w:r>
        <w:rPr>
          <w:rFonts w:ascii="宋体" w:hAnsi="宋体" w:eastAsia="宋体" w:cs="宋体"/>
          <w:color w:val="000000"/>
        </w:rPr>
        <w:t>在</w:t>
      </w:r>
      <w:r>
        <w:pict>
          <v:shape id="_x0000_i71552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717" o:title="eqIda0ed1ec316bc54c37c4286c208f55667"/>
            <o:lock v:ext="edit" aspectratio="t"/>
            <w10:wrap type="none"/>
            <w10:anchorlock/>
          </v:shape>
        </w:pict>
      </w:r>
      <w:r>
        <w:rPr>
          <w:rFonts w:ascii="宋体" w:hAnsi="宋体" w:eastAsia="宋体" w:cs="宋体"/>
          <w:color w:val="000000"/>
        </w:rPr>
        <w:t>的左边和右边，根据新定义列方程可解答．</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解：①∵点</w:t>
      </w:r>
      <w:r>
        <w:pict>
          <v:shape id="_x0000_i71552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718" o:title="eqIddad2a36927223bd70f426ba06aea4b45"/>
            <o:lock v:ext="edit" aspectratio="t"/>
            <w10:wrap type="none"/>
            <w10:anchorlock/>
          </v:shape>
        </w:pict>
      </w:r>
      <w:r>
        <w:rPr>
          <w:rFonts w:ascii="宋体" w:hAnsi="宋体" w:eastAsia="宋体" w:cs="宋体"/>
          <w:color w:val="000000"/>
        </w:rPr>
        <w:t>表示</w:t>
      </w:r>
      <w:r>
        <w:pict>
          <v:shape id="_x0000_i71552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719" o:title="eqId81fb134b2b48acc99213fff6ccfee65f"/>
            <o:lock v:ext="edit" aspectratio="t"/>
            <w10:wrap type="none"/>
            <w10:anchorlock/>
          </v:shape>
        </w:pict>
      </w:r>
      <w:r>
        <w:rPr>
          <w:rFonts w:ascii="宋体" w:hAnsi="宋体" w:eastAsia="宋体" w:cs="宋体"/>
          <w:color w:val="000000"/>
        </w:rPr>
        <w:t>，点</w:t>
      </w:r>
      <w:r>
        <w:pict>
          <v:shape id="_x0000_i71552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20" o:title="eqId5963abe8f421bd99a2aaa94831a951e9"/>
            <o:lock v:ext="edit" aspectratio="t"/>
            <w10:wrap type="none"/>
            <w10:anchorlock/>
          </v:shape>
        </w:pict>
      </w:r>
      <w:r>
        <w:rPr>
          <w:rFonts w:ascii="宋体" w:hAnsi="宋体" w:eastAsia="宋体" w:cs="宋体"/>
          <w:color w:val="000000"/>
        </w:rPr>
        <w:t>表示</w:t>
      </w:r>
      <w:r>
        <w:pict>
          <v:shape id="_x0000_i71552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721" o:title="eqIdacbc6a613224461ade69362d46550474"/>
            <o:lock v:ext="edit" aspectratio="t"/>
            <w10:wrap type="none"/>
            <w10:anchorlock/>
          </v:shape>
        </w:pict>
      </w:r>
      <w:r>
        <w:rPr>
          <w:rFonts w:ascii="宋体" w:hAnsi="宋体" w:eastAsia="宋体" w:cs="宋体"/>
          <w:color w:val="000000"/>
        </w:rPr>
        <w:t>，点</w:t>
      </w:r>
      <w:r>
        <w:pict>
          <v:shape id="_x0000_i71553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22" o:title="eqId7f9e8449aad35c5d840a3395ea86df6d"/>
            <o:lock v:ext="edit" aspectratio="t"/>
            <w10:wrap type="none"/>
            <w10:anchorlock/>
          </v:shape>
        </w:pic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531" o:spt="75" alt="学科网(www.zxxk.com)--教育资源门户，提供试卷、教案、课件、论文、素材以及各类教学资源下载，还有大量而丰富的教学相关资讯！" type="#_x0000_t75" style="height:19.8pt;width:91.8pt;" o:ole="t" filled="f" o:preferrelative="t" stroked="f" coordsize="21600,21600">
            <v:path/>
            <v:fill on="f" focussize="0,0"/>
            <v:stroke on="f" joinstyle="miter"/>
            <v:imagedata r:id="rId723" o:title="eqIde481fe855846ca6a0d1799bbd31110fd"/>
            <o:lock v:ext="edit" aspectratio="t"/>
            <w10:wrap type="none"/>
            <w10:anchorlock/>
          </v:shape>
        </w:pict>
      </w:r>
      <w:r>
        <w:rPr>
          <w:rFonts w:ascii="宋体" w:hAnsi="宋体" w:eastAsia="宋体" w:cs="宋体"/>
          <w:color w:val="000000"/>
        </w:rPr>
        <w:t>，</w:t>
      </w:r>
      <w:r>
        <w:pict>
          <v:shape id="_x0000_i715532" o:spt="75" alt="学科网(www.zxxk.com)--教育资源门户，提供试卷、教案、课件、论文、素材以及各类教学资源下载，还有大量而丰富的教学相关资讯！" type="#_x0000_t75" style="height:19.8pt;width:85.8pt;" o:ole="t" filled="f" o:preferrelative="t" stroked="f" coordsize="21600,21600">
            <v:path/>
            <v:fill on="f" focussize="0,0"/>
            <v:stroke on="f" joinstyle="miter"/>
            <v:imagedata r:id="rId724" o:title="eqId5f152bef2e991e833ae3b57f068958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553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725" o:title="eqIddad2a36927223bd70f426ba06aea4b45"/>
            <o:lock v:ext="edit" aspectratio="t"/>
            <w10:wrap type="none"/>
            <w10:anchorlock/>
          </v:shape>
        </w:pict>
      </w:r>
      <w:r>
        <w:rPr>
          <w:rFonts w:ascii="宋体" w:hAnsi="宋体" w:eastAsia="宋体" w:cs="宋体"/>
          <w:color w:val="000000"/>
        </w:rPr>
        <w:t>是</w:t>
      </w:r>
      <w:r>
        <w:pict>
          <v:shape id="_x0000_i715534"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726" o:title="eqIdb2fc5eea070926e164331a5b76076e9f"/>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4</w:t>
      </w:r>
      <w:r>
        <w:rPr>
          <w:rFonts w:ascii="宋体" w:hAnsi="宋体" w:eastAsia="宋体" w:cs="宋体"/>
          <w:color w:val="000000"/>
        </w:rPr>
        <w:t>倍点”，记作：</w:t>
      </w:r>
      <w:r>
        <w:pict>
          <v:shape id="_x0000_i715535" o:spt="75" alt="学科网(www.zxxk.com)--教育资源门户，提供试卷、教案、课件、论文、素材以及各类教学资源下载，还有大量而丰富的教学相关资讯！" type="#_x0000_t75" style="height:19.8pt;width:58.8pt;" o:ole="t" filled="f" o:preferrelative="t" stroked="f" coordsize="21600,21600">
            <v:path/>
            <v:fill on="f" focussize="0,0"/>
            <v:stroke on="f" joinstyle="miter"/>
            <v:imagedata r:id="rId727" o:title="eqId76a304fb44ca358378239b9b8ea79f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15536" o:spt="75" alt="学科网(www.zxxk.com)--教育资源门户，提供试卷、教案、课件、论文、素材以及各类教学资源下载，还有大量而丰富的教学相关资讯！" type="#_x0000_t75" style="height:20.4pt;width:57pt;" o:ole="t" filled="f" o:preferrelative="t" stroked="f" coordsize="21600,21600">
            <v:path/>
            <v:fill on="f" focussize="0,0"/>
            <v:stroke on="f" joinstyle="miter"/>
            <v:imagedata r:id="rId728" o:title="eqId4a528db8edd07b12627963da08378f5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537"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729" o:title="eqId3d89ba4036a5d18ec4abed44d7fd8e8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1553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30" o:title="eqId5963abe8f421bd99a2aaa94831a951e9"/>
            <o:lock v:ext="edit" aspectratio="t"/>
            <w10:wrap type="none"/>
            <w10:anchorlock/>
          </v:shape>
        </w:pict>
      </w:r>
      <w:r>
        <w:rPr>
          <w:rFonts w:ascii="宋体" w:hAnsi="宋体" w:eastAsia="宋体" w:cs="宋体"/>
          <w:color w:val="000000"/>
        </w:rPr>
        <w:t>表示</w:t>
      </w:r>
      <w:r>
        <w:pict>
          <v:shape id="_x0000_i71553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731" o:title="eqIdacbc6a613224461ade69362d46550474"/>
            <o:lock v:ext="edit" aspectratio="t"/>
            <w10:wrap type="none"/>
            <w10:anchorlock/>
          </v:shape>
        </w:pict>
      </w:r>
      <w:r>
        <w:rPr>
          <w:rFonts w:ascii="宋体" w:hAnsi="宋体" w:eastAsia="宋体" w:cs="宋体"/>
          <w:color w:val="000000"/>
        </w:rPr>
        <w:t>，点</w:t>
      </w:r>
      <w:r>
        <w:pict>
          <v:shape id="_x0000_i71554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32" o:title="eqId7f9e8449aad35c5d840a3395ea86df6d"/>
            <o:lock v:ext="edit" aspectratio="t"/>
            <w10:wrap type="none"/>
            <w10:anchorlock/>
          </v:shape>
        </w:pic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54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33"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w:t>
      </w:r>
      <w:r>
        <w:pict>
          <v:shape id="_x0000_i715542" o:spt="75" alt="学科网(www.zxxk.com)--教育资源门户，提供试卷、教案、课件、论文、素材以及各类教学资源下载，还有大量而丰富的教学相关资讯！" type="#_x0000_t75" style="height:20.4pt;width:60.75pt;" o:ole="t" filled="f" o:preferrelative="t" stroked="f" coordsize="21600,21600">
            <v:path/>
            <v:fill on="f" focussize="0,0"/>
            <v:stroke on="f" joinstyle="miter"/>
            <v:imagedata r:id="rId734" o:title="eqIddb3a81e6317d24a9b14cc54e13b503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543" o:spt="75" alt="学科网(www.zxxk.com)--教育资源门户，提供试卷、教案、课件、论文、素材以及各类教学资源下载，还有大量而丰富的教学相关资讯！" type="#_x0000_t75" style="height:13.1pt;width:54.4pt;" o:ole="t" filled="f" o:preferrelative="t" stroked="f" coordsize="21600,21600">
            <v:path/>
            <v:fill on="f" focussize="0,0"/>
            <v:stroke on="f" joinstyle="miter"/>
            <v:imagedata r:id="rId735" o:title="eqIdef4f7affb834813143bf8c6bcd69639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pict>
          <v:shape id="_x0000_i715544"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36" o:title="eqId8455657dde27aabe6adb7b188e031c11"/>
            <o:lock v:ext="edit" aspectratio="t"/>
            <w10:wrap type="none"/>
            <w10:anchorlock/>
          </v:shape>
        </w:pict>
      </w:r>
      <w:r>
        <w:rPr>
          <w:rFonts w:ascii="宋体" w:hAnsi="宋体" w:eastAsia="宋体" w:cs="宋体"/>
          <w:color w:val="000000"/>
        </w:rPr>
        <w:t>在点</w:t>
      </w:r>
      <w:r>
        <w:pict>
          <v:shape id="_x0000_i71554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37" o:title="eqId5963abe8f421bd99a2aaa94831a951e9"/>
            <o:lock v:ext="edit" aspectratio="t"/>
            <w10:wrap type="none"/>
            <w10:anchorlock/>
          </v:shape>
        </w:pict>
      </w:r>
      <w:r>
        <w:rPr>
          <w:rFonts w:ascii="宋体" w:hAnsi="宋体" w:eastAsia="宋体" w:cs="宋体"/>
          <w:color w:val="000000"/>
        </w:rPr>
        <w:t xml:space="preserve"> 和点</w:t>
      </w:r>
      <w:r>
        <w:pict>
          <v:shape id="_x0000_i71554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38" o:title="eqId7f9e8449aad35c5d840a3395ea86df6d"/>
            <o:lock v:ext="edit" aspectratio="t"/>
            <w10:wrap type="none"/>
            <w10:anchorlock/>
          </v:shape>
        </w:pict>
      </w:r>
      <w:r>
        <w:rPr>
          <w:color w:val="000000"/>
        </w:rPr>
        <w:t>之间</w: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则</w:t>
      </w:r>
      <w:r>
        <w:pict>
          <v:shape id="_x0000_i715547" o:spt="75" alt="学科网(www.zxxk.com)--教育资源门户，提供试卷、教案、课件、论文、素材以及各类教学资源下载，还有大量而丰富的教学相关资讯！" type="#_x0000_t75" style="height:13.2pt;width:75pt;" o:ole="t" filled="f" o:preferrelative="t" stroked="f" coordsize="21600,21600">
            <v:path/>
            <v:fill on="f" focussize="0,0"/>
            <v:stroke on="f" joinstyle="miter"/>
            <v:imagedata r:id="rId739" o:title="eqId7c66b4d306ffe938cb584c54700760c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548"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740" o:title="eqId7059ac1fdadf0bc6474d78c03ac7e121"/>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∵点</w:t>
      </w:r>
      <w:r>
        <w:pict>
          <v:shape id="_x0000_i71554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41" o:title="eqId5963abe8f421bd99a2aaa94831a951e9"/>
            <o:lock v:ext="edit" aspectratio="t"/>
            <w10:wrap type="none"/>
            <w10:anchorlock/>
          </v:shape>
        </w:pict>
      </w:r>
      <w:r>
        <w:rPr>
          <w:rFonts w:ascii="宋体" w:hAnsi="宋体" w:eastAsia="宋体" w:cs="宋体"/>
          <w:color w:val="000000"/>
        </w:rPr>
        <w:t>表示</w:t>
      </w:r>
      <w:r>
        <w:pict>
          <v:shape id="_x0000_i71555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742" o:title="eqIdacbc6a613224461ade69362d46550474"/>
            <o:lock v:ext="edit" aspectratio="t"/>
            <w10:wrap type="none"/>
            <w10:anchorlock/>
          </v:shape>
        </w:pict>
      </w:r>
      <w:r>
        <w:rPr>
          <w:rFonts w:ascii="宋体" w:hAnsi="宋体" w:eastAsia="宋体" w:cs="宋体"/>
          <w:color w:val="000000"/>
        </w:rPr>
        <w:t>，点</w:t>
      </w:r>
      <w:r>
        <w:pict>
          <v:shape id="_x0000_i71555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43" o:title="eqId7f9e8449aad35c5d840a3395ea86df6d"/>
            <o:lock v:ext="edit" aspectratio="t"/>
            <w10:wrap type="none"/>
            <w10:anchorlock/>
          </v:shape>
        </w:pic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552" o:spt="75" alt="学科网(www.zxxk.com)--教育资源门户，提供试卷、教案、课件、论文、素材以及各类教学资源下载，还有大量而丰富的教学相关资讯！" type="#_x0000_t75" style="height:13.8pt;width:66pt;" o:ole="t" filled="f" o:preferrelative="t" stroked="f" coordsize="21600,21600">
            <v:path/>
            <v:fill on="f" focussize="0,0"/>
            <v:stroke on="f" joinstyle="miter"/>
            <v:imagedata r:id="rId744" o:title="eqId191eaf5020dce67601436b527ef44db6"/>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55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45" o:title="eqId8455657dde27aabe6adb7b188e031c11"/>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11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pict>
          <v:shape id="_x0000_i715554"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46" o:title="eqId8455657dde27aabe6adb7b188e031c11"/>
            <o:lock v:ext="edit" aspectratio="t"/>
            <w10:wrap type="none"/>
            <w10:anchorlock/>
          </v:shape>
        </w:pict>
      </w:r>
      <w:r>
        <w:rPr>
          <w:rFonts w:ascii="宋体" w:hAnsi="宋体" w:eastAsia="宋体" w:cs="宋体"/>
          <w:color w:val="000000"/>
        </w:rPr>
        <w:t>在点</w:t>
      </w:r>
      <w:r>
        <w:pict>
          <v:shape id="_x0000_i71555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47" o:title="eqId7f9e8449aad35c5d840a3395ea86df6d"/>
            <o:lock v:ext="edit" aspectratio="t"/>
            <w10:wrap type="none"/>
            <w10:anchorlock/>
          </v:shape>
        </w:pict>
      </w:r>
      <w:r>
        <w:rPr>
          <w:rFonts w:ascii="宋体" w:hAnsi="宋体" w:eastAsia="宋体" w:cs="宋体"/>
          <w:color w:val="000000"/>
        </w:rPr>
        <w:t>左侧，</w:t>
      </w:r>
    </w:p>
    <w:p>
      <w:pPr>
        <w:spacing w:line="360" w:lineRule="auto"/>
        <w:jc w:val="left"/>
        <w:textAlignment w:val="center"/>
        <w:rPr>
          <w:color w:val="000000"/>
        </w:rPr>
      </w:pPr>
      <w:r>
        <w:rPr>
          <w:rFonts w:ascii="宋体" w:hAnsi="宋体" w:eastAsia="宋体" w:cs="宋体"/>
          <w:color w:val="000000"/>
        </w:rPr>
        <w:t>则</w:t>
      </w:r>
      <w:r>
        <w:pict>
          <v:shape id="_x0000_i715556" o:spt="75" alt="学科网(www.zxxk.com)--教育资源门户，提供试卷、教案、课件、论文、素材以及各类教学资源下载，还有大量而丰富的教学相关资讯！" type="#_x0000_t75" style="height:13.2pt;width:75pt;" o:ole="t" filled="f" o:preferrelative="t" stroked="f" coordsize="21600,21600">
            <v:path/>
            <v:fill on="f" focussize="0,0"/>
            <v:stroke on="f" joinstyle="miter"/>
            <v:imagedata r:id="rId748" o:title="eqId1a164c35e8a4c82823575f786431430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557" o:spt="75" alt="学科网(www.zxxk.com)--教育资源门户，提供试卷、教案、课件、论文、素材以及各类教学资源下载，还有大量而丰富的教学相关资讯！" type="#_x0000_t75" style="height:31.2pt;width:75pt;" o:ole="t" filled="f" o:preferrelative="t" stroked="f" coordsize="21600,21600">
            <v:path/>
            <v:fill on="f" focussize="0,0"/>
            <v:stroke on="f" joinstyle="miter"/>
            <v:imagedata r:id="rId749" o:title="eqIded7069a62775ad8f9c6abfd89f5fa726"/>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55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50" o:title="eqId8455657dde27aabe6adb7b188e031c11"/>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故点</w:t>
      </w:r>
      <w:r>
        <w:pict>
          <v:shape id="_x0000_i715559"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751" o:title="eqId8455657dde27aabe6adb7b188e031c11"/>
            <o:lock v:ext="edit" aspectratio="t"/>
            <w10:wrap type="none"/>
            <w10:anchorlock/>
          </v:shape>
        </w:pict>
      </w:r>
      <w:r>
        <w:rPr>
          <w:rFonts w:ascii="宋体" w:hAnsi="宋体" w:eastAsia="宋体" w:cs="宋体"/>
          <w:color w:val="000000"/>
        </w:rPr>
        <w:t>所表示的数为：</w:t>
      </w:r>
      <w:r>
        <w:rPr>
          <w:rFonts w:ascii="Times New Roman" w:hAnsi="Times New Roman" w:eastAsia="Times New Roman" w:cs="Times New Roman"/>
          <w:color w:val="000000"/>
        </w:rPr>
        <w:t>11</w: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由题意可知，经过</w:t>
      </w:r>
      <w:r>
        <w:pict>
          <v:shape id="_x0000_i715560"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752" o:title="eqId36a1b09c653185842513e24ebba60bb3"/>
            <o:lock v:ext="edit" aspectratio="t"/>
            <w10:wrap type="none"/>
            <w10:anchorlock/>
          </v:shape>
        </w:pict>
      </w:r>
      <w:r>
        <w:rPr>
          <w:rFonts w:ascii="宋体" w:hAnsi="宋体" w:eastAsia="宋体" w:cs="宋体"/>
          <w:color w:val="000000"/>
        </w:rPr>
        <w:t>秒后，</w:t>
      </w:r>
      <w:r>
        <w:pict>
          <v:shape id="_x0000_i71556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53" o:title="eqIdac047e91852b91af639feec23a9598b2"/>
            <o:lock v:ext="edit" aspectratio="t"/>
            <w10:wrap type="none"/>
            <w10:anchorlock/>
          </v:shape>
        </w:pict>
      </w:r>
      <w:r>
        <w:rPr>
          <w:rFonts w:ascii="宋体" w:hAnsi="宋体" w:eastAsia="宋体" w:cs="宋体"/>
          <w:color w:val="000000"/>
        </w:rPr>
        <w:t>表示的数为：</w:t>
      </w:r>
      <w:r>
        <w:pict>
          <v:shape id="_x0000_i715562"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754" o:title="eqId1615241936780e83eb45e6166717161c"/>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∵点</w:t>
      </w:r>
      <w:r>
        <w:pict>
          <v:shape id="_x0000_i715563"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55" o:title="eqId2a30f3a8b673cc28bd90c50cf1a35281"/>
            <o:lock v:ext="edit" aspectratio="t"/>
            <w10:wrap type="none"/>
            <w10:anchorlock/>
          </v:shape>
        </w:pict>
      </w:r>
      <w:r>
        <w:rPr>
          <w:rFonts w:ascii="宋体" w:hAnsi="宋体" w:eastAsia="宋体" w:cs="宋体"/>
          <w:color w:val="000000"/>
        </w:rPr>
        <w:t>表示的数为</w:t>
      </w:r>
      <w:r>
        <w:pict>
          <v:shape id="_x0000_i715564"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756" o:title="eqId32e22e1223baf7cb3d53e668c2449609"/>
            <o:lock v:ext="edit" aspectratio="t"/>
            <w10:wrap type="none"/>
            <w10:anchorlock/>
          </v:shape>
        </w:pict>
      </w:r>
      <w:r>
        <w:rPr>
          <w:rFonts w:ascii="宋体" w:hAnsi="宋体" w:eastAsia="宋体" w:cs="宋体"/>
          <w:color w:val="000000"/>
        </w:rPr>
        <w:t>，点</w:t>
      </w:r>
      <w:r>
        <w:pict>
          <v:shape id="_x0000_i71556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757" o:title="eqIda0ed1ec316bc54c37c4286c208f55667"/>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50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pict>
          <v:shape id="_x0000_i71556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58" o:title="eqIdac047e91852b91af639feec23a9598b2"/>
            <o:lock v:ext="edit" aspectratio="t"/>
            <w10:wrap type="none"/>
            <w10:anchorlock/>
          </v:shape>
        </w:pict>
      </w:r>
      <w:r>
        <w:rPr>
          <w:rFonts w:ascii="宋体" w:hAnsi="宋体" w:eastAsia="宋体" w:cs="宋体"/>
          <w:color w:val="000000"/>
        </w:rPr>
        <w:t>在点</w:t>
      </w:r>
      <w:r>
        <w:pict>
          <v:shape id="_x0000_i71556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759" o:title="eqId2a30f3a8b673cc28bd90c50cf1a35281"/>
            <o:lock v:ext="edit" aspectratio="t"/>
            <w10:wrap type="none"/>
            <w10:anchorlock/>
          </v:shape>
        </w:pict>
      </w:r>
      <w:r>
        <w:rPr>
          <w:rFonts w:ascii="宋体" w:hAnsi="宋体" w:eastAsia="宋体" w:cs="宋体"/>
          <w:color w:val="000000"/>
        </w:rPr>
        <w:t>和点</w:t>
      </w:r>
      <w:r>
        <w:pict>
          <v:shape id="_x0000_i715568"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760" o:title="eqIda0ed1ec316bc54c37c4286c208f55667"/>
            <o:lock v:ext="edit" aspectratio="t"/>
            <w10:wrap type="none"/>
            <w10:anchorlock/>
          </v:shape>
        </w:pict>
      </w:r>
      <w:r>
        <w:rPr>
          <w:rFonts w:ascii="宋体" w:hAnsi="宋体" w:eastAsia="宋体" w:cs="宋体"/>
          <w:color w:val="000000"/>
        </w:rPr>
        <w:t>之间时，</w:t>
      </w:r>
    </w:p>
    <w:p>
      <w:pPr>
        <w:spacing w:line="360" w:lineRule="auto"/>
        <w:jc w:val="left"/>
        <w:textAlignment w:val="center"/>
        <w:rPr>
          <w:color w:val="000000"/>
        </w:rPr>
      </w:pPr>
      <w:r>
        <w:pict>
          <v:shape id="_x0000_i715569" o:spt="75" alt="学科网(www.zxxk.com)--教育资源门户，提供试卷、教案、课件、论文、素材以及各类教学资源下载，还有大量而丰富的教学相关资讯！" type="#_x0000_t75" style="height:13.8pt;width:64.8pt;" o:ole="t" filled="f" o:preferrelative="t" stroked="f" coordsize="21600,21600">
            <v:path/>
            <v:fill on="f" focussize="0,0"/>
            <v:stroke on="f" joinstyle="miter"/>
            <v:imagedata r:id="rId761" o:title="eqId923c84ca99f50a2b8edc5ae87a21a12d"/>
            <o:lock v:ext="edit" aspectratio="t"/>
            <w10:wrap type="none"/>
            <w10:anchorlock/>
          </v:shape>
        </w:pict>
      </w:r>
      <w:r>
        <w:rPr>
          <w:rFonts w:ascii="宋体" w:hAnsi="宋体" w:eastAsia="宋体" w:cs="宋体"/>
          <w:color w:val="000000"/>
        </w:rPr>
        <w:t>，</w:t>
      </w:r>
      <w:r>
        <w:pict>
          <v:shape id="_x0000_i715570" o:spt="75" alt="学科网(www.zxxk.com)--教育资源门户，提供试卷、教案、课件、论文、素材以及各类教学资源下载，还有大量而丰富的教学相关资讯！" type="#_x0000_t75" style="height:13.8pt;width:66pt;" o:ole="t" filled="f" o:preferrelative="t" stroked="f" coordsize="21600,21600">
            <v:path/>
            <v:fill on="f" focussize="0,0"/>
            <v:stroke on="f" joinstyle="miter"/>
            <v:imagedata r:id="rId762" o:title="eqId11c167a38a3fc17bb7900bc1486f681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571" o:spt="75" alt="学科网(www.zxxk.com)--教育资源门户，提供试卷、教案、课件、论文、素材以及各类教学资源下载，还有大量而丰富的教学相关资讯！" type="#_x0000_t75" style="height:20.4pt;width:63.7pt;" o:ole="t" filled="f" o:preferrelative="t" stroked="f" coordsize="21600,21600">
            <v:path/>
            <v:fill on="f" focussize="0,0"/>
            <v:stroke on="f" joinstyle="miter"/>
            <v:imagedata r:id="rId763" o:title="eqId5d230b257d5a902207922e097758aa4e"/>
            <o:lock v:ext="edit" aspectratio="t"/>
            <w10:wrap type="none"/>
            <w10:anchorlock/>
          </v:shape>
        </w:pict>
      </w:r>
      <w:r>
        <w:rPr>
          <w:rFonts w:ascii="宋体" w:hAnsi="宋体" w:eastAsia="宋体" w:cs="宋体"/>
          <w:color w:val="000000"/>
        </w:rPr>
        <w:t>，即</w:t>
      </w:r>
      <w:r>
        <w:pict>
          <v:shape id="_x0000_i715572" o:spt="75" alt="学科网(www.zxxk.com)--教育资源门户，提供试卷、教案、课件、论文、素材以及各类教学资源下载，还有大量而丰富的教学相关资讯！" type="#_x0000_t75" style="height:13.8pt;width:58.2pt;" o:ole="t" filled="f" o:preferrelative="t" stroked="f" coordsize="21600,21600">
            <v:path/>
            <v:fill on="f" focussize="0,0"/>
            <v:stroke on="f" joinstyle="miter"/>
            <v:imagedata r:id="rId764" o:title="eqIdb8bca52f7a61f6a9940cc4963c2d14ef"/>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573" o:spt="75" alt="学科网(www.zxxk.com)--教育资源门户，提供试卷、教案、课件、论文、素材以及各类教学资源下载，还有大量而丰富的教学相关资讯！" type="#_x0000_t75" style="height:19.8pt;width:94.2pt;" o:ole="t" filled="f" o:preferrelative="t" stroked="f" coordsize="21600,21600">
            <v:path/>
            <v:fill on="f" focussize="0,0"/>
            <v:stroke on="f" joinstyle="miter"/>
            <v:imagedata r:id="rId765" o:title="eqId6776e1638f4ef4da24ebe558686cb226"/>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5574"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766" o:title="eqIdc430e1f025dc791c2e5ab17f5771988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pict>
          <v:shape id="_x0000_i71557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767" o:title="eqIdac047e91852b91af639feec23a9598b2"/>
            <o:lock v:ext="edit" aspectratio="t"/>
            <w10:wrap type="none"/>
            <w10:anchorlock/>
          </v:shape>
        </w:pict>
      </w:r>
      <w:r>
        <w:rPr>
          <w:rFonts w:ascii="宋体" w:hAnsi="宋体" w:eastAsia="宋体" w:cs="宋体"/>
          <w:color w:val="000000"/>
        </w:rPr>
        <w:t>在点</w:t>
      </w:r>
      <w:r>
        <w:pict>
          <v:shape id="_x0000_i71557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768" o:title="eqIda0ed1ec316bc54c37c4286c208f55667"/>
            <o:lock v:ext="edit" aspectratio="t"/>
            <w10:wrap type="none"/>
            <w10:anchorlock/>
          </v:shape>
        </w:pict>
      </w:r>
      <w:r>
        <w:rPr>
          <w:rFonts w:ascii="宋体" w:hAnsi="宋体" w:eastAsia="宋体" w:cs="宋体"/>
          <w:color w:val="000000"/>
        </w:rPr>
        <w:t>右侧时，</w:t>
      </w:r>
    </w:p>
    <w:p>
      <w:pPr>
        <w:spacing w:line="360" w:lineRule="auto"/>
        <w:jc w:val="left"/>
        <w:textAlignment w:val="center"/>
        <w:rPr>
          <w:color w:val="000000"/>
        </w:rPr>
      </w:pPr>
      <w:r>
        <w:pict>
          <v:shape id="_x0000_i715577" o:spt="75" alt="学科网(www.zxxk.com)--教育资源门户，提供试卷、教案、课件、论文、素材以及各类教学资源下载，还有大量而丰富的教学相关资讯！" type="#_x0000_t75" style="height:13.8pt;width:64.8pt;" o:ole="t" filled="f" o:preferrelative="t" stroked="f" coordsize="21600,21600">
            <v:path/>
            <v:fill on="f" focussize="0,0"/>
            <v:stroke on="f" joinstyle="miter"/>
            <v:imagedata r:id="rId769" o:title="eqId923c84ca99f50a2b8edc5ae87a21a12d"/>
            <o:lock v:ext="edit" aspectratio="t"/>
            <w10:wrap type="none"/>
            <w10:anchorlock/>
          </v:shape>
        </w:pict>
      </w:r>
      <w:r>
        <w:rPr>
          <w:rFonts w:ascii="宋体" w:hAnsi="宋体" w:eastAsia="宋体" w:cs="宋体"/>
          <w:color w:val="000000"/>
        </w:rPr>
        <w:t>，</w:t>
      </w:r>
      <w:r>
        <w:pict>
          <v:shape id="_x0000_i715578" o:spt="75" alt="学科网(www.zxxk.com)--教育资源门户，提供试卷、教案、课件、论文、素材以及各类教学资源下载，还有大量而丰富的教学相关资讯！" type="#_x0000_t75" style="height:13.8pt;width:66pt;" o:ole="t" filled="f" o:preferrelative="t" stroked="f" coordsize="21600,21600">
            <v:path/>
            <v:fill on="f" focussize="0,0"/>
            <v:stroke on="f" joinstyle="miter"/>
            <v:imagedata r:id="rId770" o:title="eqId4b4a827dda69b460bdcf4917e08c41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579" o:spt="75" alt="学科网(www.zxxk.com)--教育资源门户，提供试卷、教案、课件、论文、素材以及各类教学资源下载，还有大量而丰富的教学相关资讯！" type="#_x0000_t75" style="height:20.4pt;width:63.7pt;" o:ole="t" filled="f" o:preferrelative="t" stroked="f" coordsize="21600,21600">
            <v:path/>
            <v:fill on="f" focussize="0,0"/>
            <v:stroke on="f" joinstyle="miter"/>
            <v:imagedata r:id="rId771" o:title="eqId5d230b257d5a902207922e097758aa4e"/>
            <o:lock v:ext="edit" aspectratio="t"/>
            <w10:wrap type="none"/>
            <w10:anchorlock/>
          </v:shape>
        </w:pict>
      </w:r>
      <w:r>
        <w:rPr>
          <w:rFonts w:ascii="宋体" w:hAnsi="宋体" w:eastAsia="宋体" w:cs="宋体"/>
          <w:color w:val="000000"/>
        </w:rPr>
        <w:t>，即</w:t>
      </w:r>
      <w:r>
        <w:pict>
          <v:shape id="_x0000_i715580" o:spt="75" alt="学科网(www.zxxk.com)--教育资源门户，提供试卷、教案、课件、论文、素材以及各类教学资源下载，还有大量而丰富的教学相关资讯！" type="#_x0000_t75" style="height:13.8pt;width:58.2pt;" o:ole="t" filled="f" o:preferrelative="t" stroked="f" coordsize="21600,21600">
            <v:path/>
            <v:fill on="f" focussize="0,0"/>
            <v:stroke on="f" joinstyle="miter"/>
            <v:imagedata r:id="rId772" o:title="eqIdb8bca52f7a61f6a9940cc4963c2d14ef"/>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5581" o:spt="75" alt="学科网(www.zxxk.com)--教育资源门户，提供试卷、教案、课件、论文、素材以及各类教学资源下载，还有大量而丰富的教学相关资讯！" type="#_x0000_t75" style="height:19.8pt;width:94.2pt;" o:ole="t" filled="f" o:preferrelative="t" stroked="f" coordsize="21600,21600">
            <v:path/>
            <v:fill on="f" focussize="0,0"/>
            <v:stroke on="f" joinstyle="miter"/>
            <v:imagedata r:id="rId773" o:title="eqIdbc0dadd812684940e9319a62bf2f6c3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5582" o:spt="75" alt="学科网(www.zxxk.com)--教育资源门户，提供试卷、教案、课件、论文、素材以及各类教学资源下载，还有大量而丰富的教学相关资讯！" type="#_x0000_t75" style="height:13.5pt;width:28.5pt;" o:ole="t" filled="f" o:preferrelative="t" stroked="f" coordsize="21600,21600">
            <v:path/>
            <v:fill on="f" focussize="0,0"/>
            <v:stroke on="f" joinstyle="miter"/>
            <v:imagedata r:id="rId774" o:title="eqIdb4a50cdbc30b1170012e942c60e9385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综上，当</w:t>
      </w:r>
      <w:r>
        <w:pict>
          <v:shape id="_x0000_i715583" o:spt="75" alt="学科网(www.zxxk.com)--教育资源门户，提供试卷、教案、课件、论文、素材以及各类教学资源下载，还有大量而丰富的教学相关资讯！" type="#_x0000_t75" style="height:20.4pt;width:63.7pt;" o:ole="t" filled="f" o:preferrelative="t" stroked="f" coordsize="21600,21600">
            <v:path/>
            <v:fill on="f" focussize="0,0"/>
            <v:stroke on="f" joinstyle="miter"/>
            <v:imagedata r:id="rId775" o:title="eqId5d230b257d5a902207922e097758aa4e"/>
            <o:lock v:ext="edit" aspectratio="t"/>
            <w10:wrap type="none"/>
            <w10:anchorlock/>
          </v:shape>
        </w:pict>
      </w:r>
      <w:r>
        <w:rPr>
          <w:rFonts w:ascii="宋体" w:hAnsi="宋体" w:eastAsia="宋体" w:cs="宋体"/>
          <w:color w:val="000000"/>
        </w:rPr>
        <w:t>时，</w:t>
      </w:r>
      <w:r>
        <w:pict>
          <v:shape id="_x0000_i715584"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776" o:title="eqId36a1b09c653185842513e24ebba60bb3"/>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7</w:t>
      </w:r>
      <w:r>
        <w:rPr>
          <w:rFonts w:ascii="宋体" w:hAnsi="宋体" w:eastAsia="宋体" w:cs="宋体"/>
          <w:color w:val="000000"/>
        </w:rPr>
        <w:t>或</w:t>
      </w:r>
      <w:r>
        <w:rPr>
          <w:rFonts w:ascii="Times New Roman" w:hAnsi="Times New Roman" w:eastAsia="Times New Roman" w:cs="Times New Roman"/>
          <w:color w:val="000000"/>
        </w:rPr>
        <w:t>16</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本题考查了一元一次方程的应用，数轴上两点之间的距离、动点问题，动点问题中熟练应用公式：路程</w:t>
      </w:r>
      <w:r>
        <w:rPr>
          <w:rFonts w:ascii="Times New Roman" w:hAnsi="Times New Roman" w:eastAsia="Times New Roman" w:cs="Times New Roman"/>
          <w:color w:val="000000"/>
        </w:rPr>
        <w:t>=</w:t>
      </w:r>
      <w:r>
        <w:rPr>
          <w:rFonts w:ascii="宋体" w:hAnsi="宋体" w:eastAsia="宋体" w:cs="宋体"/>
          <w:color w:val="000000"/>
        </w:rPr>
        <w:t>速度×时间，认真理解新定义是解题的关键．</w:t>
      </w:r>
    </w:p>
    <w:p>
      <w:pPr>
        <w:pStyle w:val="Heading2"/>
      </w:pPr>
      <w:r>
        <w:t>海淀区师达中学（第一次月考）</w:t>
      </w:r>
    </w:p>
    <w:p>
      <w:pPr>
        <w:spacing w:line="360" w:lineRule="auto"/>
        <w:jc w:val="left"/>
        <w:textAlignment w:val="center"/>
        <w:rPr>
          <w:color w:val="000000"/>
        </w:rPr>
      </w:pPr>
      <w:r>
        <w:rPr>
          <w:color w:val="000000"/>
        </w:rPr>
        <w:t xml:space="preserve">22. </w:t>
      </w:r>
      <w:r>
        <w:rPr>
          <w:rFonts w:ascii="宋体" w:hAnsi="宋体" w:eastAsia="宋体" w:cs="宋体"/>
          <w:color w:val="000000"/>
        </w:rPr>
        <w:t>在数</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前添“</w:t>
      </w:r>
      <w:r>
        <w:rPr>
          <w:rFonts w:ascii="Times New Roman" w:hAnsi="Times New Roman" w:eastAsia="Times New Roman" w:cs="Times New Roman"/>
          <w:color w:val="000000"/>
        </w:rPr>
        <w:t>+</w:t>
      </w:r>
      <w:r>
        <w:rPr>
          <w:rFonts w:ascii="宋体" w:hAnsi="宋体" w:eastAsia="宋体" w:cs="宋体"/>
          <w:color w:val="000000"/>
        </w:rPr>
        <w:t>”或“﹣”，并求它们的和，所得结果的最小非负数是多少？请列出算式解答．</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根据数的规律，将数分组为</w:t>
      </w:r>
      <w:r>
        <w:pict>
          <v:shape id="_x0000_i715585"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77" o:title="eqIdd5b03bf80911443c55fea4563f2c1de8"/>
            <o:lock v:ext="edit" aspectratio="t"/>
            <w10:wrap type="none"/>
            <w10:anchorlock/>
          </v:shape>
        </w:pict>
      </w:r>
      <w:r>
        <w:rPr>
          <w:rFonts w:ascii="宋体" w:hAnsi="宋体" w:eastAsia="宋体" w:cs="宋体"/>
          <w:color w:val="000000"/>
        </w:rPr>
        <w:t>，</w:t>
      </w:r>
      <w:r>
        <w:pict>
          <v:shape id="_x0000_i715586"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778" o:title="eqIdb6db1ae2a103f124a0f4c14e2a4eea1c"/>
            <o:lock v:ext="edit" aspectratio="t"/>
            <w10:wrap type="none"/>
            <w10:anchorlock/>
          </v:shape>
        </w:pict>
      </w:r>
      <w:r>
        <w:rPr>
          <w:rFonts w:ascii="宋体" w:hAnsi="宋体" w:eastAsia="宋体" w:cs="宋体"/>
          <w:color w:val="000000"/>
        </w:rPr>
        <w:t>，</w:t>
      </w:r>
      <w:r>
        <w:pict>
          <v:shape id="_x0000_i715587"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779" o:title="eqIddad720546f6dc603694731a0ba83fb19"/>
            <o:lock v:ext="edit" aspectratio="t"/>
            <w10:wrap type="none"/>
            <w10:anchorlock/>
          </v:shape>
        </w:pict>
      </w:r>
      <w:r>
        <w:rPr>
          <w:rFonts w:ascii="宋体" w:hAnsi="宋体" w:eastAsia="宋体" w:cs="宋体"/>
          <w:color w:val="000000"/>
        </w:rPr>
        <w:t>，</w:t>
      </w:r>
      <w:r>
        <w:pict>
          <v:shape id="_x0000_i715588"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780" o:title="eqId90c0e5073cd82ab279da47551dff92e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pict>
          <v:shape id="_x0000_i715589"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781" o:title="eqId28f5d2e3565d5a40c2d2ecb7e7998dca"/>
            <o:lock v:ext="edit" aspectratio="t"/>
            <w10:wrap type="none"/>
            <w10:anchorlock/>
          </v:shape>
        </w:pict>
      </w:r>
      <w:r>
        <w:rPr>
          <w:rFonts w:ascii="宋体" w:hAnsi="宋体" w:eastAsia="宋体" w:cs="宋体"/>
          <w:color w:val="000000"/>
        </w:rPr>
        <w:t>，共有</w:t>
      </w:r>
      <w:r>
        <w:rPr>
          <w:rFonts w:ascii="Times New Roman" w:hAnsi="Times New Roman" w:eastAsia="Times New Roman" w:cs="Times New Roman"/>
          <w:color w:val="000000"/>
        </w:rPr>
        <w:t>24</w:t>
      </w:r>
      <w:r>
        <w:rPr>
          <w:rFonts w:ascii="宋体" w:hAnsi="宋体" w:eastAsia="宋体" w:cs="宋体"/>
          <w:color w:val="000000"/>
        </w:rPr>
        <w:t>对，这些数的和是</w:t>
      </w:r>
      <w:r>
        <w:rPr>
          <w:rFonts w:ascii="Times New Roman" w:hAnsi="Times New Roman" w:eastAsia="Times New Roman" w:cs="Times New Roman"/>
          <w:color w:val="000000"/>
        </w:rPr>
        <w:t>0</w:t>
      </w:r>
      <w:r>
        <w:rPr>
          <w:rFonts w:ascii="宋体" w:hAnsi="宋体" w:eastAsia="宋体" w:cs="宋体"/>
          <w:color w:val="000000"/>
        </w:rPr>
        <w:t>，只需让</w:t>
      </w:r>
      <w:r>
        <w:rPr>
          <w:rFonts w:ascii="Times New Roman" w:hAnsi="Times New Roman" w:eastAsia="Times New Roman" w:cs="Times New Roman"/>
          <w:color w:val="000000"/>
        </w:rPr>
        <w:t>25</w:t>
      </w:r>
      <w:r>
        <w:rPr>
          <w:rFonts w:ascii="宋体" w:hAnsi="宋体" w:eastAsia="宋体" w:cs="宋体"/>
          <w:color w:val="000000"/>
        </w:rPr>
        <w:t>和</w:t>
      </w:r>
      <w:r>
        <w:rPr>
          <w:rFonts w:ascii="Times New Roman" w:hAnsi="Times New Roman" w:eastAsia="Times New Roman" w:cs="Times New Roman"/>
          <w:color w:val="000000"/>
        </w:rPr>
        <w:t>26</w:t>
      </w:r>
      <w:r>
        <w:rPr>
          <w:rFonts w:ascii="宋体" w:hAnsi="宋体" w:eastAsia="宋体" w:cs="宋体"/>
          <w:color w:val="000000"/>
        </w:rPr>
        <w:t>进行运算，使它们的和是最小非负数即可．</w:t>
      </w:r>
    </w:p>
    <w:p>
      <w:pPr>
        <w:spacing w:line="360" w:lineRule="auto"/>
        <w:jc w:val="left"/>
        <w:textAlignment w:val="center"/>
        <w:rPr>
          <w:color w:val="000000"/>
        </w:rPr>
      </w:pPr>
      <w:r>
        <w:rPr>
          <w:color w:val="000000"/>
        </w:rPr>
        <w:t>【详解】</w:t>
      </w:r>
      <w:r>
        <w:rPr>
          <w:rFonts w:ascii="宋体" w:hAnsi="宋体" w:eastAsia="宋体" w:cs="宋体"/>
          <w:color w:val="000000"/>
        </w:rPr>
        <w:t>解：根据数的规律，将数分组为</w:t>
      </w:r>
      <w:r>
        <w:pict>
          <v:shape id="_x0000_i71559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82" o:title="eqIdd5b03bf80911443c55fea4563f2c1de8"/>
            <o:lock v:ext="edit" aspectratio="t"/>
            <w10:wrap type="none"/>
            <w10:anchorlock/>
          </v:shape>
        </w:pict>
      </w:r>
      <w:r>
        <w:rPr>
          <w:rFonts w:ascii="宋体" w:hAnsi="宋体" w:eastAsia="宋体" w:cs="宋体"/>
          <w:color w:val="000000"/>
        </w:rPr>
        <w:t>，</w:t>
      </w:r>
      <w:r>
        <w:pict>
          <v:shape id="_x0000_i715591"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783" o:title="eqIdb6db1ae2a103f124a0f4c14e2a4eea1c"/>
            <o:lock v:ext="edit" aspectratio="t"/>
            <w10:wrap type="none"/>
            <w10:anchorlock/>
          </v:shape>
        </w:pict>
      </w:r>
      <w:r>
        <w:rPr>
          <w:rFonts w:ascii="宋体" w:hAnsi="宋体" w:eastAsia="宋体" w:cs="宋体"/>
          <w:color w:val="000000"/>
        </w:rPr>
        <w:t>，</w:t>
      </w:r>
      <w:r>
        <w:pict>
          <v:shape id="_x0000_i715592"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784" o:title="eqIddad720546f6dc603694731a0ba83fb19"/>
            <o:lock v:ext="edit" aspectratio="t"/>
            <w10:wrap type="none"/>
            <w10:anchorlock/>
          </v:shape>
        </w:pict>
      </w:r>
      <w:r>
        <w:rPr>
          <w:rFonts w:ascii="宋体" w:hAnsi="宋体" w:eastAsia="宋体" w:cs="宋体"/>
          <w:color w:val="000000"/>
        </w:rPr>
        <w:t>，</w:t>
      </w:r>
      <w:r>
        <w:pict>
          <v:shape id="_x0000_i715593"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785" o:title="eqId90c0e5073cd82ab279da47551dff92e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pict>
          <v:shape id="_x0000_i715594"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786" o:title="eqId28f5d2e3565d5a40c2d2ecb7e7998dca"/>
            <o:lock v:ext="edit" aspectratio="t"/>
            <w10:wrap type="none"/>
            <w10:anchorlock/>
          </v:shape>
        </w:pict>
      </w:r>
      <w:r>
        <w:rPr>
          <w:rFonts w:ascii="宋体" w:hAnsi="宋体" w:eastAsia="宋体" w:cs="宋体"/>
          <w:color w:val="000000"/>
        </w:rPr>
        <w:t>，共有</w:t>
      </w:r>
      <w:r>
        <w:rPr>
          <w:rFonts w:ascii="Times New Roman" w:hAnsi="Times New Roman" w:eastAsia="Times New Roman" w:cs="Times New Roman"/>
          <w:color w:val="000000"/>
        </w:rPr>
        <w:t>24</w:t>
      </w:r>
      <w:r>
        <w:rPr>
          <w:rFonts w:ascii="宋体" w:hAnsi="宋体" w:eastAsia="宋体" w:cs="宋体"/>
          <w:color w:val="000000"/>
        </w:rPr>
        <w:t>对，这些数的和是</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最后只需</w:t>
      </w:r>
      <w:r>
        <w:pict>
          <v:shape id="_x0000_i715595"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787" o:title="eqIda0a3fe0028ee8b64818c65f35c2e463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即可求所得结果的最小非负数是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本题考查数字的变化规律，有理数的加减法，能够根据这组数的特点，进行分组运算是解题的关键．</w:t>
      </w:r>
    </w:p>
    <w:p>
      <w:pPr>
        <w:spacing w:line="360" w:lineRule="auto"/>
        <w:jc w:val="both"/>
        <w:textAlignment w:val="center"/>
        <w:rPr>
          <w:color w:val="000000"/>
        </w:rPr>
      </w:pPr>
      <w:r>
        <w:rPr>
          <w:color w:val="000000"/>
        </w:rPr>
        <w:t xml:space="preserve">23. </w:t>
      </w:r>
      <w:r>
        <w:rPr>
          <w:rFonts w:ascii="宋体" w:hAnsi="宋体" w:eastAsia="宋体" w:cs="宋体"/>
          <w:color w:val="000000"/>
        </w:rPr>
        <w:t>我们知道，正整数按照能否被</w:t>
      </w:r>
      <w:r>
        <w:pict>
          <v:shape id="_x0000_i71559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788" o:title="eqId61128ab996360a038e6e64d82fcba004"/>
            <o:lock v:ext="edit" aspectratio="t"/>
            <w10:wrap type="none"/>
            <w10:anchorlock/>
          </v:shape>
        </w:pict>
      </w:r>
      <w:r>
        <w:rPr>
          <w:rFonts w:ascii="宋体" w:hAnsi="宋体" w:eastAsia="宋体" w:cs="宋体"/>
          <w:color w:val="000000"/>
        </w:rPr>
        <w:t>整除可以分成两类：正奇数和正偶数．小浩受此启发，按照一个正整数被</w:t>
      </w:r>
      <w:r>
        <w:pict>
          <v:shape id="_x0000_i715597"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789" o:title="eqId5ca7d1107389675d32b56ec097464c14"/>
            <o:lock v:ext="edit" aspectratio="t"/>
            <w10:wrap type="none"/>
            <w10:anchorlock/>
          </v:shape>
        </w:pict>
      </w:r>
      <w:r>
        <w:rPr>
          <w:rFonts w:ascii="宋体" w:hAnsi="宋体" w:eastAsia="宋体" w:cs="宋体"/>
          <w:color w:val="000000"/>
        </w:rPr>
        <w:t>除的余数把正整数分成了三类：如果一个正整数被</w:t>
      </w:r>
      <w:r>
        <w:pict>
          <v:shape id="_x0000_i715598"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789" o:title="eqId5ca7d1107389675d32b56ec097464c14"/>
            <o:lock v:ext="edit" aspectratio="t"/>
            <w10:wrap type="none"/>
            <w10:anchorlock/>
          </v:shape>
        </w:pict>
      </w:r>
      <w:r>
        <w:rPr>
          <w:rFonts w:ascii="宋体" w:hAnsi="宋体" w:eastAsia="宋体" w:cs="宋体"/>
          <w:color w:val="000000"/>
        </w:rPr>
        <w:t>除余数为</w:t>
      </w:r>
      <w:r>
        <w:pict>
          <v:shape id="_x0000_i715599"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790" o:title="eqIdbdaa19de263700a15fcf213d64a8cd57"/>
            <o:lock v:ext="edit" aspectratio="t"/>
            <w10:wrap type="none"/>
            <w10:anchorlock/>
          </v:shape>
        </w:pict>
      </w:r>
      <w:r>
        <w:rPr>
          <w:rFonts w:ascii="宋体" w:hAnsi="宋体" w:eastAsia="宋体" w:cs="宋体"/>
          <w:color w:val="000000"/>
        </w:rPr>
        <w:t>，则这个正整数属于</w:t>
      </w:r>
      <w:r>
        <w:pict>
          <v:shape id="_x0000_i71560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791" o:title="eqId5963abe8f421bd99a2aaa94831a951e9"/>
            <o:lock v:ext="edit" aspectratio="t"/>
            <w10:wrap type="none"/>
            <w10:anchorlock/>
          </v:shape>
        </w:pict>
      </w:r>
      <w:r>
        <w:rPr>
          <w:rFonts w:ascii="宋体" w:hAnsi="宋体" w:eastAsia="宋体" w:cs="宋体"/>
          <w:color w:val="000000"/>
        </w:rPr>
        <w:t>类，例如</w:t>
      </w:r>
      <w:r>
        <w:pict>
          <v:shape id="_x0000_i715601" o:spt="75" alt="学科网(www.zxxk.com)--教育资源门户，提供试卷、教案、课件、论文、素材以及各类教学资源下载，还有大量而丰富的教学相关资讯！" type="#_x0000_t75" style="height:14.95pt;width:24.8pt;" o:ole="t" filled="f" o:preferrelative="t" stroked="f" coordsize="21600,21600">
            <v:path/>
            <v:fill on="f" focussize="0,0"/>
            <v:stroke on="f" joinstyle="miter"/>
            <v:imagedata r:id="rId792" o:title="eqIdce06beeb0e41c9c20d812f927ffcadfc"/>
            <o:lock v:ext="edit" aspectratio="t"/>
            <w10:wrap type="none"/>
            <w10:anchorlock/>
          </v:shape>
        </w:pict>
      </w:r>
      <w:r>
        <w:rPr>
          <w:rFonts w:ascii="宋体" w:hAnsi="宋体" w:eastAsia="宋体" w:cs="宋体"/>
          <w:color w:val="000000"/>
        </w:rPr>
        <w:t>等：如果一个正整数被</w:t>
      </w:r>
      <w:r>
        <w:pict>
          <v:shape id="_x0000_i715602"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789" o:title="eqId5ca7d1107389675d32b56ec097464c14"/>
            <o:lock v:ext="edit" aspectratio="t"/>
            <w10:wrap type="none"/>
            <w10:anchorlock/>
          </v:shape>
        </w:pict>
      </w:r>
      <w:r>
        <w:rPr>
          <w:rFonts w:ascii="宋体" w:hAnsi="宋体" w:eastAsia="宋体" w:cs="宋体"/>
          <w:color w:val="000000"/>
        </w:rPr>
        <w:t>除余数为</w:t>
      </w:r>
      <w:r>
        <w:pict>
          <v:shape id="_x0000_i715603"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788" o:title="eqId61128ab996360a038e6e64d82fcba004"/>
            <o:lock v:ext="edit" aspectratio="t"/>
            <w10:wrap type="none"/>
            <w10:anchorlock/>
          </v:shape>
        </w:pict>
      </w:r>
      <w:r>
        <w:rPr>
          <w:rFonts w:ascii="宋体" w:hAnsi="宋体" w:eastAsia="宋体" w:cs="宋体"/>
          <w:color w:val="000000"/>
        </w:rPr>
        <w:t>，则这个正整数属于</w:t>
      </w:r>
      <w:r>
        <w:pict>
          <v:shape id="_x0000_i71560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793" o:title="eqId7f9e8449aad35c5d840a3395ea86df6d"/>
            <o:lock v:ext="edit" aspectratio="t"/>
            <w10:wrap type="none"/>
            <w10:anchorlock/>
          </v:shape>
        </w:pict>
      </w:r>
      <w:r>
        <w:rPr>
          <w:rFonts w:ascii="宋体" w:hAnsi="宋体" w:eastAsia="宋体" w:cs="宋体"/>
          <w:color w:val="000000"/>
        </w:rPr>
        <w:t>类，例如</w:t>
      </w:r>
      <w:r>
        <w:pict>
          <v:shape id="_x0000_i715605" o:spt="75" alt="学科网(www.zxxk.com)--教育资源门户，提供试卷、教案、课件、论文、素材以及各类教学资源下载，还有大量而丰富的教学相关资讯！" type="#_x0000_t75" style="height:14.95pt;width:26.2pt;" o:ole="t" filled="f" o:preferrelative="t" stroked="f" coordsize="21600,21600">
            <v:path/>
            <v:fill on="f" focussize="0,0"/>
            <v:stroke on="f" joinstyle="miter"/>
            <v:imagedata r:id="rId794" o:title="eqIdb8cdeb39f7c48eca411175b8ccc5bdc0"/>
            <o:lock v:ext="edit" aspectratio="t"/>
            <w10:wrap type="none"/>
            <w10:anchorlock/>
          </v:shape>
        </w:pict>
      </w:r>
      <w:r>
        <w:rPr>
          <w:rFonts w:ascii="宋体" w:hAnsi="宋体" w:eastAsia="宋体" w:cs="宋体"/>
          <w:color w:val="000000"/>
        </w:rPr>
        <w:t>等：如果一个正整数被</w:t>
      </w:r>
      <w:r>
        <w:pict>
          <v:shape id="_x0000_i715606"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789" o:title="eqId5ca7d1107389675d32b56ec097464c14"/>
            <o:lock v:ext="edit" aspectratio="t"/>
            <w10:wrap type="none"/>
            <w10:anchorlock/>
          </v:shape>
        </w:pict>
      </w:r>
      <w:r>
        <w:rPr>
          <w:rFonts w:ascii="宋体" w:hAnsi="宋体" w:eastAsia="宋体" w:cs="宋体"/>
          <w:color w:val="000000"/>
        </w:rPr>
        <w:t>整除，则这个正整数属于</w:t>
      </w:r>
      <w:r>
        <w:pict>
          <v:shape id="_x0000_i71560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95" o:title="eqIdc5db41a1f31d6baee7c69990811edb9f"/>
            <o:lock v:ext="edit" aspectratio="t"/>
            <w10:wrap type="none"/>
            <w10:anchorlock/>
          </v:shape>
        </w:pict>
      </w:r>
      <w:r>
        <w:rPr>
          <w:rFonts w:ascii="宋体" w:hAnsi="宋体" w:eastAsia="宋体" w:cs="宋体"/>
          <w:color w:val="000000"/>
        </w:rPr>
        <w:t>类，例如</w:t>
      </w:r>
      <w:r>
        <w:pict>
          <v:shape id="_x0000_i715608"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796" o:title="eqId548693136414aaf3c56882f8ce57c107"/>
            <o:lock v:ext="edit" aspectratio="t"/>
            <w10:wrap type="none"/>
            <w10:anchorlock/>
          </v:shape>
        </w:pict>
      </w:r>
      <w:r>
        <w:rPr>
          <w:rFonts w:ascii="宋体" w:hAnsi="宋体" w:eastAsia="宋体" w:cs="宋体"/>
          <w:color w:val="000000"/>
        </w:rPr>
        <w:t>等．</w:t>
      </w:r>
    </w:p>
    <w:p>
      <w:pPr>
        <w:spacing w:line="360" w:lineRule="auto"/>
        <w:jc w:val="left"/>
        <w:textAlignment w:val="center"/>
        <w:rPr>
          <w:color w:val="000000"/>
        </w:rPr>
      </w:pPr>
      <w:r>
        <w:rPr>
          <w:color w:val="000000"/>
        </w:rPr>
        <w:t>（1）</w:t>
      </w:r>
      <w:r>
        <w:pict>
          <v:shape id="_x0000_i71560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797" o:title="eqId9e946baf1316ac1f219398ecedadf6cf"/>
            <o:lock v:ext="edit" aspectratio="t"/>
            <w10:wrap type="none"/>
            <w10:anchorlock/>
          </v:shape>
        </w:pict>
      </w:r>
      <w:r>
        <w:rPr>
          <w:rFonts w:ascii="宋体" w:hAnsi="宋体" w:eastAsia="宋体" w:cs="宋体"/>
          <w:color w:val="000000"/>
        </w:rPr>
        <w:t>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15610"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798" o:title="eqIdc5725e3e4eb05b32563b4ee1d473756c"/>
            <o:lock v:ext="edit" aspectratio="t"/>
            <w10:wrap type="none"/>
            <w10:anchorlock/>
          </v:shape>
        </w:pict>
      </w:r>
      <w:r>
        <w:rPr>
          <w:rFonts w:ascii="宋体" w:hAnsi="宋体" w:eastAsia="宋体" w:cs="宋体"/>
          <w:color w:val="000000"/>
        </w:rPr>
        <w:t>或</w:t>
      </w:r>
      <w:r>
        <w:pict>
          <v:shape id="_x0000_i71561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799" o:title="eqIdc5db41a1f31d6baee7c69990811edb9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①从</w:t>
      </w:r>
      <w:r>
        <w:pict>
          <v:shape id="_x0000_i71561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00" o:title="eqId5963abe8f421bd99a2aaa94831a951e9"/>
            <o:lock v:ext="edit" aspectratio="t"/>
            <w10:wrap type="none"/>
            <w10:anchorlock/>
          </v:shape>
        </w:pict>
      </w:r>
      <w:r>
        <w:rPr>
          <w:rFonts w:ascii="宋体" w:hAnsi="宋体" w:eastAsia="宋体" w:cs="宋体"/>
          <w:color w:val="000000"/>
        </w:rPr>
        <w:t>类数中任取两个数，则它们的和属于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15613"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801" o:title="eqIdc5725e3e4eb05b32563b4ee1d473756c"/>
            <o:lock v:ext="edit" aspectratio="t"/>
            <w10:wrap type="none"/>
            <w10:anchorlock/>
          </v:shape>
        </w:pict>
      </w:r>
      <w:r>
        <w:rPr>
          <w:rFonts w:ascii="宋体" w:hAnsi="宋体" w:eastAsia="宋体" w:cs="宋体"/>
          <w:color w:val="000000"/>
        </w:rPr>
        <w:t>或</w:t>
      </w:r>
      <w:r>
        <w:pict>
          <v:shape id="_x0000_i71561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02" o:title="eqIdc5db41a1f31d6baee7c69990811edb9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②从</w:t>
      </w:r>
      <w:r>
        <w:pict>
          <v:shape id="_x0000_i71561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03" o:title="eqId5963abe8f421bd99a2aaa94831a951e9"/>
            <o:lock v:ext="edit" aspectratio="t"/>
            <w10:wrap type="none"/>
            <w10:anchorlock/>
          </v:shape>
        </w:pict>
      </w:r>
      <w:r>
        <w:rPr>
          <w:rFonts w:ascii="宋体" w:hAnsi="宋体" w:eastAsia="宋体" w:cs="宋体"/>
          <w:color w:val="000000"/>
        </w:rPr>
        <w:t>类数中任意取出</w:t>
      </w:r>
      <w:r>
        <w:pict>
          <v:shape id="_x0000_i715616"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804" o:title="eqId58b184c94e38f1e5dbe750b2168c2a37"/>
            <o:lock v:ext="edit" aspectratio="t"/>
            <w10:wrap type="none"/>
            <w10:anchorlock/>
          </v:shape>
        </w:pict>
      </w:r>
      <w:r>
        <w:rPr>
          <w:rFonts w:ascii="宋体" w:hAnsi="宋体" w:eastAsia="宋体" w:cs="宋体"/>
          <w:color w:val="000000"/>
        </w:rPr>
        <w:t>个数，从</w:t>
      </w:r>
      <w:r>
        <w:pict>
          <v:shape id="_x0000_i71561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05" o:title="eqId7f9e8449aad35c5d840a3395ea86df6d"/>
            <o:lock v:ext="edit" aspectratio="t"/>
            <w10:wrap type="none"/>
            <w10:anchorlock/>
          </v:shape>
        </w:pict>
      </w:r>
      <w:r>
        <w:rPr>
          <w:rFonts w:ascii="宋体" w:hAnsi="宋体" w:eastAsia="宋体" w:cs="宋体"/>
          <w:color w:val="000000"/>
        </w:rPr>
        <w:t>类数中任意取出</w:t>
      </w:r>
      <w:r>
        <w:pict>
          <v:shape id="_x0000_i715618"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806" o:title="eqId8c748e40ba21ac5063d3bccaa57ef278"/>
            <o:lock v:ext="edit" aspectratio="t"/>
            <w10:wrap type="none"/>
            <w10:anchorlock/>
          </v:shape>
        </w:pict>
      </w:r>
      <w:r>
        <w:rPr>
          <w:rFonts w:ascii="宋体" w:hAnsi="宋体" w:eastAsia="宋体" w:cs="宋体"/>
          <w:color w:val="000000"/>
        </w:rPr>
        <w:t>个数，从</w:t>
      </w:r>
      <w:r>
        <w:pict>
          <v:shape id="_x0000_i71561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07" o:title="eqIdc5db41a1f31d6baee7c69990811edb9f"/>
            <o:lock v:ext="edit" aspectratio="t"/>
            <w10:wrap type="none"/>
            <w10:anchorlock/>
          </v:shape>
        </w:pict>
      </w:r>
      <w:r>
        <w:rPr>
          <w:rFonts w:ascii="宋体" w:hAnsi="宋体" w:eastAsia="宋体" w:cs="宋体"/>
          <w:color w:val="000000"/>
        </w:rPr>
        <w:t>类数中任意取出</w:t>
      </w:r>
      <w:r>
        <w:pict>
          <v:shape id="_x0000_i715620"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808" o:title="eqIdfeda926749de04fa585f73f84c568f0c"/>
            <o:lock v:ext="edit" aspectratio="t"/>
            <w10:wrap type="none"/>
            <w10:anchorlock/>
          </v:shape>
        </w:pict>
      </w:r>
      <w:r>
        <w:rPr>
          <w:rFonts w:ascii="宋体" w:hAnsi="宋体" w:eastAsia="宋体" w:cs="宋体"/>
          <w:color w:val="000000"/>
        </w:rPr>
        <w:t>个数，把它们都加起来，则最后的结果属于</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类（填</w:t>
      </w:r>
      <w:r>
        <w:pict>
          <v:shape id="_x0000_i715621" o:spt="75" alt="学科网(www.zxxk.com)--教育资源门户，提供试卷、教案、课件、论文、素材以及各类教学资源下载，还有大量而丰富的教学相关资讯！" type="#_x0000_t75" style="height:13.75pt;width:30.05pt;" o:ole="t" filled="f" o:preferrelative="t" stroked="f" coordsize="21600,21600">
            <v:path/>
            <v:fill on="f" focussize="0,0"/>
            <v:stroke on="f" joinstyle="miter"/>
            <v:imagedata r:id="rId809" o:title="eqIdc5725e3e4eb05b32563b4ee1d473756c"/>
            <o:lock v:ext="edit" aspectratio="t"/>
            <w10:wrap type="none"/>
            <w10:anchorlock/>
          </v:shape>
        </w:pict>
      </w:r>
      <w:r>
        <w:rPr>
          <w:rFonts w:ascii="宋体" w:hAnsi="宋体" w:eastAsia="宋体" w:cs="宋体"/>
          <w:color w:val="000000"/>
        </w:rPr>
        <w:t>或</w:t>
      </w:r>
      <w:r>
        <w:pict>
          <v:shape id="_x0000_i71562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07" o:title="eqIdc5db41a1f31d6baee7c69990811edb9f"/>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562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10" o:title="eqId5963abe8f421bd99a2aaa94831a951e9"/>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w:t>
      </w:r>
      <w:r>
        <w:pict>
          <v:shape id="_x0000_i71562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11" o:title="eqId7f9e8449aad35c5d840a3395ea86df6d"/>
            <o:lock v:ext="edit" aspectratio="t"/>
            <w10:wrap type="none"/>
            <w10:anchorlock/>
          </v:shape>
        </w:pict>
      </w:r>
      <w:r>
        <w:rPr>
          <w:rFonts w:ascii="宋体" w:hAnsi="宋体" w:eastAsia="宋体" w:cs="宋体"/>
          <w:color w:val="000000"/>
        </w:rPr>
        <w:t>；②</w:t>
      </w:r>
      <w:r>
        <w:pict>
          <v:shape id="_x0000_i71562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11" o:title="eqId7f9e8449aad35c5d840a3395ea86df6d"/>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）计算</w:t>
      </w:r>
      <w:r>
        <w:pict>
          <v:shape id="_x0000_i715626" o:spt="75" alt="学科网(www.zxxk.com)--教育资源门户，提供试卷、教案、课件、论文、素材以及各类教学资源下载，还有大量而丰富的教学相关资讯！" type="#_x0000_t75" style="height:13.5pt;width:43.5pt;" o:ole="t" filled="f" o:preferrelative="t" stroked="f" coordsize="21600,21600">
            <v:path/>
            <v:fill on="f" focussize="0,0"/>
            <v:stroke on="f" joinstyle="miter"/>
            <v:imagedata r:id="rId812" o:title="eqIdb83591be679e205d2bea938fedad6496"/>
            <o:lock v:ext="edit" aspectratio="t"/>
            <w10:wrap type="none"/>
            <w10:anchorlock/>
          </v:shape>
        </w:pict>
      </w:r>
      <w:r>
        <w:rPr>
          <w:rFonts w:ascii="宋体" w:hAnsi="宋体" w:eastAsia="宋体" w:cs="宋体"/>
          <w:color w:val="000000"/>
        </w:rPr>
        <w:t>，根据计算结果即可求解；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）①从</w:t>
      </w:r>
      <w:r>
        <w:pict>
          <v:shape id="_x0000_i71562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13" o:title="eqId5963abe8f421bd99a2aaa94831a951e9"/>
            <o:lock v:ext="edit" aspectratio="t"/>
            <w10:wrap type="none"/>
            <w10:anchorlock/>
          </v:shape>
        </w:pict>
      </w:r>
      <w:r>
        <w:rPr>
          <w:rFonts w:ascii="宋体" w:hAnsi="宋体" w:eastAsia="宋体" w:cs="宋体"/>
          <w:color w:val="000000"/>
        </w:rPr>
        <w:t>类数中任取两个数进行计算，即可求解；②从</w:t>
      </w:r>
      <w:r>
        <w:pict>
          <v:shape id="_x0000_i71562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13" o:title="eqId5963abe8f421bd99a2aaa94831a951e9"/>
            <o:lock v:ext="edit" aspectratio="t"/>
            <w10:wrap type="none"/>
            <w10:anchorlock/>
          </v:shape>
        </w:pict>
      </w:r>
      <w:r>
        <w:rPr>
          <w:rFonts w:ascii="宋体" w:hAnsi="宋体" w:eastAsia="宋体" w:cs="宋体"/>
          <w:color w:val="000000"/>
        </w:rPr>
        <w:t>类数中任意取出</w:t>
      </w:r>
      <w:r>
        <w:pict>
          <v:shape id="_x0000_i715629"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814" o:title="eqId58b184c94e38f1e5dbe750b2168c2a37"/>
            <o:lock v:ext="edit" aspectratio="t"/>
            <w10:wrap type="none"/>
            <w10:anchorlock/>
          </v:shape>
        </w:pict>
      </w:r>
      <w:r>
        <w:rPr>
          <w:rFonts w:ascii="宋体" w:hAnsi="宋体" w:eastAsia="宋体" w:cs="宋体"/>
          <w:color w:val="000000"/>
        </w:rPr>
        <w:t>个数，从</w:t>
      </w:r>
      <w:r>
        <w:pict>
          <v:shape id="_x0000_i71563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15" o:title="eqId7f9e8449aad35c5d840a3395ea86df6d"/>
            <o:lock v:ext="edit" aspectratio="t"/>
            <w10:wrap type="none"/>
            <w10:anchorlock/>
          </v:shape>
        </w:pict>
      </w:r>
      <w:r>
        <w:rPr>
          <w:rFonts w:ascii="宋体" w:hAnsi="宋体" w:eastAsia="宋体" w:cs="宋体"/>
          <w:color w:val="000000"/>
        </w:rPr>
        <w:t>类数中任意取出</w:t>
      </w:r>
      <w:r>
        <w:pict>
          <v:shape id="_x0000_i715631"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816" o:title="eqId8c748e40ba21ac5063d3bccaa57ef278"/>
            <o:lock v:ext="edit" aspectratio="t"/>
            <w10:wrap type="none"/>
            <w10:anchorlock/>
          </v:shape>
        </w:pict>
      </w:r>
      <w:r>
        <w:rPr>
          <w:rFonts w:ascii="宋体" w:hAnsi="宋体" w:eastAsia="宋体" w:cs="宋体"/>
          <w:color w:val="000000"/>
        </w:rPr>
        <w:t>个数，从</w:t>
      </w:r>
      <w:r>
        <w:pict>
          <v:shape id="_x0000_i71563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17" o:title="eqIdc5db41a1f31d6baee7c69990811edb9f"/>
            <o:lock v:ext="edit" aspectratio="t"/>
            <w10:wrap type="none"/>
            <w10:anchorlock/>
          </v:shape>
        </w:pict>
      </w:r>
      <w:r>
        <w:rPr>
          <w:rFonts w:ascii="宋体" w:hAnsi="宋体" w:eastAsia="宋体" w:cs="宋体"/>
          <w:color w:val="000000"/>
        </w:rPr>
        <w:t>类数中任意取出</w:t>
      </w:r>
      <w:r>
        <w:pict>
          <v:shape id="_x0000_i715633"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818" o:title="eqIdfeda926749de04fa585f73f84c568f0c"/>
            <o:lock v:ext="edit" aspectratio="t"/>
            <w10:wrap type="none"/>
            <w10:anchorlock/>
          </v:shape>
        </w:pict>
      </w:r>
      <w:r>
        <w:rPr>
          <w:rFonts w:ascii="宋体" w:hAnsi="宋体" w:eastAsia="宋体" w:cs="宋体"/>
          <w:color w:val="000000"/>
        </w:rPr>
        <w:t>个数，把它们的余数相加，再除以</w:t>
      </w:r>
      <w:r>
        <w:pict>
          <v:shape id="_x0000_i715634"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819" o:title="eqId5ca7d1107389675d32b56ec097464c14"/>
            <o:lock v:ext="edit" aspectratio="t"/>
            <w10:wrap type="none"/>
            <w10:anchorlock/>
          </v:shape>
        </w:pict>
      </w:r>
      <w:r>
        <w:rPr>
          <w:rFonts w:ascii="宋体" w:hAnsi="宋体" w:eastAsia="宋体" w:cs="宋体"/>
          <w:color w:val="000000"/>
        </w:rPr>
        <w:t>，根据余数判断即可求解．</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pict>
          <v:shape id="_x0000_i715635" o:spt="75" alt="学科网(www.zxxk.com)--教育资源门户，提供试卷、教案、课件、论文、素材以及各类教学资源下载，还有大量而丰富的教学相关资讯！" type="#_x0000_t75" style="height:13.95pt;width:101pt;" o:ole="t" filled="f" o:preferrelative="t" stroked="f" coordsize="21600,21600">
            <v:path/>
            <v:fill on="f" focussize="0,0"/>
            <v:stroke on="f" joinstyle="miter"/>
            <v:imagedata r:id="rId820" o:title="eqIdd7c04154c90d8ff2d643d485b6f9a41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563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821" o:title="eqId9e946baf1316ac1f219398ecedadf6cf"/>
            <o:lock v:ext="edit" aspectratio="t"/>
            <w10:wrap type="none"/>
            <w10:anchorlock/>
          </v:shape>
        </w:pict>
      </w:r>
      <w:r>
        <w:rPr>
          <w:rFonts w:ascii="宋体" w:hAnsi="宋体" w:eastAsia="宋体" w:cs="宋体"/>
          <w:color w:val="000000"/>
        </w:rPr>
        <w:t>被</w:t>
      </w:r>
      <w:r>
        <w:pict>
          <v:shape id="_x0000_i715637"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822" o:title="eqId5ca7d1107389675d32b56ec097464c14"/>
            <o:lock v:ext="edit" aspectratio="t"/>
            <w10:wrap type="none"/>
            <w10:anchorlock/>
          </v:shape>
        </w:pict>
      </w:r>
      <w:r>
        <w:rPr>
          <w:rFonts w:ascii="宋体" w:hAnsi="宋体" w:eastAsia="宋体" w:cs="宋体"/>
          <w:color w:val="000000"/>
        </w:rPr>
        <w:t>除余数为</w:t>
      </w:r>
      <w:r>
        <w:pict>
          <v:shape id="_x0000_i715638"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823" o:title="eqIdbdaa19de263700a15fcf213d64a8cd57"/>
            <o:lock v:ext="edit" aspectratio="t"/>
            <w10:wrap type="none"/>
            <w10:anchorlock/>
          </v:shape>
        </w:pict>
      </w:r>
      <w:r>
        <w:rPr>
          <w:rFonts w:ascii="宋体" w:hAnsi="宋体" w:eastAsia="宋体" w:cs="宋体"/>
          <w:color w:val="000000"/>
        </w:rPr>
        <w:t>，属于</w:t>
      </w:r>
      <w:r>
        <w:pict>
          <v:shape id="_x0000_i71563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24" o:title="eqId5963abe8f421bd99a2aaa94831a951e9"/>
            <o:lock v:ext="edit" aspectratio="t"/>
            <w10:wrap type="none"/>
            <w10:anchorlock/>
          </v:shape>
        </w:pict>
      </w:r>
      <w:r>
        <w:rPr>
          <w:rFonts w:ascii="宋体" w:hAnsi="宋体" w:eastAsia="宋体" w:cs="宋体"/>
          <w:color w:val="000000"/>
        </w:rPr>
        <w:t>类，</w:t>
      </w:r>
    </w:p>
    <w:p>
      <w:pPr>
        <w:spacing w:line="360" w:lineRule="auto"/>
        <w:jc w:val="left"/>
        <w:textAlignment w:val="center"/>
        <w:rPr>
          <w:color w:val="000000"/>
        </w:rPr>
      </w:pPr>
      <w:r>
        <w:rPr>
          <w:rFonts w:ascii="宋体" w:hAnsi="宋体" w:eastAsia="宋体" w:cs="宋体"/>
          <w:color w:val="000000"/>
        </w:rPr>
        <w:t>故答案为：</w:t>
      </w:r>
      <w:r>
        <w:pict>
          <v:shape id="_x0000_i71564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25" o:title="eqId5963abe8f421bd99a2aaa94831a951e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解：①从</w:t>
      </w:r>
      <w:r>
        <w:pict>
          <v:shape id="_x0000_i71564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26" o:title="eqId5963abe8f421bd99a2aaa94831a951e9"/>
            <o:lock v:ext="edit" aspectratio="t"/>
            <w10:wrap type="none"/>
            <w10:anchorlock/>
          </v:shape>
        </w:pict>
      </w:r>
      <w:r>
        <w:rPr>
          <w:rFonts w:ascii="宋体" w:hAnsi="宋体" w:eastAsia="宋体" w:cs="宋体"/>
          <w:color w:val="000000"/>
        </w:rPr>
        <w:t>类数中任取两个数，如：</w:t>
      </w:r>
      <w:r>
        <w:pict>
          <v:shape id="_x0000_i715642" o:spt="75" alt="学科网(www.zxxk.com)--教育资源门户，提供试卷、教案、课件、论文、素材以及各类教学资源下载，还有大量而丰富的教学相关资讯！" type="#_x0000_t75" style="height:15.9pt;width:93.95pt;" o:ole="t" filled="f" o:preferrelative="t" stroked="f" coordsize="21600,21600">
            <v:path/>
            <v:fill on="f" focussize="0,0"/>
            <v:stroke on="f" joinstyle="miter"/>
            <v:imagedata r:id="rId827" o:title="eqId72d1eb0e5539a141f501e16bbe8613ee"/>
            <o:lock v:ext="edit" aspectratio="t"/>
            <w10:wrap type="none"/>
            <w10:anchorlock/>
          </v:shape>
        </w:pict>
      </w:r>
      <w:r>
        <w:rPr>
          <w:rFonts w:ascii="宋体" w:hAnsi="宋体" w:eastAsia="宋体" w:cs="宋体"/>
          <w:color w:val="000000"/>
        </w:rPr>
        <w:t>，</w:t>
      </w:r>
      <w:r>
        <w:pict>
          <v:shape id="_x0000_i715643" o:spt="75" alt="学科网(www.zxxk.com)--教育资源门户，提供试卷、教案、课件、论文、素材以及各类教学资源下载，还有大量而丰富的教学相关资讯！" type="#_x0000_t75" style="height:15.9pt;width:98.2pt;" o:ole="t" filled="f" o:preferrelative="t" stroked="f" coordsize="21600,21600">
            <v:path/>
            <v:fill on="f" focussize="0,0"/>
            <v:stroke on="f" joinstyle="miter"/>
            <v:imagedata r:id="rId828" o:title="eqId2fc771e3c8a4bb66e8f08dbb6c2f796b"/>
            <o:lock v:ext="edit" aspectratio="t"/>
            <w10:wrap type="none"/>
            <w10:anchorlock/>
          </v:shape>
        </w:pict>
      </w:r>
      <w:r>
        <w:rPr>
          <w:rFonts w:ascii="宋体" w:hAnsi="宋体" w:eastAsia="宋体" w:cs="宋体"/>
          <w:color w:val="000000"/>
        </w:rPr>
        <w:t>，被</w:t>
      </w:r>
      <w:r>
        <w:pict>
          <v:shape id="_x0000_i715644"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829" o:title="eqId5ca7d1107389675d32b56ec097464c14"/>
            <o:lock v:ext="edit" aspectratio="t"/>
            <w10:wrap type="none"/>
            <w10:anchorlock/>
          </v:shape>
        </w:pict>
      </w:r>
      <w:r>
        <w:rPr>
          <w:rFonts w:ascii="宋体" w:hAnsi="宋体" w:eastAsia="宋体" w:cs="宋体"/>
          <w:color w:val="000000"/>
        </w:rPr>
        <w:t>除余数为</w:t>
      </w:r>
      <w:r>
        <w:pict>
          <v:shape id="_x0000_i715645"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830" o:title="eqId61128ab996360a038e6e64d82fcba004"/>
            <o:lock v:ext="edit" aspectratio="t"/>
            <w10:wrap type="none"/>
            <w10:anchorlock/>
          </v:shape>
        </w:pict>
      </w:r>
      <w:r>
        <w:rPr>
          <w:rFonts w:ascii="宋体" w:hAnsi="宋体" w:eastAsia="宋体" w:cs="宋体"/>
          <w:color w:val="000000"/>
        </w:rPr>
        <w:t>，则它们的和属于</w:t>
      </w:r>
      <w:r>
        <w:pict>
          <v:shape id="_x0000_i71564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31" o:title="eqId7f9e8449aad35c5d840a3395ea86df6d"/>
            <o:lock v:ext="edit" aspectratio="t"/>
            <w10:wrap type="none"/>
            <w10:anchorlock/>
          </v:shape>
        </w:pict>
      </w:r>
      <w:r>
        <w:rPr>
          <w:rFonts w:ascii="宋体" w:hAnsi="宋体" w:eastAsia="宋体" w:cs="宋体"/>
          <w:color w:val="000000"/>
        </w:rPr>
        <w:t>类；</w:t>
      </w:r>
    </w:p>
    <w:p>
      <w:pPr>
        <w:spacing w:line="360" w:lineRule="auto"/>
        <w:jc w:val="both"/>
        <w:textAlignment w:val="center"/>
        <w:rPr>
          <w:color w:val="000000"/>
        </w:rPr>
      </w:pPr>
      <w:r>
        <w:rPr>
          <w:rFonts w:ascii="宋体" w:hAnsi="宋体" w:eastAsia="宋体" w:cs="宋体"/>
          <w:color w:val="000000"/>
        </w:rPr>
        <w:t>②从</w:t>
      </w:r>
      <w:r>
        <w:pict>
          <v:shape id="_x0000_i71564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832" o:title="eqId5963abe8f421bd99a2aaa94831a951e9"/>
            <o:lock v:ext="edit" aspectratio="t"/>
            <w10:wrap type="none"/>
            <w10:anchorlock/>
          </v:shape>
        </w:pict>
      </w:r>
      <w:r>
        <w:rPr>
          <w:rFonts w:ascii="宋体" w:hAnsi="宋体" w:eastAsia="宋体" w:cs="宋体"/>
          <w:color w:val="000000"/>
        </w:rPr>
        <w:t>类数中任意取出</w:t>
      </w:r>
      <w:r>
        <w:pict>
          <v:shape id="_x0000_i715648"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833" o:title="eqId58b184c94e38f1e5dbe750b2168c2a37"/>
            <o:lock v:ext="edit" aspectratio="t"/>
            <w10:wrap type="none"/>
            <w10:anchorlock/>
          </v:shape>
        </w:pict>
      </w:r>
      <w:r>
        <w:rPr>
          <w:rFonts w:ascii="宋体" w:hAnsi="宋体" w:eastAsia="宋体" w:cs="宋体"/>
          <w:color w:val="000000"/>
        </w:rPr>
        <w:t>个数，从</w:t>
      </w:r>
      <w:r>
        <w:pict>
          <v:shape id="_x0000_i71564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34" o:title="eqId7f9e8449aad35c5d840a3395ea86df6d"/>
            <o:lock v:ext="edit" aspectratio="t"/>
            <w10:wrap type="none"/>
            <w10:anchorlock/>
          </v:shape>
        </w:pict>
      </w:r>
      <w:r>
        <w:rPr>
          <w:rFonts w:ascii="宋体" w:hAnsi="宋体" w:eastAsia="宋体" w:cs="宋体"/>
          <w:color w:val="000000"/>
        </w:rPr>
        <w:t>类数中任意取出</w:t>
      </w:r>
      <w:r>
        <w:pict>
          <v:shape id="_x0000_i715650"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835" o:title="eqId8c748e40ba21ac5063d3bccaa57ef278"/>
            <o:lock v:ext="edit" aspectratio="t"/>
            <w10:wrap type="none"/>
            <w10:anchorlock/>
          </v:shape>
        </w:pict>
      </w:r>
      <w:r>
        <w:rPr>
          <w:rFonts w:ascii="宋体" w:hAnsi="宋体" w:eastAsia="宋体" w:cs="宋体"/>
          <w:color w:val="000000"/>
        </w:rPr>
        <w:t>个数，从</w:t>
      </w:r>
      <w:r>
        <w:pict>
          <v:shape id="_x0000_i71565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836" o:title="eqIdc5db41a1f31d6baee7c69990811edb9f"/>
            <o:lock v:ext="edit" aspectratio="t"/>
            <w10:wrap type="none"/>
            <w10:anchorlock/>
          </v:shape>
        </w:pict>
      </w:r>
      <w:r>
        <w:rPr>
          <w:rFonts w:ascii="宋体" w:hAnsi="宋体" w:eastAsia="宋体" w:cs="宋体"/>
          <w:color w:val="000000"/>
        </w:rPr>
        <w:t>类数中任意取出</w:t>
      </w:r>
      <w:r>
        <w:pict>
          <v:shape id="_x0000_i715652" o:spt="75" alt="学科网(www.zxxk.com)--教育资源门户，提供试卷、教案、课件、论文、素材以及各类教学资源下载，还有大量而丰富的教学相关资讯！" type="#_x0000_t75" style="height:13.95pt;width:15.05pt;" o:ole="t" filled="f" o:preferrelative="t" stroked="f" coordsize="21600,21600">
            <v:path/>
            <v:fill on="f" focussize="0,0"/>
            <v:stroke on="f" joinstyle="miter"/>
            <v:imagedata r:id="rId837" o:title="eqIdfeda926749de04fa585f73f84c568f0c"/>
            <o:lock v:ext="edit" aspectratio="t"/>
            <w10:wrap type="none"/>
            <w10:anchorlock/>
          </v:shape>
        </w:pict>
      </w:r>
      <w:r>
        <w:rPr>
          <w:rFonts w:ascii="宋体" w:hAnsi="宋体" w:eastAsia="宋体" w:cs="宋体"/>
          <w:color w:val="000000"/>
        </w:rPr>
        <w:t>个数，把它们的余数相加，得</w:t>
      </w:r>
      <w:r>
        <w:pict>
          <v:shape id="_x0000_i715653" o:spt="75" alt="学科网(www.zxxk.com)--教育资源门户，提供试卷、教案、课件、论文、素材以及各类教学资源下载，还有大量而丰富的教学相关资讯！" type="#_x0000_t75" style="height:14.05pt;width:124.85pt;" o:ole="t" filled="f" o:preferrelative="t" stroked="f" coordsize="21600,21600">
            <v:path/>
            <v:fill on="f" focussize="0,0"/>
            <v:stroke on="f" joinstyle="miter"/>
            <v:imagedata r:id="rId838" o:title="eqIddf13a6899efc5a9125cbebb3dd9fac32"/>
            <o:lock v:ext="edit" aspectratio="t"/>
            <w10:wrap type="none"/>
            <w10:anchorlock/>
          </v:shape>
        </w:pict>
      </w:r>
      <w:r>
        <w:rPr>
          <w:rFonts w:ascii="宋体" w:hAnsi="宋体" w:eastAsia="宋体" w:cs="宋体"/>
          <w:color w:val="000000"/>
        </w:rPr>
        <w:t>，</w:t>
      </w:r>
      <w:r>
        <w:pict>
          <v:shape id="_x0000_i715654" o:spt="75" alt="学科网(www.zxxk.com)--教育资源门户，提供试卷、教案、课件、论文、素材以及各类教学资源下载，还有大量而丰富的教学相关资讯！" type="#_x0000_t75" style="height:14.05pt;width:85.1pt;" o:ole="t" filled="f" o:preferrelative="t" stroked="f" coordsize="21600,21600">
            <v:path/>
            <v:fill on="f" focussize="0,0"/>
            <v:stroke on="f" joinstyle="miter"/>
            <v:imagedata r:id="rId839" o:title="eqId87d5d4be62622800a85b8533074c2dc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∴余数为</w:t>
      </w:r>
      <w:r>
        <w:pict>
          <v:shape id="_x0000_i715655"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840" o:title="eqId61128ab996360a038e6e64d82fcba004"/>
            <o:lock v:ext="edit" aspectratio="t"/>
            <w10:wrap type="none"/>
            <w10:anchorlock/>
          </v:shape>
        </w:pict>
      </w:r>
      <w:r>
        <w:rPr>
          <w:rFonts w:ascii="宋体" w:hAnsi="宋体" w:eastAsia="宋体" w:cs="宋体"/>
          <w:color w:val="000000"/>
        </w:rPr>
        <w:t>，属于</w:t>
      </w:r>
      <w:r>
        <w:pict>
          <v:shape id="_x0000_i71565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41" o:title="eqId7f9e8449aad35c5d840a3395ea86df6d"/>
            <o:lock v:ext="edit" aspectratio="t"/>
            <w10:wrap type="none"/>
            <w10:anchorlock/>
          </v:shape>
        </w:pict>
      </w:r>
      <w:r>
        <w:rPr>
          <w:rFonts w:ascii="宋体" w:hAnsi="宋体" w:eastAsia="宋体" w:cs="宋体"/>
          <w:color w:val="000000"/>
        </w:rPr>
        <w:t>类，</w:t>
      </w:r>
    </w:p>
    <w:p>
      <w:pPr>
        <w:spacing w:line="360" w:lineRule="auto"/>
        <w:jc w:val="left"/>
        <w:textAlignment w:val="center"/>
        <w:rPr>
          <w:color w:val="000000"/>
        </w:rPr>
      </w:pPr>
      <w:r>
        <w:rPr>
          <w:rFonts w:ascii="宋体" w:hAnsi="宋体" w:eastAsia="宋体" w:cs="宋体"/>
          <w:color w:val="000000"/>
        </w:rPr>
        <w:t>故答案为：①</w:t>
      </w:r>
      <w:r>
        <w:pict>
          <v:shape id="_x0000_i71565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42" o:title="eqId7f9e8449aad35c5d840a3395ea86df6d"/>
            <o:lock v:ext="edit" aspectratio="t"/>
            <w10:wrap type="none"/>
            <w10:anchorlock/>
          </v:shape>
        </w:pict>
      </w:r>
      <w:r>
        <w:rPr>
          <w:rFonts w:ascii="宋体" w:hAnsi="宋体" w:eastAsia="宋体" w:cs="宋体"/>
          <w:color w:val="000000"/>
        </w:rPr>
        <w:t>；②</w:t>
      </w:r>
      <w:r>
        <w:pict>
          <v:shape id="_x0000_i71565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842" o:title="eqId7f9e8449aad35c5d840a3395ea86df6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本题考查了新定义的应用和有理数的除法，解题的关键是熟练掌握新定义进行解答．</w:t>
      </w:r>
    </w:p>
    <w:p>
      <w:pPr>
        <w:pStyle w:val="Heading2"/>
      </w:pPr>
      <w:r>
        <w:t>海淀区清华大学附属中学</w:t>
      </w:r>
    </w:p>
    <w:p>
      <w:pPr>
        <w:spacing w:line="360" w:lineRule="auto"/>
        <w:jc w:val="both"/>
        <w:textAlignment w:val="center"/>
        <w:rPr>
          <w:color w:val="000000"/>
        </w:rPr>
      </w:pPr>
      <w:r>
        <w:rPr>
          <w:color w:val="000000"/>
        </w:rPr>
        <w:t xml:space="preserve">22. </w:t>
      </w:r>
      <w:r>
        <w:rPr>
          <w:rFonts w:ascii="宋体" w:hAnsi="宋体" w:eastAsia="宋体" w:cs="宋体"/>
          <w:color w:val="000000"/>
        </w:rPr>
        <w:t>四个互不相等的整数</w:t>
      </w:r>
      <w:r>
        <w:pict>
          <v:shape id="_x0000_i71565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43" o:title="eqId0a6936d370d6a238a608ca56f87198de"/>
            <o:lock v:ext="edit" aspectratio="t"/>
            <w10:wrap type="none"/>
            <w10:anchorlock/>
          </v:shape>
        </w:pict>
      </w:r>
      <w:r>
        <w:rPr>
          <w:rFonts w:ascii="宋体" w:hAnsi="宋体" w:eastAsia="宋体" w:cs="宋体"/>
          <w:color w:val="000000"/>
        </w:rPr>
        <w:t>、</w:t>
      </w:r>
      <w:r>
        <w:pict>
          <v:shape id="_x0000_i71566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844" o:title="eqId2c94bb12cee76221e13f9ef955b0aab1"/>
            <o:lock v:ext="edit" aspectratio="t"/>
            <w10:wrap type="none"/>
            <w10:anchorlock/>
          </v:shape>
        </w:pict>
      </w:r>
      <w:r>
        <w:rPr>
          <w:rFonts w:ascii="宋体" w:hAnsi="宋体" w:eastAsia="宋体" w:cs="宋体"/>
          <w:color w:val="000000"/>
        </w:rPr>
        <w:t>、</w:t>
      </w:r>
      <w:r>
        <w:pict>
          <v:shape id="_x0000_i715661"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845" o:title="eqId071a7e733d466949ac935b4b8ee8d183"/>
            <o:lock v:ext="edit" aspectratio="t"/>
            <w10:wrap type="none"/>
            <w10:anchorlock/>
          </v:shape>
        </w:pict>
      </w:r>
      <w:r>
        <w:rPr>
          <w:rFonts w:ascii="宋体" w:hAnsi="宋体" w:eastAsia="宋体" w:cs="宋体"/>
          <w:color w:val="000000"/>
        </w:rPr>
        <w:t>、</w:t>
      </w:r>
      <w:r>
        <w:pict>
          <v:shape id="_x0000_i715662"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846" o:title="eqId5c02bc0c74292b1e8f395f90935d3174"/>
            <o:lock v:ext="edit" aspectratio="t"/>
            <w10:wrap type="none"/>
            <w10:anchorlock/>
          </v:shape>
        </w:pict>
      </w:r>
      <w:r>
        <w:rPr>
          <w:rFonts w:ascii="宋体" w:hAnsi="宋体" w:eastAsia="宋体" w:cs="宋体"/>
          <w:color w:val="000000"/>
        </w:rPr>
        <w:t>，使</w:t>
      </w:r>
      <w:r>
        <w:pict>
          <v:shape id="_x0000_i715663" o:spt="75" alt="学科网(www.zxxk.com)--教育资源门户，提供试卷、教案、课件、论文、素材以及各类教学资源下载，还有大量而丰富的教学相关资讯！" type="#_x0000_t75" style="height:20.25pt;width:150pt;" o:ole="t" filled="f" o:preferrelative="t" stroked="f" coordsize="21600,21600">
            <v:path/>
            <v:fill on="f" focussize="0,0"/>
            <v:stroke on="f" joinstyle="miter"/>
            <v:imagedata r:id="rId847" o:title="eqId34d81ac8a76e28d85cfd416e7ed76586"/>
            <o:lock v:ext="edit" aspectratio="t"/>
            <w10:wrap type="none"/>
            <w10:anchorlock/>
          </v:shape>
        </w:pict>
      </w:r>
      <w:r>
        <w:rPr>
          <w:rFonts w:ascii="宋体" w:hAnsi="宋体" w:eastAsia="宋体" w:cs="宋体"/>
          <w:color w:val="000000"/>
        </w:rPr>
        <w:t>，则</w:t>
      </w:r>
      <w:r>
        <w:pict>
          <v:shape id="_x0000_i715664" o:spt="75" alt="学科网(www.zxxk.com)--教育资源门户，提供试卷、教案、课件、论文、素材以及各类教学资源下载，还有大量而丰富的教学相关资讯！" type="#_x0000_t75" style="height:13.5pt;width:69.75pt;" o:ole="t" filled="f" o:preferrelative="t" stroked="f" coordsize="21600,21600">
            <v:path/>
            <v:fill on="f" focussize="0,0"/>
            <v:stroke on="f" joinstyle="miter"/>
            <v:imagedata r:id="rId848" o:title="eqIdc1d9dc2cd66d0dba117f440fe65ab747"/>
            <o:lock v:ext="edit" aspectratio="t"/>
            <w10:wrap type="none"/>
            <w10:anchorlock/>
          </v:shape>
        </w:pict>
      </w:r>
      <w:r>
        <w:rPr>
          <w:color w:val="000000"/>
        </w:rPr>
        <w:t>______</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pict>
          <v:shape id="_x0000_i715665"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849" o:title="eqIdb8860d9787671b53b1ab68b3d526f5ca"/>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根据</w:t>
      </w:r>
      <w:r>
        <w:pict>
          <v:shape id="_x0000_i715666" o:spt="75" alt="学科网(www.zxxk.com)--教育资源门户，提供试卷、教案、课件、论文、素材以及各类教学资源下载，还有大量而丰富的教学相关资讯！" type="#_x0000_t75" style="height:20.25pt;width:98.25pt;" o:ole="t" filled="f" o:preferrelative="t" stroked="f" coordsize="21600,21600">
            <v:path/>
            <v:fill on="f" focussize="0,0"/>
            <v:stroke on="f" joinstyle="miter"/>
            <v:imagedata r:id="rId850" o:title="eqId55b253a395267ba74c21e8bf5fc38c47"/>
            <o:lock v:ext="edit" aspectratio="t"/>
            <w10:wrap type="none"/>
            <w10:anchorlock/>
          </v:shape>
        </w:pict>
      </w:r>
      <w:r>
        <w:rPr>
          <w:rFonts w:ascii="宋体" w:hAnsi="宋体" w:eastAsia="宋体" w:cs="宋体"/>
          <w:color w:val="000000"/>
        </w:rPr>
        <w:t>，四个互不相等的整数</w:t>
      </w:r>
      <w:r>
        <w:pict>
          <v:shape id="_x0000_i71566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51" o:title="eqId0a6936d370d6a238a608ca56f87198de"/>
            <o:lock v:ext="edit" aspectratio="t"/>
            <w10:wrap type="none"/>
            <w10:anchorlock/>
          </v:shape>
        </w:pict>
      </w:r>
      <w:r>
        <w:rPr>
          <w:rFonts w:ascii="宋体" w:hAnsi="宋体" w:eastAsia="宋体" w:cs="宋体"/>
          <w:color w:val="000000"/>
        </w:rPr>
        <w:t>、</w:t>
      </w:r>
      <w:r>
        <w:pict>
          <v:shape id="_x0000_i715668"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852" o:title="eqId2c94bb12cee76221e13f9ef955b0aab1"/>
            <o:lock v:ext="edit" aspectratio="t"/>
            <w10:wrap type="none"/>
            <w10:anchorlock/>
          </v:shape>
        </w:pict>
      </w:r>
      <w:r>
        <w:rPr>
          <w:rFonts w:ascii="宋体" w:hAnsi="宋体" w:eastAsia="宋体" w:cs="宋体"/>
          <w:color w:val="000000"/>
        </w:rPr>
        <w:t>、</w:t>
      </w:r>
      <w:r>
        <w:pict>
          <v:shape id="_x0000_i715669"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853" o:title="eqId071a7e733d466949ac935b4b8ee8d183"/>
            <o:lock v:ext="edit" aspectratio="t"/>
            <w10:wrap type="none"/>
            <w10:anchorlock/>
          </v:shape>
        </w:pict>
      </w:r>
      <w:r>
        <w:rPr>
          <w:rFonts w:ascii="宋体" w:hAnsi="宋体" w:eastAsia="宋体" w:cs="宋体"/>
          <w:color w:val="000000"/>
        </w:rPr>
        <w:t>、</w:t>
      </w:r>
      <w:r>
        <w:pict>
          <v:shape id="_x0000_i715670"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854" o:title="eqId5c02bc0c74292b1e8f395f90935d3174"/>
            <o:lock v:ext="edit" aspectratio="t"/>
            <w10:wrap type="none"/>
            <w10:anchorlock/>
          </v:shape>
        </w:pict>
      </w:r>
      <w:r>
        <w:rPr>
          <w:rFonts w:ascii="宋体" w:hAnsi="宋体" w:eastAsia="宋体" w:cs="宋体"/>
          <w:color w:val="000000"/>
        </w:rPr>
        <w:t>，使</w:t>
      </w:r>
      <w:r>
        <w:pict>
          <v:shape id="_x0000_i715671" o:spt="75" alt="学科网(www.zxxk.com)--教育资源门户，提供试卷、教案、课件、论文、素材以及各类教学资源下载，还有大量而丰富的教学相关资讯！" type="#_x0000_t75" style="height:20.25pt;width:150pt;" o:ole="t" filled="f" o:preferrelative="t" stroked="f" coordsize="21600,21600">
            <v:path/>
            <v:fill on="f" focussize="0,0"/>
            <v:stroke on="f" joinstyle="miter"/>
            <v:imagedata r:id="rId855" o:title="eqId34d81ac8a76e28d85cfd416e7ed76586"/>
            <o:lock v:ext="edit" aspectratio="t"/>
            <w10:wrap type="none"/>
            <w10:anchorlock/>
          </v:shape>
        </w:pict>
      </w:r>
      <w:r>
        <w:rPr>
          <w:rFonts w:ascii="宋体" w:hAnsi="宋体" w:eastAsia="宋体" w:cs="宋体"/>
          <w:color w:val="000000"/>
        </w:rPr>
        <w:t>，可以求得</w:t>
      </w:r>
      <w:r>
        <w:pict>
          <v:shape id="_x0000_i71567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51" o:title="eqId0a6936d370d6a238a608ca56f87198de"/>
            <o:lock v:ext="edit" aspectratio="t"/>
            <w10:wrap type="none"/>
            <w10:anchorlock/>
          </v:shape>
        </w:pict>
      </w:r>
      <w:r>
        <w:rPr>
          <w:rFonts w:ascii="宋体" w:hAnsi="宋体" w:eastAsia="宋体" w:cs="宋体"/>
          <w:color w:val="000000"/>
        </w:rPr>
        <w:t>、</w:t>
      </w:r>
      <w:r>
        <w:pict>
          <v:shape id="_x0000_i715673"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852" o:title="eqId2c94bb12cee76221e13f9ef955b0aab1"/>
            <o:lock v:ext="edit" aspectratio="t"/>
            <w10:wrap type="none"/>
            <w10:anchorlock/>
          </v:shape>
        </w:pict>
      </w:r>
      <w:r>
        <w:rPr>
          <w:rFonts w:ascii="宋体" w:hAnsi="宋体" w:eastAsia="宋体" w:cs="宋体"/>
          <w:color w:val="000000"/>
        </w:rPr>
        <w:t>、</w:t>
      </w:r>
      <w:r>
        <w:pict>
          <v:shape id="_x0000_i715674"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853" o:title="eqId071a7e733d466949ac935b4b8ee8d183"/>
            <o:lock v:ext="edit" aspectratio="t"/>
            <w10:wrap type="none"/>
            <w10:anchorlock/>
          </v:shape>
        </w:pict>
      </w:r>
      <w:r>
        <w:rPr>
          <w:rFonts w:ascii="宋体" w:hAnsi="宋体" w:eastAsia="宋体" w:cs="宋体"/>
          <w:color w:val="000000"/>
        </w:rPr>
        <w:t>、</w:t>
      </w:r>
      <w:r>
        <w:pict>
          <v:shape id="_x0000_i715675"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854" o:title="eqId5c02bc0c74292b1e8f395f90935d3174"/>
            <o:lock v:ext="edit" aspectratio="t"/>
            <w10:wrap type="none"/>
            <w10:anchorlock/>
          </v:shape>
        </w:pict>
      </w:r>
      <w:r>
        <w:rPr>
          <w:rFonts w:ascii="宋体" w:hAnsi="宋体" w:eastAsia="宋体" w:cs="宋体"/>
          <w:color w:val="000000"/>
        </w:rPr>
        <w:t>的值，然后求出它们的和即可．</w:t>
      </w:r>
    </w:p>
    <w:p>
      <w:pPr>
        <w:spacing w:line="360" w:lineRule="auto"/>
        <w:jc w:val="both"/>
        <w:textAlignment w:val="center"/>
        <w:rPr>
          <w:color w:val="000000"/>
        </w:rPr>
      </w:pPr>
      <w:r>
        <w:rPr>
          <w:color w:val="000000"/>
        </w:rPr>
        <w:t>【详解】</w:t>
      </w:r>
      <w:r>
        <w:rPr>
          <w:rFonts w:ascii="宋体" w:hAnsi="宋体" w:eastAsia="宋体" w:cs="宋体"/>
          <w:color w:val="000000"/>
        </w:rPr>
        <w:t>解：</w:t>
      </w:r>
      <w:r>
        <w:pict>
          <v:shape id="_x0000_i715676" o:spt="75" alt="学科网(www.zxxk.com)--教育资源门户，提供试卷、教案、课件、论文、素材以及各类教学资源下载，还有大量而丰富的教学相关资讯！" type="#_x0000_t75" style="height:20.25pt;width:108pt;" o:ole="t" filled="f" o:preferrelative="t" stroked="f" coordsize="21600,21600">
            <v:path/>
            <v:fill on="f" focussize="0,0"/>
            <v:stroke on="f" joinstyle="miter"/>
            <v:imagedata r:id="rId856" o:title="eqIdd65ee9090e3138bc62837728cc8235ef"/>
            <o:lock v:ext="edit" aspectratio="t"/>
            <w10:wrap type="none"/>
            <w10:anchorlock/>
          </v:shape>
        </w:pict>
      </w:r>
      <w:r>
        <w:rPr>
          <w:rFonts w:ascii="宋体" w:hAnsi="宋体" w:eastAsia="宋体" w:cs="宋体"/>
          <w:color w:val="000000"/>
        </w:rPr>
        <w:t>，四个互不相等的整数</w:t>
      </w:r>
      <w:r>
        <w:pict>
          <v:shape id="_x0000_i71567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57" o:title="eqId0a6936d370d6a238a608ca56f87198de"/>
            <o:lock v:ext="edit" aspectratio="t"/>
            <w10:wrap type="none"/>
            <w10:anchorlock/>
          </v:shape>
        </w:pict>
      </w:r>
      <w:r>
        <w:rPr>
          <w:rFonts w:ascii="宋体" w:hAnsi="宋体" w:eastAsia="宋体" w:cs="宋体"/>
          <w:color w:val="000000"/>
        </w:rPr>
        <w:t>、</w:t>
      </w:r>
      <w:r>
        <w:pict>
          <v:shape id="_x0000_i715678"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858" o:title="eqId2c94bb12cee76221e13f9ef955b0aab1"/>
            <o:lock v:ext="edit" aspectratio="t"/>
            <w10:wrap type="none"/>
            <w10:anchorlock/>
          </v:shape>
        </w:pict>
      </w:r>
      <w:r>
        <w:rPr>
          <w:rFonts w:ascii="宋体" w:hAnsi="宋体" w:eastAsia="宋体" w:cs="宋体"/>
          <w:color w:val="000000"/>
        </w:rPr>
        <w:t>、</w:t>
      </w:r>
      <w:r>
        <w:pict>
          <v:shape id="_x0000_i715679"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859" o:title="eqId071a7e733d466949ac935b4b8ee8d183"/>
            <o:lock v:ext="edit" aspectratio="t"/>
            <w10:wrap type="none"/>
            <w10:anchorlock/>
          </v:shape>
        </w:pict>
      </w:r>
      <w:r>
        <w:rPr>
          <w:rFonts w:ascii="宋体" w:hAnsi="宋体" w:eastAsia="宋体" w:cs="宋体"/>
          <w:color w:val="000000"/>
        </w:rPr>
        <w:t>、</w:t>
      </w:r>
      <w:r>
        <w:pict>
          <v:shape id="_x0000_i715680"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860" o:title="eqId5c02bc0c74292b1e8f395f90935d3174"/>
            <o:lock v:ext="edit" aspectratio="t"/>
            <w10:wrap type="none"/>
            <w10:anchorlock/>
          </v:shape>
        </w:pict>
      </w:r>
      <w:r>
        <w:rPr>
          <w:rFonts w:ascii="宋体" w:hAnsi="宋体" w:eastAsia="宋体" w:cs="宋体"/>
          <w:color w:val="000000"/>
        </w:rPr>
        <w:t>，使</w:t>
      </w:r>
      <w:r>
        <w:pict>
          <v:shape id="_x0000_i715681" o:spt="75" alt="学科网(www.zxxk.com)--教育资源门户，提供试卷、教案、课件、论文、素材以及各类教学资源下载，还有大量而丰富的教学相关资讯！" type="#_x0000_t75" style="height:20.25pt;width:150pt;" o:ole="t" filled="f" o:preferrelative="t" stroked="f" coordsize="21600,21600">
            <v:path/>
            <v:fill on="f" focussize="0,0"/>
            <v:stroke on="f" joinstyle="miter"/>
            <v:imagedata r:id="rId861" o:title="eqId34d81ac8a76e28d85cfd416e7ed7658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568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862" o:title="eqId2de0d10ef8b748d4531250c37c5d3f9e"/>
            <o:lock v:ext="edit" aspectratio="t"/>
            <w10:wrap type="none"/>
            <w10:anchorlock/>
          </v:shape>
        </w:pict>
      </w:r>
      <w:r>
        <w:rPr>
          <w:rFonts w:ascii="宋体" w:hAnsi="宋体" w:eastAsia="宋体" w:cs="宋体"/>
          <w:color w:val="000000"/>
        </w:rPr>
        <w:t>不妨设</w:t>
      </w:r>
      <w:r>
        <w:pict>
          <v:shape id="_x0000_i715683" o:spt="75" alt="学科网(www.zxxk.com)--教育资源门户，提供试卷、教案、课件、论文、素材以及各类教学资源下载，还有大量而丰富的教学相关资讯！" type="#_x0000_t75" style="height:12.9pt;width:44.15pt;" o:ole="t" filled="f" o:preferrelative="t" stroked="f" coordsize="21600,21600">
            <v:path/>
            <v:fill on="f" focussize="0,0"/>
            <v:stroke on="f" joinstyle="miter"/>
            <v:imagedata r:id="rId863" o:title="eqIda875a64b3ca1ba38a2d4e662d6ed7884"/>
            <o:lock v:ext="edit" aspectratio="t"/>
            <w10:wrap type="none"/>
            <w10:anchorlock/>
          </v:shape>
        </w:pict>
      </w:r>
      <w:r>
        <w:rPr>
          <w:rFonts w:ascii="宋体" w:hAnsi="宋体" w:eastAsia="宋体" w:cs="宋体"/>
          <w:color w:val="000000"/>
        </w:rPr>
        <w:t>，</w:t>
      </w:r>
      <w:r>
        <w:pict>
          <v:shape id="_x0000_i715684" o:spt="75" alt="学科网(www.zxxk.com)--教育资源门户，提供试卷、教案、课件、论文、素材以及各类教学资源下载，还有大量而丰富的教学相关资讯！" type="#_x0000_t75" style="height:14.25pt;width:46.85pt;" o:ole="t" filled="f" o:preferrelative="t" stroked="f" coordsize="21600,21600">
            <v:path/>
            <v:fill on="f" focussize="0,0"/>
            <v:stroke on="f" joinstyle="miter"/>
            <v:imagedata r:id="rId864" o:title="eqIdc2af2d2f12fb3255ed55b07f6e6619cc"/>
            <o:lock v:ext="edit" aspectratio="t"/>
            <w10:wrap type="none"/>
            <w10:anchorlock/>
          </v:shape>
        </w:pict>
      </w:r>
      <w:r>
        <w:rPr>
          <w:rFonts w:ascii="宋体" w:hAnsi="宋体" w:eastAsia="宋体" w:cs="宋体"/>
          <w:color w:val="000000"/>
        </w:rPr>
        <w:t>，</w:t>
      </w:r>
      <w:r>
        <w:pict>
          <v:shape id="_x0000_i715685"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865" o:title="eqId7e81dabfa23cb5bd56667eb4b4f3e953"/>
            <o:lock v:ext="edit" aspectratio="t"/>
            <w10:wrap type="none"/>
            <w10:anchorlock/>
          </v:shape>
        </w:pict>
      </w:r>
      <w:r>
        <w:rPr>
          <w:rFonts w:ascii="宋体" w:hAnsi="宋体" w:eastAsia="宋体" w:cs="宋体"/>
          <w:color w:val="000000"/>
        </w:rPr>
        <w:t>，</w:t>
      </w:r>
      <w:r>
        <w:pict>
          <v:shape id="_x0000_i715686"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866" o:title="eqIdd6d2848d58c9534449fcd74eb06b627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5687" o:spt="75" alt="学科网(www.zxxk.com)--教育资源门户，提供试卷、教案、课件、论文、素材以及各类教学资源下载，还有大量而丰富的教学相关资讯！" type="#_x0000_t75" style="height:14.2pt;width:34.9pt;" o:ole="t" filled="f" o:preferrelative="t" stroked="f" coordsize="21600,21600">
            <v:path/>
            <v:fill on="f" focussize="0,0"/>
            <v:stroke on="f" joinstyle="miter"/>
            <v:imagedata r:id="rId867" o:title="eqId5b624d88827e92e12bc0a8f1067cbe72"/>
            <o:lock v:ext="edit" aspectratio="t"/>
            <w10:wrap type="none"/>
            <w10:anchorlock/>
          </v:shape>
        </w:pict>
      </w:r>
      <w:r>
        <w:rPr>
          <w:rFonts w:ascii="宋体" w:hAnsi="宋体" w:eastAsia="宋体" w:cs="宋体"/>
          <w:color w:val="000000"/>
        </w:rPr>
        <w:t>，</w:t>
      </w:r>
      <w:r>
        <w:pict>
          <v:shape id="_x0000_i71568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868" o:title="eqId143b917df0520097be222accbddf9394"/>
            <o:lock v:ext="edit" aspectratio="t"/>
            <w10:wrap type="none"/>
            <w10:anchorlock/>
          </v:shape>
        </w:pict>
      </w:r>
      <w:r>
        <w:rPr>
          <w:rFonts w:ascii="宋体" w:hAnsi="宋体" w:eastAsia="宋体" w:cs="宋体"/>
          <w:color w:val="000000"/>
        </w:rPr>
        <w:t>，</w:t>
      </w:r>
      <w:r>
        <w:pict>
          <v:shape id="_x0000_i71568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869" o:title="eqId6de1d395e6c48c0676a1488a299479d9"/>
            <o:lock v:ext="edit" aspectratio="t"/>
            <w10:wrap type="none"/>
            <w10:anchorlock/>
          </v:shape>
        </w:pict>
      </w:r>
      <w:r>
        <w:rPr>
          <w:rFonts w:ascii="宋体" w:hAnsi="宋体" w:eastAsia="宋体" w:cs="宋体"/>
          <w:color w:val="000000"/>
        </w:rPr>
        <w:t>，</w:t>
      </w:r>
      <w:r>
        <w:pict>
          <v:shape id="_x0000_i715690"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870" o:title="eqIdfbb978d1708d9479d736bc45d45509b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5691" o:spt="75" alt="学科网(www.zxxk.com)--教育资源门户，提供试卷、教案、课件、论文、素材以及各类教学资源下载，还有大量而丰富的教学相关资讯！" type="#_x0000_t75" style="height:14.25pt;width:162.75pt;" o:ole="t" filled="f" o:preferrelative="t" stroked="f" coordsize="21600,21600">
            <v:path/>
            <v:fill on="f" focussize="0,0"/>
            <v:stroke on="f" joinstyle="miter"/>
            <v:imagedata r:id="rId871" o:title="eqIdf70904935827b1cb25175025e6f5819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15692"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872" o:title="eqIdb8860d9787671b53b1ab68b3d526f5c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本题考查有理数的混合运算，解答本题的关键是明确题意，求出</w:t>
      </w:r>
      <w:r>
        <w:pict>
          <v:shape id="_x0000_i71569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873" o:title="eqId0a6936d370d6a238a608ca56f87198de"/>
            <o:lock v:ext="edit" aspectratio="t"/>
            <w10:wrap type="none"/>
            <w10:anchorlock/>
          </v:shape>
        </w:pict>
      </w:r>
      <w:r>
        <w:rPr>
          <w:rFonts w:ascii="宋体" w:hAnsi="宋体" w:eastAsia="宋体" w:cs="宋体"/>
          <w:color w:val="000000"/>
        </w:rPr>
        <w:t>、</w:t>
      </w:r>
      <w:r>
        <w:pict>
          <v:shape id="_x0000_i715694"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874" o:title="eqId2c94bb12cee76221e13f9ef955b0aab1"/>
            <o:lock v:ext="edit" aspectratio="t"/>
            <w10:wrap type="none"/>
            <w10:anchorlock/>
          </v:shape>
        </w:pict>
      </w:r>
      <w:r>
        <w:rPr>
          <w:rFonts w:ascii="宋体" w:hAnsi="宋体" w:eastAsia="宋体" w:cs="宋体"/>
          <w:color w:val="000000"/>
        </w:rPr>
        <w:t>、</w:t>
      </w:r>
      <w:r>
        <w:pict>
          <v:shape id="_x0000_i715695"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875" o:title="eqId071a7e733d466949ac935b4b8ee8d183"/>
            <o:lock v:ext="edit" aspectratio="t"/>
            <w10:wrap type="none"/>
            <w10:anchorlock/>
          </v:shape>
        </w:pict>
      </w:r>
      <w:r>
        <w:rPr>
          <w:rFonts w:ascii="宋体" w:hAnsi="宋体" w:eastAsia="宋体" w:cs="宋体"/>
          <w:color w:val="000000"/>
        </w:rPr>
        <w:t>、</w:t>
      </w:r>
      <w:r>
        <w:pict>
          <v:shape id="_x0000_i715696"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876" o:title="eqId5c02bc0c74292b1e8f395f90935d3174"/>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 xml:space="preserve">23. </w:t>
      </w:r>
      <w:r>
        <w:rPr>
          <w:rFonts w:ascii="宋体" w:hAnsi="宋体" w:eastAsia="宋体" w:cs="宋体"/>
          <w:color w:val="000000"/>
        </w:rPr>
        <w:t>【概念学习】</w:t>
      </w:r>
    </w:p>
    <w:p>
      <w:pPr>
        <w:spacing w:line="360" w:lineRule="auto"/>
        <w:jc w:val="left"/>
        <w:textAlignment w:val="center"/>
        <w:rPr>
          <w:color w:val="000000"/>
        </w:rPr>
      </w:pPr>
      <w:r>
        <w:rPr>
          <w:rFonts w:ascii="宋体" w:hAnsi="宋体" w:eastAsia="宋体" w:cs="宋体"/>
          <w:color w:val="000000"/>
        </w:rPr>
        <w:t>现规定：求若干个相同的有理数（均不等于</w:t>
      </w:r>
      <w:r>
        <w:rPr>
          <w:rFonts w:ascii="Times New Roman" w:hAnsi="Times New Roman" w:eastAsia="Times New Roman" w:cs="Times New Roman"/>
          <w:color w:val="000000"/>
        </w:rPr>
        <w:t>0</w:t>
      </w:r>
      <w:r>
        <w:rPr>
          <w:rFonts w:ascii="宋体" w:hAnsi="宋体" w:eastAsia="宋体" w:cs="宋体"/>
          <w:color w:val="000000"/>
        </w:rPr>
        <w:t>）的商的运算叫做除方，比如</w:t>
      </w:r>
      <w:r>
        <w:pict>
          <v:shape id="_x0000_i715697" o:spt="75" alt="学科网(www.zxxk.com)--教育资源门户，提供试卷、教案、课件、论文、素材以及各类教学资源下载，还有大量而丰富的教学相关资讯！" type="#_x0000_t75" style="height:12.75pt;width:42pt;" o:ole="t" filled="f" o:preferrelative="t" stroked="f" coordsize="21600,21600">
            <v:path/>
            <v:fill on="f" focussize="0,0"/>
            <v:stroke on="f" joinstyle="miter"/>
            <v:imagedata r:id="rId877" o:title="eqId6fbfa18465de74e7a3a414704f38ba39"/>
            <o:lock v:ext="edit" aspectratio="t"/>
            <w10:wrap type="none"/>
            <w10:anchorlock/>
          </v:shape>
        </w:pict>
      </w:r>
      <w:r>
        <w:rPr>
          <w:rFonts w:ascii="宋体" w:hAnsi="宋体" w:eastAsia="宋体" w:cs="宋体"/>
          <w:color w:val="000000"/>
        </w:rPr>
        <w:t>，</w:t>
      </w:r>
      <w:r>
        <w:pict>
          <v:shape id="_x0000_i715698" o:spt="75" alt="学科网(www.zxxk.com)--教育资源门户，提供试卷、教案、课件、论文、素材以及各类教学资源下载，还有大量而丰富的教学相关资讯！" type="#_x0000_t75" style="height:16pt;width:116pt;" o:ole="t" filled="f" o:preferrelative="t" stroked="f" coordsize="21600,21600">
            <v:path/>
            <v:fill on="f" focussize="0,0"/>
            <v:stroke on="f" joinstyle="miter"/>
            <v:imagedata r:id="rId878" o:title="eqId41e2f110a2e0da0007ee61e1feb7472f"/>
            <o:lock v:ext="edit" aspectratio="t"/>
            <w10:wrap type="none"/>
            <w10:anchorlock/>
          </v:shape>
        </w:pict>
      </w:r>
      <w:r>
        <w:rPr>
          <w:rFonts w:ascii="宋体" w:hAnsi="宋体" w:eastAsia="宋体" w:cs="宋体"/>
          <w:color w:val="000000"/>
        </w:rPr>
        <w:t>等，类比有理数的乘方，我们把</w:t>
      </w:r>
      <w:r>
        <w:pict>
          <v:shape id="_x0000_i715699" o:spt="75" alt="学科网(www.zxxk.com)--教育资源门户，提供试卷、教案、课件、论文、素材以及各类教学资源下载，还有大量而丰富的教学相关资讯！" type="#_x0000_t75" style="height:12.75pt;width:42pt;" o:ole="t" filled="f" o:preferrelative="t" stroked="f" coordsize="21600,21600">
            <v:path/>
            <v:fill on="f" focussize="0,0"/>
            <v:stroke on="f" joinstyle="miter"/>
            <v:imagedata r:id="rId877" o:title="eqId6fbfa18465de74e7a3a414704f38ba39"/>
            <o:lock v:ext="edit" aspectratio="t"/>
            <w10:wrap type="none"/>
            <w10:anchorlock/>
          </v:shape>
        </w:pict>
      </w:r>
      <w:r>
        <w:rPr>
          <w:rFonts w:ascii="宋体" w:hAnsi="宋体" w:eastAsia="宋体" w:cs="宋体"/>
          <w:color w:val="000000"/>
        </w:rPr>
        <w:t>写作</w:t>
      </w:r>
      <w:r>
        <w:pict>
          <v:shape id="_x0000_i715700" o:spt="75" alt="学科网(www.zxxk.com)--教育资源门户，提供试卷、教案、课件、论文、素材以及各类教学资源下载，还有大量而丰富的教学相关资讯！" type="#_x0000_t75" style="height:16.2pt;width:16.8pt;" o:ole="t" filled="f" o:preferrelative="t" stroked="f" coordsize="21600,21600">
            <v:path/>
            <v:fill on="f" focussize="0,0"/>
            <v:stroke on="f" joinstyle="miter"/>
            <v:imagedata r:id="rId879" o:title="eqId821158f8fe161c407b0e6f92d1ec95d4"/>
            <o:lock v:ext="edit" aspectratio="t"/>
            <w10:wrap type="none"/>
            <w10:anchorlock/>
          </v:shape>
        </w:pict>
      </w:r>
      <w:r>
        <w:rPr>
          <w:rFonts w:ascii="宋体" w:hAnsi="宋体" w:eastAsia="宋体" w:cs="宋体"/>
          <w:color w:val="000000"/>
        </w:rPr>
        <w:t>，读作“</w:t>
      </w:r>
      <w:r>
        <w:rPr>
          <w:rFonts w:ascii="Times New Roman" w:hAnsi="Times New Roman" w:eastAsia="Times New Roman" w:cs="Times New Roman"/>
          <w:color w:val="000000"/>
        </w:rPr>
        <w:t>2</w:t>
      </w:r>
      <w:r>
        <w:rPr>
          <w:rFonts w:ascii="宋体" w:hAnsi="宋体" w:eastAsia="宋体" w:cs="宋体"/>
          <w:color w:val="000000"/>
        </w:rPr>
        <w:t>的圈</w:t>
      </w:r>
      <w:r>
        <w:rPr>
          <w:rFonts w:ascii="Times New Roman" w:hAnsi="Times New Roman" w:eastAsia="Times New Roman" w:cs="Times New Roman"/>
          <w:color w:val="000000"/>
        </w:rPr>
        <w:t>3</w:t>
      </w:r>
      <w:r>
        <w:rPr>
          <w:rFonts w:ascii="宋体" w:hAnsi="宋体" w:eastAsia="宋体" w:cs="宋体"/>
          <w:color w:val="000000"/>
        </w:rPr>
        <w:t>次方”，</w:t>
      </w:r>
      <w:r>
        <w:pict>
          <v:shape id="_x0000_i715701" o:spt="75" alt="学科网(www.zxxk.com)--教育资源门户，提供试卷、教案、课件、论文、素材以及各类教学资源下载，还有大量而丰富的教学相关资讯！" type="#_x0000_t75" style="height:16pt;width:116pt;" o:ole="t" filled="f" o:preferrelative="t" stroked="f" coordsize="21600,21600">
            <v:path/>
            <v:fill on="f" focussize="0,0"/>
            <v:stroke on="f" joinstyle="miter"/>
            <v:imagedata r:id="rId878" o:title="eqId41e2f110a2e0da0007ee61e1feb7472f"/>
            <o:lock v:ext="edit" aspectratio="t"/>
            <w10:wrap type="none"/>
            <w10:anchorlock/>
          </v:shape>
        </w:pict>
      </w:r>
      <w:r>
        <w:rPr>
          <w:rFonts w:ascii="宋体" w:hAnsi="宋体" w:eastAsia="宋体" w:cs="宋体"/>
          <w:color w:val="000000"/>
        </w:rPr>
        <w:t>写作</w:t>
      </w:r>
      <w:r>
        <w:pict>
          <v:shape id="_x0000_i715702" o:spt="75" alt="学科网(www.zxxk.com)--教育资源门户，提供试卷、教案、课件、论文、素材以及各类教学资源下载，还有大量而丰富的教学相关资讯！" type="#_x0000_t75" style="height:19.5pt;width:31.5pt;" o:ole="t" filled="f" o:preferrelative="t" stroked="f" coordsize="21600,21600">
            <v:path/>
            <v:fill on="f" focussize="0,0"/>
            <v:stroke on="f" joinstyle="miter"/>
            <v:imagedata r:id="rId880" o:title="eqIdbc3a2b8fea16c1afa7e10ae1cb3de329"/>
            <o:lock v:ext="edit" aspectratio="t"/>
            <w10:wrap type="none"/>
            <w10:anchorlock/>
          </v:shape>
        </w:pict>
      </w:r>
      <w:r>
        <w:rPr>
          <w:rFonts w:ascii="宋体" w:hAnsi="宋体" w:eastAsia="宋体" w:cs="宋体"/>
          <w:color w:val="000000"/>
        </w:rPr>
        <w:t>，读作“</w:t>
      </w:r>
      <w:r>
        <w:pict>
          <v:shape id="_x0000_i715703"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881" o:title="eqId04081f8b8054788649a10089b438cfea"/>
            <o:lock v:ext="edit" aspectratio="t"/>
            <w10:wrap type="none"/>
            <w10:anchorlock/>
          </v:shape>
        </w:pict>
      </w:r>
      <w:r>
        <w:rPr>
          <w:rFonts w:ascii="宋体" w:hAnsi="宋体" w:eastAsia="宋体" w:cs="宋体"/>
          <w:color w:val="000000"/>
        </w:rPr>
        <w:t>的圈</w:t>
      </w:r>
      <w:r>
        <w:rPr>
          <w:rFonts w:ascii="Times New Roman" w:hAnsi="Times New Roman" w:eastAsia="Times New Roman" w:cs="Times New Roman"/>
          <w:color w:val="000000"/>
        </w:rPr>
        <w:t>4</w:t>
      </w:r>
      <w:r>
        <w:rPr>
          <w:rFonts w:ascii="宋体" w:hAnsi="宋体" w:eastAsia="宋体" w:cs="宋体"/>
          <w:color w:val="000000"/>
        </w:rPr>
        <w:t>次方”，一般地把</w:t>
      </w:r>
      <w:r>
        <w:pict>
          <v:shape id="_x0000_i715704" o:spt="75" alt="学科网(www.zxxk.com)--教育资源门户，提供试卷、教案、课件、论文、素材以及各类教学资源下载，还有大量而丰富的教学相关资讯！" type="#_x0000_t75" style="height:31.5pt;width:121.5pt;" o:ole="t" filled="f" o:preferrelative="t" stroked="f" coordsize="21600,21600">
            <v:path/>
            <v:fill on="f" focussize="0,0"/>
            <v:stroke on="f" joinstyle="miter"/>
            <v:imagedata r:id="rId882" o:title="eqId04802726d08d8fe341fe78ade9b2e4c1"/>
            <o:lock v:ext="edit" aspectratio="t"/>
            <w10:wrap type="none"/>
            <w10:anchorlock/>
          </v:shape>
        </w:pict>
      </w:r>
      <w:r>
        <w:rPr>
          <w:rFonts w:ascii="宋体" w:hAnsi="宋体" w:eastAsia="宋体" w:cs="宋体"/>
          <w:color w:val="000000"/>
        </w:rPr>
        <w:t>写作</w:t>
      </w:r>
      <w:r>
        <w:rPr>
          <w:rFonts w:ascii="Times New Roman" w:hAnsi="Times New Roman" w:eastAsia="Times New Roman" w:cs="Times New Roman"/>
          <w:i/>
          <w:color w:val="000000"/>
        </w:rPr>
        <w:t>a</w:t>
      </w:r>
      <w:r>
        <w:rPr>
          <w:rFonts w:ascii="宋体" w:hAnsi="宋体" w:eastAsia="宋体" w:cs="宋体"/>
          <w:color w:val="000000"/>
        </w:rPr>
        <w:t>的圈</w:t>
      </w:r>
      <w:r>
        <w:rPr>
          <w:rFonts w:ascii="Times New Roman" w:hAnsi="Times New Roman" w:eastAsia="Times New Roman" w:cs="Times New Roman"/>
          <w:i/>
          <w:color w:val="000000"/>
        </w:rPr>
        <w:t>n</w:t>
      </w:r>
      <w:r>
        <w:rPr>
          <w:rFonts w:ascii="宋体" w:hAnsi="宋体" w:eastAsia="宋体" w:cs="宋体"/>
          <w:color w:val="000000"/>
        </w:rPr>
        <w:t>次方读作“</w:t>
      </w:r>
      <w:r>
        <w:rPr>
          <w:rFonts w:ascii="Times New Roman" w:hAnsi="Times New Roman" w:eastAsia="Times New Roman" w:cs="Times New Roman"/>
          <w:i/>
          <w:color w:val="000000"/>
        </w:rPr>
        <w:t>a</w:t>
      </w:r>
      <w:r>
        <w:rPr>
          <w:rFonts w:ascii="宋体" w:hAnsi="宋体" w:eastAsia="宋体" w:cs="宋体"/>
          <w:color w:val="000000"/>
        </w:rPr>
        <w:t>的圈</w:t>
      </w:r>
      <w:r>
        <w:rPr>
          <w:rFonts w:ascii="Times New Roman" w:hAnsi="Times New Roman" w:eastAsia="Times New Roman" w:cs="Times New Roman"/>
          <w:i/>
          <w:color w:val="000000"/>
        </w:rPr>
        <w:t>n</w:t>
      </w:r>
      <w:r>
        <w:rPr>
          <w:rFonts w:ascii="宋体" w:hAnsi="宋体" w:eastAsia="宋体" w:cs="宋体"/>
          <w:color w:val="000000"/>
        </w:rPr>
        <w:t>次方”．</w:t>
      </w:r>
    </w:p>
    <w:p>
      <w:pPr>
        <w:spacing w:line="360" w:lineRule="auto"/>
        <w:jc w:val="left"/>
        <w:textAlignment w:val="center"/>
        <w:rPr>
          <w:color w:val="000000"/>
        </w:rPr>
      </w:pPr>
      <w:r>
        <w:rPr>
          <w:rFonts w:ascii="宋体" w:hAnsi="宋体" w:eastAsia="宋体" w:cs="宋体"/>
          <w:color w:val="000000"/>
        </w:rPr>
        <w:t>【初步探究】</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）直接写出计算结果：</w:t>
      </w:r>
      <w:r>
        <w:pict>
          <v:shape id="_x0000_i715705" o:spt="75" alt="学科网(www.zxxk.com)--教育资源门户，提供试卷、教案、课件、论文、素材以及各类教学资源下载，还有大量而丰富的教学相关资讯！" type="#_x0000_t75" style="height:16.2pt;width:28.2pt;" o:ole="t" filled="f" o:preferrelative="t" stroked="f" coordsize="21600,21600">
            <v:path/>
            <v:fill on="f" focussize="0,0"/>
            <v:stroke on="f" joinstyle="miter"/>
            <v:imagedata r:id="rId883" o:title="eqId873cc0ea8657761e142a5f00230f2e4f"/>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r>
        <w:pict>
          <v:shape id="_x0000_i715706" o:spt="75" alt="学科网(www.zxxk.com)--教育资源门户，提供试卷、教案、课件、论文、素材以及各类教学资源下载，还有大量而丰富的教学相关资讯！" type="#_x0000_t75" style="height:37.05pt;width:49.85pt;" o:ole="t" filled="f" o:preferrelative="t" stroked="f" coordsize="21600,21600">
            <v:path/>
            <v:fill on="f" focussize="0,0"/>
            <v:stroke on="f" joinstyle="miter"/>
            <v:imagedata r:id="rId884" o:title="eqId359ea483f799cc325e6b31469c36ba0e"/>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【深入思考】</w:t>
      </w:r>
    </w:p>
    <w:p>
      <w:pPr>
        <w:spacing w:line="360" w:lineRule="auto"/>
        <w:jc w:val="left"/>
        <w:textAlignment w:val="center"/>
        <w:rPr>
          <w:color w:val="000000"/>
        </w:rPr>
      </w:pPr>
      <w:r>
        <w:rPr>
          <w:rFonts w:ascii="宋体" w:hAnsi="宋体" w:eastAsia="宋体" w:cs="宋体"/>
          <w:color w:val="000000"/>
        </w:rPr>
        <w:t>我们知道，有理数的减法运算可以转化为加法运算，除法运算可以转化为乘法运算，那么有理数的除方运算如何转化为乘方运算呢？</w:t>
      </w:r>
    </w:p>
    <w:p>
      <w:pPr>
        <w:spacing w:line="360" w:lineRule="auto"/>
        <w:jc w:val="left"/>
        <w:textAlignment w:val="center"/>
        <w:rPr>
          <w:color w:val="000000"/>
        </w:rPr>
      </w:pPr>
      <w:r>
        <w:pict>
          <v:shape id="_x0000_i715707" o:spt="75" alt="学科网(www.zxxk.com)--教育资源门户，提供试卷、教案、课件、论文、素材以及各类教学资源下载，还有大量而丰富的教学相关资讯！" type="#_x0000_t75" style="height:42pt;width:312pt;" o:ole="t" filled="f" o:preferrelative="t" stroked="f" coordsize="21600,21600">
            <v:path/>
            <v:fill on="f" focussize="0,0"/>
            <v:stroke on="f" joinstyle="miter"/>
            <v:imagedata r:id="rId885" o:title="eqId0eef937d27282aa6456cc4245d7e1e8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）试一试：仿照上面的算式，把下列除方运算直接写成幂的形式：</w:t>
      </w:r>
      <w:r>
        <w:pict>
          <v:shape id="_x0000_i715708" o:spt="75" alt="学科网(www.zxxk.com)--教育资源门户，提供试卷、教案、课件、论文、素材以及各类教学资源下载，还有大量而丰富的教学相关资讯！" type="#_x0000_t75" style="height:18.75pt;width:42pt;" o:ole="t" filled="f" o:preferrelative="t" stroked="f" coordsize="21600,21600">
            <v:path/>
            <v:fill on="f" focussize="0,0"/>
            <v:stroke on="f" joinstyle="miter"/>
            <v:imagedata r:id="rId886" o:title="eqIdde5f7c429c301b3dd1b959fb2851a831"/>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r>
        <w:pict>
          <v:shape id="_x0000_i715709" o:spt="75" alt="学科网(www.zxxk.com)--教育资源门户，提供试卷、教案、课件、论文、素材以及各类教学资源下载，还有大量而丰富的教学相关资讯！" type="#_x0000_t75" style="height:37.5pt;width:41.25pt;" o:ole="t" filled="f" o:preferrelative="t" stroked="f" coordsize="21600,21600">
            <v:path/>
            <v:fill on="f" focussize="0,0"/>
            <v:stroke on="f" joinstyle="miter"/>
            <v:imagedata r:id="rId887" o:title="eqId331d9b7d9be74da2eeeb5973844bc534"/>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）算</w:t>
      </w:r>
      <w:r>
        <w:rPr>
          <w:rFonts w:ascii="Times New Roman" w:hAnsi="Times New Roman" w:eastAsia="Times New Roman" w:cs="Times New Roman"/>
          <w:color w:val="000000"/>
        </w:rPr>
        <w:t>-</w:t>
      </w:r>
      <w:r>
        <w:rPr>
          <w:rFonts w:ascii="宋体" w:hAnsi="宋体" w:eastAsia="宋体" w:cs="宋体"/>
          <w:color w:val="000000"/>
        </w:rPr>
        <w:t>算：</w:t>
      </w:r>
      <w:r>
        <w:pict>
          <v:shape id="_x0000_i715710" o:spt="75" alt="学科网(www.zxxk.com)--教育资源门户，提供试卷、教案、课件、论文、素材以及各类教学资源下载，还有大量而丰富的教学相关资讯！" type="#_x0000_t75" style="height:36.75pt;width:169.9pt;" o:ole="t" filled="f" o:preferrelative="t" stroked="f" coordsize="21600,21600">
            <v:path/>
            <v:fill on="f" focussize="0,0"/>
            <v:stroke on="f" joinstyle="miter"/>
            <v:imagedata r:id="rId888" o:title="eqId6178f33c2b168a07ccf7fe0ef9ca9115"/>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5711"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889" o:title="eqIdf89eef3148f2d4d09379767b4af69132"/>
            <o:lock v:ext="edit" aspectratio="t"/>
            <w10:wrap type="none"/>
            <w10:anchorlock/>
          </v:shape>
        </w:pict>
      </w:r>
      <w:r>
        <w:rPr>
          <w:rFonts w:ascii="宋体" w:hAnsi="宋体" w:eastAsia="宋体" w:cs="宋体"/>
          <w:color w:val="000000"/>
        </w:rPr>
        <w:t>，</w:t>
      </w:r>
      <w:r>
        <w:pict>
          <v:shape id="_x0000_i71571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890"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5713" o:spt="75" alt="学科网(www.zxxk.com)--教育资源门户，提供试卷、教案、课件、论文、素材以及各类教学资源下载，还有大量而丰富的教学相关资讯！" type="#_x0000_t75" style="height:30.75pt;width:26.25pt;" o:ole="t" filled="f" o:preferrelative="t" stroked="f" coordsize="21600,21600">
            <v:path/>
            <v:fill on="f" focussize="0,0"/>
            <v:stroke on="f" joinstyle="miter"/>
            <v:imagedata r:id="rId891" o:title="eqId4924aedda5d82685e31b85516e7105a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625</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pict>
          <v:shape id="_x0000_i71571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890" o:title="eqId274a9dc37509f01c2606fb3086a46f4f"/>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）根据题目中的例子，可以计算出所求式子的值；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）仿照给出的算式，可以计算出所求式子的值；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w:t>
      </w:r>
      <w:r>
        <w:rPr>
          <w:rFonts w:ascii="Times New Roman" w:hAnsi="Times New Roman" w:eastAsia="Times New Roman" w:cs="Times New Roman"/>
          <w:color w:val="000000"/>
        </w:rPr>
        <w:t>2</w:t>
      </w:r>
      <w:r>
        <w:rPr>
          <w:rFonts w:ascii="宋体" w:hAnsi="宋体" w:eastAsia="宋体" w:cs="宋体"/>
          <w:color w:val="000000"/>
        </w:rPr>
        <w:t>）中的计算过程和有理数的运算法则，可以计算出所求式子的值．</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pict>
          <v:shape id="_x0000_i715715" o:spt="75" alt="学科网(www.zxxk.com)--教育资源门户，提供试卷、教案、课件、论文、素材以及各类教学资源下载，还有大量而丰富的教学相关资讯！" type="#_x0000_t75" style="height:31.1pt;width:88.9pt;" o:ole="t" filled="f" o:preferrelative="t" stroked="f" coordsize="21600,21600">
            <v:path/>
            <v:fill on="f" focussize="0,0"/>
            <v:stroke on="f" joinstyle="miter"/>
            <v:imagedata r:id="rId892" o:title="eqId718136a8db788fcc515fa8e899f4014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716" o:spt="75" alt="学科网(www.zxxk.com)--教育资源门户，提供试卷、教案、课件、论文、素材以及各类教学资源下载，还有大量而丰富的教学相关资讯！" type="#_x0000_t75" style="height:37.5pt;width:39pt;" o:ole="t" filled="f" o:preferrelative="t" stroked="f" coordsize="21600,21600">
            <v:path/>
            <v:fill on="f" focussize="0,0"/>
            <v:stroke on="f" joinstyle="miter"/>
            <v:imagedata r:id="rId893" o:title="eqId2223e5824e2780196ea55c310e2dd898"/>
            <o:lock v:ext="edit" aspectratio="t"/>
            <w10:wrap type="none"/>
            <w10:anchorlock/>
          </v:shape>
        </w:pict>
      </w:r>
      <w:r>
        <w:pict>
          <v:shape id="_x0000_i715717" o:spt="75" alt="学科网(www.zxxk.com)--教育资源门户，提供试卷、教案、课件、论文、素材以及各类教学资源下载，还有大量而丰富的教学相关资讯！" type="#_x0000_t75" style="height:33.95pt;width:141.95pt;" o:ole="t" filled="f" o:preferrelative="t" stroked="f" coordsize="21600,21600">
            <v:path/>
            <v:fill on="f" focussize="0,0"/>
            <v:stroke on="f" joinstyle="miter"/>
            <v:imagedata r:id="rId894" o:title="eqIdf951b45b5c46eb8648bf7e102c76f5d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5718"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895" o:title="eqIdf89eef3148f2d4d09379767b4af69132"/>
            <o:lock v:ext="edit" aspectratio="t"/>
            <w10:wrap type="none"/>
            <w10:anchorlock/>
          </v:shape>
        </w:pict>
      </w:r>
      <w:r>
        <w:rPr>
          <w:rFonts w:ascii="宋体" w:hAnsi="宋体" w:eastAsia="宋体" w:cs="宋体"/>
          <w:color w:val="000000"/>
        </w:rPr>
        <w:t>，</w:t>
      </w:r>
      <w:r>
        <w:pict>
          <v:shape id="_x0000_i71571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896"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5720" o:spt="75" alt="学科网(www.zxxk.com)--教育资源门户，提供试卷、教案、课件、论文、素材以及各类教学资源下载，还有大量而丰富的教学相关资讯！" type="#_x0000_t75" style="height:21.75pt;width:33.3pt;" o:ole="t" filled="f" o:preferrelative="t" stroked="f" coordsize="21600,21600">
            <v:path/>
            <v:fill on="f" focussize="0,0"/>
            <v:stroke on="f" joinstyle="miter"/>
            <v:imagedata r:id="rId897" o:title="eqId7be82c3ec1f201fada2a97957db633fb"/>
            <o:lock v:ext="edit" aspectratio="t"/>
            <w10:wrap type="none"/>
            <w10:anchorlock/>
          </v:shape>
        </w:pict>
      </w:r>
      <w:r>
        <w:pict>
          <v:shape id="_x0000_i715721" o:spt="75" alt="学科网(www.zxxk.com)--教育资源门户，提供试卷、教案、课件、论文、素材以及各类教学资源下载，还有大量而丰富的教学相关资讯！" type="#_x0000_t75" style="height:16.2pt;width:157.2pt;" o:ole="t" filled="f" o:preferrelative="t" stroked="f" coordsize="21600,21600">
            <v:path/>
            <v:fill on="f" focussize="0,0"/>
            <v:stroke on="f" joinstyle="miter"/>
            <v:imagedata r:id="rId898" o:title="eqId09ab852371ee48acc621ee93b2062ea7"/>
            <o:lock v:ext="edit" aspectratio="t"/>
            <w10:wrap type="none"/>
            <w10:anchorlock/>
          </v:shape>
        </w:pict>
      </w:r>
    </w:p>
    <w:p>
      <w:pPr>
        <w:spacing w:line="360" w:lineRule="auto"/>
        <w:jc w:val="left"/>
        <w:textAlignment w:val="center"/>
        <w:rPr>
          <w:color w:val="000000"/>
        </w:rPr>
      </w:pPr>
      <w:r>
        <w:pict>
          <v:shape id="_x0000_i715722" o:spt="75" alt="学科网(www.zxxk.com)--教育资源门户，提供试卷、教案、课件、论文、素材以及各类教学资源下载，还有大量而丰富的教学相关资讯！" type="#_x0000_t75" style="height:37.1pt;width:257.95pt;" o:ole="t" filled="f" o:preferrelative="t" stroked="f" coordsize="21600,21600">
            <v:path/>
            <v:fill on="f" focussize="0,0"/>
            <v:stroke on="f" joinstyle="miter"/>
            <v:imagedata r:id="rId899" o:title="eqId475a4277e77b1f4d0f4f77cbb651daa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5723" o:spt="75" alt="学科网(www.zxxk.com)--教育资源门户，提供试卷、教案、课件、论文、素材以及各类教学资源下载，还有大量而丰富的教学相关资讯！" type="#_x0000_t75" style="height:37.35pt;width:29.9pt;" o:ole="t" filled="f" o:preferrelative="t" stroked="f" coordsize="21600,21600">
            <v:path/>
            <v:fill on="f" focussize="0,0"/>
            <v:stroke on="f" joinstyle="miter"/>
            <v:imagedata r:id="rId900" o:title="eqId723fdb70862c4f40533b73b7eae5dac4"/>
            <o:lock v:ext="edit" aspectratio="t"/>
            <w10:wrap type="none"/>
            <w10:anchorlock/>
          </v:shape>
        </w:pict>
      </w:r>
      <w:r>
        <w:pict>
          <v:shape id="_x0000_i715724" o:spt="75" alt="学科网(www.zxxk.com)--教育资源门户，提供试卷、教案、课件、论文、素材以及各类教学资源下载，还有大量而丰富的教学相关资讯！" type="#_x0000_t75" style="height:30.8pt;width:255.1pt;" o:ole="t" filled="f" o:preferrelative="t" stroked="f" coordsize="21600,21600">
            <v:path/>
            <v:fill on="f" focussize="0,0"/>
            <v:stroke on="f" joinstyle="miter"/>
            <v:imagedata r:id="rId901" o:title="eqId7b69e9e8625822047c8a87d513137a1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5725" o:spt="75" alt="学科网(www.zxxk.com)--教育资源门户，提供试卷、教案、课件、论文、素材以及各类教学资源下载，还有大量而丰富的教学相关资讯！" type="#_x0000_t75" style="height:30.75pt;width:26.25pt;" o:ole="t" filled="f" o:preferrelative="t" stroked="f" coordsize="21600,21600">
            <v:path/>
            <v:fill on="f" focussize="0,0"/>
            <v:stroke on="f" joinstyle="miter"/>
            <v:imagedata r:id="rId902" o:title="eqId4924aedda5d82685e31b85516e7105a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625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pict>
          <v:shape id="_x0000_i715726" o:spt="75" alt="学科网(www.zxxk.com)--教育资源门户，提供试卷、教案、课件、论文、素材以及各类教学资源下载，还有大量而丰富的教学相关资讯！" type="#_x0000_t75" style="height:36.75pt;width:169.9pt;" o:ole="t" filled="f" o:preferrelative="t" stroked="f" coordsize="21600,21600">
            <v:path/>
            <v:fill on="f" focussize="0,0"/>
            <v:stroke on="f" joinstyle="miter"/>
            <v:imagedata r:id="rId903" o:title="eqId6178f33c2b168a07ccf7fe0ef9ca9115"/>
            <o:lock v:ext="edit" aspectratio="t"/>
            <w10:wrap type="none"/>
            <w10:anchorlock/>
          </v:shape>
        </w:pict>
      </w:r>
    </w:p>
    <w:p>
      <w:pPr>
        <w:spacing w:line="360" w:lineRule="auto"/>
        <w:jc w:val="left"/>
        <w:textAlignment w:val="center"/>
        <w:rPr>
          <w:color w:val="000000"/>
        </w:rPr>
      </w:pPr>
      <w:r>
        <w:pict>
          <v:shape id="_x0000_i715727" o:spt="75" alt="学科网(www.zxxk.com)--教育资源门户，提供试卷、教案、课件、论文、素材以及各类教学资源下载，还有大量而丰富的教学相关资讯！" type="#_x0000_t75" style="height:36.75pt;width:168pt;" o:ole="t" filled="f" o:preferrelative="t" stroked="f" coordsize="21600,21600">
            <v:path/>
            <v:fill on="f" focussize="0,0"/>
            <v:stroke on="f" joinstyle="miter"/>
            <v:imagedata r:id="rId904" o:title="eqIdf084beeba64430a5d64d809309e94c24"/>
            <o:lock v:ext="edit" aspectratio="t"/>
            <w10:wrap type="none"/>
            <w10:anchorlock/>
          </v:shape>
        </w:pict>
      </w:r>
    </w:p>
    <w:p>
      <w:pPr>
        <w:spacing w:line="360" w:lineRule="auto"/>
        <w:jc w:val="left"/>
        <w:textAlignment w:val="center"/>
        <w:rPr>
          <w:color w:val="000000"/>
        </w:rPr>
      </w:pPr>
      <w:r>
        <w:pict>
          <v:shape id="_x0000_i715728" o:spt="75" alt="学科网(www.zxxk.com)--教育资源门户，提供试卷、教案、课件、论文、素材以及各类教学资源下载，还有大量而丰富的教学相关资讯！" type="#_x0000_t75" style="height:31.25pt;width:111.4pt;" o:ole="t" filled="f" o:preferrelative="t" stroked="f" coordsize="21600,21600">
            <v:path/>
            <v:fill on="f" focussize="0,0"/>
            <v:stroke on="f" joinstyle="miter"/>
            <v:imagedata r:id="rId905" o:title="eqId0e51dbda8a9f3483ea55de4674c3c399"/>
            <o:lock v:ext="edit" aspectratio="t"/>
            <w10:wrap type="none"/>
            <w10:anchorlock/>
          </v:shape>
        </w:pict>
      </w:r>
    </w:p>
    <w:p>
      <w:pPr>
        <w:spacing w:line="360" w:lineRule="auto"/>
        <w:jc w:val="left"/>
        <w:textAlignment w:val="center"/>
        <w:rPr>
          <w:color w:val="000000"/>
        </w:rPr>
      </w:pPr>
      <w:r>
        <w:pict>
          <v:shape id="_x0000_i715729" o:spt="75" alt="学科网(www.zxxk.com)--教育资源门户，提供试卷、教案、课件、论文、素材以及各类教学资源下载，还有大量而丰富的教学相关资讯！" type="#_x0000_t75" style="height:31.25pt;width:61.8pt;" o:ole="t" filled="f" o:preferrelative="t" stroked="f" coordsize="21600,21600">
            <v:path/>
            <v:fill on="f" focussize="0,0"/>
            <v:stroke on="f" joinstyle="miter"/>
            <v:imagedata r:id="rId906" o:title="eqIde6fa542e1a527702725be06e83c5284b"/>
            <o:lock v:ext="edit" aspectratio="t"/>
            <w10:wrap type="none"/>
            <w10:anchorlock/>
          </v:shape>
        </w:pict>
      </w:r>
    </w:p>
    <w:p>
      <w:pPr>
        <w:spacing w:line="360" w:lineRule="auto"/>
        <w:jc w:val="left"/>
        <w:textAlignment w:val="center"/>
        <w:rPr>
          <w:color w:val="000000"/>
        </w:rPr>
      </w:pPr>
      <w:r>
        <w:pict>
          <v:shape id="_x0000_i715730" o:spt="75" alt="学科网(www.zxxk.com)--教育资源门户，提供试卷、教案、课件、论文、素材以及各类教学资源下载，还有大量而丰富的教学相关资讯！" type="#_x0000_t75" style="height:13.75pt;width:33.2pt;" o:ole="t" filled="f" o:preferrelative="t" stroked="f" coordsize="21600,21600">
            <v:path/>
            <v:fill on="f" focussize="0,0"/>
            <v:stroke on="f" joinstyle="miter"/>
            <v:imagedata r:id="rId907" o:title="eqIdd9287137a772277390be4b920e81c947"/>
            <o:lock v:ext="edit" aspectratio="t"/>
            <w10:wrap type="none"/>
            <w10:anchorlock/>
          </v:shape>
        </w:pict>
      </w:r>
    </w:p>
    <w:p>
      <w:pPr>
        <w:spacing w:line="360" w:lineRule="auto"/>
        <w:jc w:val="left"/>
        <w:textAlignment w:val="center"/>
        <w:rPr>
          <w:color w:val="000000"/>
        </w:rPr>
      </w:pPr>
      <w:r>
        <w:pict>
          <v:shape id="_x0000_i715731" o:spt="75" alt="学科网(www.zxxk.com)--教育资源门户，提供试卷、教案、课件、论文、素材以及各类教学资源下载，还有大量而丰富的教学相关资讯！" type="#_x0000_t75" style="height:12pt;width:23pt;" o:ole="t" filled="f" o:preferrelative="t" stroked="f" coordsize="21600,21600">
            <v:path/>
            <v:fill on="f" focussize="0,0"/>
            <v:stroke on="f" joinstyle="miter"/>
            <v:imagedata r:id="rId908" o:title="eqId6a2b3b0ca12bc39549b0c3843c1dee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本题考查有理数的混合运算、新定义，解答本题的关键是明确题意，利用题目中的新定义解答问题．</w:t>
      </w:r>
    </w:p>
    <w:p>
      <w:pPr>
        <w:pStyle w:val="Heading2"/>
      </w:pPr>
      <w:r>
        <w:t>海淀区首都师范大学附属中学第一分校</w:t>
      </w:r>
    </w:p>
    <w:p>
      <w:pPr>
        <w:spacing w:line="360" w:lineRule="auto"/>
        <w:jc w:val="left"/>
        <w:textAlignment w:val="center"/>
        <w:rPr>
          <w:color w:val="000000"/>
        </w:rPr>
      </w:pPr>
      <w:r>
        <w:rPr>
          <w:color w:val="000000"/>
        </w:rPr>
        <w:t xml:space="preserve">25. </w:t>
      </w:r>
      <w:r>
        <w:rPr>
          <w:rFonts w:ascii="宋体" w:hAnsi="宋体" w:eastAsia="宋体" w:cs="宋体"/>
          <w:color w:val="000000"/>
        </w:rPr>
        <w:t>已知直线</w:t>
      </w:r>
      <w:r>
        <w:pict>
          <v:shape id="_x0000_i715732"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909" o:title="eqId411461db15ee8086332c531e086c40c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是</w:t>
      </w:r>
      <w:r>
        <w:pict>
          <v:shape id="_x0000_i715733"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909" o:title="eqId411461db15ee8086332c531e086c40c7"/>
            <o:lock v:ext="edit" aspectratio="t"/>
            <w10:wrap type="none"/>
            <w10:anchorlock/>
          </v:shape>
        </w:pict>
      </w:r>
      <w:r>
        <w:rPr>
          <w:rFonts w:ascii="宋体" w:hAnsi="宋体" w:eastAsia="宋体" w:cs="宋体"/>
          <w:color w:val="000000"/>
        </w:rPr>
        <w:t>上的一个定点．点</w:t>
      </w:r>
      <w:r>
        <w:rPr>
          <w:rFonts w:ascii="Times New Roman" w:hAnsi="Times New Roman" w:eastAsia="Times New Roman" w:cs="Times New Roman"/>
          <w:i/>
          <w:color w:val="000000"/>
        </w:rPr>
        <w:t>A</w:t>
      </w:r>
      <w:r>
        <w:rPr>
          <w:rFonts w:ascii="宋体" w:hAnsi="宋体" w:eastAsia="宋体" w:cs="宋体"/>
          <w:color w:val="000000"/>
        </w:rPr>
        <w:t>是直线</w:t>
      </w:r>
      <w:r>
        <w:pict>
          <v:shape id="_x0000_i715734"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909" o:title="eqId411461db15ee8086332c531e086c40c7"/>
            <o:lock v:ext="edit" aspectratio="t"/>
            <w10:wrap type="none"/>
            <w10:anchorlock/>
          </v:shape>
        </w:pict>
      </w:r>
      <w:r>
        <w:rPr>
          <w:rFonts w:ascii="宋体" w:hAnsi="宋体" w:eastAsia="宋体" w:cs="宋体"/>
          <w:color w:val="000000"/>
        </w:rPr>
        <w:t>下方的一个动点，作射线</w:t>
      </w:r>
      <w:r>
        <w:pict>
          <v:shape id="_x0000_i715735"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910" o:title="eqIdef4113c492885ba7c47fe42ac792578f"/>
            <o:lock v:ext="edit" aspectratio="t"/>
            <w10:wrap type="none"/>
            <w10:anchorlock/>
          </v:shape>
        </w:pict>
      </w:r>
      <w:r>
        <w:rPr>
          <w:rFonts w:ascii="宋体" w:hAnsi="宋体" w:eastAsia="宋体" w:cs="宋体"/>
          <w:color w:val="000000"/>
        </w:rPr>
        <w:t>及</w:t>
      </w:r>
      <w:r>
        <w:pict>
          <v:shape id="_x0000_i715736"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911" o:title="eqId826fa702e700b8536f77e44b134ce334"/>
            <o:lock v:ext="edit" aspectratio="t"/>
            <w10:wrap type="none"/>
            <w10:anchorlock/>
          </v:shape>
        </w:pict>
      </w:r>
      <w:r>
        <w:rPr>
          <w:rFonts w:ascii="宋体" w:hAnsi="宋体" w:eastAsia="宋体" w:cs="宋体"/>
          <w:color w:val="000000"/>
        </w:rPr>
        <w:t>的角平分线</w:t>
      </w:r>
      <w:r>
        <w:pict>
          <v:shape id="_x0000_i715737"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912" o:title="eqIdb90e0f35eda1a729fed485f83da5ea9d"/>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与点</w:t>
      </w:r>
      <w:r>
        <w:rPr>
          <w:rFonts w:ascii="Times New Roman" w:hAnsi="Times New Roman" w:eastAsia="Times New Roman" w:cs="Times New Roman"/>
          <w:i/>
          <w:color w:val="000000"/>
        </w:rPr>
        <w:t>A</w:t>
      </w:r>
      <w:r>
        <w:rPr>
          <w:rFonts w:ascii="宋体" w:hAnsi="宋体" w:eastAsia="宋体" w:cs="宋体"/>
          <w:color w:val="000000"/>
        </w:rPr>
        <w:t>在直线</w:t>
      </w:r>
      <w:r>
        <w:pict>
          <v:shape id="_x0000_i71573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909" o:title="eqId411461db15ee8086332c531e086c40c7"/>
            <o:lock v:ext="edit" aspectratio="t"/>
            <w10:wrap type="none"/>
            <w10:anchorlock/>
          </v:shape>
        </w:pict>
      </w:r>
      <w:r>
        <w:rPr>
          <w:rFonts w:ascii="宋体" w:hAnsi="宋体" w:eastAsia="宋体" w:cs="宋体"/>
          <w:color w:val="000000"/>
        </w:rPr>
        <w:t>的两侧，点</w:t>
      </w:r>
      <w:r>
        <w:rPr>
          <w:rFonts w:ascii="Times New Roman" w:hAnsi="Times New Roman" w:eastAsia="Times New Roman" w:cs="Times New Roman"/>
          <w:i/>
          <w:color w:val="000000"/>
        </w:rPr>
        <w:t>D</w:t>
      </w:r>
      <w:r>
        <w:rPr>
          <w:rFonts w:ascii="宋体" w:hAnsi="宋体" w:eastAsia="宋体" w:cs="宋体"/>
          <w:color w:val="000000"/>
        </w:rPr>
        <w:t>在线段</w:t>
      </w:r>
      <w:r>
        <w:pict>
          <v:shape id="_x0000_i715739" o:spt="75" alt="学科网(www.zxxk.com)--教育资源门户，提供试卷、教案、课件、论文、素材以及各类教学资源下载，还有大量而丰富的教学相关资讯！" type="#_x0000_t75" style="height:13.15pt;width:18.15pt;" o:ole="t" filled="f" o:preferrelative="t" stroked="f" coordsize="21600,21600">
            <v:path/>
            <v:fill on="f" focussize="0,0"/>
            <v:stroke on="f" joinstyle="miter"/>
            <v:imagedata r:id="rId913" o:title="eqIdbdc93e193fad261689949a52819753f0"/>
            <o:lock v:ext="edit" aspectratio="t"/>
            <w10:wrap type="none"/>
            <w10:anchorlock/>
          </v:shape>
        </w:pict>
      </w:r>
      <w:r>
        <w:rPr>
          <w:rFonts w:ascii="宋体" w:hAnsi="宋体" w:eastAsia="宋体" w:cs="宋体"/>
          <w:color w:val="000000"/>
        </w:rPr>
        <w:t>的延长线上．</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5740"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914" o:title="eqId338443f4002090226c13fb88f9057853"/>
            <o:lock v:ext="edit" aspectratio="t"/>
            <w10:wrap type="none"/>
            <w10:anchorlock/>
          </v:shape>
        </w:pict>
      </w:r>
      <w:r>
        <w:rPr>
          <w:rFonts w:ascii="宋体" w:hAnsi="宋体" w:eastAsia="宋体" w:cs="宋体"/>
          <w:color w:val="000000"/>
        </w:rPr>
        <w:t>，</w:t>
      </w:r>
      <w:r>
        <w:pict>
          <v:shape id="_x0000_i715741"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915" o:title="eqId3331c4db2d90f2347b2cf3cd332da8f7"/>
            <o:lock v:ext="edit" aspectratio="t"/>
            <w10:wrap type="none"/>
            <w10:anchorlock/>
          </v:shape>
        </w:pict>
      </w:r>
      <w:r>
        <w:rPr>
          <w:rFonts w:ascii="宋体" w:hAnsi="宋体" w:eastAsia="宋体" w:cs="宋体"/>
          <w:color w:val="000000"/>
        </w:rPr>
        <w:t>，在下图中补全图形，并求出</w:t>
      </w:r>
      <w:r>
        <w:pict>
          <v:shape id="_x0000_i71574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916" o:title="eqIddc9f91270ddbe1cf3c1362e1b95aee14"/>
            <o:lock v:ext="edit" aspectratio="t"/>
            <w10:wrap type="none"/>
            <w10:anchorlock/>
          </v:shape>
        </w:pict>
      </w:r>
      <w:r>
        <w:rPr>
          <w:rFonts w:ascii="宋体" w:hAnsi="宋体" w:eastAsia="宋体" w:cs="宋体"/>
          <w:color w:val="000000"/>
        </w:rPr>
        <w:t>的大小；</w:t>
      </w:r>
    </w:p>
    <w:p>
      <w:pPr>
        <w:spacing w:line="360" w:lineRule="auto"/>
        <w:jc w:val="left"/>
        <w:textAlignment w:val="center"/>
        <w:rPr>
          <w:color w:val="000000"/>
        </w:rPr>
      </w:pPr>
      <w:r>
        <w:rPr>
          <w:color w:val="000000"/>
        </w:rPr>
        <w:drawing>
          <wp:inline distT="0" distB="0" distL="114300" distR="114300">
            <wp:extent cx="1752600" cy="228600"/>
            <wp:effectExtent l="0" t="0" r="0" b="0"/>
            <wp:docPr id="3581"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 name="图片 100025" descr="学科网(www.zxxk.com)--教育资源门户，提供试卷、教案、课件、论文、素材以及各类教学资源下载，还有大量而丰富的教学相关资讯！"/>
                    <pic:cNvPicPr>
                      <a:picLocks noChangeAspect="1"/>
                    </pic:cNvPicPr>
                  </pic:nvPicPr>
                  <pic:blipFill>
                    <a:blip r:embed="rId917"/>
                    <a:stretch>
                      <a:fillRect/>
                    </a:stretch>
                  </pic:blipFill>
                  <pic:spPr>
                    <a:xfrm>
                      <a:off x="0" y="0"/>
                      <a:ext cx="1752600" cy="228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（2）</w:t>
      </w:r>
      <w:r>
        <w:rPr>
          <w:rFonts w:ascii="宋体" w:hAnsi="宋体" w:eastAsia="宋体" w:cs="宋体"/>
          <w:color w:val="000000"/>
        </w:rPr>
        <w:t>射线</w:t>
      </w:r>
      <w:r>
        <w:pict>
          <v:shape id="_x0000_i715743"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919" o:title="eqIda299d2b999568e80be8005565ba209a4"/>
            <o:lock v:ext="edit" aspectratio="t"/>
            <w10:wrap type="none"/>
            <w10:anchorlock/>
          </v:shape>
        </w:pict>
      </w:r>
      <w:r>
        <w:rPr>
          <w:rFonts w:ascii="宋体" w:hAnsi="宋体" w:eastAsia="宋体" w:cs="宋体"/>
          <w:color w:val="000000"/>
        </w:rPr>
        <w:t>是</w:t>
      </w:r>
      <w:r>
        <w:pict>
          <v:shape id="_x0000_i715744"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920" o:title="eqId9fed1f57a835af4e9022e27603d12d31"/>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583" name="图片 1893597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 name="图片 1893597603"/>
                    <pic:cNvPicPr>
                      <a:picLocks noChangeAspect="1"/>
                    </pic:cNvPicPr>
                  </pic:nvPicPr>
                  <pic:blipFill>
                    <a:blip r:embed="rId91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角平分线；</w:t>
      </w:r>
    </w:p>
    <w:p>
      <w:pPr>
        <w:spacing w:line="360" w:lineRule="auto"/>
        <w:jc w:val="left"/>
        <w:textAlignment w:val="center"/>
        <w:rPr>
          <w:color w:val="000000"/>
        </w:rPr>
      </w:pPr>
      <w:r>
        <w:rPr>
          <w:rFonts w:ascii="宋体" w:hAnsi="宋体" w:eastAsia="宋体" w:cs="宋体"/>
          <w:color w:val="000000"/>
        </w:rPr>
        <w:t>①如下图，当</w:t>
      </w:r>
      <w:r>
        <w:pict>
          <v:shape id="_x0000_i715745"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921" o:title="eqIdacc675ebe389ce677979fa9f84423bc4"/>
            <o:lock v:ext="edit" aspectratio="t"/>
            <w10:wrap type="none"/>
            <w10:anchorlock/>
          </v:shape>
        </w:pict>
      </w:r>
      <w:r>
        <w:rPr>
          <w:rFonts w:ascii="宋体" w:hAnsi="宋体" w:eastAsia="宋体" w:cs="宋体"/>
          <w:color w:val="000000"/>
        </w:rPr>
        <w:t>时，用等式表示</w:t>
      </w:r>
      <w:r>
        <w:pict>
          <v:shape id="_x0000_i715746"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922" o:title="eqId7307ac7510cf35f74337d368b94da4e5"/>
            <o:lock v:ext="edit" aspectratio="t"/>
            <w10:wrap type="none"/>
            <w10:anchorlock/>
          </v:shape>
        </w:pict>
      </w:r>
      <w:r>
        <w:rPr>
          <w:rFonts w:ascii="宋体" w:hAnsi="宋体" w:eastAsia="宋体" w:cs="宋体"/>
          <w:color w:val="000000"/>
        </w:rPr>
        <w:t>与</w:t>
      </w:r>
      <w:r>
        <w:pict>
          <v:shape id="_x0000_i715747"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923" o:title="eqId955c43457ada30fd2b01d2c058a43d7a"/>
            <o:lock v:ext="edit" aspectratio="t"/>
            <w10:wrap type="none"/>
            <w10:anchorlock/>
          </v:shape>
        </w:pict>
      </w:r>
      <w:r>
        <w:rPr>
          <w:rFonts w:ascii="宋体" w:hAnsi="宋体" w:eastAsia="宋体" w:cs="宋体"/>
          <w:color w:val="000000"/>
        </w:rPr>
        <w:t>的数量关系，并证明；</w:t>
      </w:r>
    </w:p>
    <w:p>
      <w:pPr>
        <w:spacing w:line="360" w:lineRule="auto"/>
        <w:jc w:val="left"/>
        <w:textAlignment w:val="center"/>
        <w:rPr>
          <w:color w:val="000000"/>
        </w:rPr>
      </w:pPr>
      <w:r>
        <w:rPr>
          <w:color w:val="000000"/>
        </w:rPr>
        <w:drawing>
          <wp:inline distT="0" distB="0" distL="114300" distR="114300">
            <wp:extent cx="1800225" cy="1085850"/>
            <wp:effectExtent l="0" t="0" r="0" b="0"/>
            <wp:docPr id="3585"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6" name="图片 100027" descr="学科网(www.zxxk.com)--教育资源门户，提供试卷、教案、课件、论文、素材以及各类教学资源下载，还有大量而丰富的教学相关资讯！"/>
                    <pic:cNvPicPr>
                      <a:picLocks noChangeAspect="1"/>
                    </pic:cNvPicPr>
                  </pic:nvPicPr>
                  <pic:blipFill>
                    <a:blip r:embed="rId924"/>
                    <a:stretch>
                      <a:fillRect/>
                    </a:stretch>
                  </pic:blipFill>
                  <pic:spPr>
                    <a:xfrm>
                      <a:off x="0" y="0"/>
                      <a:ext cx="1800225" cy="1085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②当</w:t>
      </w:r>
      <w:r>
        <w:pict>
          <v:shape id="_x0000_i715748"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925" o:title="eqId89ac104cf10016622b404ff6c4902bb7"/>
            <o:lock v:ext="edit" aspectratio="t"/>
            <w10:wrap type="none"/>
            <w10:anchorlock/>
          </v:shape>
        </w:pict>
      </w:r>
      <w:r>
        <w:rPr>
          <w:rFonts w:ascii="宋体" w:hAnsi="宋体" w:eastAsia="宋体" w:cs="宋体"/>
          <w:color w:val="000000"/>
        </w:rPr>
        <w:t>，且</w:t>
      </w:r>
      <w:r>
        <w:pict>
          <v:shape id="_x0000_i715749" o:spt="75" alt="学科网(www.zxxk.com)--教育资源门户，提供试卷、教案、课件、论文、素材以及各类教学资源下载，还有大量而丰富的教学相关资讯！" type="#_x0000_t75" style="height:14.25pt;width:117.75pt;" o:ole="t" filled="f" o:preferrelative="t" stroked="f" coordsize="21600,21600">
            <v:path/>
            <v:fill on="f" focussize="0,0"/>
            <v:stroke on="f" joinstyle="miter"/>
            <v:imagedata r:id="rId926" o:title="eqId67cd2d5292dff007b4f6a3e478818a94"/>
            <o:lock v:ext="edit" aspectratio="t"/>
            <w10:wrap type="none"/>
            <w10:anchorlock/>
          </v:shape>
        </w:pict>
      </w:r>
      <w:r>
        <w:rPr>
          <w:rFonts w:ascii="宋体" w:hAnsi="宋体" w:eastAsia="宋体" w:cs="宋体"/>
          <w:color w:val="000000"/>
        </w:rPr>
        <w:t>时，直接写出</w:t>
      </w:r>
      <w:r>
        <w:pict>
          <v:shape id="_x0000_i715750"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927" o:title="eqId7307ac7510cf35f74337d368b94da4e5"/>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drawing>
          <wp:inline distT="0" distB="0" distL="114300" distR="114300">
            <wp:extent cx="1781175" cy="428625"/>
            <wp:effectExtent l="0" t="0" r="0" b="0"/>
            <wp:docPr id="3587"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 name="图片 100029" descr="学科网(www.zxxk.com)--教育资源门户，提供试卷、教案、课件、论文、素材以及各类教学资源下载，还有大量而丰富的教学相关资讯！"/>
                    <pic:cNvPicPr>
                      <a:picLocks noChangeAspect="1"/>
                    </pic:cNvPicPr>
                  </pic:nvPicPr>
                  <pic:blipFill>
                    <a:blip r:embed="rId928"/>
                    <a:stretch>
                      <a:fillRect/>
                    </a:stretch>
                  </pic:blipFill>
                  <pic:spPr>
                    <a:xfrm>
                      <a:off x="0" y="0"/>
                      <a:ext cx="1781175" cy="4286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（1）</w:t>
      </w:r>
      <w:r>
        <w:pict>
          <v:shape id="_x0000_i715751" o:spt="75" alt="学科网(www.zxxk.com)--教育资源门户，提供试卷、教案、课件、论文、素材以及各类教学资源下载，还有大量而丰富的教学相关资讯！" type="#_x0000_t75" style="height:13.8pt;width:66pt;" o:ole="t" filled="f" o:preferrelative="t" stroked="f" coordsize="21600,21600">
            <v:path/>
            <v:fill on="f" focussize="0,0"/>
            <v:stroke on="f" joinstyle="miter"/>
            <v:imagedata r:id="rId929" o:title="eqId5314ff3271c227f25ea513fa489fb375"/>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w:t>
      </w:r>
      <w:r>
        <w:pict>
          <v:shape id="_x0000_i715752" o:spt="75" alt="学科网(www.zxxk.com)--教育资源门户，提供试卷、教案、课件、论文、素材以及各类教学资源下载，还有大量而丰富的教学相关资讯！" type="#_x0000_t75" style="height:14pt;width:93pt;" o:ole="t" filled="f" o:preferrelative="t" stroked="f" coordsize="21600,21600">
            <v:path/>
            <v:fill on="f" focussize="0,0"/>
            <v:stroke on="f" joinstyle="miter"/>
            <v:imagedata r:id="rId930" o:title="eqId62bdfcc1f0322496d2f0fbb5fba9bed7"/>
            <o:lock v:ext="edit" aspectratio="t"/>
            <w10:wrap type="none"/>
            <w10:anchorlock/>
          </v:shape>
        </w:pict>
      </w:r>
      <w:r>
        <w:rPr>
          <w:rFonts w:ascii="宋体" w:hAnsi="宋体" w:eastAsia="宋体" w:cs="宋体"/>
          <w:color w:val="000000"/>
        </w:rPr>
        <w:t>，理由见解析；②</w:t>
      </w:r>
      <w:r>
        <w:pict>
          <v:shape id="_x0000_i715753"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931" o:title="eqIdbdc07f826f7eba5f7952d954e6d0ee81"/>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本题考查了角的运算，角平分线的定义．</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）按照题意补全图形，利用角平分线的定义求得</w:t>
      </w:r>
      <w:r>
        <w:pict>
          <v:shape id="_x0000_i715754"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932" o:title="eqIdbe616944953f6020d8b7e41741d8e14a"/>
            <o:lock v:ext="edit" aspectratio="t"/>
            <w10:wrap type="none"/>
            <w10:anchorlock/>
          </v:shape>
        </w:pict>
      </w:r>
      <w:r>
        <w:rPr>
          <w:rFonts w:ascii="宋体" w:hAnsi="宋体" w:eastAsia="宋体" w:cs="宋体"/>
          <w:color w:val="000000"/>
        </w:rPr>
        <w:t>，再利用对顶角相等求得</w:t>
      </w:r>
      <w:r>
        <w:pict>
          <v:shape id="_x0000_i715755" o:spt="75" alt="学科网(www.zxxk.com)--教育资源门户，提供试卷、教案、课件、论文、素材以及各类教学资源下载，还有大量而丰富的教学相关资讯！" type="#_x0000_t75" style="height:14pt;width:66pt;" o:ole="t" filled="f" o:preferrelative="t" stroked="f" coordsize="21600,21600">
            <v:path/>
            <v:fill on="f" focussize="0,0"/>
            <v:stroke on="f" joinstyle="miter"/>
            <v:imagedata r:id="rId933" o:title="eqId549c51885482bde9fec50325b4ca5211"/>
            <o:lock v:ext="edit" aspectratio="t"/>
            <w10:wrap type="none"/>
            <w10:anchorlock/>
          </v:shape>
        </w:pict>
      </w:r>
      <w:r>
        <w:rPr>
          <w:rFonts w:ascii="宋体" w:hAnsi="宋体" w:eastAsia="宋体" w:cs="宋体"/>
          <w:color w:val="000000"/>
        </w:rPr>
        <w:t>，据此求解即可；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）①设</w:t>
      </w:r>
      <w:r>
        <w:pict>
          <v:shape id="_x0000_i715756" o:spt="75" alt="学科网(www.zxxk.com)--教育资源门户，提供试卷、教案、课件、论文、素材以及各类教学资源下载，还有大量而丰富的教学相关资讯！" type="#_x0000_t75" style="height:12.75pt;width:49.5pt;" o:ole="t" filled="f" o:preferrelative="t" stroked="f" coordsize="21600,21600">
            <v:path/>
            <v:fill on="f" focussize="0,0"/>
            <v:stroke on="f" joinstyle="miter"/>
            <v:imagedata r:id="rId934" o:title="eqIdeec6ce73c6786d50028addff089bbb64"/>
            <o:lock v:ext="edit" aspectratio="t"/>
            <w10:wrap type="none"/>
            <w10:anchorlock/>
          </v:shape>
        </w:pict>
      </w:r>
      <w:r>
        <w:rPr>
          <w:rFonts w:ascii="宋体" w:hAnsi="宋体" w:eastAsia="宋体" w:cs="宋体"/>
          <w:color w:val="000000"/>
        </w:rPr>
        <w:t>，</w:t>
      </w:r>
      <w:r>
        <w:pict>
          <v:shape id="_x0000_i715757" o:spt="75" alt="学科网(www.zxxk.com)--教育资源门户，提供试卷、教案、课件、论文、素材以及各类教学资源下载，还有大量而丰富的教学相关资讯！" type="#_x0000_t75" style="height:16pt;width:109pt;" o:ole="t" filled="f" o:preferrelative="t" stroked="f" coordsize="21600,21600">
            <v:path/>
            <v:fill on="f" focussize="0,0"/>
            <v:stroke on="f" joinstyle="miter"/>
            <v:imagedata r:id="rId935" o:title="eqId728b77ee7fa30f90b355f60310b10660"/>
            <o:lock v:ext="edit" aspectratio="t"/>
            <w10:wrap type="none"/>
            <w10:anchorlock/>
          </v:shape>
        </w:pict>
      </w:r>
      <w:r>
        <w:rPr>
          <w:rFonts w:ascii="宋体" w:hAnsi="宋体" w:eastAsia="宋体" w:cs="宋体"/>
          <w:color w:val="000000"/>
        </w:rPr>
        <w:t>，利用角平分线的定义计算即可求得</w:t>
      </w:r>
      <w:r>
        <w:pict>
          <v:shape id="_x0000_i715758" o:spt="75" alt="学科网(www.zxxk.com)--教育资源门户，提供试卷、教案、课件、论文、素材以及各类教学资源下载，还有大量而丰富的教学相关资讯！" type="#_x0000_t75" style="height:14pt;width:93pt;" o:ole="t" filled="f" o:preferrelative="t" stroked="f" coordsize="21600,21600">
            <v:path/>
            <v:fill on="f" focussize="0,0"/>
            <v:stroke on="f" joinstyle="miter"/>
            <v:imagedata r:id="rId936" o:title="eqId62bdfcc1f0322496d2f0fbb5fba9bed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②设</w:t>
      </w:r>
      <w:r>
        <w:pict>
          <v:shape id="_x0000_i715759"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937" o:title="eqIdf5fee1d1e53fc046d168fabf58ad0225"/>
            <o:lock v:ext="edit" aspectratio="t"/>
            <w10:wrap type="none"/>
            <w10:anchorlock/>
          </v:shape>
        </w:pict>
      </w:r>
      <w:r>
        <w:rPr>
          <w:rFonts w:ascii="宋体" w:hAnsi="宋体" w:eastAsia="宋体" w:cs="宋体"/>
          <w:color w:val="000000"/>
        </w:rPr>
        <w:t>，</w:t>
      </w:r>
      <w:r>
        <w:pict>
          <v:shape id="_x0000_i715760" o:spt="75" alt="学科网(www.zxxk.com)--教育资源门户，提供试卷、教案、课件、论文、素材以及各类教学资源下载，还有大量而丰富的教学相关资讯！" type="#_x0000_t75" style="height:16pt;width:55pt;" o:ole="t" filled="f" o:preferrelative="t" stroked="f" coordsize="21600,21600">
            <v:path/>
            <v:fill on="f" focussize="0,0"/>
            <v:stroke on="f" joinstyle="miter"/>
            <v:imagedata r:id="rId938" o:title="eqId79e0d0759fc23c91c4d5ff6a7150459b"/>
            <o:lock v:ext="edit" aspectratio="t"/>
            <w10:wrap type="none"/>
            <w10:anchorlock/>
          </v:shape>
        </w:pict>
      </w:r>
      <w:r>
        <w:rPr>
          <w:rFonts w:ascii="宋体" w:hAnsi="宋体" w:eastAsia="宋体" w:cs="宋体"/>
          <w:color w:val="000000"/>
        </w:rPr>
        <w:t>，根据题意求得</w:t>
      </w:r>
      <w:r>
        <w:pict>
          <v:shape id="_x0000_i715761" o:spt="75" alt="学科网(www.zxxk.com)--教育资源门户，提供试卷、教案、课件、论文、素材以及各类教学资源下载，还有大量而丰富的教学相关资讯！" type="#_x0000_t75" style="height:14pt;width:84pt;" o:ole="t" filled="f" o:preferrelative="t" stroked="f" coordsize="21600,21600">
            <v:path/>
            <v:fill on="f" focussize="0,0"/>
            <v:stroke on="f" joinstyle="miter"/>
            <v:imagedata r:id="rId939" o:title="eqIdb11308b2654ca05554dd1a04d0b78828"/>
            <o:lock v:ext="edit" aspectratio="t"/>
            <w10:wrap type="none"/>
            <w10:anchorlock/>
          </v:shape>
        </w:pict>
      </w:r>
      <w:r>
        <w:rPr>
          <w:rFonts w:ascii="宋体" w:hAnsi="宋体" w:eastAsia="宋体" w:cs="宋体"/>
          <w:color w:val="000000"/>
        </w:rPr>
        <w:t>，</w:t>
      </w:r>
      <w:r>
        <w:pict>
          <v:shape id="_x0000_i715762" o:spt="75" alt="学科网(www.zxxk.com)--教育资源门户，提供试卷、教案、课件、论文、素材以及各类教学资源下载，还有大量而丰富的教学相关资讯！" type="#_x0000_t75" style="height:16pt;width:74pt;" o:ole="t" filled="f" o:preferrelative="t" stroked="f" coordsize="21600,21600">
            <v:path/>
            <v:fill on="f" focussize="0,0"/>
            <v:stroke on="f" joinstyle="miter"/>
            <v:imagedata r:id="rId940" o:title="eqIdf887c86d8c326dfed3f7e28a88f1d91f"/>
            <o:lock v:ext="edit" aspectratio="t"/>
            <w10:wrap type="none"/>
            <w10:anchorlock/>
          </v:shape>
        </w:pict>
      </w:r>
      <w:r>
        <w:rPr>
          <w:rFonts w:ascii="宋体" w:hAnsi="宋体" w:eastAsia="宋体" w:cs="宋体"/>
          <w:color w:val="000000"/>
        </w:rPr>
        <w:t>，再根据角平分线的定义列式计算即可求解．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解：补全图形如图所示，</w:t>
      </w:r>
    </w:p>
    <w:p>
      <w:pPr>
        <w:spacing w:line="360" w:lineRule="auto"/>
        <w:jc w:val="left"/>
        <w:textAlignment w:val="center"/>
        <w:rPr>
          <w:color w:val="000000"/>
        </w:rPr>
      </w:pPr>
      <w:r>
        <w:rPr>
          <w:color w:val="000000"/>
        </w:rPr>
        <w:drawing>
          <wp:inline distT="0" distB="0" distL="114300" distR="114300">
            <wp:extent cx="1828800" cy="1114425"/>
            <wp:effectExtent l="0" t="0" r="0" b="0"/>
            <wp:docPr id="3589"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 name="图片 100031" descr="学科网(www.zxxk.com)--教育资源门户，提供试卷、教案、课件、论文、素材以及各类教学资源下载，还有大量而丰富的教学相关资讯！"/>
                    <pic:cNvPicPr>
                      <a:picLocks noChangeAspect="1"/>
                    </pic:cNvPicPr>
                  </pic:nvPicPr>
                  <pic:blipFill>
                    <a:blip r:embed="rId941"/>
                    <a:stretch>
                      <a:fillRect/>
                    </a:stretch>
                  </pic:blipFill>
                  <pic:spPr>
                    <a:xfrm>
                      <a:off x="0" y="0"/>
                      <a:ext cx="1828800" cy="11144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5763"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942" o:title="eqId338443f4002090226c13fb88f9057853"/>
            <o:lock v:ext="edit" aspectratio="t"/>
            <w10:wrap type="none"/>
            <w10:anchorlock/>
          </v:shape>
        </w:pict>
      </w:r>
      <w:r>
        <w:rPr>
          <w:rFonts w:ascii="宋体" w:hAnsi="宋体" w:eastAsia="宋体" w:cs="宋体"/>
          <w:color w:val="000000"/>
        </w:rPr>
        <w:t>，</w:t>
      </w:r>
      <w:r>
        <w:pict>
          <v:shape id="_x0000_i715764"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943" o:title="eqIdb90e0f35eda1a729fed485f83da5ea9d"/>
            <o:lock v:ext="edit" aspectratio="t"/>
            <w10:wrap type="none"/>
            <w10:anchorlock/>
          </v:shape>
        </w:pict>
      </w:r>
      <w:r>
        <w:rPr>
          <w:rFonts w:ascii="宋体" w:hAnsi="宋体" w:eastAsia="宋体" w:cs="宋体"/>
          <w:color w:val="000000"/>
        </w:rPr>
        <w:t>是</w:t>
      </w:r>
      <w:r>
        <w:pict>
          <v:shape id="_x0000_i715765"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944" o:title="eqId826fa702e700b8536f77e44b134ce334"/>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5766" o:spt="75" alt="学科网(www.zxxk.com)--教育资源门户，提供试卷、教案、课件、论文、素材以及各类教学资源下载，还有大量而丰富的教学相关资讯！" type="#_x0000_t75" style="height:31pt;width:120pt;" o:ole="t" filled="f" o:preferrelative="t" stroked="f" coordsize="21600,21600">
            <v:path/>
            <v:fill on="f" focussize="0,0"/>
            <v:stroke on="f" joinstyle="miter"/>
            <v:imagedata r:id="rId945" o:title="eqIdd1615f744da9cad3f710876b7f8483a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67"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946" o:title="eqId3331c4db2d90f2347b2cf3cd332da8f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68" o:spt="75" alt="学科网(www.zxxk.com)--教育资源门户，提供试卷、教案、课件、论文、素材以及各类教学资源下载，还有大量而丰富的教学相关资讯！" type="#_x0000_t75" style="height:14pt;width:122pt;" o:ole="t" filled="f" o:preferrelative="t" stroked="f" coordsize="21600,21600">
            <v:path/>
            <v:fill on="f" focussize="0,0"/>
            <v:stroke on="f" joinstyle="miter"/>
            <v:imagedata r:id="rId947" o:title="eqIdd9f2a577fee4a202278489ddc835af6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69" o:spt="75" alt="学科网(www.zxxk.com)--教育资源门户，提供试卷、教案、课件、论文、素材以及各类教学资源下载，还有大量而丰富的教学相关资讯！" type="#_x0000_t75" style="height:14pt;width:158pt;" o:ole="t" filled="f" o:preferrelative="t" stroked="f" coordsize="21600,21600">
            <v:path/>
            <v:fill on="f" focussize="0,0"/>
            <v:stroke on="f" joinstyle="miter"/>
            <v:imagedata r:id="rId948" o:title="eqIde4b1d8782703addfe8437588e6ef7ca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70" o:spt="75" alt="学科网(www.zxxk.com)--教育资源门户，提供试卷、教案、课件、论文、素材以及各类教学资源下载，还有大量而丰富的教学相关资讯！" type="#_x0000_t75" style="height:14pt;width:124pt;" o:ole="t" filled="f" o:preferrelative="t" stroked="f" coordsize="21600,21600">
            <v:path/>
            <v:fill on="f" focussize="0,0"/>
            <v:stroke on="f" joinstyle="miter"/>
            <v:imagedata r:id="rId949" o:title="eqId5f2a47dcd5b2cf71501071da72dc6c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解：①</w:t>
      </w:r>
      <w:r>
        <w:pict>
          <v:shape id="_x0000_i715771" o:spt="75" alt="学科网(www.zxxk.com)--教育资源门户，提供试卷、教案、课件、论文、素材以及各类教学资源下载，还有大量而丰富的教学相关资讯！" type="#_x0000_t75" style="height:14pt;width:93pt;" o:ole="t" filled="f" o:preferrelative="t" stroked="f" coordsize="21600,21600">
            <v:path/>
            <v:fill on="f" focussize="0,0"/>
            <v:stroke on="f" joinstyle="miter"/>
            <v:imagedata r:id="rId950" o:title="eqId62bdfcc1f0322496d2f0fbb5fba9bed7"/>
            <o:lock v:ext="edit" aspectratio="t"/>
            <w10:wrap type="none"/>
            <w10:anchorlock/>
          </v:shape>
        </w:pict>
      </w:r>
      <w:r>
        <w:rPr>
          <w:rFonts w:ascii="宋体" w:hAnsi="宋体" w:eastAsia="宋体" w:cs="宋体"/>
          <w:color w:val="000000"/>
        </w:rPr>
        <w:t>，理由如下，</w:t>
      </w:r>
    </w:p>
    <w:p>
      <w:pPr>
        <w:spacing w:line="360" w:lineRule="auto"/>
        <w:jc w:val="left"/>
        <w:textAlignment w:val="center"/>
        <w:rPr>
          <w:color w:val="000000"/>
        </w:rPr>
      </w:pPr>
      <w:r>
        <w:rPr>
          <w:rFonts w:ascii="宋体" w:hAnsi="宋体" w:eastAsia="宋体" w:cs="宋体"/>
          <w:color w:val="000000"/>
        </w:rPr>
        <w:t>设</w:t>
      </w:r>
      <w:r>
        <w:pict>
          <v:shape id="_x0000_i715772" o:spt="75" alt="学科网(www.zxxk.com)--教育资源门户，提供试卷、教案、课件、论文、素材以及各类教学资源下载，还有大量而丰富的教学相关资讯！" type="#_x0000_t75" style="height:12.75pt;width:49.5pt;" o:ole="t" filled="f" o:preferrelative="t" stroked="f" coordsize="21600,21600">
            <v:path/>
            <v:fill on="f" focussize="0,0"/>
            <v:stroke on="f" joinstyle="miter"/>
            <v:imagedata r:id="rId951" o:title="eqIdeec6ce73c6786d50028addff089bbb64"/>
            <o:lock v:ext="edit" aspectratio="t"/>
            <w10:wrap type="none"/>
            <w10:anchorlock/>
          </v:shape>
        </w:pict>
      </w:r>
      <w:r>
        <w:rPr>
          <w:rFonts w:ascii="宋体" w:hAnsi="宋体" w:eastAsia="宋体" w:cs="宋体"/>
          <w:color w:val="000000"/>
        </w:rPr>
        <w:t>，</w:t>
      </w:r>
      <w:r>
        <w:pict>
          <v:shape id="_x0000_i715773" o:spt="75" alt="学科网(www.zxxk.com)--教育资源门户，提供试卷、教案、课件、论文、素材以及各类教学资源下载，还有大量而丰富的教学相关资讯！" type="#_x0000_t75" style="height:16pt;width:109pt;" o:ole="t" filled="f" o:preferrelative="t" stroked="f" coordsize="21600,21600">
            <v:path/>
            <v:fill on="f" focussize="0,0"/>
            <v:stroke on="f" joinstyle="miter"/>
            <v:imagedata r:id="rId952" o:title="eqId728b77ee7fa30f90b355f60310b1066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43075" cy="1057275"/>
            <wp:effectExtent l="0" t="0" r="0" b="0"/>
            <wp:docPr id="3591"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 name="图片 100033" descr="学科网(www.zxxk.com)--教育资源门户，提供试卷、教案、课件、论文、素材以及各类教学资源下载，还有大量而丰富的教学相关资讯！"/>
                    <pic:cNvPicPr>
                      <a:picLocks noChangeAspect="1"/>
                    </pic:cNvPicPr>
                  </pic:nvPicPr>
                  <pic:blipFill>
                    <a:blip r:embed="rId953"/>
                    <a:stretch>
                      <a:fillRect/>
                    </a:stretch>
                  </pic:blipFill>
                  <pic:spPr>
                    <a:xfrm>
                      <a:off x="0" y="0"/>
                      <a:ext cx="1743075" cy="1057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5774"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954" o:title="eqIdb90e0f35eda1a729fed485f83da5ea9d"/>
            <o:lock v:ext="edit" aspectratio="t"/>
            <w10:wrap type="none"/>
            <w10:anchorlock/>
          </v:shape>
        </w:pict>
      </w:r>
      <w:r>
        <w:rPr>
          <w:rFonts w:ascii="宋体" w:hAnsi="宋体" w:eastAsia="宋体" w:cs="宋体"/>
          <w:color w:val="000000"/>
        </w:rPr>
        <w:t>是</w:t>
      </w:r>
      <w:r>
        <w:pict>
          <v:shape id="_x0000_i715775"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955" o:title="eqId826fa702e700b8536f77e44b134ce334"/>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5776" o:spt="75" alt="学科网(www.zxxk.com)--教育资源门户，提供试卷、教案、课件、论文、素材以及各类教学资源下载，还有大量而丰富的教学相关资讯！" type="#_x0000_t75" style="height:14pt;width:103pt;" o:ole="t" filled="f" o:preferrelative="t" stroked="f" coordsize="21600,21600">
            <v:path/>
            <v:fill on="f" focussize="0,0"/>
            <v:stroke on="f" joinstyle="miter"/>
            <v:imagedata r:id="rId956" o:title="eqId74ed4dc9638ba33df7eb4a01001cfb0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77"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957" o:title="eqIda299d2b999568e80be8005565ba209a4"/>
            <o:lock v:ext="edit" aspectratio="t"/>
            <w10:wrap type="none"/>
            <w10:anchorlock/>
          </v:shape>
        </w:pict>
      </w:r>
      <w:r>
        <w:rPr>
          <w:rFonts w:ascii="宋体" w:hAnsi="宋体" w:eastAsia="宋体" w:cs="宋体"/>
          <w:color w:val="000000"/>
        </w:rPr>
        <w:t>是</w:t>
      </w:r>
      <w:r>
        <w:pict>
          <v:shape id="_x0000_i715778"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958" o:title="eqId9fed1f57a835af4e9022e27603d12d31"/>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5779" o:spt="75" alt="学科网(www.zxxk.com)--教育资源门户，提供试卷、教案、课件、论文、素材以及各类教学资源下载，还有大量而丰富的教学相关资讯！" type="#_x0000_t75" style="height:31pt;width:156pt;" o:ole="t" filled="f" o:preferrelative="t" stroked="f" coordsize="21600,21600">
            <v:path/>
            <v:fill on="f" focussize="0,0"/>
            <v:stroke on="f" joinstyle="miter"/>
            <v:imagedata r:id="rId959" o:title="eqId08d5f1d2489ad4163c832b494172ce3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80" o:spt="75" alt="学科网(www.zxxk.com)--教育资源门户，提供试卷、教案、课件、论文、素材以及各类教学资源下载，还有大量而丰富的教学相关资讯！" type="#_x0000_t75" style="height:31pt;width:237pt;" o:ole="t" filled="f" o:preferrelative="t" stroked="f" coordsize="21600,21600">
            <v:path/>
            <v:fill on="f" focussize="0,0"/>
            <v:stroke on="f" joinstyle="miter"/>
            <v:imagedata r:id="rId960" o:title="eqId14553b8bd6dd0468c9985a66554908c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81" o:spt="75" alt="学科网(www.zxxk.com)--教育资源门户，提供试卷、教案、课件、论文、素材以及各类教学资源下载，还有大量而丰富的教学相关资讯！" type="#_x0000_t75" style="height:14pt;width:93pt;" o:ole="t" filled="f" o:preferrelative="t" stroked="f" coordsize="21600,21600">
            <v:path/>
            <v:fill on="f" focussize="0,0"/>
            <v:stroke on="f" joinstyle="miter"/>
            <v:imagedata r:id="rId961" o:title="eqId62bdfcc1f0322496d2f0fbb5fba9bed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②设</w:t>
      </w:r>
      <w:r>
        <w:pict>
          <v:shape id="_x0000_i715782"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962" o:title="eqIdf5fee1d1e53fc046d168fabf58ad0225"/>
            <o:lock v:ext="edit" aspectratio="t"/>
            <w10:wrap type="none"/>
            <w10:anchorlock/>
          </v:shape>
        </w:pict>
      </w:r>
      <w:r>
        <w:rPr>
          <w:rFonts w:ascii="宋体" w:hAnsi="宋体" w:eastAsia="宋体" w:cs="宋体"/>
          <w:color w:val="000000"/>
        </w:rPr>
        <w:t>，</w:t>
      </w:r>
      <w:r>
        <w:pict>
          <v:shape id="_x0000_i715783" o:spt="75" alt="学科网(www.zxxk.com)--教育资源门户，提供试卷、教案、课件、论文、素材以及各类教学资源下载，还有大量而丰富的教学相关资讯！" type="#_x0000_t75" style="height:16pt;width:55pt;" o:ole="t" filled="f" o:preferrelative="t" stroked="f" coordsize="21600,21600">
            <v:path/>
            <v:fill on="f" focussize="0,0"/>
            <v:stroke on="f" joinstyle="miter"/>
            <v:imagedata r:id="rId963" o:title="eqId79e0d0759fc23c91c4d5ff6a7150459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19275" cy="1104900"/>
            <wp:effectExtent l="0" t="0" r="0" b="0"/>
            <wp:docPr id="3593"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 name="图片 100035" descr="学科网(www.zxxk.com)--教育资源门户，提供试卷、教案、课件、论文、素材以及各类教学资源下载，还有大量而丰富的教学相关资讯！"/>
                    <pic:cNvPicPr>
                      <a:picLocks noChangeAspect="1"/>
                    </pic:cNvPicPr>
                  </pic:nvPicPr>
                  <pic:blipFill>
                    <a:blip r:embed="rId964"/>
                    <a:stretch>
                      <a:fillRect/>
                    </a:stretch>
                  </pic:blipFill>
                  <pic:spPr>
                    <a:xfrm>
                      <a:off x="0" y="0"/>
                      <a:ext cx="1819275" cy="1104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5784" o:spt="75" alt="学科网(www.zxxk.com)--教育资源门户，提供试卷、教案、课件、论文、素材以及各类教学资源下载，还有大量而丰富的教学相关资讯！" type="#_x0000_t75" style="height:14.25pt;width:117.75pt;" o:ole="t" filled="f" o:preferrelative="t" stroked="f" coordsize="21600,21600">
            <v:path/>
            <v:fill on="f" focussize="0,0"/>
            <v:stroke on="f" joinstyle="miter"/>
            <v:imagedata r:id="rId965" o:title="eqId67cd2d5292dff007b4f6a3e478818a9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85" o:spt="75" alt="学科网(www.zxxk.com)--教育资源门户，提供试卷、教案、课件、论文、素材以及各类教学资源下载，还有大量而丰富的教学相关资讯！" type="#_x0000_t75" style="height:14pt;width:91pt;" o:ole="t" filled="f" o:preferrelative="t" stroked="f" coordsize="21600,21600">
            <v:path/>
            <v:fill on="f" focussize="0,0"/>
            <v:stroke on="f" joinstyle="miter"/>
            <v:imagedata r:id="rId966" o:title="eqId9ca4b603bf227de6c2070eaeef0eeb9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86" o:spt="75" alt="学科网(www.zxxk.com)--教育资源门户，提供试卷、教案、课件、论文、素材以及各类教学资源下载，还有大量而丰富的教学相关资讯！" type="#_x0000_t75" style="height:14pt;width:166pt;" o:ole="t" filled="f" o:preferrelative="t" stroked="f" coordsize="21600,21600">
            <v:path/>
            <v:fill on="f" focussize="0,0"/>
            <v:stroke on="f" joinstyle="miter"/>
            <v:imagedata r:id="rId967" o:title="eqIdb4c665ddd3a0108e5db701689da5594b"/>
            <o:lock v:ext="edit" aspectratio="t"/>
            <w10:wrap type="none"/>
            <w10:anchorlock/>
          </v:shape>
        </w:pict>
      </w:r>
      <w:r>
        <w:rPr>
          <w:rFonts w:ascii="宋体" w:hAnsi="宋体" w:eastAsia="宋体" w:cs="宋体"/>
          <w:color w:val="000000"/>
        </w:rPr>
        <w:t>，</w:t>
      </w:r>
      <w:r>
        <w:pict>
          <v:shape id="_x0000_i715787"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968" o:title="eqIdb90e0f35eda1a729fed485f83da5ea9d"/>
            <o:lock v:ext="edit" aspectratio="t"/>
            <w10:wrap type="none"/>
            <w10:anchorlock/>
          </v:shape>
        </w:pict>
      </w:r>
      <w:r>
        <w:rPr>
          <w:rFonts w:ascii="宋体" w:hAnsi="宋体" w:eastAsia="宋体" w:cs="宋体"/>
          <w:color w:val="000000"/>
        </w:rPr>
        <w:t>是</w:t>
      </w:r>
      <w:r>
        <w:pict>
          <v:shape id="_x0000_i715788"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969" o:title="eqId826fa702e700b8536f77e44b134ce334"/>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5789" o:spt="75" alt="学科网(www.zxxk.com)--教育资源门户，提供试卷、教案、课件、论文、素材以及各类教学资源下载，还有大量而丰富的教学相关资讯！" type="#_x0000_t75" style="height:16pt;width:102pt;" o:ole="t" filled="f" o:preferrelative="t" stroked="f" coordsize="21600,21600">
            <v:path/>
            <v:fill on="f" focussize="0,0"/>
            <v:stroke on="f" joinstyle="miter"/>
            <v:imagedata r:id="rId970" o:title="eqId3c73cf8015b65c5b1735fe0344034730"/>
            <o:lock v:ext="edit" aspectratio="t"/>
            <w10:wrap type="none"/>
            <w10:anchorlock/>
          </v:shape>
        </w:pict>
      </w:r>
      <w:r>
        <w:rPr>
          <w:rFonts w:ascii="宋体" w:hAnsi="宋体" w:eastAsia="宋体" w:cs="宋体"/>
          <w:color w:val="000000"/>
        </w:rPr>
        <w:t>，</w:t>
      </w:r>
      <w:r>
        <w:pict>
          <v:shape id="_x0000_i715790" o:spt="75" alt="学科网(www.zxxk.com)--教育资源门户，提供试卷、教案、课件、论文、素材以及各类教学资源下载，还有大量而丰富的教学相关资讯！" type="#_x0000_t75" style="height:16pt;width:74pt;" o:ole="t" filled="f" o:preferrelative="t" stroked="f" coordsize="21600,21600">
            <v:path/>
            <v:fill on="f" focussize="0,0"/>
            <v:stroke on="f" joinstyle="miter"/>
            <v:imagedata r:id="rId971" o:title="eqIdf887c86d8c326dfed3f7e28a88f1d91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91"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972" o:title="eqIda299d2b999568e80be8005565ba209a4"/>
            <o:lock v:ext="edit" aspectratio="t"/>
            <w10:wrap type="none"/>
            <w10:anchorlock/>
          </v:shape>
        </w:pict>
      </w:r>
      <w:r>
        <w:rPr>
          <w:rFonts w:ascii="宋体" w:hAnsi="宋体" w:eastAsia="宋体" w:cs="宋体"/>
          <w:color w:val="000000"/>
        </w:rPr>
        <w:t>是</w:t>
      </w:r>
      <w:r>
        <w:pict>
          <v:shape id="_x0000_i715792"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973" o:title="eqId9fed1f57a835af4e9022e27603d12d31"/>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rPr>
          <w:rFonts w:ascii="宋体" w:hAnsi="宋体" w:eastAsia="宋体" w:cs="宋体"/>
          <w:color w:val="000000"/>
        </w:rPr>
        <w:t>∴</w:t>
      </w:r>
      <w:r>
        <w:pict>
          <v:shape id="_x0000_i715793" o:spt="75" alt="学科网(www.zxxk.com)--教育资源门户，提供试卷、教案、课件、论文、素材以及各类教学资源下载，还有大量而丰富的教学相关资讯！" type="#_x0000_t75" style="height:14.4pt;width:81.2pt;" o:ole="t" filled="f" o:preferrelative="t" stroked="f" coordsize="21600,21600">
            <v:path/>
            <v:fill on="f" focussize="0,0"/>
            <v:stroke on="f" joinstyle="miter"/>
            <v:imagedata r:id="rId974" o:title="eqIdd1861d52204ad36b1aa26e4ce1a995f0"/>
            <o:lock v:ext="edit" aspectratio="t"/>
            <w10:wrap type="none"/>
            <w10:anchorlock/>
          </v:shape>
        </w:pict>
      </w:r>
      <w:r>
        <w:rPr>
          <w:rFonts w:ascii="宋体" w:hAnsi="宋体" w:eastAsia="宋体" w:cs="宋体"/>
          <w:color w:val="000000"/>
        </w:rPr>
        <w:t>，即</w:t>
      </w:r>
      <w:r>
        <w:pict>
          <v:shape id="_x0000_i715794" o:spt="75" alt="学科网(www.zxxk.com)--教育资源门户，提供试卷、教案、课件、论文、素材以及各类教学资源下载，还有大量而丰富的教学相关资讯！" type="#_x0000_t75" style="height:16pt;width:107pt;" o:ole="t" filled="f" o:preferrelative="t" stroked="f" coordsize="21600,21600">
            <v:path/>
            <v:fill on="f" focussize="0,0"/>
            <v:stroke on="f" joinstyle="miter"/>
            <v:imagedata r:id="rId975" o:title="eqId85a79126becd9f7fbba2538c46d513c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795"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976" o:title="eqId6b6b6fefc4f691b7ff673236d7544c6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796"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977" o:title="eqIdbdc07f826f7eba5f7952d954e6d0ee8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我们用数轴上的点</w:t>
      </w:r>
      <w:r>
        <w:rPr>
          <w:rFonts w:ascii="Times New Roman" w:hAnsi="Times New Roman" w:eastAsia="Times New Roman" w:cs="Times New Roman"/>
          <w:i/>
          <w:color w:val="000000"/>
        </w:rPr>
        <w:t>M</w:t>
      </w:r>
      <w:r>
        <w:rPr>
          <w:rFonts w:ascii="宋体" w:hAnsi="宋体" w:eastAsia="宋体" w:cs="宋体"/>
          <w:color w:val="000000"/>
        </w:rPr>
        <w:t>表示数</w:t>
      </w:r>
      <w:r>
        <w:pict>
          <v:shape id="_x0000_i715797"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978" o:title="eqIdea17ffdc0adcfb4f0ec4781c4e0186e9"/>
            <o:lock v:ext="edit" aspectratio="t"/>
            <w10:wrap type="none"/>
            <w10:anchorlock/>
          </v:shape>
        </w:pict>
      </w:r>
      <w:r>
        <w:rPr>
          <w:rFonts w:ascii="宋体" w:hAnsi="宋体" w:eastAsia="宋体" w:cs="宋体"/>
          <w:color w:val="000000"/>
        </w:rPr>
        <w:t>，给出以下定义：点</w:t>
      </w:r>
      <w:r>
        <w:pict>
          <v:shape id="_x0000_i71579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979" o:title="eqIddad2a36927223bd70f426ba06aea4b45"/>
            <o:lock v:ext="edit" aspectratio="t"/>
            <w10:wrap type="none"/>
            <w10:anchorlock/>
          </v:shape>
        </w:pict>
      </w:r>
      <w:r>
        <w:rPr>
          <w:rFonts w:ascii="宋体" w:hAnsi="宋体" w:eastAsia="宋体" w:cs="宋体"/>
          <w:color w:val="000000"/>
        </w:rPr>
        <w:t>为线段</w:t>
      </w:r>
      <w:r>
        <w:pict>
          <v:shape id="_x0000_i71579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80" o:title="eqIdf52a58fbaf4fea03567e88a9f0f6e37e"/>
            <o:lock v:ext="edit" aspectratio="t"/>
            <w10:wrap type="none"/>
            <w10:anchorlock/>
          </v:shape>
        </w:pict>
      </w:r>
      <w:r>
        <w:rPr>
          <w:rFonts w:ascii="宋体" w:hAnsi="宋体" w:eastAsia="宋体" w:cs="宋体"/>
          <w:color w:val="000000"/>
        </w:rPr>
        <w:t>上任意一点，点</w:t>
      </w:r>
      <w:r>
        <w:pict>
          <v:shape id="_x0000_i71580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981" o:title="eqIdacc290b44635265137fdf13146b6a6d9"/>
            <o:lock v:ext="edit" aspectratio="t"/>
            <w10:wrap type="none"/>
            <w10:anchorlock/>
          </v:shape>
        </w:pict>
      </w:r>
      <w:r>
        <w:rPr>
          <w:rFonts w:ascii="宋体" w:hAnsi="宋体" w:eastAsia="宋体" w:cs="宋体"/>
          <w:color w:val="000000"/>
        </w:rPr>
        <w:t>是线段</w:t>
      </w:r>
      <w:r>
        <w:pict>
          <v:shape id="_x0000_i71580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982" o:title="eqId9d78abbad68bbbf12af10cd40ef4c353"/>
            <o:lock v:ext="edit" aspectratio="t"/>
            <w10:wrap type="none"/>
            <w10:anchorlock/>
          </v:shape>
        </w:pict>
      </w:r>
      <w:r>
        <w:rPr>
          <w:rFonts w:ascii="宋体" w:hAnsi="宋体" w:eastAsia="宋体" w:cs="宋体"/>
          <w:color w:val="000000"/>
        </w:rPr>
        <w:t>上任意一点，若</w:t>
      </w:r>
      <w:r>
        <w:pict>
          <v:shape id="_x0000_i715802" o:spt="75" alt="学科网(www.zxxk.com)--教育资源门户，提供试卷、教案、课件、论文、素材以及各类教学资源下载，还有大量而丰富的教学相关资讯！" type="#_x0000_t75" style="height:22.05pt;width:42.05pt;" o:ole="t" filled="f" o:preferrelative="t" stroked="f" coordsize="21600,21600">
            <v:path/>
            <v:fill on="f" focussize="0,0"/>
            <v:stroke on="f" joinstyle="miter"/>
            <v:imagedata r:id="rId983" o:title="eqId74406e37a208a7843898300cd0013467"/>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i/>
          <w:color w:val="000000"/>
        </w:rPr>
        <w:t>s</w:t>
      </w:r>
      <w:r>
        <w:rPr>
          <w:rFonts w:ascii="宋体" w:hAnsi="宋体" w:eastAsia="宋体" w:cs="宋体"/>
          <w:color w:val="000000"/>
        </w:rPr>
        <w:t>，则称</w:t>
      </w:r>
      <w:r>
        <w:pict>
          <v:shape id="_x0000_i715803"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984" o:title="eqIdc5873c01192b7d33b7483f444f90b5b0"/>
            <o:lock v:ext="edit" aspectratio="t"/>
            <w10:wrap type="none"/>
            <w10:anchorlock/>
          </v:shape>
        </w:pict>
      </w:r>
      <w:r>
        <w:rPr>
          <w:rFonts w:ascii="宋体" w:hAnsi="宋体" w:eastAsia="宋体" w:cs="宋体"/>
          <w:color w:val="000000"/>
        </w:rPr>
        <w:t>为线段</w:t>
      </w:r>
      <w:r>
        <w:pict>
          <v:shape id="_x0000_i71580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80" o:title="eqIdf52a58fbaf4fea03567e88a9f0f6e37e"/>
            <o:lock v:ext="edit" aspectratio="t"/>
            <w10:wrap type="none"/>
            <w10:anchorlock/>
          </v:shape>
        </w:pict>
      </w:r>
      <w:r>
        <w:rPr>
          <w:rFonts w:ascii="宋体" w:hAnsi="宋体" w:eastAsia="宋体" w:cs="宋体"/>
          <w:color w:val="000000"/>
        </w:rPr>
        <w:t>与线段</w:t>
      </w:r>
      <w:r>
        <w:pict>
          <v:shape id="_x0000_i71580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982" o:title="eqId9d78abbad68bbbf12af10cd40ef4c353"/>
            <o:lock v:ext="edit" aspectratio="t"/>
            <w10:wrap type="none"/>
            <w10:anchorlock/>
          </v:shape>
        </w:pict>
      </w:r>
      <w:r>
        <w:rPr>
          <w:rFonts w:ascii="宋体" w:hAnsi="宋体" w:eastAsia="宋体" w:cs="宋体"/>
          <w:color w:val="000000"/>
        </w:rPr>
        <w:t>的“长久值”．如下图，当</w:t>
      </w:r>
      <w:r>
        <w:pict>
          <v:shape id="_x0000_i715806"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985" o:title="eqIdaed912b82a8dada35f29a1fc847bb7d2"/>
            <o:lock v:ext="edit" aspectratio="t"/>
            <w10:wrap type="none"/>
            <w10:anchorlock/>
          </v:shape>
        </w:pict>
      </w:r>
      <w:r>
        <w:rPr>
          <w:rFonts w:ascii="宋体" w:hAnsi="宋体" w:eastAsia="宋体" w:cs="宋体"/>
          <w:color w:val="000000"/>
        </w:rPr>
        <w:t>，</w:t>
      </w:r>
      <w:r>
        <w:pict>
          <v:shape id="_x0000_i715807"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86" o:title="eqIda0264b56b68afc164c3c64b6b3cc0eea"/>
            <o:lock v:ext="edit" aspectratio="t"/>
            <w10:wrap type="none"/>
            <w10:anchorlock/>
          </v:shape>
        </w:pict>
      </w:r>
      <w:r>
        <w:rPr>
          <w:rFonts w:ascii="宋体" w:hAnsi="宋体" w:eastAsia="宋体" w:cs="宋体"/>
          <w:color w:val="000000"/>
        </w:rPr>
        <w:t>，</w:t>
      </w:r>
      <w:r>
        <w:pict>
          <v:shape id="_x0000_i715808"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987" o:title="eqIde5b671192f556798e07513835eae3176"/>
            <o:lock v:ext="edit" aspectratio="t"/>
            <w10:wrap type="none"/>
            <w10:anchorlock/>
          </v:shape>
        </w:pict>
      </w:r>
      <w:r>
        <w:rPr>
          <w:rFonts w:ascii="宋体" w:hAnsi="宋体" w:eastAsia="宋体" w:cs="宋体"/>
          <w:color w:val="000000"/>
        </w:rPr>
        <w:t>，</w:t>
      </w:r>
      <w:r>
        <w:pict>
          <v:shape id="_x0000_i715809" o:spt="75" alt="学科网(www.zxxk.com)--教育资源门户，提供试卷、教案、课件、论文、素材以及各类教学资源下载，还有大量而丰富的教学相关资讯！" type="#_x0000_t75" style="height:18pt;width:40.5pt;" o:ole="t" filled="f" o:preferrelative="t" stroked="f" coordsize="21600,21600">
            <v:path/>
            <v:fill on="f" focussize="0,0"/>
            <v:stroke on="f" joinstyle="miter"/>
            <v:imagedata r:id="rId988" o:title="eqIdd4c4c47180d8b0960f9898ff08a8de89"/>
            <o:lock v:ext="edit" aspectratio="t"/>
            <w10:wrap type="none"/>
            <w10:anchorlock/>
          </v:shape>
        </w:pict>
      </w:r>
      <w:r>
        <w:rPr>
          <w:rFonts w:ascii="宋体" w:hAnsi="宋体" w:eastAsia="宋体" w:cs="宋体"/>
          <w:color w:val="000000"/>
        </w:rPr>
        <w:t>时，线段</w:t>
      </w:r>
      <w:r>
        <w:pict>
          <v:shape id="_x0000_i71581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80" o:title="eqIdf52a58fbaf4fea03567e88a9f0f6e37e"/>
            <o:lock v:ext="edit" aspectratio="t"/>
            <w10:wrap type="none"/>
            <w10:anchorlock/>
          </v:shape>
        </w:pict>
      </w:r>
      <w:r>
        <w:rPr>
          <w:rFonts w:ascii="宋体" w:hAnsi="宋体" w:eastAsia="宋体" w:cs="宋体"/>
          <w:color w:val="000000"/>
        </w:rPr>
        <w:t>与线段</w:t>
      </w:r>
      <w:r>
        <w:pict>
          <v:shape id="_x0000_i71581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982" o:title="eqId9d78abbad68bbbf12af10cd40ef4c353"/>
            <o:lock v:ext="edit" aspectratio="t"/>
            <w10:wrap type="none"/>
            <w10:anchorlock/>
          </v:shape>
        </w:pict>
      </w:r>
      <w:r>
        <w:rPr>
          <w:rFonts w:ascii="宋体" w:hAnsi="宋体" w:eastAsia="宋体" w:cs="宋体"/>
          <w:color w:val="000000"/>
        </w:rPr>
        <w:t>的“长久值”为</w:t>
      </w:r>
      <w:r>
        <w:rPr>
          <w:rFonts w:ascii="Times New Roman" w:hAnsi="Times New Roman" w:eastAsia="Times New Roman" w:cs="Times New Roman"/>
          <w:color w:val="000000"/>
        </w:rPr>
        <w:t>6．</w:t>
      </w:r>
    </w:p>
    <w:p>
      <w:pPr>
        <w:spacing w:line="360" w:lineRule="auto"/>
        <w:jc w:val="left"/>
        <w:textAlignment w:val="center"/>
        <w:rPr>
          <w:color w:val="000000"/>
        </w:rPr>
      </w:pPr>
      <w:r>
        <w:rPr>
          <w:color w:val="000000"/>
        </w:rPr>
        <w:drawing>
          <wp:inline distT="0" distB="0" distL="114300" distR="114300">
            <wp:extent cx="3457575" cy="400050"/>
            <wp:effectExtent l="0" t="0" r="0" b="0"/>
            <wp:docPr id="3595"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6" name="图片 100037" descr="学科网(www.zxxk.com)--教育资源门户，提供试卷、教案、课件、论文、素材以及各类教学资源下载，还有大量而丰富的教学相关资讯！"/>
                    <pic:cNvPicPr>
                      <a:picLocks noChangeAspect="1"/>
                    </pic:cNvPicPr>
                  </pic:nvPicPr>
                  <pic:blipFill>
                    <a:blip r:embed="rId989"/>
                    <a:stretch>
                      <a:fillRect/>
                    </a:stretch>
                  </pic:blipFill>
                  <pic:spPr>
                    <a:xfrm>
                      <a:off x="0" y="0"/>
                      <a:ext cx="3457575" cy="4000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如下图，点</w:t>
      </w:r>
      <w:r>
        <w:pict>
          <v:shape id="_x0000_i71581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990" o:title="eqId1dde8112e8eb968fd042418dd632759e"/>
            <o:lock v:ext="edit" aspectratio="t"/>
            <w10:wrap type="none"/>
            <w10:anchorlock/>
          </v:shape>
        </w:pict>
      </w:r>
      <w:r>
        <w:rPr>
          <w:rFonts w:ascii="宋体" w:hAnsi="宋体" w:eastAsia="宋体" w:cs="宋体"/>
          <w:color w:val="000000"/>
        </w:rPr>
        <w:t>为原点，</w:t>
      </w:r>
      <w:r>
        <w:pict>
          <v:shape id="_x0000_i715813" o:spt="75" alt="学科网(www.zxxk.com)--教育资源门户，提供试卷、教案、课件、论文、素材以及各类教学资源下载，还有大量而丰富的教学相关资讯！" type="#_x0000_t75" style="height:16.3pt;width:36pt;" o:ole="t" filled="f" o:preferrelative="t" stroked="f" coordsize="21600,21600">
            <v:path/>
            <v:fill on="f" focussize="0,0"/>
            <v:stroke on="f" joinstyle="miter"/>
            <v:imagedata r:id="rId991" o:title="eqIdbf19710833e349624483dc375fb91bf0"/>
            <o:lock v:ext="edit" aspectratio="t"/>
            <w10:wrap type="none"/>
            <w10:anchorlock/>
          </v:shape>
        </w:pict>
      </w:r>
      <w:r>
        <w:rPr>
          <w:rFonts w:ascii="宋体" w:hAnsi="宋体" w:eastAsia="宋体" w:cs="宋体"/>
          <w:color w:val="000000"/>
        </w:rPr>
        <w:t>，</w:t>
      </w:r>
      <w:r>
        <w:pict>
          <v:shape id="_x0000_i715814"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92" o:title="eqIdbbca376935a81523249e877ca0c1f9bc"/>
            <o:lock v:ext="edit" aspectratio="t"/>
            <w10:wrap type="none"/>
            <w10:anchorlock/>
          </v:shape>
        </w:pict>
      </w:r>
    </w:p>
    <w:p>
      <w:pPr>
        <w:spacing w:line="360" w:lineRule="auto"/>
        <w:jc w:val="left"/>
        <w:textAlignment w:val="center"/>
        <w:rPr>
          <w:color w:val="000000"/>
        </w:rPr>
      </w:pPr>
      <w:r>
        <w:rPr>
          <w:color w:val="000000"/>
        </w:rPr>
        <w:drawing>
          <wp:inline distT="0" distB="0" distL="114300" distR="114300">
            <wp:extent cx="3495675" cy="409575"/>
            <wp:effectExtent l="0" t="0" r="0" b="0"/>
            <wp:docPr id="3597"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 name="图片 100039" descr="学科网(www.zxxk.com)--教育资源门户，提供试卷、教案、课件、论文、素材以及各类教学资源下载，还有大量而丰富的教学相关资讯！"/>
                    <pic:cNvPicPr>
                      <a:picLocks noChangeAspect="1"/>
                    </pic:cNvPicPr>
                  </pic:nvPicPr>
                  <pic:blipFill>
                    <a:blip r:embed="rId993"/>
                    <a:stretch>
                      <a:fillRect/>
                    </a:stretch>
                  </pic:blipFill>
                  <pic:spPr>
                    <a:xfrm>
                      <a:off x="0" y="0"/>
                      <a:ext cx="3495675" cy="4095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①当</w:t>
      </w:r>
      <w:r>
        <w:pict>
          <v:shape id="_x0000_i715815" o:spt="75" alt="学科网(www.zxxk.com)--教育资源门户，提供试卷、教案、课件、论文、素材以及各类教学资源下载，还有大量而丰富的教学相关资讯！" type="#_x0000_t75" style="height:18pt;width:35pt;" o:ole="t" filled="f" o:preferrelative="t" stroked="f" coordsize="21600,21600">
            <v:path/>
            <v:fill on="f" focussize="0,0"/>
            <v:stroke on="f" joinstyle="miter"/>
            <v:imagedata r:id="rId994" o:title="eqId508f630194f805d3e53528b4cac04963"/>
            <o:lock v:ext="edit" aspectratio="t"/>
            <w10:wrap type="none"/>
            <w10:anchorlock/>
          </v:shape>
        </w:pict>
      </w:r>
      <w:r>
        <w:rPr>
          <w:rFonts w:ascii="宋体" w:hAnsi="宋体" w:eastAsia="宋体" w:cs="宋体"/>
          <w:color w:val="000000"/>
        </w:rPr>
        <w:t>时，线段</w:t>
      </w:r>
      <w:r>
        <w:pict>
          <v:shape id="_x0000_i71581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95" o:title="eqIdf52a58fbaf4fea03567e88a9f0f6e37e"/>
            <o:lock v:ext="edit" aspectratio="t"/>
            <w10:wrap type="none"/>
            <w10:anchorlock/>
          </v:shape>
        </w:pict>
      </w:r>
      <w:r>
        <w:rPr>
          <w:rFonts w:ascii="宋体" w:hAnsi="宋体" w:eastAsia="宋体" w:cs="宋体"/>
          <w:color w:val="000000"/>
        </w:rPr>
        <w:t>与线段</w:t>
      </w:r>
      <w:r>
        <w:pict>
          <v:shape id="_x0000_i715817"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996" o:title="eqIdaaf3369e0ea90e8d5cf4b6b3c45c0fd8"/>
            <o:lock v:ext="edit" aspectratio="t"/>
            <w10:wrap type="none"/>
            <w10:anchorlock/>
          </v:shape>
        </w:pict>
      </w:r>
      <w:r>
        <w:rPr>
          <w:rFonts w:ascii="宋体" w:hAnsi="宋体" w:eastAsia="宋体" w:cs="宋体"/>
          <w:color w:val="000000"/>
        </w:rPr>
        <w:t>的“长久值”为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②若线段</w:t>
      </w:r>
      <w:r>
        <w:pict>
          <v:shape id="_x0000_i71581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997" o:title="eqIdf52a58fbaf4fea03567e88a9f0f6e37e"/>
            <o:lock v:ext="edit" aspectratio="t"/>
            <w10:wrap type="none"/>
            <w10:anchorlock/>
          </v:shape>
        </w:pict>
      </w:r>
      <w:r>
        <w:rPr>
          <w:rFonts w:ascii="宋体" w:hAnsi="宋体" w:eastAsia="宋体" w:cs="宋体"/>
          <w:color w:val="000000"/>
        </w:rPr>
        <w:t>与线段</w:t>
      </w:r>
      <w:r>
        <w:pict>
          <v:shape id="_x0000_i715819"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998" o:title="eqIdaaf3369e0ea90e8d5cf4b6b3c45c0fd8"/>
            <o:lock v:ext="edit" aspectratio="t"/>
            <w10:wrap type="none"/>
            <w10:anchorlock/>
          </v:shape>
        </w:pict>
      </w:r>
      <w:r>
        <w:rPr>
          <w:rFonts w:ascii="宋体" w:hAnsi="宋体" w:eastAsia="宋体" w:cs="宋体"/>
          <w:color w:val="000000"/>
        </w:rPr>
        <w:t>的“长久值”为</w:t>
      </w:r>
      <w:r>
        <w:rPr>
          <w:rFonts w:ascii="Times New Roman" w:hAnsi="Times New Roman" w:eastAsia="Times New Roman" w:cs="Times New Roman"/>
          <w:color w:val="000000"/>
        </w:rPr>
        <w:t>6</w:t>
      </w:r>
      <w:r>
        <w:rPr>
          <w:rFonts w:ascii="宋体" w:hAnsi="宋体" w:eastAsia="宋体" w:cs="宋体"/>
          <w:color w:val="000000"/>
        </w:rPr>
        <w:t>，直接写出</w:t>
      </w:r>
      <w:r>
        <w:pict>
          <v:shape id="_x0000_i715820"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999" o:title="eqId294f5ba74cdf695fc9a8a8e52f421328"/>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在（</w:t>
      </w:r>
      <w:r>
        <w:rPr>
          <w:rFonts w:ascii="Times New Roman" w:hAnsi="Times New Roman" w:eastAsia="Times New Roman" w:cs="Times New Roman"/>
          <w:color w:val="000000"/>
        </w:rPr>
        <w:t>1</w:t>
      </w:r>
      <w:r>
        <w:rPr>
          <w:rFonts w:ascii="宋体" w:hAnsi="宋体" w:eastAsia="宋体" w:cs="宋体"/>
          <w:color w:val="000000"/>
        </w:rPr>
        <w:t>）的条件下，</w:t>
      </w:r>
      <w:r>
        <w:pict>
          <v:shape id="_x0000_i715821"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1000" o:title="eqId7dbc970a98f971e6ebc1e4361c14df4b"/>
            <o:lock v:ext="edit" aspectratio="t"/>
            <w10:wrap type="none"/>
            <w10:anchorlock/>
          </v:shape>
        </w:pict>
      </w:r>
      <w:r>
        <w:rPr>
          <w:rFonts w:ascii="宋体" w:hAnsi="宋体" w:eastAsia="宋体" w:cs="宋体"/>
          <w:color w:val="000000"/>
        </w:rPr>
        <w:t>，</w:t>
      </w:r>
      <w:r>
        <w:pict>
          <v:shape id="_x0000_i715822" o:spt="75" alt="学科网(www.zxxk.com)--教育资源门户，提供试卷、教案、课件、论文、素材以及各类教学资源下载，还有大量而丰富的教学相关资讯！" type="#_x0000_t75" style="height:18pt;width:33.75pt;" o:ole="t" filled="f" o:preferrelative="t" stroked="f" coordsize="21600,21600">
            <v:path/>
            <v:fill on="f" focussize="0,0"/>
            <v:stroke on="f" joinstyle="miter"/>
            <v:imagedata r:id="rId1001" o:title="eqId9a8863089ebcde74062066196b3dcafd"/>
            <o:lock v:ext="edit" aspectratio="t"/>
            <w10:wrap type="none"/>
            <w10:anchorlock/>
          </v:shape>
        </w:pic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分别以每秒</w:t>
      </w:r>
      <w:r>
        <w:rPr>
          <w:rFonts w:ascii="Times New Roman" w:hAnsi="Times New Roman" w:eastAsia="Times New Roman" w:cs="Times New Roman"/>
          <w:color w:val="000000"/>
        </w:rPr>
        <w:t>1</w:t>
      </w:r>
      <w:r>
        <w:rPr>
          <w:rFonts w:ascii="宋体" w:hAnsi="宋体" w:eastAsia="宋体" w:cs="宋体"/>
          <w:color w:val="000000"/>
        </w:rPr>
        <w:t>个单位长度和每秒</w:t>
      </w:r>
      <w:r>
        <w:rPr>
          <w:rFonts w:ascii="Times New Roman" w:hAnsi="Times New Roman" w:eastAsia="Times New Roman" w:cs="Times New Roman"/>
          <w:color w:val="000000"/>
        </w:rPr>
        <w:t>2</w:t>
      </w:r>
      <w:r>
        <w:rPr>
          <w:rFonts w:ascii="宋体" w:hAnsi="宋体" w:eastAsia="宋体" w:cs="宋体"/>
          <w:color w:val="000000"/>
        </w:rPr>
        <w:t>个单位长度的速度同时出发向左运动，直接写出运动过程中</w:t>
      </w:r>
      <w:r>
        <w:rPr>
          <w:rFonts w:ascii="Times New Roman" w:hAnsi="Times New Roman" w:eastAsia="Times New Roman" w:cs="Times New Roman"/>
          <w:i/>
          <w:color w:val="000000"/>
        </w:rPr>
        <w:t>s</w:t>
      </w:r>
      <w:r>
        <w:rPr>
          <w:rFonts w:ascii="宋体" w:hAnsi="宋体" w:eastAsia="宋体" w:cs="宋体"/>
          <w:color w:val="000000"/>
        </w:rPr>
        <w:t>的最小值及对应的时间</w:t>
      </w:r>
      <w:r>
        <w:rPr>
          <w:rFonts w:ascii="Times New Roman" w:hAnsi="Times New Roman" w:eastAsia="Times New Roman" w:cs="Times New Roman"/>
          <w:i/>
          <w:color w:val="000000"/>
        </w:rPr>
        <w:t>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pict>
          <v:shape id="_x0000_i715823"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1002" o:title="eqIdd91e07104b699c4012be2d26160976a2"/>
            <o:lock v:ext="edit" aspectratio="t"/>
            <w10:wrap type="none"/>
            <w10:anchorlock/>
          </v:shape>
        </w:pict>
      </w:r>
      <w:r>
        <w:rPr>
          <w:rFonts w:ascii="宋体" w:hAnsi="宋体" w:eastAsia="宋体" w:cs="宋体"/>
          <w:color w:val="000000"/>
        </w:rPr>
        <w:t>②</w:t>
      </w:r>
      <w:r>
        <w:pict>
          <v:shape id="_x0000_i715824" o:spt="75" alt="学科网(www.zxxk.com)--教育资源门户，提供试卷、教案、课件、论文、素材以及各类教学资源下载，还有大量而丰富的教学相关资讯！" type="#_x0000_t75" style="height:12pt;width:32.25pt;" o:ole="t" filled="f" o:preferrelative="t" stroked="f" coordsize="21600,21600">
            <v:path/>
            <v:fill on="f" focussize="0,0"/>
            <v:stroke on="f" joinstyle="miter"/>
            <v:imagedata r:id="rId1003" o:title="eqIdd0db2c49919467a2e14540f2aabd05cb"/>
            <o:lock v:ext="edit" aspectratio="t"/>
            <w10:wrap type="none"/>
            <w10:anchorlock/>
          </v:shape>
        </w:pict>
      </w:r>
      <w:r>
        <w:rPr>
          <w:rFonts w:ascii="宋体" w:hAnsi="宋体" w:eastAsia="宋体" w:cs="宋体"/>
          <w:color w:val="000000"/>
        </w:rPr>
        <w:t>或</w:t>
      </w:r>
      <w:r>
        <w:pict>
          <v:shape id="_x0000_i715825"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1004" o:title="eqId711b21672fd907c5c92fee1d649e7003"/>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运动过程中</w:t>
      </w:r>
      <w:r>
        <w:rPr>
          <w:rFonts w:ascii="Times New Roman" w:hAnsi="Times New Roman" w:eastAsia="Times New Roman" w:cs="Times New Roman"/>
          <w:i/>
          <w:color w:val="000000"/>
        </w:rPr>
        <w:t>s</w:t>
      </w:r>
      <w:r>
        <w:rPr>
          <w:rFonts w:ascii="宋体" w:hAnsi="宋体" w:eastAsia="宋体" w:cs="宋体"/>
          <w:color w:val="000000"/>
        </w:rPr>
        <w:t>的最小值为</w:t>
      </w:r>
      <w:r>
        <w:pict>
          <v:shape id="_x0000_i715826" o:spt="75" alt="学科网(www.zxxk.com)--教育资源门户，提供试卷、教案、课件、论文、素材以及各类教学资源下载，还有大量而丰富的教学相关资讯！" type="#_x0000_t75" style="height:30.75pt;width:15pt;" o:ole="t" filled="f" o:preferrelative="t" stroked="f" coordsize="21600,21600">
            <v:path/>
            <v:fill on="f" focussize="0,0"/>
            <v:stroke on="f" joinstyle="miter"/>
            <v:imagedata r:id="rId1005" o:title="eqIdbda236e1d2e5e441682c4f8c60edd2e9"/>
            <o:lock v:ext="edit" aspectratio="t"/>
            <w10:wrap type="none"/>
            <w10:anchorlock/>
          </v:shape>
        </w:pict>
      </w:r>
      <w:r>
        <w:rPr>
          <w:rFonts w:ascii="宋体" w:hAnsi="宋体" w:eastAsia="宋体" w:cs="宋体"/>
          <w:color w:val="000000"/>
        </w:rPr>
        <w:t>及对应的时间</w:t>
      </w:r>
      <w:r>
        <w:pict>
          <v:shape id="_x0000_i715827"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1006" o:title="eqId08ada7c406cac4bb96ce95ae134c207b"/>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）①根据定义，即可求解；</w:t>
      </w:r>
    </w:p>
    <w:p>
      <w:pPr>
        <w:spacing w:line="360" w:lineRule="auto"/>
        <w:jc w:val="both"/>
        <w:textAlignment w:val="center"/>
        <w:rPr>
          <w:color w:val="000000"/>
        </w:rPr>
      </w:pPr>
      <w:r>
        <w:rPr>
          <w:rFonts w:ascii="宋体" w:hAnsi="宋体" w:eastAsia="宋体" w:cs="宋体"/>
          <w:color w:val="000000"/>
        </w:rPr>
        <w:t>②线段</w:t>
      </w:r>
      <w:r>
        <w:pict>
          <v:shape id="_x0000_i71582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07" o:title="eqIdf52a58fbaf4fea03567e88a9f0f6e37e"/>
            <o:lock v:ext="edit" aspectratio="t"/>
            <w10:wrap type="none"/>
            <w10:anchorlock/>
          </v:shape>
        </w:pict>
      </w:r>
      <w:r>
        <w:rPr>
          <w:rFonts w:ascii="宋体" w:hAnsi="宋体" w:eastAsia="宋体" w:cs="宋体"/>
          <w:color w:val="000000"/>
        </w:rPr>
        <w:t>的长为</w:t>
      </w:r>
      <w:r>
        <w:pict>
          <v:shape id="_x0000_i715829"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1008" o:title="eqId6f8c4c029e552954bd493b49aeab82d5"/>
            <o:lock v:ext="edit" aspectratio="t"/>
            <w10:wrap type="none"/>
            <w10:anchorlock/>
          </v:shape>
        </w:pict>
      </w:r>
      <w:r>
        <w:rPr>
          <w:rFonts w:ascii="宋体" w:hAnsi="宋体" w:eastAsia="宋体" w:cs="宋体"/>
          <w:color w:val="000000"/>
        </w:rPr>
        <w:t>，结合定义，即可求解．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）先根据定义可得</w:t>
      </w:r>
      <w:r>
        <w:pict>
          <v:shape id="_x0000_i715830"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1009" o:title="eqIdc5873c01192b7d33b7483f444f90b5b0"/>
            <o:lock v:ext="edit" aspectratio="t"/>
            <w10:wrap type="none"/>
            <w10:anchorlock/>
          </v:shape>
        </w:pict>
      </w:r>
      <w:r>
        <w:rPr>
          <w:rFonts w:ascii="宋体" w:hAnsi="宋体" w:eastAsia="宋体" w:cs="宋体"/>
          <w:color w:val="000000"/>
        </w:rPr>
        <w:t>的最小值出现在线段</w:t>
      </w:r>
      <w:r>
        <w:pict>
          <v:shape id="_x0000_i71583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010" o:title="eqId9d78abbad68bbbf12af10cd40ef4c353"/>
            <o:lock v:ext="edit" aspectratio="t"/>
            <w10:wrap type="none"/>
            <w10:anchorlock/>
          </v:shape>
        </w:pict>
      </w:r>
      <w:r>
        <w:rPr>
          <w:rFonts w:ascii="宋体" w:hAnsi="宋体" w:eastAsia="宋体" w:cs="宋体"/>
          <w:color w:val="000000"/>
        </w:rPr>
        <w:t>在线段</w:t>
      </w:r>
      <w:r>
        <w:pict>
          <v:shape id="_x0000_i71583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11" o:title="eqIdf52a58fbaf4fea03567e88a9f0f6e37e"/>
            <o:lock v:ext="edit" aspectratio="t"/>
            <w10:wrap type="none"/>
            <w10:anchorlock/>
          </v:shape>
        </w:pict>
      </w:r>
      <w:r>
        <w:rPr>
          <w:rFonts w:ascii="宋体" w:hAnsi="宋体" w:eastAsia="宋体" w:cs="宋体"/>
          <w:color w:val="000000"/>
        </w:rPr>
        <w:t>上时，先求得相遇时的时间，当</w:t>
      </w:r>
      <w:r>
        <w:pict>
          <v:shape id="_x0000_i71583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012" o:title="eqIdf22857b6d571d49dd4e0f05dc45b5b27"/>
            <o:lock v:ext="edit" aspectratio="t"/>
            <w10:wrap type="none"/>
            <w10:anchorlock/>
          </v:shape>
        </w:pict>
      </w:r>
      <w:r>
        <w:rPr>
          <w:rFonts w:ascii="宋体" w:hAnsi="宋体" w:eastAsia="宋体" w:cs="宋体"/>
          <w:color w:val="000000"/>
        </w:rPr>
        <w:t>时，</w:t>
      </w:r>
      <w:r>
        <w:pict>
          <v:shape id="_x0000_i715834"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013" o:title="eqId8455657dde27aabe6adb7b188e031c11"/>
            <o:lock v:ext="edit" aspectratio="t"/>
            <w10:wrap type="none"/>
            <w10:anchorlock/>
          </v:shape>
        </w:pict>
      </w:r>
      <w:r>
        <w:rPr>
          <w:rFonts w:ascii="宋体" w:hAnsi="宋体" w:eastAsia="宋体" w:cs="宋体"/>
          <w:color w:val="000000"/>
        </w:rPr>
        <w:t>在</w:t>
      </w:r>
      <w:r>
        <w:pict>
          <v:shape id="_x0000_i71583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14" o:title="eqIdc5db41a1f31d6baee7c69990811edb9f"/>
            <o:lock v:ext="edit" aspectratio="t"/>
            <w10:wrap type="none"/>
            <w10:anchorlock/>
          </v:shape>
        </w:pict>
      </w:r>
      <w:r>
        <w:rPr>
          <w:rFonts w:ascii="宋体" w:hAnsi="宋体" w:eastAsia="宋体" w:cs="宋体"/>
          <w:color w:val="000000"/>
        </w:rPr>
        <w:t>点的左侧，进而表示出</w:t>
      </w:r>
      <w:r>
        <w:pict>
          <v:shape id="_x0000_i715836" o:spt="75" alt="学科网(www.zxxk.com)--教育资源门户，提供试卷、教案、课件、论文、素材以及各类教学资源下载，还有大量而丰富的教学相关资讯！" type="#_x0000_t75" style="height:16pt;width:42pt;" o:ole="t" filled="f" o:preferrelative="t" stroked="f" coordsize="21600,21600">
            <v:path/>
            <v:fill on="f" focussize="0,0"/>
            <v:stroke on="f" joinstyle="miter"/>
            <v:imagedata r:id="rId1015" o:title="eqId73b3c032441543354c154ee67d744abb"/>
            <o:lock v:ext="edit" aspectratio="t"/>
            <w10:wrap type="none"/>
            <w10:anchorlock/>
          </v:shape>
        </w:pict>
      </w:r>
      <w:r>
        <w:rPr>
          <w:rFonts w:ascii="宋体" w:hAnsi="宋体" w:eastAsia="宋体" w:cs="宋体"/>
          <w:color w:val="000000"/>
        </w:rPr>
        <w:t>，根据题意可得当</w:t>
      </w:r>
      <w:r>
        <w:pict>
          <v:shape id="_x0000_i715837" o:spt="75" alt="学科网(www.zxxk.com)--教育资源门户，提供试卷、教案、课件、论文、素材以及各类教学资源下载，还有大量而丰富的教学相关资讯！" type="#_x0000_t75" style="height:14.1pt;width:50.1pt;" o:ole="t" filled="f" o:preferrelative="t" stroked="f" coordsize="21600,21600">
            <v:path/>
            <v:fill on="f" focussize="0,0"/>
            <v:stroke on="f" joinstyle="miter"/>
            <v:imagedata r:id="rId1016" o:title="eqId1bc6cfc2eafb07d6f690da4d5ca5a754"/>
            <o:lock v:ext="edit" aspectratio="t"/>
            <w10:wrap type="none"/>
            <w10:anchorlock/>
          </v:shape>
        </w:pict>
      </w:r>
      <w:r>
        <w:rPr>
          <w:rFonts w:ascii="宋体" w:hAnsi="宋体" w:eastAsia="宋体" w:cs="宋体"/>
          <w:color w:val="000000"/>
        </w:rPr>
        <w:t>时，</w:t>
      </w:r>
      <w:r>
        <w:pict>
          <v:shape id="_x0000_i715838"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1009" o:title="eqIdc5873c01192b7d33b7483f444f90b5b0"/>
            <o:lock v:ext="edit" aspectratio="t"/>
            <w10:wrap type="none"/>
            <w10:anchorlock/>
          </v:shape>
        </w:pict>
      </w:r>
      <w:r>
        <w:rPr>
          <w:rFonts w:ascii="宋体" w:hAnsi="宋体" w:eastAsia="宋体" w:cs="宋体"/>
          <w:color w:val="000000"/>
        </w:rPr>
        <w:t>取得最小值，解一元一次方程，即可求解．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解：①</w:t>
      </w:r>
      <w:r>
        <w:rPr>
          <w:rFonts w:ascii="Times New Roman" w:hAnsi="Times New Roman" w:eastAsia="Times New Roman" w:cs="Times New Roman"/>
          <w:color w:val="000000"/>
        </w:rPr>
        <w:t>∵</w:t>
      </w:r>
      <w:r>
        <w:pict>
          <v:shape id="_x0000_i715839" o:spt="75" alt="学科网(www.zxxk.com)--教育资源门户，提供试卷、教案、课件、论文、素材以及各类教学资源下载，还有大量而丰富的教学相关资讯！" type="#_x0000_t75" style="height:18pt;width:35pt;" o:ole="t" filled="f" o:preferrelative="t" stroked="f" coordsize="21600,21600">
            <v:path/>
            <v:fill on="f" focussize="0,0"/>
            <v:stroke on="f" joinstyle="miter"/>
            <v:imagedata r:id="rId1017" o:title="eqId508f630194f805d3e53528b4cac04963"/>
            <o:lock v:ext="edit" aspectratio="t"/>
            <w10:wrap type="none"/>
            <w10:anchorlock/>
          </v:shape>
        </w:pict>
      </w:r>
      <w:r>
        <w:rPr>
          <w:rFonts w:ascii="宋体" w:hAnsi="宋体" w:eastAsia="宋体" w:cs="宋体"/>
          <w:color w:val="000000"/>
        </w:rPr>
        <w:t>，</w:t>
      </w:r>
      <w:r>
        <w:pict>
          <v:shape id="_x0000_i715840" o:spt="75" alt="学科网(www.zxxk.com)--教育资源门户，提供试卷、教案、课件、论文、素材以及各类教学资源下载，还有大量而丰富的教学相关资讯！" type="#_x0000_t75" style="height:16.3pt;width:36pt;" o:ole="t" filled="f" o:preferrelative="t" stroked="f" coordsize="21600,21600">
            <v:path/>
            <v:fill on="f" focussize="0,0"/>
            <v:stroke on="f" joinstyle="miter"/>
            <v:imagedata r:id="rId1018" o:title="eqIdbf19710833e349624483dc375fb91bf0"/>
            <o:lock v:ext="edit" aspectratio="t"/>
            <w10:wrap type="none"/>
            <w10:anchorlock/>
          </v:shape>
        </w:pict>
      </w:r>
      <w:r>
        <w:rPr>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线段</w:t>
      </w:r>
      <w:r>
        <w:pict>
          <v:shape id="_x0000_i71584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19" o:title="eqIdf52a58fbaf4fea03567e88a9f0f6e37e"/>
            <o:lock v:ext="edit" aspectratio="t"/>
            <w10:wrap type="none"/>
            <w10:anchorlock/>
          </v:shape>
        </w:pict>
      </w:r>
      <w:r>
        <w:rPr>
          <w:rFonts w:ascii="宋体" w:hAnsi="宋体" w:eastAsia="宋体" w:cs="宋体"/>
          <w:color w:val="000000"/>
        </w:rPr>
        <w:t>与线段</w:t>
      </w:r>
      <w:r>
        <w:pict>
          <v:shape id="_x0000_i715842"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1020" o:title="eqIdaaf3369e0ea90e8d5cf4b6b3c45c0fd8"/>
            <o:lock v:ext="edit" aspectratio="t"/>
            <w10:wrap type="none"/>
            <w10:anchorlock/>
          </v:shape>
        </w:pict>
      </w:r>
      <w:r>
        <w:rPr>
          <w:rFonts w:ascii="宋体" w:hAnsi="宋体" w:eastAsia="宋体" w:cs="宋体"/>
          <w:color w:val="000000"/>
        </w:rPr>
        <w:t>的“长久值”为</w:t>
      </w:r>
      <w:r>
        <w:pict>
          <v:shape id="_x0000_i715843" o:spt="75" alt="学科网(www.zxxk.com)--教育资源门户，提供试卷、教案、课件、论文、素材以及各类教学资源下载，还有大量而丰富的教学相关资讯！" type="#_x0000_t75" style="height:20pt;width:59pt;" o:ole="t" filled="f" o:preferrelative="t" stroked="f" coordsize="21600,21600">
            <v:path/>
            <v:fill on="f" focussize="0,0"/>
            <v:stroke on="f" joinstyle="miter"/>
            <v:imagedata r:id="rId1021" o:title="eqId4bb63fad8c4ce40c7a8afb83a0d1d0fa"/>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5844"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1022" o:title="eqIdd91e07104b699c4012be2d26160976a2"/>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②∵</w:t>
      </w:r>
      <w:r>
        <w:pict>
          <v:shape id="_x0000_i715845" o:spt="75" alt="学科网(www.zxxk.com)--教育资源门户，提供试卷、教案、课件、论文、素材以及各类教学资源下载，还有大量而丰富的教学相关资讯！" type="#_x0000_t75" style="height:16.3pt;width:36pt;" o:ole="t" filled="f" o:preferrelative="t" stroked="f" coordsize="21600,21600">
            <v:path/>
            <v:fill on="f" focussize="0,0"/>
            <v:stroke on="f" joinstyle="miter"/>
            <v:imagedata r:id="rId1023" o:title="eqIdbf19710833e349624483dc375fb91bf0"/>
            <o:lock v:ext="edit" aspectratio="t"/>
            <w10:wrap type="none"/>
            <w10:anchorlock/>
          </v:shape>
        </w:pict>
      </w:r>
      <w:r>
        <w:rPr>
          <w:rFonts w:ascii="宋体" w:hAnsi="宋体" w:eastAsia="宋体" w:cs="宋体"/>
          <w:color w:val="000000"/>
        </w:rPr>
        <w:t>，</w:t>
      </w:r>
      <w:r>
        <w:pict>
          <v:shape id="_x0000_i715846"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1024" o:title="eqIdbbca376935a81523249e877ca0c1f9bc"/>
            <o:lock v:ext="edit" aspectratio="t"/>
            <w10:wrap type="none"/>
            <w10:anchorlock/>
          </v:shape>
        </w:pict>
      </w:r>
      <w:r>
        <w:rPr>
          <w:rFonts w:ascii="宋体" w:hAnsi="宋体" w:eastAsia="宋体" w:cs="宋体"/>
          <w:color w:val="000000"/>
        </w:rPr>
        <w:t>，</w:t>
      </w:r>
      <w:r>
        <w:pict>
          <v:shape id="_x0000_i715847" o:spt="75" alt="学科网(www.zxxk.com)--教育资源门户，提供试卷、教案、课件、论文、素材以及各类教学资源下载，还有大量而丰富的教学相关资讯！" type="#_x0000_t75" style="height:20.25pt;width:60pt;" o:ole="t" filled="f" o:preferrelative="t" stroked="f" coordsize="21600,21600">
            <v:path/>
            <v:fill on="f" focussize="0,0"/>
            <v:stroke on="f" joinstyle="miter"/>
            <v:imagedata r:id="rId1025" o:title="eqId846b357b9e63a3627aca880cd0a40b3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而线段</w:t>
      </w:r>
      <w:r>
        <w:pict>
          <v:shape id="_x0000_i71584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26" o:title="eqIdf52a58fbaf4fea03567e88a9f0f6e37e"/>
            <o:lock v:ext="edit" aspectratio="t"/>
            <w10:wrap type="none"/>
            <w10:anchorlock/>
          </v:shape>
        </w:pict>
      </w:r>
      <w:r>
        <w:rPr>
          <w:rFonts w:ascii="宋体" w:hAnsi="宋体" w:eastAsia="宋体" w:cs="宋体"/>
          <w:color w:val="000000"/>
        </w:rPr>
        <w:t>与线段</w:t>
      </w:r>
      <w:r>
        <w:pict>
          <v:shape id="_x0000_i715849"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1027" o:title="eqIdaaf3369e0ea90e8d5cf4b6b3c45c0fd8"/>
            <o:lock v:ext="edit" aspectratio="t"/>
            <w10:wrap type="none"/>
            <w10:anchorlock/>
          </v:shape>
        </w:pict>
      </w:r>
      <w:r>
        <w:rPr>
          <w:rFonts w:ascii="宋体" w:hAnsi="宋体" w:eastAsia="宋体" w:cs="宋体"/>
          <w:color w:val="000000"/>
        </w:rPr>
        <w:t>的“长久值”为</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850" o:spt="75" alt="学科网(www.zxxk.com)--教育资源门户，提供试卷、教案、课件、论文、素材以及各类教学资源下载，还有大量而丰富的教学相关资讯！" type="#_x0000_t75" style="height:12pt;width:32.25pt;" o:ole="t" filled="f" o:preferrelative="t" stroked="f" coordsize="21600,21600">
            <v:path/>
            <v:fill on="f" focussize="0,0"/>
            <v:stroke on="f" joinstyle="miter"/>
            <v:imagedata r:id="rId1028" o:title="eqIdd0db2c49919467a2e14540f2aabd05cb"/>
            <o:lock v:ext="edit" aspectratio="t"/>
            <w10:wrap type="none"/>
            <w10:anchorlock/>
          </v:shape>
        </w:pict>
      </w:r>
      <w:r>
        <w:rPr>
          <w:rFonts w:ascii="宋体" w:hAnsi="宋体" w:eastAsia="宋体" w:cs="宋体"/>
          <w:color w:val="000000"/>
        </w:rPr>
        <w:t>或</w:t>
      </w:r>
      <w:r>
        <w:pict>
          <v:shape id="_x0000_i715851" o:spt="75" alt="学科网(www.zxxk.com)--教育资源门户，提供试卷、教案、课件、论文、素材以及各类教学资源下载，还有大量而丰富的教学相关资讯！" type="#_x0000_t75" style="height:13.95pt;width:31pt;" o:ole="t" filled="f" o:preferrelative="t" stroked="f" coordsize="21600,21600">
            <v:path/>
            <v:fill on="f" focussize="0,0"/>
            <v:stroke on="f" joinstyle="miter"/>
            <v:imagedata r:id="rId1029" o:title="eqId711b21672fd907c5c92fee1d649e7003"/>
            <o:lock v:ext="edit" aspectratio="t"/>
            <w10:wrap type="none"/>
            <w10:anchorlock/>
          </v:shape>
        </w:pi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根据定义可得，</w:t>
      </w:r>
      <w:r>
        <w:pict>
          <v:shape id="_x0000_i715852"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1030" o:title="eqIdc5873c01192b7d33b7483f444f90b5b0"/>
            <o:lock v:ext="edit" aspectratio="t"/>
            <w10:wrap type="none"/>
            <w10:anchorlock/>
          </v:shape>
        </w:pict>
      </w:r>
      <w:r>
        <w:rPr>
          <w:rFonts w:ascii="宋体" w:hAnsi="宋体" w:eastAsia="宋体" w:cs="宋体"/>
          <w:color w:val="000000"/>
        </w:rPr>
        <w:t>的最小值出现在线段</w:t>
      </w:r>
      <w:r>
        <w:pict>
          <v:shape id="_x0000_i715853"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031" o:title="eqId9d78abbad68bbbf12af10cd40ef4c353"/>
            <o:lock v:ext="edit" aspectratio="t"/>
            <w10:wrap type="none"/>
            <w10:anchorlock/>
          </v:shape>
        </w:pict>
      </w:r>
      <w:r>
        <w:rPr>
          <w:rFonts w:ascii="宋体" w:hAnsi="宋体" w:eastAsia="宋体" w:cs="宋体"/>
          <w:color w:val="000000"/>
        </w:rPr>
        <w:t>在线段</w:t>
      </w:r>
      <w:r>
        <w:pict>
          <v:shape id="_x0000_i71585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32" o:title="eqIdf52a58fbaf4fea03567e88a9f0f6e37e"/>
            <o:lock v:ext="edit" aspectratio="t"/>
            <w10:wrap type="none"/>
            <w10:anchorlock/>
          </v:shape>
        </w:pict>
      </w:r>
      <w:r>
        <w:rPr>
          <w:rFonts w:ascii="宋体" w:hAnsi="宋体" w:eastAsia="宋体" w:cs="宋体"/>
          <w:color w:val="000000"/>
        </w:rPr>
        <w:t>上时，</w:t>
      </w:r>
    </w:p>
    <w:p>
      <w:pPr>
        <w:spacing w:line="360" w:lineRule="auto"/>
        <w:jc w:val="left"/>
        <w:textAlignment w:val="center"/>
        <w:rPr>
          <w:color w:val="000000"/>
        </w:rPr>
      </w:pPr>
      <w:r>
        <w:pict>
          <v:shape id="_x0000_i71585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033" o:title="eqId36a1b09c653185842513e24ebba60bb3"/>
            <o:lock v:ext="edit" aspectratio="t"/>
            <w10:wrap type="none"/>
            <w10:anchorlock/>
          </v:shape>
        </w:pict>
      </w:r>
      <w:r>
        <w:rPr>
          <w:rFonts w:ascii="宋体" w:hAnsi="宋体" w:eastAsia="宋体" w:cs="宋体"/>
          <w:color w:val="000000"/>
        </w:rPr>
        <w:t>秒后</w:t>
      </w:r>
      <w:r>
        <w:pict>
          <v:shape id="_x0000_i71585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34" o:title="eqIdc5db41a1f31d6baee7c69990811edb9f"/>
            <o:lock v:ext="edit" aspectratio="t"/>
            <w10:wrap type="none"/>
            <w10:anchorlock/>
          </v:shape>
        </w:pict>
      </w:r>
      <w:r>
        <w:rPr>
          <w:rFonts w:ascii="宋体" w:hAnsi="宋体" w:eastAsia="宋体" w:cs="宋体"/>
          <w:color w:val="000000"/>
        </w:rPr>
        <w:t>点表示数为</w:t>
      </w:r>
      <w:r>
        <w:pict>
          <v:shape id="_x0000_i715857" o:spt="75" alt="学科网(www.zxxk.com)--教育资源门户，提供试卷、教案、课件、论文、素材以及各类教学资源下载，还有大量而丰富的教学相关资讯！" type="#_x0000_t75" style="height:13.5pt;width:23.25pt;" o:ole="t" filled="f" o:preferrelative="t" stroked="f" coordsize="21600,21600">
            <v:path/>
            <v:fill on="f" focussize="0,0"/>
            <v:stroke on="f" joinstyle="miter"/>
            <v:imagedata r:id="rId1035" o:title="eqId18b512e83375ee5983c15eb94dc2d4bb"/>
            <o:lock v:ext="edit" aspectratio="t"/>
            <w10:wrap type="none"/>
            <w10:anchorlock/>
          </v:shape>
        </w:pict>
      </w:r>
      <w:r>
        <w:rPr>
          <w:rFonts w:ascii="宋体" w:hAnsi="宋体" w:eastAsia="宋体" w:cs="宋体"/>
          <w:color w:val="000000"/>
        </w:rPr>
        <w:t>，</w:t>
      </w:r>
      <w:r>
        <w:pict>
          <v:shape id="_x0000_i715858"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036" o:title="eqId8455657dde27aabe6adb7b188e031c11"/>
            <o:lock v:ext="edit" aspectratio="t"/>
            <w10:wrap type="none"/>
            <w10:anchorlock/>
          </v:shape>
        </w:pict>
      </w:r>
      <w:r>
        <w:rPr>
          <w:rFonts w:ascii="宋体" w:hAnsi="宋体" w:eastAsia="宋体" w:cs="宋体"/>
          <w:color w:val="000000"/>
        </w:rPr>
        <w:t>表示的数为</w:t>
      </w:r>
      <w:r>
        <w:pict>
          <v:shape id="_x0000_i715859" o:spt="75" alt="学科网(www.zxxk.com)--教育资源门户，提供试卷、教案、课件、论文、素材以及各类教学资源下载，还有大量而丰富的教学相关资讯！" type="#_x0000_t75" style="height:13.8pt;width:29.95pt;" o:ole="t" filled="f" o:preferrelative="t" stroked="f" coordsize="21600,21600">
            <v:path/>
            <v:fill on="f" focussize="0,0"/>
            <v:stroke on="f" joinstyle="miter"/>
            <v:imagedata r:id="rId1037" o:title="eqId1c276201790406ed291f567d87c9950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5860"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1038" o:title="eqId39acab3cfb59bfc9591371721ab01d93"/>
            <o:lock v:ext="edit" aspectratio="t"/>
            <w10:wrap type="none"/>
            <w10:anchorlock/>
          </v:shape>
        </w:pict>
      </w:r>
      <w:r>
        <w:rPr>
          <w:rFonts w:ascii="宋体" w:hAnsi="宋体" w:eastAsia="宋体" w:cs="宋体"/>
          <w:color w:val="000000"/>
        </w:rPr>
        <w:t>相遇时，</w:t>
      </w:r>
      <w:r>
        <w:pict>
          <v:shape id="_x0000_i715861" o:spt="75" alt="学科网(www.zxxk.com)--教育资源门户，提供试卷、教案、课件、论文、素材以及各类教学资源下载，还有大量而丰富的教学相关资讯！" type="#_x0000_t75" style="height:14pt;width:61.8pt;" o:ole="t" filled="f" o:preferrelative="t" stroked="f" coordsize="21600,21600">
            <v:path/>
            <v:fill on="f" focussize="0,0"/>
            <v:stroke on="f" joinstyle="miter"/>
            <v:imagedata r:id="rId1039" o:title="eqId0043c308283e260b95e09fdf686aee74"/>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862"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040" o:title="eqId1b42beec389982a69a715ba64d4e684a"/>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此时点</w:t>
      </w:r>
      <w:r>
        <w:pict>
          <v:shape id="_x0000_i715863"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1041" o:title="eqId39acab3cfb59bfc9591371721ab01d93"/>
            <o:lock v:ext="edit" aspectratio="t"/>
            <w10:wrap type="none"/>
            <w10:anchorlock/>
          </v:shape>
        </w:pict>
      </w:r>
      <w:r>
        <w:rPr>
          <w:rFonts w:ascii="宋体" w:hAnsi="宋体" w:eastAsia="宋体" w:cs="宋体"/>
          <w:color w:val="000000"/>
        </w:rPr>
        <w:t>表示的数为</w:t>
      </w:r>
      <w:r>
        <w:pict>
          <v:shape id="_x0000_i715864"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042" o:title="eqId5ca7d1107389675d32b56ec097464c14"/>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此时线段</w:t>
      </w:r>
      <w:r>
        <w:pict>
          <v:shape id="_x0000_i71586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43" o:title="eqIdf52a58fbaf4fea03567e88a9f0f6e37e"/>
            <o:lock v:ext="edit" aspectratio="t"/>
            <w10:wrap type="none"/>
            <w10:anchorlock/>
          </v:shape>
        </w:pict>
      </w:r>
      <w:r>
        <w:rPr>
          <w:rFonts w:ascii="宋体" w:hAnsi="宋体" w:eastAsia="宋体" w:cs="宋体"/>
          <w:color w:val="000000"/>
        </w:rPr>
        <w:t>与线段</w:t>
      </w:r>
      <w:r>
        <w:pict>
          <v:shape id="_x0000_i71586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044" o:title="eqId9d78abbad68bbbf12af10cd40ef4c353"/>
            <o:lock v:ext="edit" aspectratio="t"/>
            <w10:wrap type="none"/>
            <w10:anchorlock/>
          </v:shape>
        </w:pict>
      </w:r>
      <w:r>
        <w:rPr>
          <w:rFonts w:ascii="宋体" w:hAnsi="宋体" w:eastAsia="宋体" w:cs="宋体"/>
          <w:color w:val="000000"/>
        </w:rPr>
        <w:t>的“长久值”为</w:t>
      </w:r>
      <w:r>
        <w:pict>
          <v:shape id="_x0000_i715867" o:spt="75" alt="学科网(www.zxxk.com)--教育资源门户，提供试卷、教案、课件、论文、素材以及各类教学资源下载，还有大量而丰富的教学相关资讯！" type="#_x0000_t75" style="height:20pt;width:59pt;" o:ole="t" filled="f" o:preferrelative="t" stroked="f" coordsize="21600,21600">
            <v:path/>
            <v:fill on="f" focussize="0,0"/>
            <v:stroke on="f" joinstyle="miter"/>
            <v:imagedata r:id="rId1045" o:title="eqId4bb63fad8c4ce40c7a8afb83a0d1d0fa"/>
            <o:lock v:ext="edit" aspectratio="t"/>
            <w10:wrap type="none"/>
            <w10:anchorlock/>
          </v:shape>
        </w:pict>
      </w:r>
      <w:r>
        <w:rPr>
          <w:rFonts w:ascii="宋体" w:hAnsi="宋体" w:eastAsia="宋体" w:cs="宋体"/>
          <w:color w:val="000000"/>
        </w:rPr>
        <w:t>显然不是最小值，</w:t>
      </w:r>
    </w:p>
    <w:p>
      <w:pPr>
        <w:spacing w:line="360" w:lineRule="auto"/>
        <w:jc w:val="left"/>
        <w:textAlignment w:val="center"/>
        <w:rPr>
          <w:color w:val="000000"/>
        </w:rPr>
      </w:pPr>
      <w:r>
        <w:rPr>
          <w:rFonts w:ascii="宋体" w:hAnsi="宋体" w:eastAsia="宋体" w:cs="宋体"/>
          <w:color w:val="000000"/>
        </w:rPr>
        <w:t>当</w:t>
      </w:r>
      <w:r>
        <w:pict>
          <v:shape id="_x0000_i71586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046" o:title="eqIdf22857b6d571d49dd4e0f05dc45b5b27"/>
            <o:lock v:ext="edit" aspectratio="t"/>
            <w10:wrap type="none"/>
            <w10:anchorlock/>
          </v:shape>
        </w:pict>
      </w:r>
      <w:r>
        <w:rPr>
          <w:rFonts w:ascii="宋体" w:hAnsi="宋体" w:eastAsia="宋体" w:cs="宋体"/>
          <w:color w:val="000000"/>
        </w:rPr>
        <w:t>时，</w:t>
      </w:r>
      <w:r>
        <w:pict>
          <v:shape id="_x0000_i715869"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047" o:title="eqId8455657dde27aabe6adb7b188e031c11"/>
            <o:lock v:ext="edit" aspectratio="t"/>
            <w10:wrap type="none"/>
            <w10:anchorlock/>
          </v:shape>
        </w:pict>
      </w:r>
      <w:r>
        <w:rPr>
          <w:rFonts w:ascii="宋体" w:hAnsi="宋体" w:eastAsia="宋体" w:cs="宋体"/>
          <w:color w:val="000000"/>
        </w:rPr>
        <w:t>在</w:t>
      </w:r>
      <w:r>
        <w:pict>
          <v:shape id="_x0000_i71587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048" o:title="eqIdc5db41a1f31d6baee7c69990811edb9f"/>
            <o:lock v:ext="edit" aspectratio="t"/>
            <w10:wrap type="none"/>
            <w10:anchorlock/>
          </v:shape>
        </w:pict>
      </w:r>
      <w:r>
        <w:rPr>
          <w:rFonts w:ascii="宋体" w:hAnsi="宋体" w:eastAsia="宋体" w:cs="宋体"/>
          <w:color w:val="000000"/>
        </w:rPr>
        <w:t>点的左侧，</w:t>
      </w:r>
    </w:p>
    <w:p>
      <w:pPr>
        <w:spacing w:line="360" w:lineRule="auto"/>
        <w:jc w:val="left"/>
        <w:textAlignment w:val="center"/>
        <w:rPr>
          <w:color w:val="000000"/>
        </w:rPr>
      </w:pPr>
      <w:r>
        <w:pict>
          <v:shape id="_x0000_i715871"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1049" o:title="eqIdae248960d8c1677cf948f8251275e863"/>
            <o:lock v:ext="edit" aspectratio="t"/>
            <w10:wrap type="none"/>
            <w10:anchorlock/>
          </v:shape>
        </w:pict>
      </w:r>
      <w:r>
        <w:pict>
          <v:shape id="_x0000_i715872" o:spt="75" alt="学科网(www.zxxk.com)--教育资源门户，提供试卷、教案、课件、论文、素材以及各类教学资源下载，还有大量而丰富的教学相关资讯！" type="#_x0000_t75" style="height:19.75pt;width:87.95pt;" o:ole="t" filled="f" o:preferrelative="t" stroked="f" coordsize="21600,21600">
            <v:path/>
            <v:fill on="f" focussize="0,0"/>
            <v:stroke on="f" joinstyle="miter"/>
            <v:imagedata r:id="rId1050" o:title="eqId9422876888f5d15cad526eaebc538d79"/>
            <o:lock v:ext="edit" aspectratio="t"/>
            <w10:wrap type="none"/>
            <w10:anchorlock/>
          </v:shape>
        </w:pict>
      </w:r>
      <w:r>
        <w:rPr>
          <w:rFonts w:ascii="宋体" w:hAnsi="宋体" w:eastAsia="宋体" w:cs="宋体"/>
          <w:color w:val="000000"/>
        </w:rPr>
        <w:t>，</w:t>
      </w:r>
      <w:r>
        <w:pict>
          <v:shape id="_x0000_i715873" o:spt="75" alt="学科网(www.zxxk.com)--教育资源门户，提供试卷、教案、课件、论文、素材以及各类教学资源下载，还有大量而丰富的教学相关资讯！" type="#_x0000_t75" style="height:13pt;width:30pt;" o:ole="t" filled="f" o:preferrelative="t" stroked="f" coordsize="21600,21600">
            <v:path/>
            <v:fill on="f" focussize="0,0"/>
            <v:stroke on="f" joinstyle="miter"/>
            <v:imagedata r:id="rId1051" o:title="eqId4a482b02325289de6333a6874ee56c8f"/>
            <o:lock v:ext="edit" aspectratio="t"/>
            <w10:wrap type="none"/>
            <w10:anchorlock/>
          </v:shape>
        </w:pict>
      </w:r>
      <w:r>
        <w:pict>
          <v:shape id="_x0000_i715874" o:spt="75" alt="学科网(www.zxxk.com)--教育资源门户，提供试卷、教案、课件、论文、素材以及各类教学资源下载，还有大量而丰富的教学相关资讯！" type="#_x0000_t75" style="height:19.75pt;width:94.3pt;" o:ole="t" filled="f" o:preferrelative="t" stroked="f" coordsize="21600,21600">
            <v:path/>
            <v:fill on="f" focussize="0,0"/>
            <v:stroke on="f" joinstyle="miter"/>
            <v:imagedata r:id="rId1052" o:title="eqIdd05751256c4a1dae73f21478eac114bd"/>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当</w:t>
      </w:r>
      <w:r>
        <w:pict>
          <v:shape id="_x0000_i715875" o:spt="75" alt="学科网(www.zxxk.com)--教育资源门户，提供试卷、教案、课件、论文、素材以及各类教学资源下载，还有大量而丰富的教学相关资讯！" type="#_x0000_t75" style="height:14.1pt;width:50.1pt;" o:ole="t" filled="f" o:preferrelative="t" stroked="f" coordsize="21600,21600">
            <v:path/>
            <v:fill on="f" focussize="0,0"/>
            <v:stroke on="f" joinstyle="miter"/>
            <v:imagedata r:id="rId1053" o:title="eqId1bc6cfc2eafb07d6f690da4d5ca5a754"/>
            <o:lock v:ext="edit" aspectratio="t"/>
            <w10:wrap type="none"/>
            <w10:anchorlock/>
          </v:shape>
        </w:pict>
      </w:r>
      <w:r>
        <w:rPr>
          <w:rFonts w:ascii="宋体" w:hAnsi="宋体" w:eastAsia="宋体" w:cs="宋体"/>
          <w:color w:val="000000"/>
        </w:rPr>
        <w:t>时，</w:t>
      </w:r>
      <w:r>
        <w:pict>
          <v:shape id="_x0000_i715876" o:spt="75" alt="学科网(www.zxxk.com)--教育资源门户，提供试卷、教案、课件、论文、素材以及各类教学资源下载，还有大量而丰富的教学相关资讯！" type="#_x0000_t75" style="height:9.75pt;width:8.25pt;" o:ole="t" filled="f" o:preferrelative="t" stroked="f" coordsize="21600,21600">
            <v:path/>
            <v:fill on="f" focussize="0,0"/>
            <v:stroke on="f" joinstyle="miter"/>
            <v:imagedata r:id="rId1054" o:title="eqIdc5873c01192b7d33b7483f444f90b5b0"/>
            <o:lock v:ext="edit" aspectratio="t"/>
            <w10:wrap type="none"/>
            <w10:anchorlock/>
          </v:shape>
        </w:pict>
      </w:r>
      <w:r>
        <w:rPr>
          <w:rFonts w:ascii="宋体" w:hAnsi="宋体" w:eastAsia="宋体" w:cs="宋体"/>
          <w:color w:val="000000"/>
        </w:rPr>
        <w:t>取得最小值，</w:t>
      </w:r>
    </w:p>
    <w:p>
      <w:pPr>
        <w:spacing w:line="360" w:lineRule="auto"/>
        <w:jc w:val="left"/>
        <w:textAlignment w:val="center"/>
        <w:rPr>
          <w:color w:val="000000"/>
        </w:rPr>
      </w:pPr>
      <w:r>
        <w:rPr>
          <w:rFonts w:ascii="宋体" w:hAnsi="宋体" w:eastAsia="宋体" w:cs="宋体"/>
          <w:color w:val="000000"/>
        </w:rPr>
        <w:t>即</w:t>
      </w:r>
      <w:r>
        <w:pict>
          <v:shape id="_x0000_i715877" o:spt="75" alt="学科网(www.zxxk.com)--教育资源门户，提供试卷、教案、课件、论文、素材以及各类教学资源下载，还有大量而丰富的教学相关资讯！" type="#_x0000_t75" style="height:14pt;width:61.8pt;" o:ole="t" filled="f" o:preferrelative="t" stroked="f" coordsize="21600,21600">
            <v:path/>
            <v:fill on="f" focussize="0,0"/>
            <v:stroke on="f" joinstyle="miter"/>
            <v:imagedata r:id="rId1055" o:title="eqId205b276a63a2676ef7b27c94510911c2"/>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878"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1056" o:title="eqId08ada7c406cac4bb96ce95ae134c207b"/>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∴运动过程中</w:t>
      </w:r>
      <w:r>
        <w:rPr>
          <w:rFonts w:ascii="Times New Roman" w:hAnsi="Times New Roman" w:eastAsia="Times New Roman" w:cs="Times New Roman"/>
          <w:i/>
          <w:color w:val="000000"/>
        </w:rPr>
        <w:t>s</w:t>
      </w:r>
      <w:r>
        <w:rPr>
          <w:rFonts w:ascii="宋体" w:hAnsi="宋体" w:eastAsia="宋体" w:cs="宋体"/>
          <w:color w:val="000000"/>
        </w:rPr>
        <w:t>的最小值为</w:t>
      </w:r>
      <w:r>
        <w:pict>
          <v:shape id="_x0000_i715879" o:spt="75" alt="学科网(www.zxxk.com)--教育资源门户，提供试卷、教案、课件、论文、素材以及各类教学资源下载，还有大量而丰富的教学相关资讯！" type="#_x0000_t75" style="height:31.2pt;width:56.05pt;" o:ole="t" filled="f" o:preferrelative="t" stroked="f" coordsize="21600,21600">
            <v:path/>
            <v:fill on="f" focussize="0,0"/>
            <v:stroke on="f" joinstyle="miter"/>
            <v:imagedata r:id="rId1057" o:title="eqIdbf39b7d1bb32f18e4b4d0dbd35dc2fca"/>
            <o:lock v:ext="edit" aspectratio="t"/>
            <w10:wrap type="none"/>
            <w10:anchorlock/>
          </v:shape>
        </w:pict>
      </w:r>
      <w:r>
        <w:rPr>
          <w:rFonts w:ascii="宋体" w:hAnsi="宋体" w:eastAsia="宋体" w:cs="宋体"/>
          <w:color w:val="000000"/>
        </w:rPr>
        <w:t>及对应的时间</w:t>
      </w:r>
      <w:r>
        <w:pict>
          <v:shape id="_x0000_i715880"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1058" o:title="eqId08ada7c406cac4bb96ce95ae134c207b"/>
            <o:lock v:ext="edit" aspectratio="t"/>
            <w10:wrap type="none"/>
            <w10:anchorlock/>
          </v:shape>
        </w:pict>
      </w:r>
      <w:r>
        <w:rPr>
          <w:color w:val="000000"/>
        </w:rPr>
        <w:t>．</w:t>
      </w:r>
    </w:p>
    <w:p>
      <w:pPr>
        <w:spacing w:line="360" w:lineRule="auto"/>
        <w:jc w:val="left"/>
        <w:textAlignment w:val="center"/>
        <w:rPr>
          <w:color w:val="000000"/>
        </w:rPr>
      </w:pPr>
      <w:r>
        <w:rPr>
          <w:color w:val="000000"/>
        </w:rPr>
        <w:drawing>
          <wp:inline distT="0" distB="0" distL="114300" distR="114300">
            <wp:extent cx="3105150" cy="304800"/>
            <wp:effectExtent l="0" t="0" r="0" b="0"/>
            <wp:docPr id="3599"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 name="图片 100041" descr="学科网(www.zxxk.com)--教育资源门户，提供试卷、教案、课件、论文、素材以及各类教学资源下载，还有大量而丰富的教学相关资讯！"/>
                    <pic:cNvPicPr>
                      <a:picLocks noChangeAspect="1"/>
                    </pic:cNvPicPr>
                  </pic:nvPicPr>
                  <pic:blipFill>
                    <a:blip r:embed="rId1059"/>
                    <a:stretch>
                      <a:fillRect/>
                    </a:stretch>
                  </pic:blipFill>
                  <pic:spPr>
                    <a:xfrm>
                      <a:off x="0" y="0"/>
                      <a:ext cx="3105150" cy="304800"/>
                    </a:xfrm>
                    <a:prstGeom prst="rect">
                      <a:avLst/>
                    </a:prstGeom>
                  </pic:spPr>
                </pic:pic>
              </a:graphicData>
            </a:graphic>
          </wp:inline>
        </w:drawing>
      </w:r>
    </w:p>
    <w:p>
      <w:pPr>
        <w:pStyle w:val="Heading2"/>
      </w:pPr>
      <w:r>
        <w:t>海淀区首都师范大学附属中学第一分校</w:t>
      </w:r>
    </w:p>
    <w:p>
      <w:pPr>
        <w:spacing w:line="360" w:lineRule="auto"/>
        <w:jc w:val="both"/>
        <w:textAlignment w:val="center"/>
        <w:rPr>
          <w:color w:val="000000"/>
        </w:rPr>
      </w:pPr>
      <w:r>
        <w:rPr>
          <w:color w:val="000000"/>
        </w:rPr>
        <w:t xml:space="preserve">25. </w:t>
      </w:r>
      <w:r>
        <w:rPr>
          <w:rFonts w:ascii="宋体" w:hAnsi="宋体" w:eastAsia="宋体" w:cs="宋体"/>
          <w:color w:val="000000"/>
        </w:rPr>
        <w:t>先阅读下面材料，再完成任务：</w:t>
      </w:r>
    </w:p>
    <w:p>
      <w:pPr>
        <w:spacing w:line="360" w:lineRule="auto"/>
        <w:jc w:val="both"/>
        <w:textAlignment w:val="center"/>
        <w:rPr>
          <w:color w:val="000000"/>
        </w:rPr>
      </w:pPr>
      <w:r>
        <w:rPr>
          <w:rFonts w:ascii="宋体" w:hAnsi="宋体" w:eastAsia="宋体" w:cs="宋体"/>
          <w:color w:val="000000"/>
        </w:rPr>
        <w:t>【材料】</w:t>
      </w:r>
    </w:p>
    <w:p>
      <w:pPr>
        <w:spacing w:line="360" w:lineRule="auto"/>
        <w:jc w:val="both"/>
        <w:textAlignment w:val="center"/>
        <w:rPr>
          <w:color w:val="000000"/>
        </w:rPr>
      </w:pPr>
      <w:r>
        <w:rPr>
          <w:rFonts w:ascii="宋体" w:hAnsi="宋体" w:eastAsia="宋体" w:cs="宋体"/>
          <w:color w:val="000000"/>
        </w:rPr>
        <w:t>下列等式：</w:t>
      </w:r>
      <w:r>
        <w:pict>
          <v:shape id="_x0000_i715881" o:spt="75" alt="学科网(www.zxxk.com)--教育资源门户，提供试卷、教案、课件、论文、素材以及各类教学资源下载，还有大量而丰富的教学相关资讯！" type="#_x0000_t75" style="height:30.75pt;width:77.25pt;" o:ole="t" filled="f" o:preferrelative="t" stroked="f" coordsize="21600,21600">
            <v:path/>
            <v:fill on="f" focussize="0,0"/>
            <v:stroke on="f" joinstyle="miter"/>
            <v:imagedata r:id="rId1060" o:title="eqIdba21783118830806adbf1ecf7868b6e7"/>
            <o:lock v:ext="edit" aspectratio="t"/>
            <w10:wrap type="none"/>
            <w10:anchorlock/>
          </v:shape>
        </w:pict>
      </w:r>
      <w:r>
        <w:rPr>
          <w:rFonts w:ascii="宋体" w:hAnsi="宋体" w:eastAsia="宋体" w:cs="宋体"/>
          <w:color w:val="000000"/>
        </w:rPr>
        <w:t>，</w:t>
      </w:r>
      <w:r>
        <w:pict>
          <v:shape id="_x0000_i715882" o:spt="75" alt="学科网(www.zxxk.com)--教育资源门户，提供试卷、教案、课件、论文、素材以及各类教学资源下载，还有大量而丰富的教学相关资讯！" type="#_x0000_t75" style="height:31.2pt;width:78pt;" o:ole="t" filled="f" o:preferrelative="t" stroked="f" coordsize="21600,21600">
            <v:path/>
            <v:fill on="f" focussize="0,0"/>
            <v:stroke on="f" joinstyle="miter"/>
            <v:imagedata r:id="rId1061" o:title="eqIdf8841c869153e9132c063d479277c3f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，具有</w:t>
      </w:r>
      <w:r>
        <w:pict>
          <v:shape id="_x0000_i715883" o:spt="75" alt="学科网(www.zxxk.com)--教育资源门户，提供试卷、教案、课件、论文、素材以及各类教学资源下载，还有大量而丰富的教学相关资讯！" type="#_x0000_t75" style="height:13.8pt;width:64.8pt;" o:ole="t" filled="f" o:preferrelative="t" stroked="f" coordsize="21600,21600">
            <v:path/>
            <v:fill on="f" focussize="0,0"/>
            <v:stroke on="f" joinstyle="miter"/>
            <v:imagedata r:id="rId1062" o:title="eqId74a88aa0824b26f6ba0b7c7491f5e8de"/>
            <o:lock v:ext="edit" aspectratio="t"/>
            <w10:wrap type="none"/>
            <w10:anchorlock/>
          </v:shape>
        </w:pict>
      </w:r>
      <w:r>
        <w:rPr>
          <w:rFonts w:ascii="宋体" w:hAnsi="宋体" w:eastAsia="宋体" w:cs="宋体"/>
          <w:color w:val="000000"/>
        </w:rPr>
        <w:t>的结构特征，我们把满足这一特征的一</w:t>
      </w:r>
      <w:r>
        <w:rPr>
          <w:rFonts w:ascii="Times New Roman" w:hAnsi="Times New Roman" w:eastAsia="Times New Roman" w:cs="Times New Roman"/>
          <w:color w:val="000000"/>
        </w:rPr>
        <w:t xml:space="preserve"> </w:t>
      </w:r>
      <w:r>
        <w:rPr>
          <w:rFonts w:ascii="宋体" w:hAnsi="宋体" w:eastAsia="宋体" w:cs="宋体"/>
          <w:color w:val="000000"/>
        </w:rPr>
        <w:t>对有理数称为“共生有理数对”，记作</w:t>
      </w:r>
      <w:r>
        <w:pict>
          <v:shape id="_x0000_i715884"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1063" o:title="eqId4562f3225c98cf5cb11b47d98c9cc9c3"/>
            <o:lock v:ext="edit" aspectratio="t"/>
            <w10:wrap type="none"/>
            <w10:anchorlock/>
          </v:shape>
        </w:pict>
      </w:r>
      <w:r>
        <w:rPr>
          <w:rFonts w:ascii="宋体" w:hAnsi="宋体" w:eastAsia="宋体" w:cs="宋体"/>
          <w:color w:val="000000"/>
        </w:rPr>
        <w:t>．例如：</w:t>
      </w:r>
      <w:r>
        <w:pict>
          <v:shape id="_x0000_i715885" o:spt="75" alt="学科网(www.zxxk.com)--教育资源门户，提供试卷、教案、课件、论文、素材以及各类教学资源下载，还有大量而丰富的教学相关资讯！" type="#_x0000_t75" style="height:34.2pt;width:33pt;" o:ole="t" filled="f" o:preferrelative="t" stroked="f" coordsize="21600,21600">
            <v:path/>
            <v:fill on="f" focussize="0,0"/>
            <v:stroke on="f" joinstyle="miter"/>
            <v:imagedata r:id="rId1064" o:title="eqId73c7f940242ca255270553732bbdf359"/>
            <o:lock v:ext="edit" aspectratio="t"/>
            <w10:wrap type="none"/>
            <w10:anchorlock/>
          </v:shape>
        </w:pict>
      </w:r>
      <w:r>
        <w:rPr>
          <w:rFonts w:ascii="宋体" w:hAnsi="宋体" w:eastAsia="宋体" w:cs="宋体"/>
          <w:color w:val="000000"/>
        </w:rPr>
        <w:t>、</w:t>
      </w:r>
      <w:r>
        <w:pict>
          <v:shape id="_x0000_i715886" o:spt="75" alt="学科网(www.zxxk.com)--教育资源门户，提供试卷、教案、课件、论文、素材以及各类教学资源下载，还有大量而丰富的教学相关资讯！" type="#_x0000_t75" style="height:34.2pt;width:34.2pt;" o:ole="t" filled="f" o:preferrelative="t" stroked="f" coordsize="21600,21600">
            <v:path/>
            <v:fill on="f" focussize="0,0"/>
            <v:stroke on="f" joinstyle="miter"/>
            <v:imagedata r:id="rId1065" o:title="eqIdf09ba56419cdbebe12736a1f2affe148"/>
            <o:lock v:ext="edit" aspectratio="t"/>
            <w10:wrap type="none"/>
            <w10:anchorlock/>
          </v:shape>
        </w:pict>
      </w:r>
      <w:r>
        <w:rPr>
          <w:rFonts w:ascii="宋体" w:hAnsi="宋体" w:eastAsia="宋体" w:cs="宋体"/>
          <w:color w:val="000000"/>
        </w:rPr>
        <w:t>都是“共生有理数对”．</w:t>
      </w:r>
    </w:p>
    <w:p>
      <w:pPr>
        <w:spacing w:line="360" w:lineRule="auto"/>
        <w:jc w:val="both"/>
        <w:textAlignment w:val="center"/>
        <w:rPr>
          <w:color w:val="000000"/>
        </w:rPr>
      </w:pPr>
      <w:r>
        <w:rPr>
          <w:rFonts w:ascii="宋体" w:hAnsi="宋体" w:eastAsia="宋体" w:cs="宋体"/>
          <w:color w:val="000000"/>
        </w:rPr>
        <w:t>【任务】</w:t>
      </w:r>
    </w:p>
    <w:p>
      <w:pPr>
        <w:spacing w:line="360" w:lineRule="auto"/>
        <w:jc w:val="left"/>
        <w:textAlignment w:val="center"/>
        <w:rPr>
          <w:color w:val="000000"/>
        </w:rPr>
      </w:pPr>
      <w:r>
        <w:rPr>
          <w:color w:val="000000"/>
        </w:rPr>
        <w:t>（1）</w:t>
      </w:r>
      <w:r>
        <w:rPr>
          <w:rFonts w:ascii="宋体" w:hAnsi="宋体" w:eastAsia="宋体" w:cs="宋体"/>
          <w:color w:val="000000"/>
        </w:rPr>
        <w:t>在两个数对</w:t>
      </w:r>
      <w:r>
        <w:pict>
          <v:shape id="_x0000_i715887" o:spt="75" alt="学科网(www.zxxk.com)--教育资源门户，提供试卷、教案、课件、论文、素材以及各类教学资源下载，还有大量而丰富的教学相关资讯！" type="#_x0000_t75" style="height:20.25pt;width:33.75pt;" o:ole="t" filled="f" o:preferrelative="t" stroked="f" coordsize="21600,21600">
            <v:path/>
            <v:fill on="f" focussize="0,0"/>
            <v:stroke on="f" joinstyle="miter"/>
            <v:imagedata r:id="rId1066" o:title="eqId29f48e1c656aace41360467f254e359d"/>
            <o:lock v:ext="edit" aspectratio="t"/>
            <w10:wrap type="none"/>
            <w10:anchorlock/>
          </v:shape>
        </w:pict>
      </w:r>
      <w:r>
        <w:rPr>
          <w:rFonts w:ascii="宋体" w:hAnsi="宋体" w:eastAsia="宋体" w:cs="宋体"/>
          <w:color w:val="000000"/>
        </w:rPr>
        <w:t>、</w:t>
      </w:r>
      <w:r>
        <w:pict>
          <v:shape id="_x0000_i715888" o:spt="75" alt="学科网(www.zxxk.com)--教育资源门户，提供试卷、教案、课件、论文、素材以及各类教学资源下载，还有大量而丰富的教学相关资讯！" type="#_x0000_t75" style="height:34pt;width:33pt;" o:ole="t" filled="f" o:preferrelative="t" stroked="f" coordsize="21600,21600">
            <v:path/>
            <v:fill on="f" focussize="0,0"/>
            <v:stroke on="f" joinstyle="miter"/>
            <v:imagedata r:id="rId1067" o:title="eqId510fc16cc2fe1f08c2486971a779f5f4"/>
            <o:lock v:ext="edit" aspectratio="t"/>
            <w10:wrap type="none"/>
            <w10:anchorlock/>
          </v:shape>
        </w:pict>
      </w:r>
      <w:r>
        <w:rPr>
          <w:rFonts w:ascii="宋体" w:hAnsi="宋体" w:eastAsia="宋体" w:cs="宋体"/>
          <w:color w:val="000000"/>
        </w:rPr>
        <w:t>中，“共生有理数对”是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请再写出一对“共生有理数对”</w:t>
      </w:r>
      <w:r>
        <w:rPr>
          <w:rFonts w:ascii="Times New Roman" w:hAnsi="Times New Roman" w:eastAsia="Times New Roman" w:cs="Times New Roman"/>
          <w:color w:val="000000"/>
        </w:rPr>
        <w:t>______</w:t>
      </w:r>
      <w:r>
        <w:rPr>
          <w:rFonts w:ascii="宋体" w:hAnsi="宋体" w:eastAsia="宋体" w:cs="宋体"/>
          <w:color w:val="000000"/>
        </w:rPr>
        <w:t>；（要求：不与题目中已有的“共生有理数对”重复）</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15889" o:spt="75" alt="学科网(www.zxxk.com)--教育资源门户，提供试卷、教案、课件、论文、素材以及各类教学资源下载，还有大量而丰富的教学相关资讯！" type="#_x0000_t75" style="height:19.8pt;width:36pt;" o:ole="t" filled="f" o:preferrelative="t" stroked="f" coordsize="21600,21600">
            <v:path/>
            <v:fill on="f" focussize="0,0"/>
            <v:stroke on="f" joinstyle="miter"/>
            <v:imagedata r:id="rId1068" o:title="eqIdb0a7bfc6353c1eb171b525a0d863f07f"/>
            <o:lock v:ext="edit" aspectratio="t"/>
            <w10:wrap type="none"/>
            <w10:anchorlock/>
          </v:shape>
        </w:pict>
      </w:r>
      <w:r>
        <w:rPr>
          <w:rFonts w:ascii="宋体" w:hAnsi="宋体" w:eastAsia="宋体" w:cs="宋体"/>
          <w:color w:val="000000"/>
        </w:rPr>
        <w:t>是“共生有理数对”，求</w:t>
      </w:r>
      <w:r>
        <w:pict>
          <v:shape id="_x0000_i71589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069" o:title="eqId81dea63b8ce3e51adf66cf7b9982a248"/>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（4）</w:t>
      </w:r>
      <w:r>
        <w:rPr>
          <w:rFonts w:ascii="宋体" w:hAnsi="宋体" w:eastAsia="宋体" w:cs="宋体"/>
          <w:color w:val="000000"/>
        </w:rPr>
        <w:t>若</w:t>
      </w:r>
      <w:r>
        <w:pict>
          <v:shape id="_x0000_i715891"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070" o:title="eqIdba7204f43679af6935e494c59d40c6ff"/>
            <o:lock v:ext="edit" aspectratio="t"/>
            <w10:wrap type="none"/>
            <w10:anchorlock/>
          </v:shape>
        </w:pict>
      </w:r>
      <w:r>
        <w:rPr>
          <w:rFonts w:ascii="宋体" w:hAnsi="宋体" w:eastAsia="宋体" w:cs="宋体"/>
          <w:color w:val="000000"/>
        </w:rPr>
        <w:t>是“共生有理数对”，判断</w:t>
      </w:r>
      <w:r>
        <w:pict>
          <v:shape id="_x0000_i715892"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1071" o:title="eqId9ca2b4b9c974660340f58c3831b18764"/>
            <o:lock v:ext="edit" aspectratio="t"/>
            <w10:wrap type="none"/>
            <w10:anchorlock/>
          </v:shape>
        </w:pict>
      </w:r>
      <w:r>
        <w:rPr>
          <w:rFonts w:ascii="宋体" w:hAnsi="宋体" w:eastAsia="宋体" w:cs="宋体"/>
          <w:color w:val="000000"/>
        </w:rPr>
        <w:t>是不是“共生有理数对”，并说明理由．</w:t>
      </w:r>
    </w:p>
    <w:p>
      <w:pPr>
        <w:spacing w:line="360" w:lineRule="auto"/>
        <w:textAlignment w:val="center"/>
        <w:rPr>
          <w:color w:val="000000"/>
        </w:rPr>
      </w:pPr>
      <w:r>
        <w:rPr>
          <w:color w:val="2E75B6"/>
        </w:rPr>
        <w:t>【答案】</w:t>
      </w:r>
      <w:r>
        <w:rPr>
          <w:color w:val="000000"/>
        </w:rPr>
        <w:t>（1）</w:t>
      </w:r>
      <w:r>
        <w:pict>
          <v:shape id="_x0000_i715893" o:spt="75" alt="学科网(www.zxxk.com)--教育资源门户，提供试卷、教案、课件、论文、素材以及各类教学资源下载，还有大量而丰富的教学相关资讯！" type="#_x0000_t75" style="height:34pt;width:33pt;" o:ole="t" filled="f" o:preferrelative="t" stroked="f" coordsize="21600,21600">
            <v:path/>
            <v:fill on="f" focussize="0,0"/>
            <v:stroke on="f" joinstyle="miter"/>
            <v:imagedata r:id="rId1072" o:title="eqId510fc16cc2fe1f08c2486971a779f5f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5894" o:spt="75" alt="学科网(www.zxxk.com)--教育资源门户，提供试卷、教案、课件、论文、素材以及各类教学资源下载，还有大量而丰富的教学相关资讯！" type="#_x0000_t75" style="height:34.5pt;width:49.5pt;" o:ole="t" filled="f" o:preferrelative="t" stroked="f" coordsize="21600,21600">
            <v:path/>
            <v:fill on="f" focussize="0,0"/>
            <v:stroke on="f" joinstyle="miter"/>
            <v:imagedata r:id="rId1073" o:title="eqIdea079e480f896ce811fecfaaa93311d0"/>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5895" o:spt="75" alt="学科网(www.zxxk.com)--教育资源门户，提供试卷、教案、课件、论文、素材以及各类教学资源下载，还有大量而丰富的教学相关资讯！" type="#_x0000_t75" style="height:30.8pt;width:37.05pt;" o:ole="t" filled="f" o:preferrelative="t" stroked="f" coordsize="21600,21600">
            <v:path/>
            <v:fill on="f" focussize="0,0"/>
            <v:stroke on="f" joinstyle="miter"/>
            <v:imagedata r:id="rId1074" o:title="eqIde9ad96a0492c77ae833043352654a98b"/>
            <o:lock v:ext="edit" aspectratio="t"/>
            <w10:wrap type="none"/>
            <w10:anchorlock/>
          </v:shape>
        </w:pic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是，理由见解析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）根据“共生有理数对”的定义，逐一进行判断即可；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）随意给出一个数，设另一个数为</w:t>
      </w:r>
      <w:r>
        <w:pict>
          <v:shape id="_x0000_i71589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075" o:title="eqId81dea63b8ce3e51adf66cf7b9982a248"/>
            <o:lock v:ext="edit" aspectratio="t"/>
            <w10:wrap type="none"/>
            <w10:anchorlock/>
          </v:shape>
        </w:pict>
      </w:r>
      <w:r>
        <w:rPr>
          <w:rFonts w:ascii="宋体" w:hAnsi="宋体" w:eastAsia="宋体" w:cs="宋体"/>
          <w:color w:val="000000"/>
        </w:rPr>
        <w:t>，根据“共生有理数对”的定义，列方程，求出</w:t>
      </w:r>
      <w:r>
        <w:pict>
          <v:shape id="_x0000_i71589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075" o:title="eqId81dea63b8ce3e51adf66cf7b9982a248"/>
            <o:lock v:ext="edit" aspectratio="t"/>
            <w10:wrap type="none"/>
            <w10:anchorlock/>
          </v:shape>
        </w:pict>
      </w:r>
      <w:r>
        <w:rPr>
          <w:rFonts w:ascii="宋体" w:hAnsi="宋体" w:eastAsia="宋体" w:cs="宋体"/>
          <w:color w:val="000000"/>
        </w:rPr>
        <w:t>的值即可；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）根据“共生有理数对”的定义，列出方程进行求解即可；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）根据“共生有理数对”的定义，进行推导即可得出结论．</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5898" o:spt="75" alt="学科网(www.zxxk.com)--教育资源门户，提供试卷、教案、课件、论文、素材以及各类教学资源下载，还有大量而丰富的教学相关资讯！" type="#_x0000_t75" style="height:20.25pt;width:132.1pt;" o:ole="t" filled="f" o:preferrelative="t" stroked="f" coordsize="21600,21600">
            <v:path/>
            <v:fill on="f" focussize="0,0"/>
            <v:stroke on="f" joinstyle="miter"/>
            <v:imagedata r:id="rId1076" o:title="eqIdeb363eacb5698c1fa3c2695c59bcd60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899" o:spt="75" alt="学科网(www.zxxk.com)--教育资源门户，提供试卷、教案、课件、论文、素材以及各类教学资源下载，还有大量而丰富的教学相关资讯！" type="#_x0000_t75" style="height:20.5pt;width:92.5pt;" o:ole="t" filled="f" o:preferrelative="t" stroked="f" coordsize="21600,21600">
            <v:path/>
            <v:fill on="f" focussize="0,0"/>
            <v:stroke on="f" joinstyle="miter"/>
            <v:imagedata r:id="rId1077" o:title="eqId63c0e05c9ef18ae5cc2b633218cc5bd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900" o:spt="75" alt="学科网(www.zxxk.com)--教育资源门户，提供试卷、教案、课件、论文、素材以及各类教学资源下载，还有大量而丰富的教学相关资讯！" type="#_x0000_t75" style="height:20.25pt;width:33.75pt;" o:ole="t" filled="f" o:preferrelative="t" stroked="f" coordsize="21600,21600">
            <v:path/>
            <v:fill on="f" focussize="0,0"/>
            <v:stroke on="f" joinstyle="miter"/>
            <v:imagedata r:id="rId1078" o:title="eqId29f48e1c656aace41360467f254e359d"/>
            <o:lock v:ext="edit" aspectratio="t"/>
            <w10:wrap type="none"/>
            <w10:anchorlock/>
          </v:shape>
        </w:pict>
      </w:r>
      <w:r>
        <w:rPr>
          <w:rFonts w:ascii="宋体" w:hAnsi="宋体" w:eastAsia="宋体" w:cs="宋体"/>
          <w:color w:val="000000"/>
        </w:rPr>
        <w:t>不是“共生有理数对”，</w:t>
      </w:r>
    </w:p>
    <w:p>
      <w:pPr>
        <w:spacing w:line="360" w:lineRule="auto"/>
        <w:jc w:val="left"/>
        <w:textAlignment w:val="center"/>
        <w:rPr>
          <w:color w:val="000000"/>
        </w:rPr>
      </w:pPr>
      <w:r>
        <w:rPr>
          <w:rFonts w:ascii="宋体" w:hAnsi="宋体" w:eastAsia="宋体" w:cs="宋体"/>
          <w:color w:val="000000"/>
        </w:rPr>
        <w:t>∵</w:t>
      </w:r>
      <w:r>
        <w:pict>
          <v:shape id="_x0000_i715901" o:spt="75" alt="学科网(www.zxxk.com)--教育资源门户，提供试卷、教案、课件、论文、素材以及各类教学资源下载，还有大量而丰富的教学相关资讯！" type="#_x0000_t75" style="height:30.75pt;width:109.05pt;" o:ole="t" filled="f" o:preferrelative="t" stroked="f" coordsize="21600,21600">
            <v:path/>
            <v:fill on="f" focussize="0,0"/>
            <v:stroke on="f" joinstyle="miter"/>
            <v:imagedata r:id="rId1079" o:title="eqIdcccc9776748b070fafed76b8063f6d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902" o:spt="75" alt="学科网(www.zxxk.com)--教育资源门户，提供试卷、教案、课件、论文、素材以及各类教学资源下载，还有大量而丰富的教学相关资讯！" type="#_x0000_t75" style="height:29pt;width:72pt;" o:ole="t" filled="f" o:preferrelative="t" stroked="f" coordsize="21600,21600">
            <v:path/>
            <v:fill on="f" focussize="0,0"/>
            <v:stroke on="f" joinstyle="miter"/>
            <v:imagedata r:id="rId1080" o:title="eqId870710225c1959027ed0962b2fa75e5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903" o:spt="75" alt="学科网(www.zxxk.com)--教育资源门户，提供试卷、教案、课件、论文、素材以及各类教学资源下载，还有大量而丰富的教学相关资讯！" type="#_x0000_t75" style="height:34pt;width:33pt;" o:ole="t" filled="f" o:preferrelative="t" stroked="f" coordsize="21600,21600">
            <v:path/>
            <v:fill on="f" focussize="0,0"/>
            <v:stroke on="f" joinstyle="miter"/>
            <v:imagedata r:id="rId1081" o:title="eqId510fc16cc2fe1f08c2486971a779f5f4"/>
            <o:lock v:ext="edit" aspectratio="t"/>
            <w10:wrap type="none"/>
            <w10:anchorlock/>
          </v:shape>
        </w:pict>
      </w:r>
      <w:r>
        <w:rPr>
          <w:rFonts w:ascii="宋体" w:hAnsi="宋体" w:eastAsia="宋体" w:cs="宋体"/>
          <w:color w:val="000000"/>
        </w:rPr>
        <w:t>是“共生有理数对”，</w:t>
      </w:r>
    </w:p>
    <w:p>
      <w:pPr>
        <w:spacing w:line="360" w:lineRule="auto"/>
        <w:jc w:val="left"/>
        <w:textAlignment w:val="center"/>
        <w:rPr>
          <w:color w:val="000000"/>
        </w:rPr>
      </w:pPr>
      <w:r>
        <w:rPr>
          <w:rFonts w:ascii="宋体" w:hAnsi="宋体" w:eastAsia="宋体" w:cs="宋体"/>
          <w:color w:val="000000"/>
        </w:rPr>
        <w:t>故答案为：</w:t>
      </w:r>
      <w:r>
        <w:pict>
          <v:shape id="_x0000_i715904" o:spt="75" alt="学科网(www.zxxk.com)--教育资源门户，提供试卷、教案、课件、论文、素材以及各类教学资源下载，还有大量而丰富的教学相关资讯！" type="#_x0000_t75" style="height:34pt;width:33pt;" o:ole="t" filled="f" o:preferrelative="t" stroked="f" coordsize="21600,21600">
            <v:path/>
            <v:fill on="f" focussize="0,0"/>
            <v:stroke on="f" joinstyle="miter"/>
            <v:imagedata r:id="rId1082" o:title="eqId510fc16cc2fe1f08c2486971a779f5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设一对“共生有理数对”为</w:t>
      </w:r>
      <w:r>
        <w:pict>
          <v:shape id="_x0000_i715905" o:spt="75" alt="学科网(www.zxxk.com)--教育资源门户，提供试卷、教案、课件、论文、素材以及各类教学资源下载，还有大量而丰富的教学相关资讯！" type="#_x0000_t75" style="height:20pt;width:36pt;" o:ole="t" filled="f" o:preferrelative="t" stroked="f" coordsize="21600,21600">
            <v:path/>
            <v:fill on="f" focussize="0,0"/>
            <v:stroke on="f" joinstyle="miter"/>
            <v:imagedata r:id="rId1083" o:title="eqIdee4c35b8232acc4b73ca55dc1f0f9fa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5906" o:spt="75" alt="学科网(www.zxxk.com)--教育资源门户，提供试卷、教案、课件、论文、素材以及各类教学资源下载，还有大量而丰富的教学相关资讯！" type="#_x0000_t75" style="height:20.25pt;width:86.7pt;" o:ole="t" filled="f" o:preferrelative="t" stroked="f" coordsize="21600,21600">
            <v:path/>
            <v:fill on="f" focussize="0,0"/>
            <v:stroke on="f" joinstyle="miter"/>
            <v:imagedata r:id="rId1084" o:title="eqIdb640985a94f31a3bbe473f795378dd8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5907" o:spt="75" alt="学科网(www.zxxk.com)--教育资源门户，提供试卷、教案、课件、论文、素材以及各类教学资源下载，还有大量而丰富的教学相关资讯！" type="#_x0000_t75" style="height:31pt;width:38.15pt;" o:ole="t" filled="f" o:preferrelative="t" stroked="f" coordsize="21600,21600">
            <v:path/>
            <v:fill on="f" focussize="0,0"/>
            <v:stroke on="f" joinstyle="miter"/>
            <v:imagedata r:id="rId1085" o:title="eqId1c98a7f3a8bf384b1dfc1d34aebd46d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∴这一对“共生有理数对”为</w:t>
      </w:r>
      <w:r>
        <w:pict>
          <v:shape id="_x0000_i715908" o:spt="75" alt="学科网(www.zxxk.com)--教育资源门户，提供试卷、教案、课件、论文、素材以及各类教学资源下载，还有大量而丰富的教学相关资讯！" type="#_x0000_t75" style="height:34.5pt;width:49.5pt;" o:ole="t" filled="f" o:preferrelative="t" stroked="f" coordsize="21600,21600">
            <v:path/>
            <v:fill on="f" focussize="0,0"/>
            <v:stroke on="f" joinstyle="miter"/>
            <v:imagedata r:id="rId1086" o:title="eqIdea079e480f896ce811fecfaaa93311d0"/>
            <o:lock v:ext="edit" aspectratio="t"/>
            <w10:wrap type="none"/>
            <w10:anchorlock/>
          </v:shape>
        </w:pic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宋体" w:hAnsi="宋体" w:eastAsia="宋体" w:cs="宋体"/>
          <w:color w:val="000000"/>
        </w:rPr>
        <w:t>故答案为：</w:t>
      </w:r>
      <w:r>
        <w:pict>
          <v:shape id="_x0000_i715909" o:spt="75" alt="学科网(www.zxxk.com)--教育资源门户，提供试卷、教案、课件、论文、素材以及各类教学资源下载，还有大量而丰富的教学相关资讯！" type="#_x0000_t75" style="height:34.5pt;width:49.5pt;" o:ole="t" filled="f" o:preferrelative="t" stroked="f" coordsize="21600,21600">
            <v:path/>
            <v:fill on="f" focussize="0,0"/>
            <v:stroke on="f" joinstyle="miter"/>
            <v:imagedata r:id="rId1087" o:title="eqIdea079e480f896ce811fecfaaa93311d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w:t>
      </w:r>
      <w:r>
        <w:pict>
          <v:shape id="_x0000_i715910" o:spt="75" alt="学科网(www.zxxk.com)--教育资源门户，提供试卷、教案、课件、论文、素材以及各类教学资源下载，还有大量而丰富的教学相关资讯！" type="#_x0000_t75" style="height:19.8pt;width:36pt;" o:ole="t" filled="f" o:preferrelative="t" stroked="f" coordsize="21600,21600">
            <v:path/>
            <v:fill on="f" focussize="0,0"/>
            <v:stroke on="f" joinstyle="miter"/>
            <v:imagedata r:id="rId1088" o:title="eqIdb0a7bfc6353c1eb171b525a0d863f07f"/>
            <o:lock v:ext="edit" aspectratio="t"/>
            <w10:wrap type="none"/>
            <w10:anchorlock/>
          </v:shape>
        </w:pict>
      </w:r>
      <w:r>
        <w:rPr>
          <w:rFonts w:ascii="宋体" w:hAnsi="宋体" w:eastAsia="宋体" w:cs="宋体"/>
          <w:color w:val="000000"/>
        </w:rPr>
        <w:t>是“共生有理数对”，</w:t>
      </w:r>
    </w:p>
    <w:p>
      <w:pPr>
        <w:spacing w:line="360" w:lineRule="auto"/>
        <w:jc w:val="left"/>
        <w:textAlignment w:val="center"/>
        <w:rPr>
          <w:color w:val="000000"/>
        </w:rPr>
      </w:pPr>
      <w:r>
        <w:rPr>
          <w:rFonts w:ascii="宋体" w:hAnsi="宋体" w:eastAsia="宋体" w:cs="宋体"/>
          <w:color w:val="000000"/>
        </w:rPr>
        <w:t>∴</w:t>
      </w:r>
      <w:r>
        <w:pict>
          <v:shape id="_x0000_i715911" o:spt="75" alt="学科网(www.zxxk.com)--教育资源门户，提供试卷、教案、课件、论文、素材以及各类教学资源下载，还有大量而丰富的教学相关资讯！" type="#_x0000_t75" style="height:20.25pt;width:87.75pt;" o:ole="t" filled="f" o:preferrelative="t" stroked="f" coordsize="21600,21600">
            <v:path/>
            <v:fill on="f" focussize="0,0"/>
            <v:stroke on="f" joinstyle="miter"/>
            <v:imagedata r:id="rId1089" o:title="eqId79c15d07856a2e9c7510d6443ae4132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5912" o:spt="75" alt="学科网(www.zxxk.com)--教育资源门户，提供试卷、教案、课件、论文、素材以及各类教学资源下载，还有大量而丰富的教学相关资讯！" type="#_x0000_t75" style="height:30.8pt;width:37.05pt;" o:ole="t" filled="f" o:preferrelative="t" stroked="f" coordsize="21600,21600">
            <v:path/>
            <v:fill on="f" focussize="0,0"/>
            <v:stroke on="f" joinstyle="miter"/>
            <v:imagedata r:id="rId1090" o:title="eqIde9ad96a0492c77ae833043352654a98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是；理由如下：</w:t>
      </w:r>
    </w:p>
    <w:p>
      <w:pPr>
        <w:spacing w:line="360" w:lineRule="auto"/>
        <w:jc w:val="left"/>
        <w:textAlignment w:val="center"/>
        <w:rPr>
          <w:color w:val="000000"/>
        </w:rPr>
      </w:pPr>
      <w:r>
        <w:rPr>
          <w:rFonts w:ascii="宋体" w:hAnsi="宋体" w:eastAsia="宋体" w:cs="宋体"/>
          <w:color w:val="000000"/>
        </w:rPr>
        <w:t>∵</w:t>
      </w:r>
      <w:r>
        <w:pict>
          <v:shape id="_x0000_i715913"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092" o:title="eqIdba7204f43679af6935e494c59d40c6ff"/>
            <o:lock v:ext="edit" aspectratio="t"/>
            <w10:wrap type="none"/>
            <w10:anchorlock/>
          </v:shape>
        </w:pict>
      </w:r>
      <w:r>
        <w:rPr>
          <w:rFonts w:ascii="宋体" w:hAnsi="宋体" w:eastAsia="宋体" w:cs="宋体"/>
          <w:color w:val="000000"/>
          <w:position w:val="0"/>
        </w:rPr>
        <w:drawing>
          <wp:inline distT="0" distB="0" distL="114300" distR="114300">
            <wp:extent cx="132080" cy="167640"/>
            <wp:effectExtent l="0" t="0" r="0" b="0"/>
            <wp:docPr id="3601" name="图片 82898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 name="图片 828980232"/>
                    <pic:cNvPicPr>
                      <a:picLocks noChangeAspect="1"/>
                    </pic:cNvPicPr>
                  </pic:nvPicPr>
                  <pic:blipFill>
                    <a:blip r:embed="rId1091"/>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“共生有理数对”，</w:t>
      </w:r>
    </w:p>
    <w:p>
      <w:pPr>
        <w:spacing w:line="360" w:lineRule="auto"/>
        <w:jc w:val="left"/>
        <w:textAlignment w:val="center"/>
        <w:rPr>
          <w:color w:val="000000"/>
        </w:rPr>
      </w:pPr>
      <w:r>
        <w:rPr>
          <w:rFonts w:ascii="宋体" w:hAnsi="宋体" w:eastAsia="宋体" w:cs="宋体"/>
          <w:color w:val="000000"/>
        </w:rPr>
        <w:t>∴</w:t>
      </w:r>
      <w:r>
        <w:pict>
          <v:shape id="_x0000_i715914" o:spt="75" alt="学科网(www.zxxk.com)--教育资源门户，提供试卷、教案、课件、论文、素材以及各类教学资源下载，还有大量而丰富的教学相关资讯！" type="#_x0000_t75" style="height:13.8pt;width:70.2pt;" o:ole="t" filled="f" o:preferrelative="t" stroked="f" coordsize="21600,21600">
            <v:path/>
            <v:fill on="f" focussize="0,0"/>
            <v:stroke on="f" joinstyle="miter"/>
            <v:imagedata r:id="rId1093" o:title="eqId62b53fe400049e8347071291bf9b818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915" o:spt="75" alt="学科网(www.zxxk.com)--教育资源门户，提供试卷、教案、课件、论文、素材以及各类教学资源下载，还有大量而丰富的教学相关资讯！" type="#_x0000_t75" style="height:20.25pt;width:127.2pt;" o:ole="t" filled="f" o:preferrelative="t" stroked="f" coordsize="21600,21600">
            <v:path/>
            <v:fill on="f" focussize="0,0"/>
            <v:stroke on="f" joinstyle="miter"/>
            <v:imagedata r:id="rId1094" o:title="eqIdd7e071257ba089e748fe7b830343942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5916"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1095" o:title="eqId9ca2b4b9c974660340f58c3831b18764"/>
            <o:lock v:ext="edit" aspectratio="t"/>
            <w10:wrap type="none"/>
            <w10:anchorlock/>
          </v:shape>
        </w:pict>
      </w:r>
      <w:r>
        <w:rPr>
          <w:rFonts w:ascii="宋体" w:hAnsi="宋体" w:eastAsia="宋体" w:cs="宋体"/>
          <w:color w:val="000000"/>
        </w:rPr>
        <w:t>是“共生有理数对”．</w:t>
      </w:r>
    </w:p>
    <w:p>
      <w:pPr>
        <w:spacing w:line="360" w:lineRule="auto"/>
        <w:jc w:val="left"/>
        <w:textAlignment w:val="center"/>
        <w:rPr>
          <w:color w:val="000000"/>
        </w:rPr>
      </w:pPr>
      <w:r>
        <w:rPr>
          <w:color w:val="000000"/>
        </w:rPr>
        <w:t>【点睛】</w:t>
      </w:r>
      <w:r>
        <w:rPr>
          <w:rFonts w:ascii="宋体" w:hAnsi="宋体" w:eastAsia="宋体" w:cs="宋体"/>
          <w:color w:val="000000"/>
        </w:rPr>
        <w:t>本题考查一元一次方程的应用．理解并掌握“共生有理数对”的定义，是解题的关键．</w:t>
      </w:r>
    </w:p>
    <w:p>
      <w:pPr>
        <w:spacing w:line="360" w:lineRule="auto"/>
        <w:jc w:val="left"/>
        <w:textAlignment w:val="center"/>
        <w:rPr>
          <w:color w:val="000000"/>
        </w:rPr>
      </w:pPr>
      <w:r>
        <w:rPr>
          <w:color w:val="000000"/>
        </w:rPr>
        <w:t xml:space="preserve">26. </w:t>
      </w:r>
      <w:r>
        <w:rPr>
          <w:rFonts w:ascii="宋体" w:hAnsi="宋体" w:eastAsia="宋体" w:cs="宋体"/>
          <w:color w:val="000000"/>
        </w:rPr>
        <w:t>在数轴上有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b</w:t>
      </w:r>
      <w:r>
        <w:rPr>
          <w:rFonts w:ascii="宋体" w:hAnsi="宋体" w:eastAsia="宋体" w:cs="宋体"/>
          <w:color w:val="000000"/>
        </w:rPr>
        <w:t>．对点</w:t>
      </w:r>
      <w:r>
        <w:rPr>
          <w:rFonts w:ascii="Times New Roman" w:hAnsi="Times New Roman" w:eastAsia="Times New Roman" w:cs="Times New Roman"/>
          <w:i/>
          <w:color w:val="000000"/>
        </w:rPr>
        <w:t>A</w:t>
      </w:r>
      <w:r>
        <w:rPr>
          <w:rFonts w:ascii="宋体" w:hAnsi="宋体" w:eastAsia="宋体" w:cs="宋体"/>
          <w:color w:val="000000"/>
        </w:rPr>
        <w:t>给出如下定义：当</w:t>
      </w:r>
      <w:r>
        <w:pict>
          <v:shape id="_x0000_i71591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096" o:title="eqIdc90e8d5d7fed033f48270b1ff825fcd5"/>
            <o:lock v:ext="edit" aspectratio="t"/>
            <w10:wrap type="none"/>
            <w10:anchorlock/>
          </v:shape>
        </w:pict>
      </w:r>
      <w:r>
        <w:rPr>
          <w:rFonts w:ascii="宋体" w:hAnsi="宋体" w:eastAsia="宋体" w:cs="宋体"/>
          <w:color w:val="000000"/>
        </w:rPr>
        <w:t>时，将点</w:t>
      </w:r>
      <w:r>
        <w:rPr>
          <w:rFonts w:ascii="Times New Roman" w:hAnsi="Times New Roman" w:eastAsia="Times New Roman" w:cs="Times New Roman"/>
          <w:i/>
          <w:color w:val="000000"/>
        </w:rPr>
        <w:t>A</w:t>
      </w:r>
      <w:r>
        <w:rPr>
          <w:rFonts w:ascii="宋体" w:hAnsi="宋体" w:eastAsia="宋体" w:cs="宋体"/>
          <w:color w:val="000000"/>
        </w:rPr>
        <w:t>向右移动</w:t>
      </w:r>
      <w:r>
        <w:rPr>
          <w:rFonts w:ascii="Times New Roman" w:hAnsi="Times New Roman" w:eastAsia="Times New Roman" w:cs="Times New Roman"/>
          <w:color w:val="000000"/>
        </w:rPr>
        <w:t>2</w:t>
      </w:r>
      <w:r>
        <w:rPr>
          <w:rFonts w:ascii="宋体" w:hAnsi="宋体" w:eastAsia="宋体" w:cs="宋体"/>
          <w:color w:val="000000"/>
        </w:rPr>
        <w:t>个单位长度，得到点</w:t>
      </w:r>
      <w:r>
        <w:rPr>
          <w:rFonts w:ascii="Times New Roman" w:hAnsi="Times New Roman" w:eastAsia="Times New Roman" w:cs="Times New Roman"/>
          <w:i/>
          <w:color w:val="000000"/>
        </w:rPr>
        <w:t>P</w:t>
      </w:r>
      <w:r>
        <w:rPr>
          <w:rFonts w:ascii="宋体" w:hAnsi="宋体" w:eastAsia="宋体" w:cs="宋体"/>
          <w:color w:val="000000"/>
        </w:rPr>
        <w:t>；当</w:t>
      </w:r>
      <w:r>
        <w:pict>
          <v:shape id="_x0000_i71591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097" o:title="eqIde3a915c1a8a9304aeb307d130faaeb15"/>
            <o:lock v:ext="edit" aspectratio="t"/>
            <w10:wrap type="none"/>
            <w10:anchorlock/>
          </v:shape>
        </w:pict>
      </w:r>
      <w:r>
        <w:rPr>
          <w:rFonts w:ascii="宋体" w:hAnsi="宋体" w:eastAsia="宋体" w:cs="宋体"/>
          <w:color w:val="000000"/>
        </w:rPr>
        <w:t>时，将点</w:t>
      </w:r>
      <w:r>
        <w:rPr>
          <w:rFonts w:ascii="Times New Roman" w:hAnsi="Times New Roman" w:eastAsia="Times New Roman" w:cs="Times New Roman"/>
          <w:i/>
          <w:color w:val="000000"/>
        </w:rPr>
        <w:t>A</w:t>
      </w:r>
      <w:r>
        <w:rPr>
          <w:rFonts w:ascii="宋体" w:hAnsi="宋体" w:eastAsia="宋体" w:cs="宋体"/>
          <w:color w:val="000000"/>
        </w:rPr>
        <w:t>向左移动</w:t>
      </w:r>
      <w:r>
        <w:pict>
          <v:shape id="_x0000_i715919" o:spt="75" alt="学科网(www.zxxk.com)--教育资源门户，提供试卷、教案、课件、论文、素材以及各类教学资源下载，还有大量而丰富的教学相关资讯！" type="#_x0000_t75" style="height:20.25pt;width:12.75pt;" o:ole="t" filled="f" o:preferrelative="t" stroked="f" coordsize="21600,21600">
            <v:path/>
            <v:fill on="f" focussize="0,0"/>
            <v:stroke on="f" joinstyle="miter"/>
            <v:imagedata r:id="rId1098" o:title="eqIdce22731a412796fe2925e01f765d5976"/>
            <o:lock v:ext="edit" aspectratio="t"/>
            <w10:wrap type="none"/>
            <w10:anchorlock/>
          </v:shape>
        </w:pict>
      </w:r>
      <w:r>
        <w:rPr>
          <w:rFonts w:ascii="宋体" w:hAnsi="宋体" w:eastAsia="宋体" w:cs="宋体"/>
          <w:color w:val="000000"/>
        </w:rPr>
        <w:t>个单位长度，得到点</w:t>
      </w:r>
      <w:r>
        <w:rPr>
          <w:rFonts w:ascii="Times New Roman" w:hAnsi="Times New Roman" w:eastAsia="Times New Roman" w:cs="Times New Roman"/>
          <w:i/>
          <w:color w:val="000000"/>
        </w:rPr>
        <w:t>P</w:t>
      </w:r>
      <w:r>
        <w:rPr>
          <w:rFonts w:ascii="宋体" w:hAnsi="宋体" w:eastAsia="宋体" w:cs="宋体"/>
          <w:color w:val="000000"/>
        </w:rPr>
        <w:t>．称点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的“联动点”．如图，点</w:t>
      </w:r>
      <w:r>
        <w:rPr>
          <w:rFonts w:ascii="Times New Roman" w:hAnsi="Times New Roman" w:eastAsia="Times New Roman" w:cs="Times New Roman"/>
          <w:i/>
          <w:color w:val="000000"/>
        </w:rPr>
        <w:t>A</w:t>
      </w:r>
      <w:r>
        <w:rPr>
          <w:rFonts w:ascii="宋体" w:hAnsi="宋体" w:eastAsia="宋体" w:cs="宋体"/>
          <w:color w:val="000000"/>
        </w:rPr>
        <w:t>表示的数为</w:t>
      </w:r>
      <w:r>
        <w:pict>
          <v:shape id="_x0000_i71592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099" o:title="eqIdacbc6a613224461ade69362d465504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90750" cy="323850"/>
            <wp:effectExtent l="0" t="0" r="0" b="0"/>
            <wp:docPr id="3603"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4" name="图片 100015" descr="学科网(www.zxxk.com)--教育资源门户，提供试卷、教案、课件、论文、素材以及各类教学资源下载，还有大量而丰富的教学相关资讯！"/>
                    <pic:cNvPicPr>
                      <a:picLocks noChangeAspect="1"/>
                    </pic:cNvPicPr>
                  </pic:nvPicPr>
                  <pic:blipFill>
                    <a:blip r:embed="rId1100"/>
                    <a:stretch>
                      <a:fillRect/>
                    </a:stretch>
                  </pic:blipFill>
                  <pic:spPr>
                    <a:xfrm>
                      <a:off x="0" y="0"/>
                      <a:ext cx="2190750" cy="3238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在图中画出当</w:t>
      </w:r>
      <w:r>
        <w:pict>
          <v:shape id="_x0000_i715921"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101" o:title="eqId3320a13248a3a1208ff6ee85c9d26f36"/>
            <o:lock v:ext="edit" aspectratio="t"/>
            <w10:wrap type="none"/>
            <w10:anchorlock/>
          </v:shape>
        </w:pict>
      </w:r>
      <w:r>
        <w:rPr>
          <w:rFonts w:ascii="宋体" w:hAnsi="宋体" w:eastAsia="宋体" w:cs="宋体"/>
          <w:color w:val="000000"/>
        </w:rPr>
        <w:t>时，点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的“联动点”</w:t>
      </w:r>
      <w:r>
        <w:rPr>
          <w:rFonts w:ascii="Times New Roman" w:hAnsi="Times New Roman" w:eastAsia="Times New Roman" w:cs="Times New Roman"/>
          <w:i/>
          <w:color w:val="000000"/>
        </w:rPr>
        <w:t>P</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从数轴上表示</w:t>
      </w:r>
      <w:r>
        <w:pict>
          <v:shape id="_x0000_i71592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102" o:title="eqIdacbc6a613224461ade69362d46550474"/>
            <o:lock v:ext="edit" aspectratio="t"/>
            <w10:wrap type="none"/>
            <w10:anchorlock/>
          </v:shape>
        </w:pict>
      </w:r>
      <w:r>
        <w:rPr>
          <w:rFonts w:ascii="宋体" w:hAnsi="宋体" w:eastAsia="宋体" w:cs="宋体"/>
          <w:color w:val="000000"/>
        </w:rPr>
        <w:t>的位置出发，以每秒</w:t>
      </w:r>
      <w:r>
        <w:rPr>
          <w:rFonts w:ascii="Times New Roman" w:hAnsi="Times New Roman" w:eastAsia="Times New Roman" w:cs="Times New Roman"/>
          <w:color w:val="000000"/>
        </w:rPr>
        <w:t>1</w:t>
      </w:r>
      <w:r>
        <w:rPr>
          <w:rFonts w:ascii="宋体" w:hAnsi="宋体" w:eastAsia="宋体" w:cs="宋体"/>
          <w:color w:val="000000"/>
        </w:rPr>
        <w:t>个单位的速度向右运动，点</w:t>
      </w:r>
      <w:r>
        <w:rPr>
          <w:rFonts w:ascii="Times New Roman" w:hAnsi="Times New Roman" w:eastAsia="Times New Roman" w:cs="Times New Roman"/>
          <w:i/>
          <w:color w:val="000000"/>
        </w:rPr>
        <w:t>B</w:t>
      </w:r>
      <w:r>
        <w:rPr>
          <w:rFonts w:ascii="宋体" w:hAnsi="宋体" w:eastAsia="宋体" w:cs="宋体"/>
          <w:color w:val="000000"/>
        </w:rPr>
        <w:t>从数轴上表示</w:t>
      </w:r>
      <w:r>
        <w:rPr>
          <w:rFonts w:ascii="Times New Roman" w:hAnsi="Times New Roman" w:eastAsia="Times New Roman" w:cs="Times New Roman"/>
          <w:color w:val="000000"/>
        </w:rPr>
        <w:t>7</w:t>
      </w:r>
      <w:r>
        <w:rPr>
          <w:rFonts w:ascii="宋体" w:hAnsi="宋体" w:eastAsia="宋体" w:cs="宋体"/>
          <w:color w:val="000000"/>
        </w:rPr>
        <w:t>的位置同时出发，以相同的速度向左运动，两个点运动的时间为</w:t>
      </w:r>
      <w:r>
        <w:rPr>
          <w:rFonts w:ascii="Times New Roman" w:hAnsi="Times New Roman" w:eastAsia="Times New Roman" w:cs="Times New Roman"/>
          <w:i/>
          <w:color w:val="000000"/>
        </w:rPr>
        <w:t>t</w:t>
      </w:r>
      <w:r>
        <w:rPr>
          <w:rFonts w:ascii="宋体" w:hAnsi="宋体" w:eastAsia="宋体" w:cs="宋体"/>
          <w:color w:val="000000"/>
        </w:rPr>
        <w:t>秒．</w:t>
      </w:r>
    </w:p>
    <w:p>
      <w:pPr>
        <w:spacing w:line="360" w:lineRule="auto"/>
        <w:jc w:val="left"/>
        <w:textAlignment w:val="center"/>
        <w:rPr>
          <w:color w:val="000000"/>
        </w:rPr>
      </w:pPr>
      <w:r>
        <w:rPr>
          <w:rFonts w:ascii="宋体" w:hAnsi="宋体" w:eastAsia="宋体" w:cs="宋体"/>
          <w:color w:val="000000"/>
        </w:rPr>
        <w:t>①点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___________</w:t>
      </w:r>
      <w:r>
        <w:rPr>
          <w:rFonts w:ascii="宋体" w:hAnsi="宋体" w:eastAsia="宋体" w:cs="宋体"/>
          <w:color w:val="000000"/>
        </w:rPr>
        <w:t>（用含</w:t>
      </w:r>
      <w:r>
        <w:rPr>
          <w:rFonts w:ascii="Times New Roman" w:hAnsi="Times New Roman" w:eastAsia="Times New Roman" w:cs="Times New Roman"/>
          <w:i/>
          <w:color w:val="000000"/>
        </w:rPr>
        <w:t>t</w:t>
      </w:r>
      <w:r>
        <w:rPr>
          <w:rFonts w:ascii="宋体" w:hAnsi="宋体" w:eastAsia="宋体" w:cs="宋体"/>
          <w:color w:val="000000"/>
        </w:rPr>
        <w:t>的式子表示）；</w:t>
      </w:r>
    </w:p>
    <w:p>
      <w:pPr>
        <w:spacing w:line="360" w:lineRule="auto"/>
        <w:jc w:val="left"/>
        <w:textAlignment w:val="center"/>
        <w:rPr>
          <w:color w:val="000000"/>
        </w:rPr>
      </w:pPr>
      <w:r>
        <w:rPr>
          <w:rFonts w:ascii="宋体" w:hAnsi="宋体" w:eastAsia="宋体" w:cs="宋体"/>
          <w:color w:val="000000"/>
        </w:rPr>
        <w:t>②是否存在</w:t>
      </w:r>
      <w:r>
        <w:rPr>
          <w:rFonts w:ascii="Times New Roman" w:hAnsi="Times New Roman" w:eastAsia="Times New Roman" w:cs="Times New Roman"/>
          <w:i/>
          <w:color w:val="000000"/>
        </w:rPr>
        <w:t>t</w:t>
      </w:r>
      <w:r>
        <w:rPr>
          <w:rFonts w:ascii="宋体" w:hAnsi="宋体" w:eastAsia="宋体" w:cs="宋体"/>
          <w:color w:val="000000"/>
        </w:rPr>
        <w:t>，使得此时点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联动点</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宋体" w:hAnsi="宋体" w:eastAsia="宋体" w:cs="宋体"/>
          <w:color w:val="000000"/>
        </w:rPr>
        <w:t>恰好与原点重合？若存在，请求出</w:t>
      </w:r>
      <w:r>
        <w:rPr>
          <w:rFonts w:ascii="Times New Roman" w:hAnsi="Times New Roman" w:eastAsia="Times New Roman" w:cs="Times New Roman"/>
          <w:i/>
          <w:color w:val="000000"/>
        </w:rPr>
        <w:t>t</w:t>
      </w:r>
      <w:r>
        <w:rPr>
          <w:rFonts w:ascii="宋体" w:hAnsi="宋体" w:eastAsia="宋体" w:cs="宋体"/>
          <w:color w:val="000000"/>
        </w:rPr>
        <w:t>的值；若不存在，请说明理由．</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rPr>
          <w:rFonts w:ascii="宋体" w:hAnsi="宋体" w:eastAsia="宋体" w:cs="宋体"/>
          <w:color w:val="000000"/>
        </w:rPr>
        <w:t>①</w:t>
      </w:r>
      <w:r>
        <w:pict>
          <v:shape id="_x0000_i715923" o:spt="75" alt="学科网(www.zxxk.com)--教育资源门户，提供试卷、教案、课件、论文、素材以及各类教学资源下载，还有大量而丰富的教学相关资讯！" type="#_x0000_t75" style="height:14pt;width:24pt;" o:ole="t" filled="f" o:preferrelative="t" stroked="f" coordsize="21600,21600">
            <v:path/>
            <v:fill on="f" focussize="0,0"/>
            <v:stroke on="f" joinstyle="miter"/>
            <v:imagedata r:id="rId1103" o:title="eqId06a0d30a31f03f8d5f45daf7586536ce"/>
            <o:lock v:ext="edit" aspectratio="t"/>
            <w10:wrap type="none"/>
            <w10:anchorlock/>
          </v:shape>
        </w:pict>
      </w:r>
      <w:r>
        <w:rPr>
          <w:rFonts w:ascii="宋体" w:hAnsi="宋体" w:eastAsia="宋体" w:cs="宋体"/>
          <w:color w:val="000000"/>
        </w:rPr>
        <w:t>，②不存在，见解析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w:t>
      </w:r>
      <w:r>
        <w:pict>
          <v:shape id="_x0000_i71592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104" o:title="eqId3320a13248a3a1208ff6ee85c9d26f36"/>
            <o:lock v:ext="edit" aspectratio="t"/>
            <w10:wrap type="none"/>
            <w10:anchorlock/>
          </v:shape>
        </w:pict>
      </w:r>
      <w:r>
        <w:rPr>
          <w:rFonts w:ascii="宋体" w:hAnsi="宋体" w:eastAsia="宋体" w:cs="宋体"/>
          <w:color w:val="000000"/>
        </w:rPr>
        <w:t>时，</w:t>
      </w:r>
      <w:r>
        <w:pict>
          <v:shape id="_x0000_i71592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105" o:title="eqIdc90e8d5d7fed033f48270b1ff825fcd5"/>
            <o:lock v:ext="edit" aspectratio="t"/>
            <w10:wrap type="none"/>
            <w10:anchorlock/>
          </v:shape>
        </w:pict>
      </w:r>
      <w:r>
        <w:rPr>
          <w:rFonts w:ascii="宋体" w:hAnsi="宋体" w:eastAsia="宋体" w:cs="宋体"/>
          <w:color w:val="000000"/>
        </w:rPr>
        <w:t>，将点</w:t>
      </w:r>
      <w:r>
        <w:rPr>
          <w:rFonts w:ascii="Times New Roman" w:hAnsi="Times New Roman" w:eastAsia="Times New Roman" w:cs="Times New Roman"/>
          <w:i/>
          <w:color w:val="000000"/>
        </w:rPr>
        <w:t>A</w:t>
      </w:r>
      <w:r>
        <w:rPr>
          <w:rFonts w:ascii="宋体" w:hAnsi="宋体" w:eastAsia="宋体" w:cs="宋体"/>
          <w:color w:val="000000"/>
        </w:rPr>
        <w:t>向右移动</w:t>
      </w:r>
      <w:r>
        <w:rPr>
          <w:rFonts w:ascii="Times New Roman" w:hAnsi="Times New Roman" w:eastAsia="Times New Roman" w:cs="Times New Roman"/>
          <w:color w:val="000000"/>
        </w:rPr>
        <w:t>2</w:t>
      </w:r>
      <w:r>
        <w:rPr>
          <w:rFonts w:ascii="宋体" w:hAnsi="宋体" w:eastAsia="宋体" w:cs="宋体"/>
          <w:color w:val="000000"/>
        </w:rPr>
        <w:t>个单位长度，由此求出点</w:t>
      </w:r>
      <w:r>
        <w:rPr>
          <w:rFonts w:ascii="Times New Roman" w:hAnsi="Times New Roman" w:eastAsia="Times New Roman" w:cs="Times New Roman"/>
          <w:i/>
          <w:color w:val="000000"/>
        </w:rPr>
        <w:t>P</w:t>
      </w:r>
      <w:r>
        <w:rPr>
          <w:rFonts w:ascii="宋体" w:hAnsi="宋体" w:eastAsia="宋体" w:cs="宋体"/>
          <w:color w:val="000000"/>
        </w:rPr>
        <w:t>表示的数，并作图即可；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）①根据点</w:t>
      </w:r>
      <w:r>
        <w:rPr>
          <w:rFonts w:ascii="Times New Roman" w:hAnsi="Times New Roman" w:eastAsia="Times New Roman" w:cs="Times New Roman"/>
          <w:i/>
          <w:color w:val="000000"/>
        </w:rPr>
        <w:t>B</w:t>
      </w:r>
      <w:r>
        <w:rPr>
          <w:rFonts w:ascii="宋体" w:hAnsi="宋体" w:eastAsia="宋体" w:cs="宋体"/>
          <w:color w:val="000000"/>
        </w:rPr>
        <w:t>的运动方向和运动速度即可求解；②运动的时间为</w:t>
      </w:r>
      <w:r>
        <w:rPr>
          <w:rFonts w:ascii="Times New Roman" w:hAnsi="Times New Roman" w:eastAsia="Times New Roman" w:cs="Times New Roman"/>
          <w:i/>
          <w:color w:val="000000"/>
        </w:rPr>
        <w:t>t</w:t>
      </w:r>
      <w:r>
        <w:rPr>
          <w:rFonts w:ascii="宋体" w:hAnsi="宋体" w:eastAsia="宋体" w:cs="宋体"/>
          <w:color w:val="000000"/>
        </w:rPr>
        <w:t>秒时，点</w:t>
      </w:r>
      <w:r>
        <w:rPr>
          <w:rFonts w:ascii="Times New Roman" w:hAnsi="Times New Roman" w:eastAsia="Times New Roman" w:cs="Times New Roman"/>
          <w:i/>
          <w:color w:val="000000"/>
        </w:rPr>
        <w:t>A</w:t>
      </w:r>
      <w:r>
        <w:rPr>
          <w:rFonts w:ascii="宋体" w:hAnsi="宋体" w:eastAsia="宋体" w:cs="宋体"/>
          <w:color w:val="000000"/>
        </w:rPr>
        <w:t>表示的数为</w:t>
      </w:r>
      <w:r>
        <w:pict>
          <v:shape id="_x0000_i715926"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1106" o:title="eqId7b8a6fce19efef300990bbaeb1b3c5fb"/>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pict>
          <v:shape id="_x0000_i715927" o:spt="75" alt="学科网(www.zxxk.com)--教育资源门户，提供试卷、教案、课件、论文、素材以及各类教学资源下载，还有大量而丰富的教学相关资讯！" type="#_x0000_t75" style="height:14pt;width:24pt;" o:ole="t" filled="f" o:preferrelative="t" stroked="f" coordsize="21600,21600">
            <v:path/>
            <v:fill on="f" focussize="0,0"/>
            <v:stroke on="f" joinstyle="miter"/>
            <v:imagedata r:id="rId1107" o:title="eqId06a0d30a31f03f8d5f45daf7586536ce"/>
            <o:lock v:ext="edit" aspectratio="t"/>
            <w10:wrap type="none"/>
            <w10:anchorlock/>
          </v:shape>
        </w:pict>
      </w:r>
      <w:r>
        <w:rPr>
          <w:rFonts w:ascii="宋体" w:hAnsi="宋体" w:eastAsia="宋体" w:cs="宋体"/>
          <w:color w:val="000000"/>
        </w:rPr>
        <w:t>，分为点</w:t>
      </w:r>
      <w:r>
        <w:rPr>
          <w:rFonts w:ascii="Times New Roman" w:hAnsi="Times New Roman" w:eastAsia="Times New Roman" w:cs="Times New Roman"/>
          <w:i/>
          <w:color w:val="000000"/>
        </w:rPr>
        <w:t>B</w:t>
      </w:r>
      <w:r>
        <w:rPr>
          <w:rFonts w:ascii="宋体" w:hAnsi="宋体" w:eastAsia="宋体" w:cs="宋体"/>
          <w:color w:val="000000"/>
        </w:rPr>
        <w:t>在原点右侧和原点左侧两种情况讨论即可．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解：当</w:t>
      </w:r>
      <w:r>
        <w:pict>
          <v:shape id="_x0000_i715928"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108" o:title="eqId3320a13248a3a1208ff6ee85c9d26f36"/>
            <o:lock v:ext="edit" aspectratio="t"/>
            <w10:wrap type="none"/>
            <w10:anchorlock/>
          </v:shape>
        </w:pict>
      </w:r>
      <w:r>
        <w:rPr>
          <w:rFonts w:ascii="宋体" w:hAnsi="宋体" w:eastAsia="宋体" w:cs="宋体"/>
          <w:color w:val="000000"/>
        </w:rPr>
        <w:t>时，</w:t>
      </w:r>
      <w:r>
        <w:pict>
          <v:shape id="_x0000_i71592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109" o:title="eqIdc90e8d5d7fed033f48270b1ff825fcd5"/>
            <o:lock v:ext="edit" aspectratio="t"/>
            <w10:wrap type="none"/>
            <w10:anchorlock/>
          </v:shape>
        </w:pict>
      </w:r>
      <w:r>
        <w:rPr>
          <w:rFonts w:ascii="宋体" w:hAnsi="宋体" w:eastAsia="宋体" w:cs="宋体"/>
          <w:color w:val="000000"/>
        </w:rPr>
        <w:t>，将点</w:t>
      </w:r>
      <w:r>
        <w:rPr>
          <w:rFonts w:ascii="Times New Roman" w:hAnsi="Times New Roman" w:eastAsia="Times New Roman" w:cs="Times New Roman"/>
          <w:i/>
          <w:color w:val="000000"/>
        </w:rPr>
        <w:t>A</w:t>
      </w:r>
      <w:r>
        <w:rPr>
          <w:rFonts w:ascii="宋体" w:hAnsi="宋体" w:eastAsia="宋体" w:cs="宋体"/>
          <w:color w:val="000000"/>
        </w:rPr>
        <w:t>向右移动</w:t>
      </w:r>
      <w:r>
        <w:rPr>
          <w:rFonts w:ascii="Times New Roman" w:hAnsi="Times New Roman" w:eastAsia="Times New Roman" w:cs="Times New Roman"/>
          <w:color w:val="000000"/>
        </w:rPr>
        <w:t>2</w:t>
      </w:r>
      <w:r>
        <w:rPr>
          <w:rFonts w:ascii="宋体" w:hAnsi="宋体" w:eastAsia="宋体" w:cs="宋体"/>
          <w:color w:val="000000"/>
        </w:rPr>
        <w:t>个单位长度，</w:t>
      </w:r>
    </w:p>
    <w:p>
      <w:pPr>
        <w:spacing w:line="360" w:lineRule="auto"/>
        <w:jc w:val="left"/>
        <w:textAlignment w:val="center"/>
        <w:rPr>
          <w:color w:val="000000"/>
        </w:rPr>
      </w:pPr>
      <w:r>
        <w:rPr>
          <w:rFonts w:ascii="宋体" w:hAnsi="宋体" w:eastAsia="宋体" w:cs="宋体"/>
          <w:color w:val="000000"/>
        </w:rPr>
        <w:t>此时点</w:t>
      </w:r>
      <w:r>
        <w:rPr>
          <w:rFonts w:ascii="Times New Roman" w:hAnsi="Times New Roman" w:eastAsia="Times New Roman" w:cs="Times New Roman"/>
          <w:i/>
          <w:color w:val="000000"/>
        </w:rPr>
        <w:t>P</w:t>
      </w:r>
      <w:r>
        <w:rPr>
          <w:rFonts w:ascii="宋体" w:hAnsi="宋体" w:eastAsia="宋体" w:cs="宋体"/>
          <w:color w:val="000000"/>
        </w:rPr>
        <w:t>表示的数为：</w:t>
      </w:r>
      <w:r>
        <w:pict>
          <v:shape id="_x0000_i715930" o:spt="75" alt="学科网(www.zxxk.com)--教育资源门户，提供试卷、教案、课件、论文、素材以及各类教学资源下载，还有大量而丰富的教学相关资讯！" type="#_x0000_t75" style="height:12pt;width:42.75pt;" o:ole="t" filled="f" o:preferrelative="t" stroked="f" coordsize="21600,21600">
            <v:path/>
            <v:fill on="f" focussize="0,0"/>
            <v:stroke on="f" joinstyle="miter"/>
            <v:imagedata r:id="rId1110" o:title="eqId14abff85aadff1da179cf1514b17ad14"/>
            <o:lock v:ext="edit" aspectratio="t"/>
            <w10:wrap type="none"/>
            <w10:anchorlock/>
          </v:shape>
        </w:pict>
      </w:r>
      <w:r>
        <w:rPr>
          <w:rFonts w:ascii="宋体" w:hAnsi="宋体" w:eastAsia="宋体" w:cs="宋体"/>
          <w:color w:val="000000"/>
        </w:rPr>
        <w:t>，作图如下：</w:t>
      </w:r>
    </w:p>
    <w:p>
      <w:pPr>
        <w:spacing w:line="360" w:lineRule="auto"/>
        <w:jc w:val="left"/>
        <w:textAlignment w:val="center"/>
        <w:rPr>
          <w:color w:val="000000"/>
        </w:rPr>
      </w:pPr>
      <w:r>
        <w:rPr>
          <w:color w:val="000000"/>
        </w:rPr>
        <w:drawing>
          <wp:inline distT="0" distB="0" distL="114300" distR="114300">
            <wp:extent cx="2152650" cy="314325"/>
            <wp:effectExtent l="0" t="0" r="0" b="0"/>
            <wp:docPr id="3605"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 name="图片 100017" descr="学科网(www.zxxk.com)--教育资源门户，提供试卷、教案、课件、论文、素材以及各类教学资源下载，还有大量而丰富的教学相关资讯！"/>
                    <pic:cNvPicPr>
                      <a:picLocks noChangeAspect="1"/>
                    </pic:cNvPicPr>
                  </pic:nvPicPr>
                  <pic:blipFill>
                    <a:blip r:embed="rId1111"/>
                    <a:stretch>
                      <a:fillRect/>
                    </a:stretch>
                  </pic:blipFill>
                  <pic:spPr>
                    <a:xfrm>
                      <a:off x="0" y="0"/>
                      <a:ext cx="2152650" cy="314325"/>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宋体" w:hAnsi="宋体" w:eastAsia="宋体" w:cs="宋体"/>
          <w:color w:val="000000"/>
        </w:rPr>
        <w:t>解：①点</w:t>
      </w:r>
      <w:r>
        <w:rPr>
          <w:rFonts w:ascii="Times New Roman" w:hAnsi="Times New Roman" w:eastAsia="Times New Roman" w:cs="Times New Roman"/>
          <w:i/>
          <w:color w:val="000000"/>
        </w:rPr>
        <w:t>B</w:t>
      </w:r>
      <w:r>
        <w:rPr>
          <w:rFonts w:ascii="宋体" w:hAnsi="宋体" w:eastAsia="宋体" w:cs="宋体"/>
          <w:color w:val="000000"/>
        </w:rPr>
        <w:t>从数轴上表示</w:t>
      </w:r>
      <w:r>
        <w:rPr>
          <w:rFonts w:ascii="Times New Roman" w:hAnsi="Times New Roman" w:eastAsia="Times New Roman" w:cs="Times New Roman"/>
          <w:color w:val="000000"/>
        </w:rPr>
        <w:t>7</w:t>
      </w:r>
      <w:r>
        <w:rPr>
          <w:rFonts w:ascii="宋体" w:hAnsi="宋体" w:eastAsia="宋体" w:cs="宋体"/>
          <w:color w:val="000000"/>
        </w:rPr>
        <w:t>的位置出发，以每秒</w:t>
      </w:r>
      <w:r>
        <w:rPr>
          <w:rFonts w:ascii="Times New Roman" w:hAnsi="Times New Roman" w:eastAsia="Times New Roman" w:cs="Times New Roman"/>
          <w:color w:val="000000"/>
        </w:rPr>
        <w:t>1</w:t>
      </w:r>
      <w:r>
        <w:rPr>
          <w:rFonts w:ascii="宋体" w:hAnsi="宋体" w:eastAsia="宋体" w:cs="宋体"/>
          <w:color w:val="000000"/>
        </w:rPr>
        <w:t>个单位的速度向左运动</w:t>
      </w:r>
      <w:r>
        <w:rPr>
          <w:rFonts w:ascii="Times New Roman" w:hAnsi="Times New Roman" w:eastAsia="Times New Roman" w:cs="Times New Roman"/>
          <w:i/>
          <w:color w:val="000000"/>
        </w:rPr>
        <w:t>t</w:t>
      </w:r>
      <w:r>
        <w:rPr>
          <w:rFonts w:ascii="宋体" w:hAnsi="宋体" w:eastAsia="宋体" w:cs="宋体"/>
          <w:color w:val="000000"/>
        </w:rPr>
        <w:t>秒，</w:t>
      </w:r>
    </w:p>
    <w:p>
      <w:pPr>
        <w:spacing w:line="360" w:lineRule="auto"/>
        <w:jc w:val="left"/>
        <w:textAlignment w:val="center"/>
        <w:rPr>
          <w:color w:val="000000"/>
        </w:rPr>
      </w:pPr>
      <w:r>
        <w:rPr>
          <w:rFonts w:ascii="宋体" w:hAnsi="宋体" w:eastAsia="宋体" w:cs="宋体"/>
          <w:color w:val="000000"/>
        </w:rPr>
        <w:t>则点</w:t>
      </w:r>
      <w:r>
        <w:rPr>
          <w:rFonts w:ascii="Times New Roman" w:hAnsi="Times New Roman" w:eastAsia="Times New Roman" w:cs="Times New Roman"/>
          <w:i/>
          <w:color w:val="000000"/>
        </w:rPr>
        <w:t>B</w:t>
      </w:r>
      <w:r>
        <w:rPr>
          <w:rFonts w:ascii="宋体" w:hAnsi="宋体" w:eastAsia="宋体" w:cs="宋体"/>
          <w:color w:val="000000"/>
        </w:rPr>
        <w:t>表示的数为</w:t>
      </w:r>
      <w:r>
        <w:pict>
          <v:shape id="_x0000_i715931" o:spt="75" alt="学科网(www.zxxk.com)--教育资源门户，提供试卷、教案、课件、论文、素材以及各类教学资源下载，还有大量而丰富的教学相关资讯！" type="#_x0000_t75" style="height:14pt;width:24pt;" o:ole="t" filled="f" o:preferrelative="t" stroked="f" coordsize="21600,21600">
            <v:path/>
            <v:fill on="f" focussize="0,0"/>
            <v:stroke on="f" joinstyle="miter"/>
            <v:imagedata r:id="rId1112" o:title="eqId06a0d30a31f03f8d5f45daf7586536c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5932" o:spt="75" alt="学科网(www.zxxk.com)--教育资源门户，提供试卷、教案、课件、论文、素材以及各类教学资源下载，还有大量而丰富的教学相关资讯！" type="#_x0000_t75" style="height:14pt;width:24pt;" o:ole="t" filled="f" o:preferrelative="t" stroked="f" coordsize="21600,21600">
            <v:path/>
            <v:fill on="f" focussize="0,0"/>
            <v:stroke on="f" joinstyle="miter"/>
            <v:imagedata r:id="rId1113" o:title="eqId06a0d30a31f03f8d5f45daf7586536c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②解：不存在，理由如下：</w:t>
      </w:r>
    </w:p>
    <w:p>
      <w:pPr>
        <w:spacing w:line="360" w:lineRule="auto"/>
        <w:jc w:val="left"/>
        <w:textAlignment w:val="center"/>
        <w:rPr>
          <w:color w:val="000000"/>
        </w:rPr>
      </w:pPr>
      <w:r>
        <w:rPr>
          <w:rFonts w:ascii="宋体" w:hAnsi="宋体" w:eastAsia="宋体" w:cs="宋体"/>
          <w:color w:val="000000"/>
        </w:rPr>
        <w:t>运动的时间为</w:t>
      </w:r>
      <w:r>
        <w:rPr>
          <w:rFonts w:ascii="Times New Roman" w:hAnsi="Times New Roman" w:eastAsia="Times New Roman" w:cs="Times New Roman"/>
          <w:i/>
          <w:color w:val="000000"/>
        </w:rPr>
        <w:t>t</w:t>
      </w:r>
      <w:r>
        <w:rPr>
          <w:rFonts w:ascii="宋体" w:hAnsi="宋体" w:eastAsia="宋体" w:cs="宋体"/>
          <w:color w:val="000000"/>
        </w:rPr>
        <w:t>秒时，点</w:t>
      </w:r>
      <w:r>
        <w:rPr>
          <w:rFonts w:ascii="Times New Roman" w:hAnsi="Times New Roman" w:eastAsia="Times New Roman" w:cs="Times New Roman"/>
          <w:i/>
          <w:color w:val="000000"/>
        </w:rPr>
        <w:t>A</w:t>
      </w:r>
      <w:r>
        <w:rPr>
          <w:rFonts w:ascii="宋体" w:hAnsi="宋体" w:eastAsia="宋体" w:cs="宋体"/>
          <w:color w:val="000000"/>
        </w:rPr>
        <w:t>表示的数为</w:t>
      </w:r>
      <w:r>
        <w:pict>
          <v:shape id="_x0000_i715933"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1114" o:title="eqId7b8a6fce19efef300990bbaeb1b3c5fb"/>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pict>
          <v:shape id="_x0000_i715934" o:spt="75" alt="学科网(www.zxxk.com)--教育资源门户，提供试卷、教案、课件、论文、素材以及各类教学资源下载，还有大量而丰富的教学相关资讯！" type="#_x0000_t75" style="height:14pt;width:24pt;" o:ole="t" filled="f" o:preferrelative="t" stroked="f" coordsize="21600,21600">
            <v:path/>
            <v:fill on="f" focussize="0,0"/>
            <v:stroke on="f" joinstyle="miter"/>
            <v:imagedata r:id="rId1115" o:title="eqId06a0d30a31f03f8d5f45daf7586536c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分两种情况：</w:t>
      </w:r>
    </w:p>
    <w:p>
      <w:pPr>
        <w:spacing w:line="360" w:lineRule="auto"/>
        <w:jc w:val="left"/>
        <w:textAlignment w:val="center"/>
        <w:rPr>
          <w:color w:val="000000"/>
        </w:rPr>
      </w:pPr>
      <w:r>
        <w:rPr>
          <w:rFonts w:ascii="宋体" w:hAnsi="宋体" w:eastAsia="宋体" w:cs="宋体"/>
          <w:color w:val="000000"/>
        </w:rPr>
        <w:t>当</w:t>
      </w:r>
      <w:r>
        <w:pict>
          <v:shape id="_x0000_i715935"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1116" o:title="eqIdb893dc2c6b5887f7d58065adfe5ff907"/>
            <o:lock v:ext="edit" aspectratio="t"/>
            <w10:wrap type="none"/>
            <w10:anchorlock/>
          </v:shape>
        </w:pict>
      </w:r>
      <w:r>
        <w:rPr>
          <w:rFonts w:ascii="宋体" w:hAnsi="宋体" w:eastAsia="宋体" w:cs="宋体"/>
          <w:color w:val="000000"/>
        </w:rPr>
        <w:t>时，</w:t>
      </w:r>
      <w:r>
        <w:pict>
          <v:shape id="_x0000_i715936"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117" o:title="eqIdfa740251d8b91bbdc2fe91a71e9cc3ec"/>
            <o:lock v:ext="edit" aspectratio="t"/>
            <w10:wrap type="none"/>
            <w10:anchorlock/>
          </v:shape>
        </w:pict>
      </w:r>
      <w:r>
        <w:rPr>
          <w:rFonts w:ascii="宋体" w:hAnsi="宋体" w:eastAsia="宋体" w:cs="宋体"/>
          <w:color w:val="000000"/>
        </w:rPr>
        <w:t>，此时点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的“联动点”</w:t>
      </w:r>
      <w:r>
        <w:rPr>
          <w:rFonts w:ascii="Times New Roman" w:hAnsi="Times New Roman" w:eastAsia="Times New Roman" w:cs="Times New Roman"/>
          <w:i/>
          <w:color w:val="000000"/>
        </w:rPr>
        <w:t>P</w:t>
      </w:r>
      <w:r>
        <w:rPr>
          <w:rFonts w:ascii="宋体" w:hAnsi="宋体" w:eastAsia="宋体" w:cs="宋体"/>
          <w:color w:val="000000"/>
        </w:rPr>
        <w:t>表示的数为：</w:t>
      </w:r>
      <w:r>
        <w:pict>
          <v:shape id="_x0000_i715937"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1118" o:title="eqIdb6740ebdf6f2bc0824fd40250e72f44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由于</w:t>
      </w:r>
      <w:r>
        <w:pict>
          <v:shape id="_x0000_i71593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119" o:title="eqId0fff6e7e2b9f2b68b1647f6350b98dc8"/>
            <o:lock v:ext="edit" aspectratio="t"/>
            <w10:wrap type="none"/>
            <w10:anchorlock/>
          </v:shape>
        </w:pict>
      </w:r>
      <w:r>
        <w:rPr>
          <w:rFonts w:ascii="宋体" w:hAnsi="宋体" w:eastAsia="宋体" w:cs="宋体"/>
          <w:color w:val="000000"/>
        </w:rPr>
        <w:t>，故</w:t>
      </w:r>
      <w:r>
        <w:pict>
          <v:shape id="_x0000_i715939" o:spt="75" alt="学科网(www.zxxk.com)--教育资源门户，提供试卷、教案、课件、论文、素材以及各类教学资源下载，还有大量而丰富的教学相关资讯！" type="#_x0000_t75" style="height:14pt;width:40.05pt;" o:ole="t" filled="f" o:preferrelative="t" stroked="f" coordsize="21600,21600">
            <v:path/>
            <v:fill on="f" focussize="0,0"/>
            <v:stroke on="f" joinstyle="miter"/>
            <v:imagedata r:id="rId1120" o:title="eqIdbb14d609d759dc35381b7e3dcffb1807"/>
            <o:lock v:ext="edit" aspectratio="t"/>
            <w10:wrap type="none"/>
            <w10:anchorlock/>
          </v:shape>
        </w:pict>
      </w:r>
      <w:r>
        <w:rPr>
          <w:rFonts w:ascii="宋体" w:hAnsi="宋体" w:eastAsia="宋体" w:cs="宋体"/>
          <w:color w:val="000000"/>
        </w:rPr>
        <w:t>，不可能与原点重合；</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当</w:t>
      </w:r>
      <w:r>
        <w:pict>
          <v:shape id="_x0000_i715940" o:spt="75" alt="学科网(www.zxxk.com)--教育资源门户，提供试卷、教案、课件、论文、素材以及各类教学资源下载，还有大量而丰富的教学相关资讯！" type="#_x0000_t75" style="height:14.4pt;width:24.6pt;" o:ole="t" filled="f" o:preferrelative="t" stroked="f" coordsize="21600,21600">
            <v:path/>
            <v:fill on="f" focussize="0,0"/>
            <v:stroke on="f" joinstyle="miter"/>
            <v:imagedata r:id="rId1122" o:title="eqIdf2284f80c52ddae4cb29defb1f2f9d5e"/>
            <o:lock v:ext="edit" aspectratio="t"/>
            <w10:wrap type="none"/>
            <w10:anchorlock/>
          </v:shape>
        </w:pict>
      </w:r>
      <w:r>
        <w:rPr>
          <w:rFonts w:ascii="宋体" w:hAnsi="宋体" w:eastAsia="宋体" w:cs="宋体"/>
          <w:color w:val="000000"/>
        </w:rPr>
        <w:t>时，</w:t>
      </w:r>
      <w:r>
        <w:pict>
          <v:shape id="_x0000_i715941"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123" o:title="eqIdd090520603b63d3ce11e0e65580a18dc"/>
            <o:lock v:ext="edit" aspectratio="t"/>
            <w10:wrap type="none"/>
            <w10:anchorlock/>
          </v:shape>
        </w:pict>
      </w:r>
      <w:r>
        <w:rPr>
          <w:rFonts w:ascii="宋体" w:hAnsi="宋体" w:eastAsia="宋体" w:cs="宋体"/>
          <w:color w:val="000000"/>
        </w:rPr>
        <w:t>，此时点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position w:val="0"/>
        </w:rPr>
        <w:drawing>
          <wp:inline distT="0" distB="0" distL="114300" distR="114300">
            <wp:extent cx="133350" cy="177800"/>
            <wp:effectExtent l="0" t="0" r="0" b="0"/>
            <wp:docPr id="3607" name="图片 82898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 name="图片 828980230"/>
                    <pic:cNvPicPr>
                      <a:picLocks noChangeAspect="1"/>
                    </pic:cNvPicPr>
                  </pic:nvPicPr>
                  <pic:blipFill>
                    <a:blip r:embed="rId112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“联动点”</w:t>
      </w:r>
      <w:r>
        <w:rPr>
          <w:rFonts w:ascii="Times New Roman" w:hAnsi="Times New Roman" w:eastAsia="Times New Roman" w:cs="Times New Roman"/>
          <w:i/>
          <w:color w:val="000000"/>
        </w:rPr>
        <w:t>P</w:t>
      </w:r>
      <w:r>
        <w:rPr>
          <w:rFonts w:ascii="宋体" w:hAnsi="宋体" w:eastAsia="宋体" w:cs="宋体"/>
          <w:color w:val="000000"/>
        </w:rPr>
        <w:t>表示的数为：</w:t>
      </w:r>
      <w:r>
        <w:pict>
          <v:shape id="_x0000_i715942" o:spt="75" alt="学科网(www.zxxk.com)--教育资源门户，提供试卷、教案、课件、论文、素材以及各类教学资源下载，还有大量而丰富的教学相关资讯！" type="#_x0000_t75" style="height:20.25pt;width:228.75pt;" o:ole="t" filled="f" o:preferrelative="t" stroked="f" coordsize="21600,21600">
            <v:path/>
            <v:fill on="f" focussize="0,0"/>
            <v:stroke on="f" joinstyle="miter"/>
            <v:imagedata r:id="rId1124" o:title="eqIdb0bf4549bb482d1dd16cba8f43b59b2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也不能与原点重合，</w:t>
      </w:r>
    </w:p>
    <w:p>
      <w:pPr>
        <w:spacing w:line="360" w:lineRule="auto"/>
        <w:jc w:val="left"/>
        <w:textAlignment w:val="center"/>
        <w:rPr>
          <w:color w:val="000000"/>
        </w:rPr>
      </w:pPr>
      <w:r>
        <w:rPr>
          <w:rFonts w:ascii="宋体" w:hAnsi="宋体" w:eastAsia="宋体" w:cs="宋体"/>
          <w:color w:val="000000"/>
        </w:rPr>
        <w:t>综上，不存在这样的</w:t>
      </w:r>
      <w:r>
        <w:rPr>
          <w:rFonts w:ascii="Times New Roman" w:hAnsi="Times New Roman" w:eastAsia="Times New Roman" w:cs="Times New Roman"/>
          <w:i/>
          <w:color w:val="000000"/>
        </w:rPr>
        <w:t>t</w:t>
      </w:r>
      <w:r>
        <w:rPr>
          <w:rFonts w:ascii="宋体" w:hAnsi="宋体" w:eastAsia="宋体" w:cs="宋体"/>
          <w:color w:val="000000"/>
        </w:rPr>
        <w:t>，使得点</w:t>
      </w:r>
      <w:r>
        <w:rPr>
          <w:rFonts w:ascii="Times New Roman" w:hAnsi="Times New Roman" w:eastAsia="Times New Roman" w:cs="Times New Roman"/>
          <w:i/>
          <w:color w:val="000000"/>
        </w:rPr>
        <w:t>A</w:t>
      </w:r>
      <w:r>
        <w:rPr>
          <w:rFonts w:ascii="宋体" w:hAnsi="宋体" w:eastAsia="宋体" w:cs="宋体"/>
          <w:color w:val="000000"/>
        </w:rPr>
        <w:t>关于点</w:t>
      </w:r>
      <w:r>
        <w:rPr>
          <w:rFonts w:ascii="Times New Roman" w:hAnsi="Times New Roman" w:eastAsia="Times New Roman" w:cs="Times New Roman"/>
          <w:i/>
          <w:color w:val="000000"/>
        </w:rPr>
        <w:t>B</w:t>
      </w:r>
      <w:r>
        <w:rPr>
          <w:rFonts w:ascii="宋体" w:hAnsi="宋体" w:eastAsia="宋体" w:cs="宋体"/>
          <w:color w:val="000000"/>
        </w:rPr>
        <w:t>的“联动点”</w:t>
      </w:r>
      <w:r>
        <w:rPr>
          <w:rFonts w:ascii="Times New Roman" w:hAnsi="Times New Roman" w:eastAsia="Times New Roman" w:cs="Times New Roman"/>
          <w:i/>
          <w:color w:val="000000"/>
        </w:rPr>
        <w:t>P</w:t>
      </w:r>
      <w:r>
        <w:rPr>
          <w:rFonts w:ascii="宋体" w:hAnsi="宋体" w:eastAsia="宋体" w:cs="宋体"/>
          <w:color w:val="000000"/>
        </w:rPr>
        <w:t>与原点重合．</w:t>
      </w:r>
    </w:p>
    <w:p>
      <w:pPr>
        <w:spacing w:line="360" w:lineRule="auto"/>
        <w:jc w:val="left"/>
        <w:textAlignment w:val="center"/>
        <w:rPr>
          <w:color w:val="000000"/>
        </w:rPr>
      </w:pPr>
      <w:r>
        <w:rPr>
          <w:color w:val="000000"/>
        </w:rPr>
        <w:t>【点睛】</w:t>
      </w:r>
      <w:r>
        <w:rPr>
          <w:rFonts w:ascii="宋体" w:hAnsi="宋体" w:eastAsia="宋体" w:cs="宋体"/>
          <w:color w:val="000000"/>
        </w:rPr>
        <w:t>本题考查了绝对值的化简，用数轴上的点表示有理数，数轴上的动点问题以及有理数的加减法，注意分类讨论．</w:t>
      </w:r>
    </w:p>
    <w:p>
      <w:pPr>
        <w:pStyle w:val="Heading2"/>
      </w:pPr>
      <w:r>
        <w:t>海淀外国语实验学校</w:t>
      </w:r>
    </w:p>
    <w:p>
      <w:pPr>
        <w:spacing w:line="360" w:lineRule="auto"/>
        <w:jc w:val="left"/>
        <w:textAlignment w:val="center"/>
        <w:rPr>
          <w:color w:val="000000"/>
        </w:rPr>
      </w:pPr>
      <w:r>
        <w:rPr>
          <w:color w:val="000000"/>
        </w:rPr>
        <w:t xml:space="preserve">26. </w:t>
      </w:r>
      <w:r>
        <w:rPr>
          <w:rFonts w:ascii="宋体" w:hAnsi="宋体" w:eastAsia="宋体" w:cs="宋体"/>
          <w:color w:val="000000"/>
        </w:rPr>
        <w:t>聪明的小明根据市自来水公司的居民用水收费标准，制定了如下水费计算程序转换机示意图：</w:t>
      </w:r>
    </w:p>
    <w:p>
      <w:pPr>
        <w:spacing w:line="360" w:lineRule="auto"/>
        <w:jc w:val="left"/>
        <w:textAlignment w:val="center"/>
        <w:rPr>
          <w:color w:val="000000"/>
        </w:rPr>
      </w:pPr>
      <w:r>
        <w:rPr>
          <w:color w:val="000000"/>
        </w:rPr>
        <w:drawing>
          <wp:inline distT="0" distB="0" distL="114300" distR="114300">
            <wp:extent cx="2124075" cy="2286000"/>
            <wp:effectExtent l="0" t="0" r="0" b="0"/>
            <wp:docPr id="3609"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0" name="图片 100033" descr="学科网(www.zxxk.com)--教育资源门户，提供试卷、教案、课件、论文、素材以及各类教学资源下载，还有大量而丰富的教学相关资讯！"/>
                    <pic:cNvPicPr>
                      <a:picLocks noChangeAspect="1"/>
                    </pic:cNvPicPr>
                  </pic:nvPicPr>
                  <pic:blipFill>
                    <a:blip r:embed="rId1125"/>
                    <a:stretch>
                      <a:fillRect/>
                    </a:stretch>
                  </pic:blipFill>
                  <pic:spPr>
                    <a:xfrm>
                      <a:off x="0" y="0"/>
                      <a:ext cx="2124075" cy="22860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根据该程序转换机计算下列各户月应缴纳水费（元）</w:t>
      </w:r>
    </w:p>
    <w:tbl>
      <w:tblPr>
        <w:tblStyle w:val="4"/>
        <w:tblW w:w="5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17"/>
        <w:gridCol w:w="797"/>
        <w:gridCol w:w="797"/>
        <w:gridCol w:w="798"/>
        <w:gridCol w:w="79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用户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张大爷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刘奶奶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王阿姨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小明家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输入</w:t>
            </w:r>
            <w:r>
              <w:pict>
                <v:shape id="_x0000_i715943" o:spt="75" alt="学科网(www.zxxk.com)--教育资源门户，提供试卷、教案、课件、论文、素材以及各类教学资源下载，还有大量而丰富的教学相关资讯！" type="#_x0000_t75" style="height:22pt;width:27pt;" o:ole="t" filled="f" o:preferrelative="t" stroked="f" coordsize="21600,21600">
                  <v:path/>
                  <v:fill on="f" focussize="0,0"/>
                  <v:stroke on="f" joinstyle="miter"/>
                  <v:imagedata r:id="rId1126" o:title="eqId6cef860a0bdd3e8baa1ec09b968b34d9"/>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输入</w:t>
            </w:r>
            <w:r>
              <w:pict>
                <v:shape id="_x0000_i715944" o:spt="75" alt="学科网(www.zxxk.com)--教育资源门户，提供试卷、教案、课件、论文、素材以及各类教学资源下载，还有大量而丰富的教学相关资讯！" type="#_x0000_t75" style="height:22pt;width:27pt;" o:ole="t" filled="f" o:preferrelative="t" stroked="f" coordsize="21600,21600">
                  <v:path/>
                  <v:fill on="f" focussize="0,0"/>
                  <v:stroke on="f" joinstyle="miter"/>
                  <v:imagedata r:id="rId1126" o:title="eqId6cef860a0bdd3e8baa1ec09b968b34d9"/>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输出（元）</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color w:val="000000"/>
              </w:rPr>
              <w:br w:type="textWrapp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输出（元）</w:t>
            </w:r>
          </w:p>
        </w:tc>
      </w:tr>
    </w:tbl>
    <w:p>
      <w:pPr>
        <w:spacing w:line="360" w:lineRule="auto"/>
        <w:jc w:val="left"/>
        <w:textAlignment w:val="center"/>
        <w:rPr>
          <w:color w:val="000000"/>
        </w:rPr>
      </w:pPr>
      <w:r>
        <w:rPr>
          <w:color w:val="000000"/>
        </w:rPr>
        <w:t>（2）</w:t>
      </w:r>
      <w:r>
        <w:rPr>
          <w:rFonts w:ascii="宋体" w:hAnsi="宋体" w:eastAsia="宋体" w:cs="宋体"/>
          <w:color w:val="000000"/>
        </w:rPr>
        <w:t>当</w:t>
      </w:r>
      <w:r>
        <w:pict>
          <v:shape id="_x0000_i715945"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1127" o:title="eqIde92de222fb1a81e00ab32594ab3dcd2b"/>
            <o:lock v:ext="edit" aspectratio="t"/>
            <w10:wrap type="none"/>
            <w10:anchorlock/>
          </v:shape>
        </w:pict>
      </w:r>
      <w:r>
        <w:rPr>
          <w:rFonts w:ascii="宋体" w:hAnsi="宋体" w:eastAsia="宋体" w:cs="宋体"/>
          <w:color w:val="000000"/>
        </w:rPr>
        <w:t>时，月应缴纳水费（元）用</w:t>
      </w:r>
      <w:r>
        <w:pict>
          <v:shape id="_x0000_i71594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128" o:title="eqId81dea63b8ce3e51adf66cf7b9982a248"/>
            <o:lock v:ext="edit" aspectratio="t"/>
            <w10:wrap type="none"/>
            <w10:anchorlock/>
          </v:shape>
        </w:pict>
      </w:r>
      <w:r>
        <w:rPr>
          <w:rFonts w:ascii="宋体" w:hAnsi="宋体" w:eastAsia="宋体" w:cs="宋体"/>
          <w:color w:val="000000"/>
        </w:rPr>
        <w:t>的代数式表示为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小丽家缴纳水费</w:t>
      </w:r>
      <w:r>
        <w:rPr>
          <w:rFonts w:ascii="Times New Roman" w:hAnsi="Times New Roman" w:eastAsia="Times New Roman" w:cs="Times New Roman"/>
          <w:color w:val="000000"/>
        </w:rPr>
        <w:t>150</w:t>
      </w:r>
      <w:r>
        <w:rPr>
          <w:rFonts w:ascii="宋体" w:hAnsi="宋体" w:eastAsia="宋体" w:cs="宋体"/>
          <w:color w:val="000000"/>
        </w:rPr>
        <w:t>元，则小丽家该月用水多少</w:t>
      </w:r>
      <w:r>
        <w:pict>
          <v:shape id="_x0000_i715947" o:spt="75" alt="学科网(www.zxxk.com)--教育资源门户，提供试卷、教案、课件、论文、素材以及各类教学资源下载，还有大量而丰富的教学相关资讯！" type="#_x0000_t75" style="height:15pt;width:17pt;" o:ole="t" filled="f" o:preferrelative="t" stroked="f" coordsize="21600,21600">
            <v:path/>
            <v:fill on="f" focussize="0,0"/>
            <v:stroke on="f" joinstyle="miter"/>
            <v:imagedata r:id="rId1129" o:title="eqId4eab9bcb68861b73f12a65eb9e94700d"/>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见解析</w:t>
      </w:r>
      <w:r>
        <w:rPr>
          <w:color w:val="000000"/>
        </w:rPr>
        <w:t xml:space="preserve">    （2）</w:t>
      </w:r>
      <w:r>
        <w:pict>
          <v:shape id="_x0000_i715948" o:spt="75" alt="学科网(www.zxxk.com)--教育资源门户，提供试卷、教案、课件、论文、素材以及各类教学资源下载，还有大量而丰富的教学相关资讯！" type="#_x0000_t75" style="height:14pt;width:38pt;" o:ole="t" filled="f" o:preferrelative="t" stroked="f" coordsize="21600,21600">
            <v:path/>
            <v:fill on="f" focussize="0,0"/>
            <v:stroke on="f" joinstyle="miter"/>
            <v:imagedata r:id="rId1130" o:title="eqIdabadd49e7ab4eca067d423a14c36c0b1"/>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小丽家该月用水</w:t>
      </w:r>
      <w:r>
        <w:pict>
          <v:shape id="_x0000_i715949" o:spt="75" alt="学科网(www.zxxk.com)--教育资源门户，提供试卷、教案、课件、论文、素材以及各类教学资源下载，还有大量而丰富的教学相关资讯！" type="#_x0000_t75" style="height:15.9pt;width:29pt;" o:ole="t" filled="f" o:preferrelative="t" stroked="f" coordsize="21600,21600">
            <v:path/>
            <v:fill on="f" focussize="0,0"/>
            <v:stroke on="f" joinstyle="miter"/>
            <v:imagedata r:id="rId1131" o:title="eqIda38cb105397199cad3c62eaf20e09dcb"/>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本题考查了有理数的混合运算、一元一次方程的求解以及列代数式．正确理解题意是解题关键．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）根据计算程序转换机示意图分别代值计算即可；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）代入计算程序转换机示意图右侧计算公式即可求解；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）根据条件可判断小丽家该月用水量超过了</w:t>
      </w:r>
      <w:r>
        <w:pict>
          <v:shape id="_x0000_i715950"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1132" o:title="eqId65fa882483eec61b3394edc3548211af"/>
            <o:lock v:ext="edit" aspectratio="t"/>
            <w10:wrap type="none"/>
            <w10:anchorlock/>
          </v:shape>
        </w:pict>
      </w:r>
      <w:r>
        <w:rPr>
          <w:rFonts w:ascii="宋体" w:hAnsi="宋体" w:eastAsia="宋体" w:cs="宋体"/>
          <w:color w:val="000000"/>
        </w:rPr>
        <w:t>，令</w:t>
      </w:r>
      <w:r>
        <w:pict>
          <v:shape id="_x0000_i715951" o:spt="75" alt="学科网(www.zxxk.com)--教育资源门户，提供试卷、教案、课件、论文、素材以及各类教学资源下载，还有大量而丰富的教学相关资讯！" type="#_x0000_t75" style="height:14pt;width:66pt;" o:ole="t" filled="f" o:preferrelative="t" stroked="f" coordsize="21600,21600">
            <v:path/>
            <v:fill on="f" focussize="0,0"/>
            <v:stroke on="f" joinstyle="miter"/>
            <v:imagedata r:id="rId1133" o:title="eqId3b12b55c33202e97cffa21bb8e0cd7b7"/>
            <o:lock v:ext="edit" aspectratio="t"/>
            <w10:wrap type="none"/>
            <w10:anchorlock/>
          </v:shape>
        </w:pict>
      </w:r>
      <w:r>
        <w:rPr>
          <w:rFonts w:ascii="宋体" w:hAnsi="宋体" w:eastAsia="宋体" w:cs="宋体"/>
          <w:color w:val="000000"/>
        </w:rPr>
        <w:t>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解：刘奶奶水费：</w:t>
      </w:r>
      <w:r>
        <w:pict>
          <v:shape id="_x0000_i715952"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1134" o:title="eqId17fd8ddf23865c398ca90c9fa770d70c"/>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小明家水费：</w:t>
      </w:r>
      <w:r>
        <w:pict>
          <v:shape id="_x0000_i715953" o:spt="75" alt="学科网(www.zxxk.com)--教育资源门户，提供试卷、教案、课件、论文、素材以及各类教学资源下载，还有大量而丰富的教学相关资讯！" type="#_x0000_t75" style="height:20pt;width:120pt;" o:ole="t" filled="f" o:preferrelative="t" stroked="f" coordsize="21600,21600">
            <v:path/>
            <v:fill on="f" focussize="0,0"/>
            <v:stroke on="f" joinstyle="miter"/>
            <v:imagedata r:id="rId1135" o:title="eqIdd440927aba675d5050aebc8defd03d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解：当</w:t>
      </w:r>
      <w:r>
        <w:pict>
          <v:shape id="_x0000_i715954"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1136" o:title="eqIde92de222fb1a81e00ab32594ab3dcd2b"/>
            <o:lock v:ext="edit" aspectratio="t"/>
            <w10:wrap type="none"/>
            <w10:anchorlock/>
          </v:shape>
        </w:pict>
      </w:r>
      <w:r>
        <w:rPr>
          <w:rFonts w:ascii="宋体" w:hAnsi="宋体" w:eastAsia="宋体" w:cs="宋体"/>
          <w:color w:val="000000"/>
        </w:rPr>
        <w:t>时，月应缴纳水费为：</w:t>
      </w:r>
      <w:r>
        <w:pict>
          <v:shape id="_x0000_i715955" o:spt="75" alt="学科网(www.zxxk.com)--教育资源门户，提供试卷、教案、课件、论文、素材以及各类教学资源下载，还有大量而丰富的教学相关资讯！" type="#_x0000_t75" style="height:20pt;width:137pt;" o:ole="t" filled="f" o:preferrelative="t" stroked="f" coordsize="21600,21600">
            <v:path/>
            <v:fill on="f" focussize="0,0"/>
            <v:stroke on="f" joinstyle="miter"/>
            <v:imagedata r:id="rId1137" o:title="eqId1d900184c0ca5812ab6e42ec4f3f3dcb"/>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故答案为：</w:t>
      </w:r>
      <w:r>
        <w:pict>
          <v:shape id="_x0000_i715956" o:spt="75" alt="学科网(www.zxxk.com)--教育资源门户，提供试卷、教案、课件、论文、素材以及各类教学资源下载，还有大量而丰富的教学相关资讯！" type="#_x0000_t75" style="height:14pt;width:38pt;" o:ole="t" filled="f" o:preferrelative="t" stroked="f" coordsize="21600,21600">
            <v:path/>
            <v:fill on="f" focussize="0,0"/>
            <v:stroke on="f" joinstyle="miter"/>
            <v:imagedata r:id="rId1138" o:title="eqIdabadd49e7ab4eca067d423a14c36c0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pict>
          <v:shape id="_x0000_i715957" o:spt="75" alt="学科网(www.zxxk.com)--教育资源门户，提供试卷、教案、课件、论文、素材以及各类教学资源下载，还有大量而丰富的教学相关资讯！" type="#_x0000_t75" style="height:14pt;width:81pt;" o:ole="t" filled="f" o:preferrelative="t" stroked="f" coordsize="21600,21600">
            <v:path/>
            <v:fill on="f" focussize="0,0"/>
            <v:stroke on="f" joinstyle="miter"/>
            <v:imagedata r:id="rId1139" o:title="eqId4e2241846b91cd8f2f1bb944cf2652a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∴小丽家该月用水量超过了</w:t>
      </w:r>
      <w:r>
        <w:pict>
          <v:shape id="_x0000_i715958"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1140" o:title="eqId65fa882483eec61b3394edc3548211a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令</w:t>
      </w:r>
      <w:r>
        <w:pict>
          <v:shape id="_x0000_i715959" o:spt="75" alt="学科网(www.zxxk.com)--教育资源门户，提供试卷、教案、课件、论文、素材以及各类教学资源下载，还有大量而丰富的教学相关资讯！" type="#_x0000_t75" style="height:14pt;width:66pt;" o:ole="t" filled="f" o:preferrelative="t" stroked="f" coordsize="21600,21600">
            <v:path/>
            <v:fill on="f" focussize="0,0"/>
            <v:stroke on="f" joinstyle="miter"/>
            <v:imagedata r:id="rId1141" o:title="eqId3b12b55c33202e97cffa21bb8e0cd7b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5960" o:spt="75" alt="学科网(www.zxxk.com)--教育资源门户，提供试卷、教案、课件、论文、素材以及各类教学资源下载，还有大量而丰富的教学相关资讯！" type="#_x0000_t75" style="height:14.15pt;width:33.85pt;" o:ole="t" filled="f" o:preferrelative="t" stroked="f" coordsize="21600,21600">
            <v:path/>
            <v:fill on="f" focussize="0,0"/>
            <v:stroke on="f" joinstyle="miter"/>
            <v:imagedata r:id="rId1142" o:title="eqIdd3f0130444ae8527b69e217f693719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答：小丽家该月用水</w:t>
      </w:r>
      <w:r>
        <w:pict>
          <v:shape id="_x0000_i715961" o:spt="75" alt="学科网(www.zxxk.com)--教育资源门户，提供试卷、教案、课件、论文、素材以及各类教学资源下载，还有大量而丰富的教学相关资讯！" type="#_x0000_t75" style="height:15.9pt;width:29pt;" o:ole="t" filled="f" o:preferrelative="t" stroked="f" coordsize="21600,21600">
            <v:path/>
            <v:fill on="f" focussize="0,0"/>
            <v:stroke on="f" joinstyle="miter"/>
            <v:imagedata r:id="rId1143" o:title="eqIda38cb105397199cad3c62eaf20e09dc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 xml:space="preserve">27. </w:t>
      </w:r>
      <w:r>
        <w:rPr>
          <w:rFonts w:ascii="宋体" w:hAnsi="宋体" w:eastAsia="宋体" w:cs="宋体"/>
          <w:color w:val="000000"/>
        </w:rPr>
        <w:t>定义：数轴上</w:t>
      </w:r>
      <w:r>
        <w:pict>
          <v:shape id="_x0000_i71596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44" o:title="eqIddad2a36927223bd70f426ba06aea4b45"/>
            <o:lock v:ext="edit" aspectratio="t"/>
            <w10:wrap type="none"/>
            <w10:anchorlock/>
          </v:shape>
        </w:pict>
      </w:r>
      <w:r>
        <w:rPr>
          <w:rFonts w:ascii="宋体" w:hAnsi="宋体" w:eastAsia="宋体" w:cs="宋体"/>
          <w:color w:val="000000"/>
        </w:rPr>
        <w:t>，</w:t>
      </w:r>
      <w:r>
        <w:pict>
          <v:shape id="_x0000_i715963"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45" o:title="eqIdacc290b44635265137fdf13146b6a6d9"/>
            <o:lock v:ext="edit" aspectratio="t"/>
            <w10:wrap type="none"/>
            <w10:anchorlock/>
          </v:shape>
        </w:pict>
      </w:r>
      <w:r>
        <w:rPr>
          <w:rFonts w:ascii="宋体" w:hAnsi="宋体" w:eastAsia="宋体" w:cs="宋体"/>
          <w:color w:val="000000"/>
        </w:rPr>
        <w:t>，</w:t>
      </w:r>
      <w:r>
        <w:pict>
          <v:shape id="_x0000_i715964"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146" o:title="eqIdac047e91852b91af639feec23a9598b2"/>
            <o:lock v:ext="edit" aspectratio="t"/>
            <w10:wrap type="none"/>
            <w10:anchorlock/>
          </v:shape>
        </w:pict>
      </w:r>
      <w:r>
        <w:rPr>
          <w:rFonts w:ascii="宋体" w:hAnsi="宋体" w:eastAsia="宋体" w:cs="宋体"/>
          <w:color w:val="000000"/>
        </w:rPr>
        <w:t>，</w:t>
      </w:r>
      <w:r>
        <w:pict>
          <v:shape id="_x0000_i71596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47" o:title="eqId54a5d7d3b6b63fe5c24c3907b7a8eaa3"/>
            <o:lock v:ext="edit" aspectratio="t"/>
            <w10:wrap type="none"/>
            <w10:anchorlock/>
          </v:shape>
        </w:pict>
      </w:r>
      <w:r>
        <w:rPr>
          <w:rFonts w:ascii="宋体" w:hAnsi="宋体" w:eastAsia="宋体" w:cs="宋体"/>
          <w:color w:val="000000"/>
        </w:rPr>
        <w:t>表示的数分别为</w:t>
      </w:r>
      <w:r>
        <w:pict>
          <v:shape id="_x0000_i715966" o:spt="75" alt="学科网(www.zxxk.com)--教育资源门户，提供试卷、教案、课件、论文、素材以及各类教学资源下载，还有大量而丰富的教学相关资讯！" type="#_x0000_t75" style="height:12.1pt;width:11.1pt;" o:ole="t" filled="f" o:preferrelative="t" stroked="f" coordsize="21600,21600">
            <v:path/>
            <v:fill on="f" focussize="0,0"/>
            <v:stroke on="f" joinstyle="miter"/>
            <v:imagedata r:id="rId1148" o:title="eqIdb1010846eeec6c9da29640f5aa3f8738"/>
            <o:lock v:ext="edit" aspectratio="t"/>
            <w10:wrap type="none"/>
            <w10:anchorlock/>
          </v:shape>
        </w:pict>
      </w:r>
      <w:r>
        <w:rPr>
          <w:rFonts w:ascii="宋体" w:hAnsi="宋体" w:eastAsia="宋体" w:cs="宋体"/>
          <w:color w:val="000000"/>
        </w:rPr>
        <w:t>，</w:t>
      </w:r>
      <w:r>
        <w:pict>
          <v:shape id="_x0000_i715967"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1149" o:title="eqId9aa8a716a31b0f51b70fdf9bdb257909"/>
            <o:lock v:ext="edit" aspectratio="t"/>
            <w10:wrap type="none"/>
            <w10:anchorlock/>
          </v:shape>
        </w:pict>
      </w:r>
      <w:r>
        <w:rPr>
          <w:rFonts w:ascii="宋体" w:hAnsi="宋体" w:eastAsia="宋体" w:cs="宋体"/>
          <w:color w:val="000000"/>
        </w:rPr>
        <w:t>，</w:t>
      </w:r>
      <w:r>
        <w:pict>
          <v:shape id="_x0000_i715968"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150" o:title="eqId294f5ba74cdf695fc9a8a8e52f421328"/>
            <o:lock v:ext="edit" aspectratio="t"/>
            <w10:wrap type="none"/>
            <w10:anchorlock/>
          </v:shape>
        </w:pict>
      </w:r>
      <w:r>
        <w:rPr>
          <w:rFonts w:ascii="宋体" w:hAnsi="宋体" w:eastAsia="宋体" w:cs="宋体"/>
          <w:color w:val="000000"/>
        </w:rPr>
        <w:t>，</w:t>
      </w:r>
      <w:r>
        <w:pict>
          <v:shape id="_x0000_i71596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151" o:title="eqIdb6a24198bd04c29321ae5dc5a28fe421"/>
            <o:lock v:ext="edit" aspectratio="t"/>
            <w10:wrap type="none"/>
            <w10:anchorlock/>
          </v:shape>
        </w:pict>
      </w:r>
      <w:r>
        <w:rPr>
          <w:rFonts w:ascii="宋体" w:hAnsi="宋体" w:eastAsia="宋体" w:cs="宋体"/>
          <w:color w:val="000000"/>
        </w:rPr>
        <w:t>．若点</w:t>
      </w:r>
      <w:r>
        <w:pict>
          <v:shape id="_x0000_i715970"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146" o:title="eqIdac047e91852b91af639feec23a9598b2"/>
            <o:lock v:ext="edit" aspectratio="t"/>
            <w10:wrap type="none"/>
            <w10:anchorlock/>
          </v:shape>
        </w:pict>
      </w:r>
      <w:r>
        <w:rPr>
          <w:rFonts w:ascii="宋体" w:hAnsi="宋体" w:eastAsia="宋体" w:cs="宋体"/>
          <w:color w:val="000000"/>
        </w:rPr>
        <w:t>到点</w:t>
      </w:r>
      <w:r>
        <w:pict>
          <v:shape id="_x0000_i71597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44" o:title="eqIddad2a36927223bd70f426ba06aea4b45"/>
            <o:lock v:ext="edit" aspectratio="t"/>
            <w10:wrap type="none"/>
            <w10:anchorlock/>
          </v:shape>
        </w:pict>
      </w:r>
      <w:r>
        <w:rPr>
          <w:rFonts w:ascii="宋体" w:hAnsi="宋体" w:eastAsia="宋体" w:cs="宋体"/>
          <w:color w:val="000000"/>
        </w:rPr>
        <w:t>，</w:t>
      </w:r>
      <w:r>
        <w:pict>
          <v:shape id="_x0000_i715972"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45" o:title="eqIdacc290b44635265137fdf13146b6a6d9"/>
            <o:lock v:ext="edit" aspectratio="t"/>
            <w10:wrap type="none"/>
            <w10:anchorlock/>
          </v:shape>
        </w:pict>
      </w:r>
      <w:r>
        <w:rPr>
          <w:rFonts w:ascii="宋体" w:hAnsi="宋体" w:eastAsia="宋体" w:cs="宋体"/>
          <w:color w:val="000000"/>
        </w:rPr>
        <w:t>中一个点的距离与点</w:t>
      </w:r>
      <w:r>
        <w:pict>
          <v:shape id="_x0000_i71597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47" o:title="eqId54a5d7d3b6b63fe5c24c3907b7a8eaa3"/>
            <o:lock v:ext="edit" aspectratio="t"/>
            <w10:wrap type="none"/>
            <w10:anchorlock/>
          </v:shape>
        </w:pict>
      </w:r>
      <w:r>
        <w:rPr>
          <w:rFonts w:ascii="宋体" w:hAnsi="宋体" w:eastAsia="宋体" w:cs="宋体"/>
          <w:color w:val="000000"/>
        </w:rPr>
        <w:t>到点</w:t>
      </w:r>
      <w:r>
        <w:pict>
          <v:shape id="_x0000_i71597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44" o:title="eqIddad2a36927223bd70f426ba06aea4b45"/>
            <o:lock v:ext="edit" aspectratio="t"/>
            <w10:wrap type="none"/>
            <w10:anchorlock/>
          </v:shape>
        </w:pict>
      </w:r>
      <w:r>
        <w:rPr>
          <w:rFonts w:ascii="宋体" w:hAnsi="宋体" w:eastAsia="宋体" w:cs="宋体"/>
          <w:color w:val="000000"/>
        </w:rPr>
        <w:t>，</w:t>
      </w:r>
      <w:r>
        <w:pict>
          <v:shape id="_x0000_i715975"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45" o:title="eqIdacc290b44635265137fdf13146b6a6d9"/>
            <o:lock v:ext="edit" aspectratio="t"/>
            <w10:wrap type="none"/>
            <w10:anchorlock/>
          </v:shape>
        </w:pict>
      </w:r>
      <w:r>
        <w:rPr>
          <w:rFonts w:ascii="宋体" w:hAnsi="宋体" w:eastAsia="宋体" w:cs="宋体"/>
          <w:color w:val="000000"/>
        </w:rPr>
        <w:t>中另一个点的距离之和等于点</w:t>
      </w:r>
      <w:r>
        <w:pict>
          <v:shape id="_x0000_i71597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146" o:title="eqIdac047e91852b91af639feec23a9598b2"/>
            <o:lock v:ext="edit" aspectratio="t"/>
            <w10:wrap type="none"/>
            <w10:anchorlock/>
          </v:shape>
        </w:pict>
      </w:r>
      <w:r>
        <w:rPr>
          <w:rFonts w:ascii="宋体" w:hAnsi="宋体" w:eastAsia="宋体" w:cs="宋体"/>
          <w:color w:val="000000"/>
        </w:rPr>
        <w:t>与点</w:t>
      </w:r>
      <w:r>
        <w:pict>
          <v:shape id="_x0000_i71597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47" o:title="eqId54a5d7d3b6b63fe5c24c3907b7a8eaa3"/>
            <o:lock v:ext="edit" aspectratio="t"/>
            <w10:wrap type="none"/>
            <w10:anchorlock/>
          </v:shape>
        </w:pict>
      </w:r>
      <w:r>
        <w:rPr>
          <w:rFonts w:ascii="宋体" w:hAnsi="宋体" w:eastAsia="宋体" w:cs="宋体"/>
          <w:color w:val="000000"/>
        </w:rPr>
        <w:t>之间的距离，我们就称</w:t>
      </w:r>
      <w:r>
        <w:pict>
          <v:shape id="_x0000_i715978" o:spt="75" alt="学科网(www.zxxk.com)--教育资源门户，提供试卷、教案、课件、论文、素材以及各类教学资源下载，还有大量而丰富的教学相关资讯！" type="#_x0000_t75" style="height:19.5pt;width:40.5pt;" o:ole="t" filled="f" o:preferrelative="t" stroked="f" coordsize="21600,21600">
            <v:path/>
            <v:fill on="f" focussize="0,0"/>
            <v:stroke on="f" joinstyle="miter"/>
            <v:imagedata r:id="rId1152" o:title="eqIde092578f45dc0505c79fad83eb0d56db"/>
            <o:lock v:ext="edit" aspectratio="t"/>
            <w10:wrap type="none"/>
            <w10:anchorlock/>
          </v:shape>
        </w:pict>
      </w:r>
      <w:r>
        <w:rPr>
          <w:rFonts w:ascii="宋体" w:hAnsi="宋体" w:eastAsia="宋体" w:cs="宋体"/>
          <w:color w:val="000000"/>
        </w:rPr>
        <w:t>是</w:t>
      </w:r>
      <w:r>
        <w:pict>
          <v:shape id="_x0000_i715979" o:spt="75" alt="学科网(www.zxxk.com)--教育资源门户，提供试卷、教案、课件、论文、素材以及各类教学资源下载，还有大量而丰富的教学相关资讯！" type="#_x0000_t75" style="height:20pt;width:34pt;" o:ole="t" filled="f" o:preferrelative="t" stroked="f" coordsize="21600,21600">
            <v:path/>
            <v:fill on="f" focussize="0,0"/>
            <v:stroke on="f" joinstyle="miter"/>
            <v:imagedata r:id="rId1153" o:title="eqId06bf8bf50b677f4d834014c4801e2a06"/>
            <o:lock v:ext="edit" aspectratio="t"/>
            <w10:wrap type="none"/>
            <w10:anchorlock/>
          </v:shape>
        </w:pict>
      </w:r>
      <w:r>
        <w:rPr>
          <w:rFonts w:ascii="宋体" w:hAnsi="宋体" w:eastAsia="宋体" w:cs="宋体"/>
          <w:color w:val="000000"/>
        </w:rPr>
        <w:t>的调和点对．</w:t>
      </w:r>
    </w:p>
    <w:p>
      <w:pPr>
        <w:spacing w:line="360" w:lineRule="auto"/>
        <w:jc w:val="both"/>
        <w:textAlignment w:val="center"/>
        <w:rPr>
          <w:color w:val="000000"/>
        </w:rPr>
      </w:pPr>
      <w:r>
        <w:rPr>
          <w:rFonts w:ascii="宋体" w:hAnsi="宋体" w:eastAsia="宋体" w:cs="宋体"/>
          <w:color w:val="000000"/>
        </w:rPr>
        <w:t>例如，如图，点</w:t>
      </w:r>
      <w:r>
        <w:pict>
          <v:shape id="_x0000_i71598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54" o:title="eqIddad2a36927223bd70f426ba06aea4b45"/>
            <o:lock v:ext="edit" aspectratio="t"/>
            <w10:wrap type="none"/>
            <w10:anchorlock/>
          </v:shape>
        </w:pict>
      </w:r>
      <w:r>
        <w:rPr>
          <w:rFonts w:ascii="宋体" w:hAnsi="宋体" w:eastAsia="宋体" w:cs="宋体"/>
          <w:color w:val="000000"/>
        </w:rPr>
        <w:t>，</w:t>
      </w:r>
      <w:r>
        <w:pict>
          <v:shape id="_x0000_i71598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55" o:title="eqIdacc290b44635265137fdf13146b6a6d9"/>
            <o:lock v:ext="edit" aspectratio="t"/>
            <w10:wrap type="none"/>
            <w10:anchorlock/>
          </v:shape>
        </w:pict>
      </w:r>
      <w:r>
        <w:rPr>
          <w:rFonts w:ascii="宋体" w:hAnsi="宋体" w:eastAsia="宋体" w:cs="宋体"/>
          <w:color w:val="000000"/>
        </w:rPr>
        <w:t>，</w:t>
      </w:r>
      <w:r>
        <w:pict>
          <v:shape id="_x0000_i71598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156" o:title="eqIdac047e91852b91af639feec23a9598b2"/>
            <o:lock v:ext="edit" aspectratio="t"/>
            <w10:wrap type="none"/>
            <w10:anchorlock/>
          </v:shape>
        </w:pict>
      </w:r>
      <w:r>
        <w:rPr>
          <w:rFonts w:ascii="宋体" w:hAnsi="宋体" w:eastAsia="宋体" w:cs="宋体"/>
          <w:color w:val="000000"/>
        </w:rPr>
        <w:t>，</w:t>
      </w:r>
      <w:r>
        <w:pict>
          <v:shape id="_x0000_i71598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57" o:title="eqId54a5d7d3b6b63fe5c24c3907b7a8eaa3"/>
            <o:lock v:ext="edit" aspectratio="t"/>
            <w10:wrap type="none"/>
            <w10:anchorlock/>
          </v:shape>
        </w:pict>
      </w:r>
      <w:r>
        <w:rPr>
          <w:rFonts w:ascii="宋体" w:hAnsi="宋体" w:eastAsia="宋体" w:cs="宋体"/>
          <w:color w:val="000000"/>
        </w:rPr>
        <w:t>表示的数分别为</w:t>
      </w:r>
      <w:r>
        <w:pict>
          <v:shape id="_x0000_i715984"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1158" o:title="eqId29418e5014731850c55565b6bf47aa41"/>
            <o:lock v:ext="edit" aspectratio="t"/>
            <w10:wrap type="none"/>
            <w10:anchorlock/>
          </v:shape>
        </w:pict>
      </w:r>
      <w:r>
        <w:rPr>
          <w:rFonts w:ascii="宋体" w:hAnsi="宋体" w:eastAsia="宋体" w:cs="宋体"/>
          <w:color w:val="000000"/>
        </w:rPr>
        <w:t>，</w:t>
      </w:r>
      <w:r>
        <w:pict>
          <v:shape id="_x0000_i71598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159" o:title="eqId395addb4439331615a7f220289d8b62c"/>
            <o:lock v:ext="edit" aspectratio="t"/>
            <w10:wrap type="none"/>
            <w10:anchorlock/>
          </v:shape>
        </w:pict>
      </w:r>
      <w:r>
        <w:rPr>
          <w:rFonts w:ascii="宋体" w:hAnsi="宋体" w:eastAsia="宋体" w:cs="宋体"/>
          <w:color w:val="000000"/>
        </w:rPr>
        <w:t>，</w:t>
      </w:r>
      <w:r>
        <w:pict>
          <v:shape id="_x0000_i71598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160" o:title="eqId37ff976782c95af8b02b0d4e4b65cac8"/>
            <o:lock v:ext="edit" aspectratio="t"/>
            <w10:wrap type="none"/>
            <w10:anchorlock/>
          </v:shape>
        </w:pict>
      </w:r>
      <w:r>
        <w:rPr>
          <w:rFonts w:ascii="宋体" w:hAnsi="宋体" w:eastAsia="宋体" w:cs="宋体"/>
          <w:color w:val="000000"/>
        </w:rPr>
        <w:t>，</w:t>
      </w:r>
      <w:r>
        <w:pict>
          <v:shape id="_x0000_i715987"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161" o:title="eqId6dbf80cb71406fd14621139149f7ed9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981325" cy="419100"/>
            <wp:effectExtent l="0" t="0" r="0" b="0"/>
            <wp:docPr id="3611"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 name="图片 100035" descr="学科网(www.zxxk.com)--教育资源门户，提供试卷、教案、课件、论文、素材以及各类教学资源下载，还有大量而丰富的教学相关资讯！"/>
                    <pic:cNvPicPr>
                      <a:picLocks noChangeAspect="1"/>
                    </pic:cNvPicPr>
                  </pic:nvPicPr>
                  <pic:blipFill>
                    <a:blip r:embed="rId1162"/>
                    <a:stretch>
                      <a:fillRect/>
                    </a:stretch>
                  </pic:blipFill>
                  <pic:spPr>
                    <a:xfrm>
                      <a:off x="0" y="0"/>
                      <a:ext cx="2981325" cy="4191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此时，</w:t>
      </w:r>
      <w:r>
        <w:pict>
          <v:shape id="_x0000_i715988"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1163" o:title="eqId25af7f98cb72bf7b45859fbc960f7dfb"/>
            <o:lock v:ext="edit" aspectratio="t"/>
            <w10:wrap type="none"/>
            <w10:anchorlock/>
          </v:shape>
        </w:pict>
      </w:r>
      <w:r>
        <w:rPr>
          <w:rFonts w:ascii="宋体" w:hAnsi="宋体" w:eastAsia="宋体" w:cs="宋体"/>
          <w:color w:val="000000"/>
        </w:rPr>
        <w:t>，</w:t>
      </w:r>
      <w:r>
        <w:pict>
          <v:shape id="_x0000_i715989"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1164" o:title="eqId7a8277ae4f4e5198225ba0bf30f6e64e"/>
            <o:lock v:ext="edit" aspectratio="t"/>
            <w10:wrap type="none"/>
            <w10:anchorlock/>
          </v:shape>
        </w:pict>
      </w:r>
      <w:r>
        <w:rPr>
          <w:rFonts w:ascii="宋体" w:hAnsi="宋体" w:eastAsia="宋体" w:cs="宋体"/>
          <w:color w:val="000000"/>
        </w:rPr>
        <w:t>，因此，点</w:t>
      </w:r>
      <w:r>
        <w:pict>
          <v:shape id="_x0000_i71599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65" o:title="eqIddad2a36927223bd70f426ba06aea4b45"/>
            <o:lock v:ext="edit" aspectratio="t"/>
            <w10:wrap type="none"/>
            <w10:anchorlock/>
          </v:shape>
        </w:pict>
      </w:r>
      <w:r>
        <w:rPr>
          <w:rFonts w:ascii="宋体" w:hAnsi="宋体" w:eastAsia="宋体" w:cs="宋体"/>
          <w:color w:val="000000"/>
        </w:rPr>
        <w:t>，</w:t>
      </w:r>
      <w:r>
        <w:pict>
          <v:shape id="_x0000_i71599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66" o:title="eqIdacc290b44635265137fdf13146b6a6d9"/>
            <o:lock v:ext="edit" aspectratio="t"/>
            <w10:wrap type="none"/>
            <w10:anchorlock/>
          </v:shape>
        </w:pict>
      </w:r>
      <w:r>
        <w:rPr>
          <w:rFonts w:ascii="宋体" w:hAnsi="宋体" w:eastAsia="宋体" w:cs="宋体"/>
          <w:color w:val="000000"/>
        </w:rPr>
        <w:t>，</w:t>
      </w:r>
      <w:r>
        <w:pict>
          <v:shape id="_x0000_i71599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167" o:title="eqIdac047e91852b91af639feec23a9598b2"/>
            <o:lock v:ext="edit" aspectratio="t"/>
            <w10:wrap type="none"/>
            <w10:anchorlock/>
          </v:shape>
        </w:pict>
      </w:r>
      <w:r>
        <w:rPr>
          <w:rFonts w:ascii="宋体" w:hAnsi="宋体" w:eastAsia="宋体" w:cs="宋体"/>
          <w:color w:val="000000"/>
        </w:rPr>
        <w:t>，</w:t>
      </w:r>
      <w:r>
        <w:pict>
          <v:shape id="_x0000_i71599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168" o:title="eqId54a5d7d3b6b63fe5c24c3907b7a8eaa3"/>
            <o:lock v:ext="edit" aspectratio="t"/>
            <w10:wrap type="none"/>
            <w10:anchorlock/>
          </v:shape>
        </w:pict>
      </w:r>
      <w:r>
        <w:rPr>
          <w:rFonts w:ascii="宋体" w:hAnsi="宋体" w:eastAsia="宋体" w:cs="宋体"/>
          <w:color w:val="000000"/>
        </w:rPr>
        <w:t>满足</w:t>
      </w:r>
      <w:r>
        <w:pict>
          <v:shape id="_x0000_i715994" o:spt="75" alt="学科网(www.zxxk.com)--教育资源门户，提供试卷、教案、课件、论文、素材以及各类教学资源下载，还有大量而丰富的教学相关资讯！" type="#_x0000_t75" style="height:16.2pt;width:83.1pt;" o:ole="t" filled="f" o:preferrelative="t" stroked="f" coordsize="21600,21600">
            <v:path/>
            <v:fill on="f" focussize="0,0"/>
            <v:stroke on="f" joinstyle="miter"/>
            <v:imagedata r:id="rId1169" o:title="eqId57dae7510a0a4b49d22718bcd225c511"/>
            <o:lock v:ext="edit" aspectratio="t"/>
            <w10:wrap type="none"/>
            <w10:anchorlock/>
          </v:shape>
        </w:pict>
      </w:r>
      <w:r>
        <w:rPr>
          <w:rFonts w:ascii="宋体" w:hAnsi="宋体" w:eastAsia="宋体" w:cs="宋体"/>
          <w:color w:val="000000"/>
        </w:rPr>
        <w:t>，称</w:t>
      </w:r>
      <w:r>
        <w:pict>
          <v:shape id="_x0000_i715995" o:spt="75" alt="学科网(www.zxxk.com)--教育资源门户，提供试卷、教案、课件、论文、素材以及各类教学资源下载，还有大量而丰富的教学相关资讯！" type="#_x0000_t75" style="height:19.5pt;width:40.5pt;" o:ole="t" filled="f" o:preferrelative="t" stroked="f" coordsize="21600,21600">
            <v:path/>
            <v:fill on="f" focussize="0,0"/>
            <v:stroke on="f" joinstyle="miter"/>
            <v:imagedata r:id="rId1170" o:title="eqIde092578f45dc0505c79fad83eb0d56db"/>
            <o:lock v:ext="edit" aspectratio="t"/>
            <w10:wrap type="none"/>
            <w10:anchorlock/>
          </v:shape>
        </w:pict>
      </w:r>
      <w:r>
        <w:rPr>
          <w:rFonts w:ascii="宋体" w:hAnsi="宋体" w:eastAsia="宋体" w:cs="宋体"/>
          <w:color w:val="000000"/>
        </w:rPr>
        <w:t>是</w:t>
      </w:r>
      <w:r>
        <w:pict>
          <v:shape id="_x0000_i715996" o:spt="75" alt="学科网(www.zxxk.com)--教育资源门户，提供试卷、教案、课件、论文、素材以及各类教学资源下载，还有大量而丰富的教学相关资讯！" type="#_x0000_t75" style="height:20pt;width:34pt;" o:ole="t" filled="f" o:preferrelative="t" stroked="f" coordsize="21600,21600">
            <v:path/>
            <v:fill on="f" focussize="0,0"/>
            <v:stroke on="f" joinstyle="miter"/>
            <v:imagedata r:id="rId1171" o:title="eqId06bf8bf50b677f4d834014c4801e2a06"/>
            <o:lock v:ext="edit" aspectratio="t"/>
            <w10:wrap type="none"/>
            <w10:anchorlock/>
          </v:shape>
        </w:pict>
      </w:r>
      <w:r>
        <w:rPr>
          <w:rFonts w:ascii="宋体" w:hAnsi="宋体" w:eastAsia="宋体" w:cs="宋体"/>
          <w:color w:val="000000"/>
        </w:rPr>
        <w:t>的调和点对．</w:t>
      </w:r>
    </w:p>
    <w:p>
      <w:pPr>
        <w:spacing w:line="360" w:lineRule="auto"/>
        <w:jc w:val="both"/>
        <w:textAlignment w:val="center"/>
        <w:rPr>
          <w:color w:val="000000"/>
        </w:rPr>
      </w:pPr>
      <w:r>
        <w:rPr>
          <w:rFonts w:ascii="宋体" w:hAnsi="宋体" w:eastAsia="宋体" w:cs="宋体"/>
          <w:color w:val="000000"/>
        </w:rPr>
        <w:t>请根据上述材料解决下面问题：</w:t>
      </w:r>
    </w:p>
    <w:p>
      <w:pPr>
        <w:spacing w:line="360" w:lineRule="auto"/>
        <w:jc w:val="both"/>
        <w:textAlignment w:val="center"/>
        <w:rPr>
          <w:color w:val="000000"/>
        </w:rPr>
      </w:pPr>
      <w:r>
        <w:rPr>
          <w:rFonts w:ascii="宋体" w:hAnsi="宋体" w:eastAsia="宋体" w:cs="宋体"/>
          <w:color w:val="000000"/>
        </w:rPr>
        <w:t>在数轴上点</w:t>
      </w:r>
      <w:r>
        <w:pict>
          <v:shape id="_x0000_i71599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172" o:title="eqId5963abe8f421bd99a2aaa94831a951e9"/>
            <o:lock v:ext="edit" aspectratio="t"/>
            <w10:wrap type="none"/>
            <w10:anchorlock/>
          </v:shape>
        </w:pict>
      </w:r>
      <w:r>
        <w:rPr>
          <w:rFonts w:ascii="宋体" w:hAnsi="宋体" w:eastAsia="宋体" w:cs="宋体"/>
          <w:color w:val="000000"/>
        </w:rPr>
        <w:t>，</w:t>
      </w:r>
      <w:r>
        <w:pict>
          <v:shape id="_x0000_i71599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73" o:title="eqId7f9e8449aad35c5d840a3395ea86df6d"/>
            <o:lock v:ext="edit" aspectratio="t"/>
            <w10:wrap type="none"/>
            <w10:anchorlock/>
          </v:shape>
        </w:pict>
      </w:r>
      <w:r>
        <w:rPr>
          <w:rFonts w:ascii="宋体" w:hAnsi="宋体" w:eastAsia="宋体" w:cs="宋体"/>
          <w:color w:val="000000"/>
        </w:rPr>
        <w:t>表示的数分别为</w:t>
      </w:r>
      <w:r>
        <w:pict>
          <v:shape id="_x0000_i71599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174" o:title="eqId0a6936d370d6a238a608ca56f87198de"/>
            <o:lock v:ext="edit" aspectratio="t"/>
            <w10:wrap type="none"/>
            <w10:anchorlock/>
          </v:shape>
        </w:pict>
      </w:r>
      <w:r>
        <w:rPr>
          <w:rFonts w:ascii="宋体" w:hAnsi="宋体" w:eastAsia="宋体" w:cs="宋体"/>
          <w:color w:val="000000"/>
        </w:rPr>
        <w:t>，</w:t>
      </w:r>
      <w:r>
        <w:pict>
          <v:shape id="_x0000_i71600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175" o:title="eqId2c94bb12cee76221e13f9ef955b0aab1"/>
            <o:lock v:ext="edit" aspectratio="t"/>
            <w10:wrap type="none"/>
            <w10:anchorlock/>
          </v:shape>
        </w:pict>
      </w:r>
      <w:r>
        <w:rPr>
          <w:rFonts w:ascii="宋体" w:hAnsi="宋体" w:eastAsia="宋体" w:cs="宋体"/>
          <w:color w:val="000000"/>
        </w:rPr>
        <w:t>，且</w:t>
      </w:r>
      <w:r>
        <w:pict>
          <v:shape id="_x0000_i71600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174" o:title="eqId0a6936d370d6a238a608ca56f87198de"/>
            <o:lock v:ext="edit" aspectratio="t"/>
            <w10:wrap type="none"/>
            <w10:anchorlock/>
          </v:shape>
        </w:pict>
      </w:r>
      <w:r>
        <w:rPr>
          <w:rFonts w:ascii="宋体" w:hAnsi="宋体" w:eastAsia="宋体" w:cs="宋体"/>
          <w:color w:val="000000"/>
        </w:rPr>
        <w:t>，</w:t>
      </w:r>
      <w:r>
        <w:pict>
          <v:shape id="_x0000_i716002"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175" o:title="eqId2c94bb12cee76221e13f9ef955b0aab1"/>
            <o:lock v:ext="edit" aspectratio="t"/>
            <w10:wrap type="none"/>
            <w10:anchorlock/>
          </v:shape>
        </w:pict>
      </w:r>
      <w:r>
        <w:rPr>
          <w:rFonts w:ascii="宋体" w:hAnsi="宋体" w:eastAsia="宋体" w:cs="宋体"/>
          <w:color w:val="000000"/>
        </w:rPr>
        <w:t>满足</w:t>
      </w:r>
      <w:r>
        <w:pict>
          <v:shape id="_x0000_i716003" o:spt="75" alt="学科网(www.zxxk.com)--教育资源门户，提供试卷、教案、课件、论文、素材以及各类教学资源下载，还有大量而丰富的教学相关资讯！" type="#_x0000_t75" style="height:21.75pt;width:95.25pt;" o:ole="t" filled="f" o:preferrelative="t" stroked="f" coordsize="21600,21600">
            <v:path/>
            <v:fill on="f" focussize="0,0"/>
            <v:stroke on="f" joinstyle="miter"/>
            <v:imagedata r:id="rId1176" o:title="eqIdc0823598160833b8ebeb5395a5ca397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pict>
          <v:shape id="_x0000_i716004" o:spt="75" alt="学科网(www.zxxk.com)--教育资源门户，提供试卷、教案、课件、论文、素材以及各类教学资源下载，还有大量而丰富的教学相关资讯！" type="#_x0000_t75" style="height:11.4pt;width:20.4pt;" o:ole="t" filled="f" o:preferrelative="t" stroked="f" coordsize="21600,21600">
            <v:path/>
            <v:fill on="f" focussize="0,0"/>
            <v:stroke on="f" joinstyle="miter"/>
            <v:imagedata r:id="rId1177" o:title="eqId380bbacf854e30e2e747fc286d2b9997"/>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r>
        <w:pict>
          <v:shape id="_x0000_i716005"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1178" o:title="eqId5ccd4162c7d09f970cb77cadacdbe521"/>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pict>
          <v:shape id="_x0000_i71600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179" o:title="eqId2a30f3a8b673cc28bd90c50cf1a35281"/>
            <o:lock v:ext="edit" aspectratio="t"/>
            <w10:wrap type="none"/>
            <w10:anchorlock/>
          </v:shape>
        </w:pict>
      </w:r>
      <w:r>
        <w:rPr>
          <w:rFonts w:ascii="宋体" w:hAnsi="宋体" w:eastAsia="宋体" w:cs="宋体"/>
          <w:color w:val="000000"/>
        </w:rPr>
        <w:t>，</w:t>
      </w:r>
      <w:r>
        <w:pict>
          <v:shape id="_x0000_i716007"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180" o:title="eqIda0ed1ec316bc54c37c4286c208f55667"/>
            <o:lock v:ext="edit" aspectratio="t"/>
            <w10:wrap type="none"/>
            <w10:anchorlock/>
          </v:shape>
        </w:pict>
      </w:r>
      <w:r>
        <w:rPr>
          <w:rFonts w:ascii="宋体" w:hAnsi="宋体" w:eastAsia="宋体" w:cs="宋体"/>
          <w:color w:val="000000"/>
        </w:rPr>
        <w:t>，</w:t>
      </w:r>
      <w:r>
        <w:pict>
          <v:shape id="_x0000_i716008"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1181" o:title="eqId895dc3dc3a6606ff487a4c4863e18509"/>
            <o:lock v:ext="edit" aspectratio="t"/>
            <w10:wrap type="none"/>
            <w10:anchorlock/>
          </v:shape>
        </w:pict>
      </w:r>
      <w:r>
        <w:rPr>
          <w:rFonts w:ascii="宋体" w:hAnsi="宋体" w:eastAsia="宋体" w:cs="宋体"/>
          <w:color w:val="000000"/>
        </w:rPr>
        <w:t>，</w:t>
      </w:r>
      <w:r>
        <w:pict>
          <v:shape id="_x0000_i71600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182" o:title="eqId73465a1f9aa03481295bf6bd3c6903ac"/>
            <o:lock v:ext="edit" aspectratio="t"/>
            <w10:wrap type="none"/>
            <w10:anchorlock/>
          </v:shape>
        </w:pict>
      </w:r>
      <w:r>
        <w:rPr>
          <w:rFonts w:ascii="宋体" w:hAnsi="宋体" w:eastAsia="宋体" w:cs="宋体"/>
          <w:color w:val="000000"/>
        </w:rPr>
        <w:t>表示的数分别为</w:t>
      </w:r>
      <w:r>
        <w:pict>
          <v:shape id="_x0000_i71601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183" o:title="eqIda44986287ed599f86a23cfffe788cc76"/>
            <o:lock v:ext="edit" aspectratio="t"/>
            <w10:wrap type="none"/>
            <w10:anchorlock/>
          </v:shape>
        </w:pict>
      </w:r>
      <w:r>
        <w:rPr>
          <w:rFonts w:ascii="宋体" w:hAnsi="宋体" w:eastAsia="宋体" w:cs="宋体"/>
          <w:color w:val="000000"/>
        </w:rPr>
        <w:t>，</w:t>
      </w:r>
      <w:r>
        <w:pict>
          <v:shape id="_x0000_i716011"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184" o:title="eqId6dbf80cb71406fd14621139149f7ed9e"/>
            <o:lock v:ext="edit" aspectratio="t"/>
            <w10:wrap type="none"/>
            <w10:anchorlock/>
          </v:shape>
        </w:pict>
      </w:r>
      <w:r>
        <w:rPr>
          <w:rFonts w:ascii="宋体" w:hAnsi="宋体" w:eastAsia="宋体" w:cs="宋体"/>
          <w:color w:val="000000"/>
        </w:rPr>
        <w:t>，</w:t>
      </w:r>
      <w:r>
        <w:pict>
          <v:shape id="_x0000_i716012"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185" o:title="eqId5ca7d1107389675d32b56ec097464c14"/>
            <o:lock v:ext="edit" aspectratio="t"/>
            <w10:wrap type="none"/>
            <w10:anchorlock/>
          </v:shape>
        </w:pict>
      </w:r>
      <w:r>
        <w:rPr>
          <w:rFonts w:ascii="宋体" w:hAnsi="宋体" w:eastAsia="宋体" w:cs="宋体"/>
          <w:color w:val="000000"/>
        </w:rPr>
        <w:t>，</w:t>
      </w:r>
      <w:r>
        <w:pict>
          <v:shape id="_x0000_i716013"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1186" o:title="eqId8b06e95b57b7a81cd81d05557a11fa92"/>
            <o:lock v:ext="edit" aspectratio="t"/>
            <w10:wrap type="none"/>
            <w10:anchorlock/>
          </v:shape>
        </w:pict>
      </w:r>
      <w:r>
        <w:rPr>
          <w:rFonts w:ascii="宋体" w:hAnsi="宋体" w:eastAsia="宋体" w:cs="宋体"/>
          <w:color w:val="000000"/>
        </w:rPr>
        <w:t>，其中可以组成</w:t>
      </w:r>
      <w:r>
        <w:pict>
          <v:shape id="_x0000_i716014"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1187" o:title="eqIda95d247ffb2774bb7e22708b25daf7f0"/>
            <o:lock v:ext="edit" aspectratio="t"/>
            <w10:wrap type="none"/>
            <w10:anchorlock/>
          </v:shape>
        </w:pict>
      </w:r>
      <w:r>
        <w:rPr>
          <w:rFonts w:ascii="宋体" w:hAnsi="宋体" w:eastAsia="宋体" w:cs="宋体"/>
          <w:color w:val="000000"/>
        </w:rPr>
        <w:t>的调和点对的是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若点</w:t>
      </w:r>
      <w:r>
        <w:pict>
          <v:shape id="_x0000_i71601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88" o:title="eqIddad2a36927223bd70f426ba06aea4b45"/>
            <o:lock v:ext="edit" aspectratio="t"/>
            <w10:wrap type="none"/>
            <w10:anchorlock/>
          </v:shape>
        </w:pict>
      </w:r>
      <w:r>
        <w:rPr>
          <w:rFonts w:ascii="宋体" w:hAnsi="宋体" w:eastAsia="宋体" w:cs="宋体"/>
          <w:color w:val="000000"/>
        </w:rPr>
        <w:t>从点</w:t>
      </w:r>
      <w:r>
        <w:pict>
          <v:shape id="_x0000_i71601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189" o:title="eqId5963abe8f421bd99a2aaa94831a951e9"/>
            <o:lock v:ext="edit" aspectratio="t"/>
            <w10:wrap type="none"/>
            <w10:anchorlock/>
          </v:shape>
        </w:pict>
      </w:r>
      <w:r>
        <w:rPr>
          <w:rFonts w:ascii="宋体" w:hAnsi="宋体" w:eastAsia="宋体" w:cs="宋体"/>
          <w:color w:val="000000"/>
        </w:rPr>
        <w:t>以每秒</w:t>
      </w:r>
      <w:r>
        <w:pict>
          <v:shape id="_x0000_i716017"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190" o:title="eqIdb8860d9787671b53b1ab68b3d526f5ca"/>
            <o:lock v:ext="edit" aspectratio="t"/>
            <w10:wrap type="none"/>
            <w10:anchorlock/>
          </v:shape>
        </w:pict>
      </w:r>
      <w:r>
        <w:rPr>
          <w:rFonts w:ascii="宋体" w:hAnsi="宋体" w:eastAsia="宋体" w:cs="宋体"/>
          <w:color w:val="000000"/>
        </w:rPr>
        <w:t>个单位长度向右运动，同时点</w:t>
      </w:r>
      <w:r>
        <w:pict>
          <v:shape id="_x0000_i716018"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91" o:title="eqIdacc290b44635265137fdf13146b6a6d9"/>
            <o:lock v:ext="edit" aspectratio="t"/>
            <w10:wrap type="none"/>
            <w10:anchorlock/>
          </v:shape>
        </w:pict>
      </w:r>
      <w:r>
        <w:rPr>
          <w:rFonts w:ascii="宋体" w:hAnsi="宋体" w:eastAsia="宋体" w:cs="宋体"/>
          <w:color w:val="000000"/>
        </w:rPr>
        <w:t>从点</w:t>
      </w:r>
      <w:r>
        <w:pict>
          <v:shape id="_x0000_i71601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192" o:title="eqId7f9e8449aad35c5d840a3395ea86df6d"/>
            <o:lock v:ext="edit" aspectratio="t"/>
            <w10:wrap type="none"/>
            <w10:anchorlock/>
          </v:shape>
        </w:pict>
      </w:r>
      <w:r>
        <w:rPr>
          <w:rFonts w:ascii="宋体" w:hAnsi="宋体" w:eastAsia="宋体" w:cs="宋体"/>
          <w:color w:val="000000"/>
        </w:rPr>
        <w:t>以每秒</w:t>
      </w:r>
      <w:r>
        <w:pict>
          <v:shape id="_x0000_i716020"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193" o:title="eqIdbdaa19de263700a15fcf213d64a8cd57"/>
            <o:lock v:ext="edit" aspectratio="t"/>
            <w10:wrap type="none"/>
            <w10:anchorlock/>
          </v:shape>
        </w:pict>
      </w:r>
      <w:r>
        <w:rPr>
          <w:rFonts w:ascii="宋体" w:hAnsi="宋体" w:eastAsia="宋体" w:cs="宋体"/>
          <w:color w:val="000000"/>
        </w:rPr>
        <w:t>个单位长度向左运动，当点</w:t>
      </w:r>
      <w:r>
        <w:pict>
          <v:shape id="_x0000_i71602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91" o:title="eqIdacc290b44635265137fdf13146b6a6d9"/>
            <o:lock v:ext="edit" aspectratio="t"/>
            <w10:wrap type="none"/>
            <w10:anchorlock/>
          </v:shape>
        </w:pict>
      </w:r>
      <w:r>
        <w:rPr>
          <w:rFonts w:ascii="宋体" w:hAnsi="宋体" w:eastAsia="宋体" w:cs="宋体"/>
          <w:color w:val="000000"/>
        </w:rPr>
        <w:t>到达点</w:t>
      </w:r>
      <w:r>
        <w:pict>
          <v:shape id="_x0000_i71602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189" o:title="eqId5963abe8f421bd99a2aaa94831a951e9"/>
            <o:lock v:ext="edit" aspectratio="t"/>
            <w10:wrap type="none"/>
            <w10:anchorlock/>
          </v:shape>
        </w:pict>
      </w:r>
      <w:r>
        <w:rPr>
          <w:rFonts w:ascii="宋体" w:hAnsi="宋体" w:eastAsia="宋体" w:cs="宋体"/>
          <w:color w:val="000000"/>
        </w:rPr>
        <w:t>时，点</w:t>
      </w:r>
      <w:r>
        <w:pict>
          <v:shape id="_x0000_i71602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188" o:title="eqIddad2a36927223bd70f426ba06aea4b45"/>
            <o:lock v:ext="edit" aspectratio="t"/>
            <w10:wrap type="none"/>
            <w10:anchorlock/>
          </v:shape>
        </w:pict>
      </w:r>
      <w:r>
        <w:rPr>
          <w:rFonts w:ascii="宋体" w:hAnsi="宋体" w:eastAsia="宋体" w:cs="宋体"/>
          <w:color w:val="000000"/>
        </w:rPr>
        <w:t>，</w:t>
      </w:r>
      <w:r>
        <w:pict>
          <v:shape id="_x0000_i716024"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91" o:title="eqIdacc290b44635265137fdf13146b6a6d9"/>
            <o:lock v:ext="edit" aspectratio="t"/>
            <w10:wrap type="none"/>
            <w10:anchorlock/>
          </v:shape>
        </w:pict>
      </w:r>
      <w:r>
        <w:rPr>
          <w:rFonts w:ascii="宋体" w:hAnsi="宋体" w:eastAsia="宋体" w:cs="宋体"/>
          <w:color w:val="000000"/>
        </w:rPr>
        <w:t>同时停止运动．设点</w:t>
      </w:r>
      <w:r>
        <w:pict>
          <v:shape id="_x0000_i716025"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191" o:title="eqIdacc290b44635265137fdf13146b6a6d9"/>
            <o:lock v:ext="edit" aspectratio="t"/>
            <w10:wrap type="none"/>
            <w10:anchorlock/>
          </v:shape>
        </w:pict>
      </w:r>
      <w:r>
        <w:rPr>
          <w:rFonts w:ascii="宋体" w:hAnsi="宋体" w:eastAsia="宋体" w:cs="宋体"/>
          <w:color w:val="000000"/>
        </w:rPr>
        <w:t>的运动时间为</w:t>
      </w:r>
      <w:r>
        <w:pict>
          <v:shape id="_x0000_i716026"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194" o:title="eqId36a1b09c653185842513e24ebba60bb3"/>
            <o:lock v:ext="edit" aspectratio="t"/>
            <w10:wrap type="none"/>
            <w10:anchorlock/>
          </v:shape>
        </w:pict>
      </w:r>
      <w:r>
        <w:rPr>
          <w:rFonts w:ascii="宋体" w:hAnsi="宋体" w:eastAsia="宋体" w:cs="宋体"/>
          <w:color w:val="000000"/>
        </w:rPr>
        <w:t>秒</w:t>
      </w:r>
      <w:r>
        <w:pict>
          <v:shape id="_x0000_i716027" o:spt="75" alt="学科网(www.zxxk.com)--教育资源门户，提供试卷、教案、课件、论文、素材以及各类教学资源下载，还有大量而丰富的教学相关资讯！" type="#_x0000_t75" style="height:19.6pt;width:34.4pt;" o:ole="t" filled="f" o:preferrelative="t" stroked="f" coordsize="21600,21600">
            <v:path/>
            <v:fill on="f" focussize="0,0"/>
            <v:stroke on="f" joinstyle="miter"/>
            <v:imagedata r:id="rId1195" o:title="eqId6cea72e0c37257bcfd85a59ef8dd0f80"/>
            <o:lock v:ext="edit" aspectratio="t"/>
            <w10:wrap type="none"/>
            <w10:anchorlock/>
          </v:shape>
        </w:pict>
      </w:r>
      <w:r>
        <w:rPr>
          <w:rFonts w:ascii="宋体" w:hAnsi="宋体" w:eastAsia="宋体" w:cs="宋体"/>
          <w:color w:val="000000"/>
        </w:rPr>
        <w:t>．当</w:t>
      </w:r>
      <w:r>
        <w:pict>
          <v:shape id="_x0000_i716028" o:spt="75" alt="学科网(www.zxxk.com)--教育资源门户，提供试卷、教案、课件、论文、素材以及各类教学资源下载，还有大量而丰富的教学相关资讯！" type="#_x0000_t75" style="height:20pt;width:34pt;" o:ole="t" filled="f" o:preferrelative="t" stroked="f" coordsize="21600,21600">
            <v:path/>
            <v:fill on="f" focussize="0,0"/>
            <v:stroke on="f" joinstyle="miter"/>
            <v:imagedata r:id="rId1196" o:title="eqId06bf8bf50b677f4d834014c4801e2a06"/>
            <o:lock v:ext="edit" aspectratio="t"/>
            <w10:wrap type="none"/>
            <w10:anchorlock/>
          </v:shape>
        </w:pict>
      </w:r>
      <w:r>
        <w:rPr>
          <w:rFonts w:ascii="宋体" w:hAnsi="宋体" w:eastAsia="宋体" w:cs="宋体"/>
          <w:color w:val="000000"/>
        </w:rPr>
        <w:t>为</w:t>
      </w:r>
      <w:r>
        <w:pict>
          <v:shape id="_x0000_i716029"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1197" o:title="eqIda95d247ffb2774bb7e22708b25daf7f0"/>
            <o:lock v:ext="edit" aspectratio="t"/>
            <w10:wrap type="none"/>
            <w10:anchorlock/>
          </v:shape>
        </w:pict>
      </w:r>
      <w:r>
        <w:rPr>
          <w:rFonts w:ascii="宋体" w:hAnsi="宋体" w:eastAsia="宋体" w:cs="宋体"/>
          <w:color w:val="000000"/>
        </w:rPr>
        <w:t>的调和点对时，直接写出</w:t>
      </w:r>
      <w:r>
        <w:pict>
          <v:shape id="_x0000_i716030"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194" o:title="eqId36a1b09c653185842513e24ebba60bb3"/>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pict>
          <v:shape id="_x0000_i716031"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198" o:title="eqId395addb4439331615a7f220289d8b62c"/>
            <o:lock v:ext="edit" aspectratio="t"/>
            <w10:wrap type="none"/>
            <w10:anchorlock/>
          </v:shape>
        </w:pict>
      </w:r>
      <w:r>
        <w:rPr>
          <w:rFonts w:ascii="宋体" w:hAnsi="宋体" w:eastAsia="宋体" w:cs="宋体"/>
          <w:color w:val="000000"/>
        </w:rPr>
        <w:t>，</w:t>
      </w:r>
      <w:r>
        <w:pict>
          <v:shape id="_x0000_i716032"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1199" o:title="eqIdcd3304e23f3b0f9569c4140ca89b6498"/>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pict>
          <v:shape id="_x0000_i716033"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1200" o:title="eqId1add02579f619cc00e1e2db8e3b8ee68"/>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6034"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1201" o:title="eqIdbeba2838246125de07bb19ba8246c0c5"/>
            <o:lock v:ext="edit" aspectratio="t"/>
            <w10:wrap type="none"/>
            <w10:anchorlock/>
          </v:shape>
        </w:pict>
      </w:r>
      <w:r>
        <w:rPr>
          <w:rFonts w:ascii="宋体" w:hAnsi="宋体" w:eastAsia="宋体" w:cs="宋体"/>
          <w:color w:val="000000"/>
        </w:rPr>
        <w:t>或</w:t>
      </w:r>
      <w:r>
        <w:pict>
          <v:shape id="_x0000_i71603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202" o:title="eqId64e5b7ba0ea72875976fd72a99887e4a"/>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）根据绝对值的非负性，偶次幂的非负性，求得</w:t>
      </w:r>
      <w:r>
        <w:pict>
          <v:shape id="_x0000_i716036" o:spt="75" alt="学科网(www.zxxk.com)--教育资源门户，提供试卷、教案、课件、论文、素材以及各类教学资源下载，还有大量而丰富的教学相关资讯！" type="#_x0000_t75" style="height:16pt;width:20pt;" o:ole="t" filled="f" o:preferrelative="t" stroked="f" coordsize="21600,21600">
            <v:path/>
            <v:fill on="f" focussize="0,0"/>
            <v:stroke on="f" joinstyle="miter"/>
            <v:imagedata r:id="rId1203" o:title="eqId632244ea6931507f8656e1cc3437d392"/>
            <o:lock v:ext="edit" aspectratio="t"/>
            <w10:wrap type="none"/>
            <w10:anchorlock/>
          </v:shape>
        </w:pict>
      </w:r>
      <w:r>
        <w:rPr>
          <w:rFonts w:ascii="宋体" w:hAnsi="宋体" w:eastAsia="宋体" w:cs="宋体"/>
          <w:color w:val="000000"/>
        </w:rPr>
        <w:t>的值；</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）根据两点之间的距离分别计算，进而根据调和点对的定义，即可求解．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）分点</w:t>
      </w:r>
      <w:r>
        <w:pict>
          <v:shape id="_x0000_i71603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205" o:title="eqIddad2a36927223bd70f426ba06aea4b45"/>
            <o:lock v:ext="edit" aspectratio="t"/>
            <w10:wrap type="none"/>
            <w10:anchorlock/>
          </v:shape>
        </w:pict>
      </w:r>
      <w:r>
        <w:rPr>
          <w:rFonts w:ascii="宋体" w:hAnsi="宋体" w:eastAsia="宋体" w:cs="宋体"/>
          <w:color w:val="000000"/>
        </w:rPr>
        <w:t>在</w:t>
      </w:r>
      <w:r>
        <w:pict>
          <v:shape id="_x0000_i71603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06" o:title="eqId7f9e8449aad35c5d840a3395ea86df6d"/>
            <o:lock v:ext="edit" aspectratio="t"/>
            <w10:wrap type="none"/>
            <w10:anchorlock/>
          </v:shape>
        </w:pict>
      </w:r>
      <w:r>
        <w:rPr>
          <w:rFonts w:ascii="宋体" w:hAnsi="宋体" w:eastAsia="宋体" w:cs="宋体"/>
          <w:color w:val="000000"/>
        </w:rPr>
        <w:t>点</w:t>
      </w:r>
      <w:r>
        <w:rPr>
          <w:rFonts w:ascii="宋体" w:hAnsi="宋体" w:eastAsia="宋体" w:cs="宋体"/>
          <w:color w:val="000000"/>
          <w:position w:val="0"/>
        </w:rPr>
        <w:drawing>
          <wp:inline distT="0" distB="0" distL="114300" distR="114300">
            <wp:extent cx="133350" cy="177800"/>
            <wp:effectExtent l="0" t="0" r="0" b="0"/>
            <wp:docPr id="3613" name="图片 1354654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 name="图片 1354654603"/>
                    <pic:cNvPicPr>
                      <a:picLocks noChangeAspect="1"/>
                    </pic:cNvPicPr>
                  </pic:nvPicPr>
                  <pic:blipFill>
                    <a:blip r:embed="rId120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左边与点</w:t>
      </w:r>
      <w:r>
        <w:pict>
          <v:shape id="_x0000_i71603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06" o:title="eqId7f9e8449aad35c5d840a3395ea86df6d"/>
            <o:lock v:ext="edit" aspectratio="t"/>
            <w10:wrap type="none"/>
            <w10:anchorlock/>
          </v:shape>
        </w:pict>
      </w:r>
      <w:r>
        <w:rPr>
          <w:rFonts w:ascii="宋体" w:hAnsi="宋体" w:eastAsia="宋体" w:cs="宋体"/>
          <w:color w:val="000000"/>
        </w:rPr>
        <w:t>的右边，两种情况分类讨论，根据新定义，列出方程，解方程，即可求解．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6040" o:spt="75" alt="学科网(www.zxxk.com)--教育资源门户，提供试卷、教案、课件、论文、素材以及各类教学资源下载，还有大量而丰富的教学相关资讯！" type="#_x0000_t75" style="height:21.75pt;width:95.25pt;" o:ole="t" filled="f" o:preferrelative="t" stroked="f" coordsize="21600,21600">
            <v:path/>
            <v:fill on="f" focussize="0,0"/>
            <v:stroke on="f" joinstyle="miter"/>
            <v:imagedata r:id="rId1207" o:title="eqIdc0823598160833b8ebeb5395a5ca397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041"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208" o:title="eqIdea09424abbeaa86a82bf58a0a0f4cfa2"/>
            <o:lock v:ext="edit" aspectratio="t"/>
            <w10:wrap type="none"/>
            <w10:anchorlock/>
          </v:shape>
        </w:pict>
      </w:r>
      <w:r>
        <w:rPr>
          <w:rFonts w:ascii="宋体" w:hAnsi="宋体" w:eastAsia="宋体" w:cs="宋体"/>
          <w:color w:val="000000"/>
        </w:rPr>
        <w:t>，</w:t>
      </w:r>
      <w:r>
        <w:pict>
          <v:shape id="_x0000_i716042"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1209" o:title="eqId087b0de5df7ba9a498639a30f2cef468"/>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6043" o:spt="75" alt="学科网(www.zxxk.com)--教育资源门户，提供试卷、教案、课件、论文、素材以及各类教学资源下载，还有大量而丰富的教学相关资讯！" type="#_x0000_t75" style="height:14.2pt;width:34.9pt;" o:ole="t" filled="f" o:preferrelative="t" stroked="f" coordsize="21600,21600">
            <v:path/>
            <v:fill on="f" focussize="0,0"/>
            <v:stroke on="f" joinstyle="miter"/>
            <v:imagedata r:id="rId1210" o:title="eqId5b624d88827e92e12bc0a8f1067cbe72"/>
            <o:lock v:ext="edit" aspectratio="t"/>
            <w10:wrap type="none"/>
            <w10:anchorlock/>
          </v:shape>
        </w:pict>
      </w:r>
      <w:r>
        <w:rPr>
          <w:rFonts w:ascii="宋体" w:hAnsi="宋体" w:eastAsia="宋体" w:cs="宋体"/>
          <w:color w:val="000000"/>
        </w:rPr>
        <w:t>，</w:t>
      </w:r>
      <w:r>
        <w:pict>
          <v:shape id="_x0000_i716044" o:spt="75" alt="学科网(www.zxxk.com)--教育资源门户，提供试卷、教案、课件、论文、素材以及各类教学资源下载，还有大量而丰富的教学相关资讯！" type="#_x0000_t75" style="height:14.55pt;width:27pt;" o:ole="t" filled="f" o:preferrelative="t" stroked="f" coordsize="21600,21600">
            <v:path/>
            <v:fill on="f" focussize="0,0"/>
            <v:stroke on="f" joinstyle="miter"/>
            <v:imagedata r:id="rId1211" o:title="eqId019eb94a6a2b38308811470d860e1a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04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212" o:title="eqId395addb4439331615a7f220289d8b62c"/>
            <o:lock v:ext="edit" aspectratio="t"/>
            <w10:wrap type="none"/>
            <w10:anchorlock/>
          </v:shape>
        </w:pict>
      </w:r>
      <w:r>
        <w:rPr>
          <w:rFonts w:ascii="宋体" w:hAnsi="宋体" w:eastAsia="宋体" w:cs="宋体"/>
          <w:color w:val="000000"/>
        </w:rPr>
        <w:t>，</w:t>
      </w:r>
      <w:r>
        <w:pict>
          <v:shape id="_x0000_i716046"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1213" o:title="eqIdcd3304e23f3b0f9569c4140ca89b649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解：如图所示，</w:t>
      </w:r>
    </w:p>
    <w:p>
      <w:pPr>
        <w:spacing w:line="360" w:lineRule="auto"/>
        <w:jc w:val="left"/>
        <w:textAlignment w:val="center"/>
        <w:rPr>
          <w:color w:val="000000"/>
        </w:rPr>
      </w:pPr>
      <w:r>
        <w:rPr>
          <w:color w:val="000000"/>
        </w:rPr>
        <w:drawing>
          <wp:inline distT="0" distB="0" distL="114300" distR="114300">
            <wp:extent cx="3419475" cy="381000"/>
            <wp:effectExtent l="0" t="0" r="0" b="0"/>
            <wp:docPr id="3615"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 name="图片 100037" descr="学科网(www.zxxk.com)--教育资源门户，提供试卷、教案、课件、论文、素材以及各类教学资源下载，还有大量而丰富的教学相关资讯！"/>
                    <pic:cNvPicPr>
                      <a:picLocks noChangeAspect="1"/>
                    </pic:cNvPicPr>
                  </pic:nvPicPr>
                  <pic:blipFill>
                    <a:blip r:embed="rId1214"/>
                    <a:stretch>
                      <a:fillRect/>
                    </a:stretch>
                  </pic:blipFill>
                  <pic:spPr>
                    <a:xfrm>
                      <a:off x="0" y="0"/>
                      <a:ext cx="3419475" cy="381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6047" o:spt="75" alt="学科网(www.zxxk.com)--教育资源门户，提供试卷、教案、课件、论文、素材以及各类教学资源下载，还有大量而丰富的教学相关资讯！" type="#_x0000_t75" style="height:15.8pt;width:149.25pt;" o:ole="t" filled="f" o:preferrelative="t" stroked="f" coordsize="21600,21600">
            <v:path/>
            <v:fill on="f" focussize="0,0"/>
            <v:stroke on="f" joinstyle="miter"/>
            <v:imagedata r:id="rId1215" o:title="eqIdbcd50d292dde1c5d6feaaa282780280e"/>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6048"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1216" o:title="eqId1add02579f619cc00e1e2db8e3b8ee68"/>
            <o:lock v:ext="edit" aspectratio="t"/>
            <w10:wrap type="none"/>
            <w10:anchorlock/>
          </v:shape>
        </w:pict>
      </w:r>
      <w:r>
        <w:rPr>
          <w:rFonts w:ascii="宋体" w:hAnsi="宋体" w:eastAsia="宋体" w:cs="宋体"/>
          <w:color w:val="000000"/>
        </w:rPr>
        <w:t>是</w:t>
      </w:r>
      <w:r>
        <w:pict>
          <v:shape id="_x0000_i716049"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1217" o:title="eqIda95d247ffb2774bb7e22708b25daf7f0"/>
            <o:lock v:ext="edit" aspectratio="t"/>
            <w10:wrap type="none"/>
            <w10:anchorlock/>
          </v:shape>
        </w:pict>
      </w:r>
      <w:r>
        <w:rPr>
          <w:rFonts w:ascii="宋体" w:hAnsi="宋体" w:eastAsia="宋体" w:cs="宋体"/>
          <w:color w:val="000000"/>
        </w:rPr>
        <w:t>的调和点对</w:t>
      </w:r>
    </w:p>
    <w:p>
      <w:pPr>
        <w:spacing w:line="360" w:lineRule="auto"/>
        <w:jc w:val="left"/>
        <w:textAlignment w:val="center"/>
        <w:rPr>
          <w:color w:val="000000"/>
        </w:rPr>
      </w:pPr>
      <w:r>
        <w:rPr>
          <w:rFonts w:ascii="宋体" w:hAnsi="宋体" w:eastAsia="宋体" w:cs="宋体"/>
          <w:color w:val="000000"/>
        </w:rPr>
        <w:t>故答案为：</w:t>
      </w:r>
      <w:r>
        <w:pict>
          <v:shape id="_x0000_i716050"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1218" o:title="eqId1add02579f619cc00e1e2db8e3b8ee6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解：依题意，</w:t>
      </w:r>
      <w:r>
        <w:pict>
          <v:shape id="_x0000_i716051"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219" o:title="eqId36a1b09c653185842513e24ebba60bb3"/>
            <o:lock v:ext="edit" aspectratio="t"/>
            <w10:wrap type="none"/>
            <w10:anchorlock/>
          </v:shape>
        </w:pict>
      </w:r>
      <w:r>
        <w:rPr>
          <w:rFonts w:ascii="宋体" w:hAnsi="宋体" w:eastAsia="宋体" w:cs="宋体"/>
          <w:color w:val="000000"/>
        </w:rPr>
        <w:t>秒后点</w:t>
      </w:r>
      <w:r>
        <w:pict>
          <v:shape id="_x0000_i71605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220" o:title="eqIddad2a36927223bd70f426ba06aea4b45"/>
            <o:lock v:ext="edit" aspectratio="t"/>
            <w10:wrap type="none"/>
            <w10:anchorlock/>
          </v:shape>
        </w:pict>
      </w:r>
      <w:r>
        <w:rPr>
          <w:rFonts w:ascii="宋体" w:hAnsi="宋体" w:eastAsia="宋体" w:cs="宋体"/>
          <w:color w:val="000000"/>
        </w:rPr>
        <w:t>对应的数为</w:t>
      </w:r>
      <w:r>
        <w:pict>
          <v:shape id="_x0000_i716053" o:spt="75" alt="学科网(www.zxxk.com)--教育资源门户，提供试卷、教案、课件、论文、素材以及各类教学资源下载，还有大量而丰富的教学相关资讯！" type="#_x0000_t75" style="height:13pt;width:33pt;" o:ole="t" filled="f" o:preferrelative="t" stroked="f" coordsize="21600,21600">
            <v:path/>
            <v:fill on="f" focussize="0,0"/>
            <v:stroke on="f" joinstyle="miter"/>
            <v:imagedata r:id="rId1221" o:title="eqIdae15f2cb6a12786dacd12b9f824eab3d"/>
            <o:lock v:ext="edit" aspectratio="t"/>
            <w10:wrap type="none"/>
            <w10:anchorlock/>
          </v:shape>
        </w:pict>
      </w:r>
      <w:r>
        <w:rPr>
          <w:rFonts w:ascii="宋体" w:hAnsi="宋体" w:eastAsia="宋体" w:cs="宋体"/>
          <w:color w:val="000000"/>
        </w:rPr>
        <w:t>，点</w:t>
      </w:r>
      <w:r>
        <w:pict>
          <v:shape id="_x0000_i716054"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222" o:title="eqIdacc290b44635265137fdf13146b6a6d9"/>
            <o:lock v:ext="edit" aspectratio="t"/>
            <w10:wrap type="none"/>
            <w10:anchorlock/>
          </v:shape>
        </w:pict>
      </w:r>
      <w:r>
        <w:rPr>
          <w:rFonts w:ascii="宋体" w:hAnsi="宋体" w:eastAsia="宋体" w:cs="宋体"/>
          <w:color w:val="000000"/>
        </w:rPr>
        <w:t>对应的数为</w:t>
      </w:r>
      <w:r>
        <w:pict>
          <v:shape id="_x0000_i716055" o:spt="75" alt="学科网(www.zxxk.com)--教育资源门户，提供试卷、教案、课件、论文、素材以及各类教学资源下载，还有大量而丰富的教学相关资讯！" type="#_x0000_t75" style="height:14pt;width:23pt;" o:ole="t" filled="f" o:preferrelative="t" stroked="f" coordsize="21600,21600">
            <v:path/>
            <v:fill on="f" focussize="0,0"/>
            <v:stroke on="f" joinstyle="miter"/>
            <v:imagedata r:id="rId1223" o:title="eqId09f21bcae00ab50df58fb162fa6bccb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当点</w:t>
      </w:r>
      <w:r>
        <w:pict>
          <v:shape id="_x0000_i71605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224" o:title="eqIdacc290b44635265137fdf13146b6a6d9"/>
            <o:lock v:ext="edit" aspectratio="t"/>
            <w10:wrap type="none"/>
            <w10:anchorlock/>
          </v:shape>
        </w:pict>
      </w:r>
      <w:r>
        <w:rPr>
          <w:rFonts w:ascii="宋体" w:hAnsi="宋体" w:eastAsia="宋体" w:cs="宋体"/>
          <w:color w:val="000000"/>
        </w:rPr>
        <w:t>到达点</w:t>
      </w:r>
      <w:r>
        <w:pict>
          <v:shape id="_x0000_i71605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225" o:title="eqId5963abe8f421bd99a2aaa94831a951e9"/>
            <o:lock v:ext="edit" aspectratio="t"/>
            <w10:wrap type="none"/>
            <w10:anchorlock/>
          </v:shape>
        </w:pict>
      </w:r>
      <w:r>
        <w:rPr>
          <w:rFonts w:ascii="宋体" w:hAnsi="宋体" w:eastAsia="宋体" w:cs="宋体"/>
          <w:color w:val="000000"/>
        </w:rPr>
        <w:t>时，点</w:t>
      </w:r>
      <w:r>
        <w:pict>
          <v:shape id="_x0000_i71605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226" o:title="eqIddad2a36927223bd70f426ba06aea4b45"/>
            <o:lock v:ext="edit" aspectratio="t"/>
            <w10:wrap type="none"/>
            <w10:anchorlock/>
          </v:shape>
        </w:pict>
      </w:r>
      <w:r>
        <w:rPr>
          <w:rFonts w:ascii="宋体" w:hAnsi="宋体" w:eastAsia="宋体" w:cs="宋体"/>
          <w:color w:val="000000"/>
        </w:rPr>
        <w:t>，</w:t>
      </w:r>
      <w:r>
        <w:pict>
          <v:shape id="_x0000_i716059"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224" o:title="eqIdacc290b44635265137fdf13146b6a6d9"/>
            <o:lock v:ext="edit" aspectratio="t"/>
            <w10:wrap type="none"/>
            <w10:anchorlock/>
          </v:shape>
        </w:pict>
      </w:r>
      <w:r>
        <w:rPr>
          <w:rFonts w:ascii="宋体" w:hAnsi="宋体" w:eastAsia="宋体" w:cs="宋体"/>
          <w:color w:val="000000"/>
        </w:rPr>
        <w:t>同时停止运动．</w:t>
      </w:r>
    </w:p>
    <w:p>
      <w:pPr>
        <w:spacing w:line="360" w:lineRule="auto"/>
        <w:jc w:val="left"/>
        <w:textAlignment w:val="center"/>
        <w:rPr>
          <w:color w:val="000000"/>
        </w:rPr>
      </w:pPr>
      <w:r>
        <w:rPr>
          <w:rFonts w:ascii="宋体" w:hAnsi="宋体" w:eastAsia="宋体" w:cs="宋体"/>
          <w:color w:val="000000"/>
        </w:rPr>
        <w:t>∴</w:t>
      </w:r>
      <w:r>
        <w:pict>
          <v:shape id="_x0000_i716060" o:spt="75" alt="学科网(www.zxxk.com)--教育资源门户，提供试卷、教案、课件、论文、素材以及各类教学资源下载，还有大量而丰富的教学相关资讯！" type="#_x0000_t75" style="height:32.8pt;width:81.95pt;" o:ole="t" filled="f" o:preferrelative="t" stroked="f" coordsize="21600,21600">
            <v:path/>
            <v:fill on="f" focussize="0,0"/>
            <v:stroke on="f" joinstyle="miter"/>
            <v:imagedata r:id="rId1227" o:title="eqId71f7eaa9bb5cd077681dffc81f86e7a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6061" o:spt="75" alt="学科网(www.zxxk.com)--教育资源门户，提供试卷、教案、课件、论文、素材以及各类教学资源下载，还有大量而丰富的教学相关资讯！" type="#_x0000_t75" style="height:12pt;width:42pt;" o:ole="t" filled="f" o:preferrelative="t" stroked="f" coordsize="21600,21600">
            <v:path/>
            <v:fill on="f" focussize="0,0"/>
            <v:stroke on="f" joinstyle="miter"/>
            <v:imagedata r:id="rId1228" o:title="eqId78b78223dd8df000d49e6b7ef2a485e4"/>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6062" o:spt="75" alt="学科网(www.zxxk.com)--教育资源门户，提供试卷、教案、课件、论文、素材以及各类教学资源下载，还有大量而丰富的教学相关资讯！" type="#_x0000_t75" style="height:20pt;width:34pt;" o:ole="t" filled="f" o:preferrelative="t" stroked="f" coordsize="21600,21600">
            <v:path/>
            <v:fill on="f" focussize="0,0"/>
            <v:stroke on="f" joinstyle="miter"/>
            <v:imagedata r:id="rId1229" o:title="eqId06bf8bf50b677f4d834014c4801e2a06"/>
            <o:lock v:ext="edit" aspectratio="t"/>
            <w10:wrap type="none"/>
            <w10:anchorlock/>
          </v:shape>
        </w:pict>
      </w:r>
      <w:r>
        <w:rPr>
          <w:rFonts w:ascii="宋体" w:hAnsi="宋体" w:eastAsia="宋体" w:cs="宋体"/>
          <w:color w:val="000000"/>
        </w:rPr>
        <w:t>为</w:t>
      </w:r>
      <w:r>
        <w:pict>
          <v:shape id="_x0000_i716063"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1230" o:title="eqIda95d247ffb2774bb7e22708b25daf7f0"/>
            <o:lock v:ext="edit" aspectratio="t"/>
            <w10:wrap type="none"/>
            <w10:anchorlock/>
          </v:shape>
        </w:pict>
      </w:r>
      <w:r>
        <w:rPr>
          <w:rFonts w:ascii="宋体" w:hAnsi="宋体" w:eastAsia="宋体" w:cs="宋体"/>
          <w:color w:val="000000"/>
        </w:rPr>
        <w:t>的调和点对</w:t>
      </w:r>
    </w:p>
    <w:p>
      <w:pPr>
        <w:spacing w:line="360" w:lineRule="auto"/>
        <w:jc w:val="left"/>
        <w:textAlignment w:val="center"/>
        <w:rPr>
          <w:color w:val="000000"/>
        </w:rPr>
      </w:pPr>
      <w:r>
        <w:rPr>
          <w:rFonts w:ascii="宋体" w:hAnsi="宋体" w:eastAsia="宋体" w:cs="宋体"/>
          <w:color w:val="000000"/>
        </w:rPr>
        <w:t>∴</w:t>
      </w:r>
      <w:r>
        <w:pict>
          <v:shape id="_x0000_i716064" o:spt="75" alt="学科网(www.zxxk.com)--教育资源门户，提供试卷、教案、课件、论文、素材以及各类教学资源下载，还有大量而丰富的教学相关资讯！" type="#_x0000_t75" style="height:15.8pt;width:73.75pt;" o:ole="t" filled="f" o:preferrelative="t" stroked="f" coordsize="21600,21600">
            <v:path/>
            <v:fill on="f" focussize="0,0"/>
            <v:stroke on="f" joinstyle="miter"/>
            <v:imagedata r:id="rId1231" o:title="eqId1d65e3f230f4a759b18f96da8260251e"/>
            <o:lock v:ext="edit" aspectratio="t"/>
            <w10:wrap type="none"/>
            <w10:anchorlock/>
          </v:shape>
        </w:pict>
      </w:r>
      <w:r>
        <w:rPr>
          <w:rFonts w:ascii="宋体" w:hAnsi="宋体" w:eastAsia="宋体" w:cs="宋体"/>
          <w:color w:val="000000"/>
        </w:rPr>
        <w:t>或</w:t>
      </w:r>
      <w:r>
        <w:pict>
          <v:shape id="_x0000_i716065" o:spt="75" alt="学科网(www.zxxk.com)--教育资源门户，提供试卷、教案、课件、论文、素材以及各类教学资源下载，还有大量而丰富的教学相关资讯！" type="#_x0000_t75" style="height:15.8pt;width:73.75pt;" o:ole="t" filled="f" o:preferrelative="t" stroked="f" coordsize="21600,21600">
            <v:path/>
            <v:fill on="f" focussize="0,0"/>
            <v:stroke on="f" joinstyle="miter"/>
            <v:imagedata r:id="rId1232" o:title="eqIdef1d4515acb92a760bfbc5ddcf4523a9"/>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①当</w:t>
      </w:r>
      <w:r>
        <w:pict>
          <v:shape id="_x0000_i71606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233" o:title="eqIddad2a36927223bd70f426ba06aea4b45"/>
            <o:lock v:ext="edit" aspectratio="t"/>
            <w10:wrap type="none"/>
            <w10:anchorlock/>
          </v:shape>
        </w:pict>
      </w:r>
      <w:r>
        <w:rPr>
          <w:rFonts w:ascii="宋体" w:hAnsi="宋体" w:eastAsia="宋体" w:cs="宋体"/>
          <w:color w:val="000000"/>
        </w:rPr>
        <w:t>在</w:t>
      </w:r>
      <w:r>
        <w:pict>
          <v:shape id="_x0000_i71606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34" o:title="eqId7f9e8449aad35c5d840a3395ea86df6d"/>
            <o:lock v:ext="edit" aspectratio="t"/>
            <w10:wrap type="none"/>
            <w10:anchorlock/>
          </v:shape>
        </w:pict>
      </w:r>
      <w:r>
        <w:rPr>
          <w:rFonts w:ascii="宋体" w:hAnsi="宋体" w:eastAsia="宋体" w:cs="宋体"/>
          <w:color w:val="000000"/>
        </w:rPr>
        <w:t>点的左侧时；</w:t>
      </w:r>
    </w:p>
    <w:p>
      <w:pPr>
        <w:spacing w:line="360" w:lineRule="auto"/>
        <w:jc w:val="both"/>
        <w:textAlignment w:val="center"/>
        <w:rPr>
          <w:color w:val="000000"/>
        </w:rPr>
      </w:pPr>
      <w:r>
        <w:rPr>
          <w:rFonts w:ascii="宋体" w:hAnsi="宋体" w:eastAsia="宋体" w:cs="宋体"/>
          <w:color w:val="000000"/>
        </w:rPr>
        <w:t>当</w:t>
      </w:r>
      <w:r>
        <w:pict>
          <v:shape id="_x0000_i716068" o:spt="75" alt="学科网(www.zxxk.com)--教育资源门户，提供试卷、教案、课件、论文、素材以及各类教学资源下载，还有大量而丰富的教学相关资讯！" type="#_x0000_t75" style="height:15.8pt;width:73.75pt;" o:ole="t" filled="f" o:preferrelative="t" stroked="f" coordsize="21600,21600">
            <v:path/>
            <v:fill on="f" focussize="0,0"/>
            <v:stroke on="f" joinstyle="miter"/>
            <v:imagedata r:id="rId1235" o:title="eqId1d65e3f230f4a759b18f96da8260251e"/>
            <o:lock v:ext="edit" aspectratio="t"/>
            <w10:wrap type="none"/>
            <w10:anchorlock/>
          </v:shape>
        </w:pict>
      </w:r>
      <w:r>
        <w:rPr>
          <w:rFonts w:ascii="宋体" w:hAnsi="宋体" w:eastAsia="宋体" w:cs="宋体"/>
          <w:color w:val="000000"/>
        </w:rPr>
        <w:t>时，</w:t>
      </w:r>
      <w:r>
        <w:pict>
          <v:shape id="_x0000_i716069" o:spt="75" alt="学科网(www.zxxk.com)--教育资源门户，提供试卷、教案、课件、论文、素材以及各类教学资源下载，还有大量而丰富的教学相关资讯！" type="#_x0000_t75" style="height:19.9pt;width:217.75pt;" o:ole="t" filled="f" o:preferrelative="t" stroked="f" coordsize="21600,21600">
            <v:path/>
            <v:fill on="f" focussize="0,0"/>
            <v:stroke on="f" joinstyle="miter"/>
            <v:imagedata r:id="rId1236" o:title="eqIde0d3455bb79fcc12917fd956ec684a18"/>
            <o:lock v:ext="edit" aspectratio="t"/>
            <w10:wrap type="none"/>
            <w10:anchorlock/>
          </v:shape>
        </w:pict>
      </w:r>
    </w:p>
    <w:p>
      <w:pPr>
        <w:spacing w:line="360" w:lineRule="auto"/>
        <w:jc w:val="both"/>
        <w:textAlignment w:val="center"/>
        <w:rPr>
          <w:color w:val="000000"/>
        </w:rPr>
      </w:pPr>
      <w:r>
        <w:rPr>
          <w:color w:val="000000"/>
        </w:rPr>
        <w:drawing>
          <wp:inline distT="0" distB="0" distL="114300" distR="114300">
            <wp:extent cx="2857500" cy="419100"/>
            <wp:effectExtent l="0" t="0" r="0" b="0"/>
            <wp:docPr id="3617"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 name="图片 100039" descr="学科网(www.zxxk.com)--教育资源门户，提供试卷、教案、课件、论文、素材以及各类教学资源下载，还有大量而丰富的教学相关资讯！"/>
                    <pic:cNvPicPr>
                      <a:picLocks noChangeAspect="1"/>
                    </pic:cNvPicPr>
                  </pic:nvPicPr>
                  <pic:blipFill>
                    <a:blip r:embed="rId1237"/>
                    <a:stretch>
                      <a:fillRect/>
                    </a:stretch>
                  </pic:blipFill>
                  <pic:spPr>
                    <a:xfrm>
                      <a:off x="0" y="0"/>
                      <a:ext cx="2857500" cy="4191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解得：</w:t>
      </w:r>
      <w:r>
        <w:pict>
          <v:shape id="_x0000_i716070"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1238" o:title="eqIdbeba2838246125de07bb19ba8246c0c5"/>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当</w:t>
      </w:r>
      <w:r>
        <w:pict>
          <v:shape id="_x0000_i716071" o:spt="75" alt="学科网(www.zxxk.com)--教育资源门户，提供试卷、教案、课件、论文、素材以及各类教学资源下载，还有大量而丰富的教学相关资讯！" type="#_x0000_t75" style="height:15.8pt;width:73.75pt;" o:ole="t" filled="f" o:preferrelative="t" stroked="f" coordsize="21600,21600">
            <v:path/>
            <v:fill on="f" focussize="0,0"/>
            <v:stroke on="f" joinstyle="miter"/>
            <v:imagedata r:id="rId1239" o:title="eqIdef1d4515acb92a760bfbc5ddcf4523a9"/>
            <o:lock v:ext="edit" aspectratio="t"/>
            <w10:wrap type="none"/>
            <w10:anchorlock/>
          </v:shape>
        </w:pict>
      </w:r>
      <w:r>
        <w:rPr>
          <w:rFonts w:ascii="宋体" w:hAnsi="宋体" w:eastAsia="宋体" w:cs="宋体"/>
          <w:color w:val="000000"/>
        </w:rPr>
        <w:t>时，</w:t>
      </w:r>
      <w:r>
        <w:pict>
          <v:shape id="_x0000_i716072" o:spt="75" alt="学科网(www.zxxk.com)--教育资源门户，提供试卷、教案、课件、论文、素材以及各类教学资源下载，还有大量而丰富的教学相关资讯！" type="#_x0000_t75" style="height:19.9pt;width:217.75pt;" o:ole="t" filled="f" o:preferrelative="t" stroked="f" coordsize="21600,21600">
            <v:path/>
            <v:fill on="f" focussize="0,0"/>
            <v:stroke on="f" joinstyle="miter"/>
            <v:imagedata r:id="rId1240" o:title="eqId2831b3e26d6607ed2fa41f22c82acde6"/>
            <o:lock v:ext="edit" aspectratio="t"/>
            <w10:wrap type="none"/>
            <w10:anchorlock/>
          </v:shape>
        </w:pict>
      </w:r>
    </w:p>
    <w:p>
      <w:pPr>
        <w:spacing w:line="360" w:lineRule="auto"/>
        <w:jc w:val="both"/>
        <w:textAlignment w:val="center"/>
        <w:rPr>
          <w:color w:val="000000"/>
        </w:rPr>
      </w:pPr>
      <w:r>
        <w:rPr>
          <w:color w:val="000000"/>
        </w:rPr>
        <w:drawing>
          <wp:inline distT="0" distB="0" distL="114300" distR="114300">
            <wp:extent cx="2867025" cy="400050"/>
            <wp:effectExtent l="0" t="0" r="0" b="0"/>
            <wp:docPr id="3619"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 name="图片 100041" descr="学科网(www.zxxk.com)--教育资源门户，提供试卷、教案、课件、论文、素材以及各类教学资源下载，还有大量而丰富的教学相关资讯！"/>
                    <pic:cNvPicPr>
                      <a:picLocks noChangeAspect="1"/>
                    </pic:cNvPicPr>
                  </pic:nvPicPr>
                  <pic:blipFill>
                    <a:blip r:embed="rId1241"/>
                    <a:stretch>
                      <a:fillRect/>
                    </a:stretch>
                  </pic:blipFill>
                  <pic:spPr>
                    <a:xfrm>
                      <a:off x="0" y="0"/>
                      <a:ext cx="2867025" cy="4000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解得：</w:t>
      </w:r>
      <w:r>
        <w:pict>
          <v:shape id="_x0000_i716073"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1242" o:title="eqId1451e83be2454ec40542190c42fcde6d"/>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∵当</w:t>
      </w:r>
      <w:r>
        <w:pict>
          <v:shape id="_x0000_i716074"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1243" o:title="eqId2ec3e41707f7e95486871b789276a824"/>
            <o:lock v:ext="edit" aspectratio="t"/>
            <w10:wrap type="none"/>
            <w10:anchorlock/>
          </v:shape>
        </w:pict>
      </w:r>
      <w:r>
        <w:rPr>
          <w:rFonts w:ascii="宋体" w:hAnsi="宋体" w:eastAsia="宋体" w:cs="宋体"/>
          <w:color w:val="000000"/>
        </w:rPr>
        <w:t>时，</w:t>
      </w:r>
      <w:r>
        <w:pict>
          <v:shape id="_x0000_i716075" o:spt="75" alt="学科网(www.zxxk.com)--教育资源门户，提供试卷、教案、课件、论文、素材以及各类教学资源下载，还有大量而丰富的教学相关资讯！" type="#_x0000_t75" style="height:31pt;width:86.05pt;" o:ole="t" filled="f" o:preferrelative="t" stroked="f" coordsize="21600,21600">
            <v:path/>
            <v:fill on="f" focussize="0,0"/>
            <v:stroke on="f" joinstyle="miter"/>
            <v:imagedata r:id="rId1244" o:title="eqId3b33ec8f0b28ca14cbc8e8a6c6849536"/>
            <o:lock v:ext="edit" aspectratio="t"/>
            <w10:wrap type="none"/>
            <w10:anchorlock/>
          </v:shape>
        </w:pict>
      </w:r>
      <w:r>
        <w:rPr>
          <w:rFonts w:ascii="宋体" w:hAnsi="宋体" w:eastAsia="宋体" w:cs="宋体"/>
          <w:color w:val="000000"/>
        </w:rPr>
        <w:t xml:space="preserve">此时 </w:t>
      </w:r>
      <w:r>
        <w:pict>
          <v:shape id="_x0000_i71607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245" o:title="eqIddad2a36927223bd70f426ba06aea4b45"/>
            <o:lock v:ext="edit" aspectratio="t"/>
            <w10:wrap type="none"/>
            <w10:anchorlock/>
          </v:shape>
        </w:pict>
      </w:r>
      <w:r>
        <w:rPr>
          <w:rFonts w:ascii="宋体" w:hAnsi="宋体" w:eastAsia="宋体" w:cs="宋体"/>
          <w:color w:val="000000"/>
        </w:rPr>
        <w:t>在点</w:t>
      </w:r>
      <w:r>
        <w:pict>
          <v:shape id="_x0000_i71607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46" o:title="eqId7f9e8449aad35c5d840a3395ea86df6d"/>
            <o:lock v:ext="edit" aspectratio="t"/>
            <w10:wrap type="none"/>
            <w10:anchorlock/>
          </v:shape>
        </w:pict>
      </w:r>
      <w:r>
        <w:rPr>
          <w:rFonts w:ascii="宋体" w:hAnsi="宋体" w:eastAsia="宋体" w:cs="宋体"/>
          <w:color w:val="000000"/>
        </w:rPr>
        <w:t>的右侧，不合题意；</w:t>
      </w:r>
    </w:p>
    <w:p>
      <w:pPr>
        <w:spacing w:line="360" w:lineRule="auto"/>
        <w:jc w:val="both"/>
        <w:textAlignment w:val="center"/>
        <w:rPr>
          <w:color w:val="000000"/>
        </w:rPr>
      </w:pPr>
      <w:r>
        <w:rPr>
          <w:rFonts w:ascii="宋体" w:hAnsi="宋体" w:eastAsia="宋体" w:cs="宋体"/>
          <w:color w:val="000000"/>
        </w:rPr>
        <w:t>②当</w:t>
      </w:r>
      <w:r>
        <w:pict>
          <v:shape id="_x0000_i71607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247" o:title="eqIddad2a36927223bd70f426ba06aea4b45"/>
            <o:lock v:ext="edit" aspectratio="t"/>
            <w10:wrap type="none"/>
            <w10:anchorlock/>
          </v:shape>
        </w:pict>
      </w:r>
      <w:r>
        <w:rPr>
          <w:rFonts w:ascii="宋体" w:hAnsi="宋体" w:eastAsia="宋体" w:cs="宋体"/>
          <w:color w:val="000000"/>
        </w:rPr>
        <w:t>在点</w:t>
      </w:r>
      <w:r>
        <w:pict>
          <v:shape id="_x0000_i71607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48" o:title="eqId7f9e8449aad35c5d840a3395ea86df6d"/>
            <o:lock v:ext="edit" aspectratio="t"/>
            <w10:wrap type="none"/>
            <w10:anchorlock/>
          </v:shape>
        </w:pict>
      </w:r>
      <w:r>
        <w:rPr>
          <w:rFonts w:ascii="宋体" w:hAnsi="宋体" w:eastAsia="宋体" w:cs="宋体"/>
          <w:color w:val="000000"/>
        </w:rPr>
        <w:t>的右侧时，当</w:t>
      </w:r>
      <w:r>
        <w:pict>
          <v:shape id="_x0000_i716080" o:spt="75" alt="学科网(www.zxxk.com)--教育资源门户，提供试卷、教案、课件、论文、素材以及各类教学资源下载，还有大量而丰富的教学相关资讯！" type="#_x0000_t75" style="height:15.8pt;width:73.75pt;" o:ole="t" filled="f" o:preferrelative="t" stroked="f" coordsize="21600,21600">
            <v:path/>
            <v:fill on="f" focussize="0,0"/>
            <v:stroke on="f" joinstyle="miter"/>
            <v:imagedata r:id="rId1249" o:title="eqIdef1d4515acb92a760bfbc5ddcf4523a9"/>
            <o:lock v:ext="edit" aspectratio="t"/>
            <w10:wrap type="none"/>
            <w10:anchorlock/>
          </v:shape>
        </w:pict>
      </w:r>
      <w:r>
        <w:rPr>
          <w:rFonts w:ascii="宋体" w:hAnsi="宋体" w:eastAsia="宋体" w:cs="宋体"/>
          <w:color w:val="000000"/>
        </w:rPr>
        <w:t>时，</w:t>
      </w:r>
    </w:p>
    <w:p>
      <w:pPr>
        <w:spacing w:line="360" w:lineRule="auto"/>
        <w:jc w:val="both"/>
        <w:textAlignment w:val="center"/>
        <w:rPr>
          <w:color w:val="000000"/>
        </w:rPr>
      </w:pPr>
      <w:r>
        <w:pict>
          <v:shape id="_x0000_i716081" o:spt="75" alt="学科网(www.zxxk.com)--教育资源门户，提供试卷、教案、课件、论文、素材以及各类教学资源下载，还有大量而丰富的教学相关资讯！" type="#_x0000_t75" style="height:19.9pt;width:217.75pt;" o:ole="t" filled="f" o:preferrelative="t" stroked="f" coordsize="21600,21600">
            <v:path/>
            <v:fill on="f" focussize="0,0"/>
            <v:stroke on="f" joinstyle="miter"/>
            <v:imagedata r:id="rId1250" o:title="eqId5cc6f3fefc5823d9eeca3ae7d37a8384"/>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解得：</w:t>
      </w:r>
      <w:r>
        <w:pict>
          <v:shape id="_x0000_i716082"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251" o:title="eqId64e5b7ba0ea72875976fd72a99887e4a"/>
            <o:lock v:ext="edit" aspectratio="t"/>
            <w10:wrap type="none"/>
            <w10:anchorlock/>
          </v:shape>
        </w:pict>
      </w:r>
    </w:p>
    <w:p>
      <w:pPr>
        <w:spacing w:line="360" w:lineRule="auto"/>
        <w:jc w:val="both"/>
        <w:textAlignment w:val="center"/>
        <w:rPr>
          <w:color w:val="000000"/>
        </w:rPr>
      </w:pPr>
      <w:r>
        <w:rPr>
          <w:color w:val="000000"/>
        </w:rPr>
        <w:drawing>
          <wp:inline distT="0" distB="0" distL="114300" distR="114300">
            <wp:extent cx="2847975" cy="419100"/>
            <wp:effectExtent l="0" t="0" r="0" b="0"/>
            <wp:docPr id="3621"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 name="图片 100043" descr="学科网(www.zxxk.com)--教育资源门户，提供试卷、教案、课件、论文、素材以及各类教学资源下载，还有大量而丰富的教学相关资讯！"/>
                    <pic:cNvPicPr>
                      <a:picLocks noChangeAspect="1"/>
                    </pic:cNvPicPr>
                  </pic:nvPicPr>
                  <pic:blipFill>
                    <a:blip r:embed="rId1252"/>
                    <a:stretch>
                      <a:fillRect/>
                    </a:stretch>
                  </pic:blipFill>
                  <pic:spPr>
                    <a:xfrm>
                      <a:off x="0" y="0"/>
                      <a:ext cx="2847975" cy="4191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综上所述，</w:t>
      </w:r>
      <w:r>
        <w:pict>
          <v:shape id="_x0000_i716083"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1253" o:title="eqIdbeba2838246125de07bb19ba8246c0c5"/>
            <o:lock v:ext="edit" aspectratio="t"/>
            <w10:wrap type="none"/>
            <w10:anchorlock/>
          </v:shape>
        </w:pict>
      </w:r>
      <w:r>
        <w:rPr>
          <w:rFonts w:ascii="宋体" w:hAnsi="宋体" w:eastAsia="宋体" w:cs="宋体"/>
          <w:color w:val="000000"/>
        </w:rPr>
        <w:t>或</w:t>
      </w:r>
      <w:r>
        <w:pict>
          <v:shape id="_x0000_i716084"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254" o:title="eqId64e5b7ba0ea72875976fd72a99887e4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本题考查了新定义“调和点对”，数轴上两点的距离，绝对值的非负性，偶次幂的非负性，一元一次方程的应用，数形结合是解题的关键．</w:t>
      </w:r>
    </w:p>
    <w:p>
      <w:pPr>
        <w:pStyle w:val="Heading2"/>
      </w:pPr>
      <w:r>
        <w:t>第十二中学（第一次月考）</w:t>
      </w:r>
    </w:p>
    <w:p>
      <w:pPr>
        <w:spacing w:line="360" w:lineRule="auto"/>
        <w:jc w:val="left"/>
        <w:textAlignment w:val="center"/>
        <w:rPr>
          <w:color w:val="000000"/>
        </w:rPr>
      </w:pPr>
      <w:r>
        <w:rPr>
          <w:color w:val="000000"/>
        </w:rPr>
        <w:t xml:space="preserve">26. </w:t>
      </w:r>
      <w:r>
        <w:rPr>
          <w:rFonts w:ascii="宋体" w:hAnsi="宋体" w:eastAsia="宋体" w:cs="宋体"/>
          <w:color w:val="000000"/>
        </w:rPr>
        <w:t>有理数</w:t>
      </w:r>
      <w:r>
        <w:pict>
          <v:shape id="_x0000_i71608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255" o:title="eqId0a6936d370d6a238a608ca56f87198de"/>
            <o:lock v:ext="edit" aspectratio="t"/>
            <w10:wrap type="none"/>
            <w10:anchorlock/>
          </v:shape>
        </w:pict>
      </w:r>
      <w:r>
        <w:rPr>
          <w:rFonts w:ascii="宋体" w:hAnsi="宋体" w:eastAsia="宋体" w:cs="宋体"/>
          <w:color w:val="000000"/>
        </w:rPr>
        <w:t>、</w:t>
      </w:r>
      <w:r>
        <w:pict>
          <v:shape id="_x0000_i716086"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256" o:title="eqId2c94bb12cee76221e13f9ef955b0aab1"/>
            <o:lock v:ext="edit" aspectratio="t"/>
            <w10:wrap type="none"/>
            <w10:anchorlock/>
          </v:shape>
        </w:pict>
      </w:r>
      <w:r>
        <w:rPr>
          <w:rFonts w:ascii="宋体" w:hAnsi="宋体" w:eastAsia="宋体" w:cs="宋体"/>
          <w:color w:val="000000"/>
        </w:rPr>
        <w:t>、</w:t>
      </w:r>
      <w:r>
        <w:pict>
          <v:shape id="_x0000_i716087"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1257" o:title="eqId071a7e733d466949ac935b4b8ee8d183"/>
            <o:lock v:ext="edit" aspectratio="t"/>
            <w10:wrap type="none"/>
            <w10:anchorlock/>
          </v:shape>
        </w:pict>
      </w:r>
      <w:r>
        <w:rPr>
          <w:rFonts w:ascii="宋体" w:hAnsi="宋体" w:eastAsia="宋体" w:cs="宋体"/>
          <w:color w:val="000000"/>
        </w:rPr>
        <w:t>在数轴上的位置如图：</w:t>
      </w:r>
    </w:p>
    <w:p>
      <w:pPr>
        <w:spacing w:line="360" w:lineRule="auto"/>
        <w:jc w:val="left"/>
        <w:textAlignment w:val="center"/>
        <w:rPr>
          <w:color w:val="000000"/>
        </w:rPr>
      </w:pPr>
      <w:r>
        <w:rPr>
          <w:color w:val="000000"/>
        </w:rPr>
        <w:drawing>
          <wp:inline distT="0" distB="0" distL="114300" distR="114300">
            <wp:extent cx="2057400" cy="400050"/>
            <wp:effectExtent l="0" t="0" r="0" b="0"/>
            <wp:docPr id="3623"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 name="图片 100005" descr="学科网(www.zxxk.com)--教育资源门户，提供试卷、教案、课件、论文、素材以及各类教学资源下载，还有大量而丰富的教学相关资讯！"/>
                    <pic:cNvPicPr>
                      <a:picLocks noChangeAspect="1"/>
                    </pic:cNvPicPr>
                  </pic:nvPicPr>
                  <pic:blipFill>
                    <a:blip r:embed="rId1258"/>
                    <a:stretch>
                      <a:fillRect/>
                    </a:stretch>
                  </pic:blipFill>
                  <pic:spPr>
                    <a:xfrm>
                      <a:off x="0" y="0"/>
                      <a:ext cx="2057400" cy="4000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）判断正负，用“</w:t>
      </w:r>
      <w:r>
        <w:rPr>
          <w:rFonts w:ascii="Times New Roman" w:hAnsi="Times New Roman" w:eastAsia="Times New Roman" w:cs="Times New Roman"/>
          <w:color w:val="000000"/>
        </w:rPr>
        <w:t>&gt;</w:t>
      </w:r>
      <w:r>
        <w:rPr>
          <w:rFonts w:ascii="宋体" w:hAnsi="宋体" w:eastAsia="宋体" w:cs="宋体"/>
          <w:color w:val="000000"/>
        </w:rPr>
        <w:t>”或“</w:t>
      </w:r>
      <w:r>
        <w:rPr>
          <w:rFonts w:ascii="Times New Roman" w:hAnsi="Times New Roman" w:eastAsia="Times New Roman" w:cs="Times New Roman"/>
          <w:color w:val="000000"/>
        </w:rPr>
        <w:t>&lt;</w:t>
      </w:r>
      <w:r>
        <w:rPr>
          <w:rFonts w:ascii="宋体" w:hAnsi="宋体" w:eastAsia="宋体" w:cs="宋体"/>
          <w:color w:val="000000"/>
        </w:rPr>
        <w:t>”填空：</w:t>
      </w:r>
      <w:r>
        <w:pict>
          <v:shape id="_x0000_i71608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259" o:title="eqIdf7fa17a39f52e09981729af4439ca535"/>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w:t>
      </w:r>
      <w:r>
        <w:pict>
          <v:shape id="_x0000_i716089" o:spt="75" alt="学科网(www.zxxk.com)--教育资源门户，提供试卷、教案、课件、论文、素材以及各类教学资源下载，还有大量而丰富的教学相关资讯！" type="#_x0000_t75" style="height:14.2pt;width:26.2pt;" o:ole="t" filled="f" o:preferrelative="t" stroked="f" coordsize="21600,21600">
            <v:path/>
            <v:fill on="f" focussize="0,0"/>
            <v:stroke on="f" joinstyle="miter"/>
            <v:imagedata r:id="rId1260" o:title="eqIdc9f2416d1f75a45a314331146550832e"/>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w:t>
      </w:r>
      <w:r>
        <w:pict>
          <v:shape id="_x0000_i716090" o:spt="75" alt="学科网(www.zxxk.com)--教育资源门户，提供试卷、教案、课件、论文、素材以及各类教学资源下载，还有大量而丰富的教学相关资讯！" type="#_x0000_t75" style="height:11.25pt;width:27pt;" o:ole="t" filled="f" o:preferrelative="t" stroked="f" coordsize="21600,21600">
            <v:path/>
            <v:fill on="f" focussize="0,0"/>
            <v:stroke on="f" joinstyle="miter"/>
            <v:imagedata r:id="rId1261" o:title="eqIda8409329b550296446a936d97c491ca9"/>
            <o:lock v:ext="edit" aspectratio="t"/>
            <w10:wrap type="none"/>
            <w10:anchorlock/>
          </v:shape>
        </w:pict>
      </w:r>
      <w:r>
        <w:rPr>
          <w:rFonts w:ascii="宋体" w:hAnsi="宋体" w:eastAsia="宋体" w:cs="宋体"/>
          <w:color w:val="000000"/>
          <w:u w:val="single"/>
        </w:rPr>
        <w:t xml:space="preserve">      </w:t>
      </w:r>
      <w:r>
        <w:rPr>
          <w:rFonts w:ascii="Times New Roman" w:hAnsi="Times New Roman" w:eastAsia="Times New Roman" w:cs="Times New Roman"/>
          <w:color w:val="000000"/>
        </w:rPr>
        <w:t>0</w:t>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）化简：</w:t>
      </w:r>
      <w:r>
        <w:pict>
          <v:shape id="_x0000_i716091" o:spt="75" alt="学科网(www.zxxk.com)--教育资源门户，提供试卷、教案、课件、论文、素材以及各类教学资源下载，还有大量而丰富的教学相关资讯！" type="#_x0000_t75" style="height:20.25pt;width:102.75pt;" o:ole="t" filled="f" o:preferrelative="t" stroked="f" coordsize="21600,21600">
            <v:path/>
            <v:fill on="f" focussize="0,0"/>
            <v:stroke on="f" joinstyle="miter"/>
            <v:imagedata r:id="rId1262" o:title="eqId5c3675d51afb9fa7527ddf68c1bfc618"/>
            <o:lock v:ext="edit" aspectratio="t"/>
            <w10:wrap type="none"/>
            <w10:anchorlock/>
          </v:shape>
        </w:pic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609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63" o:title="eqId392cdb9d30684cce244bef94b8d861b9"/>
            <o:lock v:ext="edit" aspectratio="t"/>
            <w10:wrap type="none"/>
            <w10:anchorlock/>
          </v:shape>
        </w:pict>
      </w:r>
      <w:r>
        <w:rPr>
          <w:rFonts w:ascii="宋体" w:hAnsi="宋体" w:eastAsia="宋体" w:cs="宋体"/>
          <w:color w:val="000000"/>
        </w:rPr>
        <w:t>，</w:t>
      </w:r>
      <w:r>
        <w:pict>
          <v:shape id="_x0000_i71609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64" o:title="eqId4ff7942da6c3fc4005256fb1458557c0"/>
            <o:lock v:ext="edit" aspectratio="t"/>
            <w10:wrap type="none"/>
            <w10:anchorlock/>
          </v:shape>
        </w:pict>
      </w:r>
      <w:r>
        <w:rPr>
          <w:rFonts w:ascii="宋体" w:hAnsi="宋体" w:eastAsia="宋体" w:cs="宋体"/>
          <w:color w:val="000000"/>
        </w:rPr>
        <w:t>，</w:t>
      </w:r>
      <w:r>
        <w:pict>
          <v:shape id="_x0000_i71609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63" o:title="eqId392cdb9d30684cce244bef94b8d861b9"/>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）根据数轴的性质可得</w:t>
      </w:r>
      <w:r>
        <w:pict>
          <v:shape id="_x0000_i716095" o:spt="75" alt="学科网(www.zxxk.com)--教育资源门户，提供试卷、教案、课件、论文、素材以及各类教学资源下载，还有大量而丰富的教学相关资讯！" type="#_x0000_t75" style="height:13.8pt;width:63pt;" o:ole="t" filled="f" o:preferrelative="t" stroked="f" coordsize="21600,21600">
            <v:path/>
            <v:fill on="f" focussize="0,0"/>
            <v:stroke on="f" joinstyle="miter"/>
            <v:imagedata r:id="rId1265" o:title="eqId5ca003167949d976cf2d512b5f903cff"/>
            <o:lock v:ext="edit" aspectratio="t"/>
            <w10:wrap type="none"/>
            <w10:anchorlock/>
          </v:shape>
        </w:pict>
      </w:r>
      <w:r>
        <w:rPr>
          <w:rFonts w:ascii="宋体" w:hAnsi="宋体" w:eastAsia="宋体" w:cs="宋体"/>
          <w:color w:val="000000"/>
        </w:rPr>
        <w:t>，由此即可得；</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color w:val="000000"/>
        </w:rPr>
        <w:t>1</w:t>
      </w:r>
      <w:r>
        <w:rPr>
          <w:rFonts w:ascii="宋体" w:hAnsi="宋体" w:eastAsia="宋体" w:cs="宋体"/>
          <w:color w:val="000000"/>
        </w:rPr>
        <w:t>）的结果化简绝对值，再计算整式的加减即可得．</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）由数轴可知，</w:t>
      </w:r>
      <w:r>
        <w:pict>
          <v:shape id="_x0000_i716096" o:spt="75" alt="学科网(www.zxxk.com)--教育资源门户，提供试卷、教案、课件、论文、素材以及各类教学资源下载，还有大量而丰富的教学相关资讯！" type="#_x0000_t75" style="height:13.8pt;width:63pt;" o:ole="t" filled="f" o:preferrelative="t" stroked="f" coordsize="21600,21600">
            <v:path/>
            <v:fill on="f" focussize="0,0"/>
            <v:stroke on="f" joinstyle="miter"/>
            <v:imagedata r:id="rId1266" o:title="eqId5ca003167949d976cf2d512b5f903c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6097" o:spt="75" alt="学科网(www.zxxk.com)--教育资源门户，提供试卷、教案、课件、论文、素材以及各类教学资源下载，还有大量而丰富的教学相关资讯！" type="#_x0000_t75" style="height:15.75pt;width:132pt;" o:ole="t" filled="f" o:preferrelative="t" stroked="f" coordsize="21600,21600">
            <v:path/>
            <v:fill on="f" focussize="0,0"/>
            <v:stroke on="f" joinstyle="miter"/>
            <v:imagedata r:id="rId1267" o:title="eqId5ca4636cc6608cb7924bf1715871c23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09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68" o:title="eqId392cdb9d30684cce244bef94b8d861b9"/>
            <o:lock v:ext="edit" aspectratio="t"/>
            <w10:wrap type="none"/>
            <w10:anchorlock/>
          </v:shape>
        </w:pict>
      </w:r>
      <w:r>
        <w:rPr>
          <w:rFonts w:ascii="宋体" w:hAnsi="宋体" w:eastAsia="宋体" w:cs="宋体"/>
          <w:color w:val="000000"/>
        </w:rPr>
        <w:t>，</w:t>
      </w:r>
      <w:r>
        <w:pict>
          <v:shape id="_x0000_i71609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69" o:title="eqId4ff7942da6c3fc4005256fb1458557c0"/>
            <o:lock v:ext="edit" aspectratio="t"/>
            <w10:wrap type="none"/>
            <w10:anchorlock/>
          </v:shape>
        </w:pict>
      </w:r>
      <w:r>
        <w:rPr>
          <w:rFonts w:ascii="宋体" w:hAnsi="宋体" w:eastAsia="宋体" w:cs="宋体"/>
          <w:color w:val="000000"/>
        </w:rPr>
        <w:t>，</w:t>
      </w:r>
      <w:r>
        <w:pict>
          <v:shape id="_x0000_i71610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268" o:title="eqId392cdb9d30684cce244bef94b8d861b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6101" o:spt="75" alt="学科网(www.zxxk.com)--教育资源门户，提供试卷、教案、课件、论文、素材以及各类教学资源下载，还有大量而丰富的教学相关资讯！" type="#_x0000_t75" style="height:20.25pt;width:102.75pt;" o:ole="t" filled="f" o:preferrelative="t" stroked="f" coordsize="21600,21600">
            <v:path/>
            <v:fill on="f" focussize="0,0"/>
            <v:stroke on="f" joinstyle="miter"/>
            <v:imagedata r:id="rId1270" o:title="eqId5c3675d51afb9fa7527ddf68c1bfc618"/>
            <o:lock v:ext="edit" aspectratio="t"/>
            <w10:wrap type="none"/>
            <w10:anchorlock/>
          </v:shape>
        </w:pict>
      </w:r>
    </w:p>
    <w:p>
      <w:pPr>
        <w:spacing w:line="360" w:lineRule="auto"/>
        <w:jc w:val="left"/>
        <w:textAlignment w:val="center"/>
        <w:rPr>
          <w:color w:val="000000"/>
        </w:rPr>
      </w:pPr>
      <w:r>
        <w:pict>
          <v:shape id="_x0000_i716102" o:spt="75" alt="学科网(www.zxxk.com)--教育资源门户，提供试卷、教案、课件、论文、素材以及各类教学资源下载，还有大量而丰富的教学相关资讯！" type="#_x0000_t75" style="height:15.75pt;width:117.75pt;" o:ole="t" filled="f" o:preferrelative="t" stroked="f" coordsize="21600,21600">
            <v:path/>
            <v:fill on="f" focussize="0,0"/>
            <v:stroke on="f" joinstyle="miter"/>
            <v:imagedata r:id="rId1271" o:title="eqId48edca584a27afc96ac6992e6ea11e84"/>
            <o:lock v:ext="edit" aspectratio="t"/>
            <w10:wrap type="none"/>
            <w10:anchorlock/>
          </v:shape>
        </w:pict>
      </w:r>
    </w:p>
    <w:p>
      <w:pPr>
        <w:spacing w:line="360" w:lineRule="auto"/>
        <w:jc w:val="left"/>
        <w:textAlignment w:val="center"/>
        <w:rPr>
          <w:color w:val="000000"/>
        </w:rPr>
      </w:pPr>
      <w:r>
        <w:pict>
          <v:shape id="_x0000_i716103" o:spt="75" alt="学科网(www.zxxk.com)--教育资源门户，提供试卷、教案、课件、论文、素材以及各类教学资源下载，还有大量而丰富的教学相关资讯！" type="#_x0000_t75" style="height:12.75pt;width:92.25pt;" o:ole="t" filled="f" o:preferrelative="t" stroked="f" coordsize="21600,21600">
            <v:path/>
            <v:fill on="f" focussize="0,0"/>
            <v:stroke on="f" joinstyle="miter"/>
            <v:imagedata r:id="rId1272" o:title="eqIdd9a97555755180a6f3b057d632aa0fd7"/>
            <o:lock v:ext="edit" aspectratio="t"/>
            <w10:wrap type="none"/>
            <w10:anchorlock/>
          </v:shape>
        </w:pict>
      </w:r>
    </w:p>
    <w:p>
      <w:pPr>
        <w:spacing w:line="360" w:lineRule="auto"/>
        <w:jc w:val="left"/>
        <w:textAlignment w:val="center"/>
        <w:rPr>
          <w:color w:val="000000"/>
        </w:rPr>
      </w:pPr>
      <w:r>
        <w:pict>
          <v:shape id="_x0000_i716104"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1273" o:title="eqId771df37a312dac1fb332a31a10340c2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本题考查了数轴、整式的加减，熟练掌握数轴的性质是解题关键．</w:t>
      </w:r>
    </w:p>
    <w:p>
      <w:pPr>
        <w:spacing w:line="360" w:lineRule="auto"/>
        <w:jc w:val="left"/>
        <w:textAlignment w:val="center"/>
        <w:rPr>
          <w:color w:val="000000"/>
        </w:rPr>
      </w:pPr>
      <w:r>
        <w:rPr>
          <w:color w:val="000000"/>
        </w:rPr>
        <w:t xml:space="preserve">27. </w:t>
      </w:r>
      <w:r>
        <w:rPr>
          <w:rFonts w:ascii="宋体" w:hAnsi="宋体" w:eastAsia="宋体" w:cs="宋体"/>
          <w:color w:val="000000"/>
        </w:rPr>
        <w:t>对于数轴上</w:t>
      </w:r>
      <w:r>
        <w:rPr>
          <w:rFonts w:ascii="宋体" w:hAnsi="宋体" w:eastAsia="宋体" w:cs="宋体"/>
          <w:color w:val="000000"/>
          <w:position w:val="0"/>
        </w:rPr>
        <w:drawing>
          <wp:inline distT="0" distB="0" distL="114300" distR="114300">
            <wp:extent cx="133350" cy="177800"/>
            <wp:effectExtent l="0" t="0" r="0" b="13335"/>
            <wp:docPr id="3625" name="图片 77308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 name="图片 773087983"/>
                    <pic:cNvPicPr>
                      <a:picLocks noChangeAspect="1"/>
                    </pic:cNvPicPr>
                  </pic:nvPicPr>
                  <pic:blipFill>
                    <a:blip r:embed="rId1274"/>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三点，给出如下定义：若其中一个点与其它两个点的距离恰好满足2倍的数量关系，则称该点是其它两个点的“联盟点”.</w:t>
      </w:r>
    </w:p>
    <w:p>
      <w:pPr>
        <w:spacing w:line="360" w:lineRule="auto"/>
        <w:jc w:val="left"/>
        <w:textAlignment w:val="center"/>
        <w:rPr>
          <w:color w:val="000000"/>
        </w:rPr>
      </w:pPr>
      <w:r>
        <w:rPr>
          <w:rFonts w:ascii="宋体" w:hAnsi="宋体" w:eastAsia="宋体" w:cs="宋体"/>
          <w:color w:val="000000"/>
        </w:rPr>
        <w:t>例如数轴上点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所表示的数分别为1，3，4，此时点</w:t>
      </w:r>
      <w:r>
        <w:rPr>
          <w:rFonts w:ascii="Times New Roman" w:hAnsi="Times New Roman" w:eastAsia="Times New Roman" w:cs="Times New Roman"/>
          <w:i/>
          <w:color w:val="000000"/>
        </w:rPr>
        <w:t>B</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 xml:space="preserve"> C</w:t>
      </w:r>
      <w:r>
        <w:rPr>
          <w:rFonts w:ascii="宋体" w:hAnsi="宋体" w:eastAsia="宋体" w:cs="宋体"/>
          <w:color w:val="000000"/>
        </w:rPr>
        <w:t>的“联盟点”</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drawing>
          <wp:inline distT="0" distB="0" distL="114300" distR="114300">
            <wp:extent cx="1943100" cy="381000"/>
            <wp:effectExtent l="0" t="0" r="0" b="0"/>
            <wp:docPr id="362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 name="图片 100007" descr="学科网(www.zxxk.com)--教育资源门户，提供试卷、教案、课件、论文、素材以及各类教学资源下载，还有大量而丰富的教学相关资讯！"/>
                    <pic:cNvPicPr>
                      <a:picLocks noChangeAspect="1"/>
                    </pic:cNvPicPr>
                  </pic:nvPicPr>
                  <pic:blipFill>
                    <a:blip r:embed="rId1275"/>
                    <a:stretch>
                      <a:fillRect/>
                    </a:stretch>
                  </pic:blipFill>
                  <pic:spPr>
                    <a:xfrm>
                      <a:off x="0" y="0"/>
                      <a:ext cx="1943100" cy="3810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表示数-2, 点</w:t>
      </w:r>
      <w:r>
        <w:rPr>
          <w:rFonts w:ascii="Times New Roman" w:hAnsi="Times New Roman" w:eastAsia="Times New Roman" w:cs="Times New Roman"/>
          <w:i/>
          <w:color w:val="000000"/>
        </w:rPr>
        <w:t>B</w:t>
      </w:r>
      <w:r>
        <w:rPr>
          <w:rFonts w:ascii="宋体" w:hAnsi="宋体" w:eastAsia="宋体" w:cs="宋体"/>
          <w:color w:val="000000"/>
        </w:rPr>
        <w:t>表示的数2，下列各数</w:t>
      </w:r>
      <w:r>
        <w:pict>
          <v:shape id="_x0000_i716105"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1276" o:title="eqId459c84c9addfbd1cdd0a877ba7c584e4"/>
            <o:lock v:ext="edit" aspectratio="t"/>
            <w10:wrap type="none"/>
            <w10:anchorlock/>
          </v:shape>
        </w:pict>
      </w:r>
      <w:r>
        <w:rPr>
          <w:rFonts w:ascii="宋体" w:hAnsi="宋体" w:eastAsia="宋体" w:cs="宋体"/>
          <w:color w:val="000000"/>
        </w:rPr>
        <w:t>，0，4，6所对应的点分别是</w:t>
      </w:r>
      <w:r>
        <w:rPr>
          <w:rFonts w:ascii="Times New Roman" w:hAnsi="Times New Roman" w:eastAsia="Times New Roman" w:cs="Times New Roman"/>
          <w:i/>
          <w:color w:val="000000"/>
        </w:rPr>
        <w:t>C</w:t>
      </w:r>
      <w:r>
        <w:rPr>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2</w:t>
      </w:r>
      <w:r>
        <w:rPr>
          <w:rFonts w:ascii="Times New Roman" w:hAnsi="Times New Roman" w:eastAsia="Times New Roman" w:cs="Times New Roman"/>
          <w:i/>
          <w:color w:val="000000"/>
        </w:rPr>
        <w:t xml:space="preserve"> </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3</w:t>
      </w:r>
      <w:r>
        <w:rPr>
          <w:rFonts w:ascii="Times New Roman" w:hAnsi="Times New Roman" w:eastAsia="Times New Roman" w:cs="Times New Roman"/>
          <w:i/>
          <w:color w:val="000000"/>
        </w:rPr>
        <w:t xml:space="preserve"> </w:t>
      </w:r>
      <w:r>
        <w:rPr>
          <w:rFonts w:ascii="宋体" w:hAnsi="宋体" w:eastAsia="宋体" w:cs="宋体"/>
          <w:color w:val="000000"/>
        </w:rPr>
        <w:t>，</w:t>
      </w:r>
      <w:r>
        <w:rPr>
          <w:rFonts w:ascii="Times New Roman" w:hAnsi="Times New Roman" w:eastAsia="Times New Roman" w:cs="Times New Roman"/>
          <w:i/>
          <w:color w:val="000000"/>
        </w:rPr>
        <w:t>C</w:t>
      </w:r>
      <w:r>
        <w:rPr>
          <w:color w:val="000000"/>
          <w:vertAlign w:val="subscript"/>
        </w:rPr>
        <w:t>4</w: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的“联盟点”的是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（2）点</w:t>
      </w:r>
      <w:r>
        <w:rPr>
          <w:rFonts w:ascii="Times New Roman" w:hAnsi="Times New Roman" w:eastAsia="Times New Roman" w:cs="Times New Roman"/>
          <w:i/>
          <w:color w:val="000000"/>
        </w:rPr>
        <w:t>A</w:t>
      </w:r>
      <w:r>
        <w:rPr>
          <w:rFonts w:ascii="宋体" w:hAnsi="宋体" w:eastAsia="宋体" w:cs="宋体"/>
          <w:color w:val="000000"/>
        </w:rPr>
        <w:t>表示数-10, 点</w:t>
      </w:r>
      <w:r>
        <w:rPr>
          <w:rFonts w:ascii="Times New Roman" w:hAnsi="Times New Roman" w:eastAsia="Times New Roman" w:cs="Times New Roman"/>
          <w:i/>
          <w:color w:val="000000"/>
        </w:rPr>
        <w:t>B</w:t>
      </w:r>
      <w:r>
        <w:rPr>
          <w:rFonts w:ascii="宋体" w:hAnsi="宋体" w:eastAsia="宋体" w:cs="宋体"/>
          <w:color w:val="000000"/>
        </w:rPr>
        <w:t>表示的数30，</w:t>
      </w:r>
      <w:r>
        <w:rPr>
          <w:rFonts w:ascii="Times New Roman" w:hAnsi="Times New Roman" w:eastAsia="Times New Roman" w:cs="Times New Roman"/>
          <w:i/>
          <w:color w:val="000000"/>
        </w:rPr>
        <w:t>P</w:t>
      </w:r>
      <w:r>
        <w:rPr>
          <w:rFonts w:ascii="宋体" w:hAnsi="宋体" w:eastAsia="宋体" w:cs="宋体"/>
          <w:color w:val="000000"/>
        </w:rPr>
        <w:t>在为数轴上一个动点：</w:t>
      </w:r>
    </w:p>
    <w:p>
      <w:pPr>
        <w:spacing w:line="360" w:lineRule="auto"/>
        <w:jc w:val="left"/>
        <w:textAlignment w:val="center"/>
        <w:rPr>
          <w:color w:val="000000"/>
        </w:rPr>
      </w:pPr>
      <w:r>
        <w:rPr>
          <w:rFonts w:ascii="宋体" w:hAnsi="宋体" w:eastAsia="宋体" w:cs="宋体"/>
          <w:color w:val="000000"/>
        </w:rPr>
        <w:t>①若点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的左侧，且点</w:t>
      </w:r>
      <w:r>
        <w:rPr>
          <w:rFonts w:ascii="Times New Roman" w:hAnsi="Times New Roman" w:eastAsia="Times New Roman" w:cs="Times New Roman"/>
          <w:i/>
          <w:color w:val="000000"/>
        </w:rPr>
        <w:t>P</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 xml:space="preserve"> B</w:t>
      </w:r>
      <w:r>
        <w:rPr>
          <w:rFonts w:ascii="宋体" w:hAnsi="宋体" w:eastAsia="宋体" w:cs="宋体"/>
          <w:color w:val="000000"/>
        </w:rPr>
        <w:t>的“联盟点”，求此时点</w:t>
      </w:r>
      <w:r>
        <w:rPr>
          <w:rFonts w:ascii="Times New Roman" w:hAnsi="Times New Roman" w:eastAsia="Times New Roman" w:cs="Times New Roman"/>
          <w:i/>
          <w:color w:val="000000"/>
        </w:rPr>
        <w:t>P</w:t>
      </w:r>
      <w:r>
        <w:rPr>
          <w:rFonts w:ascii="宋体" w:hAnsi="宋体" w:eastAsia="宋体" w:cs="宋体"/>
          <w:color w:val="000000"/>
        </w:rPr>
        <w:t>表示的数；</w:t>
      </w:r>
    </w:p>
    <w:p>
      <w:pPr>
        <w:spacing w:line="360" w:lineRule="auto"/>
        <w:jc w:val="left"/>
        <w:textAlignment w:val="center"/>
        <w:rPr>
          <w:color w:val="000000"/>
        </w:rPr>
      </w:pPr>
      <w:r>
        <w:rPr>
          <w:rFonts w:ascii="宋体" w:hAnsi="宋体" w:eastAsia="宋体" w:cs="宋体"/>
          <w:color w:val="000000"/>
        </w:rPr>
        <w:t>②若点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的右侧，点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B</w:t>
      </w:r>
      <w:r>
        <w:rPr>
          <w:rFonts w:ascii="宋体" w:hAnsi="宋体" w:eastAsia="宋体" w:cs="宋体"/>
          <w:color w:val="000000"/>
        </w:rPr>
        <w:t>中，有一个点恰好是其它两个点的“联盟点”，写出此时点</w:t>
      </w:r>
      <w:r>
        <w:rPr>
          <w:rFonts w:ascii="Times New Roman" w:hAnsi="Times New Roman" w:eastAsia="Times New Roman" w:cs="Times New Roman"/>
          <w:i/>
          <w:color w:val="000000"/>
        </w:rPr>
        <w:t>P</w:t>
      </w:r>
      <w:r>
        <w:rPr>
          <w:rFonts w:ascii="宋体" w:hAnsi="宋体" w:eastAsia="宋体" w:cs="宋体"/>
          <w:color w:val="000000"/>
        </w:rPr>
        <w:t>表示的数</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w:t>
      </w:r>
      <w:r>
        <w:rPr>
          <w:rFonts w:ascii="Calibri" w:hAnsi="Calibri" w:eastAsia="Calibri" w:cs="Calibri"/>
          <w:color w:val="000000"/>
        </w:rPr>
        <w:t>1</w:t>
      </w:r>
      <w:r>
        <w:rPr>
          <w:rFonts w:ascii="宋体" w:hAnsi="宋体" w:eastAsia="宋体" w:cs="宋体"/>
          <w:color w:val="000000"/>
        </w:rPr>
        <w:t>）</w:t>
      </w:r>
      <w:r>
        <w:pict>
          <v:shape id="_x0000_i716106"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1277" o:title="eqIdb1241216f3c1cb5e73043dd1037f556d"/>
            <o:lock v:ext="edit" aspectratio="t"/>
            <w10:wrap type="none"/>
            <w10:anchorlock/>
          </v:shape>
        </w:pict>
      </w:r>
      <w:r>
        <w:rPr>
          <w:rFonts w:ascii="宋体" w:hAnsi="宋体" w:eastAsia="宋体" w:cs="宋体"/>
          <w:color w:val="000000"/>
        </w:rPr>
        <w:t>，</w:t>
      </w:r>
      <w:r>
        <w:pict>
          <v:shape id="_x0000_i71610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278" o:title="eqId384bef25d6a7f4c661e83498628c1409"/>
            <o:lock v:ext="edit" aspectratio="t"/>
            <w10:wrap type="none"/>
            <w10:anchorlock/>
          </v:shape>
        </w:pict>
      </w:r>
      <w:r>
        <w:rPr>
          <w:rFonts w:ascii="宋体" w:hAnsi="宋体" w:eastAsia="宋体" w:cs="宋体"/>
          <w:color w:val="000000"/>
        </w:rPr>
        <w:t>；（</w:t>
      </w:r>
      <w:r>
        <w:rPr>
          <w:rFonts w:ascii="Calibri" w:hAnsi="Calibri" w:eastAsia="Calibri" w:cs="Calibri"/>
          <w:color w:val="000000"/>
        </w:rPr>
        <w:t>2</w:t>
      </w:r>
      <w:r>
        <w:rPr>
          <w:rFonts w:ascii="宋体" w:hAnsi="宋体" w:eastAsia="宋体" w:cs="宋体"/>
          <w:color w:val="000000"/>
        </w:rPr>
        <w:t>）①－</w:t>
      </w:r>
      <w:r>
        <w:rPr>
          <w:rFonts w:ascii="Calibri" w:hAnsi="Calibri" w:eastAsia="Calibri" w:cs="Calibri"/>
          <w:color w:val="000000"/>
        </w:rPr>
        <w:t>50</w:t>
      </w:r>
      <w:r>
        <w:rPr>
          <w:rFonts w:ascii="宋体" w:hAnsi="宋体" w:eastAsia="宋体" w:cs="宋体"/>
          <w:color w:val="000000"/>
        </w:rPr>
        <w:t>或</w:t>
      </w:r>
      <w:r>
        <w:pict>
          <v:shape id="_x0000_i716108"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1279" o:title="eqId5991e9ec7666f533a528a4173c58f0ff"/>
            <o:lock v:ext="edit" aspectratio="t"/>
            <w10:wrap type="none"/>
            <w10:anchorlock/>
          </v:shape>
        </w:pict>
      </w:r>
      <w:r>
        <w:rPr>
          <w:rFonts w:ascii="宋体" w:hAnsi="宋体" w:eastAsia="宋体" w:cs="宋体"/>
          <w:color w:val="000000"/>
        </w:rPr>
        <w:t>或</w:t>
      </w:r>
      <w:r>
        <w:pict>
          <v:shape id="_x0000_i716109"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1280" o:title="eqIdb7f5a566e9905ebdca5e064e1dc7d5e9"/>
            <o:lock v:ext="edit" aspectratio="t"/>
            <w10:wrap type="none"/>
            <w10:anchorlock/>
          </v:shape>
        </w:pict>
      </w:r>
      <w:r>
        <w:rPr>
          <w:rFonts w:ascii="宋体" w:hAnsi="宋体" w:eastAsia="宋体" w:cs="宋体"/>
          <w:color w:val="000000"/>
        </w:rPr>
        <w:t>；②</w:t>
      </w:r>
      <w:r>
        <w:rPr>
          <w:rFonts w:ascii="Calibri" w:hAnsi="Calibri" w:eastAsia="Calibri" w:cs="Calibri"/>
          <w:color w:val="000000"/>
        </w:rPr>
        <w:t>50</w:t>
      </w:r>
      <w:r>
        <w:rPr>
          <w:rFonts w:ascii="宋体" w:hAnsi="宋体" w:eastAsia="宋体" w:cs="宋体"/>
          <w:color w:val="000000"/>
        </w:rPr>
        <w:t>或</w:t>
      </w:r>
      <w:r>
        <w:rPr>
          <w:rFonts w:ascii="Calibri" w:hAnsi="Calibri" w:eastAsia="Calibri" w:cs="Calibri"/>
          <w:color w:val="000000"/>
        </w:rPr>
        <w:t>70</w:t>
      </w:r>
      <w:r>
        <w:rPr>
          <w:rFonts w:ascii="宋体" w:hAnsi="宋体" w:eastAsia="宋体" w:cs="宋体"/>
          <w:color w:val="000000"/>
        </w:rPr>
        <w:t>或</w:t>
      </w:r>
      <w:r>
        <w:rPr>
          <w:rFonts w:ascii="Calibri" w:hAnsi="Calibri" w:eastAsia="Calibri" w:cs="Calibri"/>
          <w:color w:val="000000"/>
        </w:rPr>
        <w:t xml:space="preserve">110. </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）题目给定的规律，联盟点必须满足其中一个点与其它两个点的距离恰好满足</w:t>
      </w:r>
      <w:r>
        <w:rPr>
          <w:rFonts w:ascii="Times New Roman" w:hAnsi="Times New Roman" w:eastAsia="Times New Roman" w:cs="Times New Roman"/>
          <w:color w:val="000000"/>
        </w:rPr>
        <w:t>2</w:t>
      </w:r>
      <w:r>
        <w:rPr>
          <w:rFonts w:ascii="宋体" w:hAnsi="宋体" w:eastAsia="宋体" w:cs="宋体"/>
          <w:color w:val="000000"/>
        </w:rPr>
        <w:t>倍的数量关系，根据规律找出即可（</w:t>
      </w:r>
      <w:r>
        <w:rPr>
          <w:rFonts w:ascii="Times New Roman" w:hAnsi="Times New Roman" w:eastAsia="Times New Roman" w:cs="Times New Roman"/>
          <w:color w:val="000000"/>
        </w:rPr>
        <w:t>2</w:t>
      </w:r>
      <w:r>
        <w:rPr>
          <w:rFonts w:ascii="宋体" w:hAnsi="宋体" w:eastAsia="宋体" w:cs="宋体"/>
          <w:color w:val="000000"/>
        </w:rPr>
        <w:t>）已知点</w:t>
      </w:r>
      <w:r>
        <w:rPr>
          <w:rFonts w:ascii="Times New Roman" w:hAnsi="Times New Roman" w:eastAsia="Times New Roman" w:cs="Times New Roman"/>
          <w:color w:val="000000"/>
        </w:rPr>
        <w:t>A</w:t>
      </w:r>
      <w:r>
        <w:rPr>
          <w:rFonts w:ascii="宋体" w:hAnsi="宋体" w:eastAsia="宋体" w:cs="宋体"/>
          <w:color w:val="000000"/>
        </w:rPr>
        <w:t>的大小，点</w:t>
      </w:r>
      <w:r>
        <w:rPr>
          <w:rFonts w:ascii="Times New Roman" w:hAnsi="Times New Roman" w:eastAsia="Times New Roman" w:cs="Times New Roman"/>
          <w:color w:val="000000"/>
        </w:rPr>
        <w:t>B</w:t>
      </w:r>
      <w:r>
        <w:rPr>
          <w:rFonts w:ascii="宋体" w:hAnsi="宋体" w:eastAsia="宋体" w:cs="宋体"/>
          <w:color w:val="000000"/>
        </w:rPr>
        <w:t>的大小，根据不同的位置分别找出点</w:t>
      </w:r>
      <w:r>
        <w:rPr>
          <w:rFonts w:ascii="Times New Roman" w:hAnsi="Times New Roman" w:eastAsia="Times New Roman" w:cs="Times New Roman"/>
          <w:color w:val="000000"/>
        </w:rPr>
        <w:t>P</w:t>
      </w:r>
      <w:r>
        <w:rPr>
          <w:rFonts w:ascii="宋体" w:hAnsi="宋体" w:eastAsia="宋体" w:cs="宋体"/>
          <w:color w:val="000000"/>
        </w:rPr>
        <w:t>的坐标即可</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【详解】</w:t>
      </w:r>
      <w:r>
        <w:rPr>
          <w:rFonts w:ascii="宋体" w:hAnsi="宋体" w:eastAsia="宋体" w:cs="宋体"/>
          <w:color w:val="000000"/>
        </w:rPr>
        <w:t>解：（</w:t>
      </w:r>
      <w:r>
        <w:rPr>
          <w:color w:val="000000"/>
        </w:rPr>
        <w:t>1</w:t>
      </w:r>
      <w:r>
        <w:rPr>
          <w:rFonts w:ascii="宋体" w:hAnsi="宋体" w:eastAsia="宋体" w:cs="宋体"/>
          <w:color w:val="000000"/>
        </w:rPr>
        <w:t>）</w:t>
      </w:r>
      <w:r>
        <w:pict>
          <v:shape id="_x0000_i716110" o:spt="75" alt="学科网(www.zxxk.com)--教育资源门户，提供试卷、教案、课件、论文、素材以及各类教学资源下载，还有大量而丰富的教学相关资讯！" type="#_x0000_t75" style="height:18pt;width:14.25pt;" o:ole="t" filled="f" o:preferrelative="t" stroked="f" coordsize="21600,21600">
            <v:path/>
            <v:fill on="f" focussize="0,0"/>
            <v:stroke on="f" joinstyle="miter"/>
            <v:imagedata r:id="rId1281" o:title="eqIdafb6101e45f8d7013bc3dc4197188c0c"/>
            <o:lock v:ext="edit" aspectratio="t"/>
            <w10:wrap type="none"/>
            <w10:anchorlock/>
          </v:shape>
        </w:pict>
      </w:r>
      <w:r>
        <w:rPr>
          <w:rFonts w:ascii="宋体" w:hAnsi="宋体" w:eastAsia="宋体" w:cs="宋体"/>
          <w:color w:val="000000"/>
        </w:rPr>
        <w:t>，</w:t>
      </w:r>
      <w:r>
        <w:pict>
          <v:shape id="_x0000_i71611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1282" o:title="eqIdadfb30eb5f7b2354b439ce51de4420c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color w:val="000000"/>
        </w:rPr>
        <w:t>2</w:t>
      </w:r>
      <w:r>
        <w:rPr>
          <w:rFonts w:ascii="宋体" w:hAnsi="宋体" w:eastAsia="宋体" w:cs="宋体"/>
          <w:color w:val="000000"/>
        </w:rPr>
        <w:t>）①</w:t>
      </w:r>
      <w:r>
        <w:rPr>
          <w:color w:val="000000"/>
        </w:rPr>
        <w:t xml:space="preserve"> </w:t>
      </w:r>
      <w:r>
        <w:rPr>
          <w:rFonts w:ascii="宋体" w:hAnsi="宋体" w:eastAsia="宋体" w:cs="宋体"/>
          <w:color w:val="000000"/>
        </w:rPr>
        <w:t>设点</w:t>
      </w:r>
      <w:r>
        <w:rPr>
          <w:i/>
          <w:color w:val="000000"/>
        </w:rPr>
        <w:t>P</w:t>
      </w:r>
      <w:r>
        <w:rPr>
          <w:rFonts w:ascii="宋体" w:hAnsi="宋体" w:eastAsia="宋体" w:cs="宋体"/>
          <w:color w:val="000000"/>
        </w:rPr>
        <w:t>表示的数为</w:t>
      </w:r>
      <w:r>
        <w:rPr>
          <w:i/>
          <w:color w:val="000000"/>
        </w:rPr>
        <w:t>x</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981200" cy="381000"/>
            <wp:effectExtent l="0" t="0" r="0" b="0"/>
            <wp:docPr id="362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0" name="图片 100009" descr="学科网(www.zxxk.com)--教育资源门户，提供试卷、教案、课件、论文、素材以及各类教学资源下载，还有大量而丰富的教学相关资讯！"/>
                    <pic:cNvPicPr>
                      <a:picLocks noChangeAspect="1"/>
                    </pic:cNvPicPr>
                  </pic:nvPicPr>
                  <pic:blipFill>
                    <a:blip r:embed="rId1283"/>
                    <a:stretch>
                      <a:fillRect/>
                    </a:stretch>
                  </pic:blipFill>
                  <pic:spPr>
                    <a:xfrm>
                      <a:off x="0" y="0"/>
                      <a:ext cx="1981200" cy="381000"/>
                    </a:xfrm>
                    <a:prstGeom prst="rect">
                      <a:avLst/>
                    </a:prstGeom>
                  </pic:spPr>
                </pic:pic>
              </a:graphicData>
            </a:graphic>
          </wp:inline>
        </w:drawing>
      </w:r>
    </w:p>
    <w:p>
      <w:pPr>
        <w:spacing w:line="360" w:lineRule="auto"/>
        <w:jc w:val="left"/>
        <w:textAlignment w:val="center"/>
        <w:rPr>
          <w:color w:val="000000"/>
        </w:rPr>
      </w:pPr>
      <w:r>
        <w:rPr>
          <w:color w:val="000000"/>
        </w:rPr>
        <w:t xml:space="preserve"> </w:t>
      </w:r>
      <w:r>
        <w:rPr>
          <w:rFonts w:ascii="宋体" w:hAnsi="宋体" w:eastAsia="宋体" w:cs="宋体"/>
          <w:color w:val="000000"/>
        </w:rPr>
        <w:t>如图，当点</w:t>
      </w:r>
      <w:r>
        <w:pict>
          <v:shape id="_x0000_i716112"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284" o:title="eqId85d85d8c1f8add55bdc8c393be3ba2ae"/>
            <o:lock v:ext="edit" aspectratio="t"/>
            <w10:wrap type="none"/>
            <w10:anchorlock/>
          </v:shape>
        </w:pict>
      </w:r>
      <w:r>
        <w:rPr>
          <w:rFonts w:ascii="宋体" w:hAnsi="宋体" w:eastAsia="宋体" w:cs="宋体"/>
          <w:color w:val="000000"/>
        </w:rPr>
        <w:t>在点</w:t>
      </w:r>
      <w:r>
        <w:rPr>
          <w:i/>
          <w:color w:val="000000"/>
        </w:rPr>
        <w:t>A</w:t>
      </w:r>
      <w:r>
        <w:rPr>
          <w:rFonts w:ascii="宋体" w:hAnsi="宋体" w:eastAsia="宋体" w:cs="宋体"/>
          <w:color w:val="000000"/>
        </w:rPr>
        <w:t>左侧时，</w:t>
      </w:r>
      <w:r>
        <w:pict>
          <v:shape id="_x0000_i716113" o:spt="75" alt="学科网(www.zxxk.com)--教育资源门户，提供试卷、教案、课件、论文、素材以及各类教学资源下载，还有大量而丰富的教学相关资讯！" type="#_x0000_t75" style="height:18pt;width:54.75pt;" o:ole="t" filled="f" o:preferrelative="t" stroked="f" coordsize="21600,21600">
            <v:path/>
            <v:fill on="f" focussize="0,0"/>
            <v:stroke on="f" joinstyle="miter"/>
            <v:imagedata r:id="rId1285" o:title="eqId2224af09a1a7a07e29e6ae21418d28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rPr>
          <w:color w:val="000000"/>
        </w:rPr>
        <w:t xml:space="preserve">  30</w:t>
      </w:r>
      <w:r>
        <w:rPr>
          <w:rFonts w:ascii="宋体" w:hAnsi="宋体" w:eastAsia="宋体" w:cs="宋体"/>
          <w:color w:val="000000"/>
        </w:rPr>
        <w:t>－</w:t>
      </w:r>
      <w:r>
        <w:rPr>
          <w:i/>
          <w:color w:val="000000"/>
        </w:rPr>
        <w:t>x</w:t>
      </w:r>
      <w:r>
        <w:rPr>
          <w:rFonts w:ascii="宋体" w:hAnsi="宋体" w:eastAsia="宋体" w:cs="宋体"/>
          <w:color w:val="000000"/>
        </w:rPr>
        <w:t>＝</w:t>
      </w:r>
      <w:r>
        <w:rPr>
          <w:color w:val="000000"/>
        </w:rPr>
        <w:t>2</w:t>
      </w:r>
      <w:r>
        <w:rPr>
          <w:rFonts w:ascii="宋体" w:hAnsi="宋体" w:eastAsia="宋体" w:cs="宋体"/>
          <w:color w:val="000000"/>
        </w:rPr>
        <w:t>（－</w:t>
      </w:r>
      <w:r>
        <w:rPr>
          <w:color w:val="000000"/>
        </w:rPr>
        <w:t>10</w:t>
      </w:r>
      <w:r>
        <w:rPr>
          <w:rFonts w:ascii="宋体" w:hAnsi="宋体" w:eastAsia="宋体" w:cs="宋体"/>
          <w:color w:val="000000"/>
        </w:rPr>
        <w:t>－</w:t>
      </w:r>
      <w:r>
        <w:rPr>
          <w:i/>
          <w:color w:val="000000"/>
        </w:rPr>
        <w:t>x</w:t>
      </w:r>
      <w:r>
        <w:rPr>
          <w:rFonts w:ascii="宋体" w:hAnsi="宋体" w:eastAsia="宋体" w:cs="宋体"/>
          <w:color w:val="000000"/>
        </w:rPr>
        <w:t>），</w:t>
      </w:r>
    </w:p>
    <w:p>
      <w:pPr>
        <w:spacing w:line="360" w:lineRule="auto"/>
        <w:jc w:val="left"/>
        <w:textAlignment w:val="center"/>
        <w:rPr>
          <w:color w:val="000000"/>
        </w:rPr>
      </w:pPr>
      <w:r>
        <w:rPr>
          <w:color w:val="000000"/>
        </w:rPr>
        <w:t xml:space="preserve">解得  </w:t>
      </w:r>
      <w:r>
        <w:rPr>
          <w:i/>
          <w:color w:val="000000"/>
        </w:rPr>
        <w:t>x</w:t>
      </w:r>
      <w:r>
        <w:rPr>
          <w:color w:val="000000"/>
        </w:rPr>
        <w:t>＝－50.</w:t>
      </w:r>
    </w:p>
    <w:p>
      <w:pPr>
        <w:spacing w:line="360" w:lineRule="auto"/>
        <w:jc w:val="left"/>
        <w:textAlignment w:val="center"/>
        <w:rPr>
          <w:color w:val="000000"/>
        </w:rPr>
      </w:pPr>
      <w:r>
        <w:rPr>
          <w:rFonts w:ascii="宋体" w:hAnsi="宋体" w:eastAsia="宋体" w:cs="宋体"/>
          <w:color w:val="000000"/>
        </w:rPr>
        <w:t>所以点</w:t>
      </w:r>
      <w:r>
        <w:pict>
          <v:shape id="_x0000_i716114"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1286" o:title="eqId85d85d8c1f8add55bdc8c393be3ba2ae"/>
            <o:lock v:ext="edit" aspectratio="t"/>
            <w10:wrap type="none"/>
            <w10:anchorlock/>
          </v:shape>
        </w:pict>
      </w:r>
      <w:r>
        <w:rPr>
          <w:rFonts w:ascii="宋体" w:hAnsi="宋体" w:eastAsia="宋体" w:cs="宋体"/>
          <w:color w:val="000000"/>
        </w:rPr>
        <w:t>表示的数为－</w:t>
      </w:r>
      <w:r>
        <w:rPr>
          <w:color w:val="000000"/>
        </w:rPr>
        <w:t>50</w:t>
      </w:r>
      <w:r>
        <w:rPr>
          <w:rFonts w:ascii="宋体" w:hAnsi="宋体" w:eastAsia="宋体" w:cs="宋体"/>
          <w:color w:val="000000"/>
        </w:rPr>
        <w:t>；</w:t>
      </w:r>
    </w:p>
    <w:p>
      <w:pPr>
        <w:spacing w:line="360" w:lineRule="auto"/>
        <w:jc w:val="left"/>
        <w:textAlignment w:val="center"/>
        <w:rPr>
          <w:color w:val="000000"/>
        </w:rPr>
      </w:pPr>
      <w:r>
        <w:rPr>
          <w:color w:val="000000"/>
        </w:rPr>
        <w:t xml:space="preserve"> </w:t>
      </w:r>
      <w:r>
        <w:rPr>
          <w:rFonts w:ascii="宋体" w:hAnsi="宋体" w:eastAsia="宋体" w:cs="宋体"/>
          <w:color w:val="000000"/>
        </w:rPr>
        <w:t>如图，当点</w:t>
      </w:r>
      <w:r>
        <w:pict>
          <v:shape id="_x0000_i71611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287" o:title="eqId0ac64da7f096fea95c25cfe54fe83d3c"/>
            <o:lock v:ext="edit" aspectratio="t"/>
            <w10:wrap type="none"/>
            <w10:anchorlock/>
          </v:shape>
        </w:pict>
      </w:r>
      <w:r>
        <w:rPr>
          <w:rFonts w:ascii="宋体" w:hAnsi="宋体" w:eastAsia="宋体" w:cs="宋体"/>
          <w:color w:val="000000"/>
        </w:rPr>
        <w:t>在线段</w:t>
      </w:r>
      <w:r>
        <w:rPr>
          <w:i/>
          <w:color w:val="000000"/>
        </w:rPr>
        <w:t>AB</w:t>
      </w:r>
      <w:r>
        <w:rPr>
          <w:rFonts w:ascii="宋体" w:hAnsi="宋体" w:eastAsia="宋体" w:cs="宋体"/>
          <w:color w:val="000000"/>
        </w:rPr>
        <w:t>上且</w:t>
      </w:r>
      <w:r>
        <w:pict>
          <v:shape id="_x0000_i716116"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1288" o:title="eqId49b539e7e0a19d92e46f6e9a8f37869c"/>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color w:val="000000"/>
        </w:rPr>
        <w:drawing>
          <wp:inline distT="0" distB="0" distL="114300" distR="114300">
            <wp:extent cx="1981200" cy="381000"/>
            <wp:effectExtent l="0" t="0" r="0" b="0"/>
            <wp:docPr id="363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 name="图片 100011" descr="学科网(www.zxxk.com)--教育资源门户，提供试卷、教案、课件、论文、素材以及各类教学资源下载，还有大量而丰富的教学相关资讯！"/>
                    <pic:cNvPicPr>
                      <a:picLocks noChangeAspect="1"/>
                    </pic:cNvPicPr>
                  </pic:nvPicPr>
                  <pic:blipFill>
                    <a:blip r:embed="rId1289"/>
                    <a:stretch>
                      <a:fillRect/>
                    </a:stretch>
                  </pic:blipFill>
                  <pic:spPr>
                    <a:xfrm>
                      <a:off x="0" y="0"/>
                      <a:ext cx="1981200" cy="3810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rPr>
          <w:color w:val="000000"/>
        </w:rPr>
        <w:t xml:space="preserve">  30</w:t>
      </w:r>
      <w:r>
        <w:rPr>
          <w:rFonts w:ascii="宋体" w:hAnsi="宋体" w:eastAsia="宋体" w:cs="宋体"/>
          <w:color w:val="000000"/>
        </w:rPr>
        <w:t>－</w:t>
      </w:r>
      <w:r>
        <w:rPr>
          <w:i/>
          <w:color w:val="000000"/>
        </w:rPr>
        <w:t>x</w:t>
      </w:r>
      <w:r>
        <w:rPr>
          <w:rFonts w:ascii="宋体" w:hAnsi="宋体" w:eastAsia="宋体" w:cs="宋体"/>
          <w:color w:val="000000"/>
        </w:rPr>
        <w:t>＝</w:t>
      </w:r>
      <w:r>
        <w:rPr>
          <w:color w:val="000000"/>
        </w:rPr>
        <w:t>2</w:t>
      </w:r>
      <w:r>
        <w:rPr>
          <w:rFonts w:ascii="宋体" w:hAnsi="宋体" w:eastAsia="宋体" w:cs="宋体"/>
          <w:color w:val="000000"/>
        </w:rPr>
        <w:t>（</w:t>
      </w:r>
      <w:r>
        <w:rPr>
          <w:i/>
          <w:color w:val="000000"/>
        </w:rPr>
        <w:t>x</w:t>
      </w:r>
      <w:r>
        <w:rPr>
          <w:rFonts w:ascii="宋体" w:hAnsi="宋体" w:eastAsia="宋体" w:cs="宋体"/>
          <w:color w:val="000000"/>
        </w:rPr>
        <w:t>＋</w:t>
      </w:r>
      <w:r>
        <w:rPr>
          <w:color w:val="000000"/>
        </w:rPr>
        <w:t>10</w:t>
      </w:r>
      <w:r>
        <w:rPr>
          <w:rFonts w:ascii="宋体" w:hAnsi="宋体" w:eastAsia="宋体" w:cs="宋体"/>
          <w:color w:val="000000"/>
        </w:rPr>
        <w:t>），</w:t>
      </w:r>
    </w:p>
    <w:p>
      <w:pPr>
        <w:spacing w:line="360" w:lineRule="auto"/>
        <w:jc w:val="left"/>
        <w:textAlignment w:val="center"/>
        <w:rPr>
          <w:color w:val="000000"/>
        </w:rPr>
      </w:pPr>
      <w:r>
        <w:rPr>
          <w:color w:val="000000"/>
        </w:rPr>
        <w:t xml:space="preserve">解得  </w:t>
      </w:r>
      <w:r>
        <w:rPr>
          <w:i/>
          <w:color w:val="000000"/>
        </w:rPr>
        <w:t>x</w:t>
      </w:r>
      <w:r>
        <w:rPr>
          <w:color w:val="000000"/>
        </w:rPr>
        <w:t>＝</w:t>
      </w:r>
      <w:r>
        <w:pict>
          <v:shape id="_x0000_i716117"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1290" o:title="eqId0fa3ec12945aec8d8cbda49ebf49bde9"/>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所以点</w:t>
      </w:r>
      <w:r>
        <w:pict>
          <v:shape id="_x0000_i71611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291" o:title="eqId0ac64da7f096fea95c25cfe54fe83d3c"/>
            <o:lock v:ext="edit" aspectratio="t"/>
            <w10:wrap type="none"/>
            <w10:anchorlock/>
          </v:shape>
        </w:pict>
      </w:r>
      <w:r>
        <w:rPr>
          <w:rFonts w:ascii="宋体" w:hAnsi="宋体" w:eastAsia="宋体" w:cs="宋体"/>
          <w:color w:val="000000"/>
        </w:rPr>
        <w:t>表示的数为</w:t>
      </w:r>
      <w:r>
        <w:pict>
          <v:shape id="_x0000_i716119"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1292" o:title="eqId0fa3ec12945aec8d8cbda49ebf49bde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 </w:t>
      </w:r>
      <w:r>
        <w:rPr>
          <w:rFonts w:ascii="宋体" w:hAnsi="宋体" w:eastAsia="宋体" w:cs="宋体"/>
          <w:color w:val="000000"/>
        </w:rPr>
        <w:t>如图，当点</w:t>
      </w:r>
      <w:r>
        <w:pict>
          <v:shape id="_x0000_i71612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293" o:title="eqIdfa9d7cb07ff7f2c4da5f7b33c5484c09"/>
            <o:lock v:ext="edit" aspectratio="t"/>
            <w10:wrap type="none"/>
            <w10:anchorlock/>
          </v:shape>
        </w:pict>
      </w:r>
      <w:r>
        <w:rPr>
          <w:rFonts w:ascii="宋体" w:hAnsi="宋体" w:eastAsia="宋体" w:cs="宋体"/>
          <w:color w:val="000000"/>
        </w:rPr>
        <w:t>在线段</w:t>
      </w:r>
      <w:r>
        <w:rPr>
          <w:i/>
          <w:color w:val="000000"/>
        </w:rPr>
        <w:t>AB</w:t>
      </w:r>
      <w:r>
        <w:rPr>
          <w:rFonts w:ascii="宋体" w:hAnsi="宋体" w:eastAsia="宋体" w:cs="宋体"/>
          <w:color w:val="000000"/>
        </w:rPr>
        <w:t>上且</w:t>
      </w:r>
      <w:r>
        <w:pict>
          <v:shape id="_x0000_i716121"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1294" o:title="eqId8799c7342e3bd49462383747bd190e45"/>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color w:val="000000"/>
        </w:rPr>
        <w:drawing>
          <wp:inline distT="0" distB="0" distL="114300" distR="114300">
            <wp:extent cx="1981200" cy="381000"/>
            <wp:effectExtent l="0" t="0" r="0" b="0"/>
            <wp:docPr id="363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 name="图片 100013" descr="学科网(www.zxxk.com)--教育资源门户，提供试卷、教案、课件、论文、素材以及各类教学资源下载，还有大量而丰富的教学相关资讯！"/>
                    <pic:cNvPicPr>
                      <a:picLocks noChangeAspect="1"/>
                    </pic:cNvPicPr>
                  </pic:nvPicPr>
                  <pic:blipFill>
                    <a:blip r:embed="rId1295"/>
                    <a:stretch>
                      <a:fillRect/>
                    </a:stretch>
                  </pic:blipFill>
                  <pic:spPr>
                    <a:xfrm>
                      <a:off x="0" y="0"/>
                      <a:ext cx="1981200" cy="3810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则</w:t>
      </w:r>
      <w:r>
        <w:rPr>
          <w:color w:val="000000"/>
        </w:rPr>
        <w:t xml:space="preserve">  </w:t>
      </w:r>
      <w:r>
        <w:rPr>
          <w:i/>
          <w:color w:val="000000"/>
        </w:rPr>
        <w:t>x</w:t>
      </w:r>
      <w:r>
        <w:rPr>
          <w:rFonts w:ascii="宋体" w:hAnsi="宋体" w:eastAsia="宋体" w:cs="宋体"/>
          <w:color w:val="000000"/>
        </w:rPr>
        <w:t>＋</w:t>
      </w:r>
      <w:r>
        <w:rPr>
          <w:color w:val="000000"/>
        </w:rPr>
        <w:t>10</w:t>
      </w:r>
      <w:r>
        <w:rPr>
          <w:rFonts w:ascii="宋体" w:hAnsi="宋体" w:eastAsia="宋体" w:cs="宋体"/>
          <w:color w:val="000000"/>
        </w:rPr>
        <w:t>＝</w:t>
      </w:r>
      <w:r>
        <w:rPr>
          <w:color w:val="000000"/>
        </w:rPr>
        <w:t>2</w:t>
      </w:r>
      <w:r>
        <w:rPr>
          <w:rFonts w:ascii="宋体" w:hAnsi="宋体" w:eastAsia="宋体" w:cs="宋体"/>
          <w:color w:val="000000"/>
        </w:rPr>
        <w:t>（</w:t>
      </w:r>
      <w:r>
        <w:rPr>
          <w:color w:val="000000"/>
        </w:rPr>
        <w:t>30</w:t>
      </w:r>
      <w:r>
        <w:rPr>
          <w:rFonts w:ascii="宋体" w:hAnsi="宋体" w:eastAsia="宋体" w:cs="宋体"/>
          <w:color w:val="000000"/>
        </w:rPr>
        <w:t>－</w:t>
      </w:r>
      <w:r>
        <w:rPr>
          <w:i/>
          <w:color w:val="000000"/>
        </w:rPr>
        <w:t>x</w:t>
      </w:r>
      <w:r>
        <w:rPr>
          <w:rFonts w:ascii="宋体" w:hAnsi="宋体" w:eastAsia="宋体" w:cs="宋体"/>
          <w:color w:val="000000"/>
        </w:rPr>
        <w:t>），</w:t>
      </w:r>
    </w:p>
    <w:p>
      <w:pPr>
        <w:spacing w:line="360" w:lineRule="auto"/>
        <w:jc w:val="left"/>
        <w:textAlignment w:val="center"/>
        <w:rPr>
          <w:color w:val="000000"/>
        </w:rPr>
      </w:pPr>
      <w:r>
        <w:rPr>
          <w:color w:val="000000"/>
        </w:rPr>
        <w:t xml:space="preserve">解得  </w:t>
      </w:r>
      <w:r>
        <w:rPr>
          <w:i/>
          <w:color w:val="000000"/>
        </w:rPr>
        <w:t>x</w:t>
      </w:r>
      <w:r>
        <w:rPr>
          <w:color w:val="000000"/>
        </w:rPr>
        <w:t>＝</w:t>
      </w:r>
      <w:r>
        <w:pict>
          <v:shape id="_x0000_i716122"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1296" o:title="eqIdd7e612de2b8fb8621e81b5d603500cce"/>
            <o:lock v:ext="edit" aspectratio="t"/>
            <w10:wrap type="none"/>
            <w10:anchorlock/>
          </v:shape>
        </w:pict>
      </w:r>
      <w:r>
        <w:rPr>
          <w:color w:val="000000"/>
        </w:rPr>
        <w:t xml:space="preserve">. </w:t>
      </w:r>
    </w:p>
    <w:p>
      <w:pPr>
        <w:spacing w:line="360" w:lineRule="auto"/>
        <w:jc w:val="left"/>
        <w:textAlignment w:val="center"/>
        <w:rPr>
          <w:color w:val="000000"/>
        </w:rPr>
      </w:pPr>
      <w:r>
        <w:rPr>
          <w:color w:val="000000"/>
        </w:rPr>
        <w:t>所以点</w:t>
      </w:r>
      <w:r>
        <w:pict>
          <v:shape id="_x0000_i716123"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298" o:title="eqIdfa9d7cb07ff7f2c4da5f7b33c5484c09"/>
            <o:lock v:ext="edit" aspectratio="t"/>
            <w10:wrap type="none"/>
            <w10:anchorlock/>
          </v:shape>
        </w:pict>
      </w:r>
      <w:r>
        <w:rPr>
          <w:color w:val="000000"/>
        </w:rPr>
        <w:t>表示</w:t>
      </w:r>
      <w:r>
        <w:rPr>
          <w:color w:val="000000"/>
          <w:position w:val="0"/>
        </w:rPr>
        <w:drawing>
          <wp:inline distT="0" distB="0" distL="114300" distR="114300">
            <wp:extent cx="133350" cy="177800"/>
            <wp:effectExtent l="0" t="0" r="0" b="13335"/>
            <wp:docPr id="3635" name="图片 77308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 name="图片 773087987"/>
                    <pic:cNvPicPr>
                      <a:picLocks noChangeAspect="1"/>
                    </pic:cNvPicPr>
                  </pic:nvPicPr>
                  <pic:blipFill>
                    <a:blip r:embed="rId1297"/>
                    <a:stretch>
                      <a:fillRect/>
                    </a:stretch>
                  </pic:blipFill>
                  <pic:spPr>
                    <a:xfrm>
                      <a:off x="0" y="0"/>
                      <a:ext cx="133350" cy="177800"/>
                    </a:xfrm>
                    <a:prstGeom prst="rect">
                      <a:avLst/>
                    </a:prstGeom>
                  </pic:spPr>
                </pic:pic>
              </a:graphicData>
            </a:graphic>
          </wp:inline>
        </w:drawing>
      </w:r>
      <w:r>
        <w:rPr>
          <w:color w:val="000000"/>
        </w:rPr>
        <w:t>数为</w:t>
      </w:r>
      <w:r>
        <w:pict>
          <v:shape id="_x0000_i716124"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1299" o:title="eqIdd7e612de2b8fb8621e81b5d603500cce"/>
            <o:lock v:ext="edit" aspectratio="t"/>
            <w10:wrap type="none"/>
            <w10:anchorlock/>
          </v:shape>
        </w:pict>
      </w:r>
      <w:r>
        <w:rPr>
          <w:color w:val="000000"/>
        </w:rPr>
        <w:t>.</w:t>
      </w:r>
    </w:p>
    <w:p>
      <w:pPr>
        <w:spacing w:line="360" w:lineRule="auto"/>
        <w:jc w:val="left"/>
        <w:textAlignment w:val="center"/>
        <w:rPr>
          <w:color w:val="000000"/>
        </w:rPr>
      </w:pPr>
      <w:r>
        <w:rPr>
          <w:color w:val="000000"/>
        </w:rPr>
        <w:t>综上所述，当点</w:t>
      </w:r>
      <w:r>
        <w:rPr>
          <w:i/>
          <w:color w:val="000000"/>
        </w:rPr>
        <w:t>P</w:t>
      </w:r>
      <w:r>
        <w:rPr>
          <w:color w:val="000000"/>
        </w:rPr>
        <w:t>在点</w:t>
      </w:r>
      <w:r>
        <w:rPr>
          <w:i/>
          <w:color w:val="000000"/>
        </w:rPr>
        <w:t>B</w:t>
      </w:r>
      <w:r>
        <w:rPr>
          <w:color w:val="000000"/>
        </w:rPr>
        <w:t>的左侧时，点</w:t>
      </w:r>
      <w:r>
        <w:rPr>
          <w:i/>
          <w:color w:val="000000"/>
        </w:rPr>
        <w:t>P</w:t>
      </w:r>
      <w:r>
        <w:rPr>
          <w:color w:val="000000"/>
        </w:rPr>
        <w:t>表示的数为－50或</w:t>
      </w:r>
      <w:r>
        <w:pict>
          <v:shape id="_x0000_i716125"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1300" o:title="eqId0fa3ec12945aec8d8cbda49ebf49bde9"/>
            <o:lock v:ext="edit" aspectratio="t"/>
            <w10:wrap type="none"/>
            <w10:anchorlock/>
          </v:shape>
        </w:pict>
      </w:r>
      <w:r>
        <w:rPr>
          <w:color w:val="000000"/>
        </w:rPr>
        <w:t>或</w:t>
      </w:r>
      <w:r>
        <w:pict>
          <v:shape id="_x0000_i716126"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1301" o:title="eqIdd7e612de2b8fb8621e81b5d603500cce"/>
            <o:lock v:ext="edit" aspectratio="t"/>
            <w10:wrap type="none"/>
            <w10:anchorlock/>
          </v:shape>
        </w:pict>
      </w:r>
      <w:r>
        <w:rPr>
          <w:color w:val="000000"/>
        </w:rPr>
        <w:t xml:space="preserve">. </w:t>
      </w:r>
    </w:p>
    <w:p>
      <w:pPr>
        <w:spacing w:line="360" w:lineRule="auto"/>
        <w:jc w:val="left"/>
        <w:textAlignment w:val="center"/>
        <w:rPr>
          <w:color w:val="000000"/>
        </w:rPr>
      </w:pPr>
      <w:r>
        <w:rPr>
          <w:rFonts w:ascii="宋体" w:hAnsi="宋体" w:eastAsia="宋体" w:cs="宋体"/>
          <w:color w:val="000000"/>
        </w:rPr>
        <w:t>②</w:t>
      </w:r>
      <w:r>
        <w:rPr>
          <w:color w:val="000000"/>
        </w:rPr>
        <w:t xml:space="preserve"> 50或70或110.</w:t>
      </w:r>
    </w:p>
    <w:p>
      <w:pPr>
        <w:spacing w:line="360" w:lineRule="auto"/>
        <w:jc w:val="left"/>
        <w:textAlignment w:val="center"/>
        <w:rPr>
          <w:color w:val="000000"/>
        </w:rPr>
      </w:pPr>
      <w:r>
        <w:rPr>
          <w:color w:val="000000"/>
        </w:rPr>
        <w:t>【点睛】</w:t>
      </w:r>
      <w:r>
        <w:rPr>
          <w:rFonts w:ascii="宋体" w:hAnsi="宋体" w:eastAsia="宋体" w:cs="宋体"/>
          <w:color w:val="000000"/>
        </w:rPr>
        <w:t>此题重点考查学生对坐标轴上的点的大小的理解，理解数轴上的点的大小是解题的关键</w:t>
      </w:r>
      <w:r>
        <w:rPr>
          <w:rFonts w:ascii="Times New Roman" w:hAnsi="Times New Roman" w:eastAsia="Times New Roman" w:cs="Times New Roman"/>
          <w:color w:val="000000"/>
        </w:rPr>
        <w:t>.</w:t>
      </w:r>
    </w:p>
    <w:p>
      <w:pPr>
        <w:pStyle w:val="Heading1"/>
      </w:pPr>
      <w:r>
        <w:t>期中</w:t>
      </w:r>
    </w:p>
    <w:p>
      <w:pPr>
        <w:pStyle w:val="Heading2"/>
      </w:pPr>
      <w:r>
        <w:t>东直门中学</w:t>
      </w:r>
    </w:p>
    <w:p>
      <w:pPr>
        <w:spacing w:line="360" w:lineRule="auto"/>
        <w:jc w:val="left"/>
        <w:textAlignment w:val="center"/>
        <w:rPr>
          <w:color w:val="000000"/>
        </w:rPr>
      </w:pPr>
      <w:r>
        <w:rPr>
          <w:color w:val="000000"/>
        </w:rPr>
        <w:t xml:space="preserve">28. </w:t>
      </w:r>
      <w:r>
        <w:rPr>
          <w:rFonts w:ascii="宋体" w:hAnsi="宋体" w:eastAsia="宋体" w:cs="宋体"/>
          <w:color w:val="000000"/>
        </w:rPr>
        <w:t>定义：对于一个两位数</w:t>
      </w:r>
      <w:r>
        <w:rPr>
          <w:rFonts w:ascii="Times New Roman" w:hAnsi="Times New Roman" w:eastAsia="Times New Roman" w:cs="Times New Roman"/>
          <w:i/>
          <w:color w:val="000000"/>
        </w:rPr>
        <w:t>x</w:t>
      </w:r>
      <w:r>
        <w:rPr>
          <w:rFonts w:ascii="宋体" w:hAnsi="宋体" w:eastAsia="宋体" w:cs="宋体"/>
          <w:color w:val="000000"/>
        </w:rPr>
        <w:t>，如果</w:t>
      </w:r>
      <w:r>
        <w:rPr>
          <w:rFonts w:ascii="Times New Roman" w:hAnsi="Times New Roman" w:eastAsia="Times New Roman" w:cs="Times New Roman"/>
          <w:i/>
          <w:color w:val="000000"/>
        </w:rPr>
        <w:t>x</w:t>
      </w:r>
      <w:r>
        <w:rPr>
          <w:rFonts w:ascii="宋体" w:hAnsi="宋体" w:eastAsia="宋体" w:cs="宋体"/>
          <w:color w:val="000000"/>
        </w:rPr>
        <w:t>满足个位数字与十位数字互不相同，且都不为零，那么称这个两位数为“相异数”，将一个“相异数”的个位数字与十位数字对调后得到一个新的两位数，将这个新两位数与原两位数的求和，同除以</w:t>
      </w:r>
      <w:r>
        <w:rPr>
          <w:rFonts w:ascii="Times New Roman" w:hAnsi="Times New Roman" w:eastAsia="Times New Roman" w:cs="Times New Roman"/>
          <w:color w:val="000000"/>
        </w:rPr>
        <w:t>11</w:t>
      </w:r>
      <w:r>
        <w:rPr>
          <w:rFonts w:ascii="宋体" w:hAnsi="宋体" w:eastAsia="宋体" w:cs="宋体"/>
          <w:color w:val="000000"/>
        </w:rPr>
        <w:t>所得的商记为</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例如，</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，对调个位数字与十位数字得到的新两位数</w:t>
      </w:r>
      <w:r>
        <w:rPr>
          <w:rFonts w:ascii="Times New Roman" w:hAnsi="Times New Roman" w:eastAsia="Times New Roman" w:cs="Times New Roman"/>
          <w:color w:val="000000"/>
        </w:rPr>
        <w:t>31</w:t>
      </w:r>
      <w:r>
        <w:rPr>
          <w:rFonts w:ascii="宋体" w:hAnsi="宋体" w:eastAsia="宋体" w:cs="宋体"/>
          <w:color w:val="000000"/>
        </w:rPr>
        <w:t>，新两位数与原两位数的和为</w:t>
      </w:r>
      <w:r>
        <w:rPr>
          <w:rFonts w:ascii="Times New Roman" w:hAnsi="Times New Roman" w:eastAsia="Times New Roman" w:cs="Times New Roman"/>
          <w:color w:val="000000"/>
        </w:rPr>
        <w:t>13+31</w:t>
      </w:r>
      <w:r>
        <w:rPr>
          <w:rFonts w:ascii="宋体" w:hAnsi="宋体" w:eastAsia="宋体" w:cs="宋体"/>
          <w:color w:val="000000"/>
        </w:rPr>
        <w:t>＝</w:t>
      </w:r>
      <w:r>
        <w:rPr>
          <w:rFonts w:ascii="Times New Roman" w:hAnsi="Times New Roman" w:eastAsia="Times New Roman" w:cs="Times New Roman"/>
          <w:color w:val="000000"/>
        </w:rPr>
        <w:t>44</w:t>
      </w:r>
      <w:r>
        <w:rPr>
          <w:rFonts w:ascii="宋体" w:hAnsi="宋体" w:eastAsia="宋体" w:cs="宋体"/>
          <w:color w:val="000000"/>
        </w:rPr>
        <w:t>，和</w:t>
      </w:r>
      <w:r>
        <w:rPr>
          <w:rFonts w:ascii="Times New Roman" w:hAnsi="Times New Roman" w:eastAsia="Times New Roman" w:cs="Times New Roman"/>
          <w:color w:val="000000"/>
        </w:rPr>
        <w:t>44</w:t>
      </w:r>
      <w:r>
        <w:rPr>
          <w:rFonts w:ascii="宋体" w:hAnsi="宋体" w:eastAsia="宋体" w:cs="宋体"/>
          <w:color w:val="000000"/>
        </w:rPr>
        <w:t>除以</w:t>
      </w:r>
      <w:r>
        <w:rPr>
          <w:rFonts w:ascii="Times New Roman" w:hAnsi="Times New Roman" w:eastAsia="Times New Roman" w:cs="Times New Roman"/>
          <w:color w:val="000000"/>
        </w:rPr>
        <w:t>11</w:t>
      </w:r>
      <w:r>
        <w:rPr>
          <w:rFonts w:ascii="宋体" w:hAnsi="宋体" w:eastAsia="宋体" w:cs="宋体"/>
          <w:color w:val="000000"/>
        </w:rPr>
        <w:t>的商为</w:t>
      </w:r>
      <w:r>
        <w:rPr>
          <w:rFonts w:ascii="Times New Roman" w:hAnsi="Times New Roman" w:eastAsia="Times New Roman" w:cs="Times New Roman"/>
          <w:color w:val="000000"/>
        </w:rPr>
        <w:t>44</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，所以</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）下列两位数：</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29</w:t>
      </w:r>
      <w:r>
        <w:rPr>
          <w:rFonts w:ascii="宋体" w:hAnsi="宋体" w:eastAsia="宋体" w:cs="宋体"/>
          <w:color w:val="000000"/>
        </w:rPr>
        <w:t>，</w:t>
      </w:r>
      <w:r>
        <w:rPr>
          <w:rFonts w:ascii="Times New Roman" w:hAnsi="Times New Roman" w:eastAsia="Times New Roman" w:cs="Times New Roman"/>
          <w:color w:val="000000"/>
        </w:rPr>
        <w:t>77</w:t>
      </w:r>
      <w:r>
        <w:rPr>
          <w:rFonts w:ascii="宋体" w:hAnsi="宋体" w:eastAsia="宋体" w:cs="宋体"/>
          <w:color w:val="000000"/>
        </w:rPr>
        <w:t>中，“相异数”为</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，计算：</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43</w:t>
      </w:r>
      <w:r>
        <w:rPr>
          <w:rFonts w:ascii="宋体" w:hAnsi="宋体" w:eastAsia="宋体" w:cs="宋体"/>
          <w:color w:val="000000"/>
        </w:rPr>
        <w:t>）＝</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）若一个“相异数”</w:t>
      </w:r>
      <w:r>
        <w:rPr>
          <w:rFonts w:ascii="Times New Roman" w:hAnsi="Times New Roman" w:eastAsia="Times New Roman" w:cs="Times New Roman"/>
          <w:i/>
          <w:color w:val="000000"/>
        </w:rPr>
        <w:t>y</w:t>
      </w:r>
      <w:r>
        <w:rPr>
          <w:rFonts w:ascii="宋体" w:hAnsi="宋体" w:eastAsia="宋体" w:cs="宋体"/>
          <w:color w:val="000000"/>
        </w:rPr>
        <w:t>的十位数字是</w:t>
      </w:r>
      <w:r>
        <w:rPr>
          <w:rFonts w:ascii="Times New Roman" w:hAnsi="Times New Roman" w:eastAsia="Times New Roman" w:cs="Times New Roman"/>
          <w:i/>
          <w:color w:val="000000"/>
        </w:rPr>
        <w:t>k</w:t>
      </w:r>
      <w:r>
        <w:rPr>
          <w:rFonts w:ascii="宋体" w:hAnsi="宋体" w:eastAsia="宋体" w:cs="宋体"/>
          <w:color w:val="000000"/>
        </w:rPr>
        <w:t>，个位数字是</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），且</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，求相异数</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）小慧同学发现若</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，则“相异数”</w:t>
      </w:r>
      <w:r>
        <w:rPr>
          <w:rFonts w:ascii="Times New Roman" w:hAnsi="Times New Roman" w:eastAsia="Times New Roman" w:cs="Times New Roman"/>
          <w:i/>
          <w:color w:val="000000"/>
        </w:rPr>
        <w:t>x</w:t>
      </w:r>
      <w:r>
        <w:rPr>
          <w:rFonts w:ascii="宋体" w:hAnsi="宋体" w:eastAsia="宋体" w:cs="宋体"/>
          <w:color w:val="000000"/>
        </w:rPr>
        <w:t>的个位数字与十位数字之和一定为</w:t>
      </w:r>
      <w:r>
        <w:rPr>
          <w:rFonts w:ascii="Times New Roman" w:hAnsi="Times New Roman" w:eastAsia="Times New Roman" w:cs="Times New Roman"/>
          <w:color w:val="000000"/>
        </w:rPr>
        <w:t>5</w:t>
      </w:r>
      <w:r>
        <w:rPr>
          <w:rFonts w:ascii="宋体" w:hAnsi="宋体" w:eastAsia="宋体" w:cs="宋体"/>
          <w:color w:val="000000"/>
        </w:rPr>
        <w:t>，请判断小慧发现”是否正确？如果正确，说明理由；如果不正确，举出反例．</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29</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46</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）正确，理由详见解析．</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）根据“相异数”的定义可知</w:t>
      </w:r>
      <w:r>
        <w:rPr>
          <w:rFonts w:ascii="Times New Roman" w:hAnsi="Times New Roman" w:eastAsia="Times New Roman" w:cs="Times New Roman"/>
          <w:color w:val="000000"/>
        </w:rPr>
        <w:t>29</w:t>
      </w:r>
      <w:r>
        <w:rPr>
          <w:rFonts w:ascii="宋体" w:hAnsi="宋体" w:eastAsia="宋体" w:cs="宋体"/>
          <w:color w:val="000000"/>
        </w:rPr>
        <w:t>是“相异数”，</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77</w:t>
      </w:r>
      <w:r>
        <w:rPr>
          <w:rFonts w:ascii="宋体" w:hAnsi="宋体" w:eastAsia="宋体" w:cs="宋体"/>
          <w:color w:val="000000"/>
        </w:rPr>
        <w:t>不是“相异数”，利用定义进行计算即可，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）根据“相异数”的定义，由</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，列方程求出“相异数</w:t>
      </w:r>
      <w:r>
        <w:rPr>
          <w:rFonts w:ascii="Times New Roman" w:hAnsi="Times New Roman" w:eastAsia="Times New Roman" w:cs="Times New Roman"/>
          <w:i/>
          <w:color w:val="000000"/>
        </w:rPr>
        <w:t>y</w:t>
      </w:r>
      <w:r>
        <w:rPr>
          <w:rFonts w:ascii="宋体" w:hAnsi="宋体" w:eastAsia="宋体" w:cs="宋体"/>
          <w:color w:val="000000"/>
        </w:rPr>
        <w:t>”的十位数字和个位数字，进而确定</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）设出“相异数”的十位、个位数字，根据“相异数”的定义，由</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，得出十位数字和个位数字之间的关系，进而得出结论．</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）根据“相异数”的定义可知</w:t>
      </w:r>
      <w:r>
        <w:rPr>
          <w:rFonts w:ascii="Times New Roman" w:hAnsi="Times New Roman" w:eastAsia="Times New Roman" w:cs="Times New Roman"/>
          <w:color w:val="000000"/>
        </w:rPr>
        <w:t>29</w:t>
      </w:r>
      <w:r>
        <w:rPr>
          <w:rFonts w:ascii="宋体" w:hAnsi="宋体" w:eastAsia="宋体" w:cs="宋体"/>
          <w:color w:val="000000"/>
        </w:rPr>
        <w:t>是“相异数”，</w:t>
      </w:r>
      <w:r>
        <w:rPr>
          <w:rFonts w:ascii="Times New Roman" w:hAnsi="Times New Roman" w:eastAsia="Times New Roman" w:cs="Times New Roman"/>
          <w:color w:val="000000"/>
        </w:rPr>
        <w:t xml:space="preserve"> 20</w:t>
      </w:r>
      <w:r>
        <w:rPr>
          <w:rFonts w:ascii="宋体" w:hAnsi="宋体" w:eastAsia="宋体" w:cs="宋体"/>
          <w:color w:val="000000"/>
        </w:rPr>
        <w:t>，</w:t>
      </w:r>
      <w:r>
        <w:rPr>
          <w:rFonts w:ascii="Times New Roman" w:hAnsi="Times New Roman" w:eastAsia="Times New Roman" w:cs="Times New Roman"/>
          <w:color w:val="000000"/>
        </w:rPr>
        <w:t>77</w:t>
      </w:r>
      <w:r>
        <w:rPr>
          <w:rFonts w:ascii="宋体" w:hAnsi="宋体" w:eastAsia="宋体" w:cs="宋体"/>
          <w:color w:val="000000"/>
        </w:rPr>
        <w:t>不是“相异数”</w:t>
      </w:r>
    </w:p>
    <w:p>
      <w:pPr>
        <w:spacing w:line="360" w:lineRule="auto"/>
        <w:jc w:val="left"/>
        <w:textAlignment w:val="center"/>
        <w:rPr>
          <w:color w:val="000000"/>
        </w:rPr>
      </w:pP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43</w:t>
      </w:r>
      <w:r>
        <w:rPr>
          <w:rFonts w:ascii="宋体" w:hAnsi="宋体" w:eastAsia="宋体" w:cs="宋体"/>
          <w:color w:val="000000"/>
        </w:rPr>
        <w:t>）＝（</w:t>
      </w:r>
      <w:r>
        <w:rPr>
          <w:rFonts w:ascii="Times New Roman" w:hAnsi="Times New Roman" w:eastAsia="Times New Roman" w:cs="Times New Roman"/>
          <w:color w:val="000000"/>
        </w:rPr>
        <w:t>43+34</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29</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）由“相异数”</w:t>
      </w:r>
      <w:r>
        <w:rPr>
          <w:rFonts w:ascii="Times New Roman" w:hAnsi="Times New Roman" w:eastAsia="Times New Roman" w:cs="Times New Roman"/>
          <w:i/>
          <w:color w:val="000000"/>
        </w:rPr>
        <w:t>y</w:t>
      </w:r>
      <w:r>
        <w:rPr>
          <w:rFonts w:ascii="宋体" w:hAnsi="宋体" w:eastAsia="宋体" w:cs="宋体"/>
          <w:color w:val="000000"/>
        </w:rPr>
        <w:t>的十位数字是</w:t>
      </w:r>
      <w:r>
        <w:rPr>
          <w:rFonts w:ascii="Times New Roman" w:hAnsi="Times New Roman" w:eastAsia="Times New Roman" w:cs="Times New Roman"/>
          <w:i/>
          <w:color w:val="000000"/>
        </w:rPr>
        <w:t>k</w:t>
      </w:r>
      <w:r>
        <w:rPr>
          <w:rFonts w:ascii="宋体" w:hAnsi="宋体" w:eastAsia="宋体" w:cs="宋体"/>
          <w:color w:val="000000"/>
        </w:rPr>
        <w:t>，个位数字是</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），且</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得，</w:t>
      </w:r>
    </w:p>
    <w:p>
      <w:pPr>
        <w:spacing w:line="360" w:lineRule="auto"/>
        <w:jc w:val="left"/>
        <w:textAlignment w:val="center"/>
        <w:rPr>
          <w:color w:val="000000"/>
        </w:rPr>
      </w:pPr>
      <w:r>
        <w:rPr>
          <w:rFonts w:ascii="Times New Roman" w:hAnsi="Times New Roman" w:eastAsia="Times New Roman" w:cs="Times New Roman"/>
          <w:color w:val="000000"/>
        </w:rPr>
        <w:t>10</w:t>
      </w:r>
      <w:r>
        <w:rPr>
          <w:rFonts w:ascii="Times New Roman" w:hAnsi="Times New Roman" w:eastAsia="Times New Roman" w:cs="Times New Roman"/>
          <w:i/>
          <w:color w:val="000000"/>
        </w:rPr>
        <w:t>k</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∴相异数</w:t>
      </w:r>
      <w:r>
        <w:rPr>
          <w:rFonts w:ascii="Times New Roman" w:hAnsi="Times New Roman" w:eastAsia="Times New Roman" w:cs="Times New Roman"/>
          <w:i/>
          <w:color w:val="000000"/>
        </w:rPr>
        <w:t>y</w:t>
      </w:r>
      <w:r>
        <w:rPr>
          <w:rFonts w:ascii="宋体" w:hAnsi="宋体" w:eastAsia="宋体" w:cs="宋体"/>
          <w:color w:val="000000"/>
        </w:rPr>
        <w:t>是</w:t>
      </w:r>
      <w:r>
        <w:rPr>
          <w:rFonts w:ascii="Times New Roman" w:hAnsi="Times New Roman" w:eastAsia="Times New Roman" w:cs="Times New Roman"/>
          <w:color w:val="000000"/>
        </w:rPr>
        <w:t>46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）正确；</w:t>
      </w:r>
    </w:p>
    <w:p>
      <w:pPr>
        <w:spacing w:line="360" w:lineRule="auto"/>
        <w:jc w:val="left"/>
        <w:textAlignment w:val="center"/>
        <w:rPr>
          <w:color w:val="000000"/>
        </w:rPr>
      </w:pPr>
      <w:r>
        <w:rPr>
          <w:rFonts w:ascii="宋体" w:hAnsi="宋体" w:eastAsia="宋体" w:cs="宋体"/>
          <w:color w:val="000000"/>
        </w:rPr>
        <w:t>设“相异数”的十位数字为</w:t>
      </w:r>
      <w:r>
        <w:rPr>
          <w:rFonts w:ascii="Times New Roman" w:hAnsi="Times New Roman" w:eastAsia="Times New Roman" w:cs="Times New Roman"/>
          <w:i/>
          <w:color w:val="000000"/>
        </w:rPr>
        <w:t>a</w:t>
      </w:r>
      <w:r>
        <w:rPr>
          <w:rFonts w:ascii="宋体" w:hAnsi="宋体" w:eastAsia="宋体" w:cs="宋体"/>
          <w:color w:val="000000"/>
        </w:rPr>
        <w:t>，个位数字为</w:t>
      </w:r>
      <w:r>
        <w:rPr>
          <w:rFonts w:ascii="Times New Roman" w:hAnsi="Times New Roman" w:eastAsia="Times New Roman" w:cs="Times New Roman"/>
          <w:i/>
          <w:color w:val="000000"/>
        </w:rPr>
        <w:t>b</w: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10</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得，</w:t>
      </w:r>
      <w:r>
        <w:rPr>
          <w:rFonts w:ascii="Times New Roman" w:hAnsi="Times New Roman" w:eastAsia="Times New Roman" w:cs="Times New Roman"/>
          <w:color w:val="000000"/>
        </w:rPr>
        <w:t>10</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+10</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因此，判断正确．</w:t>
      </w:r>
    </w:p>
    <w:p>
      <w:pPr>
        <w:spacing w:line="360" w:lineRule="auto"/>
        <w:jc w:val="left"/>
        <w:textAlignment w:val="center"/>
        <w:rPr>
          <w:color w:val="000000"/>
        </w:rPr>
      </w:pPr>
      <w:r>
        <w:rPr>
          <w:color w:val="000000"/>
        </w:rPr>
        <w:t>【点睛】</w:t>
      </w:r>
      <w:r>
        <w:rPr>
          <w:rFonts w:ascii="宋体" w:hAnsi="宋体" w:eastAsia="宋体" w:cs="宋体"/>
          <w:color w:val="000000"/>
        </w:rPr>
        <w:t>本题主要考查相异数，一元一次方程的应用，掌握相异数的定义及</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）的求法是解题的关键．</w:t>
      </w:r>
    </w:p>
    <w:p>
      <w:pPr>
        <w:spacing w:line="360" w:lineRule="auto"/>
        <w:jc w:val="left"/>
        <w:textAlignment w:val="center"/>
        <w:rPr>
          <w:color w:val="000000"/>
        </w:rPr>
      </w:pPr>
      <w:r>
        <w:rPr>
          <w:color w:val="000000"/>
        </w:rPr>
        <w:t xml:space="preserve">29. </w:t>
      </w:r>
      <w:r>
        <w:rPr>
          <w:rFonts w:ascii="宋体" w:hAnsi="宋体" w:eastAsia="宋体" w:cs="宋体"/>
          <w:color w:val="000000"/>
        </w:rPr>
        <w:t>定义：关于</w:t>
      </w:r>
      <w:r>
        <w:pict>
          <v:shape id="_x0000_i71612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303" o:title="eqId81dea63b8ce3e51adf66cf7b9982a248"/>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637" name="图片 174087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 name="图片 1740874190"/>
                    <pic:cNvPicPr>
                      <a:picLocks noChangeAspect="1"/>
                    </pic:cNvPicPr>
                  </pic:nvPicPr>
                  <pic:blipFill>
                    <a:blip r:embed="rId130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两个一次二项式，其中任意一个式子的一次项系数都是另一个式子的常数项，则称这两个式子互为“轮换式”．例如，式子</w:t>
      </w:r>
      <w:r>
        <w:pict>
          <v:shape id="_x0000_i716128"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1304" o:title="eqId34596b4dd2a7129cc6f939cdb466cb53"/>
            <o:lock v:ext="edit" aspectratio="t"/>
            <w10:wrap type="none"/>
            <w10:anchorlock/>
          </v:shape>
        </w:pict>
      </w:r>
      <w:r>
        <w:rPr>
          <w:rFonts w:ascii="宋体" w:hAnsi="宋体" w:eastAsia="宋体" w:cs="宋体"/>
          <w:color w:val="000000"/>
        </w:rPr>
        <w:t>与</w:t>
      </w:r>
      <w:r>
        <w:pict>
          <v:shape id="_x0000_i716129" o:spt="75" alt="学科网(www.zxxk.com)--教育资源门户，提供试卷、教案、课件、论文、素材以及各类教学资源下载，还有大量而丰富的教学相关资讯！" type="#_x0000_t75" style="height:13.95pt;width:33pt;" o:ole="t" filled="f" o:preferrelative="t" stroked="f" coordsize="21600,21600">
            <v:path/>
            <v:fill on="f" focussize="0,0"/>
            <v:stroke on="f" joinstyle="miter"/>
            <v:imagedata r:id="rId1305" o:title="eqId27669430ee525f4d3e03049e415b92f9"/>
            <o:lock v:ext="edit" aspectratio="t"/>
            <w10:wrap type="none"/>
            <w10:anchorlock/>
          </v:shape>
        </w:pict>
      </w:r>
      <w:r>
        <w:rPr>
          <w:rFonts w:ascii="宋体" w:hAnsi="宋体" w:eastAsia="宋体" w:cs="宋体"/>
          <w:color w:val="000000"/>
        </w:rPr>
        <w:t>互为“轮换式”．</w:t>
      </w:r>
    </w:p>
    <w:p>
      <w:pPr>
        <w:spacing w:line="360" w:lineRule="auto"/>
        <w:jc w:val="left"/>
        <w:textAlignment w:val="center"/>
        <w:rPr>
          <w:color w:val="000000"/>
        </w:rPr>
      </w:pPr>
      <w:r>
        <w:rPr>
          <w:color w:val="000000"/>
        </w:rPr>
        <w:t>（1）</w:t>
      </w:r>
      <w:r>
        <w:rPr>
          <w:rFonts w:ascii="宋体" w:hAnsi="宋体" w:eastAsia="宋体" w:cs="宋体"/>
          <w:color w:val="000000"/>
        </w:rPr>
        <w:t>判断式子</w:t>
      </w:r>
      <w:r>
        <w:pict>
          <v:shape id="_x0000_i716130"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1307" o:title="eqId2c014449e7a5e816bbac3356d5e5bfd3"/>
            <o:lock v:ext="edit" aspectratio="t"/>
            <w10:wrap type="none"/>
            <w10:anchorlock/>
          </v:shape>
        </w:pict>
      </w:r>
      <w:r>
        <w:rPr>
          <w:rFonts w:ascii="宋体" w:hAnsi="宋体" w:eastAsia="宋体" w:cs="宋体"/>
          <w:color w:val="000000"/>
        </w:rPr>
        <w:t>与</w:t>
      </w:r>
      <w:r>
        <w:pict>
          <v:shape id="_x0000_i716131" o:spt="75" alt="学科网(www.zxxk.com)--教育资源门户，提供试卷、教案、课件、论文、素材以及各类教学资源下载，还有大量而丰富的教学相关资讯！" type="#_x0000_t75" style="height:14.2pt;width:39.25pt;" o:ole="t" filled="f" o:preferrelative="t" stroked="f" coordsize="21600,21600">
            <v:path/>
            <v:fill on="f" focussize="0,0"/>
            <v:stroke on="f" joinstyle="miter"/>
            <v:imagedata r:id="rId1308" o:title="eqIdb790e6d102b2627164e90526b8362ec9"/>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（填“</w:t>
      </w:r>
      <w:r>
        <w:rPr>
          <w:rFonts w:ascii="宋体" w:hAnsi="宋体" w:eastAsia="宋体" w:cs="宋体"/>
          <w:color w:val="000000"/>
          <w:position w:val="0"/>
        </w:rPr>
        <w:drawing>
          <wp:inline distT="0" distB="0" distL="114300" distR="114300">
            <wp:extent cx="132080" cy="167640"/>
            <wp:effectExtent l="0" t="0" r="0" b="0"/>
            <wp:docPr id="3639" name="图片 174087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 name="图片 1740874194"/>
                    <pic:cNvPicPr>
                      <a:picLocks noChangeAspect="1"/>
                    </pic:cNvPicPr>
                  </pic:nvPicPr>
                  <pic:blipFill>
                    <a:blip r:embed="rId1306"/>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”或“不是”）互为“轮换式”；</w:t>
      </w:r>
    </w:p>
    <w:p>
      <w:pPr>
        <w:spacing w:line="360" w:lineRule="auto"/>
        <w:jc w:val="left"/>
        <w:textAlignment w:val="center"/>
        <w:rPr>
          <w:color w:val="000000"/>
        </w:rPr>
      </w:pPr>
      <w:r>
        <w:rPr>
          <w:color w:val="000000"/>
        </w:rPr>
        <w:t>（2）</w:t>
      </w:r>
      <w:r>
        <w:rPr>
          <w:rFonts w:ascii="宋体" w:hAnsi="宋体" w:eastAsia="宋体" w:cs="宋体"/>
          <w:color w:val="000000"/>
        </w:rPr>
        <w:t>已知式子</w:t>
      </w:r>
      <w:r>
        <w:pict>
          <v:shape id="_x0000_i716132"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1309" o:title="eqId686f334eb0ee6904b18d46c37ab64850"/>
            <o:lock v:ext="edit" aspectratio="t"/>
            <w10:wrap type="none"/>
            <w10:anchorlock/>
          </v:shape>
        </w:pict>
      </w:r>
      <w:r>
        <w:rPr>
          <w:rFonts w:ascii="宋体" w:hAnsi="宋体" w:eastAsia="宋体" w:cs="宋体"/>
          <w:color w:val="000000"/>
        </w:rPr>
        <w:t>的“轮换式”是</w:t>
      </w:r>
      <w:r>
        <w:pict>
          <v:shape id="_x0000_i716133" o:spt="75" alt="学科网(www.zxxk.com)--教育资源门户，提供试卷、教案、课件、论文、素材以及各类教学资源下载，还有大量而丰富的教学相关资讯！" type="#_x0000_t75" style="height:13.95pt;width:31.95pt;" o:ole="t" filled="f" o:preferrelative="t" stroked="f" coordsize="21600,21600">
            <v:path/>
            <v:fill on="f" focussize="0,0"/>
            <v:stroke on="f" joinstyle="miter"/>
            <v:imagedata r:id="rId1310" o:title="eqId792be5953f7752ccf49405231fa1ebc0"/>
            <o:lock v:ext="edit" aspectratio="t"/>
            <w10:wrap type="none"/>
            <w10:anchorlock/>
          </v:shape>
        </w:pict>
      </w:r>
      <w:r>
        <w:rPr>
          <w:rFonts w:ascii="宋体" w:hAnsi="宋体" w:eastAsia="宋体" w:cs="宋体"/>
          <w:color w:val="000000"/>
        </w:rPr>
        <w:t>且数</w:t>
      </w:r>
      <w:r>
        <w:pict>
          <v:shape id="_x0000_i71613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311" o:title="eqId0a6936d370d6a238a608ca56f87198de"/>
            <o:lock v:ext="edit" aspectratio="t"/>
            <w10:wrap type="none"/>
            <w10:anchorlock/>
          </v:shape>
        </w:pict>
      </w:r>
      <w:r>
        <w:rPr>
          <w:rFonts w:ascii="宋体" w:hAnsi="宋体" w:eastAsia="宋体" w:cs="宋体"/>
          <w:color w:val="000000"/>
        </w:rPr>
        <w:t>、</w:t>
      </w:r>
      <w:r>
        <w:pict>
          <v:shape id="_x0000_i716135"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312" o:title="eqId2c94bb12cee76221e13f9ef955b0aab1"/>
            <o:lock v:ext="edit" aspectratio="t"/>
            <w10:wrap type="none"/>
            <w10:anchorlock/>
          </v:shape>
        </w:pict>
      </w:r>
      <w:r>
        <w:rPr>
          <w:rFonts w:ascii="宋体" w:hAnsi="宋体" w:eastAsia="宋体" w:cs="宋体"/>
          <w:color w:val="000000"/>
        </w:rPr>
        <w:t>在数轴上所对应的点为</w:t>
      </w:r>
      <w:r>
        <w:rPr>
          <w:rFonts w:ascii="Times New Roman" w:hAnsi="Times New Roman" w:eastAsia="Times New Roman" w:cs="Times New Roman"/>
          <w:i/>
          <w:color w:val="000000"/>
        </w:rPr>
        <w:t>A</w:t>
      </w:r>
      <w:r>
        <w:rPr>
          <w:rFonts w:ascii="宋体" w:hAnsi="宋体" w:eastAsia="宋体" w:cs="宋体"/>
          <w:color w:val="000000"/>
        </w:rPr>
        <w:t>、</w:t>
      </w:r>
      <w:r>
        <w:pict>
          <v:shape id="_x0000_i71613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13" o:title="eqId7f9e8449aad35c5d840a3395ea86df6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①数轴上有一点</w:t>
      </w:r>
      <w:r>
        <w:pict>
          <v:shape id="_x0000_i71613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14" o:title="eqIddad2a36927223bd70f426ba06aea4b45"/>
            <o:lock v:ext="edit" aspectratio="t"/>
            <w10:wrap type="none"/>
            <w10:anchorlock/>
          </v:shape>
        </w:pic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w:t>
      </w:r>
      <w:r>
        <w:pict>
          <v:shape id="_x0000_i71613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15" o:title="eqId7f9e8449aad35c5d840a3395ea86df6d"/>
            <o:lock v:ext="edit" aspectratio="t"/>
            <w10:wrap type="none"/>
            <w10:anchorlock/>
          </v:shape>
        </w:pict>
      </w:r>
      <w:r>
        <w:rPr>
          <w:rFonts w:ascii="宋体" w:hAnsi="宋体" w:eastAsia="宋体" w:cs="宋体"/>
          <w:color w:val="000000"/>
        </w:rPr>
        <w:t>两点的距离的和</w:t>
      </w:r>
      <w:r>
        <w:pict>
          <v:shape id="_x0000_i716139" o:spt="75" alt="学科网(www.zxxk.com)--教育资源门户，提供试卷、教案、课件、论文、素材以及各类教学资源下载，还有大量而丰富的教学相关资讯！" type="#_x0000_t75" style="height:12.75pt;width:66pt;" o:ole="t" filled="f" o:preferrelative="t" stroked="f" coordsize="21600,21600">
            <v:path/>
            <v:fill on="f" focussize="0,0"/>
            <v:stroke on="f" joinstyle="miter"/>
            <v:imagedata r:id="rId1316" o:title="eqId8a3d1cc6e9ad5546afb548dc66d0744d"/>
            <o:lock v:ext="edit" aspectratio="t"/>
            <w10:wrap type="none"/>
            <w10:anchorlock/>
          </v:shape>
        </w:pict>
      </w:r>
      <w:r>
        <w:rPr>
          <w:rFonts w:ascii="宋体" w:hAnsi="宋体" w:eastAsia="宋体" w:cs="宋体"/>
          <w:color w:val="000000"/>
        </w:rPr>
        <w:t>，求点</w:t>
      </w:r>
      <w:r>
        <w:pict>
          <v:shape id="_x0000_i71614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14" o:title="eqIddad2a36927223bd70f426ba06aea4b45"/>
            <o:lock v:ext="edit" aspectratio="t"/>
            <w10:wrap type="none"/>
            <w10:anchorlock/>
          </v:shape>
        </w:pict>
      </w:r>
      <w:r>
        <w:rPr>
          <w:rFonts w:ascii="宋体" w:hAnsi="宋体" w:eastAsia="宋体" w:cs="宋体"/>
          <w:color w:val="000000"/>
        </w:rPr>
        <w:t>在数轴上所对应的数．</w:t>
      </w:r>
    </w:p>
    <w:p>
      <w:pPr>
        <w:spacing w:line="360" w:lineRule="auto"/>
        <w:jc w:val="left"/>
        <w:textAlignment w:val="center"/>
        <w:rPr>
          <w:color w:val="000000"/>
        </w:rPr>
      </w:pPr>
      <w:r>
        <w:rPr>
          <w:rFonts w:ascii="宋体" w:hAnsi="宋体" w:eastAsia="宋体" w:cs="宋体"/>
          <w:color w:val="000000"/>
        </w:rPr>
        <w:t>②若</w:t>
      </w:r>
      <w:r>
        <w:rPr>
          <w:rFonts w:ascii="Times New Roman" w:hAnsi="Times New Roman" w:eastAsia="Times New Roman" w:cs="Times New Roman"/>
          <w:i/>
          <w:color w:val="000000"/>
        </w:rPr>
        <w:t>A</w:t>
      </w:r>
      <w:r>
        <w:rPr>
          <w:rFonts w:ascii="宋体" w:hAnsi="宋体" w:eastAsia="宋体" w:cs="宋体"/>
          <w:color w:val="000000"/>
        </w:rPr>
        <w:t>点，</w:t>
      </w:r>
      <w:r>
        <w:pict>
          <v:shape id="_x0000_i71614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17" o:title="eqId7f9e8449aad35c5d840a3395ea86df6d"/>
            <o:lock v:ext="edit" aspectratio="t"/>
            <w10:wrap type="none"/>
            <w10:anchorlock/>
          </v:shape>
        </w:pict>
      </w:r>
      <w:r>
        <w:rPr>
          <w:rFonts w:ascii="宋体" w:hAnsi="宋体" w:eastAsia="宋体" w:cs="宋体"/>
          <w:color w:val="000000"/>
        </w:rPr>
        <w:t>点同时沿数轴向正方向运动，</w:t>
      </w:r>
      <w:r>
        <w:rPr>
          <w:rFonts w:ascii="Times New Roman" w:hAnsi="Times New Roman" w:eastAsia="Times New Roman" w:cs="Times New Roman"/>
          <w:i/>
          <w:color w:val="000000"/>
        </w:rPr>
        <w:t>A</w:t>
      </w:r>
      <w:r>
        <w:rPr>
          <w:rFonts w:ascii="宋体" w:hAnsi="宋体" w:eastAsia="宋体" w:cs="宋体"/>
          <w:color w:val="000000"/>
        </w:rPr>
        <w:t>点的速度是</w:t>
      </w:r>
      <w:r>
        <w:pict>
          <v:shape id="_x0000_i71614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17" o:title="eqId7f9e8449aad35c5d840a3395ea86df6d"/>
            <o:lock v:ext="edit" aspectratio="t"/>
            <w10:wrap type="none"/>
            <w10:anchorlock/>
          </v:shape>
        </w:pict>
      </w:r>
      <w:r>
        <w:rPr>
          <w:rFonts w:ascii="宋体" w:hAnsi="宋体" w:eastAsia="宋体" w:cs="宋体"/>
          <w:color w:val="000000"/>
        </w:rPr>
        <w:t>点速度的</w:t>
      </w:r>
      <w:r>
        <w:rPr>
          <w:rFonts w:ascii="Times New Roman" w:hAnsi="Times New Roman" w:eastAsia="Times New Roman" w:cs="Times New Roman"/>
          <w:color w:val="000000"/>
        </w:rPr>
        <w:t>2</w:t>
      </w:r>
      <w:r>
        <w:rPr>
          <w:rFonts w:ascii="宋体" w:hAnsi="宋体" w:eastAsia="宋体" w:cs="宋体"/>
          <w:color w:val="000000"/>
        </w:rPr>
        <w:t>倍，且</w:t>
      </w:r>
      <w:r>
        <w:rPr>
          <w:rFonts w:ascii="Times New Roman" w:hAnsi="Times New Roman" w:eastAsia="Times New Roman" w:cs="Times New Roman"/>
          <w:color w:val="000000"/>
        </w:rPr>
        <w:t>3</w:t>
      </w:r>
      <w:r>
        <w:rPr>
          <w:rFonts w:ascii="宋体" w:hAnsi="宋体" w:eastAsia="宋体" w:cs="宋体"/>
          <w:color w:val="000000"/>
        </w:rPr>
        <w:t>秒后，</w:t>
      </w:r>
      <w:r>
        <w:pict>
          <v:shape id="_x0000_i716143"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1318" o:title="eqId2d3ad78201b2858b555ad2b39aad367b"/>
            <o:lock v:ext="edit" aspectratio="t"/>
            <w10:wrap type="none"/>
            <w10:anchorlock/>
          </v:shape>
        </w:pict>
      </w:r>
      <w:r>
        <w:rPr>
          <w:rFonts w:ascii="宋体" w:hAnsi="宋体" w:eastAsia="宋体" w:cs="宋体"/>
          <w:color w:val="000000"/>
        </w:rPr>
        <w:t>，求点</w:t>
      </w:r>
      <w:r>
        <w:rPr>
          <w:rFonts w:ascii="Times New Roman" w:hAnsi="Times New Roman" w:eastAsia="Times New Roman" w:cs="Times New Roman"/>
          <w:i/>
          <w:color w:val="000000"/>
        </w:rPr>
        <w:t>A</w:t>
      </w:r>
      <w:r>
        <w:rPr>
          <w:rFonts w:ascii="宋体" w:hAnsi="宋体" w:eastAsia="宋体" w:cs="宋体"/>
          <w:color w:val="000000"/>
        </w:rPr>
        <w:t>的速度．</w:t>
      </w:r>
    </w:p>
    <w:p>
      <w:pPr>
        <w:spacing w:line="360" w:lineRule="auto"/>
        <w:jc w:val="left"/>
        <w:textAlignment w:val="center"/>
        <w:rPr>
          <w:color w:val="000000"/>
        </w:rPr>
      </w:pPr>
      <w:r>
        <w:rPr>
          <w:rFonts w:ascii="宋体" w:hAnsi="宋体" w:eastAsia="宋体" w:cs="宋体"/>
          <w:color w:val="000000"/>
        </w:rPr>
        <w:t>③数轴上存在唯一的点</w:t>
      </w:r>
      <w:r>
        <w:pict>
          <v:shape id="_x0000_i716144"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319" o:title="eqIdac047e91852b91af639feec23a9598b2"/>
            <o:lock v:ext="edit" aspectratio="t"/>
            <w10:wrap type="none"/>
            <w10:anchorlock/>
          </v:shape>
        </w:pict>
      </w:r>
      <w:r>
        <w:rPr>
          <w:rFonts w:ascii="宋体" w:hAnsi="宋体" w:eastAsia="宋体" w:cs="宋体"/>
          <w:color w:val="000000"/>
        </w:rPr>
        <w:t>，使得点</w:t>
      </w:r>
      <w:r>
        <w:pict>
          <v:shape id="_x0000_i71614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319" o:title="eqIdac047e91852b91af639feec23a9598b2"/>
            <o:lock v:ext="edit" aspectratio="t"/>
            <w10:wrap type="none"/>
            <w10:anchorlock/>
          </v:shape>
        </w:pic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w:t>
      </w:r>
      <w:r>
        <w:pict>
          <v:shape id="_x0000_i71614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20" o:title="eqId7f9e8449aad35c5d840a3395ea86df6d"/>
            <o:lock v:ext="edit" aspectratio="t"/>
            <w10:wrap type="none"/>
            <w10:anchorlock/>
          </v:shape>
        </w:pict>
      </w:r>
      <w:r>
        <w:rPr>
          <w:rFonts w:ascii="宋体" w:hAnsi="宋体" w:eastAsia="宋体" w:cs="宋体"/>
          <w:color w:val="000000"/>
        </w:rPr>
        <w:t>两点的距离的差</w:t>
      </w:r>
      <w:r>
        <w:pict>
          <v:shape id="_x0000_i716147"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321" o:title="eqIde69f59f6cdc0487122d9c8922d3a415b"/>
            <o:lock v:ext="edit" aspectratio="t"/>
            <w10:wrap type="none"/>
            <w10:anchorlock/>
          </v:shape>
        </w:pict>
      </w:r>
      <w:r>
        <w:rPr>
          <w:rFonts w:ascii="宋体" w:hAnsi="宋体" w:eastAsia="宋体" w:cs="宋体"/>
          <w:color w:val="000000"/>
        </w:rPr>
        <w:t>，求</w:t>
      </w:r>
      <w:r>
        <w:pict>
          <v:shape id="_x0000_i716148"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322" o:title="eqId294f5ba74cdf695fc9a8a8e52f421328"/>
            <o:lock v:ext="edit" aspectratio="t"/>
            <w10:wrap type="none"/>
            <w10:anchorlock/>
          </v:shape>
        </w:pict>
      </w:r>
      <w:r>
        <w:rPr>
          <w:rFonts w:ascii="宋体" w:hAnsi="宋体" w:eastAsia="宋体" w:cs="宋体"/>
          <w:color w:val="000000"/>
        </w:rPr>
        <w:t>的取值范围．（直接写出结果）</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不是</w:t>
      </w:r>
      <w:r>
        <w:rPr>
          <w:color w:val="000000"/>
        </w:rPr>
        <w:t xml:space="preserve">    （2）</w:t>
      </w:r>
      <w:r>
        <w:rPr>
          <w:rFonts w:ascii="宋体" w:hAnsi="宋体" w:eastAsia="宋体" w:cs="宋体"/>
          <w:color w:val="000000"/>
        </w:rPr>
        <w:t>①</w:t>
      </w:r>
      <w:r>
        <w:rPr>
          <w:rFonts w:ascii="新宋体" w:hAnsi="新宋体" w:eastAsia="新宋体" w:cs="新宋体"/>
          <w:color w:val="000000"/>
        </w:rPr>
        <w:t>点</w:t>
      </w:r>
      <w:r>
        <w:pict>
          <v:shape id="_x0000_i71614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23" o:title="eqIddad2a36927223bd70f426ba06aea4b45"/>
            <o:lock v:ext="edit" aspectratio="t"/>
            <w10:wrap type="none"/>
            <w10:anchorlock/>
          </v:shape>
        </w:pict>
      </w:r>
      <w:r>
        <w:rPr>
          <w:rFonts w:ascii="新宋体" w:hAnsi="新宋体" w:eastAsia="新宋体" w:cs="新宋体"/>
          <w:color w:val="000000"/>
        </w:rPr>
        <w:t>在数轴上所对应的数是</w:t>
      </w:r>
      <w:r>
        <w:pict>
          <v:shape id="_x0000_i716150"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1324" o:title="eqId01317332a203c898536b1d0459f51d23"/>
            <o:lock v:ext="edit" aspectratio="t"/>
            <w10:wrap type="none"/>
            <w10:anchorlock/>
          </v:shape>
        </w:pict>
      </w:r>
      <w:r>
        <w:rPr>
          <w:rFonts w:ascii="新宋体" w:hAnsi="新宋体" w:eastAsia="新宋体" w:cs="新宋体"/>
          <w:color w:val="000000"/>
        </w:rPr>
        <w:t>或</w:t>
      </w:r>
      <w:r>
        <w:rPr>
          <w:rFonts w:ascii="Times New Roman" w:hAnsi="Times New Roman" w:eastAsia="Times New Roman" w:cs="Times New Roman"/>
          <w:color w:val="000000"/>
        </w:rPr>
        <w:t>5</w:t>
      </w:r>
      <w:r>
        <w:rPr>
          <w:rFonts w:ascii="新宋体" w:hAnsi="新宋体" w:eastAsia="新宋体" w:cs="新宋体"/>
          <w:color w:val="000000"/>
        </w:rPr>
        <w:t>；</w:t>
      </w:r>
      <w:r>
        <w:rPr>
          <w:rFonts w:ascii="宋体" w:hAnsi="宋体" w:eastAsia="宋体" w:cs="宋体"/>
          <w:color w:val="000000"/>
        </w:rPr>
        <w:t>②</w:t>
      </w:r>
      <w:r>
        <w:rPr>
          <w:rFonts w:ascii="新宋体" w:hAnsi="新宋体" w:eastAsia="新宋体" w:cs="新宋体"/>
          <w:color w:val="000000"/>
        </w:rPr>
        <w:t>点</w:t>
      </w:r>
      <w:r>
        <w:rPr>
          <w:rFonts w:ascii="Times New Roman" w:hAnsi="Times New Roman" w:eastAsia="Times New Roman" w:cs="Times New Roman"/>
          <w:i/>
          <w:color w:val="000000"/>
        </w:rPr>
        <w:t>A</w:t>
      </w:r>
      <w:r>
        <w:rPr>
          <w:rFonts w:ascii="新宋体" w:hAnsi="新宋体" w:eastAsia="新宋体" w:cs="新宋体"/>
          <w:color w:val="000000"/>
        </w:rPr>
        <w:t>的速度为</w:t>
      </w:r>
      <w:r>
        <w:pict>
          <v:shape id="_x0000_i716151"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1325" o:title="eqIdbf31876698721a199c7c53c6b320aa86"/>
            <o:lock v:ext="edit" aspectratio="t"/>
            <w10:wrap type="none"/>
            <w10:anchorlock/>
          </v:shape>
        </w:pict>
      </w:r>
      <w:r>
        <w:rPr>
          <w:rFonts w:ascii="新宋体" w:hAnsi="新宋体" w:eastAsia="新宋体" w:cs="新宋体"/>
          <w:color w:val="000000"/>
        </w:rPr>
        <w:t>个单位</w:t>
      </w:r>
      <w:r>
        <w:pict>
          <v:shape id="_x0000_i716152" o:spt="75" alt="学科网(www.zxxk.com)--教育资源门户，提供试卷、教案、课件、论文、素材以及各类教学资源下载，还有大量而丰富的教学相关资讯！" type="#_x0000_t75" style="height:12.75pt;width:6.75pt;" o:ole="t" filled="f" o:preferrelative="t" stroked="f" coordsize="21600,21600">
            <v:path/>
            <v:fill on="f" focussize="0,0"/>
            <v:stroke on="f" joinstyle="miter"/>
            <v:imagedata r:id="rId1326" o:title="eqId4333bb203d02814c146ed587b69ea69d"/>
            <o:lock v:ext="edit" aspectratio="t"/>
            <w10:wrap type="none"/>
            <w10:anchorlock/>
          </v:shape>
        </w:pict>
      </w:r>
      <w:r>
        <w:rPr>
          <w:rFonts w:ascii="新宋体" w:hAnsi="新宋体" w:eastAsia="新宋体" w:cs="新宋体"/>
          <w:color w:val="000000"/>
        </w:rPr>
        <w:t>秒或</w:t>
      </w:r>
      <w:r>
        <w:pict>
          <v:shape id="_x0000_i716153"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1327" o:title="eqId64fc2b875770c100b67c8ad69c44a9df"/>
            <o:lock v:ext="edit" aspectratio="t"/>
            <w10:wrap type="none"/>
            <w10:anchorlock/>
          </v:shape>
        </w:pict>
      </w:r>
      <w:r>
        <w:rPr>
          <w:rFonts w:ascii="新宋体" w:hAnsi="新宋体" w:eastAsia="新宋体" w:cs="新宋体"/>
          <w:color w:val="000000"/>
        </w:rPr>
        <w:t>个单位</w:t>
      </w:r>
      <w:r>
        <w:pict>
          <v:shape id="_x0000_i716154" o:spt="75" alt="学科网(www.zxxk.com)--教育资源门户，提供试卷、教案、课件、论文、素材以及各类教学资源下载，还有大量而丰富的教学相关资讯！" type="#_x0000_t75" style="height:12.75pt;width:6.75pt;" o:ole="t" filled="f" o:preferrelative="t" stroked="f" coordsize="21600,21600">
            <v:path/>
            <v:fill on="f" focussize="0,0"/>
            <v:stroke on="f" joinstyle="miter"/>
            <v:imagedata r:id="rId1326" o:title="eqId4333bb203d02814c146ed587b69ea69d"/>
            <o:lock v:ext="edit" aspectratio="t"/>
            <w10:wrap type="none"/>
            <w10:anchorlock/>
          </v:shape>
        </w:pict>
      </w:r>
      <w:r>
        <w:rPr>
          <w:rFonts w:ascii="新宋体" w:hAnsi="新宋体" w:eastAsia="新宋体" w:cs="新宋体"/>
          <w:color w:val="000000"/>
        </w:rPr>
        <w:t>秒；</w:t>
      </w:r>
      <w:r>
        <w:rPr>
          <w:rFonts w:ascii="宋体" w:hAnsi="宋体" w:eastAsia="宋体" w:cs="宋体"/>
          <w:color w:val="000000"/>
        </w:rPr>
        <w:t>③</w:t>
      </w:r>
      <w:r>
        <w:pict>
          <v:shape id="_x0000_i716155" o:spt="75" alt="学科网(www.zxxk.com)--教育资源门户，提供试卷、教案、课件、论文、素材以及各类教学资源下载，还有大量而丰富的教学相关资讯！" type="#_x0000_t75" style="height:12.6pt;width:48.6pt;" o:ole="t" filled="f" o:preferrelative="t" stroked="f" coordsize="21600,21600">
            <v:path/>
            <v:fill on="f" focussize="0,0"/>
            <v:stroke on="f" joinstyle="miter"/>
            <v:imagedata r:id="rId1328" o:title="eqId4ac1d159831334269009c157ba48f112"/>
            <o:lock v:ext="edit" aspectratio="t"/>
            <w10:wrap type="none"/>
            <w10:anchorlock/>
          </v:shape>
        </w:pict>
      </w:r>
      <w:r>
        <w:rPr>
          <w:rFonts w:ascii="新宋体" w:hAnsi="新宋体" w:eastAsia="新宋体" w:cs="新宋体"/>
          <w:color w:val="000000"/>
        </w:rPr>
        <w:t>．</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w:t>
      </w:r>
      <w:r>
        <w:rPr>
          <w:rFonts w:ascii="Times New Roman" w:hAnsi="Times New Roman" w:eastAsia="Times New Roman" w:cs="Times New Roman"/>
          <w:color w:val="000000"/>
        </w:rPr>
        <w:t>1</w:t>
      </w:r>
      <w:r>
        <w:rPr>
          <w:rFonts w:ascii="新宋体" w:hAnsi="新宋体" w:eastAsia="新宋体" w:cs="新宋体"/>
          <w:color w:val="000000"/>
        </w:rPr>
        <w:t>）根据定义的特征：任意一个式子的一次项系数都是另一个式子的常数项，</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w:t>
      </w:r>
      <w:r>
        <w:rPr>
          <w:rFonts w:ascii="宋体" w:hAnsi="宋体" w:eastAsia="宋体" w:cs="宋体"/>
          <w:color w:val="000000"/>
        </w:rPr>
        <w:t>①</w:t>
      </w:r>
      <w:r>
        <w:rPr>
          <w:rFonts w:ascii="新宋体" w:hAnsi="新宋体" w:eastAsia="新宋体" w:cs="新宋体"/>
          <w:color w:val="000000"/>
        </w:rPr>
        <w:t>分三种情况：当</w:t>
      </w:r>
      <w:r>
        <w:pict>
          <v:shape id="_x0000_i71615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29" o:title="eqIddad2a36927223bd70f426ba06aea4b45"/>
            <o:lock v:ext="edit" aspectratio="t"/>
            <w10:wrap type="none"/>
            <w10:anchorlock/>
          </v:shape>
        </w:pict>
      </w:r>
      <w:r>
        <w:rPr>
          <w:rFonts w:ascii="新宋体" w:hAnsi="新宋体" w:eastAsia="新宋体" w:cs="新宋体"/>
          <w:color w:val="000000"/>
        </w:rPr>
        <w:t>点在</w:t>
      </w:r>
      <w:r>
        <w:rPr>
          <w:rFonts w:ascii="Times New Roman" w:hAnsi="Times New Roman" w:eastAsia="Times New Roman" w:cs="Times New Roman"/>
          <w:i/>
          <w:color w:val="000000"/>
        </w:rPr>
        <w:t>A</w:t>
      </w:r>
      <w:r>
        <w:rPr>
          <w:rFonts w:ascii="新宋体" w:hAnsi="新宋体" w:eastAsia="新宋体" w:cs="新宋体"/>
          <w:color w:val="000000"/>
        </w:rPr>
        <w:t>作左边时，当</w:t>
      </w:r>
      <w:r>
        <w:pict>
          <v:shape id="_x0000_i71615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29" o:title="eqIddad2a36927223bd70f426ba06aea4b45"/>
            <o:lock v:ext="edit" aspectratio="t"/>
            <w10:wrap type="none"/>
            <w10:anchorlock/>
          </v:shape>
        </w:pict>
      </w:r>
      <w:r>
        <w:rPr>
          <w:rFonts w:ascii="新宋体" w:hAnsi="新宋体" w:eastAsia="新宋体" w:cs="新宋体"/>
          <w:color w:val="000000"/>
        </w:rPr>
        <w:t>点在</w:t>
      </w:r>
      <w:r>
        <w:rPr>
          <w:rFonts w:ascii="Times New Roman" w:hAnsi="Times New Roman" w:eastAsia="Times New Roman" w:cs="Times New Roman"/>
          <w:i/>
          <w:color w:val="000000"/>
        </w:rPr>
        <w:t>A</w:t>
      </w:r>
      <w:r>
        <w:rPr>
          <w:rFonts w:ascii="新宋体" w:hAnsi="新宋体" w:eastAsia="新宋体" w:cs="新宋体"/>
          <w:color w:val="000000"/>
        </w:rPr>
        <w:t>、</w:t>
      </w:r>
      <w:r>
        <w:pict>
          <v:shape id="_x0000_i71615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30" o:title="eqId7f9e8449aad35c5d840a3395ea86df6d"/>
            <o:lock v:ext="edit" aspectratio="t"/>
            <w10:wrap type="none"/>
            <w10:anchorlock/>
          </v:shape>
        </w:pict>
      </w:r>
      <w:r>
        <w:rPr>
          <w:rFonts w:ascii="新宋体" w:hAnsi="新宋体" w:eastAsia="新宋体" w:cs="新宋体"/>
          <w:color w:val="000000"/>
        </w:rPr>
        <w:t>之间时，当</w:t>
      </w:r>
      <w:r>
        <w:pict>
          <v:shape id="_x0000_i71615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29" o:title="eqIddad2a36927223bd70f426ba06aea4b45"/>
            <o:lock v:ext="edit" aspectratio="t"/>
            <w10:wrap type="none"/>
            <w10:anchorlock/>
          </v:shape>
        </w:pict>
      </w:r>
      <w:r>
        <w:rPr>
          <w:rFonts w:ascii="新宋体" w:hAnsi="新宋体" w:eastAsia="新宋体" w:cs="新宋体"/>
          <w:color w:val="000000"/>
        </w:rPr>
        <w:t>点在</w:t>
      </w:r>
      <w:r>
        <w:pict>
          <v:shape id="_x0000_i71616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30" o:title="eqId7f9e8449aad35c5d840a3395ea86df6d"/>
            <o:lock v:ext="edit" aspectratio="t"/>
            <w10:wrap type="none"/>
            <w10:anchorlock/>
          </v:shape>
        </w:pict>
      </w:r>
      <w:r>
        <w:rPr>
          <w:rFonts w:ascii="新宋体" w:hAnsi="新宋体" w:eastAsia="新宋体" w:cs="新宋体"/>
          <w:color w:val="000000"/>
        </w:rPr>
        <w:t>点右边时，由线段和差关系求得</w:t>
      </w:r>
      <w:r>
        <w:pict>
          <v:shape id="_x0000_i716161"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1331" o:title="eqIdbd33764ff4efddfe11a98a609753715c"/>
            <o:lock v:ext="edit" aspectratio="t"/>
            <w10:wrap type="none"/>
            <w10:anchorlock/>
          </v:shape>
        </w:pict>
      </w:r>
      <w:r>
        <w:rPr>
          <w:rFonts w:ascii="新宋体" w:hAnsi="新宋体" w:eastAsia="新宋体" w:cs="新宋体"/>
          <w:color w:val="000000"/>
        </w:rPr>
        <w:t>或</w:t>
      </w:r>
      <w:r>
        <w:pict>
          <v:shape id="_x0000_i716162" o:spt="75" alt="学科网(www.zxxk.com)--教育资源门户，提供试卷、教案、课件、论文、素材以及各类教学资源下载，还有大量而丰富的教学相关资讯！" type="#_x0000_t75" style="height:12pt;width:17.25pt;" o:ole="t" filled="f" o:preferrelative="t" stroked="f" coordsize="21600,21600">
            <v:path/>
            <v:fill on="f" focussize="0,0"/>
            <v:stroke on="f" joinstyle="miter"/>
            <v:imagedata r:id="rId1332" o:title="eqIdd2be49c37e30a3ced0364c3e74d8c687"/>
            <o:lock v:ext="edit" aspectratio="t"/>
            <w10:wrap type="none"/>
            <w10:anchorlock/>
          </v:shape>
        </w:pict>
      </w:r>
      <w:r>
        <w:rPr>
          <w:rFonts w:ascii="新宋体" w:hAnsi="新宋体" w:eastAsia="新宋体" w:cs="新宋体"/>
          <w:color w:val="000000"/>
        </w:rPr>
        <w:t>的值，进而得</w:t>
      </w:r>
      <w:r>
        <w:pict>
          <v:shape id="_x0000_i71616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29" o:title="eqIddad2a36927223bd70f426ba06aea4b45"/>
            <o:lock v:ext="edit" aspectratio="t"/>
            <w10:wrap type="none"/>
            <w10:anchorlock/>
          </v:shape>
        </w:pict>
      </w:r>
      <w:r>
        <w:rPr>
          <w:rFonts w:ascii="新宋体" w:hAnsi="新宋体" w:eastAsia="新宋体" w:cs="新宋体"/>
          <w:color w:val="000000"/>
        </w:rPr>
        <w:t>点表示的数；</w:t>
      </w:r>
    </w:p>
    <w:p>
      <w:pPr>
        <w:spacing w:line="360" w:lineRule="auto"/>
        <w:jc w:val="both"/>
        <w:textAlignment w:val="center"/>
        <w:rPr>
          <w:color w:val="000000"/>
        </w:rPr>
      </w:pPr>
      <w:r>
        <w:rPr>
          <w:rFonts w:ascii="宋体" w:hAnsi="宋体" w:eastAsia="宋体" w:cs="宋体"/>
          <w:color w:val="000000"/>
        </w:rPr>
        <w:t>②</w:t>
      </w:r>
      <w:r>
        <w:rPr>
          <w:rFonts w:ascii="新宋体" w:hAnsi="新宋体" w:eastAsia="新宋体" w:cs="新宋体"/>
          <w:color w:val="000000"/>
        </w:rPr>
        <w:t>设</w:t>
      </w:r>
      <w:r>
        <w:rPr>
          <w:rFonts w:ascii="Times New Roman" w:hAnsi="Times New Roman" w:eastAsia="Times New Roman" w:cs="Times New Roman"/>
          <w:i/>
          <w:color w:val="000000"/>
        </w:rPr>
        <w:t>A</w:t>
      </w:r>
      <w:r>
        <w:rPr>
          <w:rFonts w:ascii="新宋体" w:hAnsi="新宋体" w:eastAsia="新宋体" w:cs="新宋体"/>
          <w:color w:val="000000"/>
        </w:rPr>
        <w:t>点运动的速度为</w:t>
      </w:r>
      <w:r>
        <w:pict>
          <v:shape id="_x0000_i71616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333" o:title="eqId81dea63b8ce3e51adf66cf7b9982a248"/>
            <o:lock v:ext="edit" aspectratio="t"/>
            <w10:wrap type="none"/>
            <w10:anchorlock/>
          </v:shape>
        </w:pict>
      </w:r>
      <w:r>
        <w:rPr>
          <w:rFonts w:ascii="新宋体" w:hAnsi="新宋体" w:eastAsia="新宋体" w:cs="新宋体"/>
          <w:color w:val="000000"/>
        </w:rPr>
        <w:t>个单位</w:t>
      </w:r>
      <w:r>
        <w:pict>
          <v:shape id="_x0000_i716165" o:spt="75" alt="学科网(www.zxxk.com)--教育资源门户，提供试卷、教案、课件、论文、素材以及各类教学资源下载，还有大量而丰富的教学相关资讯！" type="#_x0000_t75" style="height:12.75pt;width:6.75pt;" o:ole="t" filled="f" o:preferrelative="t" stroked="f" coordsize="21600,21600">
            <v:path/>
            <v:fill on="f" focussize="0,0"/>
            <v:stroke on="f" joinstyle="miter"/>
            <v:imagedata r:id="rId1334" o:title="eqId4333bb203d02814c146ed587b69ea69d"/>
            <o:lock v:ext="edit" aspectratio="t"/>
            <w10:wrap type="none"/>
            <w10:anchorlock/>
          </v:shape>
        </w:pict>
      </w:r>
      <w:r>
        <w:rPr>
          <w:rFonts w:ascii="新宋体" w:hAnsi="新宋体" w:eastAsia="新宋体" w:cs="新宋体"/>
          <w:color w:val="000000"/>
        </w:rPr>
        <w:t>秒，分两种情况（点</w:t>
      </w:r>
      <w:r>
        <w:rPr>
          <w:rFonts w:ascii="Times New Roman" w:hAnsi="Times New Roman" w:eastAsia="Times New Roman" w:cs="Times New Roman"/>
          <w:i/>
          <w:color w:val="000000"/>
        </w:rPr>
        <w:t>A</w:t>
      </w:r>
      <w:r>
        <w:rPr>
          <w:rFonts w:ascii="新宋体" w:hAnsi="新宋体" w:eastAsia="新宋体" w:cs="新宋体"/>
          <w:color w:val="000000"/>
        </w:rPr>
        <w:t>在原点左边，点</w:t>
      </w:r>
      <w:r>
        <w:rPr>
          <w:rFonts w:ascii="Times New Roman" w:hAnsi="Times New Roman" w:eastAsia="Times New Roman" w:cs="Times New Roman"/>
          <w:i/>
          <w:color w:val="000000"/>
        </w:rPr>
        <w:t>A</w:t>
      </w:r>
      <w:r>
        <w:rPr>
          <w:rFonts w:ascii="新宋体" w:hAnsi="新宋体" w:eastAsia="新宋体" w:cs="新宋体"/>
          <w:color w:val="000000"/>
        </w:rPr>
        <w:t>在原点右边）分别列出方程进行解答；</w:t>
      </w:r>
    </w:p>
    <w:p>
      <w:pPr>
        <w:spacing w:line="360" w:lineRule="auto"/>
        <w:jc w:val="both"/>
        <w:textAlignment w:val="center"/>
        <w:rPr>
          <w:color w:val="000000"/>
        </w:rPr>
      </w:pPr>
      <w:r>
        <w:rPr>
          <w:rFonts w:ascii="宋体" w:hAnsi="宋体" w:eastAsia="宋体" w:cs="宋体"/>
          <w:color w:val="000000"/>
        </w:rPr>
        <w:t>③</w:t>
      </w:r>
      <w:r>
        <w:rPr>
          <w:rFonts w:ascii="新宋体" w:hAnsi="新宋体" w:eastAsia="新宋体" w:cs="新宋体"/>
          <w:color w:val="000000"/>
        </w:rPr>
        <w:t>若</w:t>
      </w:r>
      <w:r>
        <w:pict>
          <v:shape id="_x0000_i716166" o:spt="75" alt="学科网(www.zxxk.com)--教育资源门户，提供试卷、教案、课件、论文、素材以及各类教学资源下载，还有大量而丰富的教学相关资讯！" type="#_x0000_t75" style="height:12.6pt;width:84.6pt;" o:ole="t" filled="f" o:preferrelative="t" stroked="f" coordsize="21600,21600">
            <v:path/>
            <v:fill on="f" focussize="0,0"/>
            <v:stroke on="f" joinstyle="miter"/>
            <v:imagedata r:id="rId1335" o:title="eqId4b24a6a03bbeff4ebfcc89723c1b8dd7"/>
            <o:lock v:ext="edit" aspectratio="t"/>
            <w10:wrap type="none"/>
            <w10:anchorlock/>
          </v:shape>
        </w:pict>
      </w:r>
      <w:r>
        <w:rPr>
          <w:rFonts w:ascii="新宋体" w:hAnsi="新宋体" w:eastAsia="新宋体" w:cs="新宋体"/>
          <w:color w:val="000000"/>
        </w:rPr>
        <w:t>时，则这样的</w:t>
      </w:r>
      <w:r>
        <w:pict>
          <v:shape id="_x0000_i71616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336" o:title="eqIdac047e91852b91af639feec23a9598b2"/>
            <o:lock v:ext="edit" aspectratio="t"/>
            <w10:wrap type="none"/>
            <w10:anchorlock/>
          </v:shape>
        </w:pict>
      </w:r>
      <w:r>
        <w:rPr>
          <w:rFonts w:ascii="新宋体" w:hAnsi="新宋体" w:eastAsia="新宋体" w:cs="新宋体"/>
          <w:color w:val="000000"/>
        </w:rPr>
        <w:t>点有无数个，点</w:t>
      </w:r>
      <w:r>
        <w:pict>
          <v:shape id="_x0000_i71616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37" o:title="eqId7f9e8449aad35c5d840a3395ea86df6d"/>
            <o:lock v:ext="edit" aspectratio="t"/>
            <w10:wrap type="none"/>
            <w10:anchorlock/>
          </v:shape>
        </w:pict>
      </w:r>
      <w:r>
        <w:rPr>
          <w:rFonts w:ascii="新宋体" w:hAnsi="新宋体" w:eastAsia="新宋体" w:cs="新宋体"/>
          <w:color w:val="000000"/>
        </w:rPr>
        <w:t>和点</w:t>
      </w:r>
      <w:r>
        <w:pict>
          <v:shape id="_x0000_i71616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37" o:title="eqId7f9e8449aad35c5d840a3395ea86df6d"/>
            <o:lock v:ext="edit" aspectratio="t"/>
            <w10:wrap type="none"/>
            <w10:anchorlock/>
          </v:shape>
        </w:pict>
      </w:r>
      <w:r>
        <w:rPr>
          <w:rFonts w:ascii="新宋体" w:hAnsi="新宋体" w:eastAsia="新宋体" w:cs="新宋体"/>
          <w:color w:val="000000"/>
        </w:rPr>
        <w:t>右边的点都满足这个条件，若要数轴上存在唯一点</w:t>
      </w:r>
      <w:r>
        <w:pict>
          <v:shape id="_x0000_i716170"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336" o:title="eqIdac047e91852b91af639feec23a9598b2"/>
            <o:lock v:ext="edit" aspectratio="t"/>
            <w10:wrap type="none"/>
            <w10:anchorlock/>
          </v:shape>
        </w:pict>
      </w:r>
      <w:r>
        <w:rPr>
          <w:rFonts w:ascii="新宋体" w:hAnsi="新宋体" w:eastAsia="新宋体" w:cs="新宋体"/>
          <w:color w:val="000000"/>
        </w:rPr>
        <w:t>，使得点</w:t>
      </w:r>
      <w:r>
        <w:pict>
          <v:shape id="_x0000_i71617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336" o:title="eqIdac047e91852b91af639feec23a9598b2"/>
            <o:lock v:ext="edit" aspectratio="t"/>
            <w10:wrap type="none"/>
            <w10:anchorlock/>
          </v:shape>
        </w:pict>
      </w:r>
      <w:r>
        <w:rPr>
          <w:rFonts w:ascii="新宋体" w:hAnsi="新宋体" w:eastAsia="新宋体" w:cs="新宋体"/>
          <w:color w:val="000000"/>
        </w:rPr>
        <w:t>到</w:t>
      </w:r>
      <w:r>
        <w:rPr>
          <w:rFonts w:ascii="Times New Roman" w:hAnsi="Times New Roman" w:eastAsia="Times New Roman" w:cs="Times New Roman"/>
          <w:i/>
          <w:color w:val="000000"/>
        </w:rPr>
        <w:t>A</w:t>
      </w:r>
      <w:r>
        <w:rPr>
          <w:rFonts w:ascii="新宋体" w:hAnsi="新宋体" w:eastAsia="新宋体" w:cs="新宋体"/>
          <w:color w:val="000000"/>
        </w:rPr>
        <w:t>、</w:t>
      </w:r>
      <w:r>
        <w:pict>
          <v:shape id="_x0000_i71617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37" o:title="eqId7f9e8449aad35c5d840a3395ea86df6d"/>
            <o:lock v:ext="edit" aspectratio="t"/>
            <w10:wrap type="none"/>
            <w10:anchorlock/>
          </v:shape>
        </w:pict>
      </w:r>
      <w:r>
        <w:rPr>
          <w:rFonts w:ascii="新宋体" w:hAnsi="新宋体" w:eastAsia="新宋体" w:cs="新宋体"/>
          <w:color w:val="000000"/>
        </w:rPr>
        <w:t>两点的距离的差</w:t>
      </w:r>
      <w:r>
        <w:pict>
          <v:shape id="_x0000_i716173"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338" o:title="eqIde69f59f6cdc0487122d9c8922d3a415b"/>
            <o:lock v:ext="edit" aspectratio="t"/>
            <w10:wrap type="none"/>
            <w10:anchorlock/>
          </v:shape>
        </w:pict>
      </w:r>
      <w:r>
        <w:rPr>
          <w:rFonts w:ascii="新宋体" w:hAnsi="新宋体" w:eastAsia="新宋体" w:cs="新宋体"/>
          <w:color w:val="000000"/>
        </w:rPr>
        <w:t>，则</w:t>
      </w:r>
      <w:r>
        <w:pict>
          <v:shape id="_x0000_i716174"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336" o:title="eqIdac047e91852b91af639feec23a9598b2"/>
            <o:lock v:ext="edit" aspectratio="t"/>
            <w10:wrap type="none"/>
            <w10:anchorlock/>
          </v:shape>
        </w:pict>
      </w:r>
      <w:r>
        <w:rPr>
          <w:rFonts w:ascii="新宋体" w:hAnsi="新宋体" w:eastAsia="新宋体" w:cs="新宋体"/>
          <w:color w:val="000000"/>
        </w:rPr>
        <w:t>必在</w:t>
      </w:r>
      <w:r>
        <w:pict>
          <v:shape id="_x0000_i71617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39" o:title="eqIdf52a58fbaf4fea03567e88a9f0f6e37e"/>
            <o:lock v:ext="edit" aspectratio="t"/>
            <w10:wrap type="none"/>
            <w10:anchorlock/>
          </v:shape>
        </w:pict>
      </w:r>
      <w:r>
        <w:rPr>
          <w:rFonts w:ascii="新宋体" w:hAnsi="新宋体" w:eastAsia="新宋体" w:cs="新宋体"/>
          <w:color w:val="000000"/>
        </w:rPr>
        <w:t>的中点与</w:t>
      </w:r>
      <w:r>
        <w:pict>
          <v:shape id="_x0000_i71617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37" o:title="eqId7f9e8449aad35c5d840a3395ea86df6d"/>
            <o:lock v:ext="edit" aspectratio="t"/>
            <w10:wrap type="none"/>
            <w10:anchorlock/>
          </v:shape>
        </w:pict>
      </w:r>
      <w:r>
        <w:rPr>
          <w:rFonts w:ascii="新宋体" w:hAnsi="新宋体" w:eastAsia="新宋体" w:cs="新宋体"/>
          <w:color w:val="000000"/>
        </w:rPr>
        <w:t>之间，包括中点，不包括</w:t>
      </w:r>
      <w:r>
        <w:pict>
          <v:shape id="_x0000_i71617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37" o:title="eqId7f9e8449aad35c5d840a3395ea86df6d"/>
            <o:lock v:ext="edit" aspectratio="t"/>
            <w10:wrap type="none"/>
            <w10:anchorlock/>
          </v:shape>
        </w:pict>
      </w:r>
      <w:r>
        <w:rPr>
          <w:rFonts w:ascii="新宋体" w:hAnsi="新宋体" w:eastAsia="新宋体" w:cs="新宋体"/>
          <w:color w:val="000000"/>
        </w:rPr>
        <w:t>点，根据</w:t>
      </w:r>
      <w:r>
        <w:pict>
          <v:shape id="_x0000_i716178" o:spt="75" alt="学科网(www.zxxk.com)--教育资源门户，提供试卷、教案、课件、论文、素材以及各类教学资源下载，还有大量而丰富的教学相关资讯！" type="#_x0000_t75" style="height:11.8pt;width:18.8pt;" o:ole="t" filled="f" o:preferrelative="t" stroked="f" coordsize="21600,21600">
            <v:path/>
            <v:fill on="f" focussize="0,0"/>
            <v:stroke on="f" joinstyle="miter"/>
            <v:imagedata r:id="rId1340" o:title="eqId8e5c62f22d7afc5627fcb86599faa8e1"/>
            <o:lock v:ext="edit" aspectratio="t"/>
            <w10:wrap type="none"/>
            <w10:anchorlock/>
          </v:shape>
        </w:pict>
      </w:r>
      <w:r>
        <w:rPr>
          <w:rFonts w:ascii="新宋体" w:hAnsi="新宋体" w:eastAsia="新宋体" w:cs="新宋体"/>
          <w:color w:val="000000"/>
        </w:rPr>
        <w:t>的取值范围，便可求得</w:t>
      </w:r>
      <w:r>
        <w:pict>
          <v:shape id="_x0000_i716179"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341" o:title="eqId294f5ba74cdf695fc9a8a8e52f421328"/>
            <o:lock v:ext="edit" aspectratio="t"/>
            <w10:wrap type="none"/>
            <w10:anchorlock/>
          </v:shape>
        </w:pict>
      </w:r>
      <w:r>
        <w:rPr>
          <w:rFonts w:ascii="新宋体" w:hAnsi="新宋体" w:eastAsia="新宋体" w:cs="新宋体"/>
          <w:color w:val="000000"/>
        </w:rPr>
        <w:t>的取值范围．</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pict>
          <v:shape id="_x0000_i716180" o:spt="75" alt="学科网(www.zxxk.com)--教育资源门户，提供试卷、教案、课件、论文、素材以及各类教学资源下载，还有大量而丰富的教学相关资讯！" type="#_x0000_t75" style="height:12.6pt;width:44.4pt;" o:ole="t" filled="f" o:preferrelative="t" stroked="f" coordsize="21600,21600">
            <v:path/>
            <v:fill on="f" focussize="0,0"/>
            <v:stroke on="f" joinstyle="miter"/>
            <v:imagedata r:id="rId1342" o:title="eqId62c6c043b59c33dcc9a04add9f8b91fa"/>
            <o:lock v:ext="edit" aspectratio="t"/>
            <w10:wrap type="none"/>
            <w10:anchorlock/>
          </v:shape>
        </w:pict>
      </w:r>
      <w:r>
        <w:rPr>
          <w:rFonts w:ascii="新宋体" w:hAnsi="新宋体" w:eastAsia="新宋体" w:cs="新宋体"/>
          <w:color w:val="000000"/>
        </w:rPr>
        <w:t>与</w:t>
      </w:r>
      <w:r>
        <w:pict>
          <v:shape id="_x0000_i716181" o:spt="75" alt="学科网(www.zxxk.com)--教育资源门户，提供试卷、教案、课件、论文、素材以及各类教学资源下载，还有大量而丰富的教学相关资讯！" type="#_x0000_t75" style="height:14.2pt;width:39.25pt;" o:ole="t" filled="f" o:preferrelative="t" stroked="f" coordsize="21600,21600">
            <v:path/>
            <v:fill on="f" focussize="0,0"/>
            <v:stroke on="f" joinstyle="miter"/>
            <v:imagedata r:id="rId1343" o:title="eqIdb790e6d102b2627164e90526b8362ec9"/>
            <o:lock v:ext="edit" aspectratio="t"/>
            <w10:wrap type="none"/>
            <w10:anchorlock/>
          </v:shape>
        </w:pict>
      </w:r>
      <w:r>
        <w:rPr>
          <w:rFonts w:ascii="新宋体" w:hAnsi="新宋体" w:eastAsia="新宋体" w:cs="新宋体"/>
          <w:color w:val="000000"/>
        </w:rPr>
        <w:t>的其中一个式子的一次项系数不是另一个式子的常数项，</w:t>
      </w:r>
    </w:p>
    <w:p>
      <w:pPr>
        <w:spacing w:line="360" w:lineRule="auto"/>
        <w:jc w:val="both"/>
        <w:textAlignment w:val="center"/>
        <w:rPr>
          <w:color w:val="000000"/>
        </w:rPr>
      </w:pPr>
      <w:r>
        <w:pict>
          <v:shape id="_x0000_i71618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344" o:title="eqId2de0d10ef8b748d4531250c37c5d3f9e"/>
            <o:lock v:ext="edit" aspectratio="t"/>
            <w10:wrap type="none"/>
            <w10:anchorlock/>
          </v:shape>
        </w:pict>
      </w:r>
      <w:r>
        <w:rPr>
          <w:rFonts w:ascii="新宋体" w:hAnsi="新宋体" w:eastAsia="新宋体" w:cs="新宋体"/>
          <w:color w:val="000000"/>
        </w:rPr>
        <w:t>它们不互为“轮换式”，</w:t>
      </w:r>
    </w:p>
    <w:p>
      <w:pPr>
        <w:spacing w:line="360" w:lineRule="auto"/>
        <w:jc w:val="left"/>
        <w:textAlignment w:val="center"/>
        <w:rPr>
          <w:color w:val="000000"/>
        </w:rPr>
      </w:pPr>
      <w:r>
        <w:rPr>
          <w:rFonts w:ascii="新宋体" w:hAnsi="新宋体" w:eastAsia="新宋体" w:cs="新宋体"/>
          <w:color w:val="000000"/>
        </w:rPr>
        <w:t>故答案为：不是；</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解：由“轮换式”的定义可知：点</w:t>
      </w:r>
      <w:r>
        <w:rPr>
          <w:rFonts w:ascii="Times New Roman" w:hAnsi="Times New Roman" w:eastAsia="Times New Roman" w:cs="Times New Roman"/>
          <w:i/>
          <w:color w:val="000000"/>
        </w:rPr>
        <w:t>A</w:t>
      </w:r>
      <w:r>
        <w:rPr>
          <w:rFonts w:ascii="宋体" w:hAnsi="宋体" w:eastAsia="宋体" w:cs="宋体"/>
          <w:color w:val="000000"/>
        </w:rPr>
        <w:t>在数轴上表示的数为</w:t>
      </w:r>
      <w:r>
        <w:pict>
          <v:shape id="_x0000_i716183"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1345" o:title="eqId3edbd40e04e2a943051fa83d6e511add"/>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在数轴上表示的数为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w:t>
      </w:r>
      <w:r>
        <w:pict>
          <v:shape id="_x0000_i716184" o:spt="75" alt="学科网(www.zxxk.com)--教育资源门户，提供试卷、教案、课件、论文、素材以及各类教学资源下载，还有大量而丰富的教学相关资讯！" type="#_x0000_t75" style="height:12pt;width:68.4pt;" o:ole="t" filled="f" o:preferrelative="t" stroked="f" coordsize="21600,21600">
            <v:path/>
            <v:fill on="f" focussize="0,0"/>
            <v:stroke on="f" joinstyle="miter"/>
            <v:imagedata r:id="rId1346" o:title="eqId7ee397e2a847985075fa9d5bdd8bc076"/>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618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347" o:title="eqId2de0d10ef8b748d4531250c37c5d3f9e"/>
            <o:lock v:ext="edit" aspectratio="t"/>
            <w10:wrap type="none"/>
            <w10:anchorlock/>
          </v:shape>
        </w:pict>
      </w:r>
      <w:r>
        <w:rPr>
          <w:rFonts w:ascii="新宋体" w:hAnsi="新宋体" w:eastAsia="新宋体" w:cs="新宋体"/>
          <w:color w:val="000000"/>
        </w:rPr>
        <w:t>当</w:t>
      </w:r>
      <w:r>
        <w:pict>
          <v:shape id="_x0000_i71618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48" o:title="eqIddad2a36927223bd70f426ba06aea4b45"/>
            <o:lock v:ext="edit" aspectratio="t"/>
            <w10:wrap type="none"/>
            <w10:anchorlock/>
          </v:shape>
        </w:pict>
      </w:r>
      <w:r>
        <w:rPr>
          <w:rFonts w:ascii="新宋体" w:hAnsi="新宋体" w:eastAsia="新宋体" w:cs="新宋体"/>
          <w:color w:val="000000"/>
        </w:rPr>
        <w:t>点在</w:t>
      </w:r>
      <w:r>
        <w:rPr>
          <w:rFonts w:ascii="Times New Roman" w:hAnsi="Times New Roman" w:eastAsia="Times New Roman" w:cs="Times New Roman"/>
          <w:i/>
          <w:color w:val="000000"/>
        </w:rPr>
        <w:t>A</w:t>
      </w:r>
      <w:r>
        <w:rPr>
          <w:rFonts w:ascii="新宋体" w:hAnsi="新宋体" w:eastAsia="新宋体" w:cs="新宋体"/>
          <w:color w:val="000000"/>
        </w:rPr>
        <w:t>点左边时，有</w:t>
      </w:r>
      <w:r>
        <w:pict>
          <v:shape id="_x0000_i716187" o:spt="75" alt="学科网(www.zxxk.com)--教育资源门户，提供试卷、教案、课件、论文、素材以及各类教学资源下载，还有大量而丰富的教学相关资讯！" type="#_x0000_t75" style="height:12pt;width:83.4pt;" o:ole="t" filled="f" o:preferrelative="t" stroked="f" coordsize="21600,21600">
            <v:path/>
            <v:fill on="f" focussize="0,0"/>
            <v:stroke on="f" joinstyle="miter"/>
            <v:imagedata r:id="rId1349" o:title="eqIdadf313350d82f95161f351087e5540f5"/>
            <o:lock v:ext="edit" aspectratio="t"/>
            <w10:wrap type="none"/>
            <w10:anchorlock/>
          </v:shape>
        </w:pict>
      </w:r>
      <w:r>
        <w:rPr>
          <w:rFonts w:ascii="新宋体" w:hAnsi="新宋体" w:eastAsia="新宋体" w:cs="新宋体"/>
          <w:color w:val="000000"/>
        </w:rPr>
        <w:t>，即</w:t>
      </w:r>
      <w:r>
        <w:pict>
          <v:shape id="_x0000_i716188" o:spt="75" alt="学科网(www.zxxk.com)--教育资源门户，提供试卷、教案、课件、论文、素材以及各类教学资源下载，还有大量而丰富的教学相关资讯！" type="#_x0000_t75" style="height:12.6pt;width:57pt;" o:ole="t" filled="f" o:preferrelative="t" stroked="f" coordsize="21600,21600">
            <v:path/>
            <v:fill on="f" focussize="0,0"/>
            <v:stroke on="f" joinstyle="miter"/>
            <v:imagedata r:id="rId1350" o:title="eqId9fc86521f7e0194b5824274aa6217927"/>
            <o:lock v:ext="edit" aspectratio="t"/>
            <w10:wrap type="none"/>
            <w10:anchorlock/>
          </v:shape>
        </w:pict>
      </w:r>
      <w:r>
        <w:rPr>
          <w:rFonts w:ascii="新宋体" w:hAnsi="新宋体" w:eastAsia="新宋体" w:cs="新宋体"/>
          <w:color w:val="000000"/>
        </w:rPr>
        <w:t>，则</w:t>
      </w:r>
      <w:r>
        <w:pict>
          <v:shape id="_x0000_i716189" o:spt="75" alt="学科网(www.zxxk.com)--教育资源门户，提供试卷、教案、课件、论文、素材以及各类教学资源下载，还有大量而丰富的教学相关资讯！" type="#_x0000_t75" style="height:12.75pt;width:36.75pt;" o:ole="t" filled="f" o:preferrelative="t" stroked="f" coordsize="21600,21600">
            <v:path/>
            <v:fill on="f" focussize="0,0"/>
            <v:stroke on="f" joinstyle="miter"/>
            <v:imagedata r:id="rId1351" o:title="eqId0b80ee363635d73f601654339028daec"/>
            <o:lock v:ext="edit" aspectratio="t"/>
            <w10:wrap type="none"/>
            <w10:anchorlock/>
          </v:shape>
        </w:pict>
      </w:r>
      <w:r>
        <w:rPr>
          <w:rFonts w:ascii="新宋体" w:hAnsi="新宋体" w:eastAsia="新宋体" w:cs="新宋体"/>
          <w:color w:val="000000"/>
        </w:rPr>
        <w:t>，于是</w:t>
      </w:r>
      <w:r>
        <w:pict>
          <v:shape id="_x0000_i71619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48" o:title="eqIddad2a36927223bd70f426ba06aea4b45"/>
            <o:lock v:ext="edit" aspectratio="t"/>
            <w10:wrap type="none"/>
            <w10:anchorlock/>
          </v:shape>
        </w:pict>
      </w:r>
      <w:r>
        <w:rPr>
          <w:rFonts w:ascii="新宋体" w:hAnsi="新宋体" w:eastAsia="新宋体" w:cs="新宋体"/>
          <w:color w:val="000000"/>
        </w:rPr>
        <w:t>为</w:t>
      </w:r>
      <w:r>
        <w:pict>
          <v:shape id="_x0000_i716191"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1352" o:title="eqId670a2b9f72d0e4fdef7144b04c4ea28e"/>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w:t>
      </w:r>
      <w:r>
        <w:pict>
          <v:shape id="_x0000_i71619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53" o:title="eqIddad2a36927223bd70f426ba06aea4b45"/>
            <o:lock v:ext="edit" aspectratio="t"/>
            <w10:wrap type="none"/>
            <w10:anchorlock/>
          </v:shape>
        </w:pict>
      </w:r>
      <w:r>
        <w:rPr>
          <w:rFonts w:ascii="新宋体" w:hAnsi="新宋体" w:eastAsia="新宋体" w:cs="新宋体"/>
          <w:color w:val="000000"/>
        </w:rPr>
        <w:t>点在</w:t>
      </w:r>
      <w:r>
        <w:rPr>
          <w:rFonts w:ascii="Times New Roman" w:hAnsi="Times New Roman" w:eastAsia="Times New Roman" w:cs="Times New Roman"/>
          <w:i/>
          <w:color w:val="000000"/>
        </w:rPr>
        <w:t>A</w:t>
      </w:r>
      <w:r>
        <w:rPr>
          <w:rFonts w:ascii="新宋体" w:hAnsi="新宋体" w:eastAsia="新宋体" w:cs="新宋体"/>
          <w:color w:val="000000"/>
        </w:rPr>
        <w:t>、</w:t>
      </w:r>
      <w:r>
        <w:pict>
          <v:shape id="_x0000_i71619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54" o:title="eqId7f9e8449aad35c5d840a3395ea86df6d"/>
            <o:lock v:ext="edit" aspectratio="t"/>
            <w10:wrap type="none"/>
            <w10:anchorlock/>
          </v:shape>
        </w:pict>
      </w:r>
      <w:r>
        <w:rPr>
          <w:rFonts w:ascii="新宋体" w:hAnsi="新宋体" w:eastAsia="新宋体" w:cs="新宋体"/>
          <w:color w:val="000000"/>
        </w:rPr>
        <w:t>之间时，有</w:t>
      </w:r>
      <w:r>
        <w:pict>
          <v:shape id="_x0000_i716194" o:spt="75" alt="学科网(www.zxxk.com)--教育资源门户，提供试卷、教案、课件、论文、素材以及各类教学资源下载，还有大量而丰富的教学相关资讯！" type="#_x0000_t75" style="height:12.6pt;width:99.6pt;" o:ole="t" filled="f" o:preferrelative="t" stroked="f" coordsize="21600,21600">
            <v:path/>
            <v:fill on="f" focussize="0,0"/>
            <v:stroke on="f" joinstyle="miter"/>
            <v:imagedata r:id="rId1355" o:title="eqIdaa51e0b00ce113a671509f095c20e57f"/>
            <o:lock v:ext="edit" aspectratio="t"/>
            <w10:wrap type="none"/>
            <w10:anchorlock/>
          </v:shape>
        </w:pict>
      </w:r>
      <w:r>
        <w:rPr>
          <w:rFonts w:ascii="新宋体" w:hAnsi="新宋体" w:eastAsia="新宋体" w:cs="新宋体"/>
          <w:color w:val="000000"/>
        </w:rPr>
        <w:t>，无解；</w:t>
      </w:r>
    </w:p>
    <w:p>
      <w:pPr>
        <w:spacing w:line="360" w:lineRule="auto"/>
        <w:jc w:val="both"/>
        <w:textAlignment w:val="center"/>
        <w:rPr>
          <w:color w:val="000000"/>
        </w:rPr>
      </w:pPr>
      <w:r>
        <w:rPr>
          <w:rFonts w:ascii="新宋体" w:hAnsi="新宋体" w:eastAsia="新宋体" w:cs="新宋体"/>
          <w:color w:val="000000"/>
        </w:rPr>
        <w:t>当</w:t>
      </w:r>
      <w:r>
        <w:pict>
          <v:shape id="_x0000_i71619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56" o:title="eqIddad2a36927223bd70f426ba06aea4b45"/>
            <o:lock v:ext="edit" aspectratio="t"/>
            <w10:wrap type="none"/>
            <w10:anchorlock/>
          </v:shape>
        </w:pict>
      </w:r>
      <w:r>
        <w:rPr>
          <w:rFonts w:ascii="新宋体" w:hAnsi="新宋体" w:eastAsia="新宋体" w:cs="新宋体"/>
          <w:color w:val="000000"/>
        </w:rPr>
        <w:t>点在</w:t>
      </w:r>
      <w:r>
        <w:pict>
          <v:shape id="_x0000_i71619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57" o:title="eqId7f9e8449aad35c5d840a3395ea86df6d"/>
            <o:lock v:ext="edit" aspectratio="t"/>
            <w10:wrap type="none"/>
            <w10:anchorlock/>
          </v:shape>
        </w:pict>
      </w:r>
      <w:r>
        <w:rPr>
          <w:rFonts w:ascii="新宋体" w:hAnsi="新宋体" w:eastAsia="新宋体" w:cs="新宋体"/>
          <w:color w:val="000000"/>
        </w:rPr>
        <w:t>点右边时，有</w:t>
      </w:r>
      <w:r>
        <w:pict>
          <v:shape id="_x0000_i716197" o:spt="75" alt="学科网(www.zxxk.com)--教育资源门户，提供试卷、教案、课件、论文、素材以及各类教学资源下载，还有大量而丰富的教学相关资讯！" type="#_x0000_t75" style="height:12pt;width:66pt;" o:ole="t" filled="f" o:preferrelative="t" stroked="f" coordsize="21600,21600">
            <v:path/>
            <v:fill on="f" focussize="0,0"/>
            <v:stroke on="f" joinstyle="miter"/>
            <v:imagedata r:id="rId1358" o:title="eqId505589a8e4e472efd9b74aacfa631d78"/>
            <o:lock v:ext="edit" aspectratio="t"/>
            <w10:wrap type="none"/>
            <w10:anchorlock/>
          </v:shape>
        </w:pict>
      </w:r>
      <w:r>
        <w:rPr>
          <w:rFonts w:ascii="新宋体" w:hAnsi="新宋体" w:eastAsia="新宋体" w:cs="新宋体"/>
          <w:color w:val="000000"/>
        </w:rPr>
        <w:t>，则</w:t>
      </w:r>
      <w:r>
        <w:pict>
          <v:shape id="_x0000_i716198" o:spt="75" alt="学科网(www.zxxk.com)--教育资源门户，提供试卷、教案、课件、论文、素材以及各类教学资源下载，还有大量而丰富的教学相关资讯！" type="#_x0000_t75" style="height:13pt;width:37pt;" o:ole="t" filled="f" o:preferrelative="t" stroked="f" coordsize="21600,21600">
            <v:path/>
            <v:fill on="f" focussize="0,0"/>
            <v:stroke on="f" joinstyle="miter"/>
            <v:imagedata r:id="rId1359" o:title="eqId8825d400f453c5c17a7beeb1cc9a9cf3"/>
            <o:lock v:ext="edit" aspectratio="t"/>
            <w10:wrap type="none"/>
            <w10:anchorlock/>
          </v:shape>
        </w:pict>
      </w:r>
      <w:r>
        <w:rPr>
          <w:rFonts w:ascii="新宋体" w:hAnsi="新宋体" w:eastAsia="新宋体" w:cs="新宋体"/>
          <w:color w:val="000000"/>
        </w:rPr>
        <w:t>，于是</w:t>
      </w:r>
      <w:r>
        <w:pict>
          <v:shape id="_x0000_i71619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56" o:title="eqIddad2a36927223bd70f426ba06aea4b45"/>
            <o:lock v:ext="edit" aspectratio="t"/>
            <w10:wrap type="none"/>
            <w10:anchorlock/>
          </v:shape>
        </w:pict>
      </w:r>
      <w:r>
        <w:rPr>
          <w:rFonts w:ascii="新宋体" w:hAnsi="新宋体" w:eastAsia="新宋体" w:cs="新宋体"/>
          <w:color w:val="000000"/>
        </w:rPr>
        <w:t>为</w:t>
      </w:r>
      <w:r>
        <w:pict>
          <v:shape id="_x0000_i716200"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1360" o:title="eqId247ee91ff275169aa10ef104d580bdab"/>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综上，点</w:t>
      </w:r>
      <w:r>
        <w:pict>
          <v:shape id="_x0000_i71620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361" o:title="eqIddad2a36927223bd70f426ba06aea4b45"/>
            <o:lock v:ext="edit" aspectratio="t"/>
            <w10:wrap type="none"/>
            <w10:anchorlock/>
          </v:shape>
        </w:pict>
      </w:r>
      <w:r>
        <w:rPr>
          <w:rFonts w:ascii="新宋体" w:hAnsi="新宋体" w:eastAsia="新宋体" w:cs="新宋体"/>
          <w:color w:val="000000"/>
        </w:rPr>
        <w:t>在数轴上所对应的数是</w:t>
      </w:r>
      <w:r>
        <w:pict>
          <v:shape id="_x0000_i716202"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1362" o:title="eqId01317332a203c898536b1d0459f51d23"/>
            <o:lock v:ext="edit" aspectratio="t"/>
            <w10:wrap type="none"/>
            <w10:anchorlock/>
          </v:shape>
        </w:pict>
      </w:r>
      <w:r>
        <w:rPr>
          <w:rFonts w:ascii="新宋体" w:hAnsi="新宋体" w:eastAsia="新宋体" w:cs="新宋体"/>
          <w:color w:val="000000"/>
        </w:rPr>
        <w:t>或</w:t>
      </w:r>
      <w:r>
        <w:rPr>
          <w:rFonts w:ascii="Times New Roman" w:hAnsi="Times New Roman" w:eastAsia="Times New Roman" w:cs="Times New Roman"/>
          <w:color w:val="000000"/>
        </w:rPr>
        <w:t>5</w:t>
      </w:r>
      <w:r>
        <w:rPr>
          <w:rFonts w:ascii="新宋体" w:hAnsi="新宋体" w:eastAsia="新宋体" w:cs="新宋体"/>
          <w:color w:val="000000"/>
        </w:rPr>
        <w:t>；</w:t>
      </w:r>
    </w:p>
    <w:p>
      <w:pPr>
        <w:spacing w:line="360" w:lineRule="auto"/>
        <w:jc w:val="both"/>
        <w:textAlignment w:val="center"/>
        <w:rPr>
          <w:color w:val="000000"/>
        </w:rPr>
      </w:pPr>
      <w:r>
        <w:rPr>
          <w:rFonts w:ascii="宋体" w:hAnsi="宋体" w:eastAsia="宋体" w:cs="宋体"/>
          <w:color w:val="000000"/>
        </w:rPr>
        <w:t>②</w:t>
      </w:r>
      <w:r>
        <w:rPr>
          <w:rFonts w:ascii="新宋体" w:hAnsi="新宋体" w:eastAsia="新宋体" w:cs="新宋体"/>
          <w:color w:val="000000"/>
        </w:rPr>
        <w:t>设</w:t>
      </w:r>
      <w:r>
        <w:rPr>
          <w:rFonts w:ascii="Times New Roman" w:hAnsi="Times New Roman" w:eastAsia="Times New Roman" w:cs="Times New Roman"/>
          <w:i/>
          <w:color w:val="000000"/>
        </w:rPr>
        <w:t>A</w:t>
      </w:r>
      <w:r>
        <w:rPr>
          <w:rFonts w:ascii="新宋体" w:hAnsi="新宋体" w:eastAsia="新宋体" w:cs="新宋体"/>
          <w:color w:val="000000"/>
        </w:rPr>
        <w:t>点运动的速度为</w:t>
      </w:r>
      <w:r>
        <w:pict>
          <v:shape id="_x0000_i716203"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363" o:title="eqId36a1b09c653185842513e24ebba60bb3"/>
            <o:lock v:ext="edit" aspectratio="t"/>
            <w10:wrap type="none"/>
            <w10:anchorlock/>
          </v:shape>
        </w:pict>
      </w:r>
      <w:r>
        <w:rPr>
          <w:rFonts w:ascii="新宋体" w:hAnsi="新宋体" w:eastAsia="新宋体" w:cs="新宋体"/>
          <w:color w:val="000000"/>
        </w:rPr>
        <w:t>个单位</w:t>
      </w:r>
      <w:r>
        <w:pict>
          <v:shape id="_x0000_i716204" o:spt="75" alt="学科网(www.zxxk.com)--教育资源门户，提供试卷、教案、课件、论文、素材以及各类教学资源下载，还有大量而丰富的教学相关资讯！" type="#_x0000_t75" style="height:12.75pt;width:6.75pt;" o:ole="t" filled="f" o:preferrelative="t" stroked="f" coordsize="21600,21600">
            <v:path/>
            <v:fill on="f" focussize="0,0"/>
            <v:stroke on="f" joinstyle="miter"/>
            <v:imagedata r:id="rId1364" o:title="eqId4333bb203d02814c146ed587b69ea69d"/>
            <o:lock v:ext="edit" aspectratio="t"/>
            <w10:wrap type="none"/>
            <w10:anchorlock/>
          </v:shape>
        </w:pict>
      </w:r>
      <w:r>
        <w:rPr>
          <w:rFonts w:ascii="新宋体" w:hAnsi="新宋体" w:eastAsia="新宋体" w:cs="新宋体"/>
          <w:color w:val="000000"/>
        </w:rPr>
        <w:t>秒，</w:t>
      </w:r>
    </w:p>
    <w:p>
      <w:pPr>
        <w:spacing w:line="360" w:lineRule="auto"/>
        <w:jc w:val="both"/>
        <w:textAlignment w:val="center"/>
        <w:rPr>
          <w:color w:val="000000"/>
        </w:rPr>
      </w:pPr>
      <w:r>
        <w:pict>
          <v:shape id="_x0000_i716205" o:spt="75" alt="学科网(www.zxxk.com)--教育资源门户，提供试卷、教案、课件、论文、素材以及各类教学资源下载，还有大量而丰富的教学相关资讯！" type="#_x0000_t75" style="height:12pt;width:19pt;" o:ole="t" filled="f" o:preferrelative="t" stroked="f" coordsize="21600,21600">
            <v:path/>
            <v:fill on="f" focussize="0,0"/>
            <v:stroke on="f" joinstyle="miter"/>
            <v:imagedata r:id="rId1365" o:title="eqIde9e4c464ac8cfa27d6e3957d91e214fc"/>
            <o:lock v:ext="edit" aspectratio="t"/>
            <w10:wrap type="none"/>
            <w10:anchorlock/>
          </v:shape>
        </w:pict>
      </w:r>
      <w:r>
        <w:rPr>
          <w:rFonts w:ascii="新宋体" w:hAnsi="新宋体" w:eastAsia="新宋体" w:cs="新宋体"/>
          <w:color w:val="000000"/>
        </w:rPr>
        <w:t>点的速度是</w:t>
      </w:r>
      <w:r>
        <w:pict>
          <v:shape id="_x0000_i71620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66" o:title="eqId7f9e8449aad35c5d840a3395ea86df6d"/>
            <o:lock v:ext="edit" aspectratio="t"/>
            <w10:wrap type="none"/>
            <w10:anchorlock/>
          </v:shape>
        </w:pict>
      </w:r>
      <w:r>
        <w:rPr>
          <w:rFonts w:ascii="新宋体" w:hAnsi="新宋体" w:eastAsia="新宋体" w:cs="新宋体"/>
          <w:color w:val="000000"/>
        </w:rPr>
        <w:t>点速度的</w:t>
      </w:r>
      <w:r>
        <w:rPr>
          <w:rFonts w:ascii="Times New Roman" w:hAnsi="Times New Roman" w:eastAsia="Times New Roman" w:cs="Times New Roman"/>
          <w:color w:val="000000"/>
        </w:rPr>
        <w:t>2</w:t>
      </w:r>
      <w:r>
        <w:rPr>
          <w:rFonts w:ascii="新宋体" w:hAnsi="新宋体" w:eastAsia="新宋体" w:cs="新宋体"/>
          <w:color w:val="000000"/>
        </w:rPr>
        <w:t>倍，且</w:t>
      </w:r>
      <w:r>
        <w:rPr>
          <w:rFonts w:ascii="Times New Roman" w:hAnsi="Times New Roman" w:eastAsia="Times New Roman" w:cs="Times New Roman"/>
          <w:color w:val="000000"/>
        </w:rPr>
        <w:t>3</w:t>
      </w:r>
      <w:r>
        <w:rPr>
          <w:rFonts w:ascii="新宋体" w:hAnsi="新宋体" w:eastAsia="新宋体" w:cs="新宋体"/>
          <w:color w:val="000000"/>
        </w:rPr>
        <w:t>秒后，</w:t>
      </w:r>
      <w:r>
        <w:pict>
          <v:shape id="_x0000_i716207"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1367" o:title="eqId2d3ad78201b2858b555ad2b39aad367b"/>
            <o:lock v:ext="edit" aspectratio="t"/>
            <w10:wrap type="none"/>
            <w10:anchorlock/>
          </v:shape>
        </w:pict>
      </w:r>
    </w:p>
    <w:p>
      <w:pPr>
        <w:spacing w:line="360" w:lineRule="auto"/>
        <w:jc w:val="both"/>
        <w:textAlignment w:val="center"/>
        <w:rPr>
          <w:color w:val="000000"/>
        </w:rPr>
      </w:pPr>
      <w:r>
        <w:rPr>
          <w:rFonts w:ascii="新宋体" w:hAnsi="新宋体" w:eastAsia="新宋体" w:cs="新宋体"/>
          <w:color w:val="000000"/>
        </w:rPr>
        <w:t>当点</w:t>
      </w:r>
      <w:r>
        <w:rPr>
          <w:rFonts w:ascii="Times New Roman" w:hAnsi="Times New Roman" w:eastAsia="Times New Roman" w:cs="Times New Roman"/>
          <w:i/>
          <w:color w:val="000000"/>
        </w:rPr>
        <w:t>A</w:t>
      </w:r>
      <w:r>
        <w:rPr>
          <w:rFonts w:ascii="新宋体" w:hAnsi="新宋体" w:eastAsia="新宋体" w:cs="新宋体"/>
          <w:color w:val="000000"/>
        </w:rPr>
        <w:t>在原点左边时，有</w:t>
      </w:r>
      <w:r>
        <w:pict>
          <v:shape id="_x0000_i716208" o:spt="75" alt="学科网(www.zxxk.com)--教育资源门户，提供试卷、教案、课件、论文、素材以及各类教学资源下载，还有大量而丰富的教学相关资讯！" type="#_x0000_t75" style="height:27.6pt;width:90pt;" o:ole="t" filled="f" o:preferrelative="t" stroked="f" coordsize="21600,21600">
            <v:path/>
            <v:fill on="f" focussize="0,0"/>
            <v:stroke on="f" joinstyle="miter"/>
            <v:imagedata r:id="rId1368" o:title="eqId367c6a9a47b64151c188ebd932e0afa0"/>
            <o:lock v:ext="edit" aspectratio="t"/>
            <w10:wrap type="none"/>
            <w10:anchorlock/>
          </v:shape>
        </w:pict>
      </w:r>
      <w:r>
        <w:rPr>
          <w:rFonts w:ascii="新宋体" w:hAnsi="新宋体" w:eastAsia="新宋体" w:cs="新宋体"/>
          <w:color w:val="000000"/>
        </w:rPr>
        <w:t>，解得，</w:t>
      </w:r>
      <w:r>
        <w:pict>
          <v:shape id="_x0000_i716209"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1369" o:title="eqId9e0b28126fc71f25ea7e92be595b26f3"/>
            <o:lock v:ext="edit" aspectratio="t"/>
            <w10:wrap type="none"/>
            <w10:anchorlock/>
          </v:shape>
        </w:pict>
      </w:r>
    </w:p>
    <w:p>
      <w:pPr>
        <w:spacing w:line="360" w:lineRule="auto"/>
        <w:jc w:val="both"/>
        <w:textAlignment w:val="center"/>
        <w:rPr>
          <w:color w:val="000000"/>
        </w:rPr>
      </w:pPr>
      <w:r>
        <w:rPr>
          <w:rFonts w:ascii="新宋体" w:hAnsi="新宋体" w:eastAsia="新宋体" w:cs="新宋体"/>
          <w:color w:val="000000"/>
        </w:rPr>
        <w:t>当点</w:t>
      </w:r>
      <w:r>
        <w:rPr>
          <w:rFonts w:ascii="Times New Roman" w:hAnsi="Times New Roman" w:eastAsia="Times New Roman" w:cs="Times New Roman"/>
          <w:i/>
          <w:color w:val="000000"/>
        </w:rPr>
        <w:t>A</w:t>
      </w:r>
      <w:r>
        <w:rPr>
          <w:rFonts w:ascii="新宋体" w:hAnsi="新宋体" w:eastAsia="新宋体" w:cs="新宋体"/>
          <w:color w:val="000000"/>
        </w:rPr>
        <w:t>在原点右边时，有</w:t>
      </w:r>
      <w:r>
        <w:pict>
          <v:shape id="_x0000_i716210" o:spt="75" alt="学科网(www.zxxk.com)--教育资源门户，提供试卷、教案、课件、论文、素材以及各类教学资源下载，还有大量而丰富的教学相关资讯！" type="#_x0000_t75" style="height:27.6pt;width:90pt;" o:ole="t" filled="f" o:preferrelative="t" stroked="f" coordsize="21600,21600">
            <v:path/>
            <v:fill on="f" focussize="0,0"/>
            <v:stroke on="f" joinstyle="miter"/>
            <v:imagedata r:id="rId1370" o:title="eqId299f83c5c1e11227dfe5e452e5a0eef4"/>
            <o:lock v:ext="edit" aspectratio="t"/>
            <w10:wrap type="none"/>
            <w10:anchorlock/>
          </v:shape>
        </w:pict>
      </w:r>
      <w:r>
        <w:rPr>
          <w:rFonts w:ascii="新宋体" w:hAnsi="新宋体" w:eastAsia="新宋体" w:cs="新宋体"/>
          <w:color w:val="000000"/>
        </w:rPr>
        <w:t>，解得，</w:t>
      </w:r>
      <w:r>
        <w:pict>
          <v:shape id="_x0000_i716211"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1371" o:title="eqIdf3c35312834c37ed254b50df8a34f74c"/>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621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372" o:title="eqId2de0d10ef8b748d4531250c37c5d3f9e"/>
            <o:lock v:ext="edit" aspectratio="t"/>
            <w10:wrap type="none"/>
            <w10:anchorlock/>
          </v:shape>
        </w:pict>
      </w:r>
      <w:r>
        <w:rPr>
          <w:rFonts w:ascii="新宋体" w:hAnsi="新宋体" w:eastAsia="新宋体" w:cs="新宋体"/>
          <w:color w:val="000000"/>
        </w:rPr>
        <w:t>点</w:t>
      </w:r>
      <w:r>
        <w:rPr>
          <w:rFonts w:ascii="Times New Roman" w:hAnsi="Times New Roman" w:eastAsia="Times New Roman" w:cs="Times New Roman"/>
          <w:i/>
          <w:color w:val="000000"/>
        </w:rPr>
        <w:t>A</w:t>
      </w:r>
      <w:r>
        <w:rPr>
          <w:rFonts w:ascii="新宋体" w:hAnsi="新宋体" w:eastAsia="新宋体" w:cs="新宋体"/>
          <w:color w:val="000000"/>
        </w:rPr>
        <w:t>的速度为</w:t>
      </w:r>
      <w:r>
        <w:pict>
          <v:shape id="_x0000_i716213"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1373" o:title="eqIdbf31876698721a199c7c53c6b320aa86"/>
            <o:lock v:ext="edit" aspectratio="t"/>
            <w10:wrap type="none"/>
            <w10:anchorlock/>
          </v:shape>
        </w:pict>
      </w:r>
      <w:r>
        <w:rPr>
          <w:rFonts w:ascii="新宋体" w:hAnsi="新宋体" w:eastAsia="新宋体" w:cs="新宋体"/>
          <w:color w:val="000000"/>
        </w:rPr>
        <w:t>个单位</w:t>
      </w:r>
      <w:r>
        <w:pict>
          <v:shape id="_x0000_i716214" o:spt="75" alt="学科网(www.zxxk.com)--教育资源门户，提供试卷、教案、课件、论文、素材以及各类教学资源下载，还有大量而丰富的教学相关资讯！" type="#_x0000_t75" style="height:12.75pt;width:6.75pt;" o:ole="t" filled="f" o:preferrelative="t" stroked="f" coordsize="21600,21600">
            <v:path/>
            <v:fill on="f" focussize="0,0"/>
            <v:stroke on="f" joinstyle="miter"/>
            <v:imagedata r:id="rId1374" o:title="eqId4333bb203d02814c146ed587b69ea69d"/>
            <o:lock v:ext="edit" aspectratio="t"/>
            <w10:wrap type="none"/>
            <w10:anchorlock/>
          </v:shape>
        </w:pict>
      </w:r>
      <w:r>
        <w:rPr>
          <w:rFonts w:ascii="新宋体" w:hAnsi="新宋体" w:eastAsia="新宋体" w:cs="新宋体"/>
          <w:color w:val="000000"/>
        </w:rPr>
        <w:t>秒或</w:t>
      </w:r>
      <w:r>
        <w:pict>
          <v:shape id="_x0000_i716215"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1375" o:title="eqId64fc2b875770c100b67c8ad69c44a9df"/>
            <o:lock v:ext="edit" aspectratio="t"/>
            <w10:wrap type="none"/>
            <w10:anchorlock/>
          </v:shape>
        </w:pict>
      </w:r>
      <w:r>
        <w:rPr>
          <w:rFonts w:ascii="新宋体" w:hAnsi="新宋体" w:eastAsia="新宋体" w:cs="新宋体"/>
          <w:color w:val="000000"/>
        </w:rPr>
        <w:t>个单位</w:t>
      </w:r>
      <w:r>
        <w:pict>
          <v:shape id="_x0000_i716216" o:spt="75" alt="学科网(www.zxxk.com)--教育资源门户，提供试卷、教案、课件、论文、素材以及各类教学资源下载，还有大量而丰富的教学相关资讯！" type="#_x0000_t75" style="height:12.75pt;width:6.75pt;" o:ole="t" filled="f" o:preferrelative="t" stroked="f" coordsize="21600,21600">
            <v:path/>
            <v:fill on="f" focussize="0,0"/>
            <v:stroke on="f" joinstyle="miter"/>
            <v:imagedata r:id="rId1374" o:title="eqId4333bb203d02814c146ed587b69ea69d"/>
            <o:lock v:ext="edit" aspectratio="t"/>
            <w10:wrap type="none"/>
            <w10:anchorlock/>
          </v:shape>
        </w:pict>
      </w:r>
      <w:r>
        <w:rPr>
          <w:rFonts w:ascii="新宋体" w:hAnsi="新宋体" w:eastAsia="新宋体" w:cs="新宋体"/>
          <w:color w:val="000000"/>
        </w:rPr>
        <w:t>秒；</w:t>
      </w:r>
    </w:p>
    <w:p>
      <w:pPr>
        <w:spacing w:line="360" w:lineRule="auto"/>
        <w:jc w:val="both"/>
        <w:textAlignment w:val="center"/>
        <w:rPr>
          <w:color w:val="000000"/>
        </w:rPr>
      </w:pPr>
      <w:r>
        <w:rPr>
          <w:rFonts w:ascii="宋体" w:hAnsi="宋体" w:eastAsia="宋体" w:cs="宋体"/>
          <w:color w:val="000000"/>
        </w:rPr>
        <w:t>③</w:t>
      </w:r>
      <w:r>
        <w:rPr>
          <w:rFonts w:ascii="新宋体" w:hAnsi="新宋体" w:eastAsia="新宋体" w:cs="新宋体"/>
          <w:color w:val="000000"/>
        </w:rPr>
        <w:t>由题意可知，当</w:t>
      </w:r>
      <w:r>
        <w:pict>
          <v:shape id="_x0000_i71621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376" o:title="eqIdac047e91852b91af639feec23a9598b2"/>
            <o:lock v:ext="edit" aspectratio="t"/>
            <w10:wrap type="none"/>
            <w10:anchorlock/>
          </v:shape>
        </w:pict>
      </w:r>
      <w:r>
        <w:rPr>
          <w:rFonts w:ascii="新宋体" w:hAnsi="新宋体" w:eastAsia="新宋体" w:cs="新宋体"/>
          <w:color w:val="000000"/>
        </w:rPr>
        <w:t>点在</w:t>
      </w:r>
      <w:r>
        <w:pict>
          <v:shape id="_x0000_i71621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377" o:title="eqIdf52a58fbaf4fea03567e88a9f0f6e37e"/>
            <o:lock v:ext="edit" aspectratio="t"/>
            <w10:wrap type="none"/>
            <w10:anchorlock/>
          </v:shape>
        </w:pict>
      </w:r>
      <w:r>
        <w:rPr>
          <w:rFonts w:ascii="新宋体" w:hAnsi="新宋体" w:eastAsia="新宋体" w:cs="新宋体"/>
          <w:color w:val="000000"/>
        </w:rPr>
        <w:t>上，（不包括</w:t>
      </w:r>
      <w:r>
        <w:rPr>
          <w:rFonts w:ascii="Times New Roman" w:hAnsi="Times New Roman" w:eastAsia="Times New Roman" w:cs="Times New Roman"/>
          <w:i/>
          <w:color w:val="000000"/>
        </w:rPr>
        <w:t>A</w:t>
      </w:r>
      <w:r>
        <w:rPr>
          <w:rFonts w:ascii="新宋体" w:hAnsi="新宋体" w:eastAsia="新宋体" w:cs="新宋体"/>
          <w:color w:val="000000"/>
        </w:rPr>
        <w:t>，</w:t>
      </w:r>
      <w:r>
        <w:pict>
          <v:shape id="_x0000_i71621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378" o:title="eqId7f9e8449aad35c5d840a3395ea86df6d"/>
            <o:lock v:ext="edit" aspectratio="t"/>
            <w10:wrap type="none"/>
            <w10:anchorlock/>
          </v:shape>
        </w:pict>
      </w:r>
      <w:r>
        <w:rPr>
          <w:rFonts w:ascii="新宋体" w:hAnsi="新宋体" w:eastAsia="新宋体" w:cs="新宋体"/>
          <w:color w:val="000000"/>
        </w:rPr>
        <w:t>点），则存在唯一一点</w:t>
      </w:r>
      <w:r>
        <w:pict>
          <v:shape id="_x0000_i716220"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376" o:title="eqIdac047e91852b91af639feec23a9598b2"/>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可得</w:t>
      </w:r>
      <w:r>
        <w:pict>
          <v:shape id="_x0000_i716221" o:spt="75" alt="学科网(www.zxxk.com)--教育资源门户，提供试卷、教案、课件、论文、素材以及各类教学资源下载，还有大量而丰富的教学相关资讯！" type="#_x0000_t75" style="height:12.6pt;width:48.6pt;" o:ole="t" filled="f" o:preferrelative="t" stroked="f" coordsize="21600,21600">
            <v:path/>
            <v:fill on="f" focussize="0,0"/>
            <v:stroke on="f" joinstyle="miter"/>
            <v:imagedata r:id="rId1379" o:title="eqId4ac1d159831334269009c157ba48f112"/>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rFonts w:ascii="新宋体" w:hAnsi="新宋体" w:eastAsia="新宋体" w:cs="新宋体"/>
          <w:color w:val="000000"/>
        </w:rPr>
        <w:t>故答案为：</w:t>
      </w:r>
      <w:r>
        <w:pict>
          <v:shape id="_x0000_i716222" o:spt="75" alt="学科网(www.zxxk.com)--教育资源门户，提供试卷、教案、课件、论文、素材以及各类教学资源下载，还有大量而丰富的教学相关资讯！" type="#_x0000_t75" style="height:12.6pt;width:48.6pt;" o:ole="t" filled="f" o:preferrelative="t" stroked="f" coordsize="21600,21600">
            <v:path/>
            <v:fill on="f" focussize="0,0"/>
            <v:stroke on="f" joinstyle="miter"/>
            <v:imagedata r:id="rId1380" o:title="eqId4ac1d159831334269009c157ba48f112"/>
            <o:lock v:ext="edit" aspectratio="t"/>
            <w10:wrap type="none"/>
            <w10:anchorlock/>
          </v:shape>
        </w:pict>
      </w:r>
      <w:r>
        <w:rPr>
          <w:rFonts w:ascii="新宋体" w:hAnsi="新宋体" w:eastAsia="新宋体" w:cs="新宋体"/>
          <w:color w:val="000000"/>
        </w:rPr>
        <w:t>．</w:t>
      </w:r>
    </w:p>
    <w:p>
      <w:pPr>
        <w:spacing w:line="360" w:lineRule="auto"/>
        <w:jc w:val="left"/>
        <w:textAlignment w:val="center"/>
        <w:rPr>
          <w:color w:val="000000"/>
        </w:rPr>
      </w:pPr>
      <w:r>
        <w:rPr>
          <w:color w:val="000000"/>
        </w:rPr>
        <w:t>【点睛】</w:t>
      </w:r>
      <w:r>
        <w:rPr>
          <w:rFonts w:ascii="新宋体" w:hAnsi="新宋体" w:eastAsia="新宋体" w:cs="新宋体"/>
          <w:color w:val="000000"/>
        </w:rPr>
        <w:t>本题主要考查了新定义，数轴，两点间的距离，一元一次方程的应用，关键是正确理解新定义，把新的知识转化为常规知识进行解答．</w:t>
      </w:r>
    </w:p>
    <w:p>
      <w:pPr>
        <w:pStyle w:val="Heading2"/>
      </w:pPr>
      <w:r>
        <w:t>中国人民大学附属中学朝阳学校</w:t>
      </w:r>
    </w:p>
    <w:p>
      <w:pPr>
        <w:spacing w:line="360" w:lineRule="auto"/>
        <w:jc w:val="left"/>
        <w:textAlignment w:val="center"/>
        <w:rPr>
          <w:color w:val="000000"/>
        </w:rPr>
      </w:pPr>
      <w:r>
        <w:rPr>
          <w:color w:val="000000"/>
        </w:rPr>
        <w:t xml:space="preserve">25. </w:t>
      </w:r>
      <w:r>
        <w:rPr>
          <w:rFonts w:ascii="宋体" w:hAnsi="宋体" w:eastAsia="宋体" w:cs="宋体"/>
          <w:color w:val="000000"/>
        </w:rPr>
        <w:t>如图是两块长方形框架材料，已知长都是</w:t>
      </w:r>
      <w:r>
        <w:rPr>
          <w:rFonts w:ascii="Times New Roman" w:hAnsi="Times New Roman" w:eastAsia="Times New Roman" w:cs="Times New Roman"/>
          <w:i/>
          <w:color w:val="000000"/>
        </w:rPr>
        <w:t>y</w:t>
      </w:r>
      <w:r>
        <w:rPr>
          <w:rFonts w:ascii="宋体" w:hAnsi="宋体" w:eastAsia="宋体" w:cs="宋体"/>
          <w:color w:val="000000"/>
        </w:rPr>
        <w:t>米，宽都是</w:t>
      </w:r>
      <w:r>
        <w:rPr>
          <w:rFonts w:ascii="Times New Roman" w:hAnsi="Times New Roman" w:eastAsia="Times New Roman" w:cs="Times New Roman"/>
          <w:i/>
          <w:color w:val="000000"/>
        </w:rPr>
        <w:t>x</w:t>
      </w:r>
      <w:r>
        <w:rPr>
          <w:rFonts w:ascii="宋体" w:hAnsi="宋体" w:eastAsia="宋体" w:cs="宋体"/>
          <w:color w:val="000000"/>
        </w:rPr>
        <w:t>米，若用户需①型的材料</w:t>
      </w:r>
      <w:r>
        <w:rPr>
          <w:rFonts w:ascii="Times New Roman" w:hAnsi="Times New Roman" w:eastAsia="Times New Roman" w:cs="Times New Roman"/>
          <w:color w:val="000000"/>
        </w:rPr>
        <w:t>2</w:t>
      </w:r>
      <w:r>
        <w:rPr>
          <w:rFonts w:ascii="宋体" w:hAnsi="宋体" w:eastAsia="宋体" w:cs="宋体"/>
          <w:color w:val="000000"/>
        </w:rPr>
        <w:t>个，②型的材料</w:t>
      </w:r>
      <w:r>
        <w:rPr>
          <w:rFonts w:ascii="Times New Roman" w:hAnsi="Times New Roman" w:eastAsia="Times New Roman" w:cs="Times New Roman"/>
          <w:color w:val="000000"/>
        </w:rPr>
        <w:t>2</w:t>
      </w:r>
      <w:r>
        <w:rPr>
          <w:rFonts w:ascii="宋体" w:hAnsi="宋体" w:eastAsia="宋体" w:cs="宋体"/>
          <w:color w:val="000000"/>
        </w:rPr>
        <w:t>个．</w:t>
      </w:r>
    </w:p>
    <w:p>
      <w:pPr>
        <w:spacing w:line="360" w:lineRule="auto"/>
        <w:jc w:val="left"/>
        <w:textAlignment w:val="center"/>
        <w:rPr>
          <w:color w:val="000000"/>
        </w:rPr>
      </w:pPr>
      <w:r>
        <w:rPr>
          <w:color w:val="000000"/>
        </w:rPr>
        <w:drawing>
          <wp:inline distT="0" distB="0" distL="114300" distR="114300">
            <wp:extent cx="1876425" cy="1352550"/>
            <wp:effectExtent l="0" t="0" r="0" b="0"/>
            <wp:docPr id="3641"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 name="图片 100019" descr="学科网(www.zxxk.com)--教育资源门户，提供试卷、教案、课件、论文、素材以及各类教学资源下载，还有大量而丰富的教学相关资讯！"/>
                    <pic:cNvPicPr>
                      <a:picLocks noChangeAspect="1"/>
                    </pic:cNvPicPr>
                  </pic:nvPicPr>
                  <pic:blipFill>
                    <a:blip r:embed="rId1381"/>
                    <a:stretch>
                      <a:fillRect/>
                    </a:stretch>
                  </pic:blipFill>
                  <pic:spPr>
                    <a:xfrm>
                      <a:off x="0" y="0"/>
                      <a:ext cx="1876425" cy="1352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该用户共需材料的长度为</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rPr>
        <w:t>米（用含</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的式子表示）．</w:t>
      </w:r>
    </w:p>
    <w:p>
      <w:pPr>
        <w:spacing w:line="360" w:lineRule="auto"/>
        <w:jc w:val="left"/>
        <w:textAlignment w:val="center"/>
        <w:rPr>
          <w:color w:val="000000"/>
        </w:rPr>
      </w:pPr>
      <w:r>
        <w:rPr>
          <w:color w:val="000000"/>
        </w:rPr>
        <w:t>（2）</w:t>
      </w:r>
      <w:r>
        <w:rPr>
          <w:rFonts w:ascii="宋体" w:hAnsi="宋体" w:eastAsia="宋体" w:cs="宋体"/>
          <w:color w:val="000000"/>
        </w:rPr>
        <w:t>若</w:t>
      </w:r>
      <w:r>
        <w:rPr>
          <w:rFonts w:ascii="Times New Roman" w:hAnsi="Times New Roman" w:eastAsia="Times New Roman" w:cs="Times New Roman"/>
          <w:color w:val="000000"/>
        </w:rPr>
        <w:t>1</w:t>
      </w:r>
      <w:r>
        <w:rPr>
          <w:rFonts w:ascii="宋体" w:hAnsi="宋体" w:eastAsia="宋体" w:cs="宋体"/>
          <w:color w:val="000000"/>
        </w:rPr>
        <w:t>米材料的平均费用为</w:t>
      </w:r>
      <w:r>
        <w:rPr>
          <w:rFonts w:ascii="Times New Roman" w:hAnsi="Times New Roman" w:eastAsia="Times New Roman" w:cs="Times New Roman"/>
          <w:color w:val="000000"/>
        </w:rPr>
        <w:t>10</w:t>
      </w:r>
      <w:r>
        <w:rPr>
          <w:rFonts w:ascii="宋体" w:hAnsi="宋体" w:eastAsia="宋体" w:cs="宋体"/>
          <w:color w:val="000000"/>
        </w:rPr>
        <w:t>元，求当</w:t>
      </w:r>
      <w:r>
        <w:pict>
          <v:shape id="_x0000_i716223" o:spt="75" alt="学科网(www.zxxk.com)--教育资源门户，提供试卷、教案、课件、论文、素材以及各类教学资源下载，还有大量而丰富的教学相关资讯！" type="#_x0000_t75" style="height:15.75pt;width:62.25pt;" o:ole="t" filled="f" o:preferrelative="t" stroked="f" coordsize="21600,21600">
            <v:path/>
            <v:fill on="f" focussize="0,0"/>
            <v:stroke on="f" joinstyle="miter"/>
            <v:imagedata r:id="rId1382" o:title="eqIdf43004a8e14d38340399083e0409e91f"/>
            <o:lock v:ext="edit" aspectratio="t"/>
            <w10:wrap type="none"/>
            <w10:anchorlock/>
          </v:shape>
        </w:pict>
      </w:r>
      <w:r>
        <w:rPr>
          <w:rFonts w:ascii="宋体" w:hAnsi="宋体" w:eastAsia="宋体" w:cs="宋体"/>
          <w:color w:val="000000"/>
        </w:rPr>
        <w:t>时，该用户所需材料的总费用为多少元？</w:t>
      </w:r>
    </w:p>
    <w:p>
      <w:pPr>
        <w:spacing w:line="360" w:lineRule="auto"/>
        <w:textAlignment w:val="center"/>
        <w:rPr>
          <w:color w:val="000000"/>
        </w:rPr>
      </w:pPr>
      <w:r>
        <w:rPr>
          <w:color w:val="2E75B6"/>
        </w:rPr>
        <w:t>【答案】</w:t>
      </w:r>
      <w:r>
        <w:rPr>
          <w:color w:val="000000"/>
        </w:rPr>
        <w:t>（1）</w:t>
      </w:r>
      <w:r>
        <w:pict>
          <v:shape id="_x0000_i716224" o:spt="75" alt="学科网(www.zxxk.com)--教育资源门户，提供试卷、教案、课件、论文、素材以及各类教学资源下载，还有大量而丰富的教学相关资讯！" type="#_x0000_t75" style="height:19.5pt;width:54.5pt;" o:ole="t" filled="f" o:preferrelative="t" stroked="f" coordsize="21600,21600">
            <v:path/>
            <v:fill on="f" focussize="0,0"/>
            <v:stroke on="f" joinstyle="miter"/>
            <v:imagedata r:id="rId1383" o:title="eqId19dd76884741e51e02cb318bb7cb7710"/>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440</w:t>
      </w:r>
      <w:r>
        <w:rPr>
          <w:rFonts w:ascii="宋体" w:hAnsi="宋体" w:eastAsia="宋体" w:cs="宋体"/>
          <w:color w:val="000000"/>
        </w:rPr>
        <w:t>元</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本题考查了求代数式的值，列代数式的应用；</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）根据题意列出算式，去掉括号后合并即可；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）代入求出总长度，再乘以</w:t>
      </w:r>
      <w:r>
        <w:rPr>
          <w:rFonts w:ascii="Times New Roman" w:hAnsi="Times New Roman" w:eastAsia="Times New Roman" w:cs="Times New Roman"/>
          <w:color w:val="000000"/>
        </w:rPr>
        <w:t>10</w:t>
      </w:r>
      <w:r>
        <w:rPr>
          <w:rFonts w:ascii="宋体" w:hAnsi="宋体" w:eastAsia="宋体" w:cs="宋体"/>
          <w:color w:val="000000"/>
        </w:rPr>
        <w:t>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共需材料的长度为：</w:t>
      </w:r>
      <w:r>
        <w:pict>
          <v:shape id="_x0000_i716225" o:spt="75" alt="学科网(www.zxxk.com)--教育资源门户，提供试卷、教案、课件、论文、素材以及各类教学资源下载，还有大量而丰富的教学相关资讯！" type="#_x0000_t75" style="height:20.25pt;width:180.75pt;" o:ole="t" filled="f" o:preferrelative="t" stroked="f" coordsize="21600,21600">
            <v:path/>
            <v:fill on="f" focussize="0,0"/>
            <v:stroke on="f" joinstyle="miter"/>
            <v:imagedata r:id="rId1384" o:title="eqId7d90e058b7d6c8b27a7f16bdd1bfa1a8"/>
            <o:lock v:ext="edit" aspectratio="t"/>
            <w10:wrap type="none"/>
            <w10:anchorlock/>
          </v:shape>
        </w:pict>
      </w:r>
      <w:r>
        <w:rPr>
          <w:rFonts w:ascii="宋体" w:hAnsi="宋体" w:eastAsia="宋体" w:cs="宋体"/>
          <w:color w:val="000000"/>
        </w:rPr>
        <w:t>米．</w:t>
      </w:r>
    </w:p>
    <w:p>
      <w:pPr>
        <w:spacing w:line="360" w:lineRule="auto"/>
        <w:jc w:val="left"/>
        <w:textAlignment w:val="center"/>
        <w:rPr>
          <w:color w:val="000000"/>
        </w:rPr>
      </w:pPr>
      <w:r>
        <w:rPr>
          <w:rFonts w:ascii="宋体" w:hAnsi="宋体" w:eastAsia="宋体" w:cs="宋体"/>
          <w:color w:val="000000"/>
        </w:rPr>
        <w:t>故答案为：</w:t>
      </w:r>
      <w:r>
        <w:pict>
          <v:shape id="_x0000_i716226" o:spt="75" alt="学科网(www.zxxk.com)--教育资源门户，提供试卷、教案、课件、论文、素材以及各类教学资源下载，还有大量而丰富的教学相关资讯！" type="#_x0000_t75" style="height:19.5pt;width:54.5pt;" o:ole="t" filled="f" o:preferrelative="t" stroked="f" coordsize="21600,21600">
            <v:path/>
            <v:fill on="f" focussize="0,0"/>
            <v:stroke on="f" joinstyle="miter"/>
            <v:imagedata r:id="rId1385" o:title="eqId19dd76884741e51e02cb318bb7cb771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米材料的平均费用为</w:t>
      </w:r>
      <w:r>
        <w:rPr>
          <w:rFonts w:ascii="Times New Roman" w:hAnsi="Times New Roman" w:eastAsia="Times New Roman" w:cs="Times New Roman"/>
          <w:color w:val="000000"/>
        </w:rPr>
        <w:t>10</w:t>
      </w:r>
      <w:r>
        <w:rPr>
          <w:rFonts w:ascii="宋体" w:hAnsi="宋体" w:eastAsia="宋体" w:cs="宋体"/>
          <w:color w:val="000000"/>
        </w:rPr>
        <w:t>元，</w:t>
      </w:r>
      <w:r>
        <w:pict>
          <v:shape id="_x0000_i716227" o:spt="75" alt="学科网(www.zxxk.com)--教育资源门户，提供试卷、教案、课件、论文、素材以及各类教学资源下载，还有大量而丰富的教学相关资讯！" type="#_x0000_t75" style="height:15.75pt;width:62.25pt;" o:ole="t" filled="f" o:preferrelative="t" stroked="f" coordsize="21600,21600">
            <v:path/>
            <v:fill on="f" focussize="0,0"/>
            <v:stroke on="f" joinstyle="miter"/>
            <v:imagedata r:id="rId1386" o:title="eqIdf43004a8e14d38340399083e0409e91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∴铝合金的总费用为</w:t>
      </w:r>
      <w:r>
        <w:pict>
          <v:shape id="_x0000_i716228" o:spt="75" alt="学科网(www.zxxk.com)--教育资源门户，提供试卷、教案、课件、论文、素材以及各类教学资源下载，还有大量而丰富的教学相关资讯！" type="#_x0000_t75" style="height:19.9pt;width:120.25pt;" o:ole="t" filled="f" o:preferrelative="t" stroked="f" coordsize="21600,21600">
            <v:path/>
            <v:fill on="f" focussize="0,0"/>
            <v:stroke on="f" joinstyle="miter"/>
            <v:imagedata r:id="rId1387" o:title="eqId02cb105accc6b8289b277775f798f8d3"/>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color w:val="000000"/>
        </w:rPr>
        <w:t xml:space="preserve">26. </w:t>
      </w:r>
      <w:r>
        <w:rPr>
          <w:rFonts w:ascii="宋体" w:hAnsi="宋体" w:eastAsia="宋体" w:cs="宋体"/>
          <w:color w:val="000000"/>
        </w:rPr>
        <w:t>阅读材料：小兰在学习数轴时发现：若点</w:t>
      </w:r>
      <w:r>
        <w:pict>
          <v:shape id="_x0000_i71622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388" o:title="eqIdd6c2c469e50b231ff7667fbc96c19ccc"/>
            <o:lock v:ext="edit" aspectratio="t"/>
            <w10:wrap type="none"/>
            <w10:anchorlock/>
          </v:shape>
        </w:pict>
      </w:r>
      <w:r>
        <w:rPr>
          <w:rFonts w:ascii="宋体" w:hAnsi="宋体" w:eastAsia="宋体" w:cs="宋体"/>
          <w:color w:val="000000"/>
        </w:rPr>
        <w:t>表示的数分别为</w:t>
      </w:r>
      <w:r>
        <w:pict>
          <v:shape id="_x0000_i71623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389"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，则线段</w:t>
      </w:r>
      <w:r>
        <w:pict>
          <v:shape id="_x0000_i716231"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1390" o:title="eqIdaa29fe6cd9eb51c184f6299d437375cb"/>
            <o:lock v:ext="edit" aspectratio="t"/>
            <w10:wrap type="none"/>
            <w10:anchorlock/>
          </v:shape>
        </w:pict>
      </w:r>
      <w:r>
        <w:rPr>
          <w:rFonts w:ascii="宋体" w:hAnsi="宋体" w:eastAsia="宋体" w:cs="宋体"/>
          <w:color w:val="000000"/>
        </w:rPr>
        <w:t>的长度可以这样计算：</w:t>
      </w:r>
      <w:r>
        <w:pict>
          <v:shape id="_x0000_i716232" o:spt="75" alt="学科网(www.zxxk.com)--教育资源门户，提供试卷、教案、课件、论文、素材以及各类教学资源下载，还有大量而丰富的教学相关资讯！" type="#_x0000_t75" style="height:20.4pt;width:53.4pt;" o:ole="t" filled="f" o:preferrelative="t" stroked="f" coordsize="21600,21600">
            <v:path/>
            <v:fill on="f" focussize="0,0"/>
            <v:stroke on="f" joinstyle="miter"/>
            <v:imagedata r:id="rId1391" o:title="eqId8a653fd36a5a4c12d9ff195d2fb6cc5d"/>
            <o:lock v:ext="edit" aspectratio="t"/>
            <w10:wrap type="none"/>
            <w10:anchorlock/>
          </v:shape>
        </w:pict>
      </w:r>
      <w:r>
        <w:rPr>
          <w:rFonts w:ascii="宋体" w:hAnsi="宋体" w:eastAsia="宋体" w:cs="宋体"/>
          <w:color w:val="000000"/>
        </w:rPr>
        <w:t>或</w:t>
      </w:r>
      <w:r>
        <w:pict>
          <v:shape id="_x0000_i716233" o:spt="75" alt="学科网(www.zxxk.com)--教育资源门户，提供试卷、教案、课件、论文、素材以及各类教学资源下载，还有大量而丰富的教学相关资讯！" type="#_x0000_t75" style="height:21.75pt;width:62.25pt;" o:ole="t" filled="f" o:preferrelative="t" stroked="f" coordsize="21600,21600">
            <v:path/>
            <v:fill on="f" focussize="0,0"/>
            <v:stroke on="f" joinstyle="miter"/>
            <v:imagedata r:id="rId1392" o:title="eqId2ae1a0e6e2475da6ec31cb51031913fc"/>
            <o:lock v:ext="edit" aspectratio="t"/>
            <w10:wrap type="none"/>
            <w10:anchorlock/>
          </v:shape>
        </w:pict>
      </w:r>
      <w:r>
        <w:rPr>
          <w:rFonts w:ascii="宋体" w:hAnsi="宋体" w:eastAsia="宋体" w:cs="宋体"/>
          <w:color w:val="000000"/>
        </w:rPr>
        <w:t>，那么当点</w:t>
      </w:r>
      <w:r>
        <w:pict>
          <v:shape id="_x0000_i71623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388" o:title="eqIdd6c2c469e50b231ff7667fbc96c19ccc"/>
            <o:lock v:ext="edit" aspectratio="t"/>
            <w10:wrap type="none"/>
            <w10:anchorlock/>
          </v:shape>
        </w:pict>
      </w:r>
      <w:r>
        <w:rPr>
          <w:rFonts w:ascii="宋体" w:hAnsi="宋体" w:eastAsia="宋体" w:cs="宋体"/>
          <w:color w:val="000000"/>
        </w:rPr>
        <w:t>表示的数分别为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时，线段</w:t>
      </w:r>
      <w:r>
        <w:pict>
          <v:shape id="_x0000_i716235"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1390" o:title="eqIdaa29fe6cd9eb51c184f6299d437375cb"/>
            <o:lock v:ext="edit" aspectratio="t"/>
            <w10:wrap type="none"/>
            <w10:anchorlock/>
          </v:shape>
        </w:pict>
      </w:r>
      <w:r>
        <w:rPr>
          <w:rFonts w:ascii="宋体" w:hAnsi="宋体" w:eastAsia="宋体" w:cs="宋体"/>
          <w:color w:val="000000"/>
        </w:rPr>
        <w:t>的长度可以表示为</w:t>
      </w:r>
      <w:r>
        <w:pict>
          <v:shape id="_x0000_i716236"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1393" o:title="eqIdae9dd56551121a5b88be4dc6910c9ec0"/>
            <o:lock v:ext="edit" aspectratio="t"/>
            <w10:wrap type="none"/>
            <w10:anchorlock/>
          </v:shape>
        </w:pict>
      </w:r>
      <w:r>
        <w:rPr>
          <w:rFonts w:ascii="宋体" w:hAnsi="宋体" w:eastAsia="宋体" w:cs="宋体"/>
          <w:color w:val="000000"/>
        </w:rPr>
        <w:t>或</w:t>
      </w:r>
      <w:r>
        <w:pict>
          <v:shape id="_x0000_i716237" o:spt="75" alt="学科网(www.zxxk.com)--教育资源门户，提供试卷、教案、课件、论文、素材以及各类教学资源下载，还有大量而丰富的教学相关资讯！" type="#_x0000_t75" style="height:21.75pt;width:36pt;" o:ole="t" filled="f" o:preferrelative="t" stroked="f" coordsize="21600,21600">
            <v:path/>
            <v:fill on="f" focussize="0,0"/>
            <v:stroke on="f" joinstyle="miter"/>
            <v:imagedata r:id="rId1394" o:title="eqIde99c4d1ecc1784de3a8050bac0f1d89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请你参考小兰的发现，解决下面的问题．</w:t>
      </w:r>
    </w:p>
    <w:p>
      <w:pPr>
        <w:spacing w:line="360" w:lineRule="auto"/>
        <w:jc w:val="left"/>
        <w:textAlignment w:val="center"/>
        <w:rPr>
          <w:color w:val="000000"/>
        </w:rPr>
      </w:pPr>
      <w:r>
        <w:rPr>
          <w:rFonts w:ascii="宋体" w:hAnsi="宋体" w:eastAsia="宋体" w:cs="宋体"/>
          <w:color w:val="000000"/>
        </w:rPr>
        <w:t>在数轴上，点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分别表示数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．给出如下定义：若</w:t>
      </w:r>
      <w:r>
        <w:pict>
          <v:shape id="_x0000_i716238" o:spt="75" alt="学科网(www.zxxk.com)--教育资源门户，提供试卷、教案、课件、论文、素材以及各类教学资源下载，还有大量而丰富的教学相关资讯！" type="#_x0000_t75" style="height:19.5pt;width:75.75pt;" o:ole="t" filled="f" o:preferrelative="t" stroked="f" coordsize="21600,21600">
            <v:path/>
            <v:fill on="f" focussize="0,0"/>
            <v:stroke on="f" joinstyle="miter"/>
            <v:imagedata r:id="rId1395" o:title="eqId138eb2ca07fd304269a945f25b3e8afb"/>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B</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的双倍绝对点．</w:t>
      </w:r>
    </w:p>
    <w:p>
      <w:pPr>
        <w:spacing w:line="360" w:lineRule="auto"/>
        <w:jc w:val="left"/>
        <w:textAlignment w:val="center"/>
        <w:rPr>
          <w:color w:val="000000"/>
        </w:rPr>
      </w:pPr>
      <w:r>
        <w:rPr>
          <w:color w:val="000000"/>
        </w:rPr>
        <w:drawing>
          <wp:inline distT="0" distB="0" distL="114300" distR="114300">
            <wp:extent cx="5086350" cy="571500"/>
            <wp:effectExtent l="0" t="0" r="0" b="0"/>
            <wp:docPr id="3643"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 name="图片 100021" descr="学科网(www.zxxk.com)--教育资源门户，提供试卷、教案、课件、论文、素材以及各类教学资源下载，还有大量而丰富的教学相关资讯！"/>
                    <pic:cNvPicPr>
                      <a:picLocks noChangeAspect="1"/>
                    </pic:cNvPicPr>
                  </pic:nvPicPr>
                  <pic:blipFill>
                    <a:blip r:embed="rId1396"/>
                    <a:stretch>
                      <a:fillRect/>
                    </a:stretch>
                  </pic:blipFill>
                  <pic:spPr>
                    <a:xfrm>
                      <a:off x="0" y="0"/>
                      <a:ext cx="5086350" cy="571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r>
        <w:pict>
          <v:shape id="_x0000_i716239" o:spt="75" alt="学科网(www.zxxk.com)--教育资源门户，提供试卷、教案、课件、论文、素材以及各类教学资源下载，还有大量而丰富的教学相关资讯！" type="#_x0000_t75" style="height:12.75pt;width:30pt;" o:ole="t" filled="f" o:preferrelative="t" stroked="f" coordsize="21600,21600">
            <v:path/>
            <v:fill on="f" focussize="0,0"/>
            <v:stroke on="f" joinstyle="miter"/>
            <v:imagedata r:id="rId1397" o:title="eqId6b108ab31cc093f03cf48ad65429889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若</w:t>
      </w:r>
      <w:r>
        <w:pict>
          <v:shape id="_x0000_i71624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398" o:title="eqId6de1d395e6c48c0676a1488a299479d9"/>
            <o:lock v:ext="edit" aspectratio="t"/>
            <w10:wrap type="none"/>
            <w10:anchorlock/>
          </v:shape>
        </w:pict>
      </w:r>
      <w:r>
        <w:rPr>
          <w:rFonts w:ascii="宋体" w:hAnsi="宋体" w:eastAsia="宋体" w:cs="宋体"/>
          <w:color w:val="000000"/>
        </w:rPr>
        <w:t>，点</w:t>
      </w:r>
      <w:r>
        <w:pict>
          <v:shape id="_x0000_i716241"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399" o:title="eqId411f17e4cec08776596dc208a228f920"/>
            <o:lock v:ext="edit" aspectratio="t"/>
            <w10:wrap type="none"/>
            <w10:anchorlock/>
          </v:shape>
        </w:pict>
      </w:r>
      <w:r>
        <w:rPr>
          <w:rFonts w:ascii="宋体" w:hAnsi="宋体" w:eastAsia="宋体" w:cs="宋体"/>
          <w:color w:val="000000"/>
        </w:rPr>
        <w:t>在数轴上分别表示数</w:t>
      </w:r>
      <w:r>
        <w:pict>
          <v:shape id="_x0000_i716242"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400"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，在这三个点中，点</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rPr>
        <w:t>是点</w:t>
      </w:r>
      <w:r>
        <w:pict>
          <v:shape id="_x0000_i716243"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401" o:title="eqId434ed6ba5baf9fe90326f63449f1c27d"/>
            <o:lock v:ext="edit" aspectratio="t"/>
            <w10:wrap type="none"/>
            <w10:anchorlock/>
          </v:shape>
        </w:pict>
      </w:r>
      <w:r>
        <w:rPr>
          <w:rFonts w:ascii="宋体" w:hAnsi="宋体" w:eastAsia="宋体" w:cs="宋体"/>
          <w:color w:val="000000"/>
        </w:rPr>
        <w:t>的双倍绝对点；</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若</w:t>
      </w:r>
      <w:r>
        <w:rPr>
          <w:rFonts w:ascii="Times New Roman" w:hAnsi="Times New Roman" w:eastAsia="Times New Roman" w:cs="Times New Roman"/>
          <w:i/>
          <w:color w:val="000000"/>
        </w:rPr>
        <w:t>B</w:t>
      </w:r>
      <w:r>
        <w:rPr>
          <w:rFonts w:ascii="宋体" w:hAnsi="宋体" w:eastAsia="宋体" w:cs="宋体"/>
          <w:color w:val="000000"/>
        </w:rPr>
        <w:t>是</w:t>
      </w:r>
      <w:r>
        <w:pict>
          <v:shape id="_x0000_i716244"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402" o:title="eqId434ed6ba5baf9fe90326f63449f1c27d"/>
            <o:lock v:ext="edit" aspectratio="t"/>
            <w10:wrap type="none"/>
            <w10:anchorlock/>
          </v:shape>
        </w:pict>
      </w:r>
      <w:r>
        <w:rPr>
          <w:rFonts w:ascii="宋体" w:hAnsi="宋体" w:eastAsia="宋体" w:cs="宋体"/>
          <w:color w:val="000000"/>
        </w:rPr>
        <w:t>的双倍绝对点，且</w:t>
      </w:r>
      <w:r>
        <w:pict>
          <v:shape id="_x0000_i716245" o:spt="75" alt="学科网(www.zxxk.com)--教育资源门户，提供试卷、教案、课件、论文、素材以及各类教学资源下载，还有大量而丰富的教学相关资讯！" type="#_x0000_t75" style="height:20pt;width:48pt;" o:ole="t" filled="f" o:preferrelative="t" stroked="f" coordsize="21600,21600">
            <v:path/>
            <v:fill on="f" focussize="0,0"/>
            <v:stroke on="f" joinstyle="miter"/>
            <v:imagedata r:id="rId1403" o:title="eqIdaadb3885f4f2a3c2bf493a6380304de7"/>
            <o:lock v:ext="edit" aspectratio="t"/>
            <w10:wrap type="none"/>
            <w10:anchorlock/>
          </v:shape>
        </w:pict>
      </w:r>
      <w:r>
        <w:rPr>
          <w:rFonts w:ascii="宋体" w:hAnsi="宋体" w:eastAsia="宋体" w:cs="宋体"/>
          <w:color w:val="000000"/>
        </w:rPr>
        <w:t>，则</w:t>
      </w:r>
      <w:r>
        <w:pict>
          <v:shape id="_x0000_i716246"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1404" o:title="eqId5ccd4162c7d09f970cb77cadacdbe521"/>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6247" o:spt="75" alt="学科网(www.zxxk.com)--教育资源门户，提供试卷、教案、课件、论文、素材以及各类教学资源下载，还有大量而丰富的教学相关资讯！" type="#_x0000_t75" style="height:20.4pt;width:74.9pt;" o:ole="t" filled="f" o:preferrelative="t" stroked="f" coordsize="21600,21600">
            <v:path/>
            <v:fill on="f" focussize="0,0"/>
            <v:stroke on="f" joinstyle="miter"/>
            <v:imagedata r:id="rId1405" o:title="eqIdd56b3c8a7a7897821ad77212452e60d6"/>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为点</w:t>
      </w:r>
      <w:r>
        <w:pict>
          <v:shape id="_x0000_i716248" o:spt="75" alt="学科网(www.zxxk.com)--教育资源门户，提供试卷、教案、课件、论文、素材以及各类教学资源下载，还有大量而丰富的教学相关资讯！" type="#_x0000_t75" style="height:13pt;width:28pt;" o:ole="t" filled="f" o:preferrelative="t" stroked="f" coordsize="21600,21600">
            <v:path/>
            <v:fill on="f" focussize="0,0"/>
            <v:stroke on="f" joinstyle="miter"/>
            <v:imagedata r:id="rId1406" o:title="eqId7b00c9499415c5801c64a8177f4b35e6"/>
            <o:lock v:ext="edit" aspectratio="t"/>
            <w10:wrap type="none"/>
            <w10:anchorlock/>
          </v:shape>
        </w:pict>
      </w:r>
      <w:r>
        <w:rPr>
          <w:rFonts w:ascii="宋体" w:hAnsi="宋体" w:eastAsia="宋体" w:cs="宋体"/>
          <w:color w:val="000000"/>
        </w:rPr>
        <w:t>的双倍绝对点，则</w:t>
      </w:r>
      <w:r>
        <w:pict>
          <v:shape id="_x0000_i716249"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1407" o:title="eqId071a7e733d466949ac935b4b8ee8d183"/>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①</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color w:val="000000"/>
        </w:rPr>
        <w:t>②3</w:t>
      </w:r>
      <w:r>
        <w:rPr>
          <w:rFonts w:ascii="宋体" w:hAnsi="宋体" w:eastAsia="宋体" w:cs="宋体"/>
          <w:color w:val="000000"/>
        </w:rPr>
        <w:t>或</w:t>
      </w:r>
      <w:r>
        <w:pict>
          <v:shape id="_x0000_i71625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408" o:title="eqIdd13ce3ebd1112220c639562739f1f9d1"/>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6251" o:spt="75" alt="学科网(www.zxxk.com)--教育资源门户，提供试卷、教案、课件、论文、素材以及各类教学资源下载，还有大量而丰富的教学相关资讯！" type="#_x0000_t75" style="height:31.2pt;width:55.8pt;" o:ole="t" filled="f" o:preferrelative="t" stroked="f" coordsize="21600,21600">
            <v:path/>
            <v:fill on="f" focussize="0,0"/>
            <v:stroke on="f" joinstyle="miter"/>
            <v:imagedata r:id="rId1409" o:title="eqId5e2245613bb4041a3e88407b6f73ee63"/>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本题考查两点间的距离公式，有理数的四则运算等知识，运用分类讨论思想是解题的关键．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设点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的双倍绝对点对应应的数是</w:t>
      </w:r>
      <w:r>
        <w:rPr>
          <w:rFonts w:ascii="Times New Roman" w:hAnsi="Times New Roman" w:eastAsia="Times New Roman" w:cs="Times New Roman"/>
          <w:i/>
          <w:color w:val="000000"/>
        </w:rPr>
        <w:t>b</w:t>
      </w:r>
      <w:r>
        <w:rPr>
          <w:rFonts w:ascii="宋体" w:hAnsi="宋体" w:eastAsia="宋体" w:cs="宋体"/>
          <w:color w:val="000000"/>
        </w:rPr>
        <w:t>，利用“</w:t>
      </w:r>
      <w:r>
        <w:pict>
          <v:shape id="_x0000_i716252" o:spt="75" alt="学科网(www.zxxk.com)--教育资源门户，提供试卷、教案、课件、论文、素材以及各类教学资源下载，还有大量而丰富的教学相关资讯！" type="#_x0000_t75" style="height:19.5pt;width:75.75pt;" o:ole="t" filled="f" o:preferrelative="t" stroked="f" coordsize="21600,21600">
            <v:path/>
            <v:fill on="f" focussize="0,0"/>
            <v:stroke on="f" joinstyle="miter"/>
            <v:imagedata r:id="rId1410" o:title="eqId138eb2ca07fd304269a945f25b3e8afb"/>
            <o:lock v:ext="edit" aspectratio="t"/>
            <w10:wrap type="none"/>
            <w10:anchorlock/>
          </v:shape>
        </w:pict>
      </w:r>
      <w:r>
        <w:rPr>
          <w:rFonts w:ascii="宋体" w:hAnsi="宋体" w:eastAsia="宋体" w:cs="宋体"/>
          <w:color w:val="000000"/>
        </w:rPr>
        <w:t>”求出</w:t>
      </w:r>
      <w:r>
        <w:rPr>
          <w:rFonts w:ascii="Times New Roman" w:hAnsi="Times New Roman" w:eastAsia="Times New Roman" w:cs="Times New Roman"/>
          <w:i/>
          <w:color w:val="000000"/>
        </w:rPr>
        <w:t>b</w:t>
      </w:r>
      <w:r>
        <w:rPr>
          <w:rFonts w:ascii="宋体" w:hAnsi="宋体" w:eastAsia="宋体" w:cs="宋体"/>
          <w:color w:val="000000"/>
        </w:rPr>
        <w:t>的值，从而得解；</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利用“</w:t>
      </w:r>
      <w:r>
        <w:pict>
          <v:shape id="_x0000_i716253" o:spt="75" alt="学科网(www.zxxk.com)--教育资源门户，提供试卷、教案、课件、论文、素材以及各类教学资源下载，还有大量而丰富的教学相关资讯！" type="#_x0000_t75" style="height:19.5pt;width:75.75pt;" o:ole="t" filled="f" o:preferrelative="t" stroked="f" coordsize="21600,21600">
            <v:path/>
            <v:fill on="f" focussize="0,0"/>
            <v:stroke on="f" joinstyle="miter"/>
            <v:imagedata r:id="rId1411" o:title="eqId138eb2ca07fd304269a945f25b3e8afb"/>
            <o:lock v:ext="edit" aspectratio="t"/>
            <w10:wrap type="none"/>
            <w10:anchorlock/>
          </v:shape>
        </w:pict>
      </w:r>
      <w:r>
        <w:rPr>
          <w:rFonts w:ascii="宋体" w:hAnsi="宋体" w:eastAsia="宋体" w:cs="宋体"/>
          <w:color w:val="000000"/>
        </w:rPr>
        <w:t>，</w:t>
      </w:r>
      <w:r>
        <w:pict>
          <v:shape id="_x0000_i716254" o:spt="75" alt="学科网(www.zxxk.com)--教育资源门户，提供试卷、教案、课件、论文、素材以及各类教学资源下载，还有大量而丰富的教学相关资讯！" type="#_x0000_t75" style="height:20pt;width:48pt;" o:ole="t" filled="f" o:preferrelative="t" stroked="f" coordsize="21600,21600">
            <v:path/>
            <v:fill on="f" focussize="0,0"/>
            <v:stroke on="f" joinstyle="miter"/>
            <v:imagedata r:id="rId1412" o:title="eqIdaadb3885f4f2a3c2bf493a6380304de7"/>
            <o:lock v:ext="edit" aspectratio="t"/>
            <w10:wrap type="none"/>
            <w10:anchorlock/>
          </v:shape>
        </w:pict>
      </w:r>
      <w:r>
        <w:rPr>
          <w:rFonts w:ascii="宋体" w:hAnsi="宋体" w:eastAsia="宋体" w:cs="宋体"/>
          <w:color w:val="000000"/>
        </w:rPr>
        <w:t>，</w:t>
      </w:r>
      <w:r>
        <w:pict>
          <v:shape id="_x0000_i716255" o:spt="75" alt="学科网(www.zxxk.com)--教育资源门户，提供试卷、教案、课件、论文、素材以及各类教学资源下载，还有大量而丰富的教学相关资讯！" type="#_x0000_t75" style="height:12.75pt;width:30pt;" o:ole="t" filled="f" o:preferrelative="t" stroked="f" coordsize="21600,21600">
            <v:path/>
            <v:fill on="f" focussize="0,0"/>
            <v:stroke on="f" joinstyle="miter"/>
            <v:imagedata r:id="rId1413" o:title="eqId6b108ab31cc093f03cf48ad65429889e"/>
            <o:lock v:ext="edit" aspectratio="t"/>
            <w10:wrap type="none"/>
            <w10:anchorlock/>
          </v:shape>
        </w:pict>
      </w:r>
      <w:r>
        <w:rPr>
          <w:rFonts w:ascii="宋体" w:hAnsi="宋体" w:eastAsia="宋体" w:cs="宋体"/>
          <w:color w:val="000000"/>
        </w:rPr>
        <w:t>”求解即可；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）首先推导出</w:t>
      </w:r>
      <w:r>
        <w:pict>
          <v:shape id="_x0000_i716256" o:spt="75" alt="学科网(www.zxxk.com)--教育资源门户，提供试卷、教案、课件、论文、素材以及各类教学资源下载，还有大量而丰富的教学相关资讯！" type="#_x0000_t75" style="height:13pt;width:49pt;" o:ole="t" filled="f" o:preferrelative="t" stroked="f" coordsize="21600,21600">
            <v:path/>
            <v:fill on="f" focussize="0,0"/>
            <v:stroke on="f" joinstyle="miter"/>
            <v:imagedata r:id="rId1414" o:title="eqId846071242f981289741ad19f4e7190cf"/>
            <o:lock v:ext="edit" aspectratio="t"/>
            <w10:wrap type="none"/>
            <w10:anchorlock/>
          </v:shape>
        </w:pict>
      </w:r>
      <w:r>
        <w:rPr>
          <w:rFonts w:ascii="宋体" w:hAnsi="宋体" w:eastAsia="宋体" w:cs="宋体"/>
          <w:color w:val="000000"/>
        </w:rPr>
        <w:t>，</w:t>
      </w:r>
      <w:r>
        <w:pict>
          <v:shape id="_x0000_i716257"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1415" o:title="eqId7788830ed1cb3b9c5988f70f43595f2e"/>
            <o:lock v:ext="edit" aspectratio="t"/>
            <w10:wrap type="none"/>
            <w10:anchorlock/>
          </v:shape>
        </w:pict>
      </w:r>
      <w:r>
        <w:rPr>
          <w:rFonts w:ascii="宋体" w:hAnsi="宋体" w:eastAsia="宋体" w:cs="宋体"/>
          <w:color w:val="000000"/>
        </w:rPr>
        <w:t>，再分</w:t>
      </w:r>
      <w:r>
        <w:rPr>
          <w:rFonts w:ascii="Times New Roman" w:hAnsi="Times New Roman" w:eastAsia="Times New Roman" w:cs="Times New Roman"/>
          <w:color w:val="000000"/>
        </w:rPr>
        <w:t>①</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在</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之间，</w:t>
      </w:r>
      <w:r>
        <w:rPr>
          <w:rFonts w:ascii="Times New Roman" w:hAnsi="Times New Roman" w:eastAsia="Times New Roman" w:cs="Times New Roman"/>
          <w:color w:val="000000"/>
        </w:rPr>
        <w:t>②</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不在</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之间两种情况讨论即可求解．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①</w:t>
      </w:r>
      <w:r>
        <w:rPr>
          <w:rFonts w:ascii="宋体" w:hAnsi="宋体" w:eastAsia="宋体" w:cs="宋体"/>
          <w:color w:val="000000"/>
        </w:rPr>
        <w:t>设点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的双倍绝对点对应应的数是</w:t>
      </w:r>
      <w:r>
        <w:rPr>
          <w:rFonts w:ascii="Times New Roman" w:hAnsi="Times New Roman" w:eastAsia="Times New Roman" w:cs="Times New Roman"/>
          <w:i/>
          <w:color w:val="000000"/>
        </w:rPr>
        <w:t>b</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6258" o:spt="75" alt="学科网(www.zxxk.com)--教育资源门户，提供试卷、教案、课件、论文、素材以及各类教学资源下载，还有大量而丰富的教学相关资讯！" type="#_x0000_t75" style="height:19.5pt;width:75.75pt;" o:ole="t" filled="f" o:preferrelative="t" stroked="f" coordsize="21600,21600">
            <v:path/>
            <v:fill on="f" focussize="0,0"/>
            <v:stroke on="f" joinstyle="miter"/>
            <v:imagedata r:id="rId1416" o:title="eqId138eb2ca07fd304269a945f25b3e8afb"/>
            <o:lock v:ext="edit" aspectratio="t"/>
            <w10:wrap type="none"/>
            <w10:anchorlock/>
          </v:shape>
        </w:pict>
      </w:r>
      <w:r>
        <w:rPr>
          <w:rFonts w:ascii="宋体" w:hAnsi="宋体" w:eastAsia="宋体" w:cs="宋体"/>
          <w:color w:val="000000"/>
        </w:rPr>
        <w:t>，</w:t>
      </w:r>
      <w:r>
        <w:pict>
          <v:shape id="_x0000_i716259" o:spt="75" alt="学科网(www.zxxk.com)--教育资源门户，提供试卷、教案、课件、论文、素材以及各类教学资源下载，还有大量而丰富的教学相关资讯！" type="#_x0000_t75" style="height:14.15pt;width:68.25pt;" o:ole="t" filled="f" o:preferrelative="t" stroked="f" coordsize="21600,21600">
            <v:path/>
            <v:fill on="f" focussize="0,0"/>
            <v:stroke on="f" joinstyle="miter"/>
            <v:imagedata r:id="rId1417" o:title="eqIda27f71d4526830dcfafc7422fde4404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6260" o:spt="75" alt="学科网(www.zxxk.com)--教育资源门户，提供试卷、教案、课件、论文、素材以及各类教学资源下载，还有大量而丰富的教学相关资讯！" type="#_x0000_t75" style="height:20pt;width:87pt;" o:ole="t" filled="f" o:preferrelative="t" stroked="f" coordsize="21600,21600">
            <v:path/>
            <v:fill on="f" focussize="0,0"/>
            <v:stroke on="f" joinstyle="miter"/>
            <v:imagedata r:id="rId1418" o:title="eqId157a2ab7c874e2e535700501d641490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6261" o:spt="75" alt="学科网(www.zxxk.com)--教育资源门户，提供试卷、教案、课件、论文、素材以及各类教学资源下载，还有大量而丰富的教学相关资讯！" type="#_x0000_t75" style="height:14pt;width:26.95pt;" o:ole="t" filled="f" o:preferrelative="t" stroked="f" coordsize="21600,21600">
            <v:path/>
            <v:fill on="f" focussize="0,0"/>
            <v:stroke on="f" joinstyle="miter"/>
            <v:imagedata r:id="rId1419" o:title="eqId23725094c363fd158166a8698971694c"/>
            <o:lock v:ext="edit" aspectratio="t"/>
            <w10:wrap type="none"/>
            <w10:anchorlock/>
          </v:shape>
        </w:pict>
      </w:r>
      <w:r>
        <w:rPr>
          <w:rFonts w:ascii="宋体" w:hAnsi="宋体" w:eastAsia="宋体" w:cs="宋体"/>
          <w:color w:val="000000"/>
        </w:rPr>
        <w:t>或</w:t>
      </w:r>
      <w:r>
        <w:pict>
          <v:shape id="_x0000_i716262" o:spt="75" alt="学科网(www.zxxk.com)--教育资源门户，提供试卷、教案、课件、论文、素材以及各类教学资源下载，还有大量而丰富的教学相关资讯！" type="#_x0000_t75" style="height:10.8pt;width:12.9pt;" o:ole="t" filled="f" o:preferrelative="t" stroked="f" coordsize="21600,21600">
            <v:path/>
            <v:fill on="f" focussize="0,0"/>
            <v:stroke on="f" joinstyle="miter"/>
            <v:imagedata r:id="rId1420" o:title="eqId4a94acdfb41489d5694b5a64b9e9975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是点</w:t>
      </w:r>
      <w:r>
        <w:pict>
          <v:shape id="_x0000_i716263" o:spt="75" alt="学科网(www.zxxk.com)--教育资源门户，提供试卷、教案、课件、论文、素材以及各类教学资源下载，还有大量而丰富的教学相关资讯！" type="#_x0000_t75" style="height:13pt;width:28pt;" o:ole="t" filled="f" o:preferrelative="t" stroked="f" coordsize="21600,21600">
            <v:path/>
            <v:fill on="f" focussize="0,0"/>
            <v:stroke on="f" joinstyle="miter"/>
            <v:imagedata r:id="rId1421" o:title="eqId7b00c9499415c5801c64a8177f4b35e6"/>
            <o:lock v:ext="edit" aspectratio="t"/>
            <w10:wrap type="none"/>
            <w10:anchorlock/>
          </v:shape>
        </w:pict>
      </w:r>
      <w:r>
        <w:rPr>
          <w:rFonts w:ascii="宋体" w:hAnsi="宋体" w:eastAsia="宋体" w:cs="宋体"/>
          <w:color w:val="000000"/>
        </w:rPr>
        <w:t>的双倍绝对点．</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i/>
          <w:color w:val="000000"/>
        </w:rPr>
        <w:t>E</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pict>
          <v:shape id="_x0000_i716264" o:spt="75" alt="学科网(www.zxxk.com)--教育资源门户，提供试卷、教案、课件、论文、素材以及各类教学资源下载，还有大量而丰富的教学相关资讯！" type="#_x0000_t75" style="height:19.5pt;width:75.75pt;" o:ole="t" filled="f" o:preferrelative="t" stroked="f" coordsize="21600,21600">
            <v:path/>
            <v:fill on="f" focussize="0,0"/>
            <v:stroke on="f" joinstyle="miter"/>
            <v:imagedata r:id="rId1422" o:title="eqId138eb2ca07fd304269a945f25b3e8afb"/>
            <o:lock v:ext="edit" aspectratio="t"/>
            <w10:wrap type="none"/>
            <w10:anchorlock/>
          </v:shape>
        </w:pict>
      </w:r>
      <w:r>
        <w:rPr>
          <w:rFonts w:ascii="宋体" w:hAnsi="宋体" w:eastAsia="宋体" w:cs="宋体"/>
          <w:color w:val="000000"/>
        </w:rPr>
        <w:t>，</w:t>
      </w:r>
      <w:r>
        <w:pict>
          <v:shape id="_x0000_i716265" o:spt="75" alt="学科网(www.zxxk.com)--教育资源门户，提供试卷、教案、课件、论文、素材以及各类教学资源下载，还有大量而丰富的教学相关资讯！" type="#_x0000_t75" style="height:20.4pt;width:81.55pt;" o:ole="t" filled="f" o:preferrelative="t" stroked="f" coordsize="21600,21600">
            <v:path/>
            <v:fill on="f" focussize="0,0"/>
            <v:stroke on="f" joinstyle="miter"/>
            <v:imagedata r:id="rId1423" o:title="eqId69bc25420cfc0fe30d3c7bf512a7d0e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6266" o:spt="75" alt="学科网(www.zxxk.com)--教育资源门户，提供试卷、教案、课件、论文、素材以及各类教学资源下载，还有大量而丰富的教学相关资讯！" type="#_x0000_t75" style="height:20.4pt;width:69.1pt;" o:ole="t" filled="f" o:preferrelative="t" stroked="f" coordsize="21600,21600">
            <v:path/>
            <v:fill on="f" focussize="0,0"/>
            <v:stroke on="f" joinstyle="miter"/>
            <v:imagedata r:id="rId1424" o:title="eqId51eba78b3efb3ce796edf076d9f0e4f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6267" o:spt="75" alt="学科网(www.zxxk.com)--教育资源门户，提供试卷、教案、课件、论文、素材以及各类教学资源下载，还有大量而丰富的教学相关资讯！" type="#_x0000_t75" style="height:14.4pt;width:33pt;" o:ole="t" filled="f" o:preferrelative="t" stroked="f" coordsize="21600,21600">
            <v:path/>
            <v:fill on="f" focussize="0,0"/>
            <v:stroke on="f" joinstyle="miter"/>
            <v:imagedata r:id="rId1425" o:title="eqIde3f600cfe06ce3b664321868968371bb"/>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268"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1426" o:title="eqIdd13ce3ebd1112220c639562739f1f9d1"/>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6269" o:spt="75" alt="学科网(www.zxxk.com)--教育资源门户，提供试卷、教案、课件、论文、素材以及各类教学资源下载，还有大量而丰富的教学相关资讯！" type="#_x0000_t75" style="height:19.9pt;width:46.75pt;" o:ole="t" filled="f" o:preferrelative="t" stroked="f" coordsize="21600,21600">
            <v:path/>
            <v:fill on="f" focussize="0,0"/>
            <v:stroke on="f" joinstyle="miter"/>
            <v:imagedata r:id="rId1427" o:title="eqIdbf75bc6ea8ff3de40591ee24b6dc964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6270"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1428" o:title="eqId7788830ed1cb3b9c5988f70f43595f2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6271" o:spt="75" alt="学科网(www.zxxk.com)--教育资源门户，提供试卷、教案、课件、论文、素材以及各类教学资源下载，还有大量而丰富的教学相关资讯！" type="#_x0000_t75" style="height:19.5pt;width:75.75pt;" o:ole="t" filled="f" o:preferrelative="t" stroked="f" coordsize="21600,21600">
            <v:path/>
            <v:fill on="f" focussize="0,0"/>
            <v:stroke on="f" joinstyle="miter"/>
            <v:imagedata r:id="rId1429" o:title="eqId138eb2ca07fd304269a945f25b3e8af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6272" o:spt="75" alt="学科网(www.zxxk.com)--教育资源门户，提供试卷、教案、课件、论文、素材以及各类教学资源下载，还有大量而丰富的教学相关资讯！" type="#_x0000_t75" style="height:13pt;width:49pt;" o:ole="t" filled="f" o:preferrelative="t" stroked="f" coordsize="21600,21600">
            <v:path/>
            <v:fill on="f" focussize="0,0"/>
            <v:stroke on="f" joinstyle="miter"/>
            <v:imagedata r:id="rId1430" o:title="eqId846071242f981289741ad19f4e7190c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当点</w:t>
      </w:r>
      <w:r>
        <w:rPr>
          <w:rFonts w:ascii="Times New Roman" w:hAnsi="Times New Roman" w:eastAsia="Times New Roman" w:cs="Times New Roman"/>
          <w:i/>
          <w:color w:val="000000"/>
        </w:rPr>
        <w:t>A</w:t>
      </w:r>
      <w:r>
        <w:rPr>
          <w:rFonts w:ascii="宋体" w:hAnsi="宋体" w:eastAsia="宋体" w:cs="宋体"/>
          <w:color w:val="000000"/>
        </w:rPr>
        <w:t>在</w:t>
      </w:r>
      <w:r>
        <w:pict>
          <v:shape id="_x0000_i716273"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431" o:title="eqIde0691774b9d0d680944906fd6ac8f180"/>
            <o:lock v:ext="edit" aspectratio="t"/>
            <w10:wrap type="none"/>
            <w10:anchorlock/>
          </v:shape>
        </w:pict>
      </w:r>
      <w:r>
        <w:rPr>
          <w:rFonts w:ascii="宋体" w:hAnsi="宋体" w:eastAsia="宋体" w:cs="宋体"/>
          <w:color w:val="000000"/>
        </w:rPr>
        <w:t>之间时，</w:t>
      </w:r>
      <w:r>
        <w:pict>
          <v:shape id="_x0000_i716274" o:spt="75" alt="学科网(www.zxxk.com)--教育资源门户，提供试卷、教案、课件、论文、素材以及各类教学资源下载，还有大量而丰富的教学相关资讯！" type="#_x0000_t75" style="height:14.2pt;width:76.35pt;" o:ole="t" filled="f" o:preferrelative="t" stroked="f" coordsize="21600,21600">
            <v:path/>
            <v:fill on="f" focussize="0,0"/>
            <v:stroke on="f" joinstyle="miter"/>
            <v:imagedata r:id="rId1432" o:title="eqId18f77d947b0c132815418e01ef7b3e3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275"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1433" o:title="eqId3308d94691a99dd0d4aa9f28eb45dedd"/>
            <o:lock v:ext="edit" aspectratio="t"/>
            <w10:wrap type="none"/>
            <w10:anchorlock/>
          </v:shape>
        </w:pict>
      </w:r>
      <w:r>
        <w:rPr>
          <w:rFonts w:ascii="宋体" w:hAnsi="宋体" w:eastAsia="宋体" w:cs="宋体"/>
          <w:color w:val="000000"/>
        </w:rPr>
        <w:t>，即</w:t>
      </w:r>
      <w:r>
        <w:pict>
          <v:shape id="_x0000_i716276" o:spt="75" alt="学科网(www.zxxk.com)--教育资源门户，提供试卷、教案、课件、论文、素材以及各类教学资源下载，还有大量而丰富的教学相关资讯！" type="#_x0000_t75" style="height:20.4pt;width:53.25pt;" o:ole="t" filled="f" o:preferrelative="t" stroked="f" coordsize="21600,21600">
            <v:path/>
            <v:fill on="f" focussize="0,0"/>
            <v:stroke on="f" joinstyle="miter"/>
            <v:imagedata r:id="rId1434" o:title="eqIdcd28bced920c8854c12cd22b3bca5dc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6277"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1435" o:title="eqIdf4e9bb42376c12d7d21702ae8062b25a"/>
            <o:lock v:ext="edit" aspectratio="t"/>
            <w10:wrap type="none"/>
            <w10:anchorlock/>
          </v:shape>
        </w:pict>
      </w:r>
      <w:r>
        <w:pict>
          <v:shape id="_x0000_i716278" o:spt="75" alt="学科网(www.zxxk.com)--教育资源门户，提供试卷、教案、课件、论文、素材以及各类教学资源下载，还有大量而丰富的教学相关资讯！" type="#_x0000_t75" style="height:31.2pt;width:12pt;" o:ole="t" filled="f" o:preferrelative="t" stroked="f" coordsize="21600,21600">
            <v:path/>
            <v:fill on="f" focussize="0,0"/>
            <v:stroke on="f" joinstyle="miter"/>
            <v:imagedata r:id="rId1436" o:title="eqIdd599cb4a589f90b0205f24c2e1fa021e"/>
            <o:lock v:ext="edit" aspectratio="t"/>
            <w10:wrap type="none"/>
            <w10:anchorlock/>
          </v:shape>
        </w:pict>
      </w:r>
      <w:r>
        <w:rPr>
          <w:rFonts w:ascii="宋体" w:hAnsi="宋体" w:eastAsia="宋体" w:cs="宋体"/>
          <w:color w:val="000000"/>
        </w:rPr>
        <w:t>或</w:t>
      </w:r>
      <w:r>
        <w:pict>
          <v:shape id="_x0000_i716279" o:spt="75" alt="学科网(www.zxxk.com)--教育资源门户，提供试卷、教案、课件、论文、素材以及各类教学资源下载，还有大量而丰富的教学相关资讯！" type="#_x0000_t75" style="height:30.75pt;width:16.5pt;" o:ole="t" filled="f" o:preferrelative="t" stroked="f" coordsize="21600,21600">
            <v:path/>
            <v:fill on="f" focussize="0,0"/>
            <v:stroke on="f" joinstyle="miter"/>
            <v:imagedata r:id="rId1437" o:title="eqIdd8e75c9db745dc00e734a1ef487bd36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当点</w:t>
      </w:r>
      <w:r>
        <w:rPr>
          <w:rFonts w:ascii="Times New Roman" w:hAnsi="Times New Roman" w:eastAsia="Times New Roman" w:cs="Times New Roman"/>
          <w:i/>
          <w:color w:val="000000"/>
        </w:rPr>
        <w:t>A</w:t>
      </w:r>
      <w:r>
        <w:rPr>
          <w:rFonts w:ascii="宋体" w:hAnsi="宋体" w:eastAsia="宋体" w:cs="宋体"/>
          <w:color w:val="000000"/>
        </w:rPr>
        <w:t>不在</w:t>
      </w:r>
      <w:r>
        <w:pict>
          <v:shape id="_x0000_i716280"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1438" o:title="eqIde0691774b9d0d680944906fd6ac8f180"/>
            <o:lock v:ext="edit" aspectratio="t"/>
            <w10:wrap type="none"/>
            <w10:anchorlock/>
          </v:shape>
        </w:pict>
      </w:r>
      <w:r>
        <w:rPr>
          <w:rFonts w:ascii="宋体" w:hAnsi="宋体" w:eastAsia="宋体" w:cs="宋体"/>
          <w:color w:val="000000"/>
        </w:rPr>
        <w:t>之间时，</w:t>
      </w:r>
      <w:r>
        <w:pict>
          <v:shape id="_x0000_i716281" o:spt="75" alt="学科网(www.zxxk.com)--教育资源门户，提供试卷、教案、课件、论文、素材以及各类教学资源下载，还有大量而丰富的教学相关资讯！" type="#_x0000_t75" style="height:14.25pt;width:75.75pt;" o:ole="t" filled="f" o:preferrelative="t" stroked="f" coordsize="21600,21600">
            <v:path/>
            <v:fill on="f" focussize="0,0"/>
            <v:stroke on="f" joinstyle="miter"/>
            <v:imagedata r:id="rId1439" o:title="eqId52903cb429596c2907b7fdfc3a8bb8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282" o:spt="75" alt="学科网(www.zxxk.com)--教育资源门户，提供试卷、教案、课件、论文、素材以及各类教学资源下载，还有大量而丰富的教学相关资讯！" type="#_x0000_t75" style="height:14.55pt;width:48.45pt;" o:ole="t" filled="f" o:preferrelative="t" stroked="f" coordsize="21600,21600">
            <v:path/>
            <v:fill on="f" focussize="0,0"/>
            <v:stroke on="f" joinstyle="miter"/>
            <v:imagedata r:id="rId1440" o:title="eqId4b10134e7a46e6f6f7cb9d5e2371727d"/>
            <o:lock v:ext="edit" aspectratio="t"/>
            <w10:wrap type="none"/>
            <w10:anchorlock/>
          </v:shape>
        </w:pict>
      </w:r>
      <w:r>
        <w:rPr>
          <w:rFonts w:ascii="宋体" w:hAnsi="宋体" w:eastAsia="宋体" w:cs="宋体"/>
          <w:color w:val="000000"/>
        </w:rPr>
        <w:t>，即</w:t>
      </w:r>
      <w:r>
        <w:pict>
          <v:shape id="_x0000_i716283" o:spt="75" alt="学科网(www.zxxk.com)--教育资源门户，提供试卷、教案、课件、论文、素材以及各类教学资源下载，还有大量而丰富的教学相关资讯！" type="#_x0000_t75" style="height:20.4pt;width:45.8pt;" o:ole="t" filled="f" o:preferrelative="t" stroked="f" coordsize="21600,21600">
            <v:path/>
            <v:fill on="f" focussize="0,0"/>
            <v:stroke on="f" joinstyle="miter"/>
            <v:imagedata r:id="rId1441" o:title="eqId0e71896d0a06a774635fb5e90f7afb2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6284" o:spt="75" alt="学科网(www.zxxk.com)--教育资源门户，提供试卷、教案、课件、论文、素材以及各类教学资源下载，还有大量而丰富的教学相关资讯！" type="#_x0000_t75" style="height:14.15pt;width:34pt;" o:ole="t" filled="f" o:preferrelative="t" stroked="f" coordsize="21600,21600">
            <v:path/>
            <v:fill on="f" focussize="0,0"/>
            <v:stroke on="f" joinstyle="miter"/>
            <v:imagedata r:id="rId1442" o:title="eqId7e768f6d07a30c490a1011a8256548bb"/>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rPr>
          <w:rFonts w:ascii="Times New Roman" w:hAnsi="Times New Roman" w:eastAsia="Times New Roman" w:cs="Times New Roman"/>
          <w:i/>
          <w:color w:val="000000"/>
        </w:rPr>
        <w:t>c</w:t>
      </w:r>
      <w:r>
        <w:rPr>
          <w:rFonts w:ascii="宋体" w:hAnsi="宋体" w:eastAsia="宋体" w:cs="宋体"/>
          <w:color w:val="000000"/>
        </w:rPr>
        <w:t>的值为</w:t>
      </w:r>
      <w:r>
        <w:pict>
          <v:shape id="_x0000_i71628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43"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pict>
          <v:shape id="_x0000_i716286" o:spt="75" alt="学科网(www.zxxk.com)--教育资源门户，提供试卷、教案、课件、论文、素材以及各类教学资源下载，还有大量而丰富的教学相关资讯！" type="#_x0000_t75" style="height:31.2pt;width:12pt;" o:ole="t" filled="f" o:preferrelative="t" stroked="f" coordsize="21600,21600">
            <v:path/>
            <v:fill on="f" focussize="0,0"/>
            <v:stroke on="f" joinstyle="miter"/>
            <v:imagedata r:id="rId1444" o:title="eqIdd599cb4a589f90b0205f24c2e1fa021e"/>
            <o:lock v:ext="edit" aspectratio="t"/>
            <w10:wrap type="none"/>
            <w10:anchorlock/>
          </v:shape>
        </w:pict>
      </w:r>
      <w:r>
        <w:rPr>
          <w:rFonts w:ascii="宋体" w:hAnsi="宋体" w:eastAsia="宋体" w:cs="宋体"/>
          <w:color w:val="000000"/>
        </w:rPr>
        <w:t>或</w:t>
      </w:r>
      <w:r>
        <w:pict>
          <v:shape id="_x0000_i716287" o:spt="75" alt="学科网(www.zxxk.com)--教育资源门户，提供试卷、教案、课件、论文、素材以及各类教学资源下载，还有大量而丰富的教学相关资讯！" type="#_x0000_t75" style="height:30.75pt;width:16.5pt;" o:ole="t" filled="f" o:preferrelative="t" stroked="f" coordsize="21600,21600">
            <v:path/>
            <v:fill on="f" focussize="0,0"/>
            <v:stroke on="f" joinstyle="miter"/>
            <v:imagedata r:id="rId1445" o:title="eqIdd8e75c9db745dc00e734a1ef487bd36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28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46"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pict>
          <v:shape id="_x0000_i716289" o:spt="75" alt="学科网(www.zxxk.com)--教育资源门户，提供试卷、教案、课件、论文、素材以及各类教学资源下载，还有大量而丰富的教学相关资讯！" type="#_x0000_t75" style="height:31.2pt;width:12pt;" o:ole="t" filled="f" o:preferrelative="t" stroked="f" coordsize="21600,21600">
            <v:path/>
            <v:fill on="f" focussize="0,0"/>
            <v:stroke on="f" joinstyle="miter"/>
            <v:imagedata r:id="rId1447" o:title="eqIdd599cb4a589f90b0205f24c2e1fa021e"/>
            <o:lock v:ext="edit" aspectratio="t"/>
            <w10:wrap type="none"/>
            <w10:anchorlock/>
          </v:shape>
        </w:pict>
      </w:r>
      <w:r>
        <w:rPr>
          <w:rFonts w:ascii="宋体" w:hAnsi="宋体" w:eastAsia="宋体" w:cs="宋体"/>
          <w:color w:val="000000"/>
        </w:rPr>
        <w:t>或</w:t>
      </w:r>
      <w:r>
        <w:pict>
          <v:shape id="_x0000_i716290" o:spt="75" alt="学科网(www.zxxk.com)--教育资源门户，提供试卷、教案、课件、论文、素材以及各类教学资源下载，还有大量而丰富的教学相关资讯！" type="#_x0000_t75" style="height:30.75pt;width:16.5pt;" o:ole="t" filled="f" o:preferrelative="t" stroked="f" coordsize="21600,21600">
            <v:path/>
            <v:fill on="f" focussize="0,0"/>
            <v:stroke on="f" joinstyle="miter"/>
            <v:imagedata r:id="rId1448" o:title="eqIdd8e75c9db745dc00e734a1ef487bd368"/>
            <o:lock v:ext="edit" aspectratio="t"/>
            <w10:wrap type="none"/>
            <w10:anchorlock/>
          </v:shape>
        </w:pict>
      </w:r>
      <w:r>
        <w:rPr>
          <w:rFonts w:ascii="宋体" w:hAnsi="宋体" w:eastAsia="宋体" w:cs="宋体"/>
          <w:color w:val="000000"/>
        </w:rPr>
        <w:t>；</w:t>
      </w:r>
    </w:p>
    <w:p>
      <w:pPr>
        <w:pStyle w:val="Heading2"/>
      </w:pPr>
      <w:r>
        <w:t>丰台区丰台二中教育集团</w:t>
      </w:r>
    </w:p>
    <w:p>
      <w:pPr>
        <w:spacing w:line="360" w:lineRule="auto"/>
        <w:jc w:val="left"/>
        <w:textAlignment w:val="center"/>
        <w:rPr>
          <w:color w:val="000000"/>
        </w:rPr>
      </w:pPr>
      <w:r>
        <w:rPr>
          <w:color w:val="000000"/>
        </w:rPr>
        <w:t xml:space="preserve">27. </w:t>
      </w:r>
      <w:r>
        <w:rPr>
          <w:rFonts w:ascii="宋体" w:hAnsi="宋体" w:eastAsia="宋体" w:cs="宋体"/>
          <w:color w:val="000000"/>
        </w:rPr>
        <w:t>有</w:t>
      </w:r>
      <w:r>
        <w:rPr>
          <w:rFonts w:ascii="Times New Roman" w:hAnsi="Times New Roman" w:eastAsia="Times New Roman" w:cs="Times New Roman"/>
          <w:color w:val="000000"/>
        </w:rPr>
        <w:t>20</w:t>
      </w:r>
      <w:r>
        <w:rPr>
          <w:rFonts w:ascii="宋体" w:hAnsi="宋体" w:eastAsia="宋体" w:cs="宋体"/>
          <w:color w:val="000000"/>
        </w:rPr>
        <w:t>袋大米，以每袋</w:t>
      </w:r>
      <w:r>
        <w:rPr>
          <w:rFonts w:ascii="Times New Roman" w:hAnsi="Times New Roman" w:eastAsia="Times New Roman" w:cs="Times New Roman"/>
          <w:color w:val="000000"/>
        </w:rPr>
        <w:t>30</w:t>
      </w:r>
      <w:r>
        <w:rPr>
          <w:rFonts w:ascii="宋体" w:hAnsi="宋体" w:eastAsia="宋体" w:cs="宋体"/>
          <w:color w:val="000000"/>
        </w:rPr>
        <w:t>千克为标准，超过或不足的千克数分别用正负数来表述，记录如下：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390"/>
        <w:gridCol w:w="561"/>
        <w:gridCol w:w="345"/>
        <w:gridCol w:w="345"/>
        <w:gridCol w:w="622"/>
        <w:gridCol w:w="555"/>
        <w:gridCol w:w="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与标准质量的差值（单位：千克）</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16291"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449" o:title="eqId81fb134b2b48acc99213fff6ccfee65f"/>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16292" o:spt="75" alt="学科网(www.zxxk.com)--教育资源门户，提供试卷、教案、课件、论文、素材以及各类教学资源下载，还有大量而丰富的教学相关资讯！" type="#_x0000_t75" style="height:14.2pt;width:19.1pt;" o:ole="t" filled="f" o:preferrelative="t" stroked="f" coordsize="21600,21600">
                  <v:path/>
                  <v:fill on="f" focussize="0,0"/>
                  <v:stroke on="f" joinstyle="miter"/>
                  <v:imagedata r:id="rId1450" o:title="eqId212d6e1f4d7dcc0e5e902c46e3b1dfcc"/>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1629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451" o:title="eqId274a9dc37509f01c2606fb3086a46f4f"/>
                  <o:lock v:ext="edit" aspectratio="t"/>
                  <w10:wrap type="none"/>
                  <w10:anchorlock/>
                </v:shape>
              </w:pi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pict>
                <v:shape id="_x0000_i716294" o:spt="75" alt="学科网(www.zxxk.com)--教育资源门户，提供试卷、教案、课件、论文、素材以及各类教学资源下载，还有大量而丰富的教学相关资讯！" type="#_x0000_t75" style="height:13.8pt;width:25.2pt;" o:ole="t" filled="f" o:preferrelative="t" stroked="f" coordsize="21600,21600">
                  <v:path/>
                  <v:fill on="f" focussize="0,0"/>
                  <v:stroke on="f" joinstyle="miter"/>
                  <v:imagedata r:id="rId1452" o:title="eqId203b4c1b97dcb87dacb9fc636699f86e"/>
                  <o:lock v:ext="edit" aspectratio="t"/>
                  <w10:wrap type="none"/>
                  <w10:anchorlock/>
                </v:shape>
              </w:pi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袋数</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r>
    </w:tbl>
    <w:p>
      <w:pPr>
        <w:spacing w:line="360" w:lineRule="auto"/>
        <w:jc w:val="left"/>
        <w:textAlignment w:val="center"/>
        <w:rPr>
          <w:color w:val="000000"/>
        </w:rPr>
      </w:pPr>
      <w:r>
        <w:rPr>
          <w:color w:val="000000"/>
        </w:rPr>
        <w:t>（1）</w:t>
      </w:r>
      <w:r>
        <w:rPr>
          <w:rFonts w:ascii="Times New Roman" w:hAnsi="Times New Roman" w:eastAsia="Times New Roman" w:cs="Times New Roman"/>
          <w:color w:val="000000"/>
        </w:rPr>
        <w:t>20</w:t>
      </w:r>
      <w:r>
        <w:rPr>
          <w:rFonts w:ascii="宋体" w:hAnsi="宋体" w:eastAsia="宋体" w:cs="宋体"/>
          <w:color w:val="000000"/>
        </w:rPr>
        <w:t>袋大米中，最重的一袋比最轻的一袋重多少千克？</w:t>
      </w:r>
    </w:p>
    <w:p>
      <w:pPr>
        <w:spacing w:line="360" w:lineRule="auto"/>
        <w:jc w:val="left"/>
        <w:textAlignment w:val="center"/>
        <w:rPr>
          <w:color w:val="000000"/>
        </w:rPr>
      </w:pPr>
      <w:r>
        <w:rPr>
          <w:color w:val="000000"/>
        </w:rPr>
        <w:t>（2）</w:t>
      </w:r>
      <w:r>
        <w:rPr>
          <w:rFonts w:ascii="宋体" w:hAnsi="宋体" w:eastAsia="宋体" w:cs="宋体"/>
          <w:color w:val="000000"/>
        </w:rPr>
        <w:t>与标准重量比较，</w:t>
      </w:r>
      <w:r>
        <w:rPr>
          <w:rFonts w:ascii="Times New Roman" w:hAnsi="Times New Roman" w:eastAsia="Times New Roman" w:cs="Times New Roman"/>
          <w:color w:val="000000"/>
        </w:rPr>
        <w:t>20</w:t>
      </w:r>
      <w:r>
        <w:rPr>
          <w:rFonts w:ascii="宋体" w:hAnsi="宋体" w:eastAsia="宋体" w:cs="宋体"/>
          <w:color w:val="000000"/>
        </w:rPr>
        <w:t>袋大米总计超过（或不足）多少千克？</w:t>
      </w:r>
    </w:p>
    <w:p>
      <w:pPr>
        <w:spacing w:line="360" w:lineRule="auto"/>
        <w:jc w:val="left"/>
        <w:textAlignment w:val="center"/>
        <w:rPr>
          <w:color w:val="000000"/>
        </w:rPr>
      </w:pPr>
      <w:r>
        <w:rPr>
          <w:color w:val="000000"/>
        </w:rPr>
        <w:t>（3）</w:t>
      </w:r>
      <w:r>
        <w:rPr>
          <w:rFonts w:ascii="宋体" w:hAnsi="宋体" w:eastAsia="宋体" w:cs="宋体"/>
          <w:color w:val="000000"/>
        </w:rPr>
        <w:t>若大米每千克售价</w:t>
      </w:r>
      <w:r>
        <w:rPr>
          <w:rFonts w:ascii="宋体" w:hAnsi="宋体" w:eastAsia="宋体" w:cs="宋体"/>
          <w:color w:val="000000"/>
          <w:position w:val="0"/>
        </w:rPr>
        <w:drawing>
          <wp:inline distT="0" distB="0" distL="114300" distR="114300">
            <wp:extent cx="158750" cy="190500"/>
            <wp:effectExtent l="0" t="0" r="12700" b="0"/>
            <wp:docPr id="3645" name="图片 97915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 name="图片 979157258"/>
                    <pic:cNvPicPr>
                      <a:picLocks noChangeAspect="1"/>
                    </pic:cNvPicPr>
                  </pic:nvPicPr>
                  <pic:blipFill>
                    <a:blip r:embed="rId1453"/>
                    <a:stretch>
                      <a:fillRect/>
                    </a:stretch>
                  </pic:blipFill>
                  <pic:spPr>
                    <a:xfrm>
                      <a:off x="0" y="0"/>
                      <a:ext cx="158750" cy="190500"/>
                    </a:xfrm>
                    <a:prstGeom prst="rect">
                      <a:avLst/>
                    </a:prstGeom>
                  </pic:spPr>
                </pic:pic>
              </a:graphicData>
            </a:graphic>
          </wp:inline>
        </w:drawing>
      </w:r>
      <w:r>
        <w:rPr>
          <w:rFonts w:ascii="Times New Roman" w:hAnsi="Times New Roman" w:eastAsia="Times New Roman" w:cs="Times New Roman"/>
          <w:color w:val="000000"/>
        </w:rPr>
        <w:t>10</w:t>
      </w:r>
      <w:r>
        <w:rPr>
          <w:rFonts w:ascii="宋体" w:hAnsi="宋体" w:eastAsia="宋体" w:cs="宋体"/>
          <w:color w:val="000000"/>
        </w:rPr>
        <w:t>元，出售这</w:t>
      </w:r>
      <w:r>
        <w:rPr>
          <w:rFonts w:ascii="Times New Roman" w:hAnsi="Times New Roman" w:eastAsia="Times New Roman" w:cs="Times New Roman"/>
          <w:color w:val="000000"/>
        </w:rPr>
        <w:t>20</w:t>
      </w:r>
      <w:r>
        <w:rPr>
          <w:rFonts w:ascii="宋体" w:hAnsi="宋体" w:eastAsia="宋体" w:cs="宋体"/>
          <w:color w:val="000000"/>
        </w:rPr>
        <w:t>袋大米可卖多少元？</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最重的一袋比最轻的一袋重</w:t>
      </w:r>
      <w:r>
        <w:pict>
          <v:shape id="_x0000_i716295"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1454" o:title="eqIdd9be62bd344030a88397561cb7814e29"/>
            <o:lock v:ext="edit" aspectratio="t"/>
            <w10:wrap type="none"/>
            <w10:anchorlock/>
          </v:shape>
        </w:pict>
      </w:r>
      <w:r>
        <w:rPr>
          <w:rFonts w:ascii="宋体" w:hAnsi="宋体" w:eastAsia="宋体" w:cs="宋体"/>
          <w:color w:val="000000"/>
        </w:rPr>
        <w:t>千克</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与标准重量比较，</w:t>
      </w:r>
      <w:r>
        <w:rPr>
          <w:rFonts w:ascii="Times New Roman" w:hAnsi="Times New Roman" w:eastAsia="Times New Roman" w:cs="Times New Roman"/>
          <w:color w:val="000000"/>
        </w:rPr>
        <w:t>20</w:t>
      </w:r>
      <w:r>
        <w:rPr>
          <w:rFonts w:ascii="宋体" w:hAnsi="宋体" w:eastAsia="宋体" w:cs="宋体"/>
          <w:color w:val="000000"/>
        </w:rPr>
        <w:t>袋大米总计超过</w:t>
      </w:r>
      <w:r>
        <w:rPr>
          <w:rFonts w:ascii="Times New Roman" w:hAnsi="Times New Roman" w:eastAsia="Times New Roman" w:cs="Times New Roman"/>
          <w:color w:val="000000"/>
        </w:rPr>
        <w:t>8</w:t>
      </w:r>
      <w:r>
        <w:rPr>
          <w:rFonts w:ascii="宋体" w:hAnsi="宋体" w:eastAsia="宋体" w:cs="宋体"/>
          <w:color w:val="000000"/>
        </w:rPr>
        <w:t>千克</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出售这</w:t>
      </w:r>
      <w:r>
        <w:rPr>
          <w:rFonts w:ascii="Times New Roman" w:hAnsi="Times New Roman" w:eastAsia="Times New Roman" w:cs="Times New Roman"/>
          <w:color w:val="000000"/>
        </w:rPr>
        <w:t>20</w:t>
      </w:r>
      <w:r>
        <w:rPr>
          <w:rFonts w:ascii="宋体" w:hAnsi="宋体" w:eastAsia="宋体" w:cs="宋体"/>
          <w:color w:val="000000"/>
        </w:rPr>
        <w:t>袋大米可卖</w:t>
      </w:r>
      <w:r>
        <w:pict>
          <v:shape id="_x0000_i716296"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1455" o:title="eqId6a22f6553add0aa06fcab81e56ea7ee0"/>
            <o:lock v:ext="edit" aspectratio="t"/>
            <w10:wrap type="none"/>
            <w10:anchorlock/>
          </v:shape>
        </w:pict>
      </w:r>
      <w:r>
        <w:rPr>
          <w:rFonts w:ascii="宋体" w:hAnsi="宋体" w:eastAsia="宋体" w:cs="宋体"/>
          <w:color w:val="000000"/>
        </w:rPr>
        <w:t>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）利用记录表的第一行数字中的最大数减去最小数即可得出答案；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）根据记录表列出运算式子，再计算有理数的乘法与加减法即可得；</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w:t>
      </w:r>
      <w:r>
        <w:rPr>
          <w:rFonts w:ascii="Times New Roman" w:hAnsi="Times New Roman" w:eastAsia="Times New Roman" w:cs="Times New Roman"/>
          <w:color w:val="000000"/>
        </w:rPr>
        <w:t>2</w:t>
      </w:r>
      <w:r>
        <w:rPr>
          <w:rFonts w:ascii="宋体" w:hAnsi="宋体" w:eastAsia="宋体" w:cs="宋体"/>
          <w:color w:val="000000"/>
        </w:rPr>
        <w:t>）的基础上，加上标准总重量，然后再乘以</w:t>
      </w:r>
      <w:r>
        <w:pict>
          <v:shape id="_x0000_i71629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456" o:title="eqIdd07ae0b4264da6a8812454ffd2f20d94"/>
            <o:lock v:ext="edit" aspectratio="t"/>
            <w10:wrap type="none"/>
            <w10:anchorlock/>
          </v:shape>
        </w:pict>
      </w:r>
      <w:r>
        <w:rPr>
          <w:rFonts w:ascii="宋体" w:hAnsi="宋体" w:eastAsia="宋体" w:cs="宋体"/>
          <w:color w:val="000000"/>
        </w:rPr>
        <w:t>即可得．</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3647" name="图片 979157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 name="图片 979157254"/>
                    <pic:cNvPicPr>
                      <a:picLocks noChangeAspect="1"/>
                    </pic:cNvPicPr>
                  </pic:nvPicPr>
                  <pic:blipFill>
                    <a:blip r:embed="rId1457"/>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6298" o:spt="75" alt="学科网(www.zxxk.com)--教育资源门户，提供试卷、教案、课件、论文、素材以及各类教学资源下载，还有大量而丰富的教学相关资讯！" type="#_x0000_t75" style="height:20.25pt;width:120pt;" o:ole="t" filled="f" o:preferrelative="t" stroked="f" coordsize="21600,21600">
            <v:path/>
            <v:fill on="f" focussize="0,0"/>
            <v:stroke on="f" joinstyle="miter"/>
            <v:imagedata r:id="rId1458" o:title="eqIdba44eb2a53ea37e3fc4e55ce9f843794"/>
            <o:lock v:ext="edit" aspectratio="t"/>
            <w10:wrap type="none"/>
            <w10:anchorlock/>
          </v:shape>
        </w:pict>
      </w:r>
      <w:r>
        <w:rPr>
          <w:rFonts w:ascii="宋体" w:hAnsi="宋体" w:eastAsia="宋体" w:cs="宋体"/>
          <w:color w:val="000000"/>
        </w:rPr>
        <w:t>（千克），</w:t>
      </w:r>
    </w:p>
    <w:p>
      <w:pPr>
        <w:spacing w:line="360" w:lineRule="auto"/>
        <w:jc w:val="left"/>
        <w:textAlignment w:val="center"/>
        <w:rPr>
          <w:color w:val="000000"/>
        </w:rPr>
      </w:pPr>
      <w:r>
        <w:rPr>
          <w:rFonts w:ascii="宋体" w:hAnsi="宋体" w:eastAsia="宋体" w:cs="宋体"/>
          <w:color w:val="000000"/>
        </w:rPr>
        <w:t>答：</w:t>
      </w:r>
      <w:r>
        <w:rPr>
          <w:rFonts w:ascii="Times New Roman" w:hAnsi="Times New Roman" w:eastAsia="Times New Roman" w:cs="Times New Roman"/>
          <w:color w:val="000000"/>
        </w:rPr>
        <w:t>20</w:t>
      </w:r>
      <w:r>
        <w:rPr>
          <w:rFonts w:ascii="宋体" w:hAnsi="宋体" w:eastAsia="宋体" w:cs="宋体"/>
          <w:color w:val="000000"/>
        </w:rPr>
        <w:t>袋大米中，最重的一袋比最轻的一袋重</w:t>
      </w:r>
      <w:r>
        <w:pict>
          <v:shape id="_x0000_i716299"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1459" o:title="eqIdd9be62bd344030a88397561cb7814e29"/>
            <o:lock v:ext="edit" aspectratio="t"/>
            <w10:wrap type="none"/>
            <w10:anchorlock/>
          </v:shape>
        </w:pict>
      </w:r>
      <w:r>
        <w:rPr>
          <w:rFonts w:ascii="宋体" w:hAnsi="宋体" w:eastAsia="宋体" w:cs="宋体"/>
          <w:color w:val="000000"/>
        </w:rPr>
        <w:t>千克；</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pict>
          <v:shape id="_x0000_i716300" o:spt="75" alt="学科网(www.zxxk.com)--教育资源门户，提供试卷、教案、课件、论文、素材以及各类教学资源下载，还有大量而丰富的教学相关资讯！" type="#_x0000_t75" style="height:20.25pt;width:234.75pt;" o:ole="t" filled="f" o:preferrelative="t" stroked="f" coordsize="21600,21600">
            <v:path/>
            <v:fill on="f" focussize="0,0"/>
            <v:stroke on="f" joinstyle="miter"/>
            <v:imagedata r:id="rId1460" o:title="eqIdf56882b97a17cea12c74a96efeb1914a"/>
            <o:lock v:ext="edit" aspectratio="t"/>
            <w10:wrap type="none"/>
            <w10:anchorlock/>
          </v:shape>
        </w:pict>
      </w:r>
    </w:p>
    <w:p>
      <w:pPr>
        <w:spacing w:line="360" w:lineRule="auto"/>
        <w:jc w:val="left"/>
        <w:textAlignment w:val="center"/>
        <w:rPr>
          <w:color w:val="000000"/>
        </w:rPr>
      </w:pPr>
      <w:r>
        <w:pict>
          <v:shape id="_x0000_i716301" o:spt="75" alt="学科网(www.zxxk.com)--教育资源门户，提供试卷、教案、课件、论文、素材以及各类教学资源下载，还有大量而丰富的教学相关资讯！" type="#_x0000_t75" style="height:14.25pt;width:113.25pt;" o:ole="t" filled="f" o:preferrelative="t" stroked="f" coordsize="21600,21600">
            <v:path/>
            <v:fill on="f" focussize="0,0"/>
            <v:stroke on="f" joinstyle="miter"/>
            <v:imagedata r:id="rId1461" o:title="eqIdff88dc2789971a0c6deb173265bcc9a8"/>
            <o:lock v:ext="edit" aspectratio="t"/>
            <w10:wrap type="none"/>
            <w10:anchorlock/>
          </v:shape>
        </w:pict>
      </w:r>
    </w:p>
    <w:p>
      <w:pPr>
        <w:spacing w:line="360" w:lineRule="auto"/>
        <w:jc w:val="left"/>
        <w:textAlignment w:val="center"/>
        <w:rPr>
          <w:color w:val="000000"/>
        </w:rPr>
      </w:pPr>
      <w:r>
        <w:pict>
          <v:shape id="_x0000_i716302"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1462" o:title="eqIdcf3d531be2633f61bace15ac9a57020c"/>
            <o:lock v:ext="edit" aspectratio="t"/>
            <w10:wrap type="none"/>
            <w10:anchorlock/>
          </v:shape>
        </w:pict>
      </w:r>
      <w:r>
        <w:rPr>
          <w:rFonts w:ascii="宋体" w:hAnsi="宋体" w:eastAsia="宋体" w:cs="宋体"/>
          <w:color w:val="000000"/>
        </w:rPr>
        <w:t>（千克）</w:t>
      </w:r>
    </w:p>
    <w:p>
      <w:pPr>
        <w:spacing w:line="360" w:lineRule="auto"/>
        <w:jc w:val="left"/>
        <w:textAlignment w:val="center"/>
        <w:rPr>
          <w:color w:val="000000"/>
        </w:rPr>
      </w:pPr>
      <w:r>
        <w:rPr>
          <w:rFonts w:ascii="宋体" w:hAnsi="宋体" w:eastAsia="宋体" w:cs="宋体"/>
          <w:color w:val="000000"/>
        </w:rPr>
        <w:t>答：与标准重量比较，</w:t>
      </w:r>
      <w:r>
        <w:rPr>
          <w:rFonts w:ascii="Times New Roman" w:hAnsi="Times New Roman" w:eastAsia="Times New Roman" w:cs="Times New Roman"/>
          <w:color w:val="000000"/>
        </w:rPr>
        <w:t>20</w:t>
      </w:r>
      <w:r>
        <w:rPr>
          <w:rFonts w:ascii="宋体" w:hAnsi="宋体" w:eastAsia="宋体" w:cs="宋体"/>
          <w:color w:val="000000"/>
        </w:rPr>
        <w:t>袋大米总计超过</w:t>
      </w:r>
      <w:r>
        <w:rPr>
          <w:rFonts w:ascii="Times New Roman" w:hAnsi="Times New Roman" w:eastAsia="Times New Roman" w:cs="Times New Roman"/>
          <w:color w:val="000000"/>
        </w:rPr>
        <w:t>8</w:t>
      </w:r>
      <w:r>
        <w:rPr>
          <w:rFonts w:ascii="宋体" w:hAnsi="宋体" w:eastAsia="宋体" w:cs="宋体"/>
          <w:color w:val="000000"/>
        </w:rPr>
        <w:t>千克；</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pict>
          <v:shape id="_x0000_i716303" o:spt="75" alt="学科网(www.zxxk.com)--教育资源门户，提供试卷、教案、课件、论文、素材以及各类教学资源下载，还有大量而丰富的教学相关资讯！" type="#_x0000_t75" style="height:19.9pt;width:82.2pt;" o:ole="t" filled="f" o:preferrelative="t" stroked="f" coordsize="21600,21600">
            <v:path/>
            <v:fill on="f" focussize="0,0"/>
            <v:stroke on="f" joinstyle="miter"/>
            <v:imagedata r:id="rId1463" o:title="eqId7cd366d6c09c615446d1cb38f6aae3f3"/>
            <o:lock v:ext="edit" aspectratio="t"/>
            <w10:wrap type="none"/>
            <w10:anchorlock/>
          </v:shape>
        </w:pict>
      </w:r>
    </w:p>
    <w:p>
      <w:pPr>
        <w:spacing w:line="360" w:lineRule="auto"/>
        <w:jc w:val="left"/>
        <w:textAlignment w:val="center"/>
        <w:rPr>
          <w:color w:val="000000"/>
        </w:rPr>
      </w:pPr>
      <w:r>
        <w:pict>
          <v:shape id="_x0000_i716304" o:spt="75" alt="学科网(www.zxxk.com)--教育资源门户，提供试卷、教案、课件、论文、素材以及各类教学资源下载，还有大量而丰富的教学相关资讯！" type="#_x0000_t75" style="height:13.95pt;width:51.05pt;" o:ole="t" filled="f" o:preferrelative="t" stroked="f" coordsize="21600,21600">
            <v:path/>
            <v:fill on="f" focussize="0,0"/>
            <v:stroke on="f" joinstyle="miter"/>
            <v:imagedata r:id="rId1464" o:title="eqId520f51e4061bfe6c6cf6db3989551baa"/>
            <o:lock v:ext="edit" aspectratio="t"/>
            <w10:wrap type="none"/>
            <w10:anchorlock/>
          </v:shape>
        </w:pict>
      </w:r>
    </w:p>
    <w:p>
      <w:pPr>
        <w:spacing w:line="360" w:lineRule="auto"/>
        <w:jc w:val="left"/>
        <w:textAlignment w:val="center"/>
        <w:rPr>
          <w:color w:val="000000"/>
        </w:rPr>
      </w:pPr>
      <w:r>
        <w:pict>
          <v:shape id="_x0000_i716305" o:spt="75" alt="学科网(www.zxxk.com)--教育资源门户，提供试卷、教案、课件、论文、素材以及各类教学资源下载，还有大量而丰富的教学相关资讯！" type="#_x0000_t75" style="height:13.95pt;width:37.05pt;" o:ole="t" filled="f" o:preferrelative="t" stroked="f" coordsize="21600,21600">
            <v:path/>
            <v:fill on="f" focussize="0,0"/>
            <v:stroke on="f" joinstyle="miter"/>
            <v:imagedata r:id="rId1465" o:title="eqIdc07b24b224b739c5173af38d4ae237e7"/>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答：出售这</w:t>
      </w:r>
      <w:r>
        <w:rPr>
          <w:rFonts w:ascii="Times New Roman" w:hAnsi="Times New Roman" w:eastAsia="Times New Roman" w:cs="Times New Roman"/>
          <w:color w:val="000000"/>
        </w:rPr>
        <w:t>20</w:t>
      </w:r>
      <w:r>
        <w:rPr>
          <w:rFonts w:ascii="宋体" w:hAnsi="宋体" w:eastAsia="宋体" w:cs="宋体"/>
          <w:color w:val="000000"/>
        </w:rPr>
        <w:t>袋大米可卖</w:t>
      </w:r>
      <w:r>
        <w:pict>
          <v:shape id="_x0000_i716306"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1466" o:title="eqId6a22f6553add0aa06fcab81e56ea7ee0"/>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本题主要考查了正负数在实际生活中的应用、有理数乘法与加减法的应用，依据题意，正确列出各运算式子是解题关键．</w:t>
      </w:r>
    </w:p>
    <w:p>
      <w:pPr>
        <w:spacing w:line="360" w:lineRule="auto"/>
        <w:jc w:val="left"/>
        <w:textAlignment w:val="center"/>
        <w:rPr>
          <w:color w:val="000000"/>
        </w:rPr>
      </w:pPr>
      <w:r>
        <w:rPr>
          <w:color w:val="000000"/>
        </w:rPr>
        <w:t xml:space="preserve">28. </w:t>
      </w:r>
      <w:r>
        <w:rPr>
          <w:rFonts w:ascii="宋体" w:hAnsi="宋体" w:eastAsia="宋体" w:cs="宋体"/>
          <w:color w:val="000000"/>
        </w:rPr>
        <w:t>已知点</w:t>
      </w:r>
      <w:r>
        <w:rPr>
          <w:rFonts w:ascii="Times New Roman" w:hAnsi="Times New Roman" w:eastAsia="Times New Roman" w:cs="Times New Roman"/>
          <w:i/>
          <w:color w:val="000000"/>
        </w:rPr>
        <w:t>P</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是数轴上的三个点．若点</w:t>
      </w:r>
      <w:r>
        <w:rPr>
          <w:rFonts w:ascii="Times New Roman" w:hAnsi="Times New Roman" w:eastAsia="Times New Roman" w:cs="Times New Roman"/>
          <w:i/>
          <w:color w:val="000000"/>
        </w:rPr>
        <w:t>P</w:t>
      </w:r>
      <w:r>
        <w:rPr>
          <w:rFonts w:ascii="宋体" w:hAnsi="宋体" w:eastAsia="宋体" w:cs="宋体"/>
          <w:color w:val="000000"/>
        </w:rPr>
        <w:t>到原点的距离等于点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到原点距离的和的一半，则称点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rPr>
          <w:rFonts w:ascii="Times New Roman" w:hAnsi="Times New Roman" w:eastAsia="Times New Roman" w:cs="Times New Roman"/>
          <w:color w:val="000000"/>
        </w:rPr>
        <w:t>3</w:t>
      </w:r>
      <w:r>
        <w:rPr>
          <w:rFonts w:ascii="宋体" w:hAnsi="宋体" w:eastAsia="宋体" w:cs="宋体"/>
          <w:color w:val="000000"/>
        </w:rPr>
        <w:t>，下列各数﹣</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在数轴上所对应的点分别是</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4</w: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的是</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，且点</w:t>
      </w:r>
      <w:r>
        <w:rPr>
          <w:rFonts w:ascii="Times New Roman" w:hAnsi="Times New Roman" w:eastAsia="Times New Roman" w:cs="Times New Roman"/>
          <w:i/>
          <w:color w:val="000000"/>
        </w:rPr>
        <w:t>P</w:t>
      </w:r>
      <w:r>
        <w:rPr>
          <w:rFonts w:ascii="宋体" w:hAnsi="宋体" w:eastAsia="宋体" w:cs="宋体"/>
          <w:color w:val="000000"/>
        </w:rPr>
        <w:t>到原点的距离为</w:t>
      </w:r>
      <w:r>
        <w:rPr>
          <w:rFonts w:ascii="Times New Roman" w:hAnsi="Times New Roman" w:eastAsia="Times New Roman" w:cs="Times New Roman"/>
          <w:color w:val="000000"/>
        </w:rPr>
        <w:t>5</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），将点</w:t>
      </w:r>
      <w:r>
        <w:rPr>
          <w:rFonts w:ascii="Times New Roman" w:hAnsi="Times New Roman" w:eastAsia="Times New Roman" w:cs="Times New Roman"/>
          <w:i/>
          <w:color w:val="000000"/>
        </w:rPr>
        <w:t>A</w:t>
      </w:r>
      <w:r>
        <w:rPr>
          <w:rFonts w:ascii="宋体" w:hAnsi="宋体" w:eastAsia="宋体" w:cs="宋体"/>
          <w:color w:val="000000"/>
        </w:rPr>
        <w:t>沿数轴正方向移动</w:t>
      </w:r>
      <w:r>
        <w:rPr>
          <w:rFonts w:ascii="Times New Roman" w:hAnsi="Times New Roman" w:eastAsia="Times New Roman" w:cs="Times New Roman"/>
          <w:color w:val="000000"/>
        </w:rPr>
        <w:t>4</w:t>
      </w:r>
      <w:r>
        <w:rPr>
          <w:rFonts w:ascii="宋体" w:hAnsi="宋体" w:eastAsia="宋体" w:cs="宋体"/>
          <w:color w:val="000000"/>
        </w:rPr>
        <w:t>个单位长度，得到点</w:t>
      </w:r>
      <w:r>
        <w:rPr>
          <w:rFonts w:ascii="Times New Roman" w:hAnsi="Times New Roman" w:eastAsia="Times New Roman" w:cs="Times New Roman"/>
          <w:i/>
          <w:color w:val="000000"/>
        </w:rPr>
        <w:t>B</w:t>
      </w:r>
      <w:r>
        <w:rPr>
          <w:rFonts w:ascii="宋体" w:hAnsi="宋体" w:eastAsia="宋体" w:cs="宋体"/>
          <w:color w:val="000000"/>
        </w:rPr>
        <w:t>．当点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时，直接写出</w:t>
      </w:r>
      <w:r>
        <w:rPr>
          <w:rFonts w:ascii="Times New Roman" w:hAnsi="Times New Roman" w:eastAsia="Times New Roman" w:cs="Times New Roman"/>
          <w:i/>
          <w:color w:val="000000"/>
        </w:rPr>
        <w:t>PB</w:t>
      </w:r>
      <w:r>
        <w:rPr>
          <w:rFonts w:ascii="宋体" w:hAnsi="宋体" w:eastAsia="宋体" w:cs="宋体"/>
          <w:color w:val="000000"/>
        </w:rPr>
        <w:t>﹣</w:t>
      </w:r>
      <w:r>
        <w:rPr>
          <w:rFonts w:ascii="Times New Roman" w:hAnsi="Times New Roman" w:eastAsia="Times New Roman" w:cs="Times New Roman"/>
          <w:i/>
          <w:color w:val="000000"/>
        </w:rPr>
        <w:t>PA</w: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宋体" w:hAnsi="宋体" w:eastAsia="宋体" w:cs="宋体"/>
          <w:color w:val="000000"/>
        </w:rPr>
        <w:t>或</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4</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7</w:t>
      </w:r>
      <w:r>
        <w:rPr>
          <w:rFonts w:ascii="宋体" w:hAnsi="宋体" w:eastAsia="宋体" w:cs="宋体"/>
          <w:color w:val="000000"/>
        </w:rPr>
        <w:t>或</w:t>
      </w:r>
      <w:r>
        <w:rPr>
          <w:rFonts w:ascii="Times New Roman" w:hAnsi="Times New Roman" w:eastAsia="Times New Roman" w:cs="Times New Roman"/>
          <w:color w:val="000000"/>
        </w:rPr>
        <w:t>-7</w:t>
      </w:r>
      <w:r>
        <w:rPr>
          <w:color w:val="000000"/>
        </w:rPr>
        <w:t xml:space="preserve">    （3）</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）先求出点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距原点的距离，再求出点</w:t>
      </w:r>
      <w:r>
        <w:rPr>
          <w:rFonts w:ascii="Times New Roman" w:hAnsi="Times New Roman" w:eastAsia="Times New Roman" w:cs="Times New Roman"/>
          <w:i/>
          <w:color w:val="000000"/>
        </w:rPr>
        <w:t>P</w:t>
      </w:r>
      <w:r>
        <w:rPr>
          <w:rFonts w:ascii="宋体" w:hAnsi="宋体" w:eastAsia="宋体" w:cs="宋体"/>
          <w:color w:val="000000"/>
        </w:rPr>
        <w:t>到原点的距离，确定点</w:t>
      </w:r>
      <w:r>
        <w:rPr>
          <w:rFonts w:ascii="Times New Roman" w:hAnsi="Times New Roman" w:eastAsia="Times New Roman" w:cs="Times New Roman"/>
          <w:i/>
          <w:color w:val="000000"/>
        </w:rPr>
        <w:t>P</w:t>
      </w:r>
      <w:r>
        <w:rPr>
          <w:rFonts w:ascii="宋体" w:hAnsi="宋体" w:eastAsia="宋体" w:cs="宋体"/>
          <w:color w:val="000000"/>
        </w:rPr>
        <w:t>表示的数即可；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）先求出点</w:t>
      </w:r>
      <w:r>
        <w:rPr>
          <w:rFonts w:ascii="Times New Roman" w:hAnsi="Times New Roman" w:eastAsia="Times New Roman" w:cs="Times New Roman"/>
          <w:i/>
          <w:color w:val="000000"/>
        </w:rPr>
        <w:t>P</w:t>
      </w:r>
      <w:r>
        <w:rPr>
          <w:rFonts w:ascii="宋体" w:hAnsi="宋体" w:eastAsia="宋体" w:cs="宋体"/>
          <w:color w:val="000000"/>
        </w:rPr>
        <w:t>到原点的距离，进而根据</w:t>
      </w:r>
      <w:r>
        <w:rPr>
          <w:rFonts w:ascii="Times New Roman" w:hAnsi="Times New Roman" w:eastAsia="Times New Roman" w:cs="Times New Roman"/>
          <w:color w:val="000000"/>
        </w:rPr>
        <w:t xml:space="preserve"> </w:t>
      </w:r>
      <w:r>
        <w:rPr>
          <w:rFonts w:ascii="宋体" w:hAnsi="宋体" w:eastAsia="宋体" w:cs="宋体"/>
          <w:color w:val="000000"/>
        </w:rPr>
        <w:t>“关联数”的定义确定到原点的距离，确定点</w:t>
      </w:r>
      <w:r>
        <w:rPr>
          <w:rFonts w:ascii="Times New Roman" w:hAnsi="Times New Roman" w:eastAsia="Times New Roman" w:cs="Times New Roman"/>
          <w:i/>
          <w:color w:val="000000"/>
        </w:rPr>
        <w:t>P</w:t>
      </w:r>
      <w:r>
        <w:rPr>
          <w:rFonts w:ascii="宋体" w:hAnsi="宋体" w:eastAsia="宋体" w:cs="宋体"/>
          <w:color w:val="000000"/>
        </w:rPr>
        <w:t>表示的数即可；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）由题意可知，点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rPr>
          <w:rFonts w:ascii="Times New Roman" w:hAnsi="Times New Roman" w:eastAsia="Times New Roman" w:cs="Times New Roman"/>
          <w:i/>
          <w:color w:val="000000"/>
        </w:rPr>
        <w:t>a</w:t>
      </w:r>
      <w:r>
        <w:rPr>
          <w:rFonts w:ascii="Times New Roman" w:hAnsi="Times New Roman" w:eastAsia="Times New Roman" w:cs="Times New Roman"/>
          <w:color w:val="000000"/>
        </w:rPr>
        <w:t>+4</w:t>
      </w:r>
      <w:r>
        <w:rPr>
          <w:rFonts w:ascii="宋体" w:hAnsi="宋体" w:eastAsia="宋体" w:cs="宋体"/>
          <w:color w:val="000000"/>
        </w:rPr>
        <w:t>，然后根据</w:t>
      </w:r>
      <w:r>
        <w:rPr>
          <w:rFonts w:ascii="Times New Roman" w:hAnsi="Times New Roman" w:eastAsia="Times New Roman" w:cs="Times New Roman"/>
          <w:color w:val="000000"/>
        </w:rPr>
        <w:t xml:space="preserve"> </w:t>
      </w:r>
      <w:r>
        <w:rPr>
          <w:rFonts w:ascii="宋体" w:hAnsi="宋体" w:eastAsia="宋体" w:cs="宋体"/>
          <w:color w:val="000000"/>
        </w:rPr>
        <w:t>“关联数”的定义求出点</w:t>
      </w:r>
      <w:r>
        <w:rPr>
          <w:rFonts w:ascii="Times New Roman" w:hAnsi="Times New Roman" w:eastAsia="Times New Roman" w:cs="Times New Roman"/>
          <w:i/>
          <w:color w:val="000000"/>
        </w:rPr>
        <w:t>P</w:t>
      </w:r>
      <w:r>
        <w:rPr>
          <w:rFonts w:ascii="宋体" w:hAnsi="宋体" w:eastAsia="宋体" w:cs="宋体"/>
          <w:color w:val="000000"/>
        </w:rPr>
        <w:t>到原点的距离，确定点</w:t>
      </w:r>
      <w:r>
        <w:rPr>
          <w:rFonts w:ascii="Times New Roman" w:hAnsi="Times New Roman" w:eastAsia="Times New Roman" w:cs="Times New Roman"/>
          <w:i/>
          <w:color w:val="000000"/>
        </w:rPr>
        <w:t>P</w:t>
      </w:r>
      <w:r>
        <w:rPr>
          <w:rFonts w:ascii="宋体" w:hAnsi="宋体" w:eastAsia="宋体" w:cs="宋体"/>
          <w:color w:val="000000"/>
        </w:rPr>
        <w:t>表示的数；然后再求出</w:t>
      </w:r>
      <w:r>
        <w:rPr>
          <w:rFonts w:ascii="Times New Roman" w:hAnsi="Times New Roman" w:eastAsia="Times New Roman" w:cs="Times New Roman"/>
          <w:i/>
          <w:color w:val="000000"/>
        </w:rPr>
        <w:t>PB</w:t>
      </w:r>
      <w:r>
        <w:rPr>
          <w:rFonts w:ascii="宋体" w:hAnsi="宋体" w:eastAsia="宋体" w:cs="宋体"/>
          <w:color w:val="000000"/>
        </w:rPr>
        <w:t>、</w:t>
      </w:r>
      <w:r>
        <w:rPr>
          <w:rFonts w:ascii="Times New Roman" w:hAnsi="Times New Roman" w:eastAsia="Times New Roman" w:cs="Times New Roman"/>
          <w:i/>
          <w:color w:val="000000"/>
        </w:rPr>
        <w:t>PA</w:t>
      </w:r>
      <w:r>
        <w:rPr>
          <w:rFonts w:ascii="宋体" w:hAnsi="宋体" w:eastAsia="宋体" w:cs="宋体"/>
          <w:color w:val="000000"/>
        </w:rPr>
        <w:t>，最后作差即可．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rPr>
          <w:rFonts w:ascii="Times New Roman" w:hAnsi="Times New Roman" w:eastAsia="Times New Roman" w:cs="Times New Roman"/>
          <w:color w:val="000000"/>
        </w:rPr>
        <w:t>3</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到原点距离的和为：</w:t>
      </w:r>
      <w:r>
        <w:rPr>
          <w:rFonts w:ascii="Times New Roman" w:hAnsi="Times New Roman" w:eastAsia="Times New Roman" w:cs="Times New Roman"/>
          <w:color w:val="000000"/>
        </w:rPr>
        <w:t>1+3=4</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到原点的距离为</w:t>
      </w:r>
      <w:r>
        <w:rPr>
          <w:rFonts w:ascii="Times New Roman" w:hAnsi="Times New Roman" w:eastAsia="Times New Roman" w:cs="Times New Roman"/>
          <w:color w:val="000000"/>
        </w:rPr>
        <w:t>2</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故答案是：</w:t>
      </w:r>
      <w:r>
        <w:rPr>
          <w:rFonts w:ascii="Times New Roman" w:hAnsi="Times New Roman" w:eastAsia="Times New Roman" w:cs="Times New Roman"/>
          <w:i/>
          <w:color w:val="000000"/>
        </w:rPr>
        <w:t>P</w:t>
      </w:r>
      <w:r>
        <w:rPr>
          <w:color w:val="000000"/>
          <w:vertAlign w:val="subscript"/>
        </w:rPr>
        <w:t>1</w:t>
      </w:r>
      <w:r>
        <w:rPr>
          <w:rFonts w:ascii="宋体" w:hAnsi="宋体" w:eastAsia="宋体" w:cs="宋体"/>
          <w:color w:val="000000"/>
        </w:rPr>
        <w:t>或</w:t>
      </w:r>
      <w:r>
        <w:rPr>
          <w:rFonts w:ascii="Times New Roman" w:hAnsi="Times New Roman" w:eastAsia="Times New Roman" w:cs="Times New Roman"/>
          <w:i/>
          <w:color w:val="000000"/>
        </w:rPr>
        <w:t>P</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，且点</w:t>
      </w:r>
      <w:r>
        <w:rPr>
          <w:rFonts w:ascii="Times New Roman" w:hAnsi="Times New Roman" w:eastAsia="Times New Roman" w:cs="Times New Roman"/>
          <w:i/>
          <w:color w:val="000000"/>
        </w:rPr>
        <w:t>P</w:t>
      </w:r>
      <w:r>
        <w:rPr>
          <w:rFonts w:ascii="宋体" w:hAnsi="宋体" w:eastAsia="宋体" w:cs="宋体"/>
          <w:color w:val="000000"/>
        </w:rPr>
        <w:t>到原点的距离为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到原点距离的和为：</w:t>
      </w:r>
      <w:r>
        <w:rPr>
          <w:rFonts w:ascii="Times New Roman" w:hAnsi="Times New Roman" w:eastAsia="Times New Roman" w:cs="Times New Roman"/>
          <w:color w:val="000000"/>
        </w:rPr>
        <w:t>5×2=10</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3</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到原点距离为</w:t>
      </w:r>
      <w:r>
        <w:rPr>
          <w:rFonts w:ascii="Times New Roman" w:hAnsi="Times New Roman" w:eastAsia="Times New Roman" w:cs="Times New Roman"/>
          <w:color w:val="000000"/>
        </w:rPr>
        <w:t>3</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到原点距离为</w:t>
      </w:r>
      <w:r>
        <w:rPr>
          <w:rFonts w:ascii="Times New Roman" w:hAnsi="Times New Roman" w:eastAsia="Times New Roman" w:cs="Times New Roman"/>
          <w:color w:val="000000"/>
        </w:rPr>
        <w:t>10-3=7</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7</w:t>
      </w:r>
      <w:r>
        <w:rPr>
          <w:rFonts w:ascii="宋体" w:hAnsi="宋体" w:eastAsia="宋体" w:cs="宋体"/>
          <w:color w:val="000000"/>
        </w:rPr>
        <w:t>或</w:t>
      </w:r>
      <w:r>
        <w:rPr>
          <w:rFonts w:ascii="Times New Roman" w:hAnsi="Times New Roman" w:eastAsia="Times New Roman" w:cs="Times New Roman"/>
          <w:color w:val="000000"/>
        </w:rPr>
        <w:t>-7</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的值为</w:t>
      </w:r>
      <w:r>
        <w:rPr>
          <w:rFonts w:ascii="Times New Roman" w:hAnsi="Times New Roman" w:eastAsia="Times New Roman" w:cs="Times New Roman"/>
          <w:color w:val="000000"/>
        </w:rPr>
        <w:t>7</w:t>
      </w:r>
      <w:r>
        <w:rPr>
          <w:rFonts w:ascii="宋体" w:hAnsi="宋体" w:eastAsia="宋体" w:cs="宋体"/>
          <w:color w:val="000000"/>
        </w:rPr>
        <w:t>或</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），将点</w:t>
      </w:r>
      <w:r>
        <w:rPr>
          <w:rFonts w:ascii="Times New Roman" w:hAnsi="Times New Roman" w:eastAsia="Times New Roman" w:cs="Times New Roman"/>
          <w:i/>
          <w:color w:val="000000"/>
        </w:rPr>
        <w:t>A</w:t>
      </w:r>
      <w:r>
        <w:rPr>
          <w:rFonts w:ascii="宋体" w:hAnsi="宋体" w:eastAsia="宋体" w:cs="宋体"/>
          <w:color w:val="000000"/>
        </w:rPr>
        <w:t>沿数轴正方向移动</w:t>
      </w:r>
      <w:r>
        <w:rPr>
          <w:rFonts w:ascii="Times New Roman" w:hAnsi="Times New Roman" w:eastAsia="Times New Roman" w:cs="Times New Roman"/>
          <w:color w:val="000000"/>
        </w:rPr>
        <w:t>4</w:t>
      </w:r>
      <w:r>
        <w:rPr>
          <w:rFonts w:ascii="宋体" w:hAnsi="宋体" w:eastAsia="宋体" w:cs="宋体"/>
          <w:color w:val="000000"/>
        </w:rPr>
        <w:t>个单位长度，得到点</w:t>
      </w:r>
      <w:r>
        <w:rPr>
          <w:rFonts w:ascii="Times New Roman" w:hAnsi="Times New Roman" w:eastAsia="Times New Roman" w:cs="Times New Roman"/>
          <w:i/>
          <w:color w:val="000000"/>
        </w:rPr>
        <w:t>B</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a</w:t>
      </w:r>
      <w:r>
        <w:rPr>
          <w:rFonts w:ascii="Times New Roman" w:hAnsi="Times New Roman" w:eastAsia="Times New Roman" w:cs="Times New Roman"/>
          <w:color w:val="000000"/>
        </w:rPr>
        <w:t>+4</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到原点距离的和为：</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+4=2</w:t>
      </w:r>
      <w:r>
        <w:rPr>
          <w:rFonts w:ascii="Times New Roman" w:hAnsi="Times New Roman" w:eastAsia="Times New Roman" w:cs="Times New Roman"/>
          <w:i/>
          <w:color w:val="000000"/>
        </w:rPr>
        <w:t>a</w:t>
      </w:r>
      <w:r>
        <w:rPr>
          <w:rFonts w:ascii="Times New Roman" w:hAnsi="Times New Roman" w:eastAsia="Times New Roman" w:cs="Times New Roman"/>
          <w:color w:val="000000"/>
        </w:rPr>
        <w:t>+4</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关联点</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到原点的距离为（</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P</w:t>
      </w:r>
      <w:r>
        <w:rPr>
          <w:rFonts w:ascii="宋体" w:hAnsi="宋体" w:eastAsia="宋体" w:cs="宋体"/>
          <w:color w:val="000000"/>
        </w:rPr>
        <w:t>表示</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时，</w:t>
      </w:r>
      <w:r>
        <w:rPr>
          <w:rFonts w:ascii="Times New Roman" w:hAnsi="Times New Roman" w:eastAsia="Times New Roman" w:cs="Times New Roman"/>
          <w:i/>
          <w:color w:val="000000"/>
        </w:rPr>
        <w:t>PB</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PA</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PB</w:t>
      </w:r>
      <w:r>
        <w:rPr>
          <w:rFonts w:ascii="宋体" w:hAnsi="宋体" w:eastAsia="宋体" w:cs="宋体"/>
          <w:color w:val="000000"/>
        </w:rPr>
        <w:t>﹣</w:t>
      </w:r>
      <w:r>
        <w:rPr>
          <w:rFonts w:ascii="Times New Roman" w:hAnsi="Times New Roman" w:eastAsia="Times New Roman" w:cs="Times New Roman"/>
          <w:i/>
          <w:color w:val="000000"/>
        </w:rPr>
        <w:t>PA=</w:t>
      </w:r>
      <w:r>
        <w:rPr>
          <w:rFonts w:ascii="Times New Roman" w:hAnsi="Times New Roman" w:eastAsia="Times New Roman" w:cs="Times New Roman"/>
          <w:color w:val="000000"/>
        </w:rPr>
        <w:t>2-2=0</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P</w:t>
      </w:r>
      <w:r>
        <w:rPr>
          <w:rFonts w:ascii="宋体" w:hAnsi="宋体" w:eastAsia="宋体" w:cs="宋体"/>
          <w:color w:val="000000"/>
        </w:rPr>
        <w:t>表示</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）时，</w:t>
      </w:r>
      <w:r>
        <w:rPr>
          <w:rFonts w:ascii="Times New Roman" w:hAnsi="Times New Roman" w:eastAsia="Times New Roman" w:cs="Times New Roman"/>
          <w:i/>
          <w:color w:val="000000"/>
        </w:rPr>
        <w:t>PB</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i/>
          <w:color w:val="000000"/>
        </w:rPr>
        <w:t>PA</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PB</w:t>
      </w:r>
      <w:r>
        <w:rPr>
          <w:rFonts w:ascii="宋体" w:hAnsi="宋体" w:eastAsia="宋体" w:cs="宋体"/>
          <w:color w:val="000000"/>
        </w:rPr>
        <w:t>﹣</w:t>
      </w:r>
      <w:r>
        <w:rPr>
          <w:rFonts w:ascii="Times New Roman" w:hAnsi="Times New Roman" w:eastAsia="Times New Roman" w:cs="Times New Roman"/>
          <w:i/>
          <w:color w:val="000000"/>
        </w:rPr>
        <w:t>PA=</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rPr>
          <w:rFonts w:ascii="Times New Roman" w:hAnsi="Times New Roman" w:eastAsia="Times New Roman" w:cs="Times New Roman"/>
          <w:i/>
          <w:color w:val="000000"/>
        </w:rPr>
        <w:t>PB</w:t>
      </w:r>
      <w:r>
        <w:rPr>
          <w:rFonts w:ascii="宋体" w:hAnsi="宋体" w:eastAsia="宋体" w:cs="宋体"/>
          <w:color w:val="000000"/>
        </w:rPr>
        <w:t>﹣</w:t>
      </w:r>
      <w:r>
        <w:rPr>
          <w:rFonts w:ascii="Times New Roman" w:hAnsi="Times New Roman" w:eastAsia="Times New Roman" w:cs="Times New Roman"/>
          <w:i/>
          <w:color w:val="000000"/>
        </w:rPr>
        <w:t>PA</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本题主要考查了数轴上两点间的距离以及</w:t>
      </w:r>
      <w:r>
        <w:rPr>
          <w:rFonts w:ascii="Times New Roman" w:hAnsi="Times New Roman" w:eastAsia="Times New Roman" w:cs="Times New Roman"/>
          <w:color w:val="000000"/>
        </w:rPr>
        <w:t>“</w:t>
      </w:r>
      <w:r>
        <w:rPr>
          <w:rFonts w:ascii="宋体" w:hAnsi="宋体" w:eastAsia="宋体" w:cs="宋体"/>
          <w:color w:val="000000"/>
        </w:rPr>
        <w:t>关联数</w:t>
      </w:r>
      <w:r>
        <w:rPr>
          <w:rFonts w:ascii="Times New Roman" w:hAnsi="Times New Roman" w:eastAsia="Times New Roman" w:cs="Times New Roman"/>
          <w:color w:val="000000"/>
        </w:rPr>
        <w:t>”</w:t>
      </w:r>
      <w:r>
        <w:rPr>
          <w:rFonts w:ascii="宋体" w:hAnsi="宋体" w:eastAsia="宋体" w:cs="宋体"/>
          <w:color w:val="000000"/>
        </w:rPr>
        <w:t>的定义，掌握数轴上两点间的距离的计算方法是解答本题的关键．</w:t>
      </w:r>
    </w:p>
    <w:p>
      <w:pPr>
        <w:pStyle w:val="Heading2"/>
      </w:pPr>
      <w:r>
        <w:t>丰台区北京市第十二中学</w:t>
      </w:r>
    </w:p>
    <w:p>
      <w:pPr>
        <w:spacing w:line="360" w:lineRule="auto"/>
        <w:jc w:val="left"/>
        <w:textAlignment w:val="center"/>
        <w:rPr>
          <w:color w:val="000000"/>
        </w:rPr>
      </w:pPr>
      <w:r>
        <w:rPr>
          <w:color w:val="000000"/>
        </w:rPr>
        <w:t xml:space="preserve">29. </w:t>
      </w:r>
      <w:r>
        <w:rPr>
          <w:rFonts w:ascii="宋体" w:hAnsi="宋体" w:eastAsia="宋体" w:cs="宋体"/>
          <w:color w:val="000000"/>
        </w:rPr>
        <w:t>定义一种新运算</w:t>
      </w:r>
      <w:r>
        <w:pict>
          <v:shape id="_x0000_i716307"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1467" o:title="eqIdebf060b0e6337536ccf7be08525dd235"/>
            <o:lock v:ext="edit" aspectratio="t"/>
            <w10:wrap type="none"/>
            <w10:anchorlock/>
          </v:shape>
        </w:pict>
      </w:r>
      <w:r>
        <w:rPr>
          <w:rFonts w:ascii="宋体" w:hAnsi="宋体" w:eastAsia="宋体" w:cs="宋体"/>
          <w:color w:val="000000"/>
        </w:rPr>
        <w:t>：对于任意有理数</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，有</w:t>
      </w:r>
      <w:r>
        <w:pict>
          <v:shape id="_x0000_i716308" o:spt="75" alt="学科网(www.zxxk.com)--教育资源门户，提供试卷、教案、课件、论文、素材以及各类教学资源下载，还有大量而丰富的教学相关资讯！" type="#_x0000_t75" style="height:15.95pt;width:98pt;" o:ole="t" filled="f" o:preferrelative="t" stroked="f" coordsize="21600,21600">
            <v:path/>
            <v:fill on="f" focussize="0,0"/>
            <v:stroke on="f" joinstyle="miter"/>
            <v:imagedata r:id="rId1468" o:title="eqIdb52090f7de63493cdd6d2e2e545eb7d9"/>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为常数且</w:t>
      </w:r>
      <w:r>
        <w:pict>
          <v:shape id="_x0000_i716309" o:spt="75" alt="学科网(www.zxxk.com)--教育资源门户，提供试卷、教案、课件、论文、素材以及各类教学资源下载，还有大量而丰富的教学相关资讯！" type="#_x0000_t75" style="height:13.85pt;width:36.7pt;" o:ole="t" filled="f" o:preferrelative="t" stroked="f" coordsize="21600,21600">
            <v:path/>
            <v:fill on="f" focussize="0,0"/>
            <v:stroke on="f" joinstyle="miter"/>
            <v:imagedata r:id="rId1469" o:title="eqId343dc2efff2e4a23640d96272d51c550"/>
            <o:lock v:ext="edit" aspectratio="t"/>
            <w10:wrap type="none"/>
            <w10:anchorlock/>
          </v:shape>
        </w:pict>
      </w:r>
      <w:r>
        <w:rPr>
          <w:rFonts w:ascii="宋体" w:hAnsi="宋体" w:eastAsia="宋体" w:cs="宋体"/>
          <w:color w:val="000000"/>
        </w:rPr>
        <w:t>），如：</w:t>
      </w:r>
      <w:r>
        <w:pict>
          <v:shape id="_x0000_i716310" o:spt="75" alt="学科网(www.zxxk.com)--教育资源门户，提供试卷、教案、课件、论文、素材以及各类教学资源下载，还有大量而丰富的教学相关资讯！" type="#_x0000_t75" style="height:14.1pt;width:171.85pt;" o:ole="t" filled="f" o:preferrelative="t" stroked="f" coordsize="21600,21600">
            <v:path/>
            <v:fill on="f" focussize="0,0"/>
            <v:stroke on="f" joinstyle="miter"/>
            <v:imagedata r:id="rId1470" o:title="eqIdc6b8e67b54c85b4595f6a40b5ff9de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w:t>
      </w:r>
      <w:r>
        <w:pict>
          <v:shape id="_x0000_i716311" o:spt="75" alt="学科网(www.zxxk.com)--教育资源门户，提供试卷、教案、课件、论文、素材以及各类教学资源下载，还有大量而丰富的教学相关资讯！" type="#_x0000_t75" style="height:31.2pt;width:30.05pt;" o:ole="t" filled="f" o:preferrelative="t" stroked="f" coordsize="21600,21600">
            <v:path/>
            <v:fill on="f" focussize="0,0"/>
            <v:stroke on="f" joinstyle="miter"/>
            <v:imagedata r:id="rId1471" o:title="eqIdb3c3bd96e9e42df3c12ff6ac3accdd2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u w:val="single"/>
        </w:rPr>
        <w:t xml:space="preserve">          </w:t>
      </w:r>
      <w:r>
        <w:rPr>
          <w:rFonts w:ascii="宋体" w:hAnsi="宋体" w:eastAsia="宋体" w:cs="宋体"/>
          <w:color w:val="000000"/>
        </w:rPr>
        <w:t>（用含有</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的式子表示）；</w:t>
      </w:r>
    </w:p>
    <w:p>
      <w:pPr>
        <w:spacing w:line="360" w:lineRule="auto"/>
        <w:jc w:val="left"/>
        <w:textAlignment w:val="center"/>
        <w:rPr>
          <w:color w:val="000000"/>
        </w:rPr>
      </w:pPr>
      <w:r>
        <w:rPr>
          <w:rFonts w:ascii="宋体" w:hAnsi="宋体" w:eastAsia="宋体" w:cs="宋体"/>
          <w:color w:val="000000"/>
        </w:rPr>
        <w:t>②若</w:t>
      </w:r>
      <w:r>
        <w:pict>
          <v:shape id="_x0000_i716312" o:spt="75" alt="学科网(www.zxxk.com)--教育资源门户，提供试卷、教案、课件、论文、素材以及各类教学资源下载，还有大量而丰富的教学相关资讯！" type="#_x0000_t75" style="height:31.2pt;width:47.15pt;" o:ole="t" filled="f" o:preferrelative="t" stroked="f" coordsize="21600,21600">
            <v:path/>
            <v:fill on="f" focussize="0,0"/>
            <v:stroke on="f" joinstyle="miter"/>
            <v:imagedata r:id="rId1472" o:title="eqId2f15c5c7d7374cd902f14ea11b1321bf"/>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color w:val="000000"/>
        </w:rPr>
        <w:t>1</w:t>
      </w:r>
      <w:r>
        <w:pict>
          <v:shape id="_x0000_i716313"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1473" o:title="eqIdebf060b0e6337536ccf7be08525dd235"/>
            <o:lock v:ext="edit" aspectratio="t"/>
            <w10:wrap type="none"/>
            <w10:anchorlock/>
          </v:shape>
        </w:pict>
      </w:r>
      <w:r>
        <w:rPr>
          <w:rFonts w:ascii="Times New Roman" w:hAnsi="Times New Roman" w:eastAsia="Times New Roman" w:cs="Times New Roman"/>
          <w:color w:val="000000"/>
        </w:rPr>
        <w:t>4</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）请你写出一组</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的值，使得对于任意有理数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pict>
          <v:shape id="_x0000_i716314"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1474" o:title="eqId0fef13cd4df9745a37dd5715285c0fc9"/>
            <o:lock v:ext="edit" aspectratio="t"/>
            <w10:wrap type="none"/>
            <w10:anchorlock/>
          </v:shape>
        </w:pict>
      </w:r>
      <w:r>
        <w:rPr>
          <w:rFonts w:ascii="宋体" w:hAnsi="宋体" w:eastAsia="宋体" w:cs="宋体"/>
          <w:color w:val="000000"/>
        </w:rPr>
        <w:t>均成立．</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w:t>
      </w:r>
      <w:r>
        <w:pict>
          <v:shape id="_x0000_i716315"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1475" o:title="eqIda760da7ed428aa7d30f02d606ee3d30d"/>
            <o:lock v:ext="edit" aspectratio="t"/>
            <w10:wrap type="none"/>
            <w10:anchorlock/>
          </v:shape>
        </w:pict>
      </w:r>
      <w:r>
        <w:rPr>
          <w:rFonts w:ascii="宋体" w:hAnsi="宋体" w:eastAsia="宋体" w:cs="宋体"/>
          <w:color w:val="000000"/>
        </w:rPr>
        <w:t>；②</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=1</w:t>
      </w:r>
      <w:r>
        <w:rPr>
          <w:rFonts w:ascii="宋体" w:hAnsi="宋体" w:eastAsia="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）①直接根据新定义写出结果即可；</w:t>
      </w:r>
    </w:p>
    <w:p>
      <w:pPr>
        <w:spacing w:line="360" w:lineRule="auto"/>
        <w:jc w:val="left"/>
        <w:textAlignment w:val="center"/>
        <w:rPr>
          <w:color w:val="000000"/>
        </w:rPr>
      </w:pPr>
      <w:r>
        <w:rPr>
          <w:rFonts w:ascii="宋体" w:hAnsi="宋体" w:eastAsia="宋体" w:cs="宋体"/>
          <w:color w:val="000000"/>
        </w:rPr>
        <w:t>②先根据</w:t>
      </w:r>
      <w:r>
        <w:pict>
          <v:shape id="_x0000_i716316" o:spt="75" alt="学科网(www.zxxk.com)--教育资源门户，提供试卷、教案、课件、论文、素材以及各类教学资源下载，还有大量而丰富的教学相关资讯！" type="#_x0000_t75" style="height:31.2pt;width:47.15pt;" o:ole="t" filled="f" o:preferrelative="t" stroked="f" coordsize="21600,21600">
            <v:path/>
            <v:fill on="f" focussize="0,0"/>
            <v:stroke on="f" joinstyle="miter"/>
            <v:imagedata r:id="rId1476" o:title="eqId2f15c5c7d7374cd902f14ea11b1321bf"/>
            <o:lock v:ext="edit" aspectratio="t"/>
            <w10:wrap type="none"/>
            <w10:anchorlock/>
          </v:shape>
        </w:pict>
      </w:r>
      <w:r>
        <w:rPr>
          <w:rFonts w:ascii="宋体" w:hAnsi="宋体" w:eastAsia="宋体" w:cs="宋体"/>
          <w:color w:val="000000"/>
        </w:rPr>
        <w:t>求出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的关系，然后再求</w:t>
      </w:r>
      <w:r>
        <w:rPr>
          <w:rFonts w:ascii="Times New Roman" w:hAnsi="Times New Roman" w:eastAsia="Times New Roman" w:cs="Times New Roman"/>
          <w:color w:val="000000"/>
        </w:rPr>
        <w:t>1</w:t>
      </w:r>
      <w:r>
        <w:pict>
          <v:shape id="_x0000_i716317"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1477" o:title="eqIdebf060b0e6337536ccf7be08525dd235"/>
            <o:lock v:ext="edit" aspectratio="t"/>
            <w10:wrap type="none"/>
            <w10:anchorlock/>
          </v:shape>
        </w:pict>
      </w:r>
      <w:r>
        <w:rPr>
          <w:rFonts w:ascii="Times New Roman" w:hAnsi="Times New Roman" w:eastAsia="Times New Roman" w:cs="Times New Roman"/>
          <w:color w:val="000000"/>
        </w:rPr>
        <w:t>4</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pict>
          <v:shape id="_x0000_i716318"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1478" o:title="eqId0fef13cd4df9745a37dd5715285c0fc9"/>
            <o:lock v:ext="edit" aspectratio="t"/>
            <w10:wrap type="none"/>
            <w10:anchorlock/>
          </v:shape>
        </w:pict>
      </w:r>
      <w:r>
        <w:rPr>
          <w:rFonts w:ascii="宋体" w:hAnsi="宋体" w:eastAsia="宋体" w:cs="宋体"/>
          <w:color w:val="000000"/>
        </w:rPr>
        <w:t>得出含</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的等式，然后根据结果对于任意有理数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都成立可求出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）①∵</w:t>
      </w:r>
      <w:r>
        <w:pict>
          <v:shape id="_x0000_i716319" o:spt="75" alt="学科网(www.zxxk.com)--教育资源门户，提供试卷、教案、课件、论文、素材以及各类教学资源下载，还有大量而丰富的教学相关资讯！" type="#_x0000_t75" style="height:15.95pt;width:98pt;" o:ole="t" filled="f" o:preferrelative="t" stroked="f" coordsize="21600,21600">
            <v:path/>
            <v:fill on="f" focussize="0,0"/>
            <v:stroke on="f" joinstyle="miter"/>
            <v:imagedata r:id="rId1479" o:title="eqIdb52090f7de63493cdd6d2e2e545eb7d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320" o:spt="75" alt="学科网(www.zxxk.com)--教育资源门户，提供试卷、教案、课件、论文、素材以及各类教学资源下载，还有大量而丰富的教学相关资讯！" type="#_x0000_t75" style="height:31.2pt;width:30.05pt;" o:ole="t" filled="f" o:preferrelative="t" stroked="f" coordsize="21600,21600">
            <v:path/>
            <v:fill on="f" focussize="0,0"/>
            <v:stroke on="f" joinstyle="miter"/>
            <v:imagedata r:id="rId1480" o:title="eqIdb3c3bd96e9e42df3c12ff6ac3accdd27"/>
            <o:lock v:ext="edit" aspectratio="t"/>
            <w10:wrap type="none"/>
            <w10:anchorlock/>
          </v:shape>
        </w:pict>
      </w:r>
      <w:r>
        <w:rPr>
          <w:rFonts w:ascii="Times New Roman" w:hAnsi="Times New Roman" w:eastAsia="Times New Roman" w:cs="Times New Roman"/>
          <w:color w:val="000000"/>
        </w:rPr>
        <w:t>=</w:t>
      </w:r>
      <w:r>
        <w:pict>
          <v:shape id="_x0000_i716321"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1481" o:title="eqIda760da7ed428aa7d30f02d606ee3d3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322"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1482" o:title="eqIda760da7ed428aa7d30f02d606ee3d3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16323" o:spt="75" alt="学科网(www.zxxk.com)--教育资源门户，提供试卷、教案、课件、论文、素材以及各类教学资源下载，还有大量而丰富的教学相关资讯！" type="#_x0000_t75" style="height:31.2pt;width:47.15pt;" o:ole="t" filled="f" o:preferrelative="t" stroked="f" coordsize="21600,21600">
            <v:path/>
            <v:fill on="f" focussize="0,0"/>
            <v:stroke on="f" joinstyle="miter"/>
            <v:imagedata r:id="rId1483" o:title="eqId2f15c5c7d7374cd902f14ea11b1321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324"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1484" o:title="eqIda760da7ed428aa7d30f02d606ee3d30d"/>
            <o:lock v:ext="edit" aspectratio="t"/>
            <w10:wrap type="none"/>
            <w10:anchorlock/>
          </v:shape>
        </w:pic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325"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1485" o:title="eqId42e8924e3d417e6a6a2dcfd452c59f9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326" o:spt="75" alt="学科网(www.zxxk.com)--教育资源门户，提供试卷、教案、课件、论文、素材以及各类教学资源下载，还有大量而丰富的教学相关资讯！" type="#_x0000_t75" style="height:14pt;width:49pt;" o:ole="t" filled="f" o:preferrelative="t" stroked="f" coordsize="21600,21600">
            <v:path/>
            <v:fill on="f" focussize="0,0"/>
            <v:stroke on="f" joinstyle="miter"/>
            <v:imagedata r:id="rId1486" o:title="eqId3d99f28727e3d69a99a3a9ae42f833d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pict>
          <v:shape id="_x0000_i716327"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1487" o:title="eqIdebf060b0e6337536ccf7be08525dd235"/>
            <o:lock v:ext="edit" aspectratio="t"/>
            <w10:wrap type="none"/>
            <w10:anchorlock/>
          </v:shape>
        </w:pict>
      </w:r>
      <w:r>
        <w:rPr>
          <w:rFonts w:ascii="Times New Roman" w:hAnsi="Times New Roman" w:eastAsia="Times New Roman" w:cs="Times New Roman"/>
          <w:color w:val="000000"/>
        </w:rPr>
        <w:t>4=</w:t>
      </w:r>
      <w:r>
        <w:rPr>
          <w:rFonts w:ascii="Times New Roman" w:hAnsi="Times New Roman" w:eastAsia="Times New Roman" w:cs="Times New Roman"/>
          <w:i/>
          <w:color w:val="000000"/>
        </w:rPr>
        <w:t>m</w:t>
      </w:r>
      <w:r>
        <w:rPr>
          <w:rFonts w:ascii="Times New Roman" w:hAnsi="Times New Roman" w:eastAsia="Times New Roman" w:cs="Times New Roman"/>
          <w:color w:val="000000"/>
        </w:rPr>
        <w:t>-4</w:t>
      </w:r>
      <w:r>
        <w:rPr>
          <w:rFonts w:ascii="Times New Roman" w:hAnsi="Times New Roman" w:eastAsia="Times New Roman" w:cs="Times New Roman"/>
          <w:i/>
          <w:color w:val="000000"/>
        </w:rPr>
        <w:t>n</w:t>
      </w:r>
      <w:r>
        <w:rPr>
          <w:rFonts w:ascii="Times New Roman" w:hAnsi="Times New Roman" w:eastAsia="Times New Roman" w:cs="Times New Roman"/>
          <w:color w:val="000000"/>
        </w:rPr>
        <w:t>+4=4+4=8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mx</w:t>
      </w:r>
      <w:r>
        <w:rPr>
          <w:rFonts w:ascii="Times New Roman" w:hAnsi="Times New Roman" w:eastAsia="Times New Roman" w:cs="Times New Roman"/>
          <w:color w:val="000000"/>
        </w:rPr>
        <w:t>-</w:t>
      </w:r>
      <w:r>
        <w:rPr>
          <w:rFonts w:ascii="Times New Roman" w:hAnsi="Times New Roman" w:eastAsia="Times New Roman" w:cs="Times New Roman"/>
          <w:i/>
          <w:color w:val="000000"/>
        </w:rPr>
        <w:t>ny</w:t>
      </w:r>
      <w:r>
        <w:rPr>
          <w:rFonts w:ascii="Times New Roman" w:hAnsi="Times New Roman" w:eastAsia="Times New Roman" w:cs="Times New Roman"/>
          <w:color w:val="000000"/>
        </w:rPr>
        <w:t>+</w:t>
      </w:r>
      <w:r>
        <w:rPr>
          <w:rFonts w:ascii="Times New Roman" w:hAnsi="Times New Roman" w:eastAsia="Times New Roman" w:cs="Times New Roman"/>
          <w:i/>
          <w:color w:val="000000"/>
        </w:rPr>
        <w:t>xy</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my</w:t>
      </w:r>
      <w:r>
        <w:rPr>
          <w:rFonts w:ascii="Times New Roman" w:hAnsi="Times New Roman" w:eastAsia="Times New Roman" w:cs="Times New Roman"/>
          <w:color w:val="000000"/>
        </w:rPr>
        <w:t>-</w:t>
      </w:r>
      <w:r>
        <w:rPr>
          <w:rFonts w:ascii="Times New Roman" w:hAnsi="Times New Roman" w:eastAsia="Times New Roman" w:cs="Times New Roman"/>
          <w:i/>
          <w:color w:val="000000"/>
        </w:rPr>
        <w:t>nx</w:t>
      </w:r>
      <w:r>
        <w:rPr>
          <w:rFonts w:ascii="Times New Roman" w:hAnsi="Times New Roman" w:eastAsia="Times New Roman" w:cs="Times New Roman"/>
          <w:color w:val="000000"/>
        </w:rPr>
        <w:t>+</w:t>
      </w:r>
      <w:r>
        <w:rPr>
          <w:rFonts w:ascii="Times New Roman" w:hAnsi="Times New Roman" w:eastAsia="Times New Roman" w:cs="Times New Roman"/>
          <w:i/>
          <w:color w:val="000000"/>
        </w:rPr>
        <w:t>xy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328"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1488" o:title="eqId0fef13cd4df9745a37dd5715285c0fc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mx</w:t>
      </w:r>
      <w:r>
        <w:rPr>
          <w:rFonts w:ascii="Times New Roman" w:hAnsi="Times New Roman" w:eastAsia="Times New Roman" w:cs="Times New Roman"/>
          <w:color w:val="000000"/>
        </w:rPr>
        <w:t>-</w:t>
      </w:r>
      <w:r>
        <w:rPr>
          <w:rFonts w:ascii="Times New Roman" w:hAnsi="Times New Roman" w:eastAsia="Times New Roman" w:cs="Times New Roman"/>
          <w:i/>
          <w:color w:val="000000"/>
        </w:rPr>
        <w:t>ny</w:t>
      </w:r>
      <w:r>
        <w:rPr>
          <w:rFonts w:ascii="Times New Roman" w:hAnsi="Times New Roman" w:eastAsia="Times New Roman" w:cs="Times New Roman"/>
          <w:color w:val="000000"/>
        </w:rPr>
        <w:t>+</w:t>
      </w:r>
      <w:r>
        <w:rPr>
          <w:rFonts w:ascii="Times New Roman" w:hAnsi="Times New Roman" w:eastAsia="Times New Roman" w:cs="Times New Roman"/>
          <w:i/>
          <w:color w:val="000000"/>
        </w:rPr>
        <w:t>xy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my</w:t>
      </w:r>
      <w:r>
        <w:rPr>
          <w:rFonts w:ascii="Times New Roman" w:hAnsi="Times New Roman" w:eastAsia="Times New Roman" w:cs="Times New Roman"/>
          <w:color w:val="000000"/>
        </w:rPr>
        <w:t>-</w:t>
      </w:r>
      <w:r>
        <w:rPr>
          <w:rFonts w:ascii="Times New Roman" w:hAnsi="Times New Roman" w:eastAsia="Times New Roman" w:cs="Times New Roman"/>
          <w:i/>
          <w:color w:val="000000"/>
        </w:rPr>
        <w:t>nx</w:t>
      </w:r>
      <w:r>
        <w:rPr>
          <w:rFonts w:ascii="Times New Roman" w:hAnsi="Times New Roman" w:eastAsia="Times New Roman" w:cs="Times New Roman"/>
          <w:color w:val="000000"/>
        </w:rPr>
        <w:t>+</w:t>
      </w:r>
      <w:r>
        <w:rPr>
          <w:rFonts w:ascii="Times New Roman" w:hAnsi="Times New Roman" w:eastAsia="Times New Roman" w:cs="Times New Roman"/>
          <w:i/>
          <w:color w:val="000000"/>
        </w:rPr>
        <w:t>xy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mx</w:t>
      </w:r>
      <w:r>
        <w:rPr>
          <w:rFonts w:ascii="Times New Roman" w:hAnsi="Times New Roman" w:eastAsia="Times New Roman" w:cs="Times New Roman"/>
          <w:color w:val="000000"/>
        </w:rPr>
        <w:t>-</w:t>
      </w:r>
      <w:r>
        <w:rPr>
          <w:rFonts w:ascii="Times New Roman" w:hAnsi="Times New Roman" w:eastAsia="Times New Roman" w:cs="Times New Roman"/>
          <w:i/>
          <w:color w:val="000000"/>
        </w:rPr>
        <w:t>ny</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my</w:t>
      </w:r>
      <w:r>
        <w:rPr>
          <w:rFonts w:ascii="Times New Roman" w:hAnsi="Times New Roman" w:eastAsia="Times New Roman" w:cs="Times New Roman"/>
          <w:color w:val="000000"/>
        </w:rPr>
        <w:t>+</w:t>
      </w:r>
      <w:r>
        <w:rPr>
          <w:rFonts w:ascii="Times New Roman" w:hAnsi="Times New Roman" w:eastAsia="Times New Roman" w:cs="Times New Roman"/>
          <w:i/>
          <w:color w:val="000000"/>
        </w:rPr>
        <w:t>nx</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时，对于任意有理数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pict>
          <v:shape id="_x0000_i716329"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1489" o:title="eqId0fef13cd4df9745a37dd5715285c0fc9"/>
            <o:lock v:ext="edit" aspectratio="t"/>
            <w10:wrap type="none"/>
            <w10:anchorlock/>
          </v:shape>
        </w:pict>
      </w:r>
      <w:r>
        <w:rPr>
          <w:rFonts w:ascii="宋体" w:hAnsi="宋体" w:eastAsia="宋体" w:cs="宋体"/>
          <w:color w:val="000000"/>
        </w:rPr>
        <w:t>均成立，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的值可以是</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=1</w:t>
      </w:r>
      <w:r>
        <w:rPr>
          <w:rFonts w:ascii="宋体" w:hAnsi="宋体" w:eastAsia="宋体" w:cs="宋体"/>
          <w:color w:val="000000"/>
        </w:rPr>
        <w:t>（答案不唯一）．</w:t>
      </w:r>
    </w:p>
    <w:p>
      <w:pPr>
        <w:spacing w:line="360" w:lineRule="auto"/>
        <w:jc w:val="left"/>
        <w:textAlignment w:val="center"/>
        <w:rPr>
          <w:color w:val="000000"/>
        </w:rPr>
      </w:pPr>
      <w:r>
        <w:rPr>
          <w:color w:val="000000"/>
        </w:rPr>
        <w:t>【点睛】</w:t>
      </w:r>
      <w:r>
        <w:rPr>
          <w:rFonts w:ascii="宋体" w:hAnsi="宋体" w:eastAsia="宋体" w:cs="宋体"/>
          <w:color w:val="000000"/>
        </w:rPr>
        <w:t>本题考查了新定义，整体代入法求代数式的值，以及整式的加减无关型等知识，明确新定义的运算方式是解答本题的关键．</w:t>
      </w:r>
    </w:p>
    <w:p>
      <w:pPr>
        <w:spacing w:line="360" w:lineRule="auto"/>
        <w:jc w:val="both"/>
        <w:textAlignment w:val="center"/>
        <w:rPr>
          <w:color w:val="000000"/>
        </w:rPr>
      </w:pPr>
      <w:r>
        <w:rPr>
          <w:color w:val="000000"/>
        </w:rPr>
        <w:t xml:space="preserve">30. </w:t>
      </w:r>
      <w:r>
        <w:rPr>
          <w:rFonts w:ascii="宋体" w:hAnsi="宋体" w:eastAsia="宋体" w:cs="宋体"/>
          <w:color w:val="000000"/>
        </w:rPr>
        <w:t>阅读理解，完成下列各题：</w:t>
      </w:r>
    </w:p>
    <w:p>
      <w:pPr>
        <w:spacing w:line="360" w:lineRule="auto"/>
        <w:jc w:val="both"/>
        <w:textAlignment w:val="center"/>
        <w:rPr>
          <w:color w:val="000000"/>
        </w:rPr>
      </w:pPr>
      <w:r>
        <w:rPr>
          <w:rFonts w:ascii="宋体" w:hAnsi="宋体" w:eastAsia="宋体" w:cs="宋体"/>
          <w:color w:val="000000"/>
        </w:rPr>
        <w:t>定义：已知</w:t>
      </w:r>
      <w:r>
        <w:pict>
          <v:shape id="_x0000_i71633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490" o:title="eqId5963abe8f421bd99a2aaa94831a951e9"/>
            <o:lock v:ext="edit" aspectratio="t"/>
            <w10:wrap type="none"/>
            <w10:anchorlock/>
          </v:shape>
        </w:pict>
      </w:r>
      <w:r>
        <w:rPr>
          <w:rFonts w:ascii="宋体" w:hAnsi="宋体" w:eastAsia="宋体" w:cs="宋体"/>
          <w:color w:val="000000"/>
        </w:rPr>
        <w:t>、</w:t>
      </w:r>
      <w:r>
        <w:pict>
          <v:shape id="_x0000_i71633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91" o:title="eqId7f9e8449aad35c5d840a3395ea86df6d"/>
            <o:lock v:ext="edit" aspectratio="t"/>
            <w10:wrap type="none"/>
            <w10:anchorlock/>
          </v:shape>
        </w:pict>
      </w:r>
      <w:r>
        <w:rPr>
          <w:rFonts w:ascii="宋体" w:hAnsi="宋体" w:eastAsia="宋体" w:cs="宋体"/>
          <w:color w:val="000000"/>
        </w:rPr>
        <w:t>、</w:t>
      </w:r>
      <w:r>
        <w:pict>
          <v:shape id="_x0000_i71633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492" o:title="eqIdc5db41a1f31d6baee7c69990811edb9f"/>
            <o:lock v:ext="edit" aspectratio="t"/>
            <w10:wrap type="none"/>
            <w10:anchorlock/>
          </v:shape>
        </w:pict>
      </w:r>
      <w:r>
        <w:rPr>
          <w:rFonts w:ascii="宋体" w:hAnsi="宋体" w:eastAsia="宋体" w:cs="宋体"/>
          <w:color w:val="000000"/>
        </w:rPr>
        <w:t>为数轴上任意三点，若点</w:t>
      </w:r>
      <w:r>
        <w:pict>
          <v:shape id="_x0000_i71633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492" o:title="eqIdc5db41a1f31d6baee7c69990811edb9f"/>
            <o:lock v:ext="edit" aspectratio="t"/>
            <w10:wrap type="none"/>
            <w10:anchorlock/>
          </v:shape>
        </w:pict>
      </w:r>
      <w:r>
        <w:rPr>
          <w:rFonts w:ascii="宋体" w:hAnsi="宋体" w:eastAsia="宋体" w:cs="宋体"/>
          <w:color w:val="000000"/>
        </w:rPr>
        <w:t>到点</w:t>
      </w:r>
      <w:r>
        <w:pict>
          <v:shape id="_x0000_i71633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490" o:title="eqId5963abe8f421bd99a2aaa94831a951e9"/>
            <o:lock v:ext="edit" aspectratio="t"/>
            <w10:wrap type="none"/>
            <w10:anchorlock/>
          </v:shape>
        </w:pict>
      </w:r>
      <w:r>
        <w:rPr>
          <w:rFonts w:ascii="宋体" w:hAnsi="宋体" w:eastAsia="宋体" w:cs="宋体"/>
          <w:color w:val="000000"/>
        </w:rPr>
        <w:t>的距离是它到点</w:t>
      </w:r>
      <w:r>
        <w:pict>
          <v:shape id="_x0000_i71633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491" o:title="eqId7f9e8449aad35c5d840a3395ea86df6d"/>
            <o:lock v:ext="edit" aspectratio="t"/>
            <w10:wrap type="none"/>
            <w10:anchorlock/>
          </v:shape>
        </w:pict>
      </w:r>
      <w:r>
        <w:rPr>
          <w:rFonts w:ascii="宋体" w:hAnsi="宋体" w:eastAsia="宋体" w:cs="宋体"/>
          <w:color w:val="000000"/>
        </w:rPr>
        <w:t>的距离的</w:t>
      </w:r>
      <w:r>
        <w:rPr>
          <w:rFonts w:ascii="Times New Roman" w:hAnsi="Times New Roman" w:eastAsia="Times New Roman" w:cs="Times New Roman"/>
          <w:color w:val="000000"/>
        </w:rPr>
        <w:t>3</w:t>
      </w:r>
      <w:r>
        <w:rPr>
          <w:rFonts w:ascii="宋体" w:hAnsi="宋体" w:eastAsia="宋体" w:cs="宋体"/>
          <w:color w:val="000000"/>
        </w:rPr>
        <w:t>倍，则称点</w:t>
      </w:r>
      <w:r>
        <w:pict>
          <v:shape id="_x0000_i71633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492" o:title="eqIdc5db41a1f31d6baee7c69990811edb9f"/>
            <o:lock v:ext="edit" aspectratio="t"/>
            <w10:wrap type="none"/>
            <w10:anchorlock/>
          </v:shape>
        </w:pict>
      </w:r>
      <w:r>
        <w:rPr>
          <w:rFonts w:ascii="宋体" w:hAnsi="宋体" w:eastAsia="宋体" w:cs="宋体"/>
          <w:color w:val="000000"/>
        </w:rPr>
        <w:t>是</w:t>
      </w:r>
      <w:r>
        <w:pict>
          <v:shape id="_x0000_i716337"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493"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倍点．例如：如图</w:t>
      </w:r>
      <w:r>
        <w:rPr>
          <w:rFonts w:ascii="Times New Roman" w:hAnsi="Times New Roman" w:eastAsia="Times New Roman" w:cs="Times New Roman"/>
          <w:color w:val="000000"/>
        </w:rPr>
        <w:t>1</w:t>
      </w:r>
      <w:r>
        <w:rPr>
          <w:rFonts w:ascii="宋体" w:hAnsi="宋体" w:eastAsia="宋体" w:cs="宋体"/>
          <w:color w:val="000000"/>
        </w:rPr>
        <w:t>，点</w:t>
      </w:r>
      <w:r>
        <w:pict>
          <v:shape id="_x0000_i71633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492" o:title="eqIdc5db41a1f31d6baee7c69990811edb9f"/>
            <o:lock v:ext="edit" aspectratio="t"/>
            <w10:wrap type="none"/>
            <w10:anchorlock/>
          </v:shape>
        </w:pict>
      </w:r>
      <w:r>
        <w:rPr>
          <w:rFonts w:ascii="宋体" w:hAnsi="宋体" w:eastAsia="宋体" w:cs="宋体"/>
          <w:color w:val="000000"/>
        </w:rPr>
        <w:t>是</w:t>
      </w:r>
      <w:r>
        <w:pict>
          <v:shape id="_x0000_i716339"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493"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倍点，点</w:t>
      </w:r>
      <w:r>
        <w:pict>
          <v:shape id="_x0000_i71634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494" o:title="eqId8455657dde27aabe6adb7b188e031c11"/>
            <o:lock v:ext="edit" aspectratio="t"/>
            <w10:wrap type="none"/>
            <w10:anchorlock/>
          </v:shape>
        </w:pict>
      </w:r>
      <w:r>
        <w:rPr>
          <w:rFonts w:ascii="宋体" w:hAnsi="宋体" w:eastAsia="宋体" w:cs="宋体"/>
          <w:color w:val="000000"/>
        </w:rPr>
        <w:t>不是</w:t>
      </w:r>
      <w:r>
        <w:pict>
          <v:shape id="_x0000_i716341"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493"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倍点，但点</w:t>
      </w:r>
      <w:r>
        <w:pict>
          <v:shape id="_x0000_i716342"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494" o:title="eqId8455657dde27aabe6adb7b188e031c11"/>
            <o:lock v:ext="edit" aspectratio="t"/>
            <w10:wrap type="none"/>
            <w10:anchorlock/>
          </v:shape>
        </w:pict>
      </w:r>
      <w:r>
        <w:rPr>
          <w:rFonts w:ascii="宋体" w:hAnsi="宋体" w:eastAsia="宋体" w:cs="宋体"/>
          <w:color w:val="000000"/>
        </w:rPr>
        <w:t>是</w:t>
      </w:r>
      <w:r>
        <w:pict>
          <v:shape id="_x0000_i716343"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495" o:title="eqIdb2fc5eea070926e164331a5b76076e9f"/>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倍点，根据这个定义解决下面问题：</w:t>
      </w:r>
    </w:p>
    <w:p>
      <w:pPr>
        <w:spacing w:line="360" w:lineRule="auto"/>
        <w:jc w:val="both"/>
        <w:textAlignment w:val="center"/>
        <w:rPr>
          <w:color w:val="000000"/>
        </w:rPr>
      </w:pPr>
      <w:r>
        <w:rPr>
          <w:color w:val="000000"/>
        </w:rPr>
        <w:drawing>
          <wp:inline distT="0" distB="0" distL="114300" distR="114300">
            <wp:extent cx="3933825" cy="619125"/>
            <wp:effectExtent l="0" t="0" r="0" b="0"/>
            <wp:docPr id="3649"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 name="图片 100023" descr="学科网(www.zxxk.com)--教育资源门户，提供试卷、教案、课件、论文、素材以及各类教学资源下载，还有大量而丰富的教学相关资讯！"/>
                    <pic:cNvPicPr>
                      <a:picLocks noChangeAspect="1"/>
                    </pic:cNvPicPr>
                  </pic:nvPicPr>
                  <pic:blipFill>
                    <a:blip r:embed="rId1496"/>
                    <a:stretch>
                      <a:fillRect/>
                    </a:stretch>
                  </pic:blipFill>
                  <pic:spPr>
                    <a:xfrm>
                      <a:off x="0" y="0"/>
                      <a:ext cx="3933825" cy="619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中，点</w:t>
      </w:r>
      <w:r>
        <w:pict>
          <v:shape id="_x0000_i71634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497" o:title="eqId5963abe8f421bd99a2aaa94831a951e9"/>
            <o:lock v:ext="edit" aspectratio="t"/>
            <w10:wrap type="none"/>
            <w10:anchorlock/>
          </v:shape>
        </w:pict>
      </w:r>
      <w:r>
        <w:rPr>
          <w:rFonts w:ascii="Times New Roman" w:hAnsi="Times New Roman" w:eastAsia="Times New Roman" w:cs="Times New Roman"/>
          <w:color w:val="000000"/>
        </w:rPr>
        <w:t>______</w:t>
      </w:r>
      <w:r>
        <w:pict>
          <v:shape id="_x0000_i716345"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1498" o:title="eqIdf1d0569d1ce4a5a166dd66f63afde4e1"/>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倍点（填写“是”或“不是”）；</w:t>
      </w:r>
      <w:r>
        <w:pict>
          <v:shape id="_x0000_i716346"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1499" o:title="eqId668edbc83df4383afc5107f3e15bbb04"/>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倍点是点</w:t>
      </w:r>
      <w:r>
        <w:rPr>
          <w:rFonts w:ascii="Times New Roman" w:hAnsi="Times New Roman" w:eastAsia="Times New Roman" w:cs="Times New Roman"/>
          <w:color w:val="000000"/>
        </w:rPr>
        <w:t>______</w:t>
      </w:r>
      <w:r>
        <w:rPr>
          <w:rFonts w:ascii="宋体" w:hAnsi="宋体" w:eastAsia="宋体" w:cs="宋体"/>
          <w:color w:val="000000"/>
        </w:rPr>
        <w:t>（填写</w:t>
      </w:r>
      <w:r>
        <w:pict>
          <v:shape id="_x0000_i71634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497" o:title="eqId5963abe8f421bd99a2aaa94831a951e9"/>
            <o:lock v:ext="edit" aspectratio="t"/>
            <w10:wrap type="none"/>
            <w10:anchorlock/>
          </v:shape>
        </w:pict>
      </w:r>
      <w:r>
        <w:rPr>
          <w:rFonts w:ascii="宋体" w:hAnsi="宋体" w:eastAsia="宋体" w:cs="宋体"/>
          <w:color w:val="000000"/>
        </w:rPr>
        <w:t>或</w:t>
      </w:r>
      <w:r>
        <w:pict>
          <v:shape id="_x0000_i71634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500" o:title="eqId7f9e8449aad35c5d840a3395ea86df6d"/>
            <o:lock v:ext="edit" aspectratio="t"/>
            <w10:wrap type="none"/>
            <w10:anchorlock/>
          </v:shape>
        </w:pict>
      </w:r>
      <w:r>
        <w:rPr>
          <w:rFonts w:ascii="宋体" w:hAnsi="宋体" w:eastAsia="宋体" w:cs="宋体"/>
          <w:color w:val="000000"/>
        </w:rPr>
        <w:t>或</w:t>
      </w:r>
      <w:r>
        <w:pict>
          <v:shape id="_x0000_i71634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501" o:title="eqIdc5db41a1f31d6baee7c69990811edb9f"/>
            <o:lock v:ext="edit" aspectratio="t"/>
            <w10:wrap type="none"/>
            <w10:anchorlock/>
          </v:shape>
        </w:pict>
      </w:r>
      <w:r>
        <w:rPr>
          <w:rFonts w:ascii="宋体" w:hAnsi="宋体" w:eastAsia="宋体" w:cs="宋体"/>
          <w:color w:val="000000"/>
        </w:rPr>
        <w:t>或</w:t>
      </w:r>
      <w:r>
        <w:pict>
          <v:shape id="_x0000_i71635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502" o:title="eqId8455657dde27aabe6adb7b188e031c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1635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503" o:title="eqIdac047e91852b91af639feec23a9598b2"/>
            <o:lock v:ext="edit" aspectratio="t"/>
            <w10:wrap type="none"/>
            <w10:anchorlock/>
          </v:shape>
        </w:pict>
      </w:r>
      <w:r>
        <w:rPr>
          <w:rFonts w:ascii="宋体" w:hAnsi="宋体" w:eastAsia="宋体" w:cs="宋体"/>
          <w:color w:val="000000"/>
        </w:rPr>
        <w:t>、</w:t>
      </w:r>
      <w:r>
        <w:pict>
          <v:shape id="_x0000_i716352"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504" o:title="eqId54a5d7d3b6b63fe5c24c3907b7a8eaa3"/>
            <o:lock v:ext="edit" aspectratio="t"/>
            <w10:wrap type="none"/>
            <w10:anchorlock/>
          </v:shape>
        </w:pict>
      </w:r>
      <w:r>
        <w:rPr>
          <w:rFonts w:ascii="宋体" w:hAnsi="宋体" w:eastAsia="宋体" w:cs="宋体"/>
          <w:color w:val="000000"/>
        </w:rPr>
        <w:t>为数轴上两点，点</w:t>
      </w:r>
      <w:r>
        <w:pict>
          <v:shape id="_x0000_i71635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503" o:title="eqIdac047e91852b91af639feec23a9598b2"/>
            <o:lock v:ext="edit" aspectratio="t"/>
            <w10:wrap type="none"/>
            <w10:anchorlock/>
          </v:shape>
        </w:pict>
      </w:r>
      <w:r>
        <w:rPr>
          <w:rFonts w:ascii="宋体" w:hAnsi="宋体" w:eastAsia="宋体" w:cs="宋体"/>
          <w:color w:val="000000"/>
        </w:rPr>
        <w:t>表示的数是</w:t>
      </w:r>
      <w:r>
        <w:pict>
          <v:shape id="_x0000_i716354"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505" o:title="eqId81fb134b2b48acc99213fff6ccfee65f"/>
            <o:lock v:ext="edit" aspectratio="t"/>
            <w10:wrap type="none"/>
            <w10:anchorlock/>
          </v:shape>
        </w:pict>
      </w:r>
      <w:r>
        <w:rPr>
          <w:rFonts w:ascii="宋体" w:hAnsi="宋体" w:eastAsia="宋体" w:cs="宋体"/>
          <w:color w:val="000000"/>
        </w:rPr>
        <w:t>，点</w:t>
      </w:r>
      <w:r>
        <w:pict>
          <v:shape id="_x0000_i71635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504" o:title="eqId54a5d7d3b6b63fe5c24c3907b7a8eaa3"/>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5</w:t>
      </w:r>
      <w:r>
        <w:rPr>
          <w:rFonts w:ascii="宋体" w:hAnsi="宋体" w:eastAsia="宋体" w:cs="宋体"/>
          <w:color w:val="000000"/>
        </w:rPr>
        <w:t>，若点</w:t>
      </w:r>
      <w:r>
        <w:pict>
          <v:shape id="_x0000_i71635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06" o:title="eqId2a30f3a8b673cc28bd90c50cf1a35281"/>
            <o:lock v:ext="edit" aspectratio="t"/>
            <w10:wrap type="none"/>
            <w10:anchorlock/>
          </v:shape>
        </w:pict>
      </w:r>
      <w:r>
        <w:rPr>
          <w:rFonts w:ascii="宋体" w:hAnsi="宋体" w:eastAsia="宋体" w:cs="宋体"/>
          <w:color w:val="000000"/>
        </w:rPr>
        <w:t>是</w:t>
      </w:r>
      <w:r>
        <w:pict>
          <v:shape id="_x0000_i716357" o:spt="75" alt="学科网(www.zxxk.com)--教育资源门户，提供试卷、教案、课件、论文、素材以及各类教学资源下载，还有大量而丰富的教学相关资讯！" type="#_x0000_t75" style="height:20.4pt;width:38.4pt;" o:ole="t" filled="f" o:preferrelative="t" stroked="f" coordsize="21600,21600">
            <v:path/>
            <v:fill on="f" focussize="0,0"/>
            <v:stroke on="f" joinstyle="miter"/>
            <v:imagedata r:id="rId1507" o:title="eqId85c9635c58e5df20634af8f685475809"/>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倍点，则点</w:t>
      </w:r>
      <w:r>
        <w:pict>
          <v:shape id="_x0000_i71635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06" o:title="eqId2a30f3a8b673cc28bd90c50cf1a35281"/>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1635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08" o:title="eqIddad2a36927223bd70f426ba06aea4b45"/>
            <o:lock v:ext="edit" aspectratio="t"/>
            <w10:wrap type="none"/>
            <w10:anchorlock/>
          </v:shape>
        </w:pict>
      </w:r>
      <w:r>
        <w:rPr>
          <w:rFonts w:ascii="宋体" w:hAnsi="宋体" w:eastAsia="宋体" w:cs="宋体"/>
          <w:color w:val="000000"/>
        </w:rPr>
        <w:t>、</w:t>
      </w:r>
      <w:r>
        <w:pict>
          <v:shape id="_x0000_i71636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509" o:title="eqIdacc290b44635265137fdf13146b6a6d9"/>
            <o:lock v:ext="edit" aspectratio="t"/>
            <w10:wrap type="none"/>
            <w10:anchorlock/>
          </v:shape>
        </w:pict>
      </w:r>
      <w:r>
        <w:rPr>
          <w:rFonts w:ascii="宋体" w:hAnsi="宋体" w:eastAsia="宋体" w:cs="宋体"/>
          <w:color w:val="000000"/>
        </w:rPr>
        <w:t>为数轴上两点，点</w:t>
      </w:r>
      <w:r>
        <w:pict>
          <v:shape id="_x0000_i71636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08" o:title="eqIddad2a36927223bd70f426ba06aea4b45"/>
            <o:lock v:ext="edit" aspectratio="t"/>
            <w10:wrap type="none"/>
            <w10:anchorlock/>
          </v:shape>
        </w:pict>
      </w:r>
      <w:r>
        <w:rPr>
          <w:rFonts w:ascii="宋体" w:hAnsi="宋体" w:eastAsia="宋体" w:cs="宋体"/>
          <w:color w:val="000000"/>
        </w:rPr>
        <w:t>在点</w:t>
      </w:r>
      <w:r>
        <w:pict>
          <v:shape id="_x0000_i716362"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509" o:title="eqIdacc290b44635265137fdf13146b6a6d9"/>
            <o:lock v:ext="edit" aspectratio="t"/>
            <w10:wrap type="none"/>
            <w10:anchorlock/>
          </v:shape>
        </w:pict>
      </w:r>
      <w:r>
        <w:rPr>
          <w:rFonts w:ascii="宋体" w:hAnsi="宋体" w:eastAsia="宋体" w:cs="宋体"/>
          <w:color w:val="000000"/>
        </w:rPr>
        <w:t>的左侧，</w:t>
      </w:r>
      <w:r>
        <w:pict>
          <v:shape id="_x0000_i716363"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1510" o:title="eqIdc349e9605f47f5fa74d6aa22d424de6f"/>
            <o:lock v:ext="edit" aspectratio="t"/>
            <w10:wrap type="none"/>
            <w10:anchorlock/>
          </v:shape>
        </w:pict>
      </w:r>
      <w:r>
        <w:rPr>
          <w:rFonts w:ascii="宋体" w:hAnsi="宋体" w:eastAsia="宋体" w:cs="宋体"/>
          <w:color w:val="000000"/>
        </w:rPr>
        <w:t>，一动点</w:t>
      </w:r>
      <w:r>
        <w:pict>
          <v:shape id="_x0000_i71636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511" o:title="eqId73465a1f9aa03481295bf6bd3c6903ac"/>
            <o:lock v:ext="edit" aspectratio="t"/>
            <w10:wrap type="none"/>
            <w10:anchorlock/>
          </v:shape>
        </w:pict>
      </w:r>
      <w:r>
        <w:rPr>
          <w:rFonts w:ascii="宋体" w:hAnsi="宋体" w:eastAsia="宋体" w:cs="宋体"/>
          <w:color w:val="000000"/>
        </w:rPr>
        <w:t>从点</w:t>
      </w:r>
      <w:r>
        <w:pict>
          <v:shape id="_x0000_i71636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08" o:title="eqIddad2a36927223bd70f426ba06aea4b45"/>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3</w:t>
      </w:r>
      <w:r>
        <w:rPr>
          <w:rFonts w:ascii="宋体" w:hAnsi="宋体" w:eastAsia="宋体" w:cs="宋体"/>
          <w:color w:val="000000"/>
        </w:rPr>
        <w:t>个单位长度的速度沿数轴向右运动，设运动时间为</w:t>
      </w:r>
      <w:r>
        <w:pict>
          <v:shape id="_x0000_i716366"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512" o:title="eqId36a1b09c653185842513e24ebba60bb3"/>
            <o:lock v:ext="edit" aspectratio="t"/>
            <w10:wrap type="none"/>
            <w10:anchorlock/>
          </v:shape>
        </w:pict>
      </w:r>
      <w:r>
        <w:rPr>
          <w:rFonts w:ascii="宋体" w:hAnsi="宋体" w:eastAsia="宋体" w:cs="宋体"/>
          <w:color w:val="000000"/>
        </w:rPr>
        <w:t>秒，求当</w:t>
      </w:r>
      <w:r>
        <w:pict>
          <v:shape id="_x0000_i716367"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512" o:title="eqId36a1b09c653185842513e24ebba60bb3"/>
            <o:lock v:ext="edit" aspectratio="t"/>
            <w10:wrap type="none"/>
            <w10:anchorlock/>
          </v:shape>
        </w:pict>
      </w:r>
      <w:r>
        <w:rPr>
          <w:rFonts w:ascii="宋体" w:hAnsi="宋体" w:eastAsia="宋体" w:cs="宋体"/>
          <w:color w:val="000000"/>
        </w:rPr>
        <w:t>为何值时，点</w:t>
      </w:r>
      <w:r>
        <w:pict>
          <v:shape id="_x0000_i71636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511" o:title="eqId73465a1f9aa03481295bf6bd3c6903ac"/>
            <o:lock v:ext="edit" aspectratio="t"/>
            <w10:wrap type="none"/>
            <w10:anchorlock/>
          </v:shape>
        </w:pict>
      </w:r>
      <w:r>
        <w:rPr>
          <w:rFonts w:ascii="宋体" w:hAnsi="宋体" w:eastAsia="宋体" w:cs="宋体"/>
          <w:color w:val="000000"/>
        </w:rPr>
        <w:t>恰好是</w:t>
      </w:r>
      <w:r>
        <w:pict>
          <v:shape id="_x0000_i71636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08" o:title="eqIddad2a36927223bd70f426ba06aea4b45"/>
            <o:lock v:ext="edit" aspectratio="t"/>
            <w10:wrap type="none"/>
            <w10:anchorlock/>
          </v:shape>
        </w:pict>
      </w:r>
      <w:r>
        <w:rPr>
          <w:rFonts w:ascii="宋体" w:hAnsi="宋体" w:eastAsia="宋体" w:cs="宋体"/>
          <w:color w:val="000000"/>
        </w:rPr>
        <w:t>和</w:t>
      </w:r>
      <w:r>
        <w:pict>
          <v:shape id="_x0000_i71637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509" o:title="eqIdacc290b44635265137fdf13146b6a6d9"/>
            <o:lock v:ext="edit" aspectratio="t"/>
            <w10:wrap type="none"/>
            <w10:anchorlock/>
          </v:shape>
        </w:pict>
      </w:r>
      <w:r>
        <w:rPr>
          <w:rFonts w:ascii="宋体" w:hAnsi="宋体" w:eastAsia="宋体" w:cs="宋体"/>
          <w:color w:val="000000"/>
        </w:rPr>
        <w:t>两点的</w:t>
      </w:r>
      <w:r>
        <w:rPr>
          <w:rFonts w:ascii="Times New Roman" w:hAnsi="Times New Roman" w:eastAsia="Times New Roman" w:cs="Times New Roman"/>
          <w:color w:val="000000"/>
        </w:rPr>
        <w:t>3</w:t>
      </w:r>
      <w:r>
        <w:rPr>
          <w:rFonts w:ascii="宋体" w:hAnsi="宋体" w:eastAsia="宋体" w:cs="宋体"/>
          <w:color w:val="000000"/>
        </w:rPr>
        <w:t>倍点？（用含</w:t>
      </w:r>
      <w:r>
        <w:pict>
          <v:shape id="_x0000_i71637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513" o:title="eqId0a6936d370d6a238a608ca56f87198de"/>
            <o:lock v:ext="edit" aspectratio="t"/>
            <w10:wrap type="none"/>
            <w10:anchorlock/>
          </v:shape>
        </w:pict>
      </w:r>
      <w:r>
        <w:rPr>
          <w:rFonts w:ascii="宋体" w:hAnsi="宋体" w:eastAsia="宋体" w:cs="宋体"/>
          <w:color w:val="000000"/>
        </w:rPr>
        <w:t>的代数式表示）．</w:t>
      </w:r>
    </w:p>
    <w:p>
      <w:pPr>
        <w:spacing w:line="360" w:lineRule="auto"/>
        <w:textAlignment w:val="center"/>
        <w:rPr>
          <w:color w:val="000000"/>
        </w:rPr>
      </w:pPr>
      <w:r>
        <w:rPr>
          <w:color w:val="2E75B6"/>
        </w:rPr>
        <w:t>【答案】</w:t>
      </w:r>
      <w:r>
        <w:rPr>
          <w:color w:val="000000"/>
        </w:rPr>
        <w:t>（1）</w:t>
      </w:r>
      <w:r>
        <w:rPr>
          <w:rFonts w:ascii="新宋体" w:hAnsi="新宋体" w:eastAsia="新宋体" w:cs="新宋体"/>
          <w:color w:val="000000"/>
        </w:rPr>
        <w:t>是，</w:t>
      </w:r>
      <w:r>
        <w:pict>
          <v:shape id="_x0000_i71637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514" o:title="eqId7f9e8449aad35c5d840a3395ea86df6d"/>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3</w:t>
      </w:r>
      <w:r>
        <w:rPr>
          <w:rFonts w:ascii="新宋体" w:hAnsi="新宋体" w:eastAsia="新宋体" w:cs="新宋体"/>
          <w:color w:val="000000"/>
        </w:rPr>
        <w:t>或</w:t>
      </w:r>
      <w:r>
        <w:rPr>
          <w:rFonts w:ascii="Times New Roman" w:hAnsi="Times New Roman" w:eastAsia="Times New Roman" w:cs="Times New Roman"/>
          <w:color w:val="000000"/>
        </w:rPr>
        <w:t>9</w:t>
      </w:r>
      <w:r>
        <w:rPr>
          <w:color w:val="000000"/>
        </w:rPr>
        <w:t xml:space="preserve">    （3）</w:t>
      </w:r>
      <w:r>
        <w:rPr>
          <w:rFonts w:ascii="新宋体" w:hAnsi="新宋体" w:eastAsia="新宋体" w:cs="新宋体"/>
          <w:color w:val="000000"/>
        </w:rPr>
        <w:t>当</w:t>
      </w:r>
      <w:r>
        <w:pict>
          <v:shape id="_x0000_i716373" o:spt="75" alt="学科网(www.zxxk.com)--教育资源门户，提供试卷、教案、课件、论文、素材以及各类教学资源下载，还有大量而丰富的教学相关资讯！" type="#_x0000_t75" style="height:30.8pt;width:34.95pt;" o:ole="t" filled="f" o:preferrelative="t" stroked="f" coordsize="21600,21600">
            <v:path/>
            <v:fill on="f" focussize="0,0"/>
            <v:stroke on="f" joinstyle="miter"/>
            <v:imagedata r:id="rId1515" o:title="eqId67d76cb2d44f7ce0323144a098cd7b52"/>
            <o:lock v:ext="edit" aspectratio="t"/>
            <w10:wrap type="none"/>
            <w10:anchorlock/>
          </v:shape>
        </w:pict>
      </w:r>
      <w:r>
        <w:rPr>
          <w:rFonts w:ascii="新宋体" w:hAnsi="新宋体" w:eastAsia="新宋体" w:cs="新宋体"/>
          <w:color w:val="000000"/>
        </w:rPr>
        <w:t>或</w:t>
      </w:r>
      <w:r>
        <w:pict>
          <v:shape id="_x0000_i716374" o:spt="75" alt="学科网(www.zxxk.com)--教育资源门户，提供试卷、教案、课件、论文、素材以及各类教学资源下载，还有大量而丰富的教学相关资讯！" type="#_x0000_t75" style="height:27.75pt;width:30.75pt;" o:ole="t" filled="f" o:preferrelative="t" stroked="f" coordsize="21600,21600">
            <v:path/>
            <v:fill on="f" focussize="0,0"/>
            <v:stroke on="f" joinstyle="miter"/>
            <v:imagedata r:id="rId1516" o:title="eqIdbfb33a6962e464cfe2851fc6fcec3d8b"/>
            <o:lock v:ext="edit" aspectratio="t"/>
            <w10:wrap type="none"/>
            <w10:anchorlock/>
          </v:shape>
        </w:pict>
      </w:r>
      <w:r>
        <w:rPr>
          <w:rFonts w:ascii="新宋体" w:hAnsi="新宋体" w:eastAsia="新宋体" w:cs="新宋体"/>
          <w:color w:val="000000"/>
        </w:rPr>
        <w:t>或</w:t>
      </w:r>
      <w:r>
        <w:pict>
          <v:shape id="_x0000_i716375" o:spt="75" alt="学科网(www.zxxk.com)--教育资源门户，提供试卷、教案、课件、论文、素材以及各类教学资源下载，还有大量而丰富的教学相关资讯！" type="#_x0000_t75" style="height:30.8pt;width:39.95pt;" o:ole="t" filled="f" o:preferrelative="t" stroked="f" coordsize="21600,21600">
            <v:path/>
            <v:fill on="f" focussize="0,0"/>
            <v:stroke on="f" joinstyle="miter"/>
            <v:imagedata r:id="rId1517" o:title="eqIdad316cf6b2a111bc97c153bbb8dfb3d4"/>
            <o:lock v:ext="edit" aspectratio="t"/>
            <w10:wrap type="none"/>
            <w10:anchorlock/>
          </v:shape>
        </w:pict>
      </w:r>
      <w:r>
        <w:rPr>
          <w:rFonts w:ascii="新宋体" w:hAnsi="新宋体" w:eastAsia="新宋体" w:cs="新宋体"/>
          <w:color w:val="000000"/>
        </w:rPr>
        <w:t>时，点</w:t>
      </w:r>
      <w:r>
        <w:pict>
          <v:shape id="_x0000_i716376"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518" o:title="eqId73465a1f9aa03481295bf6bd3c6903ac"/>
            <o:lock v:ext="edit" aspectratio="t"/>
            <w10:wrap type="none"/>
            <w10:anchorlock/>
          </v:shape>
        </w:pict>
      </w:r>
      <w:r>
        <w:rPr>
          <w:rFonts w:ascii="新宋体" w:hAnsi="新宋体" w:eastAsia="新宋体" w:cs="新宋体"/>
          <w:color w:val="000000"/>
        </w:rPr>
        <w:t>恰好是</w:t>
      </w:r>
      <w:r>
        <w:pict>
          <v:shape id="_x0000_i71637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19" o:title="eqIddad2a36927223bd70f426ba06aea4b45"/>
            <o:lock v:ext="edit" aspectratio="t"/>
            <w10:wrap type="none"/>
            <w10:anchorlock/>
          </v:shape>
        </w:pict>
      </w:r>
      <w:r>
        <w:rPr>
          <w:rFonts w:ascii="新宋体" w:hAnsi="新宋体" w:eastAsia="新宋体" w:cs="新宋体"/>
          <w:color w:val="000000"/>
        </w:rPr>
        <w:t>和</w:t>
      </w:r>
      <w:r>
        <w:pict>
          <v:shape id="_x0000_i716378"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520" o:title="eqIdacc290b44635265137fdf13146b6a6d9"/>
            <o:lock v:ext="edit" aspectratio="t"/>
            <w10:wrap type="none"/>
            <w10:anchorlock/>
          </v:shape>
        </w:pict>
      </w:r>
      <w:r>
        <w:rPr>
          <w:rFonts w:ascii="新宋体" w:hAnsi="新宋体" w:eastAsia="新宋体" w:cs="新宋体"/>
          <w:color w:val="000000"/>
        </w:rPr>
        <w:t>两点的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w:t>
      </w:r>
      <w:r>
        <w:rPr>
          <w:rFonts w:ascii="Times New Roman" w:hAnsi="Times New Roman" w:eastAsia="Times New Roman" w:cs="Times New Roman"/>
          <w:color w:val="000000"/>
        </w:rPr>
        <w:t>1</w:t>
      </w:r>
      <w:r>
        <w:rPr>
          <w:rFonts w:ascii="新宋体" w:hAnsi="新宋体" w:eastAsia="新宋体" w:cs="新宋体"/>
          <w:color w:val="000000"/>
        </w:rPr>
        <w:t>）根据图形可直接解得；</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）由</w:t>
      </w:r>
      <w:r>
        <w:pict>
          <v:shape id="_x0000_i716379"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521" o:title="eqId4e52176eeb14b4e7ae2b44bfba94df38"/>
            <o:lock v:ext="edit" aspectratio="t"/>
            <w10:wrap type="none"/>
            <w10:anchorlock/>
          </v:shape>
        </w:pict>
      </w:r>
      <w:r>
        <w:rPr>
          <w:rFonts w:ascii="新宋体" w:hAnsi="新宋体" w:eastAsia="新宋体" w:cs="新宋体"/>
          <w:color w:val="000000"/>
        </w:rPr>
        <w:t>，点</w:t>
      </w:r>
      <w:r>
        <w:pict>
          <v:shape id="_x0000_i71638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22" o:title="eqId2a30f3a8b673cc28bd90c50cf1a35281"/>
            <o:lock v:ext="edit" aspectratio="t"/>
            <w10:wrap type="none"/>
            <w10:anchorlock/>
          </v:shape>
        </w:pict>
      </w:r>
      <w:r>
        <w:rPr>
          <w:rFonts w:ascii="新宋体" w:hAnsi="新宋体" w:eastAsia="新宋体" w:cs="新宋体"/>
          <w:color w:val="000000"/>
        </w:rPr>
        <w:t>在</w:t>
      </w:r>
      <w:r>
        <w:pict>
          <v:shape id="_x0000_i716381"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523" o:title="eqIdac047e91852b91af639feec23a9598b2"/>
            <o:lock v:ext="edit" aspectratio="t"/>
            <w10:wrap type="none"/>
            <w10:anchorlock/>
          </v:shape>
        </w:pict>
      </w:r>
      <w:r>
        <w:rPr>
          <w:rFonts w:ascii="新宋体" w:hAnsi="新宋体" w:eastAsia="新宋体" w:cs="新宋体"/>
          <w:color w:val="000000"/>
        </w:rPr>
        <w:t>，</w:t>
      </w:r>
      <w:r>
        <w:pict>
          <v:shape id="_x0000_i716382"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524" o:title="eqId54a5d7d3b6b63fe5c24c3907b7a8eaa3"/>
            <o:lock v:ext="edit" aspectratio="t"/>
            <w10:wrap type="none"/>
            <w10:anchorlock/>
          </v:shape>
        </w:pict>
      </w:r>
      <w:r>
        <w:rPr>
          <w:rFonts w:ascii="新宋体" w:hAnsi="新宋体" w:eastAsia="新宋体" w:cs="新宋体"/>
          <w:color w:val="000000"/>
        </w:rPr>
        <w:t>之间和</w:t>
      </w:r>
      <w:r>
        <w:pict>
          <v:shape id="_x0000_i71638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524" o:title="eqId54a5d7d3b6b63fe5c24c3907b7a8eaa3"/>
            <o:lock v:ext="edit" aspectratio="t"/>
            <w10:wrap type="none"/>
            <w10:anchorlock/>
          </v:shape>
        </w:pict>
      </w:r>
      <w:r>
        <w:rPr>
          <w:rFonts w:ascii="新宋体" w:hAnsi="新宋体" w:eastAsia="新宋体" w:cs="新宋体"/>
          <w:color w:val="000000"/>
        </w:rPr>
        <w:t>点右侧，分别求出点</w:t>
      </w:r>
      <w:r>
        <w:pict>
          <v:shape id="_x0000_i71638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22" o:title="eqId2a30f3a8b673cc28bd90c50cf1a35281"/>
            <o:lock v:ext="edit" aspectratio="t"/>
            <w10:wrap type="none"/>
            <w10:anchorlock/>
          </v:shape>
        </w:pict>
      </w:r>
      <w:r>
        <w:rPr>
          <w:rFonts w:ascii="新宋体" w:hAnsi="新宋体" w:eastAsia="新宋体" w:cs="新宋体"/>
          <w:color w:val="000000"/>
        </w:rPr>
        <w:t>表示的数是</w:t>
      </w:r>
      <w:r>
        <w:rPr>
          <w:rFonts w:ascii="Times New Roman" w:hAnsi="Times New Roman" w:eastAsia="Times New Roman" w:cs="Times New Roman"/>
          <w:color w:val="000000"/>
        </w:rPr>
        <w:t>3</w:t>
      </w:r>
      <w:r>
        <w:rPr>
          <w:rFonts w:ascii="新宋体" w:hAnsi="新宋体" w:eastAsia="新宋体" w:cs="新宋体"/>
          <w:color w:val="000000"/>
        </w:rPr>
        <w:t>或</w:t>
      </w:r>
      <w:r>
        <w:rPr>
          <w:rFonts w:ascii="Times New Roman" w:hAnsi="Times New Roman" w:eastAsia="Times New Roman" w:cs="Times New Roman"/>
          <w:color w:val="000000"/>
        </w:rPr>
        <w:t>9</w: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3</w:t>
      </w:r>
      <w:r>
        <w:rPr>
          <w:rFonts w:ascii="新宋体" w:hAnsi="新宋体" w:eastAsia="新宋体" w:cs="新宋体"/>
          <w:color w:val="000000"/>
        </w:rPr>
        <w:t>）点</w:t>
      </w:r>
      <w:r>
        <w:pict>
          <v:shape id="_x0000_i716385"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525" o:title="eqId73465a1f9aa03481295bf6bd3c6903ac"/>
            <o:lock v:ext="edit" aspectratio="t"/>
            <w10:wrap type="none"/>
            <w10:anchorlock/>
          </v:shape>
        </w:pict>
      </w:r>
      <w:r>
        <w:rPr>
          <w:rFonts w:ascii="新宋体" w:hAnsi="新宋体" w:eastAsia="新宋体" w:cs="新宋体"/>
          <w:color w:val="000000"/>
        </w:rPr>
        <w:t>恰好是</w:t>
      </w:r>
      <w:r>
        <w:pict>
          <v:shape id="_x0000_i71638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26" o:title="eqIddad2a36927223bd70f426ba06aea4b45"/>
            <o:lock v:ext="edit" aspectratio="t"/>
            <w10:wrap type="none"/>
            <w10:anchorlock/>
          </v:shape>
        </w:pict>
      </w:r>
      <w:r>
        <w:rPr>
          <w:rFonts w:ascii="新宋体" w:hAnsi="新宋体" w:eastAsia="新宋体" w:cs="新宋体"/>
          <w:color w:val="000000"/>
        </w:rPr>
        <w:t>和</w:t>
      </w:r>
      <w:r>
        <w:pict>
          <v:shape id="_x0000_i716387"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527" o:title="eqIdacc290b44635265137fdf13146b6a6d9"/>
            <o:lock v:ext="edit" aspectratio="t"/>
            <w10:wrap type="none"/>
            <w10:anchorlock/>
          </v:shape>
        </w:pict>
      </w:r>
      <w:r>
        <w:rPr>
          <w:rFonts w:ascii="Times New Roman" w:hAnsi="Times New Roman" w:eastAsia="Times New Roman" w:cs="Times New Roman"/>
          <w:color w:val="000000"/>
        </w:rPr>
        <w:t xml:space="preserve"> </w:t>
      </w:r>
      <w:r>
        <w:rPr>
          <w:rFonts w:ascii="新宋体" w:hAnsi="新宋体" w:eastAsia="新宋体" w:cs="新宋体"/>
          <w:color w:val="000000"/>
        </w:rPr>
        <w:t>两点的</w:t>
      </w:r>
      <w:r>
        <w:rPr>
          <w:rFonts w:ascii="Times New Roman" w:hAnsi="Times New Roman" w:eastAsia="Times New Roman" w:cs="Times New Roman"/>
          <w:color w:val="000000"/>
        </w:rPr>
        <w:t>3</w:t>
      </w:r>
      <w:r>
        <w:rPr>
          <w:rFonts w:ascii="新宋体" w:hAnsi="新宋体" w:eastAsia="新宋体" w:cs="新宋体"/>
          <w:color w:val="000000"/>
        </w:rPr>
        <w:t>倍点，可分得</w:t>
      </w:r>
      <w:r>
        <w:pict>
          <v:shape id="_x0000_i716388" o:spt="75" alt="学科网(www.zxxk.com)--教育资源门户，提供试卷、教案、课件、论文、素材以及各类教学资源下载，还有大量而丰富的教学相关资讯！" type="#_x0000_t75" style="height:16pt;width:65.5pt;" o:ole="t" filled="f" o:preferrelative="t" stroked="f" coordsize="21600,21600">
            <v:path/>
            <v:fill on="f" focussize="0,0"/>
            <v:stroke on="f" joinstyle="miter"/>
            <v:imagedata r:id="rId1528" o:title="eqIdc74e1da62e73da9d1b840fbe92d411fa"/>
            <o:lock v:ext="edit" aspectratio="t"/>
            <w10:wrap type="none"/>
            <w10:anchorlock/>
          </v:shape>
        </w:pict>
      </w:r>
      <w:r>
        <w:rPr>
          <w:rFonts w:ascii="新宋体" w:hAnsi="新宋体" w:eastAsia="新宋体" w:cs="新宋体"/>
          <w:color w:val="000000"/>
        </w:rPr>
        <w:t>或</w:t>
      </w:r>
      <w:r>
        <w:pict>
          <v:shape id="_x0000_i716389" o:spt="75" alt="学科网(www.zxxk.com)--教育资源门户，提供试卷、教案、课件、论文、素材以及各类教学资源下载，还有大量而丰富的教学相关资讯！" type="#_x0000_t75" style="height:16pt;width:65.5pt;" o:ole="t" filled="f" o:preferrelative="t" stroked="f" coordsize="21600,21600">
            <v:path/>
            <v:fill on="f" focussize="0,0"/>
            <v:stroke on="f" joinstyle="miter"/>
            <v:imagedata r:id="rId1529" o:title="eqId765132d6b608cadeb0cf730a36776509"/>
            <o:lock v:ext="edit" aspectratio="t"/>
            <w10:wrap type="none"/>
            <w10:anchorlock/>
          </v:shape>
        </w:pict>
      </w:r>
      <w:r>
        <w:rPr>
          <w:rFonts w:ascii="新宋体" w:hAnsi="新宋体" w:eastAsia="新宋体" w:cs="新宋体"/>
          <w:color w:val="000000"/>
        </w:rPr>
        <w:t>或</w:t>
      </w:r>
      <w:r>
        <w:pict>
          <v:shape id="_x0000_i716390" o:spt="75" alt="学科网(www.zxxk.com)--教育资源门户，提供试卷、教案、课件、论文、素材以及各类教学资源下载，还有大量而丰富的教学相关资讯！" type="#_x0000_t75" style="height:14.5pt;width:66pt;" o:ole="t" filled="f" o:preferrelative="t" stroked="f" coordsize="21600,21600">
            <v:path/>
            <v:fill on="f" focussize="0,0"/>
            <v:stroke on="f" joinstyle="miter"/>
            <v:imagedata r:id="rId1530" o:title="eqIddf2b5a016882451bf6120372d6c4f963"/>
            <o:lock v:ext="edit" aspectratio="t"/>
            <w10:wrap type="none"/>
            <w10:anchorlock/>
          </v:shape>
        </w:pict>
      </w:r>
      <w:r>
        <w:rPr>
          <w:rFonts w:ascii="新宋体" w:hAnsi="新宋体" w:eastAsia="新宋体" w:cs="新宋体"/>
          <w:color w:val="000000"/>
        </w:rPr>
        <w:t>，从而解得</w:t>
      </w:r>
      <w:r>
        <w:pict>
          <v:shape id="_x0000_i716391"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531" o:title="eqId36a1b09c653185842513e24ebba60bb3"/>
            <o:lock v:ext="edit" aspectratio="t"/>
            <w10:wrap type="none"/>
            <w10:anchorlock/>
          </v:shape>
        </w:pict>
      </w:r>
      <w:r>
        <w:rPr>
          <w:rFonts w:ascii="新宋体" w:hAnsi="新宋体" w:eastAsia="新宋体" w:cs="新宋体"/>
          <w:color w:val="000000"/>
        </w:rPr>
        <w:t>与</w:t>
      </w:r>
      <w:r>
        <w:pict>
          <v:shape id="_x0000_i71639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532" o:title="eqId0a6936d370d6a238a608ca56f87198de"/>
            <o:lock v:ext="edit" aspectratio="t"/>
            <w10:wrap type="none"/>
            <w10:anchorlock/>
          </v:shape>
        </w:pict>
      </w:r>
      <w:r>
        <w:rPr>
          <w:rFonts w:ascii="新宋体" w:hAnsi="新宋体" w:eastAsia="新宋体" w:cs="新宋体"/>
          <w:color w:val="000000"/>
        </w:rPr>
        <w:t>的关系．</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新宋体" w:hAnsi="新宋体" w:eastAsia="新宋体" w:cs="新宋体"/>
          <w:color w:val="000000"/>
        </w:rPr>
        <w:t>由图可知：</w:t>
      </w:r>
      <w:r>
        <w:pict>
          <v:shape id="_x0000_i716393"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1533" o:title="eqIde98a8ee55f8d77e8a669cea6c0c7547c"/>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639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534" o:title="eqIdf6edc66eda411bf767762e14bde9c9ff"/>
            <o:lock v:ext="edit" aspectratio="t"/>
            <w10:wrap type="none"/>
            <w10:anchorlock/>
          </v:shape>
        </w:pict>
      </w:r>
      <w:r>
        <w:rPr>
          <w:rFonts w:ascii="新宋体" w:hAnsi="新宋体" w:eastAsia="新宋体" w:cs="新宋体"/>
          <w:color w:val="000000"/>
        </w:rPr>
        <w:t>是</w:t>
      </w:r>
      <w:r>
        <w:pict>
          <v:shape id="_x0000_i716395"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1535" o:title="eqIdb3a095452043d46e7275cc2c3c76e5aa"/>
            <o:lock v:ext="edit" aspectratio="t"/>
            <w10:wrap type="none"/>
            <w10:anchorlock/>
          </v:shape>
        </w:pict>
      </w:r>
      <w:r>
        <w:rPr>
          <w:rFonts w:ascii="新宋体" w:hAnsi="新宋体" w:eastAsia="新宋体" w:cs="新宋体"/>
          <w:color w:val="000000"/>
        </w:rPr>
        <w:t>，</w:t>
      </w:r>
      <w:r>
        <w:pict>
          <v:shape id="_x0000_i716396" o:spt="75" alt="学科网(www.zxxk.com)--教育资源门户，提供试卷、教案、课件、论文、素材以及各类教学资源下载，还有大量而丰富的教学相关资讯！" type="#_x0000_t75" style="height:16pt;width:17.5pt;" o:ole="t" filled="f" o:preferrelative="t" stroked="f" coordsize="21600,21600">
            <v:path/>
            <v:fill on="f" focussize="0,0"/>
            <v:stroke on="f" joinstyle="miter"/>
            <v:imagedata r:id="rId1536" o:title="eqId4a8cd1d14bbe6da0455189d16b40f21f"/>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6397" o:spt="75" alt="学科网(www.zxxk.com)--教育资源门户，提供试卷、教案、课件、论文、素材以及各类教学资源下载，还有大量而丰富的教学相关资讯！" type="#_x0000_t75" style="height:14.5pt;width:64pt;" o:ole="t" filled="f" o:preferrelative="t" stroked="f" coordsize="21600,21600">
            <v:path/>
            <v:fill on="f" focussize="0,0"/>
            <v:stroke on="f" joinstyle="miter"/>
            <v:imagedata r:id="rId1537" o:title="eqIde1dea0f2bf2bdb9f9bc107c9d07d390d"/>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6398" o:spt="75" alt="学科网(www.zxxk.com)--教育资源门户，提供试卷、教案、课件、论文、素材以及各类教学资源下载，还有大量而丰富的教学相关资讯！" type="#_x0000_t75" style="height:16pt;width:26.5pt;" o:ole="t" filled="f" o:preferrelative="t" stroked="f" coordsize="21600,21600">
            <v:path/>
            <v:fill on="f" focussize="0,0"/>
            <v:stroke on="f" joinstyle="miter"/>
            <v:imagedata r:id="rId1538" o:title="eqIdab63cf59d9700d94dd26cb80b92c119d"/>
            <o:lock v:ext="edit" aspectratio="t"/>
            <w10:wrap type="none"/>
            <w10:anchorlock/>
          </v:shape>
        </w:pict>
      </w:r>
      <w:r>
        <w:rPr>
          <w:rFonts w:ascii="新宋体" w:hAnsi="新宋体" w:eastAsia="新宋体" w:cs="新宋体"/>
          <w:color w:val="000000"/>
        </w:rPr>
        <w:t>，</w:t>
      </w:r>
      <w:r>
        <w:pict>
          <v:shape id="_x0000_i716399"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1539" o:title="eqIde5f422a98b7bfc20352f72a3a8c09e05"/>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倍点是点</w:t>
      </w:r>
      <w:r>
        <w:pict>
          <v:shape id="_x0000_i71640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540" o:title="eqId7f9e8449aad35c5d840a3395ea86df6d"/>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故答案为：是，</w:t>
      </w:r>
      <w:r>
        <w:pict>
          <v:shape id="_x0000_i71640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541" o:title="eqId7f9e8449aad35c5d840a3395ea86df6d"/>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pict>
          <v:shape id="_x0000_i716402" o:spt="75" alt="学科网(www.zxxk.com)--教育资源门户，提供试卷、教案、课件、论文、素材以及各类教学资源下载，还有大量而丰富的教学相关资讯！" type="#_x0000_t75" style="height:16pt;width:98.5pt;" o:ole="t" filled="f" o:preferrelative="t" stroked="f" coordsize="21600,21600">
            <v:path/>
            <v:fill on="f" focussize="0,0"/>
            <v:stroke on="f" joinstyle="miter"/>
            <v:imagedata r:id="rId1542" o:title="eqId097776b35e12f5871bf68261dd7122e2"/>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当点</w:t>
      </w:r>
      <w:r>
        <w:pict>
          <v:shape id="_x0000_i716403"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43" o:title="eqId2a30f3a8b673cc28bd90c50cf1a35281"/>
            <o:lock v:ext="edit" aspectratio="t"/>
            <w10:wrap type="none"/>
            <w10:anchorlock/>
          </v:shape>
        </w:pict>
      </w:r>
      <w:r>
        <w:rPr>
          <w:rFonts w:ascii="新宋体" w:hAnsi="新宋体" w:eastAsia="新宋体" w:cs="新宋体"/>
          <w:color w:val="000000"/>
        </w:rPr>
        <w:t>在线段</w:t>
      </w:r>
      <w:r>
        <w:pict>
          <v:shape id="_x0000_i716404"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1544" o:title="eqId411461db15ee8086332c531e086c40c7"/>
            <o:lock v:ext="edit" aspectratio="t"/>
            <w10:wrap type="none"/>
            <w10:anchorlock/>
          </v:shape>
        </w:pict>
      </w:r>
      <w:r>
        <w:rPr>
          <w:rFonts w:ascii="新宋体" w:hAnsi="新宋体" w:eastAsia="新宋体" w:cs="新宋体"/>
          <w:color w:val="000000"/>
        </w:rPr>
        <w:t>上时，</w:t>
      </w:r>
    </w:p>
    <w:p>
      <w:pPr>
        <w:spacing w:line="360" w:lineRule="auto"/>
        <w:jc w:val="both"/>
        <w:textAlignment w:val="center"/>
        <w:rPr>
          <w:color w:val="000000"/>
        </w:rPr>
      </w:pPr>
      <w:r>
        <w:pict>
          <v:shape id="_x0000_i71640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1545" o:title="eqId16f3d198e76391779fa3badc848c8ac8"/>
            <o:lock v:ext="edit" aspectratio="t"/>
            <w10:wrap type="none"/>
            <w10:anchorlock/>
          </v:shape>
        </w:pict>
      </w:r>
      <w:r>
        <w:rPr>
          <w:rFonts w:ascii="新宋体" w:hAnsi="新宋体" w:eastAsia="新宋体" w:cs="新宋体"/>
          <w:color w:val="000000"/>
        </w:rPr>
        <w:t>点</w:t>
      </w:r>
      <w:r>
        <w:pict>
          <v:shape id="_x0000_i71640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46" o:title="eqId2a30f3a8b673cc28bd90c50cf1a35281"/>
            <o:lock v:ext="edit" aspectratio="t"/>
            <w10:wrap type="none"/>
            <w10:anchorlock/>
          </v:shape>
        </w:pict>
      </w:r>
      <w:r>
        <w:rPr>
          <w:rFonts w:ascii="新宋体" w:hAnsi="新宋体" w:eastAsia="新宋体" w:cs="新宋体"/>
          <w:color w:val="000000"/>
        </w:rPr>
        <w:t>是</w:t>
      </w:r>
      <w:r>
        <w:pict>
          <v:shape id="_x0000_i716407"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547" o:title="eqId6e0fafedaec82ac0fe5f566a3c225fde"/>
            <o:lock v:ext="edit" aspectratio="t"/>
            <w10:wrap type="none"/>
            <w10:anchorlock/>
          </v:shape>
        </w:pict>
      </w:r>
      <w:r>
        <w:rPr>
          <w:rFonts w:ascii="新宋体" w:hAnsi="新宋体" w:eastAsia="新宋体" w:cs="新宋体"/>
          <w:color w:val="000000"/>
        </w:rPr>
        <w:t>，</w:t>
      </w:r>
      <w:r>
        <w:pict>
          <v:shape id="_x0000_i716408" o:spt="75" alt="学科网(www.zxxk.com)--教育资源门户，提供试卷、教案、课件、论文、素材以及各类教学资源下载，还有大量而丰富的教学相关资讯！" type="#_x0000_t75" style="height:16pt;width:17.5pt;" o:ole="t" filled="f" o:preferrelative="t" stroked="f" coordsize="21600,21600">
            <v:path/>
            <v:fill on="f" focussize="0,0"/>
            <v:stroke on="f" joinstyle="miter"/>
            <v:imagedata r:id="rId1548" o:title="eqIdf4812deb498ea4c56a294c3294f1ac14"/>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6409" o:spt="75" alt="学科网(www.zxxk.com)--教育资源门户，提供试卷、教案、课件、论文、素材以及各类教学资源下载，还有大量而丰富的教学相关资讯！" type="#_x0000_t75" style="height:31pt;width:92.5pt;" o:ole="t" filled="f" o:preferrelative="t" stroked="f" coordsize="21600,21600">
            <v:path/>
            <v:fill on="f" focussize="0,0"/>
            <v:stroke on="f" joinstyle="miter"/>
            <v:imagedata r:id="rId1549" o:title="eqId4621260fc36fb9587f7c7a26f8710f94"/>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此时点</w:t>
      </w:r>
      <w:r>
        <w:pict>
          <v:shape id="_x0000_i71641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50" o:title="eqId2a30f3a8b673cc28bd90c50cf1a35281"/>
            <o:lock v:ext="edit" aspectratio="t"/>
            <w10:wrap type="none"/>
            <w10:anchorlock/>
          </v:shape>
        </w:pict>
      </w:r>
      <w:r>
        <w:rPr>
          <w:rFonts w:ascii="新宋体" w:hAnsi="新宋体" w:eastAsia="新宋体" w:cs="新宋体"/>
          <w:color w:val="000000"/>
        </w:rPr>
        <w:t>表示的数是</w:t>
      </w:r>
      <w:r>
        <w:rPr>
          <w:rFonts w:ascii="Times New Roman" w:hAnsi="Times New Roman" w:eastAsia="Times New Roman" w:cs="Times New Roman"/>
          <w:color w:val="000000"/>
        </w:rPr>
        <w:t>3</w: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当点</w:t>
      </w:r>
      <w:r>
        <w:pict>
          <v:shape id="_x0000_i71641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51" o:title="eqId2a30f3a8b673cc28bd90c50cf1a35281"/>
            <o:lock v:ext="edit" aspectratio="t"/>
            <w10:wrap type="none"/>
            <w10:anchorlock/>
          </v:shape>
        </w:pict>
      </w:r>
      <w:r>
        <w:rPr>
          <w:rFonts w:ascii="新宋体" w:hAnsi="新宋体" w:eastAsia="新宋体" w:cs="新宋体"/>
          <w:color w:val="000000"/>
        </w:rPr>
        <w:t>在点</w:t>
      </w:r>
      <w:r>
        <w:pict>
          <v:shape id="_x0000_i716412"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552" o:title="eqId54a5d7d3b6b63fe5c24c3907b7a8eaa3"/>
            <o:lock v:ext="edit" aspectratio="t"/>
            <w10:wrap type="none"/>
            <w10:anchorlock/>
          </v:shape>
        </w:pict>
      </w:r>
      <w:r>
        <w:rPr>
          <w:rFonts w:ascii="新宋体" w:hAnsi="新宋体" w:eastAsia="新宋体" w:cs="新宋体"/>
          <w:color w:val="000000"/>
        </w:rPr>
        <w:t>右侧时，</w:t>
      </w:r>
    </w:p>
    <w:p>
      <w:pPr>
        <w:spacing w:line="360" w:lineRule="auto"/>
        <w:jc w:val="both"/>
        <w:textAlignment w:val="center"/>
        <w:rPr>
          <w:color w:val="000000"/>
        </w:rPr>
      </w:pPr>
      <w:r>
        <w:pict>
          <v:shape id="_x0000_i71641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1553" o:title="eqId16f3d198e76391779fa3badc848c8ac8"/>
            <o:lock v:ext="edit" aspectratio="t"/>
            <w10:wrap type="none"/>
            <w10:anchorlock/>
          </v:shape>
        </w:pict>
      </w:r>
      <w:r>
        <w:rPr>
          <w:rFonts w:ascii="新宋体" w:hAnsi="新宋体" w:eastAsia="新宋体" w:cs="新宋体"/>
          <w:color w:val="000000"/>
        </w:rPr>
        <w:t>点</w:t>
      </w:r>
      <w:r>
        <w:pict>
          <v:shape id="_x0000_i71641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54" o:title="eqId2a30f3a8b673cc28bd90c50cf1a35281"/>
            <o:lock v:ext="edit" aspectratio="t"/>
            <w10:wrap type="none"/>
            <w10:anchorlock/>
          </v:shape>
        </w:pict>
      </w:r>
      <w:r>
        <w:rPr>
          <w:rFonts w:ascii="新宋体" w:hAnsi="新宋体" w:eastAsia="新宋体" w:cs="新宋体"/>
          <w:color w:val="000000"/>
        </w:rPr>
        <w:t>是</w:t>
      </w:r>
      <w:r>
        <w:pict>
          <v:shape id="_x0000_i716415"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555" o:title="eqId6e0fafedaec82ac0fe5f566a3c225fde"/>
            <o:lock v:ext="edit" aspectratio="t"/>
            <w10:wrap type="none"/>
            <w10:anchorlock/>
          </v:shape>
        </w:pict>
      </w:r>
      <w:r>
        <w:rPr>
          <w:rFonts w:ascii="新宋体" w:hAnsi="新宋体" w:eastAsia="新宋体" w:cs="新宋体"/>
          <w:color w:val="000000"/>
        </w:rPr>
        <w:t>，</w:t>
      </w:r>
      <w:r>
        <w:pict>
          <v:shape id="_x0000_i716416" o:spt="75" alt="学科网(www.zxxk.com)--教育资源门户，提供试卷、教案、课件、论文、素材以及各类教学资源下载，还有大量而丰富的教学相关资讯！" type="#_x0000_t75" style="height:16pt;width:17.5pt;" o:ole="t" filled="f" o:preferrelative="t" stroked="f" coordsize="21600,21600">
            <v:path/>
            <v:fill on="f" focussize="0,0"/>
            <v:stroke on="f" joinstyle="miter"/>
            <v:imagedata r:id="rId1556" o:title="eqIdf4812deb498ea4c56a294c3294f1ac14"/>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6417" o:spt="75" alt="学科网(www.zxxk.com)--教育资源门户，提供试卷、教案、课件、论文、素材以及各类教学资源下载，还有大量而丰富的教学相关资讯！" type="#_x0000_t75" style="height:31pt;width:97pt;" o:ole="t" filled="f" o:preferrelative="t" stroked="f" coordsize="21600,21600">
            <v:path/>
            <v:fill on="f" focussize="0,0"/>
            <v:stroke on="f" joinstyle="miter"/>
            <v:imagedata r:id="rId1557" o:title="eqId8dda8c4bd8d890c3598a28f6a67f8b6e"/>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641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558" o:title="eqId2de0d10ef8b748d4531250c37c5d3f9e"/>
            <o:lock v:ext="edit" aspectratio="t"/>
            <w10:wrap type="none"/>
            <w10:anchorlock/>
          </v:shape>
        </w:pict>
      </w:r>
      <w:r>
        <w:rPr>
          <w:rFonts w:ascii="新宋体" w:hAnsi="新宋体" w:eastAsia="新宋体" w:cs="新宋体"/>
          <w:color w:val="000000"/>
        </w:rPr>
        <w:t>点</w:t>
      </w:r>
      <w:r>
        <w:pict>
          <v:shape id="_x0000_i716419"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559" o:title="eqId2a30f3a8b673cc28bd90c50cf1a35281"/>
            <o:lock v:ext="edit" aspectratio="t"/>
            <w10:wrap type="none"/>
            <w10:anchorlock/>
          </v:shape>
        </w:pict>
      </w:r>
      <w:r>
        <w:rPr>
          <w:rFonts w:ascii="新宋体" w:hAnsi="新宋体" w:eastAsia="新宋体" w:cs="新宋体"/>
          <w:color w:val="000000"/>
        </w:rPr>
        <w:t>表示的数是</w:t>
      </w:r>
      <w:r>
        <w:rPr>
          <w:rFonts w:ascii="Times New Roman" w:hAnsi="Times New Roman" w:eastAsia="Times New Roman" w:cs="Times New Roman"/>
          <w:color w:val="000000"/>
        </w:rPr>
        <w:t>9</w: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故答案为：</w:t>
      </w:r>
      <w:r>
        <w:rPr>
          <w:rFonts w:ascii="Times New Roman" w:hAnsi="Times New Roman" w:eastAsia="Times New Roman" w:cs="Times New Roman"/>
          <w:color w:val="000000"/>
        </w:rPr>
        <w:t>3</w:t>
      </w:r>
      <w:r>
        <w:rPr>
          <w:rFonts w:ascii="新宋体" w:hAnsi="新宋体" w:eastAsia="新宋体" w:cs="新宋体"/>
          <w:color w:val="000000"/>
        </w:rPr>
        <w:t>或</w:t>
      </w:r>
      <w:r>
        <w:rPr>
          <w:rFonts w:ascii="Times New Roman" w:hAnsi="Times New Roman" w:eastAsia="Times New Roman" w:cs="Times New Roman"/>
          <w:color w:val="000000"/>
        </w:rPr>
        <w:t>9</w:t>
      </w:r>
      <w:r>
        <w:rPr>
          <w:rFonts w:ascii="新宋体" w:hAnsi="新宋体" w:eastAsia="新宋体" w:cs="新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pict>
          <v:shape id="_x0000_i716420" o:spt="75" alt="学科网(www.zxxk.com)--教育资源门户，提供试卷、教案、课件、论文、素材以及各类教学资源下载，还有大量而丰富的教学相关资讯！" type="#_x0000_t75" style="height:16pt;width:48pt;" o:ole="t" filled="f" o:preferrelative="t" stroked="f" coordsize="21600,21600">
            <v:path/>
            <v:fill on="f" focussize="0,0"/>
            <v:stroke on="f" joinstyle="miter"/>
            <v:imagedata r:id="rId1560" o:title="eqId5790b056370c494f7e4fdc2b9fab4808"/>
            <o:lock v:ext="edit" aspectratio="t"/>
            <w10:wrap type="none"/>
            <w10:anchorlock/>
          </v:shape>
        </w:pict>
      </w:r>
      <w:r>
        <w:rPr>
          <w:rFonts w:ascii="新宋体" w:hAnsi="新宋体" w:eastAsia="新宋体" w:cs="新宋体"/>
          <w:color w:val="000000"/>
        </w:rPr>
        <w:t>，</w:t>
      </w:r>
      <w:r>
        <w:pict>
          <v:shape id="_x0000_i716421"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1561" o:title="eqId66ec3b6f4ceb5a3463dc14757952172b"/>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6422" o:spt="75" alt="学科网(www.zxxk.com)--教育资源门户，提供试卷、教案、课件、论文、素材以及各类教学资源下载，还有大量而丰富的教学相关资讯！" type="#_x0000_t75" style="height:16pt;width:69pt;" o:ole="t" filled="f" o:preferrelative="t" stroked="f" coordsize="21600,21600">
            <v:path/>
            <v:fill on="f" focussize="0,0"/>
            <v:stroke on="f" joinstyle="miter"/>
            <v:imagedata r:id="rId1562" o:title="eqId020ccc700bf30544d742b0c5b6a22837"/>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6423"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1563" o:title="eqId89401b479244fbcd8513ef7ae563d189"/>
            <o:lock v:ext="edit" aspectratio="t"/>
            <w10:wrap type="none"/>
            <w10:anchorlock/>
          </v:shape>
        </w:pict>
      </w:r>
      <w:r>
        <w:rPr>
          <w:rFonts w:ascii="新宋体" w:hAnsi="新宋体" w:eastAsia="新宋体" w:cs="新宋体"/>
          <w:color w:val="000000"/>
        </w:rPr>
        <w:t>恰好是</w:t>
      </w:r>
      <w:r>
        <w:pict>
          <v:shape id="_x0000_i71642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64" o:title="eqIddad2a36927223bd70f426ba06aea4b45"/>
            <o:lock v:ext="edit" aspectratio="t"/>
            <w10:wrap type="none"/>
            <w10:anchorlock/>
          </v:shape>
        </w:pict>
      </w:r>
      <w:r>
        <w:rPr>
          <w:rFonts w:ascii="新宋体" w:hAnsi="新宋体" w:eastAsia="新宋体" w:cs="新宋体"/>
          <w:color w:val="000000"/>
        </w:rPr>
        <w:t>和</w:t>
      </w:r>
      <w:r>
        <w:pict>
          <v:shape id="_x0000_i716425"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565" o:title="eqIdacc290b44635265137fdf13146b6a6d9"/>
            <o:lock v:ext="edit" aspectratio="t"/>
            <w10:wrap type="none"/>
            <w10:anchorlock/>
          </v:shape>
        </w:pict>
      </w:r>
      <w:r>
        <w:rPr>
          <w:rFonts w:ascii="新宋体" w:hAnsi="新宋体" w:eastAsia="新宋体" w:cs="新宋体"/>
          <w:color w:val="000000"/>
        </w:rPr>
        <w:t>两点的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642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566" o:title="eqId2de0d10ef8b748d4531250c37c5d3f9e"/>
            <o:lock v:ext="edit" aspectratio="t"/>
            <w10:wrap type="none"/>
            <w10:anchorlock/>
          </v:shape>
        </w:pict>
      </w:r>
      <w:r>
        <w:rPr>
          <w:rFonts w:ascii="新宋体" w:hAnsi="新宋体" w:eastAsia="新宋体" w:cs="新宋体"/>
          <w:color w:val="000000"/>
        </w:rPr>
        <w:t>点</w:t>
      </w:r>
      <w:r>
        <w:pict>
          <v:shape id="_x0000_i716427"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567" o:title="eqId73465a1f9aa03481295bf6bd3c6903ac"/>
            <o:lock v:ext="edit" aspectratio="t"/>
            <w10:wrap type="none"/>
            <w10:anchorlock/>
          </v:shape>
        </w:pict>
      </w:r>
      <w:r>
        <w:rPr>
          <w:rFonts w:ascii="新宋体" w:hAnsi="新宋体" w:eastAsia="新宋体" w:cs="新宋体"/>
          <w:color w:val="000000"/>
        </w:rPr>
        <w:t>是</w:t>
      </w:r>
      <w:r>
        <w:pict>
          <v:shape id="_x0000_i716428" o:spt="75" alt="学科网(www.zxxk.com)--教育资源门户，提供试卷、教案、课件、论文、素材以及各类教学资源下载，还有大量而丰富的教学相关资讯！" type="#_x0000_t75" style="height:15.25pt;width:14.2pt;" o:ole="t" filled="f" o:preferrelative="t" stroked="f" coordsize="21600,21600">
            <v:path/>
            <v:fill on="f" focussize="0,0"/>
            <v:stroke on="f" joinstyle="miter"/>
            <v:imagedata r:id="rId1568" o:title="eqId2b3e6a230dcf5e00b91c72dca44d5b28"/>
            <o:lock v:ext="edit" aspectratio="t"/>
            <w10:wrap type="none"/>
            <w10:anchorlock/>
          </v:shape>
        </w:pict>
      </w:r>
      <w:r>
        <w:rPr>
          <w:rFonts w:ascii="新宋体" w:hAnsi="新宋体" w:eastAsia="新宋体" w:cs="新宋体"/>
          <w:color w:val="000000"/>
        </w:rPr>
        <w:t>，</w:t>
      </w:r>
      <w:r>
        <w:pict>
          <v:shape id="_x0000_i716429"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1569" o:title="eqId192023e3c2b72032a8e12cbd7be39cd5"/>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倍点或点</w:t>
      </w:r>
      <w:r>
        <w:pict>
          <v:shape id="_x0000_i71643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567" o:title="eqId73465a1f9aa03481295bf6bd3c6903ac"/>
            <o:lock v:ext="edit" aspectratio="t"/>
            <w10:wrap type="none"/>
            <w10:anchorlock/>
          </v:shape>
        </w:pict>
      </w:r>
      <w:r>
        <w:rPr>
          <w:rFonts w:ascii="新宋体" w:hAnsi="新宋体" w:eastAsia="新宋体" w:cs="新宋体"/>
          <w:color w:val="000000"/>
        </w:rPr>
        <w:t>是</w:t>
      </w:r>
      <w:r>
        <w:pict>
          <v:shape id="_x0000_i716431"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1570" o:title="eqId8d4073475983abf69fd6fc8ad5f87438"/>
            <o:lock v:ext="edit" aspectratio="t"/>
            <w10:wrap type="none"/>
            <w10:anchorlock/>
          </v:shape>
        </w:pict>
      </w:r>
      <w:r>
        <w:rPr>
          <w:rFonts w:ascii="新宋体" w:hAnsi="新宋体" w:eastAsia="新宋体" w:cs="新宋体"/>
          <w:color w:val="000000"/>
        </w:rPr>
        <w:t>，</w:t>
      </w:r>
      <w:r>
        <w:pict>
          <v:shape id="_x0000_i716432" o:spt="75" alt="学科网(www.zxxk.com)--教育资源门户，提供试卷、教案、课件、论文、素材以及各类教学资源下载，还有大量而丰富的教学相关资讯！" type="#_x0000_t75" style="height:15.25pt;width:14.2pt;" o:ole="t" filled="f" o:preferrelative="t" stroked="f" coordsize="21600,21600">
            <v:path/>
            <v:fill on="f" focussize="0,0"/>
            <v:stroke on="f" joinstyle="miter"/>
            <v:imagedata r:id="rId1571" o:title="eqId7031a1815b7abadf4485c66d1352011c"/>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6433" o:spt="75" alt="学科网(www.zxxk.com)--教育资源门户，提供试卷、教案、课件、论文、素材以及各类教学资源下载，还有大量而丰富的教学相关资讯！" type="#_x0000_t75" style="height:16pt;width:67pt;" o:ole="t" filled="f" o:preferrelative="t" stroked="f" coordsize="21600,21600">
            <v:path/>
            <v:fill on="f" focussize="0,0"/>
            <v:stroke on="f" joinstyle="miter"/>
            <v:imagedata r:id="rId1572" o:title="eqId471c15eebea2fd4472b014bbd7869014"/>
            <o:lock v:ext="edit" aspectratio="t"/>
            <w10:wrap type="none"/>
            <w10:anchorlock/>
          </v:shape>
        </w:pict>
      </w:r>
      <w:r>
        <w:rPr>
          <w:rFonts w:ascii="新宋体" w:hAnsi="新宋体" w:eastAsia="新宋体" w:cs="新宋体"/>
          <w:color w:val="000000"/>
        </w:rPr>
        <w:t>或</w:t>
      </w:r>
      <w:r>
        <w:pict>
          <v:shape id="_x0000_i716434" o:spt="75" alt="学科网(www.zxxk.com)--教育资源门户，提供试卷、教案、课件、论文、素材以及各类教学资源下载，还有大量而丰富的教学相关资讯！" type="#_x0000_t75" style="height:16pt;width:57pt;" o:ole="t" filled="f" o:preferrelative="t" stroked="f" coordsize="21600,21600">
            <v:path/>
            <v:fill on="f" focussize="0,0"/>
            <v:stroke on="f" joinstyle="miter"/>
            <v:imagedata r:id="rId1573" o:title="eqIde12ef4b2d7729babc75f60fcff34a542"/>
            <o:lock v:ext="edit" aspectratio="t"/>
            <w10:wrap type="none"/>
            <w10:anchorlock/>
          </v:shape>
        </w:pict>
      </w:r>
    </w:p>
    <w:p>
      <w:pPr>
        <w:spacing w:line="360" w:lineRule="auto"/>
        <w:jc w:val="both"/>
        <w:textAlignment w:val="center"/>
        <w:rPr>
          <w:color w:val="000000"/>
        </w:rPr>
      </w:pPr>
      <w:r>
        <w:rPr>
          <w:rFonts w:ascii="新宋体" w:hAnsi="新宋体" w:eastAsia="新宋体" w:cs="新宋体"/>
          <w:color w:val="000000"/>
        </w:rPr>
        <w:t>即：</w:t>
      </w:r>
      <w:r>
        <w:pict>
          <v:shape id="_x0000_i716435" o:spt="75" alt="学科网(www.zxxk.com)--教育资源门户，提供试卷、教案、课件、论文、素材以及各类教学资源下载，还有大量而丰富的教学相关资讯！" type="#_x0000_t75" style="height:16pt;width:65.5pt;" o:ole="t" filled="f" o:preferrelative="t" stroked="f" coordsize="21600,21600">
            <v:path/>
            <v:fill on="f" focussize="0,0"/>
            <v:stroke on="f" joinstyle="miter"/>
            <v:imagedata r:id="rId1574" o:title="eqIdc74e1da62e73da9d1b840fbe92d411fa"/>
            <o:lock v:ext="edit" aspectratio="t"/>
            <w10:wrap type="none"/>
            <w10:anchorlock/>
          </v:shape>
        </w:pict>
      </w:r>
      <w:r>
        <w:rPr>
          <w:rFonts w:ascii="新宋体" w:hAnsi="新宋体" w:eastAsia="新宋体" w:cs="新宋体"/>
          <w:color w:val="000000"/>
        </w:rPr>
        <w:t>或</w:t>
      </w:r>
      <w:r>
        <w:pict>
          <v:shape id="_x0000_i716436" o:spt="75" alt="学科网(www.zxxk.com)--教育资源门户，提供试卷、教案、课件、论文、素材以及各类教学资源下载，还有大量而丰富的教学相关资讯！" type="#_x0000_t75" style="height:16pt;width:65.5pt;" o:ole="t" filled="f" o:preferrelative="t" stroked="f" coordsize="21600,21600">
            <v:path/>
            <v:fill on="f" focussize="0,0"/>
            <v:stroke on="f" joinstyle="miter"/>
            <v:imagedata r:id="rId1575" o:title="eqId765132d6b608cadeb0cf730a36776509"/>
            <o:lock v:ext="edit" aspectratio="t"/>
            <w10:wrap type="none"/>
            <w10:anchorlock/>
          </v:shape>
        </w:pict>
      </w:r>
      <w:r>
        <w:rPr>
          <w:rFonts w:ascii="新宋体" w:hAnsi="新宋体" w:eastAsia="新宋体" w:cs="新宋体"/>
          <w:color w:val="000000"/>
        </w:rPr>
        <w:t>或</w:t>
      </w:r>
      <w:r>
        <w:pict>
          <v:shape id="_x0000_i716437" o:spt="75" alt="学科网(www.zxxk.com)--教育资源门户，提供试卷、教案、课件、论文、素材以及各类教学资源下载，还有大量而丰富的教学相关资讯！" type="#_x0000_t75" style="height:14.5pt;width:66pt;" o:ole="t" filled="f" o:preferrelative="t" stroked="f" coordsize="21600,21600">
            <v:path/>
            <v:fill on="f" focussize="0,0"/>
            <v:stroke on="f" joinstyle="miter"/>
            <v:imagedata r:id="rId1576" o:title="eqIddf2b5a016882451bf6120372d6c4f963"/>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6438" o:spt="75" alt="学科网(www.zxxk.com)--教育资源门户，提供试卷、教案、课件、论文、素材以及各类教学资源下载，还有大量而丰富的教学相关资讯！" type="#_x0000_t75" style="height:31pt;width:45pt;" o:ole="t" filled="f" o:preferrelative="t" stroked="f" coordsize="21600,21600">
            <v:path/>
            <v:fill on="f" focussize="0,0"/>
            <v:stroke on="f" joinstyle="miter"/>
            <v:imagedata r:id="rId1577" o:title="eqIde57e6df4b4cfdb9977778e20e3ea9c22"/>
            <o:lock v:ext="edit" aspectratio="t"/>
            <w10:wrap type="none"/>
            <w10:anchorlock/>
          </v:shape>
        </w:pict>
      </w:r>
      <w:r>
        <w:rPr>
          <w:rFonts w:ascii="新宋体" w:hAnsi="新宋体" w:eastAsia="新宋体" w:cs="新宋体"/>
          <w:color w:val="000000"/>
        </w:rPr>
        <w:t>或</w:t>
      </w:r>
      <w:r>
        <w:pict>
          <v:shape id="_x0000_i716439" o:spt="75" alt="学科网(www.zxxk.com)--教育资源门户，提供试卷、教案、课件、论文、素材以及各类教学资源下载，还有大量而丰富的教学相关资讯！" type="#_x0000_t75" style="height:27.75pt;width:30.75pt;" o:ole="t" filled="f" o:preferrelative="t" stroked="f" coordsize="21600,21600">
            <v:path/>
            <v:fill on="f" focussize="0,0"/>
            <v:stroke on="f" joinstyle="miter"/>
            <v:imagedata r:id="rId1578" o:title="eqIdbfb33a6962e464cfe2851fc6fcec3d8b"/>
            <o:lock v:ext="edit" aspectratio="t"/>
            <w10:wrap type="none"/>
            <w10:anchorlock/>
          </v:shape>
        </w:pict>
      </w:r>
      <w:r>
        <w:rPr>
          <w:rFonts w:ascii="新宋体" w:hAnsi="新宋体" w:eastAsia="新宋体" w:cs="新宋体"/>
          <w:color w:val="000000"/>
        </w:rPr>
        <w:t>或</w:t>
      </w:r>
      <w:r>
        <w:pict>
          <v:shape id="_x0000_i716440" o:spt="75" alt="学科网(www.zxxk.com)--教育资源门户，提供试卷、教案、课件、论文、素材以及各类教学资源下载，还有大量而丰富的教学相关资讯！" type="#_x0000_t75" style="height:30.8pt;width:39.95pt;" o:ole="t" filled="f" o:preferrelative="t" stroked="f" coordsize="21600,21600">
            <v:path/>
            <v:fill on="f" focussize="0,0"/>
            <v:stroke on="f" joinstyle="miter"/>
            <v:imagedata r:id="rId1579" o:title="eqIdad316cf6b2a111bc97c153bbb8dfb3d4"/>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w:t>
      </w:r>
      <w:r>
        <w:pict>
          <v:shape id="_x0000_i716441" o:spt="75" alt="学科网(www.zxxk.com)--教育资源门户，提供试卷、教案、课件、论文、素材以及各类教学资源下载，还有大量而丰富的教学相关资讯！" type="#_x0000_t75" style="height:30.8pt;width:34.95pt;" o:ole="t" filled="f" o:preferrelative="t" stroked="f" coordsize="21600,21600">
            <v:path/>
            <v:fill on="f" focussize="0,0"/>
            <v:stroke on="f" joinstyle="miter"/>
            <v:imagedata r:id="rId1580" o:title="eqId67d76cb2d44f7ce0323144a098cd7b52"/>
            <o:lock v:ext="edit" aspectratio="t"/>
            <w10:wrap type="none"/>
            <w10:anchorlock/>
          </v:shape>
        </w:pict>
      </w:r>
      <w:r>
        <w:rPr>
          <w:rFonts w:ascii="新宋体" w:hAnsi="新宋体" w:eastAsia="新宋体" w:cs="新宋体"/>
          <w:color w:val="000000"/>
        </w:rPr>
        <w:t>或</w:t>
      </w:r>
      <w:r>
        <w:pict>
          <v:shape id="_x0000_i716442" o:spt="75" alt="学科网(www.zxxk.com)--教育资源门户，提供试卷、教案、课件、论文、素材以及各类教学资源下载，还有大量而丰富的教学相关资讯！" type="#_x0000_t75" style="height:27.75pt;width:30.75pt;" o:ole="t" filled="f" o:preferrelative="t" stroked="f" coordsize="21600,21600">
            <v:path/>
            <v:fill on="f" focussize="0,0"/>
            <v:stroke on="f" joinstyle="miter"/>
            <v:imagedata r:id="rId1581" o:title="eqIdbfb33a6962e464cfe2851fc6fcec3d8b"/>
            <o:lock v:ext="edit" aspectratio="t"/>
            <w10:wrap type="none"/>
            <w10:anchorlock/>
          </v:shape>
        </w:pict>
      </w:r>
      <w:r>
        <w:rPr>
          <w:rFonts w:ascii="新宋体" w:hAnsi="新宋体" w:eastAsia="新宋体" w:cs="新宋体"/>
          <w:color w:val="000000"/>
        </w:rPr>
        <w:t>或</w:t>
      </w:r>
      <w:r>
        <w:pict>
          <v:shape id="_x0000_i716443" o:spt="75" alt="学科网(www.zxxk.com)--教育资源门户，提供试卷、教案、课件、论文、素材以及各类教学资源下载，还有大量而丰富的教学相关资讯！" type="#_x0000_t75" style="height:30.8pt;width:39.95pt;" o:ole="t" filled="f" o:preferrelative="t" stroked="f" coordsize="21600,21600">
            <v:path/>
            <v:fill on="f" focussize="0,0"/>
            <v:stroke on="f" joinstyle="miter"/>
            <v:imagedata r:id="rId1582" o:title="eqIdad316cf6b2a111bc97c153bbb8dfb3d4"/>
            <o:lock v:ext="edit" aspectratio="t"/>
            <w10:wrap type="none"/>
            <w10:anchorlock/>
          </v:shape>
        </w:pict>
      </w:r>
      <w:r>
        <w:rPr>
          <w:rFonts w:ascii="新宋体" w:hAnsi="新宋体" w:eastAsia="新宋体" w:cs="新宋体"/>
          <w:color w:val="000000"/>
        </w:rPr>
        <w:t>时，点</w:t>
      </w:r>
      <w:r>
        <w:pict>
          <v:shape id="_x0000_i71644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583" o:title="eqId73465a1f9aa03481295bf6bd3c6903ac"/>
            <o:lock v:ext="edit" aspectratio="t"/>
            <w10:wrap type="none"/>
            <w10:anchorlock/>
          </v:shape>
        </w:pict>
      </w:r>
      <w:r>
        <w:rPr>
          <w:rFonts w:ascii="新宋体" w:hAnsi="新宋体" w:eastAsia="新宋体" w:cs="新宋体"/>
          <w:color w:val="000000"/>
        </w:rPr>
        <w:t>恰好是</w:t>
      </w:r>
      <w:r>
        <w:pict>
          <v:shape id="_x0000_i71644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584" o:title="eqIddad2a36927223bd70f426ba06aea4b45"/>
            <o:lock v:ext="edit" aspectratio="t"/>
            <w10:wrap type="none"/>
            <w10:anchorlock/>
          </v:shape>
        </w:pict>
      </w:r>
      <w:r>
        <w:rPr>
          <w:rFonts w:ascii="新宋体" w:hAnsi="新宋体" w:eastAsia="新宋体" w:cs="新宋体"/>
          <w:color w:val="000000"/>
        </w:rPr>
        <w:t>和</w:t>
      </w:r>
      <w:r>
        <w:pict>
          <v:shape id="_x0000_i71644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585" o:title="eqIdacc290b44635265137fdf13146b6a6d9"/>
            <o:lock v:ext="edit" aspectratio="t"/>
            <w10:wrap type="none"/>
            <w10:anchorlock/>
          </v:shape>
        </w:pict>
      </w:r>
      <w:r>
        <w:rPr>
          <w:rFonts w:ascii="新宋体" w:hAnsi="新宋体" w:eastAsia="新宋体" w:cs="新宋体"/>
          <w:color w:val="000000"/>
        </w:rPr>
        <w:t>两点的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rPr>
          <w:color w:val="000000"/>
        </w:rPr>
        <w:t>【点睛】</w:t>
      </w:r>
      <w:r>
        <w:rPr>
          <w:rFonts w:ascii="新宋体" w:hAnsi="新宋体" w:eastAsia="新宋体" w:cs="新宋体"/>
          <w:color w:val="000000"/>
        </w:rPr>
        <w:t>此题主要考查了对</w:t>
      </w:r>
      <w:r>
        <w:rPr>
          <w:rFonts w:ascii="Times New Roman" w:hAnsi="Times New Roman" w:eastAsia="Times New Roman" w:cs="Times New Roman"/>
          <w:color w:val="000000"/>
        </w:rPr>
        <w:t>3</w:t>
      </w:r>
      <w:r>
        <w:rPr>
          <w:rFonts w:ascii="新宋体" w:hAnsi="新宋体" w:eastAsia="新宋体" w:cs="新宋体"/>
          <w:color w:val="000000"/>
        </w:rPr>
        <w:t>倍点的理解和认识，解本题的关键是分清</w:t>
      </w:r>
      <w:r>
        <w:rPr>
          <w:rFonts w:ascii="Times New Roman" w:hAnsi="Times New Roman" w:eastAsia="Times New Roman" w:cs="Times New Roman"/>
          <w:color w:val="000000"/>
        </w:rPr>
        <w:t>3</w:t>
      </w:r>
      <w:r>
        <w:rPr>
          <w:rFonts w:ascii="新宋体" w:hAnsi="新宋体" w:eastAsia="新宋体" w:cs="新宋体"/>
          <w:color w:val="000000"/>
        </w:rPr>
        <w:t>倍点的两种不同的情况．</w:t>
      </w:r>
    </w:p>
    <w:p>
      <w:pPr>
        <w:pStyle w:val="Heading2"/>
      </w:pPr>
      <w:r>
        <w:t>人大附中北京经济技术开发区学校</w:t>
      </w:r>
    </w:p>
    <w:p>
      <w:pPr>
        <w:spacing w:line="360" w:lineRule="auto"/>
        <w:jc w:val="left"/>
        <w:textAlignment w:val="center"/>
        <w:rPr>
          <w:color w:val="000000"/>
        </w:rPr>
      </w:pPr>
      <w:r>
        <w:rPr>
          <w:color w:val="000000"/>
        </w:rPr>
        <w:t xml:space="preserve">25. </w:t>
      </w:r>
      <w:r>
        <w:rPr>
          <w:rFonts w:ascii="宋体" w:hAnsi="宋体" w:eastAsia="宋体" w:cs="宋体"/>
          <w:color w:val="000000"/>
        </w:rPr>
        <w:t>定义</w:t>
      </w:r>
      <w:r>
        <w:rPr>
          <w:rFonts w:ascii="Times New Roman" w:hAnsi="Times New Roman" w:eastAsia="Times New Roman" w:cs="Times New Roman"/>
          <w:color w:val="000000"/>
        </w:rPr>
        <w:t>*</w:t>
      </w:r>
      <w:r>
        <w:rPr>
          <w:rFonts w:ascii="宋体" w:hAnsi="宋体" w:eastAsia="宋体" w:cs="宋体"/>
          <w:color w:val="000000"/>
        </w:rPr>
        <w:t>运算：</w:t>
      </w:r>
      <w:r>
        <w:pict>
          <v:shape id="_x0000_i716447" o:spt="75" alt="学科网(www.zxxk.com)--教育资源门户，提供试卷、教案、课件、论文、素材以及各类教学资源下载，还有大量而丰富的教学相关资讯！" type="#_x0000_t75" style="height:15.75pt;width:90pt;" o:ole="t" filled="f" o:preferrelative="t" stroked="f" coordsize="21600,21600">
            <v:path/>
            <v:fill on="f" focussize="0,0"/>
            <v:stroke on="f" joinstyle="miter"/>
            <v:imagedata r:id="rId1586" o:title="eqId2aa28e9e3dfaa45f99c566f8f3f52bae"/>
            <o:lock v:ext="edit" aspectratio="t"/>
            <w10:wrap type="none"/>
            <w10:anchorlock/>
          </v:shape>
        </w:pict>
      </w:r>
      <w:r>
        <w:rPr>
          <w:rFonts w:ascii="宋体" w:hAnsi="宋体" w:eastAsia="宋体" w:cs="宋体"/>
          <w:color w:val="000000"/>
        </w:rPr>
        <w:t>，</w:t>
      </w:r>
      <w:r>
        <w:pict>
          <v:shape id="_x0000_i716448" o:spt="75" alt="学科网(www.zxxk.com)--教育资源门户，提供试卷、教案、课件、论文、素材以及各类教学资源下载，还有大量而丰富的教学相关资讯！" type="#_x0000_t75" style="height:15.75pt;width:90pt;" o:ole="t" filled="f" o:preferrelative="t" stroked="f" coordsize="21600,21600">
            <v:path/>
            <v:fill on="f" focussize="0,0"/>
            <v:stroke on="f" joinstyle="miter"/>
            <v:imagedata r:id="rId1587" o:title="eqIde7ac414720517dbb599b0b17af21abd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6449" o:spt="75" alt="学科网(www.zxxk.com)--教育资源门户，提供试卷、教案、课件、论文、素材以及各类教学资源下载，还有大量而丰富的教学相关资讯！" type="#_x0000_t75" style="height:15.75pt;width:96pt;" o:ole="t" filled="f" o:preferrelative="t" stroked="f" coordsize="21600,21600">
            <v:path/>
            <v:fill on="f" focussize="0,0"/>
            <v:stroke on="f" joinstyle="miter"/>
            <v:imagedata r:id="rId1588" o:title="eqId297e33fdda6e128a38c7e447f1227a32"/>
            <o:lock v:ext="edit" aspectratio="t"/>
            <w10:wrap type="none"/>
            <w10:anchorlock/>
          </v:shape>
        </w:pict>
      </w:r>
      <w:r>
        <w:rPr>
          <w:rFonts w:ascii="宋体" w:hAnsi="宋体" w:eastAsia="宋体" w:cs="宋体"/>
          <w:color w:val="000000"/>
        </w:rPr>
        <w:t>，</w:t>
      </w:r>
      <w:r>
        <w:pict>
          <v:shape id="_x0000_i716450" o:spt="75" alt="学科网(www.zxxk.com)--教育资源门户，提供试卷、教案、课件、论文、素材以及各类教学资源下载，还有大量而丰富的教学相关资讯！" type="#_x0000_t75" style="height:16pt;width:96pt;" o:ole="t" filled="f" o:preferrelative="t" stroked="f" coordsize="21600,21600">
            <v:path/>
            <v:fill on="f" focussize="0,0"/>
            <v:stroke on="f" joinstyle="miter"/>
            <v:imagedata r:id="rId1589" o:title="eqId1d0d79caa02adb035f7fb5da0010fa3f"/>
            <o:lock v:ext="edit" aspectratio="t"/>
            <w10:wrap type="none"/>
            <w10:anchorlock/>
          </v:shape>
        </w:pict>
      </w:r>
      <w:r>
        <w:rPr>
          <w:rFonts w:ascii="宋体" w:hAnsi="宋体" w:eastAsia="宋体" w:cs="宋体"/>
          <w:color w:val="000000"/>
        </w:rPr>
        <w:t>，</w:t>
      </w:r>
      <w:r>
        <w:pict>
          <v:shape id="_x0000_i716451" o:spt="75" alt="学科网(www.zxxk.com)--教育资源门户，提供试卷、教案、课件、论文、素材以及各类教学资源下载，还有大量而丰富的教学相关资讯！" type="#_x0000_t75" style="height:15.75pt;width:128.25pt;" o:ole="t" filled="f" o:preferrelative="t" stroked="f" coordsize="21600,21600">
            <v:path/>
            <v:fill on="f" focussize="0,0"/>
            <v:stroke on="f" joinstyle="miter"/>
            <v:imagedata r:id="rId1590" o:title="eqId03c77fdd0eb7b6baec0eaa6ef8cfe65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6452" o:spt="75" alt="学科网(www.zxxk.com)--教育资源门户，提供试卷、教案、课件、论文、素材以及各类教学资源下载，还有大量而丰富的教学相关资讯！" type="#_x0000_t75" style="height:15.75pt;width:126.75pt;" o:ole="t" filled="f" o:preferrelative="t" stroked="f" coordsize="21600,21600">
            <v:path/>
            <v:fill on="f" focussize="0,0"/>
            <v:stroke on="f" joinstyle="miter"/>
            <v:imagedata r:id="rId1591" o:title="eqId5b7eccf600dba98abec65502cdf4b1b4"/>
            <o:lock v:ext="edit" aspectratio="t"/>
            <w10:wrap type="none"/>
            <w10:anchorlock/>
          </v:shape>
        </w:pict>
      </w:r>
    </w:p>
    <w:p>
      <w:pPr>
        <w:spacing w:line="360" w:lineRule="auto"/>
        <w:jc w:val="left"/>
        <w:textAlignment w:val="center"/>
        <w:rPr>
          <w:color w:val="000000"/>
        </w:rPr>
      </w:pPr>
      <w:r>
        <w:rPr>
          <w:color w:val="000000"/>
        </w:rPr>
        <w:t>（1）</w:t>
      </w:r>
      <w:r>
        <w:rPr>
          <w:rFonts w:ascii="宋体" w:hAnsi="宋体" w:eastAsia="宋体" w:cs="宋体"/>
          <w:color w:val="000000"/>
        </w:rPr>
        <w:t>请你仔细观察上述运算，归纳</w:t>
      </w:r>
      <w:r>
        <w:rPr>
          <w:rFonts w:ascii="Times New Roman" w:hAnsi="Times New Roman" w:eastAsia="Times New Roman" w:cs="Times New Roman"/>
          <w:color w:val="000000"/>
        </w:rPr>
        <w:t>*</w:t>
      </w:r>
      <w:r>
        <w:rPr>
          <w:rFonts w:ascii="宋体" w:hAnsi="宋体" w:eastAsia="宋体" w:cs="宋体"/>
          <w:color w:val="000000"/>
        </w:rPr>
        <w:t>运算的法则：</w:t>
      </w:r>
    </w:p>
    <w:p>
      <w:pPr>
        <w:spacing w:line="360" w:lineRule="auto"/>
        <w:jc w:val="left"/>
        <w:textAlignment w:val="center"/>
        <w:rPr>
          <w:color w:val="000000"/>
        </w:rPr>
      </w:pPr>
      <w:r>
        <w:rPr>
          <w:rFonts w:ascii="宋体" w:hAnsi="宋体" w:eastAsia="宋体" w:cs="宋体"/>
          <w:color w:val="000000"/>
        </w:rPr>
        <w:t>两数进行</w:t>
      </w:r>
      <w:r>
        <w:rPr>
          <w:rFonts w:ascii="Times New Roman" w:hAnsi="Times New Roman" w:eastAsia="Times New Roman" w:cs="Times New Roman"/>
          <w:color w:val="000000"/>
        </w:rPr>
        <w:t>*</w:t>
      </w:r>
      <w:r>
        <w:rPr>
          <w:rFonts w:ascii="宋体" w:hAnsi="宋体" w:eastAsia="宋体" w:cs="宋体"/>
          <w:color w:val="000000"/>
        </w:rPr>
        <w:t>运算时，如何确定符号</w:t>
      </w:r>
      <w:r>
        <w:rPr>
          <w:rFonts w:ascii="Times New Roman" w:hAnsi="Times New Roman" w:eastAsia="Times New Roman" w:cs="Times New Roman"/>
          <w:color w:val="000000"/>
          <w:u w:val="single"/>
        </w:rPr>
        <w:t xml:space="preserve">       </w:t>
      </w:r>
      <w:r>
        <w:rPr>
          <w:rFonts w:ascii="宋体" w:hAnsi="宋体" w:eastAsia="宋体" w:cs="宋体"/>
          <w:color w:val="000000"/>
        </w:rPr>
        <w:t>，并如何算数值</w:t>
      </w:r>
      <w:r>
        <w:rPr>
          <w:rFonts w:ascii="Times New Roman" w:hAnsi="Times New Roman" w:eastAsia="Times New Roman" w:cs="Times New Roman"/>
          <w:color w:val="000000"/>
          <w:u w:val="single"/>
        </w:rPr>
        <w:t xml:space="preserve">          </w:t>
      </w:r>
      <w:r>
        <w:rPr>
          <w:rFonts w:ascii="宋体" w:hAnsi="宋体" w:eastAsia="宋体" w:cs="宋体"/>
          <w:color w:val="000000"/>
        </w:rPr>
        <w:t>；特别地，</w:t>
      </w:r>
      <w:r>
        <w:rPr>
          <w:rFonts w:ascii="Times New Roman" w:hAnsi="Times New Roman" w:eastAsia="Times New Roman" w:cs="Times New Roman"/>
          <w:color w:val="000000"/>
        </w:rPr>
        <w:t>0</w:t>
      </w:r>
      <w:r>
        <w:rPr>
          <w:rFonts w:ascii="宋体" w:hAnsi="宋体" w:eastAsia="宋体" w:cs="宋体"/>
          <w:color w:val="000000"/>
        </w:rPr>
        <w:t>和任何数进行</w:t>
      </w:r>
      <w:r>
        <w:rPr>
          <w:rFonts w:ascii="Times New Roman" w:hAnsi="Times New Roman" w:eastAsia="Times New Roman" w:cs="Times New Roman"/>
          <w:color w:val="000000"/>
        </w:rPr>
        <w:t>*</w:t>
      </w:r>
      <w:r>
        <w:rPr>
          <w:rFonts w:ascii="宋体" w:hAnsi="宋体" w:eastAsia="宋体" w:cs="宋体"/>
          <w:color w:val="000000"/>
        </w:rPr>
        <w:t>运算，结果都等于</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用脱式完成计算：</w:t>
      </w:r>
      <w:r>
        <w:pict>
          <v:shape id="_x0000_i716453" o:spt="75" alt="学科网(www.zxxk.com)--教育资源门户，提供试卷、教案、课件、论文、素材以及各类教学资源下载，还有大量而丰富的教学相关资讯！" type="#_x0000_t75" style="height:15.75pt;width:86.25pt;" o:ole="t" filled="f" o:preferrelative="t" stroked="f" coordsize="21600,21600">
            <v:path/>
            <v:fill on="f" focussize="0,0"/>
            <v:stroke on="f" joinstyle="miter"/>
            <v:imagedata r:id="rId1592" o:title="eqId0729ffe58cfc559a3aa10c26c042c98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是否存在有理数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，使得</w:t>
      </w:r>
      <w:r>
        <w:pict>
          <v:shape id="_x0000_i716454"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593" o:title="eqId8f23d8d27bad40719a6b85f70d124131"/>
            <o:lock v:ext="edit" aspectratio="t"/>
            <w10:wrap type="none"/>
            <w10:anchorlock/>
          </v:shape>
        </w:pict>
      </w:r>
      <w:r>
        <w:rPr>
          <w:rFonts w:ascii="宋体" w:hAnsi="宋体" w:eastAsia="宋体" w:cs="宋体"/>
          <w:color w:val="000000"/>
        </w:rPr>
        <w:t>，若存在，写出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的值，如果不存在，请说明理由．</w:t>
      </w:r>
    </w:p>
    <w:p>
      <w:pPr>
        <w:spacing w:line="360" w:lineRule="auto"/>
        <w:textAlignment w:val="center"/>
        <w:rPr>
          <w:color w:val="000000"/>
        </w:rPr>
      </w:pPr>
      <w:r>
        <w:rPr>
          <w:color w:val="2E75B6"/>
        </w:rPr>
        <w:t>【答案】</w:t>
      </w:r>
      <w:r>
        <w:rPr>
          <w:color w:val="000000"/>
        </w:rPr>
        <w:t xml:space="preserve">25. </w:t>
      </w:r>
      <w:r>
        <w:rPr>
          <w:rFonts w:ascii="宋体" w:hAnsi="宋体" w:eastAsia="宋体" w:cs="宋体"/>
          <w:color w:val="000000"/>
        </w:rPr>
        <w:t>同号两数运算取正号，异号两数运算取负号；再把绝对值相加；等于这个数的绝对值</w:t>
      </w:r>
      <w:r>
        <w:rPr>
          <w:color w:val="000000"/>
        </w:rPr>
        <w:t xml:space="preserve">    </w:t>
      </w:r>
    </w:p>
    <w:p>
      <w:pPr>
        <w:spacing w:line="360" w:lineRule="auto"/>
        <w:textAlignment w:val="center"/>
        <w:rPr>
          <w:color w:val="000000"/>
        </w:rPr>
      </w:pPr>
      <w:r>
        <w:rPr>
          <w:color w:val="000000"/>
        </w:rPr>
        <w:t xml:space="preserve">26. </w:t>
      </w:r>
      <w:r>
        <w:pict>
          <v:shape id="_x0000_i716455"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1594" o:title="eqId2ad653b3e145573c8bc03137d905d8cf"/>
            <o:lock v:ext="edit" aspectratio="t"/>
            <w10:wrap type="none"/>
            <w10:anchorlock/>
          </v:shape>
        </w:pict>
      </w:r>
      <w:r>
        <w:rPr>
          <w:color w:val="000000"/>
        </w:rPr>
        <w:t xml:space="preserve">    </w:t>
      </w:r>
    </w:p>
    <w:p>
      <w:pPr>
        <w:spacing w:line="360" w:lineRule="auto"/>
        <w:textAlignment w:val="center"/>
        <w:rPr>
          <w:color w:val="000000"/>
        </w:rPr>
      </w:pPr>
      <w:r>
        <w:rPr>
          <w:color w:val="000000"/>
        </w:rPr>
        <w:t xml:space="preserve">27. </w:t>
      </w:r>
      <w:r>
        <w:rPr>
          <w:rFonts w:ascii="宋体" w:hAnsi="宋体" w:eastAsia="宋体" w:cs="宋体"/>
          <w:color w:val="000000"/>
        </w:rPr>
        <w:t>存在，</w:t>
      </w:r>
      <w:r>
        <w:pict>
          <v:shape id="_x0000_i716456"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1595" o:title="eqIddf86174ae575ed1e17d15c3f4dc89c10"/>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本题考查有理数的混合运算，解答本题的关键是明确有理数混合运算的计算方法．</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）根据题目中的例子可以将题目中的空填写完整；</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color w:val="000000"/>
        </w:rPr>
        <w:t>1</w:t>
      </w:r>
      <w:r>
        <w:rPr>
          <w:rFonts w:ascii="宋体" w:hAnsi="宋体" w:eastAsia="宋体" w:cs="宋体"/>
          <w:color w:val="000000"/>
        </w:rPr>
        <w:t>）中的结论可以解答本题；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w:t>
      </w:r>
      <w:r>
        <w:pict>
          <v:shape id="_x0000_i716457"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596" o:title="eqId8f23d8d27bad40719a6b85f70d124131"/>
            <o:lock v:ext="edit" aspectratio="t"/>
            <w10:wrap type="none"/>
            <w10:anchorlock/>
          </v:shape>
        </w:pict>
      </w:r>
      <w:r>
        <w:rPr>
          <w:rFonts w:ascii="宋体" w:hAnsi="宋体" w:eastAsia="宋体" w:cs="宋体"/>
          <w:color w:val="000000"/>
        </w:rPr>
        <w:t>知</w:t>
      </w:r>
      <w:r>
        <w:pict>
          <v:shape id="_x0000_i716458"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597" o:title="eqId39a9b20690cb17d32ed253bb1f8906a2"/>
            <o:lock v:ext="edit" aspectratio="t"/>
            <w10:wrap type="none"/>
            <w10:anchorlock/>
          </v:shape>
        </w:pict>
      </w:r>
      <w:r>
        <w:rPr>
          <w:rFonts w:ascii="宋体" w:hAnsi="宋体" w:eastAsia="宋体" w:cs="宋体"/>
          <w:color w:val="000000"/>
        </w:rPr>
        <w:t>，据此可得答案．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解：两数进行</w:t>
      </w:r>
      <w:r>
        <w:pict>
          <v:shape id="_x0000_i716459"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1598" o:title="eqIdfc7d51315fcca519cb58bacd0040d7de"/>
            <o:lock v:ext="edit" aspectratio="t"/>
            <w10:wrap type="none"/>
            <w10:anchorlock/>
          </v:shape>
        </w:pict>
      </w:r>
      <w:r>
        <w:rPr>
          <w:rFonts w:ascii="宋体" w:hAnsi="宋体" w:eastAsia="宋体" w:cs="宋体"/>
          <w:color w:val="000000"/>
        </w:rPr>
        <w:t>运算时，同号两数运算取正号，再把绝对值相加，异号两数运算取负号，再把绝对值相加，</w:t>
      </w:r>
    </w:p>
    <w:p>
      <w:pPr>
        <w:spacing w:line="360" w:lineRule="auto"/>
        <w:jc w:val="both"/>
        <w:textAlignment w:val="center"/>
        <w:rPr>
          <w:color w:val="000000"/>
        </w:rPr>
      </w:pPr>
      <w:r>
        <w:rPr>
          <w:rFonts w:ascii="宋体" w:hAnsi="宋体" w:eastAsia="宋体" w:cs="宋体"/>
          <w:color w:val="000000"/>
        </w:rPr>
        <w:t>特别地，</w:t>
      </w:r>
      <w:r>
        <w:rPr>
          <w:rFonts w:ascii="Times New Roman" w:hAnsi="Times New Roman" w:eastAsia="Times New Roman" w:cs="Times New Roman"/>
          <w:color w:val="000000"/>
        </w:rPr>
        <w:t>0</w:t>
      </w:r>
      <w:r>
        <w:rPr>
          <w:rFonts w:ascii="宋体" w:hAnsi="宋体" w:eastAsia="宋体" w:cs="宋体"/>
          <w:color w:val="000000"/>
        </w:rPr>
        <w:t>和任何数进行</w:t>
      </w:r>
      <w:r>
        <w:pict>
          <v:shape id="_x0000_i716460"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1599" o:title="eqIdfc7d51315fcca519cb58bacd0040d7de"/>
            <o:lock v:ext="edit" aspectratio="t"/>
            <w10:wrap type="none"/>
            <w10:anchorlock/>
          </v:shape>
        </w:pict>
      </w:r>
      <w:r>
        <w:rPr>
          <w:rFonts w:ascii="宋体" w:hAnsi="宋体" w:eastAsia="宋体" w:cs="宋体"/>
          <w:color w:val="000000"/>
        </w:rPr>
        <w:t>运算，或任何数和</w:t>
      </w:r>
      <w:r>
        <w:rPr>
          <w:rFonts w:ascii="Times New Roman" w:hAnsi="Times New Roman" w:eastAsia="Times New Roman" w:cs="Times New Roman"/>
          <w:color w:val="000000"/>
        </w:rPr>
        <w:t>0</w:t>
      </w:r>
      <w:r>
        <w:rPr>
          <w:rFonts w:ascii="宋体" w:hAnsi="宋体" w:eastAsia="宋体" w:cs="宋体"/>
          <w:color w:val="000000"/>
        </w:rPr>
        <w:t>进行☆运算，等于这个数的绝对值，</w:t>
      </w:r>
    </w:p>
    <w:p>
      <w:pPr>
        <w:spacing w:line="360" w:lineRule="auto"/>
        <w:jc w:val="both"/>
        <w:textAlignment w:val="center"/>
        <w:rPr>
          <w:color w:val="000000"/>
        </w:rPr>
      </w:pPr>
      <w:r>
        <w:rPr>
          <w:rFonts w:ascii="宋体" w:hAnsi="宋体" w:eastAsia="宋体" w:cs="宋体"/>
          <w:color w:val="000000"/>
        </w:rPr>
        <w:t>故答案为：同号两数运算取正号，异号两数运算取负号；再把绝对值相加；等于这个数的绝对值；</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pict>
          <v:shape id="_x0000_i716461" o:spt="75" alt="学科网(www.zxxk.com)--教育资源门户，提供试卷、教案、课件、论文、素材以及各类教学资源下载，还有大量而丰富的教学相关资讯！" type="#_x0000_t75" style="height:15.75pt;width:86.25pt;" o:ole="t" filled="f" o:preferrelative="t" stroked="f" coordsize="21600,21600">
            <v:path/>
            <v:fill on="f" focussize="0,0"/>
            <v:stroke on="f" joinstyle="miter"/>
            <v:imagedata r:id="rId1600" o:title="eqId0729ffe58cfc559a3aa10c26c042c98d"/>
            <o:lock v:ext="edit" aspectratio="t"/>
            <w10:wrap type="none"/>
            <w10:anchorlock/>
          </v:shape>
        </w:pict>
      </w:r>
    </w:p>
    <w:p>
      <w:pPr>
        <w:spacing w:line="360" w:lineRule="auto"/>
        <w:jc w:val="both"/>
        <w:textAlignment w:val="center"/>
        <w:rPr>
          <w:color w:val="000000"/>
        </w:rPr>
      </w:pPr>
      <w:r>
        <w:pict>
          <v:shape id="_x0000_i716462" o:spt="75" alt="学科网(www.zxxk.com)--教育资源门户，提供试卷、教案、课件、论文、素材以及各类教学资源下载，还有大量而丰富的教学相关资讯！" type="#_x0000_t75" style="height:15.75pt;width:74.25pt;" o:ole="t" filled="f" o:preferrelative="t" stroked="f" coordsize="21600,21600">
            <v:path/>
            <v:fill on="f" focussize="0,0"/>
            <v:stroke on="f" joinstyle="miter"/>
            <v:imagedata r:id="rId1601" o:title="eqIdf52381f68dbdb60f14f51e66d0c30552"/>
            <o:lock v:ext="edit" aspectratio="t"/>
            <w10:wrap type="none"/>
            <w10:anchorlock/>
          </v:shape>
        </w:pict>
      </w:r>
    </w:p>
    <w:p>
      <w:pPr>
        <w:spacing w:line="360" w:lineRule="auto"/>
        <w:jc w:val="both"/>
        <w:textAlignment w:val="center"/>
        <w:rPr>
          <w:color w:val="000000"/>
        </w:rPr>
      </w:pPr>
      <w:r>
        <w:pict>
          <v:shape id="_x0000_i71646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602" o:title="eqId104e6c7e111e7448b35ad52413530a0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16464"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1603" o:title="eqId2ad653b3e145573c8bc03137d905d8c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存在，理由如下：</w:t>
      </w:r>
    </w:p>
    <w:p>
      <w:pPr>
        <w:spacing w:line="360" w:lineRule="auto"/>
        <w:jc w:val="both"/>
        <w:textAlignment w:val="center"/>
        <w:rPr>
          <w:color w:val="000000"/>
        </w:rPr>
      </w:pPr>
      <w:r>
        <w:pict>
          <v:shape id="_x0000_i716465"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604" o:title="eqIde224d566e8785095e12fd334f54fe8b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466"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605" o:title="eqIdd7bdaf574be6a582d547d8547320926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467"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1606" o:title="eqId9563fb2b88283dd9269554bbb708420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我们规定：对于数轴上不同的三个点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在点</w:t>
      </w:r>
      <w:r>
        <w:rPr>
          <w:rFonts w:ascii="Times New Roman" w:hAnsi="Times New Roman" w:eastAsia="Times New Roman" w:cs="Times New Roman"/>
          <w:i/>
          <w:color w:val="000000"/>
        </w:rPr>
        <w:t>N</w:t>
      </w:r>
      <w:r>
        <w:rPr>
          <w:rFonts w:ascii="宋体" w:hAnsi="宋体" w:eastAsia="宋体" w:cs="宋体"/>
          <w:color w:val="000000"/>
        </w:rPr>
        <w:t>右侧时，若点</w:t>
      </w:r>
      <w:r>
        <w:rPr>
          <w:rFonts w:ascii="Times New Roman" w:hAnsi="Times New Roman" w:eastAsia="Times New Roman" w:cs="Times New Roman"/>
          <w:i/>
          <w:color w:val="000000"/>
        </w:rPr>
        <w:t>P</w:t>
      </w:r>
      <w:r>
        <w:rPr>
          <w:rFonts w:ascii="宋体" w:hAnsi="宋体" w:eastAsia="宋体" w:cs="宋体"/>
          <w:color w:val="000000"/>
        </w:rPr>
        <w:t>到点</w:t>
      </w:r>
      <w:r>
        <w:rPr>
          <w:rFonts w:ascii="Times New Roman" w:hAnsi="Times New Roman" w:eastAsia="Times New Roman" w:cs="Times New Roman"/>
          <w:i/>
          <w:color w:val="000000"/>
        </w:rPr>
        <w:t>M</w:t>
      </w:r>
      <w:r>
        <w:rPr>
          <w:rFonts w:ascii="宋体" w:hAnsi="宋体" w:eastAsia="宋体" w:cs="宋体"/>
          <w:color w:val="000000"/>
        </w:rPr>
        <w:t>的距离恰好为点</w:t>
      </w:r>
      <w:r>
        <w:rPr>
          <w:rFonts w:ascii="Times New Roman" w:hAnsi="Times New Roman" w:eastAsia="Times New Roman" w:cs="Times New Roman"/>
          <w:i/>
          <w:color w:val="000000"/>
        </w:rPr>
        <w:t>P</w:t>
      </w:r>
      <w:r>
        <w:rPr>
          <w:rFonts w:ascii="宋体" w:hAnsi="宋体" w:eastAsia="宋体" w:cs="宋体"/>
          <w:color w:val="000000"/>
        </w:rPr>
        <w:t>到点</w:t>
      </w:r>
      <w:r>
        <w:rPr>
          <w:rFonts w:ascii="Times New Roman" w:hAnsi="Times New Roman" w:eastAsia="Times New Roman" w:cs="Times New Roman"/>
          <w:i/>
          <w:color w:val="000000"/>
        </w:rPr>
        <w:t>N</w:t>
      </w:r>
      <w:r>
        <w:rPr>
          <w:rFonts w:ascii="宋体" w:hAnsi="宋体" w:eastAsia="宋体" w:cs="宋体"/>
          <w:color w:val="000000"/>
        </w:rPr>
        <w:t>的距离的</w:t>
      </w:r>
      <w:r>
        <w:rPr>
          <w:rFonts w:ascii="Times New Roman" w:hAnsi="Times New Roman" w:eastAsia="Times New Roman" w:cs="Times New Roman"/>
          <w:i/>
          <w:color w:val="000000"/>
        </w:rPr>
        <w:t>n</w:t>
      </w:r>
      <w:r>
        <w:rPr>
          <w:rFonts w:ascii="宋体" w:hAnsi="宋体" w:eastAsia="宋体" w:cs="宋体"/>
          <w:color w:val="000000"/>
        </w:rPr>
        <w:t>倍，且</w:t>
      </w:r>
      <w:r>
        <w:rPr>
          <w:rFonts w:ascii="Times New Roman" w:hAnsi="Times New Roman" w:eastAsia="Times New Roman" w:cs="Times New Roman"/>
          <w:i/>
          <w:color w:val="000000"/>
        </w:rPr>
        <w:t>n</w:t>
      </w:r>
      <w:r>
        <w:rPr>
          <w:rFonts w:ascii="宋体" w:hAnsi="宋体" w:eastAsia="宋体" w:cs="宋体"/>
          <w:color w:val="000000"/>
        </w:rPr>
        <w:t>为正整数，（即</w:t>
      </w:r>
      <w:r>
        <w:pict>
          <v:shape id="_x0000_i716468"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1607" o:title="eqId28c408c354cf5ca16f2a91ca5b6a4cd2"/>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P</w:t>
      </w:r>
      <w:r>
        <w:rPr>
          <w:rFonts w:ascii="宋体" w:hAnsi="宋体" w:eastAsia="宋体" w:cs="宋体"/>
          <w:color w:val="000000"/>
        </w:rPr>
        <w:t>是“</w:t>
      </w:r>
      <w:r>
        <w:pict>
          <v:shape id="_x0000_i716469" o:spt="75" alt="学科网(www.zxxk.com)--教育资源门户，提供试卷、教案、课件、论文、素材以及各类教学资源下载，还有大量而丰富的教学相关资讯！" type="#_x0000_t75" style="height:15.75pt;width:42.75pt;" o:ole="t" filled="f" o:preferrelative="t" stroked="f" coordsize="21600,21600">
            <v:path/>
            <v:fill on="f" focussize="0,0"/>
            <v:stroke on="f" joinstyle="miter"/>
            <v:imagedata r:id="rId1608" o:title="eqIdf20e8a9531ddbe13748551bd7ec736c7"/>
            <o:lock v:ext="edit" aspectratio="t"/>
            <w10:wrap type="none"/>
            <w10:anchorlock/>
          </v:shape>
        </w:pict>
      </w:r>
      <w:r>
        <w:rPr>
          <w:rFonts w:ascii="宋体" w:hAnsi="宋体" w:eastAsia="宋体" w:cs="宋体"/>
          <w:color w:val="000000"/>
        </w:rPr>
        <w:t>关联点”</w:t>
      </w:r>
    </w:p>
    <w:p>
      <w:pPr>
        <w:spacing w:line="360" w:lineRule="auto"/>
        <w:jc w:val="left"/>
        <w:textAlignment w:val="center"/>
        <w:rPr>
          <w:color w:val="000000"/>
        </w:rPr>
      </w:pPr>
      <w:r>
        <w:rPr>
          <w:rFonts w:ascii="宋体" w:hAnsi="宋体" w:eastAsia="宋体" w:cs="宋体"/>
          <w:color w:val="000000"/>
        </w:rPr>
        <w:t>如图，已知在数轴上，原点为</w:t>
      </w:r>
      <w:r>
        <w:rPr>
          <w:rFonts w:ascii="Times New Roman" w:hAnsi="Times New Roman" w:eastAsia="Times New Roman" w:cs="Times New Roman"/>
          <w:i/>
          <w:color w:val="000000"/>
        </w:rPr>
        <w:t>O</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表示的数分别为</w:t>
      </w:r>
      <w:r>
        <w:rPr>
          <w:rFonts w:ascii="Times New Roman" w:hAnsi="Times New Roman" w:eastAsia="Times New Roman" w:cs="Times New Roman"/>
          <w:color w:val="000000"/>
        </w:rPr>
        <w:t>4</w:t>
      </w:r>
      <w:r>
        <w:rPr>
          <w:rFonts w:ascii="宋体" w:hAnsi="宋体" w:eastAsia="宋体" w:cs="宋体"/>
          <w:color w:val="000000"/>
        </w:rPr>
        <w:t>，</w:t>
      </w:r>
      <w:r>
        <w:pict>
          <v:shape id="_x0000_i71647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609"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24200" cy="342900"/>
            <wp:effectExtent l="0" t="0" r="0" b="0"/>
            <wp:docPr id="3651"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 name="图片 100015" descr="学科网(www.zxxk.com)--教育资源门户，提供试卷、教案、课件、论文、素材以及各类教学资源下载，还有大量而丰富的教学相关资讯！"/>
                    <pic:cNvPicPr>
                      <a:picLocks noChangeAspect="1"/>
                    </pic:cNvPicPr>
                  </pic:nvPicPr>
                  <pic:blipFill>
                    <a:blip r:embed="rId1610"/>
                    <a:stretch>
                      <a:fillRect/>
                    </a:stretch>
                  </pic:blipFill>
                  <pic:spPr>
                    <a:xfrm>
                      <a:off x="0" y="0"/>
                      <a:ext cx="3124200" cy="342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原点</w:t>
      </w:r>
      <w:r>
        <w:rPr>
          <w:rFonts w:ascii="Times New Roman" w:hAnsi="Times New Roman" w:eastAsia="Times New Roman" w:cs="Times New Roman"/>
          <w:i/>
          <w:color w:val="000000"/>
        </w:rPr>
        <w:t>O</w:t>
      </w:r>
      <w:r>
        <w:rPr>
          <w:rFonts w:ascii="Times New Roman" w:hAnsi="Times New Roman" w:eastAsia="Times New Roman" w:cs="Times New Roman"/>
          <w:color w:val="000000"/>
          <w:u w:val="single"/>
        </w:rPr>
        <w:t xml:space="preserve">         </w:t>
      </w:r>
      <w:r>
        <w:rPr>
          <w:rFonts w:ascii="宋体" w:hAnsi="宋体" w:eastAsia="宋体" w:cs="宋体"/>
          <w:color w:val="000000"/>
        </w:rPr>
        <w:t>（填“是”或“不是”）“</w:t>
      </w:r>
      <w:r>
        <w:pict>
          <v:shape id="_x0000_i716471"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1611" o:title="eqId330aff50e3d571be8d1b4c0e3031b9d5"/>
            <o:lock v:ext="edit" aspectratio="t"/>
            <w10:wrap type="none"/>
            <w10:anchorlock/>
          </v:shape>
        </w:pict>
      </w:r>
      <w:r>
        <w:rPr>
          <w:rFonts w:ascii="宋体" w:hAnsi="宋体" w:eastAsia="宋体" w:cs="宋体"/>
          <w:color w:val="000000"/>
        </w:rPr>
        <w:t>关联点”；</w:t>
      </w:r>
    </w:p>
    <w:p>
      <w:pPr>
        <w:spacing w:line="360" w:lineRule="auto"/>
        <w:jc w:val="left"/>
        <w:textAlignment w:val="center"/>
        <w:rPr>
          <w:color w:val="000000"/>
        </w:rPr>
      </w:pPr>
      <w:r>
        <w:rPr>
          <w:color w:val="000000"/>
        </w:rPr>
        <w:t>（2）</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是“</w:t>
      </w:r>
      <w:r>
        <w:pict>
          <v:shape id="_x0000_i716472" o:spt="75" alt="学科网(www.zxxk.com)--教育资源门户，提供试卷、教案、课件、论文、素材以及各类教学资源下载，还有大量而丰富的教学相关资讯！" type="#_x0000_t75" style="height:15.6pt;width:30.6pt;" o:ole="t" filled="f" o:preferrelative="t" stroked="f" coordsize="21600,21600">
            <v:path/>
            <v:fill on="f" focussize="0,0"/>
            <v:stroke on="f" joinstyle="miter"/>
            <v:imagedata r:id="rId1612" o:title="eqId8c459528ea57633458a7e7253c5153e1"/>
            <o:lock v:ext="edit" aspectratio="t"/>
            <w10:wrap type="none"/>
            <w10:anchorlock/>
          </v:shape>
        </w:pict>
      </w:r>
      <w:r>
        <w:rPr>
          <w:rFonts w:ascii="宋体" w:hAnsi="宋体" w:eastAsia="宋体" w:cs="宋体"/>
          <w:color w:val="000000"/>
        </w:rPr>
        <w:t>整</w:t>
      </w:r>
      <w:r>
        <w:rPr>
          <w:rFonts w:ascii="Times New Roman" w:hAnsi="Times New Roman" w:eastAsia="Times New Roman" w:cs="Times New Roman"/>
          <w:color w:val="000000"/>
        </w:rPr>
        <w:t>2</w:t>
      </w:r>
      <w:r>
        <w:rPr>
          <w:rFonts w:ascii="宋体" w:hAnsi="宋体" w:eastAsia="宋体" w:cs="宋体"/>
          <w:color w:val="000000"/>
        </w:rPr>
        <w:t>关联点”，则点</w:t>
      </w:r>
      <w:r>
        <w:rPr>
          <w:rFonts w:ascii="Times New Roman" w:hAnsi="Times New Roman" w:eastAsia="Times New Roman" w:cs="Times New Roman"/>
          <w:i/>
          <w:color w:val="000000"/>
        </w:rPr>
        <w:t>C</w:t>
      </w:r>
      <w:r>
        <w:rPr>
          <w:rFonts w:ascii="宋体" w:hAnsi="宋体" w:eastAsia="宋体" w:cs="宋体"/>
          <w:color w:val="000000"/>
        </w:rPr>
        <w:t>所表示的数</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沿数轴向右运动，每秒运动</w:t>
      </w:r>
      <w:r>
        <w:rPr>
          <w:rFonts w:ascii="Times New Roman" w:hAnsi="Times New Roman" w:eastAsia="Times New Roman" w:cs="Times New Roman"/>
          <w:color w:val="000000"/>
        </w:rPr>
        <w:t>1</w:t>
      </w:r>
      <w:r>
        <w:rPr>
          <w:rFonts w:ascii="宋体" w:hAnsi="宋体" w:eastAsia="宋体" w:cs="宋体"/>
          <w:color w:val="000000"/>
        </w:rPr>
        <w:t>个单位长度，同时点</w:t>
      </w:r>
      <w:r>
        <w:rPr>
          <w:rFonts w:ascii="Times New Roman" w:hAnsi="Times New Roman" w:eastAsia="Times New Roman" w:cs="Times New Roman"/>
          <w:i/>
          <w:color w:val="000000"/>
        </w:rPr>
        <w:t>B</w:t>
      </w:r>
      <w:r>
        <w:rPr>
          <w:rFonts w:ascii="宋体" w:hAnsi="宋体" w:eastAsia="宋体" w:cs="宋体"/>
          <w:color w:val="000000"/>
        </w:rPr>
        <w:t>沿数轴向左运动，每秒运动</w:t>
      </w:r>
      <w:r>
        <w:rPr>
          <w:rFonts w:ascii="Times New Roman" w:hAnsi="Times New Roman" w:eastAsia="Times New Roman" w:cs="Times New Roman"/>
          <w:color w:val="000000"/>
        </w:rPr>
        <w:t>2</w:t>
      </w:r>
      <w:r>
        <w:rPr>
          <w:rFonts w:ascii="宋体" w:hAnsi="宋体" w:eastAsia="宋体" w:cs="宋体"/>
          <w:color w:val="000000"/>
        </w:rPr>
        <w:t>个单位长度，则运动时间为</w:t>
      </w:r>
      <w:r>
        <w:rPr>
          <w:rFonts w:ascii="Times New Roman" w:hAnsi="Times New Roman" w:eastAsia="Times New Roman" w:cs="Times New Roman"/>
          <w:color w:val="000000"/>
          <w:u w:val="single"/>
        </w:rPr>
        <w:t xml:space="preserve">          </w:t>
      </w:r>
      <w:r>
        <w:rPr>
          <w:rFonts w:ascii="宋体" w:hAnsi="宋体" w:eastAsia="宋体" w:cs="宋体"/>
          <w:color w:val="000000"/>
        </w:rPr>
        <w:t>秒时，原点</w:t>
      </w:r>
      <w:r>
        <w:rPr>
          <w:rFonts w:ascii="Times New Roman" w:hAnsi="Times New Roman" w:eastAsia="Times New Roman" w:cs="Times New Roman"/>
          <w:i/>
          <w:color w:val="000000"/>
        </w:rPr>
        <w:t>O</w:t>
      </w:r>
      <w:r>
        <w:rPr>
          <w:rFonts w:ascii="宋体" w:hAnsi="宋体" w:eastAsia="宋体" w:cs="宋体"/>
          <w:color w:val="000000"/>
        </w:rPr>
        <w:t>恰好是“</w:t>
      </w:r>
      <w:r>
        <w:pict>
          <v:shape id="_x0000_i716473"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1613" o:title="eqId330aff50e3d571be8d1b4c0e3031b9d5"/>
            <o:lock v:ext="edit" aspectratio="t"/>
            <w10:wrap type="none"/>
            <w10:anchorlock/>
          </v:shape>
        </w:pict>
      </w:r>
      <w:r>
        <w:rPr>
          <w:rFonts w:ascii="宋体" w:hAnsi="宋体" w:eastAsia="宋体" w:cs="宋体"/>
          <w:color w:val="000000"/>
        </w:rPr>
        <w:t>关联点”，此时</w:t>
      </w:r>
      <w:r>
        <w:rPr>
          <w:rFonts w:ascii="Times New Roman" w:hAnsi="Times New Roman" w:eastAsia="Times New Roman" w:cs="Times New Roman"/>
          <w:i/>
          <w:color w:val="000000"/>
        </w:rPr>
        <w:t>n</w:t>
      </w:r>
      <w:r>
        <w:rPr>
          <w:rFonts w:ascii="宋体" w:hAnsi="宋体" w:eastAsia="宋体" w:cs="宋体"/>
          <w:color w:val="000000"/>
        </w:rPr>
        <w:t>的值为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之间运动，且不与</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两点重合，作“</w:t>
      </w:r>
      <w:r>
        <w:pict>
          <v:shape id="_x0000_i716474"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1614" o:title="eqId52cf58b7d411128e76aa1dc29067285c"/>
            <o:lock v:ext="edit" aspectratio="t"/>
            <w10:wrap type="none"/>
            <w10:anchorlock/>
          </v:shape>
        </w:pict>
      </w:r>
      <w:r>
        <w:rPr>
          <w:rFonts w:ascii="宋体" w:hAnsi="宋体" w:eastAsia="宋体" w:cs="宋体"/>
          <w:color w:val="000000"/>
        </w:rPr>
        <w:t>关联点”，记为</w:t>
      </w:r>
      <w:r>
        <w:pict>
          <v:shape id="_x0000_i716475"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615" o:title="eqIde7c314398e26ffc7164b82946eeb4273"/>
            <o:lock v:ext="edit" aspectratio="t"/>
            <w10:wrap type="none"/>
            <w10:anchorlock/>
          </v:shape>
        </w:pict>
      </w:r>
      <w:r>
        <w:rPr>
          <w:rFonts w:ascii="宋体" w:hAnsi="宋体" w:eastAsia="宋体" w:cs="宋体"/>
          <w:color w:val="000000"/>
        </w:rPr>
        <w:t>，作“</w:t>
      </w:r>
      <w:r>
        <w:pict>
          <v:shape id="_x0000_i716476"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1616" o:title="eqId88bc848b3f6a151a8b97ab9141212525"/>
            <o:lock v:ext="edit" aspectratio="t"/>
            <w10:wrap type="none"/>
            <w10:anchorlock/>
          </v:shape>
        </w:pict>
      </w:r>
      <w:r>
        <w:rPr>
          <w:rFonts w:ascii="宋体" w:hAnsi="宋体" w:eastAsia="宋体" w:cs="宋体"/>
          <w:color w:val="000000"/>
        </w:rPr>
        <w:t>关联点”，记为</w:t>
      </w:r>
      <w:r>
        <w:pict>
          <v:shape id="_x0000_i716477"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1617" o:title="eqId3953cec61ac602ce5eb59b7912352179"/>
            <o:lock v:ext="edit" aspectratio="t"/>
            <w10:wrap type="none"/>
            <w10:anchorlock/>
          </v:shape>
        </w:pict>
      </w:r>
      <w:r>
        <w:rPr>
          <w:rFonts w:ascii="宋体" w:hAnsi="宋体" w:eastAsia="宋体" w:cs="宋体"/>
          <w:color w:val="000000"/>
        </w:rPr>
        <w:t>，且满足</w:t>
      </w:r>
      <w:r>
        <w:pict>
          <v:shape id="_x0000_i71647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615" o:title="eqIde7c314398e26ffc7164b82946eeb4273"/>
            <o:lock v:ext="edit" aspectratio="t"/>
            <w10:wrap type="none"/>
            <w10:anchorlock/>
          </v:shape>
        </w:pict>
      </w:r>
      <w:r>
        <w:rPr>
          <w:rFonts w:ascii="宋体" w:hAnsi="宋体" w:eastAsia="宋体" w:cs="宋体"/>
          <w:color w:val="000000"/>
        </w:rPr>
        <w:t>，</w:t>
      </w:r>
      <w:r>
        <w:pict>
          <v:shape id="_x0000_i716479"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1617" o:title="eqId3953cec61ac602ce5eb59b7912352179"/>
            <o:lock v:ext="edit" aspectratio="t"/>
            <w10:wrap type="none"/>
            <w10:anchorlock/>
          </v:shape>
        </w:pict>
      </w:r>
      <w:r>
        <w:rPr>
          <w:rFonts w:ascii="宋体" w:hAnsi="宋体" w:eastAsia="宋体" w:cs="宋体"/>
          <w:color w:val="000000"/>
        </w:rPr>
        <w:t>分别在线段</w:t>
      </w:r>
      <w:r>
        <w:pict>
          <v:shape id="_x0000_i716480" o:spt="75" alt="学科网(www.zxxk.com)--教育资源门户，提供试卷、教案、课件、论文、素材以及各类教学资源下载，还有大量而丰富的教学相关资讯！" type="#_x0000_t75" style="height:15.75pt;width:21pt;" o:ole="t" filled="f" o:preferrelative="t" stroked="f" coordsize="21600,21600">
            <v:path/>
            <v:fill on="f" focussize="0,0"/>
            <v:stroke on="f" joinstyle="miter"/>
            <v:imagedata r:id="rId1618" o:title="eqId84d454c82d9e52747563d47b68099249"/>
            <o:lock v:ext="edit" aspectratio="t"/>
            <w10:wrap type="none"/>
            <w10:anchorlock/>
          </v:shape>
        </w:pict>
      </w:r>
      <w:r>
        <w:rPr>
          <w:rFonts w:ascii="宋体" w:hAnsi="宋体" w:eastAsia="宋体" w:cs="宋体"/>
          <w:color w:val="000000"/>
        </w:rPr>
        <w:t>和</w:t>
      </w:r>
      <w:r>
        <w:pict>
          <v:shape id="_x0000_i716481"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1619" o:title="eqIdcb6ede9761b5b90f8dc137708e1ee90f"/>
            <o:lock v:ext="edit" aspectratio="t"/>
            <w10:wrap type="none"/>
            <w10:anchorlock/>
          </v:shape>
        </w:pict>
      </w:r>
      <w:r>
        <w:rPr>
          <w:rFonts w:ascii="宋体" w:hAnsi="宋体" w:eastAsia="宋体" w:cs="宋体"/>
          <w:color w:val="000000"/>
        </w:rPr>
        <w:t>上．当点</w:t>
      </w:r>
      <w:r>
        <w:rPr>
          <w:rFonts w:ascii="Times New Roman" w:hAnsi="Times New Roman" w:eastAsia="Times New Roman" w:cs="Times New Roman"/>
          <w:i/>
          <w:color w:val="000000"/>
        </w:rPr>
        <w:t>Q</w:t>
      </w:r>
      <w:r>
        <w:rPr>
          <w:rFonts w:ascii="宋体" w:hAnsi="宋体" w:eastAsia="宋体" w:cs="宋体"/>
          <w:color w:val="000000"/>
        </w:rPr>
        <w:t>运动时，若存在整数</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，使得式子</w:t>
      </w:r>
      <w:r>
        <w:pict>
          <v:shape id="_x0000_i716482" o:spt="75" alt="学科网(www.zxxk.com)--教育资源门户，提供试卷、教案、课件、论文、素材以及各类教学资源下载，还有大量而丰富的教学相关资讯！" type="#_x0000_t75" style="height:15.75pt;width:66pt;" o:ole="t" filled="f" o:preferrelative="t" stroked="f" coordsize="21600,21600">
            <v:path/>
            <v:fill on="f" focussize="0,0"/>
            <v:stroke on="f" joinstyle="miter"/>
            <v:imagedata r:id="rId1620" o:title="eqId7b47306be15bb642f60c25d1c7fa31fc"/>
            <o:lock v:ext="edit" aspectratio="t"/>
            <w10:wrap type="none"/>
            <w10:anchorlock/>
          </v:shape>
        </w:pict>
      </w:r>
      <w:r>
        <w:rPr>
          <w:rFonts w:ascii="宋体" w:hAnsi="宋体" w:eastAsia="宋体" w:cs="宋体"/>
          <w:color w:val="000000"/>
        </w:rPr>
        <w:t>为定值，求出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满足的数量关系．</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是</w:t>
      </w:r>
      <w:r>
        <w:rPr>
          <w:color w:val="000000"/>
        </w:rPr>
        <w:t xml:space="preserve">    （2）</w:t>
      </w:r>
      <w:r>
        <w:rPr>
          <w:rFonts w:ascii="Times New Roman" w:hAnsi="Times New Roman" w:eastAsia="Times New Roman" w:cs="Times New Roman"/>
          <w:color w:val="000000"/>
        </w:rPr>
        <w:t>0</w:t>
      </w:r>
      <w:r>
        <w:rPr>
          <w:rFonts w:ascii="宋体" w:hAnsi="宋体" w:eastAsia="宋体" w:cs="宋体"/>
          <w:color w:val="000000"/>
        </w:rPr>
        <w:t>或</w:t>
      </w:r>
      <w:r>
        <w:pict>
          <v:shape id="_x0000_i716483" o:spt="75" alt="学科网(www.zxxk.com)--教育资源门户，提供试卷、教案、课件、论文、素材以及各类教学资源下载，还有大量而丰富的教学相关资讯！" type="#_x0000_t75" style="height:14.25pt;width:15.9pt;" o:ole="t" filled="f" o:preferrelative="t" stroked="f" coordsize="21600,21600">
            <v:path/>
            <v:fill on="f" focussize="0,0"/>
            <v:stroke on="f" joinstyle="miter"/>
            <v:imagedata r:id="rId1621" o:title="eqIdb6b9a5f1362c12e1ea8f6fc0d9d787ac"/>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color w:val="000000"/>
        </w:rPr>
        <w:t xml:space="preserve">    （4）</w:t>
      </w:r>
      <w:r>
        <w:pict>
          <v:shape id="_x0000_i716484" o:spt="75" alt="学科网(www.zxxk.com)--教育资源门户，提供试卷、教案、课件、论文、素材以及各类教学资源下载，还有大量而丰富的教学相关资讯！" type="#_x0000_t75" style="height:27.5pt;width:35.5pt;" o:ole="t" filled="f" o:preferrelative="t" stroked="f" coordsize="21600,21600">
            <v:path/>
            <v:fill on="f" focussize="0,0"/>
            <v:stroke on="f" joinstyle="miter"/>
            <v:imagedata r:id="rId1622" o:title="eqIda666e03d35cf30211004e6dd7f981a4c"/>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本题是数轴上新定义应用题，主要运用“数轴上表示数</w:t>
      </w:r>
      <w:r>
        <w:pict>
          <v:shape id="_x0000_i71648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623" o:title="eqId0a6936d370d6a238a608ca56f87198de"/>
            <o:lock v:ext="edit" aspectratio="t"/>
            <w10:wrap type="none"/>
            <w10:anchorlock/>
          </v:shape>
        </w:pict>
      </w:r>
      <w:r>
        <w:rPr>
          <w:rFonts w:ascii="宋体" w:hAnsi="宋体" w:eastAsia="宋体" w:cs="宋体"/>
          <w:color w:val="000000"/>
        </w:rPr>
        <w:t>、</w:t>
      </w:r>
      <w:r>
        <w:pict>
          <v:shape id="_x0000_i716486" o:spt="75" alt="学科网(www.zxxk.com)--教育资源门户，提供试卷、教案、课件、论文、素材以及各类教学资源下载，还有大量而丰富的教学相关资讯！" type="#_x0000_t75" style="height:15.75pt;width:42.75pt;" o:ole="t" filled="f" o:preferrelative="t" stroked="f" coordsize="21600,21600">
            <v:path/>
            <v:fill on="f" focussize="0,0"/>
            <v:stroke on="f" joinstyle="miter"/>
            <v:imagedata r:id="rId1624" o:title="eqIdca257288ebd4229902f616f896967c34"/>
            <o:lock v:ext="edit" aspectratio="t"/>
            <w10:wrap type="none"/>
            <w10:anchorlock/>
          </v:shape>
        </w:pict>
      </w:r>
      <w:r>
        <w:rPr>
          <w:rFonts w:ascii="宋体" w:hAnsi="宋体" w:eastAsia="宋体" w:cs="宋体"/>
          <w:color w:val="000000"/>
        </w:rPr>
        <w:t>的两点之间的距离为</w:t>
      </w:r>
      <w:r>
        <w:pict>
          <v:shape id="_x0000_i716487" o:spt="75" alt="学科网(www.zxxk.com)--教育资源门户，提供试卷、教案、课件、论文、素材以及各类教学资源下载，还有大量而丰富的教学相关资讯！" type="#_x0000_t75" style="height:14.2pt;width:26.2pt;" o:ole="t" filled="f" o:preferrelative="t" stroked="f" coordsize="21600,21600">
            <v:path/>
            <v:fill on="f" focussize="0,0"/>
            <v:stroke on="f" joinstyle="miter"/>
            <v:imagedata r:id="rId1625" o:title="eqIdc9f2416d1f75a45a314331146550832e"/>
            <o:lock v:ext="edit" aspectratio="t"/>
            <w10:wrap type="none"/>
            <w10:anchorlock/>
          </v:shape>
        </w:pict>
      </w:r>
      <w:r>
        <w:rPr>
          <w:rFonts w:ascii="宋体" w:hAnsi="宋体" w:eastAsia="宋体" w:cs="宋体"/>
          <w:color w:val="000000"/>
        </w:rPr>
        <w:t>”来解题．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）根据已知条件及新定义即可判定；</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）根据已知条件及新定义得出等式，再分类讨论点</w:t>
      </w:r>
      <w:r>
        <w:pict>
          <v:shape id="_x0000_i71648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626" o:title="eqIdc5db41a1f31d6baee7c69990811edb9f"/>
            <o:lock v:ext="edit" aspectratio="t"/>
            <w10:wrap type="none"/>
            <w10:anchorlock/>
          </v:shape>
        </w:pict>
      </w:r>
      <w:r>
        <w:rPr>
          <w:rFonts w:ascii="宋体" w:hAnsi="宋体" w:eastAsia="宋体" w:cs="宋体"/>
          <w:color w:val="000000"/>
        </w:rPr>
        <w:t>的位置，得出满足条件的值；</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）设运动</w:t>
      </w:r>
      <w:r>
        <w:pict>
          <v:shape id="_x0000_i716489"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627" o:title="eqId36a1b09c653185842513e24ebba60bb3"/>
            <o:lock v:ext="edit" aspectratio="t"/>
            <w10:wrap type="none"/>
            <w10:anchorlock/>
          </v:shape>
        </w:pict>
      </w:r>
      <w:r>
        <w:rPr>
          <w:rFonts w:ascii="宋体" w:hAnsi="宋体" w:eastAsia="宋体" w:cs="宋体"/>
          <w:color w:val="000000"/>
        </w:rPr>
        <w:t>秒，根据数轴是两点距离的计算方法用含</w:t>
      </w:r>
      <w:r>
        <w:pict>
          <v:shape id="_x0000_i716490"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627" o:title="eqId36a1b09c653185842513e24ebba60bb3"/>
            <o:lock v:ext="edit" aspectratio="t"/>
            <w10:wrap type="none"/>
            <w10:anchorlock/>
          </v:shape>
        </w:pict>
      </w:r>
      <w:r>
        <w:rPr>
          <w:rFonts w:ascii="宋体" w:hAnsi="宋体" w:eastAsia="宋体" w:cs="宋体"/>
          <w:color w:val="000000"/>
        </w:rPr>
        <w:t>的代数式表示</w:t>
      </w:r>
      <w:r>
        <w:pict>
          <v:shape id="_x0000_i716491"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1628" o:title="eqIdef4113c492885ba7c47fe42ac792578f"/>
            <o:lock v:ext="edit" aspectratio="t"/>
            <w10:wrap type="none"/>
            <w10:anchorlock/>
          </v:shape>
        </w:pict>
      </w:r>
      <w:r>
        <w:rPr>
          <w:rFonts w:ascii="宋体" w:hAnsi="宋体" w:eastAsia="宋体" w:cs="宋体"/>
          <w:color w:val="000000"/>
        </w:rPr>
        <w:t>、</w:t>
      </w:r>
      <w:r>
        <w:pict>
          <v:shape id="_x0000_i716492"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1629" o:title="eqIdb90e0f35eda1a729fed485f83da5ea9d"/>
            <o:lock v:ext="edit" aspectratio="t"/>
            <w10:wrap type="none"/>
            <w10:anchorlock/>
          </v:shape>
        </w:pict>
      </w:r>
      <w:r>
        <w:rPr>
          <w:rFonts w:ascii="宋体" w:hAnsi="宋体" w:eastAsia="宋体" w:cs="宋体"/>
          <w:color w:val="000000"/>
        </w:rPr>
        <w:t>，再根据新定义得出关于等量关系，由“</w:t>
      </w:r>
      <w:r>
        <w:pict>
          <v:shape id="_x0000_i71649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630" o:title="eqIdb6a24198bd04c29321ae5dc5a28fe421"/>
            <o:lock v:ext="edit" aspectratio="t"/>
            <w10:wrap type="none"/>
            <w10:anchorlock/>
          </v:shape>
        </w:pict>
      </w:r>
      <w:r>
        <w:rPr>
          <w:rFonts w:ascii="宋体" w:hAnsi="宋体" w:eastAsia="宋体" w:cs="宋体"/>
          <w:color w:val="000000"/>
        </w:rPr>
        <w:t>是正整数”求出</w:t>
      </w:r>
      <w:r>
        <w:pict>
          <v:shape id="_x0000_i71649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630" o:title="eqIdb6a24198bd04c29321ae5dc5a28fe421"/>
            <o:lock v:ext="edit" aspectratio="t"/>
            <w10:wrap type="none"/>
            <w10:anchorlock/>
          </v:shape>
        </w:pict>
      </w:r>
      <w:r>
        <w:rPr>
          <w:rFonts w:ascii="宋体" w:hAnsi="宋体" w:eastAsia="宋体" w:cs="宋体"/>
          <w:color w:val="000000"/>
        </w:rPr>
        <w:t>、</w:t>
      </w:r>
      <w:r>
        <w:pict>
          <v:shape id="_x0000_i71649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627" o:title="eqId36a1b09c653185842513e24ebba60bb3"/>
            <o:lock v:ext="edit" aspectratio="t"/>
            <w10:wrap type="none"/>
            <w10:anchorlock/>
          </v:shape>
        </w:pict>
      </w:r>
      <w:r>
        <w:rPr>
          <w:rFonts w:ascii="宋体" w:hAnsi="宋体" w:eastAsia="宋体" w:cs="宋体"/>
          <w:color w:val="000000"/>
        </w:rPr>
        <w:t>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）设点</w:t>
      </w:r>
      <w:r>
        <w:pict>
          <v:shape id="_x0000_i71649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631" o:title="eqIdacc290b44635265137fdf13146b6a6d9"/>
            <o:lock v:ext="edit" aspectratio="t"/>
            <w10:wrap type="none"/>
            <w10:anchorlock/>
          </v:shape>
        </w:pict>
      </w:r>
      <w:r>
        <w:rPr>
          <w:rFonts w:ascii="宋体" w:hAnsi="宋体" w:eastAsia="宋体" w:cs="宋体"/>
          <w:color w:val="000000"/>
        </w:rPr>
        <w:t>表示的数为</w:t>
      </w:r>
      <w:r>
        <w:pict>
          <v:shape id="_x0000_i716497"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632" o:title="eqIdb5c15a90db6dfd1aab79a3728748cc6c"/>
            <o:lock v:ext="edit" aspectratio="t"/>
            <w10:wrap type="none"/>
            <w10:anchorlock/>
          </v:shape>
        </w:pict>
      </w:r>
      <w:r>
        <w:rPr>
          <w:rFonts w:ascii="宋体" w:hAnsi="宋体" w:eastAsia="宋体" w:cs="宋体"/>
          <w:color w:val="000000"/>
        </w:rPr>
        <w:t>，根据新定义、已知条件，得出用</w:t>
      </w:r>
      <w:r>
        <w:pict>
          <v:shape id="_x0000_i716498"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633" o:title="eqId294f5ba74cdf695fc9a8a8e52f421328"/>
            <o:lock v:ext="edit" aspectratio="t"/>
            <w10:wrap type="none"/>
            <w10:anchorlock/>
          </v:shape>
        </w:pict>
      </w:r>
      <w:r>
        <w:rPr>
          <w:rFonts w:ascii="宋体" w:hAnsi="宋体" w:eastAsia="宋体" w:cs="宋体"/>
          <w:color w:val="000000"/>
        </w:rPr>
        <w:t>、</w:t>
      </w:r>
      <w:r>
        <w:pict>
          <v:shape id="_x0000_i71649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634" o:title="eqIdb6a24198bd04c29321ae5dc5a28fe421"/>
            <o:lock v:ext="edit" aspectratio="t"/>
            <w10:wrap type="none"/>
            <w10:anchorlock/>
          </v:shape>
        </w:pict>
      </w:r>
      <w:r>
        <w:rPr>
          <w:rFonts w:ascii="宋体" w:hAnsi="宋体" w:eastAsia="宋体" w:cs="宋体"/>
          <w:color w:val="000000"/>
        </w:rPr>
        <w:t>、</w:t>
      </w:r>
      <w:r>
        <w:pict>
          <v:shape id="_x0000_i71650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632" o:title="eqIdb5c15a90db6dfd1aab79a3728748cc6c"/>
            <o:lock v:ext="edit" aspectratio="t"/>
            <w10:wrap type="none"/>
            <w10:anchorlock/>
          </v:shape>
        </w:pict>
      </w:r>
      <w:r>
        <w:rPr>
          <w:rFonts w:ascii="宋体" w:hAnsi="宋体" w:eastAsia="宋体" w:cs="宋体"/>
          <w:color w:val="000000"/>
        </w:rPr>
        <w:t>表示</w:t>
      </w:r>
      <w:r>
        <w:pict>
          <v:shape id="_x0000_i716501" o:spt="75" alt="学科网(www.zxxk.com)--教育资源门户，提供试卷、教案、课件、论文、素材以及各类教学资源下载，还有大量而丰富的教学相关资讯！" type="#_x0000_t75" style="height:15.75pt;width:66pt;" o:ole="t" filled="f" o:preferrelative="t" stroked="f" coordsize="21600,21600">
            <v:path/>
            <v:fill on="f" focussize="0,0"/>
            <v:stroke on="f" joinstyle="miter"/>
            <v:imagedata r:id="rId1635" o:title="eqId7b47306be15bb642f60c25d1c7fa31fc"/>
            <o:lock v:ext="edit" aspectratio="t"/>
            <w10:wrap type="none"/>
            <w10:anchorlock/>
          </v:shape>
        </w:pict>
      </w:r>
      <w:r>
        <w:rPr>
          <w:rFonts w:ascii="宋体" w:hAnsi="宋体" w:eastAsia="宋体" w:cs="宋体"/>
          <w:color w:val="000000"/>
        </w:rPr>
        <w:t>的代数式，再由“点</w:t>
      </w:r>
      <w:r>
        <w:pict>
          <v:shape id="_x0000_i716502"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631" o:title="eqIdacc290b44635265137fdf13146b6a6d9"/>
            <o:lock v:ext="edit" aspectratio="t"/>
            <w10:wrap type="none"/>
            <w10:anchorlock/>
          </v:shape>
        </w:pict>
      </w:r>
      <w:r>
        <w:rPr>
          <w:rFonts w:ascii="宋体" w:hAnsi="宋体" w:eastAsia="宋体" w:cs="宋体"/>
          <w:color w:val="000000"/>
        </w:rPr>
        <w:t>运动时，式子</w:t>
      </w:r>
      <w:r>
        <w:pict>
          <v:shape id="_x0000_i716503" o:spt="75" alt="学科网(www.zxxk.com)--教育资源门户，提供试卷、教案、课件、论文、素材以及各类教学资源下载，还有大量而丰富的教学相关资讯！" type="#_x0000_t75" style="height:15.75pt;width:66pt;" o:ole="t" filled="f" o:preferrelative="t" stroked="f" coordsize="21600,21600">
            <v:path/>
            <v:fill on="f" focussize="0,0"/>
            <v:stroke on="f" joinstyle="miter"/>
            <v:imagedata r:id="rId1635" o:title="eqId7b47306be15bb642f60c25d1c7fa31fc"/>
            <o:lock v:ext="edit" aspectratio="t"/>
            <w10:wrap type="none"/>
            <w10:anchorlock/>
          </v:shape>
        </w:pict>
      </w:r>
      <w:r>
        <w:rPr>
          <w:rFonts w:ascii="宋体" w:hAnsi="宋体" w:eastAsia="宋体" w:cs="宋体"/>
          <w:color w:val="000000"/>
        </w:rPr>
        <w:t>为定值”知：关于</w:t>
      </w:r>
      <w:r>
        <w:pict>
          <v:shape id="_x0000_i71650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632" o:title="eqIdb5c15a90db6dfd1aab79a3728748cc6c"/>
            <o:lock v:ext="edit" aspectratio="t"/>
            <w10:wrap type="none"/>
            <w10:anchorlock/>
          </v:shape>
        </w:pict>
      </w:r>
      <w:r>
        <w:rPr>
          <w:rFonts w:ascii="宋体" w:hAnsi="宋体" w:eastAsia="宋体" w:cs="宋体"/>
          <w:color w:val="000000"/>
        </w:rPr>
        <w:t>的代数式中</w:t>
      </w:r>
      <w:r>
        <w:pict>
          <v:shape id="_x0000_i71650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632" o:title="eqIdb5c15a90db6dfd1aab79a3728748cc6c"/>
            <o:lock v:ext="edit" aspectratio="t"/>
            <w10:wrap type="none"/>
            <w10:anchorlock/>
          </v:shape>
        </w:pict>
      </w:r>
      <w:r>
        <w:rPr>
          <w:rFonts w:ascii="宋体" w:hAnsi="宋体" w:eastAsia="宋体" w:cs="宋体"/>
          <w:color w:val="000000"/>
        </w:rPr>
        <w:t>的系数为0，从而得出整数</w:t>
      </w:r>
      <w:r>
        <w:pict>
          <v:shape id="_x0000_i716506"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633" o:title="eqId294f5ba74cdf695fc9a8a8e52f421328"/>
            <o:lock v:ext="edit" aspectratio="t"/>
            <w10:wrap type="none"/>
            <w10:anchorlock/>
          </v:shape>
        </w:pict>
      </w:r>
      <w:r>
        <w:rPr>
          <w:rFonts w:ascii="宋体" w:hAnsi="宋体" w:eastAsia="宋体" w:cs="宋体"/>
          <w:color w:val="000000"/>
        </w:rPr>
        <w:t>、</w:t>
      </w:r>
      <w:r>
        <w:pict>
          <v:shape id="_x0000_i71650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634" o:title="eqIdb6a24198bd04c29321ae5dc5a28fe421"/>
            <o:lock v:ext="edit" aspectratio="t"/>
            <w10:wrap type="none"/>
            <w10:anchorlock/>
          </v:shape>
        </w:pict>
      </w:r>
      <w:r>
        <w:rPr>
          <w:rFonts w:ascii="宋体" w:hAnsi="宋体" w:eastAsia="宋体" w:cs="宋体"/>
          <w:color w:val="000000"/>
        </w:rPr>
        <w:t>满足的数量关系．</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pict>
          <v:shape id="_x0000_i716508"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1636" o:title="eqId16f3d198e76391779fa3badc848c8ac8"/>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表示的数分别为</w:t>
      </w:r>
      <w:r>
        <w:rPr>
          <w:rFonts w:ascii="Times New Roman" w:hAnsi="Times New Roman" w:eastAsia="Times New Roman" w:cs="Times New Roman"/>
          <w:color w:val="000000"/>
        </w:rPr>
        <w:t>4</w:t>
      </w:r>
      <w:r>
        <w:rPr>
          <w:rFonts w:ascii="宋体" w:hAnsi="宋体" w:eastAsia="宋体" w:cs="宋体"/>
          <w:color w:val="000000"/>
        </w:rPr>
        <w:t>，</w:t>
      </w:r>
      <w:r>
        <w:pict>
          <v:shape id="_x0000_i71650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637" o:title="eqId274a9dc37509f01c2606fb3086a46f4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10"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1638" o:title="eqId29e465e55c8cc1fda92f3d3768947e79"/>
            <o:lock v:ext="edit" aspectratio="t"/>
            <w10:wrap type="none"/>
            <w10:anchorlock/>
          </v:shape>
        </w:pict>
      </w:r>
      <w:r>
        <w:rPr>
          <w:rFonts w:ascii="宋体" w:hAnsi="宋体" w:eastAsia="宋体" w:cs="宋体"/>
          <w:color w:val="000000"/>
        </w:rPr>
        <w:t>，</w:t>
      </w:r>
      <w:r>
        <w:pict>
          <v:shape id="_x0000_i716511"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1639" o:title="eqIdb6a99044cdedf9e67bffd16a7eeeadf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12" o:spt="75" alt="学科网(www.zxxk.com)--教育资源门户，提供试卷、教案、课件、论文、素材以及各类教学资源下载，还有大量而丰富的教学相关资讯！" type="#_x0000_t75" style="height:12.55pt;width:56.1pt;" o:ole="t" filled="f" o:preferrelative="t" stroked="f" coordsize="21600,21600">
            <v:path/>
            <v:fill on="f" focussize="0,0"/>
            <v:stroke on="f" joinstyle="miter"/>
            <v:imagedata r:id="rId1640" o:title="eqIdee406e1d618d215c0806ba5dad991e1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1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641" o:title="eqId2de0d10ef8b748d4531250c37c5d3f9e"/>
            <o:lock v:ext="edit" aspectratio="t"/>
            <w10:wrap type="none"/>
            <w10:anchorlock/>
          </v:shape>
        </w:pict>
      </w:r>
      <w:r>
        <w:rPr>
          <w:rFonts w:ascii="宋体" w:hAnsi="宋体" w:eastAsia="宋体" w:cs="宋体"/>
          <w:color w:val="000000"/>
        </w:rPr>
        <w:t>原点</w:t>
      </w:r>
      <w:r>
        <w:pict>
          <v:shape id="_x0000_i716514"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642" o:title="eqId1dde8112e8eb968fd042418dd632759e"/>
            <o:lock v:ext="edit" aspectratio="t"/>
            <w10:wrap type="none"/>
            <w10:anchorlock/>
          </v:shape>
        </w:pict>
      </w:r>
      <w:r>
        <w:rPr>
          <w:rFonts w:ascii="宋体" w:hAnsi="宋体" w:eastAsia="宋体" w:cs="宋体"/>
          <w:color w:val="000000"/>
        </w:rPr>
        <w:t>是“</w:t>
      </w:r>
      <w:r>
        <w:pict>
          <v:shape id="_x0000_i716515" o:spt="75" alt="学科网(www.zxxk.com)--教育资源门户，提供试卷、教案、课件、论文、素材以及各类教学资源下载，还有大量而丰富的教学相关资讯！" type="#_x0000_t75" style="height:14.95pt;width:14.25pt;" o:ole="t" filled="f" o:preferrelative="t" stroked="f" coordsize="21600,21600">
            <v:path/>
            <v:fill on="f" focussize="0,0"/>
            <v:stroke on="f" joinstyle="miter"/>
            <v:imagedata r:id="rId1643" o:title="eqIdc71d20922150cf9e88520e286489177e"/>
            <o:lock v:ext="edit" aspectratio="t"/>
            <w10:wrap type="none"/>
            <w10:anchorlock/>
          </v:shape>
        </w:pict>
      </w:r>
      <w:r>
        <w:rPr>
          <w:rFonts w:ascii="宋体" w:hAnsi="宋体" w:eastAsia="宋体" w:cs="宋体"/>
          <w:color w:val="000000"/>
        </w:rPr>
        <w:t>，</w:t>
      </w:r>
      <w:r>
        <w:pict>
          <v:shape id="_x0000_i716516" o:spt="75" alt="学科网(www.zxxk.com)--教育资源门户，提供试卷、教案、课件、论文、素材以及各类教学资源下载，还有大量而丰富的教学相关资讯！" type="#_x0000_t75" style="height:15.25pt;width:14.2pt;" o:ole="t" filled="f" o:preferrelative="t" stroked="f" coordsize="21600,21600">
            <v:path/>
            <v:fill on="f" focussize="0,0"/>
            <v:stroke on="f" joinstyle="miter"/>
            <v:imagedata r:id="rId1644" o:title="eqId4ce1d45f9533e611562b223e026f91a4"/>
            <o:lock v:ext="edit" aspectratio="t"/>
            <w10:wrap type="none"/>
            <w10:anchorlock/>
          </v:shape>
        </w:pict>
      </w:r>
      <w:r>
        <w:rPr>
          <w:rFonts w:ascii="Times New Roman" w:hAnsi="Times New Roman" w:eastAsia="Times New Roman" w:cs="Times New Roman"/>
          <w:color w:val="000000"/>
        </w:rPr>
        <w:t>2</w:t>
      </w:r>
      <w:r>
        <w:rPr>
          <w:rFonts w:ascii="宋体" w:hAnsi="宋体" w:eastAsia="宋体" w:cs="宋体"/>
          <w:color w:val="000000"/>
        </w:rPr>
        <w:t>关联点”，</w:t>
      </w:r>
    </w:p>
    <w:p>
      <w:pPr>
        <w:spacing w:line="360" w:lineRule="auto"/>
        <w:jc w:val="both"/>
        <w:textAlignment w:val="center"/>
        <w:rPr>
          <w:color w:val="000000"/>
        </w:rPr>
      </w:pPr>
      <w:r>
        <w:rPr>
          <w:rFonts w:ascii="宋体" w:hAnsi="宋体" w:eastAsia="宋体" w:cs="宋体"/>
          <w:color w:val="000000"/>
        </w:rPr>
        <w:t>故答案为：是；</w:t>
      </w:r>
    </w:p>
    <w:p>
      <w:pPr>
        <w:spacing w:line="360" w:lineRule="auto"/>
        <w:jc w:val="both"/>
        <w:textAlignment w:val="center"/>
        <w:rPr>
          <w:color w:val="000000"/>
        </w:rPr>
      </w:pPr>
      <w:r>
        <w:rPr>
          <w:color w:val="000000"/>
          <w:position w:val="0"/>
        </w:rPr>
        <w:drawing>
          <wp:inline distT="0" distB="0" distL="114300" distR="114300">
            <wp:extent cx="95250" cy="171450"/>
            <wp:effectExtent l="0" t="0" r="0" b="0"/>
            <wp:docPr id="3653" name="图片 819745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4" name="图片 819745991"/>
                    <pic:cNvPicPr>
                      <a:picLocks noChangeAspect="1"/>
                    </pic:cNvPicPr>
                  </pic:nvPicPr>
                  <pic:blipFill>
                    <a:blip r:embed="rId1645"/>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both"/>
        <w:textAlignment w:val="center"/>
        <w:rPr>
          <w:color w:val="000000"/>
        </w:rPr>
      </w:pPr>
      <w:r>
        <w:pict>
          <v:shape id="_x0000_i71651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1646" o:title="eqId16f3d198e76391779fa3badc848c8ac8"/>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表示的数分别为</w:t>
      </w:r>
      <w:r>
        <w:rPr>
          <w:rFonts w:ascii="Times New Roman" w:hAnsi="Times New Roman" w:eastAsia="Times New Roman" w:cs="Times New Roman"/>
          <w:color w:val="000000"/>
        </w:rPr>
        <w:t>4</w:t>
      </w:r>
      <w:r>
        <w:rPr>
          <w:rFonts w:ascii="宋体" w:hAnsi="宋体" w:eastAsia="宋体" w:cs="宋体"/>
          <w:color w:val="000000"/>
        </w:rPr>
        <w:t>，</w:t>
      </w:r>
      <w:r>
        <w:pict>
          <v:shape id="_x0000_i71651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647" o:title="eqId274a9dc37509f01c2606fb3086a46f4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19" o:spt="75" alt="学科网(www.zxxk.com)--教育资源门户，提供试卷、教案、课件、论文、素材以及各类教学资源下载，还有大量而丰富的教学相关资讯！" type="#_x0000_t75" style="height:16pt;width:96pt;" o:ole="t" filled="f" o:preferrelative="t" stroked="f" coordsize="21600,21600">
            <v:path/>
            <v:fill on="f" focussize="0,0"/>
            <v:stroke on="f" joinstyle="miter"/>
            <v:imagedata r:id="rId1648" o:title="eqIda9f601995a9b1a8a9a0ca38d74296cf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若点</w:t>
      </w:r>
      <w:r>
        <w:pict>
          <v:shape id="_x0000_i71652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649" o:title="eqIdc5db41a1f31d6baee7c69990811edb9f"/>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pict>
          <v:shape id="_x0000_i716521" o:spt="75" alt="学科网(www.zxxk.com)--教育资源门户，提供试卷、教案、课件、论文、素材以及各类教学资源下载，还有大量而丰富的教学相关资讯！" type="#_x0000_t75" style="height:14.95pt;width:14.25pt;" o:ole="t" filled="f" o:preferrelative="t" stroked="f" coordsize="21600,21600">
            <v:path/>
            <v:fill on="f" focussize="0,0"/>
            <v:stroke on="f" joinstyle="miter"/>
            <v:imagedata r:id="rId1650" o:title="eqIdc71d20922150cf9e88520e286489177e"/>
            <o:lock v:ext="edit" aspectratio="t"/>
            <w10:wrap type="none"/>
            <w10:anchorlock/>
          </v:shape>
        </w:pict>
      </w:r>
      <w:r>
        <w:rPr>
          <w:rFonts w:ascii="宋体" w:hAnsi="宋体" w:eastAsia="宋体" w:cs="宋体"/>
          <w:color w:val="000000"/>
        </w:rPr>
        <w:t>，</w:t>
      </w:r>
      <w:r>
        <w:pict>
          <v:shape id="_x0000_i716522" o:spt="75" alt="学科网(www.zxxk.com)--教育资源门户，提供试卷、教案、课件、论文、素材以及各类教学资源下载，还有大量而丰富的教学相关资讯！" type="#_x0000_t75" style="height:15.25pt;width:14.2pt;" o:ole="t" filled="f" o:preferrelative="t" stroked="f" coordsize="21600,21600">
            <v:path/>
            <v:fill on="f" focussize="0,0"/>
            <v:stroke on="f" joinstyle="miter"/>
            <v:imagedata r:id="rId1651" o:title="eqId4ce1d45f9533e611562b223e026f91a4"/>
            <o:lock v:ext="edit" aspectratio="t"/>
            <w10:wrap type="none"/>
            <w10:anchorlock/>
          </v:shape>
        </w:pict>
      </w:r>
      <w:r>
        <w:rPr>
          <w:rFonts w:ascii="宋体" w:hAnsi="宋体" w:eastAsia="宋体" w:cs="宋体"/>
          <w:color w:val="000000"/>
        </w:rPr>
        <w:t>整</w:t>
      </w:r>
      <w:r>
        <w:rPr>
          <w:rFonts w:ascii="Times New Roman" w:hAnsi="Times New Roman" w:eastAsia="Times New Roman" w:cs="Times New Roman"/>
          <w:color w:val="000000"/>
        </w:rPr>
        <w:t>2</w: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，则</w:t>
      </w:r>
      <w:r>
        <w:pict>
          <v:shape id="_x0000_i716523"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1652" o:title="eqId3d3976d08e5f9e24e76ce9579c06a8d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当点</w:t>
      </w:r>
      <w:r>
        <w:pict>
          <v:shape id="_x0000_i71652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653" o:title="eqIdc5db41a1f31d6baee7c69990811edb9f"/>
            <o:lock v:ext="edit" aspectratio="t"/>
            <w10:wrap type="none"/>
            <w10:anchorlock/>
          </v:shape>
        </w:pict>
      </w:r>
      <w:r>
        <w:rPr>
          <w:rFonts w:ascii="宋体" w:hAnsi="宋体" w:eastAsia="宋体" w:cs="宋体"/>
          <w:color w:val="000000"/>
        </w:rPr>
        <w:t>在线段</w:t>
      </w:r>
      <w:r>
        <w:pict>
          <v:shape id="_x0000_i71652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654" o:title="eqIdf52a58fbaf4fea03567e88a9f0f6e37e"/>
            <o:lock v:ext="edit" aspectratio="t"/>
            <w10:wrap type="none"/>
            <w10:anchorlock/>
          </v:shape>
        </w:pict>
      </w:r>
      <w:r>
        <w:rPr>
          <w:rFonts w:ascii="宋体" w:hAnsi="宋体" w:eastAsia="宋体" w:cs="宋体"/>
          <w:color w:val="000000"/>
        </w:rPr>
        <w:t>上时，</w:t>
      </w:r>
      <w:r>
        <w:pict>
          <v:shape id="_x0000_i716526" o:spt="75" alt="学科网(www.zxxk.com)--教育资源门户，提供试卷、教案、课件、论文、素材以及各类教学资源下载，还有大量而丰富的教学相关资讯！" type="#_x0000_t75" style="height:30.75pt;width:75pt;" o:ole="t" filled="f" o:preferrelative="t" stroked="f" coordsize="21600,21600">
            <v:path/>
            <v:fill on="f" focussize="0,0"/>
            <v:stroke on="f" joinstyle="miter"/>
            <v:imagedata r:id="rId1655" o:title="eqId96601d0e0f422d149f97b2ec2cbd962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此时，点</w:t>
      </w:r>
      <w:r>
        <w:pict>
          <v:shape id="_x0000_i71652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656" o:title="eqIdc5db41a1f31d6baee7c69990811edb9f"/>
            <o:lock v:ext="edit" aspectratio="t"/>
            <w10:wrap type="none"/>
            <w10:anchorlock/>
          </v:shape>
        </w:pict>
      </w:r>
      <w:r>
        <w:rPr>
          <w:rFonts w:ascii="宋体" w:hAnsi="宋体" w:eastAsia="宋体" w:cs="宋体"/>
          <w:color w:val="000000"/>
        </w:rPr>
        <w:t>所表示的数为</w:t>
      </w:r>
      <w:r>
        <w:pict>
          <v:shape id="_x0000_i716528"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1657" o:title="eqId2a9ffef9aee72272391214fceabb755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当点</w:t>
      </w:r>
      <w:r>
        <w:pict>
          <v:shape id="_x0000_i71652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658" o:title="eqIdc5db41a1f31d6baee7c69990811edb9f"/>
            <o:lock v:ext="edit" aspectratio="t"/>
            <w10:wrap type="none"/>
            <w10:anchorlock/>
          </v:shape>
        </w:pict>
      </w:r>
      <w:r>
        <w:rPr>
          <w:rFonts w:ascii="宋体" w:hAnsi="宋体" w:eastAsia="宋体" w:cs="宋体"/>
          <w:color w:val="000000"/>
        </w:rPr>
        <w:t>在线段</w:t>
      </w:r>
      <w:r>
        <w:pict>
          <v:shape id="_x0000_i71653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659" o:title="eqIdf52a58fbaf4fea03567e88a9f0f6e37e"/>
            <o:lock v:ext="edit" aspectratio="t"/>
            <w10:wrap type="none"/>
            <w10:anchorlock/>
          </v:shape>
        </w:pict>
      </w:r>
      <w:r>
        <w:rPr>
          <w:rFonts w:ascii="宋体" w:hAnsi="宋体" w:eastAsia="宋体" w:cs="宋体"/>
          <w:color w:val="000000"/>
        </w:rPr>
        <w:t>的延长线上时，</w:t>
      </w:r>
      <w:r>
        <w:pict>
          <v:shape id="_x0000_i716531" o:spt="75" alt="学科网(www.zxxk.com)--教育资源门户，提供试卷、教案、课件、论文、素材以及各类教学资源下载，还有大量而丰富的教学相关资讯！" type="#_x0000_t75" style="height:14pt;width:66pt;" o:ole="t" filled="f" o:preferrelative="t" stroked="f" coordsize="21600,21600">
            <v:path/>
            <v:fill on="f" focussize="0,0"/>
            <v:stroke on="f" joinstyle="miter"/>
            <v:imagedata r:id="rId1660" o:title="eqId6107d73058daf700d4cedf9d7ef78c1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此时，点</w:t>
      </w:r>
      <w:r>
        <w:pict>
          <v:shape id="_x0000_i71653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661" o:title="eqIdc5db41a1f31d6baee7c69990811edb9f"/>
            <o:lock v:ext="edit" aspectratio="t"/>
            <w10:wrap type="none"/>
            <w10:anchorlock/>
          </v:shape>
        </w:pict>
      </w:r>
      <w:r>
        <w:rPr>
          <w:rFonts w:ascii="宋体" w:hAnsi="宋体" w:eastAsia="宋体" w:cs="宋体"/>
          <w:color w:val="000000"/>
        </w:rPr>
        <w:t>所表示的数为</w:t>
      </w:r>
      <w:r>
        <w:pict>
          <v:shape id="_x0000_i716533" o:spt="75" alt="学科网(www.zxxk.com)--教育资源门户，提供试卷、教案、课件、论文、素材以及各类教学资源下载，还有大量而丰富的教学相关资讯！" type="#_x0000_t75" style="height:14.25pt;width:57.05pt;" o:ole="t" filled="f" o:preferrelative="t" stroked="f" coordsize="21600,21600">
            <v:path/>
            <v:fill on="f" focussize="0,0"/>
            <v:stroke on="f" joinstyle="miter"/>
            <v:imagedata r:id="rId1662" o:title="eqId7f738004ddd298e0ea54d1a975b4156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综上所述，点</w:t>
      </w:r>
      <w:r>
        <w:pict>
          <v:shape id="_x0000_i71653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663" o:title="eqIdc5db41a1f31d6baee7c69990811edb9f"/>
            <o:lock v:ext="edit" aspectratio="t"/>
            <w10:wrap type="none"/>
            <w10:anchorlock/>
          </v:shape>
        </w:pict>
      </w:r>
      <w:r>
        <w:rPr>
          <w:rFonts w:ascii="宋体" w:hAnsi="宋体" w:eastAsia="宋体" w:cs="宋体"/>
          <w:color w:val="000000"/>
        </w:rPr>
        <w:t>所表示的数</w:t>
      </w:r>
      <w:r>
        <w:rPr>
          <w:rFonts w:ascii="Times New Roman" w:hAnsi="Times New Roman" w:eastAsia="Times New Roman" w:cs="Times New Roman"/>
          <w:color w:val="000000"/>
        </w:rPr>
        <w:t>0</w:t>
      </w:r>
      <w:r>
        <w:rPr>
          <w:rFonts w:ascii="宋体" w:hAnsi="宋体" w:eastAsia="宋体" w:cs="宋体"/>
          <w:color w:val="000000"/>
        </w:rPr>
        <w:t>或</w:t>
      </w:r>
      <w:r>
        <w:pict>
          <v:shape id="_x0000_i716535" o:spt="75" alt="学科网(www.zxxk.com)--教育资源门户，提供试卷、教案、课件、论文、素材以及各类教学资源下载，还有大量而丰富的教学相关资讯！" type="#_x0000_t75" style="height:14.25pt;width:15.9pt;" o:ole="t" filled="f" o:preferrelative="t" stroked="f" coordsize="21600,21600">
            <v:path/>
            <v:fill on="f" focussize="0,0"/>
            <v:stroke on="f" joinstyle="miter"/>
            <v:imagedata r:id="rId1664" o:title="eqIdb6b9a5f1362c12e1ea8f6fc0d9d787a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0</w:t>
      </w:r>
      <w:r>
        <w:rPr>
          <w:rFonts w:ascii="宋体" w:hAnsi="宋体" w:eastAsia="宋体" w:cs="宋体"/>
          <w:color w:val="000000"/>
        </w:rPr>
        <w:t>或</w:t>
      </w:r>
      <w:r>
        <w:pict>
          <v:shape id="_x0000_i716536" o:spt="75" alt="学科网(www.zxxk.com)--教育资源门户，提供试卷、教案、课件、论文、素材以及各类教学资源下载，还有大量而丰富的教学相关资讯！" type="#_x0000_t75" style="height:14.25pt;width:15.9pt;" o:ole="t" filled="f" o:preferrelative="t" stroked="f" coordsize="21600,21600">
            <v:path/>
            <v:fill on="f" focussize="0,0"/>
            <v:stroke on="f" joinstyle="miter"/>
            <v:imagedata r:id="rId1665" o:title="eqIdb6b9a5f1362c12e1ea8f6fc0d9d787a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沿数轴向右运动，每秒运动</w:t>
      </w:r>
      <w:r>
        <w:rPr>
          <w:rFonts w:ascii="Times New Roman" w:hAnsi="Times New Roman" w:eastAsia="Times New Roman" w:cs="Times New Roman"/>
          <w:color w:val="000000"/>
        </w:rPr>
        <w:t>1</w:t>
      </w:r>
      <w:r>
        <w:rPr>
          <w:rFonts w:ascii="宋体" w:hAnsi="宋体" w:eastAsia="宋体" w:cs="宋体"/>
          <w:color w:val="000000"/>
        </w:rPr>
        <w:t>个单位长度，同时点</w:t>
      </w:r>
      <w:r>
        <w:rPr>
          <w:rFonts w:ascii="Times New Roman" w:hAnsi="Times New Roman" w:eastAsia="Times New Roman" w:cs="Times New Roman"/>
          <w:i/>
          <w:color w:val="000000"/>
        </w:rPr>
        <w:t>B</w:t>
      </w:r>
      <w:r>
        <w:rPr>
          <w:rFonts w:ascii="宋体" w:hAnsi="宋体" w:eastAsia="宋体" w:cs="宋体"/>
          <w:color w:val="000000"/>
        </w:rPr>
        <w:t>沿数轴向左运动，每秒运动</w:t>
      </w:r>
      <w:r>
        <w:rPr>
          <w:rFonts w:ascii="Times New Roman" w:hAnsi="Times New Roman" w:eastAsia="Times New Roman" w:cs="Times New Roman"/>
          <w:color w:val="000000"/>
        </w:rPr>
        <w:t>2</w:t>
      </w:r>
      <w:r>
        <w:rPr>
          <w:rFonts w:ascii="宋体" w:hAnsi="宋体" w:eastAsia="宋体" w:cs="宋体"/>
          <w:color w:val="000000"/>
        </w:rPr>
        <w:t>个单位长度，设运动</w:t>
      </w:r>
      <w:r>
        <w:pict>
          <v:shape id="_x0000_i716537"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666" o:title="eqId36a1b09c653185842513e24ebba60bb3"/>
            <o:lock v:ext="edit" aspectratio="t"/>
            <w10:wrap type="none"/>
            <w10:anchorlock/>
          </v:shape>
        </w:pict>
      </w:r>
      <w:r>
        <w:rPr>
          <w:rFonts w:ascii="宋体" w:hAnsi="宋体" w:eastAsia="宋体" w:cs="宋体"/>
          <w:color w:val="000000"/>
        </w:rPr>
        <w:t>秒，</w:t>
      </w:r>
    </w:p>
    <w:p>
      <w:pPr>
        <w:spacing w:line="360" w:lineRule="auto"/>
        <w:jc w:val="both"/>
        <w:textAlignment w:val="center"/>
        <w:rPr>
          <w:color w:val="000000"/>
        </w:rPr>
      </w:pPr>
      <w:r>
        <w:rPr>
          <w:rFonts w:ascii="宋体" w:hAnsi="宋体" w:eastAsia="宋体" w:cs="宋体"/>
          <w:color w:val="000000"/>
        </w:rPr>
        <w:t>则</w:t>
      </w:r>
      <w:r>
        <w:pict>
          <v:shape id="_x0000_i716538" o:spt="75" alt="学科网(www.zxxk.com)--教育资源门户，提供试卷、教案、课件、论文、素材以及各类教学资源下载，还有大量而丰富的教学相关资讯！" type="#_x0000_t75" style="height:14.05pt;width:51.9pt;" o:ole="t" filled="f" o:preferrelative="t" stroked="f" coordsize="21600,21600">
            <v:path/>
            <v:fill on="f" focussize="0,0"/>
            <v:stroke on="f" joinstyle="miter"/>
            <v:imagedata r:id="rId1667" o:title="eqId649ecaca0ea2264f3f47fe99875b0779"/>
            <o:lock v:ext="edit" aspectratio="t"/>
            <w10:wrap type="none"/>
            <w10:anchorlock/>
          </v:shape>
        </w:pict>
      </w:r>
      <w:r>
        <w:rPr>
          <w:rFonts w:ascii="宋体" w:hAnsi="宋体" w:eastAsia="宋体" w:cs="宋体"/>
          <w:color w:val="000000"/>
        </w:rPr>
        <w:t>，</w:t>
      </w:r>
      <w:r>
        <w:pict>
          <v:shape id="_x0000_i716539"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1668" o:title="eqIdfb0612c664a523a5bf8e6b8fcbee15f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原点</w:t>
      </w:r>
      <w:r>
        <w:rPr>
          <w:rFonts w:ascii="Times New Roman" w:hAnsi="Times New Roman" w:eastAsia="Times New Roman" w:cs="Times New Roman"/>
          <w:i/>
          <w:color w:val="000000"/>
        </w:rPr>
        <w:t>O</w:t>
      </w:r>
      <w:r>
        <w:rPr>
          <w:rFonts w:ascii="宋体" w:hAnsi="宋体" w:eastAsia="宋体" w:cs="宋体"/>
          <w:color w:val="000000"/>
        </w:rPr>
        <w:t>恰好是“</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关联点”，</w:t>
      </w:r>
    </w:p>
    <w:p>
      <w:pPr>
        <w:spacing w:line="360" w:lineRule="auto"/>
        <w:jc w:val="both"/>
        <w:textAlignment w:val="center"/>
        <w:rPr>
          <w:color w:val="000000"/>
        </w:rPr>
      </w:pPr>
      <w:r>
        <w:pict>
          <v:shape id="_x0000_i716540" o:spt="75" alt="学科网(www.zxxk.com)--教育资源门户，提供试卷、教案、课件、论文、素材以及各类教学资源下载，还有大量而丰富的教学相关资讯！" type="#_x0000_t75" style="height:16pt;width:64pt;" o:ole="t" filled="f" o:preferrelative="t" stroked="f" coordsize="21600,21600">
            <v:path/>
            <v:fill on="f" focussize="0,0"/>
            <v:stroke on="f" joinstyle="miter"/>
            <v:imagedata r:id="rId1669" o:title="eqId34573459b616d6bfdd76281e8ac8c80f"/>
            <o:lock v:ext="edit" aspectratio="t"/>
            <w10:wrap type="none"/>
            <w10:anchorlock/>
          </v:shape>
        </w:pict>
      </w:r>
      <w:r>
        <w:rPr>
          <w:rFonts w:ascii="宋体" w:hAnsi="宋体" w:eastAsia="宋体" w:cs="宋体"/>
          <w:color w:val="000000"/>
        </w:rPr>
        <w:t>是正整数），即有</w:t>
      </w:r>
      <w:r>
        <w:pict>
          <v:shape id="_x0000_i716541" o:spt="75" alt="学科网(www.zxxk.com)--教育资源门户，提供试卷、教案、课件、论文、素材以及各类教学资源下载，还有大量而丰富的教学相关资讯！" type="#_x0000_t75" style="height:16pt;width:86pt;" o:ole="t" filled="f" o:preferrelative="t" stroked="f" coordsize="21600,21600">
            <v:path/>
            <v:fill on="f" focussize="0,0"/>
            <v:stroke on="f" joinstyle="miter"/>
            <v:imagedata r:id="rId1670" o:title="eqId1e85c902dc7a59f519456ac3c476f18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42" o:spt="75" alt="学科网(www.zxxk.com)--教育资源门户，提供试卷、教案、课件、论文、素材以及各类教学资源下载，还有大量而丰富的教学相关资讯！" type="#_x0000_t75" style="height:31pt;width:63pt;" o:ole="t" filled="f" o:preferrelative="t" stroked="f" coordsize="21600,21600">
            <v:path/>
            <v:fill on="f" focussize="0,0"/>
            <v:stroke on="f" joinstyle="miter"/>
            <v:imagedata r:id="rId1671" o:title="eqIda1f98f0082d95f173b713841c94abcd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43" o:spt="75" alt="学科网(www.zxxk.com)--教育资源门户，提供试卷、教案、课件、论文、素材以及各类教学资源下载，还有大量而丰富的教学相关资讯！" type="#_x0000_t75" style="height:11.25pt;width:21pt;" o:ole="t" filled="f" o:preferrelative="t" stroked="f" coordsize="21600,21600">
            <v:path/>
            <v:fill on="f" focussize="0,0"/>
            <v:stroke on="f" joinstyle="miter"/>
            <v:imagedata r:id="rId1672" o:title="eqIdfdad10431e4e88f89cfd099a51e51622"/>
            <o:lock v:ext="edit" aspectratio="t"/>
            <w10:wrap type="none"/>
            <w10:anchorlock/>
          </v:shape>
        </w:pict>
      </w:r>
      <w:r>
        <w:rPr>
          <w:rFonts w:ascii="宋体" w:hAnsi="宋体" w:eastAsia="宋体" w:cs="宋体"/>
          <w:color w:val="000000"/>
        </w:rPr>
        <w:t>是正整数，</w:t>
      </w:r>
    </w:p>
    <w:p>
      <w:pPr>
        <w:spacing w:line="360" w:lineRule="auto"/>
        <w:jc w:val="both"/>
        <w:textAlignment w:val="center"/>
        <w:rPr>
          <w:color w:val="000000"/>
        </w:rPr>
      </w:pPr>
      <w:r>
        <w:rPr>
          <w:rFonts w:ascii="宋体" w:hAnsi="宋体" w:eastAsia="宋体" w:cs="宋体"/>
          <w:color w:val="000000"/>
        </w:rPr>
        <w:t>而</w:t>
      </w:r>
      <w:r>
        <w:pict>
          <v:shape id="_x0000_i716544" o:spt="75" alt="学科网(www.zxxk.com)--教育资源门户，提供试卷、教案、课件、论文、素材以及各类教学资源下载，还有大量而丰富的教学相关资讯！" type="#_x0000_t75" style="height:13.95pt;width:36.75pt;" o:ole="t" filled="f" o:preferrelative="t" stroked="f" coordsize="21600,21600">
            <v:path/>
            <v:fill on="f" focussize="0,0"/>
            <v:stroke on="f" joinstyle="miter"/>
            <v:imagedata r:id="rId1673" o:title="eqIdb11054aad51b10b1348d7033370d9058"/>
            <o:lock v:ext="edit" aspectratio="t"/>
            <w10:wrap type="none"/>
            <w10:anchorlock/>
          </v:shape>
        </w:pict>
      </w:r>
      <w:r>
        <w:rPr>
          <w:rFonts w:ascii="宋体" w:hAnsi="宋体" w:eastAsia="宋体" w:cs="宋体"/>
          <w:color w:val="000000"/>
        </w:rPr>
        <w:t>，</w:t>
      </w:r>
      <w:r>
        <w:pict>
          <v:shape id="_x0000_i716545" o:spt="75" alt="学科网(www.zxxk.com)--教育资源门户，提供试卷、教案、课件、论文、素材以及各类教学资源下载，还有大量而丰富的教学相关资讯！" type="#_x0000_t75" style="height:13.85pt;width:22.85pt;" o:ole="t" filled="f" o:preferrelative="t" stroked="f" coordsize="21600,21600">
            <v:path/>
            <v:fill on="f" focussize="0,0"/>
            <v:stroke on="f" joinstyle="miter"/>
            <v:imagedata r:id="rId1674" o:title="eqIdb0a75c002da59c2ec5ef683ba618d973"/>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的约数，</w:t>
      </w:r>
    </w:p>
    <w:p>
      <w:pPr>
        <w:spacing w:line="360" w:lineRule="auto"/>
        <w:jc w:val="both"/>
        <w:textAlignment w:val="center"/>
        <w:rPr>
          <w:color w:val="000000"/>
        </w:rPr>
      </w:pPr>
      <w:r>
        <w:pict>
          <v:shape id="_x0000_i716546" o:spt="75" alt="学科网(www.zxxk.com)--教育资源门户，提供试卷、教案、课件、论文、素材以及各类教学资源下载，还有大量而丰富的教学相关资讯！" type="#_x0000_t75" style="height:14pt;width:49pt;" o:ole="t" filled="f" o:preferrelative="t" stroked="f" coordsize="21600,21600">
            <v:path/>
            <v:fill on="f" focussize="0,0"/>
            <v:stroke on="f" joinstyle="miter"/>
            <v:imagedata r:id="rId1675" o:title="eqId1b849fa25a31791e71a0c8cd3136bf5a"/>
            <o:lock v:ext="edit" aspectratio="t"/>
            <w10:wrap type="none"/>
            <w10:anchorlock/>
          </v:shape>
        </w:pict>
      </w:r>
      <w:r>
        <w:rPr>
          <w:rFonts w:ascii="宋体" w:hAnsi="宋体" w:eastAsia="宋体" w:cs="宋体"/>
          <w:color w:val="000000"/>
        </w:rPr>
        <w:t>，即</w:t>
      </w:r>
      <w:r>
        <w:pict>
          <v:shape id="_x0000_i716547" o:spt="75" alt="学科网(www.zxxk.com)--教育资源门户，提供试卷、教案、课件、论文、素材以及各类教学资源下载，还有大量而丰富的教学相关资讯！" type="#_x0000_t75" style="height:16pt;width:52pt;" o:ole="t" filled="f" o:preferrelative="t" stroked="f" coordsize="21600,21600">
            <v:path/>
            <v:fill on="f" focussize="0,0"/>
            <v:stroke on="f" joinstyle="miter"/>
            <v:imagedata r:id="rId1676" o:title="eqId945ada836b37eadfe9c0eb7116090fc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即运动时间为</w:t>
      </w:r>
      <w:r>
        <w:rPr>
          <w:rFonts w:ascii="Times New Roman" w:hAnsi="Times New Roman" w:eastAsia="Times New Roman" w:cs="Times New Roman"/>
          <w:color w:val="000000"/>
        </w:rPr>
        <w:t>2</w:t>
      </w:r>
      <w:r>
        <w:rPr>
          <w:rFonts w:ascii="宋体" w:hAnsi="宋体" w:eastAsia="宋体" w:cs="宋体"/>
          <w:color w:val="000000"/>
        </w:rPr>
        <w:t>秒时，原点</w:t>
      </w:r>
      <w:r>
        <w:pict>
          <v:shape id="_x0000_i716548"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677" o:title="eqId1dde8112e8eb968fd042418dd632759e"/>
            <o:lock v:ext="edit" aspectratio="t"/>
            <w10:wrap type="none"/>
            <w10:anchorlock/>
          </v:shape>
        </w:pict>
      </w:r>
      <w:r>
        <w:rPr>
          <w:rFonts w:ascii="宋体" w:hAnsi="宋体" w:eastAsia="宋体" w:cs="宋体"/>
          <w:color w:val="000000"/>
        </w:rPr>
        <w:t>恰好是</w:t>
      </w:r>
      <w:r>
        <w:rPr>
          <w:rFonts w:ascii="Times New Roman" w:hAnsi="Times New Roman" w:eastAsia="Times New Roman" w:cs="Times New Roman"/>
          <w:color w:val="000000"/>
        </w:rPr>
        <w:t>“</w:t>
      </w:r>
      <w:r>
        <w:pict>
          <v:shape id="_x0000_i716549" o:spt="75" alt="学科网(www.zxxk.com)--教育资源门户，提供试卷、教案、课件、论文、素材以及各类教学资源下载，还有大量而丰富的教学相关资讯！" type="#_x0000_t75" style="height:14.95pt;width:14.25pt;" o:ole="t" filled="f" o:preferrelative="t" stroked="f" coordsize="21600,21600">
            <v:path/>
            <v:fill on="f" focussize="0,0"/>
            <v:stroke on="f" joinstyle="miter"/>
            <v:imagedata r:id="rId1678" o:title="eqIdc71d20922150cf9e88520e286489177e"/>
            <o:lock v:ext="edit" aspectratio="t"/>
            <w10:wrap type="none"/>
            <w10:anchorlock/>
          </v:shape>
        </w:pict>
      </w:r>
      <w:r>
        <w:rPr>
          <w:rFonts w:ascii="宋体" w:hAnsi="宋体" w:eastAsia="宋体" w:cs="宋体"/>
          <w:color w:val="000000"/>
        </w:rPr>
        <w:t>，</w:t>
      </w:r>
      <w:r>
        <w:pict>
          <v:shape id="_x0000_i716550" o:spt="75" alt="学科网(www.zxxk.com)--教育资源门户，提供试卷、教案、课件、论文、素材以及各类教学资源下载，还有大量而丰富的教学相关资讯！" type="#_x0000_t75" style="height:15.25pt;width:14.2pt;" o:ole="t" filled="f" o:preferrelative="t" stroked="f" coordsize="21600,21600">
            <v:path/>
            <v:fill on="f" focussize="0,0"/>
            <v:stroke on="f" joinstyle="miter"/>
            <v:imagedata r:id="rId1679" o:title="eqId4ce1d45f9533e611562b223e026f91a4"/>
            <o:lock v:ext="edit" aspectratio="t"/>
            <w10:wrap type="none"/>
            <w10:anchorlock/>
          </v:shape>
        </w:pict>
      </w:r>
      <w:r>
        <w:rPr>
          <w:rFonts w:ascii="宋体" w:hAnsi="宋体" w:eastAsia="宋体" w:cs="宋体"/>
          <w:color w:val="000000"/>
        </w:rPr>
        <w:t>整</w:t>
      </w:r>
      <w:r>
        <w:pict>
          <v:shape id="_x0000_i71655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680" o:title="eqIdb6a24198bd04c29321ae5dc5a28fe421"/>
            <o:lock v:ext="edit" aspectratio="t"/>
            <w10:wrap type="none"/>
            <w10:anchorlock/>
          </v:shape>
        </w:pict>
      </w:r>
      <w:r>
        <w:rPr>
          <w:rFonts w:ascii="宋体" w:hAnsi="宋体" w:eastAsia="宋体" w:cs="宋体"/>
          <w:color w:val="000000"/>
        </w:rPr>
        <w:t>关联点</w:t>
      </w:r>
      <w:r>
        <w:rPr>
          <w:rFonts w:ascii="Times New Roman" w:hAnsi="Times New Roman" w:eastAsia="Times New Roman" w:cs="Times New Roman"/>
          <w:color w:val="000000"/>
        </w:rPr>
        <w:t>”</w:t>
      </w:r>
      <w:r>
        <w:rPr>
          <w:rFonts w:ascii="宋体" w:hAnsi="宋体" w:eastAsia="宋体" w:cs="宋体"/>
          <w:color w:val="000000"/>
        </w:rPr>
        <w:t>，此时</w:t>
      </w:r>
      <w:r>
        <w:pict>
          <v:shape id="_x0000_i716552"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680" o:title="eqIdb6a24198bd04c29321ae5dc5a28fe421"/>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color w:val="000000"/>
        </w:rPr>
        <w:t>【小问4详解】</w:t>
      </w:r>
    </w:p>
    <w:p>
      <w:pPr>
        <w:spacing w:line="360" w:lineRule="auto"/>
        <w:jc w:val="both"/>
        <w:textAlignment w:val="center"/>
        <w:rPr>
          <w:color w:val="000000"/>
        </w:rPr>
      </w:pPr>
      <w:r>
        <w:rPr>
          <w:rFonts w:ascii="宋体" w:hAnsi="宋体" w:eastAsia="宋体" w:cs="宋体"/>
          <w:color w:val="000000"/>
        </w:rPr>
        <w:t>点</w:t>
      </w:r>
      <w:r>
        <w:pict>
          <v:shape id="_x0000_i716553"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681" o:title="eqIdacc290b44635265137fdf13146b6a6d9"/>
            <o:lock v:ext="edit" aspectratio="t"/>
            <w10:wrap type="none"/>
            <w10:anchorlock/>
          </v:shape>
        </w:pict>
      </w:r>
      <w:r>
        <w:rPr>
          <w:rFonts w:ascii="宋体" w:hAnsi="宋体" w:eastAsia="宋体" w:cs="宋体"/>
          <w:color w:val="000000"/>
        </w:rPr>
        <w:t>在</w:t>
      </w:r>
      <w:r>
        <w:pict>
          <v:shape id="_x0000_i71655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682" o:title="eqId5963abe8f421bd99a2aaa94831a951e9"/>
            <o:lock v:ext="edit" aspectratio="t"/>
            <w10:wrap type="none"/>
            <w10:anchorlock/>
          </v:shape>
        </w:pict>
      </w:r>
      <w:r>
        <w:rPr>
          <w:rFonts w:ascii="宋体" w:hAnsi="宋体" w:eastAsia="宋体" w:cs="宋体"/>
          <w:color w:val="000000"/>
        </w:rPr>
        <w:t>、</w:t>
      </w:r>
      <w:r>
        <w:pict>
          <v:shape id="_x0000_i71655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83" o:title="eqId7f9e8449aad35c5d840a3395ea86df6d"/>
            <o:lock v:ext="edit" aspectratio="t"/>
            <w10:wrap type="none"/>
            <w10:anchorlock/>
          </v:shape>
        </w:pict>
      </w:r>
      <w:r>
        <w:rPr>
          <w:rFonts w:ascii="宋体" w:hAnsi="宋体" w:eastAsia="宋体" w:cs="宋体"/>
          <w:color w:val="000000"/>
        </w:rPr>
        <w:t>之间运动，且不与</w:t>
      </w:r>
      <w:r>
        <w:pict>
          <v:shape id="_x0000_i71655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682" o:title="eqId5963abe8f421bd99a2aaa94831a951e9"/>
            <o:lock v:ext="edit" aspectratio="t"/>
            <w10:wrap type="none"/>
            <w10:anchorlock/>
          </v:shape>
        </w:pict>
      </w:r>
      <w:r>
        <w:rPr>
          <w:rFonts w:ascii="宋体" w:hAnsi="宋体" w:eastAsia="宋体" w:cs="宋体"/>
          <w:color w:val="000000"/>
        </w:rPr>
        <w:t>、</w:t>
      </w:r>
      <w:r>
        <w:pict>
          <v:shape id="_x0000_i71655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83" o:title="eqId7f9e8449aad35c5d840a3395ea86df6d"/>
            <o:lock v:ext="edit" aspectratio="t"/>
            <w10:wrap type="none"/>
            <w10:anchorlock/>
          </v:shape>
        </w:pict>
      </w:r>
      <w:r>
        <w:rPr>
          <w:rFonts w:ascii="宋体" w:hAnsi="宋体" w:eastAsia="宋体" w:cs="宋体"/>
          <w:color w:val="000000"/>
        </w:rPr>
        <w:t>两点重合，作“</w:t>
      </w:r>
      <w:r>
        <w:pict>
          <v:shape id="_x0000_i716558" o:spt="75" alt="学科网(www.zxxk.com)--教育资源门户，提供试卷、教案、课件、论文、素材以及各类教学资源下载，还有大量而丰富的教学相关资讯！" type="#_x0000_t75" style="height:14.95pt;width:14.25pt;" o:ole="t" filled="f" o:preferrelative="t" stroked="f" coordsize="21600,21600">
            <v:path/>
            <v:fill on="f" focussize="0,0"/>
            <v:stroke on="f" joinstyle="miter"/>
            <v:imagedata r:id="rId1684" o:title="eqIdc71d20922150cf9e88520e286489177e"/>
            <o:lock v:ext="edit" aspectratio="t"/>
            <w10:wrap type="none"/>
            <w10:anchorlock/>
          </v:shape>
        </w:pict>
      </w:r>
      <w:r>
        <w:rPr>
          <w:rFonts w:ascii="宋体" w:hAnsi="宋体" w:eastAsia="宋体" w:cs="宋体"/>
          <w:color w:val="000000"/>
        </w:rPr>
        <w:t>，</w:t>
      </w:r>
      <w:r>
        <w:pict>
          <v:shape id="_x0000_i716559"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1685" o:title="eqId192023e3c2b72032a8e12cbd7be39cd5"/>
            <o:lock v:ext="edit" aspectratio="t"/>
            <w10:wrap type="none"/>
            <w10:anchorlock/>
          </v:shape>
        </w:pict>
      </w:r>
      <w:r>
        <w:rPr>
          <w:rFonts w:ascii="宋体" w:hAnsi="宋体" w:eastAsia="宋体" w:cs="宋体"/>
          <w:color w:val="000000"/>
        </w:rPr>
        <w:t>整</w:t>
      </w:r>
      <w:r>
        <w:rPr>
          <w:rFonts w:ascii="Times New Roman" w:hAnsi="Times New Roman" w:eastAsia="Times New Roman" w:cs="Times New Roman"/>
          <w:color w:val="000000"/>
        </w:rPr>
        <w:t>2</w:t>
      </w:r>
      <w:r>
        <w:rPr>
          <w:rFonts w:ascii="宋体" w:hAnsi="宋体" w:eastAsia="宋体" w:cs="宋体"/>
          <w:color w:val="000000"/>
        </w:rPr>
        <w:t>关联点”，记为</w:t>
      </w:r>
      <w:r>
        <w:pict>
          <v:shape id="_x0000_i71656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686" o:title="eqIde7c314398e26ffc7164b82946eeb4273"/>
            <o:lock v:ext="edit" aspectratio="t"/>
            <w10:wrap type="none"/>
            <w10:anchorlock/>
          </v:shape>
        </w:pict>
      </w:r>
      <w:r>
        <w:rPr>
          <w:rFonts w:ascii="宋体" w:hAnsi="宋体" w:eastAsia="宋体" w:cs="宋体"/>
          <w:color w:val="000000"/>
        </w:rPr>
        <w:t>，作“</w:t>
      </w:r>
      <w:r>
        <w:pict>
          <v:shape id="_x0000_i716561"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1687" o:title="eqId8d4073475983abf69fd6fc8ad5f87438"/>
            <o:lock v:ext="edit" aspectratio="t"/>
            <w10:wrap type="none"/>
            <w10:anchorlock/>
          </v:shape>
        </w:pict>
      </w:r>
      <w:r>
        <w:rPr>
          <w:rFonts w:ascii="宋体" w:hAnsi="宋体" w:eastAsia="宋体" w:cs="宋体"/>
          <w:color w:val="000000"/>
        </w:rPr>
        <w:t>，</w:t>
      </w:r>
      <w:r>
        <w:pict>
          <v:shape id="_x0000_i716562" o:spt="75" alt="学科网(www.zxxk.com)--教育资源门户，提供试卷、教案、课件、论文、素材以及各类教学资源下载，还有大量而丰富的教学相关资讯！" type="#_x0000_t75" style="height:15.25pt;width:14.2pt;" o:ole="t" filled="f" o:preferrelative="t" stroked="f" coordsize="21600,21600">
            <v:path/>
            <v:fill on="f" focussize="0,0"/>
            <v:stroke on="f" joinstyle="miter"/>
            <v:imagedata r:id="rId1688" o:title="eqId4ce1d45f9533e611562b223e026f91a4"/>
            <o:lock v:ext="edit" aspectratio="t"/>
            <w10:wrap type="none"/>
            <w10:anchorlock/>
          </v:shape>
        </w:pict>
      </w:r>
      <w:r>
        <w:rPr>
          <w:rFonts w:ascii="宋体" w:hAnsi="宋体" w:eastAsia="宋体" w:cs="宋体"/>
          <w:color w:val="000000"/>
        </w:rPr>
        <w:t>整</w:t>
      </w:r>
      <w:r>
        <w:rPr>
          <w:rFonts w:ascii="Times New Roman" w:hAnsi="Times New Roman" w:eastAsia="Times New Roman" w:cs="Times New Roman"/>
          <w:color w:val="000000"/>
        </w:rPr>
        <w:t>3</w:t>
      </w:r>
      <w:r>
        <w:rPr>
          <w:rFonts w:ascii="宋体" w:hAnsi="宋体" w:eastAsia="宋体" w:cs="宋体"/>
          <w:color w:val="000000"/>
        </w:rPr>
        <w:t>关联点”，记为</w:t>
      </w:r>
      <w:r>
        <w:pict>
          <v:shape id="_x0000_i71656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83" o:title="eqId7f9e8449aad35c5d840a3395ea86df6d"/>
            <o:lock v:ext="edit" aspectratio="t"/>
            <w10:wrap type="none"/>
            <w10:anchorlock/>
          </v:shape>
        </w:pict>
      </w:r>
      <w:r>
        <w:rPr>
          <w:rFonts w:ascii="宋体" w:hAnsi="宋体" w:eastAsia="宋体" w:cs="宋体"/>
          <w:color w:val="000000"/>
        </w:rPr>
        <w:t>，且满足</w:t>
      </w:r>
      <w:r>
        <w:pict>
          <v:shape id="_x0000_i71656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1686" o:title="eqIde7c314398e26ffc7164b82946eeb4273"/>
            <o:lock v:ext="edit" aspectratio="t"/>
            <w10:wrap type="none"/>
            <w10:anchorlock/>
          </v:shape>
        </w:pict>
      </w:r>
      <w:r>
        <w:rPr>
          <w:rFonts w:ascii="宋体" w:hAnsi="宋体" w:eastAsia="宋体" w:cs="宋体"/>
          <w:color w:val="000000"/>
        </w:rPr>
        <w:t>、</w:t>
      </w:r>
      <w:r>
        <w:pict>
          <v:shape id="_x0000_i716565"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1689" o:title="eqIdd5326817f9af012432a202749d1df59f"/>
            <o:lock v:ext="edit" aspectratio="t"/>
            <w10:wrap type="none"/>
            <w10:anchorlock/>
          </v:shape>
        </w:pict>
      </w:r>
      <w:r>
        <w:rPr>
          <w:rFonts w:ascii="宋体" w:hAnsi="宋体" w:eastAsia="宋体" w:cs="宋体"/>
          <w:color w:val="000000"/>
        </w:rPr>
        <w:t>分别在线段</w:t>
      </w:r>
      <w:r>
        <w:pict>
          <v:shape id="_x0000_i716566" o:spt="75" alt="学科网(www.zxxk.com)--教育资源门户，提供试卷、教案、课件、论文、素材以及各类教学资源下载，还有大量而丰富的教学相关资讯！" type="#_x0000_t75" style="height:15.75pt;width:21pt;" o:ole="t" filled="f" o:preferrelative="t" stroked="f" coordsize="21600,21600">
            <v:path/>
            <v:fill on="f" focussize="0,0"/>
            <v:stroke on="f" joinstyle="miter"/>
            <v:imagedata r:id="rId1690" o:title="eqId84d454c82d9e52747563d47b68099249"/>
            <o:lock v:ext="edit" aspectratio="t"/>
            <w10:wrap type="none"/>
            <w10:anchorlock/>
          </v:shape>
        </w:pict>
      </w:r>
      <w:r>
        <w:rPr>
          <w:rFonts w:ascii="宋体" w:hAnsi="宋体" w:eastAsia="宋体" w:cs="宋体"/>
          <w:color w:val="000000"/>
        </w:rPr>
        <w:t>和</w:t>
      </w:r>
      <w:r>
        <w:pict>
          <v:shape id="_x0000_i716567"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1691" o:title="eqIdcb6ede9761b5b90f8dc137708e1ee90f"/>
            <o:lock v:ext="edit" aspectratio="t"/>
            <w10:wrap type="none"/>
            <w10:anchorlock/>
          </v:shape>
        </w:pict>
      </w:r>
      <w:r>
        <w:rPr>
          <w:rFonts w:ascii="宋体" w:hAnsi="宋体" w:eastAsia="宋体" w:cs="宋体"/>
          <w:color w:val="000000"/>
        </w:rPr>
        <w:t>上，</w:t>
      </w:r>
    </w:p>
    <w:p>
      <w:pPr>
        <w:spacing w:line="360" w:lineRule="auto"/>
        <w:jc w:val="both"/>
        <w:textAlignment w:val="center"/>
        <w:rPr>
          <w:color w:val="000000"/>
        </w:rPr>
      </w:pPr>
      <w:r>
        <w:rPr>
          <w:rFonts w:ascii="宋体" w:hAnsi="宋体" w:eastAsia="宋体" w:cs="宋体"/>
          <w:color w:val="000000"/>
        </w:rPr>
        <w:t>设点</w:t>
      </w:r>
      <w:r>
        <w:pict>
          <v:shape id="_x0000_i716568"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692" o:title="eqIdacc290b44635265137fdf13146b6a6d9"/>
            <o:lock v:ext="edit" aspectratio="t"/>
            <w10:wrap type="none"/>
            <w10:anchorlock/>
          </v:shape>
        </w:pict>
      </w:r>
      <w:r>
        <w:rPr>
          <w:rFonts w:ascii="宋体" w:hAnsi="宋体" w:eastAsia="宋体" w:cs="宋体"/>
          <w:color w:val="000000"/>
        </w:rPr>
        <w:t>表示的数为</w:t>
      </w:r>
      <w:r>
        <w:pict>
          <v:shape id="_x0000_i716569"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693" o:title="eqIdb5c15a90db6dfd1aab79a3728748cc6c"/>
            <o:lock v:ext="edit" aspectratio="t"/>
            <w10:wrap type="none"/>
            <w10:anchorlock/>
          </v:shape>
        </w:pict>
      </w:r>
      <w:r>
        <w:rPr>
          <w:rFonts w:ascii="宋体" w:hAnsi="宋体" w:eastAsia="宋体" w:cs="宋体"/>
          <w:color w:val="000000"/>
        </w:rPr>
        <w:t>，则</w:t>
      </w:r>
    </w:p>
    <w:p>
      <w:pPr>
        <w:spacing w:line="360" w:lineRule="auto"/>
        <w:jc w:val="both"/>
        <w:textAlignment w:val="center"/>
        <w:rPr>
          <w:color w:val="000000"/>
        </w:rPr>
      </w:pPr>
      <w:r>
        <w:pict>
          <v:shape id="_x0000_i716570" o:spt="75" alt="学科网(www.zxxk.com)--教育资源门户，提供试卷、教案、课件、论文、素材以及各类教学资源下载，还有大量而丰富的教学相关资讯！" type="#_x0000_t75" style="height:19pt;width:107pt;" o:ole="t" filled="f" o:preferrelative="t" stroked="f" coordsize="21600,21600">
            <v:path/>
            <v:fill on="f" focussize="0,0"/>
            <v:stroke on="f" joinstyle="miter"/>
            <v:imagedata r:id="rId1694" o:title="eqIddf9d4f35e6723b745b6a9bdf02772160"/>
            <o:lock v:ext="edit" aspectratio="t"/>
            <w10:wrap type="none"/>
            <w10:anchorlock/>
          </v:shape>
        </w:pict>
      </w:r>
      <w:r>
        <w:rPr>
          <w:rFonts w:ascii="宋体" w:hAnsi="宋体" w:eastAsia="宋体" w:cs="宋体"/>
          <w:color w:val="000000"/>
        </w:rPr>
        <w:t>，</w:t>
      </w:r>
      <w:r>
        <w:pict>
          <v:shape id="_x0000_i716571" o:spt="75" alt="学科网(www.zxxk.com)--教育资源门户，提供试卷、教案、课件、论文、素材以及各类教学资源下载，还有大量而丰富的教学相关资讯！" type="#_x0000_t75" style="height:15.75pt;width:60pt;" o:ole="t" filled="f" o:preferrelative="t" stroked="f" coordsize="21600,21600">
            <v:path/>
            <v:fill on="f" focussize="0,0"/>
            <v:stroke on="f" joinstyle="miter"/>
            <v:imagedata r:id="rId1695" o:title="eqId45a9a8e24e12e205124d146f89b7d11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72" o:spt="75" alt="学科网(www.zxxk.com)--教育资源门户，提供试卷、教案、课件、论文、素材以及各类教学资源下载，还有大量而丰富的教学相关资讯！" type="#_x0000_t75" style="height:19pt;width:108pt;" o:ole="t" filled="f" o:preferrelative="t" stroked="f" coordsize="21600,21600">
            <v:path/>
            <v:fill on="f" focussize="0,0"/>
            <v:stroke on="f" joinstyle="miter"/>
            <v:imagedata r:id="rId1696" o:title="eqId96b6dba5c43aee1f158d6c0454d17d45"/>
            <o:lock v:ext="edit" aspectratio="t"/>
            <w10:wrap type="none"/>
            <w10:anchorlock/>
          </v:shape>
        </w:pict>
      </w:r>
      <w:r>
        <w:rPr>
          <w:rFonts w:ascii="宋体" w:hAnsi="宋体" w:eastAsia="宋体" w:cs="宋体"/>
          <w:color w:val="000000"/>
        </w:rPr>
        <w:t>，</w:t>
      </w:r>
      <w:r>
        <w:pict>
          <v:shape id="_x0000_i716573" o:spt="75" alt="学科网(www.zxxk.com)--教育资源门户，提供试卷、教案、课件、论文、素材以及各类教学资源下载，还有大量而丰富的教学相关资讯！" type="#_x0000_t75" style="height:16pt;width:58pt;" o:ole="t" filled="f" o:preferrelative="t" stroked="f" coordsize="21600,21600">
            <v:path/>
            <v:fill on="f" focussize="0,0"/>
            <v:stroke on="f" joinstyle="miter"/>
            <v:imagedata r:id="rId1697" o:title="eqIdb567bf5fb5d24f9f6814525d2282b92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74" o:spt="75" alt="学科网(www.zxxk.com)--教育资源门户，提供试卷、教案、课件、论文、素材以及各类教学资源下载，还有大量而丰富的教学相关资讯！" type="#_x0000_t75" style="height:33pt;width:111.75pt;" o:ole="t" filled="f" o:preferrelative="t" stroked="f" coordsize="21600,21600">
            <v:path/>
            <v:fill on="f" focussize="0,0"/>
            <v:stroke on="f" joinstyle="miter"/>
            <v:imagedata r:id="rId1698" o:title="eqIdf05785a791529465283941c95f5bd0fc"/>
            <o:lock v:ext="edit" aspectratio="t"/>
            <w10:wrap type="none"/>
            <w10:anchorlock/>
          </v:shape>
        </w:pict>
      </w:r>
      <w:r>
        <w:rPr>
          <w:rFonts w:ascii="宋体" w:hAnsi="宋体" w:eastAsia="宋体" w:cs="宋体"/>
          <w:color w:val="000000"/>
        </w:rPr>
        <w:t>，</w:t>
      </w:r>
      <w:r>
        <w:pict>
          <v:shape id="_x0000_i716575" o:spt="75" alt="学科网(www.zxxk.com)--教育资源门户，提供试卷、教案、课件、论文、素材以及各类教学资源下载，还有大量而丰富的教学相关资讯！" type="#_x0000_t75" style="height:33pt;width:108.75pt;" o:ole="t" filled="f" o:preferrelative="t" stroked="f" coordsize="21600,21600">
            <v:path/>
            <v:fill on="f" focussize="0,0"/>
            <v:stroke on="f" joinstyle="miter"/>
            <v:imagedata r:id="rId1699" o:title="eqIde5048574ba266ebe1ea1477c1c94681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76" o:spt="75" alt="学科网(www.zxxk.com)--教育资源门户，提供试卷、教案、课件、论文、素材以及各类教学资源下载，还有大量而丰富的教学相关资讯！" type="#_x0000_t75" style="height:38.25pt;width:351.65pt;" o:ole="t" filled="f" o:preferrelative="t" stroked="f" coordsize="21600,21600">
            <v:path/>
            <v:fill on="f" focussize="0,0"/>
            <v:stroke on="f" joinstyle="miter"/>
            <v:imagedata r:id="rId1700" o:title="eqIded2ef41ee4184d4792fef225165af8e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当点</w:t>
      </w:r>
      <w:r>
        <w:pict>
          <v:shape id="_x0000_i716577"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1701" o:title="eqIdacc290b44635265137fdf13146b6a6d9"/>
            <o:lock v:ext="edit" aspectratio="t"/>
            <w10:wrap type="none"/>
            <w10:anchorlock/>
          </v:shape>
        </w:pict>
      </w:r>
      <w:r>
        <w:rPr>
          <w:rFonts w:ascii="宋体" w:hAnsi="宋体" w:eastAsia="宋体" w:cs="宋体"/>
          <w:color w:val="000000"/>
        </w:rPr>
        <w:t>运动时，若存在整数</w:t>
      </w:r>
      <w:r>
        <w:pict>
          <v:shape id="_x0000_i716578"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702" o:title="eqId294f5ba74cdf695fc9a8a8e52f421328"/>
            <o:lock v:ext="edit" aspectratio="t"/>
            <w10:wrap type="none"/>
            <w10:anchorlock/>
          </v:shape>
        </w:pict>
      </w:r>
      <w:r>
        <w:rPr>
          <w:rFonts w:ascii="宋体" w:hAnsi="宋体" w:eastAsia="宋体" w:cs="宋体"/>
          <w:color w:val="000000"/>
        </w:rPr>
        <w:t>、</w:t>
      </w:r>
      <w:r>
        <w:pict>
          <v:shape id="_x0000_i71657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703" o:title="eqIdb6a24198bd04c29321ae5dc5a28fe421"/>
            <o:lock v:ext="edit" aspectratio="t"/>
            <w10:wrap type="none"/>
            <w10:anchorlock/>
          </v:shape>
        </w:pict>
      </w:r>
      <w:r>
        <w:rPr>
          <w:rFonts w:ascii="宋体" w:hAnsi="宋体" w:eastAsia="宋体" w:cs="宋体"/>
          <w:color w:val="000000"/>
        </w:rPr>
        <w:t>，使得式子</w:t>
      </w:r>
      <w:r>
        <w:pict>
          <v:shape id="_x0000_i716580" o:spt="75" alt="学科网(www.zxxk.com)--教育资源门户，提供试卷、教案、课件、论文、素材以及各类教学资源下载，还有大量而丰富的教学相关资讯！" type="#_x0000_t75" style="height:16pt;width:66pt;" o:ole="t" filled="f" o:preferrelative="t" stroked="f" coordsize="21600,21600">
            <v:path/>
            <v:fill on="f" focussize="0,0"/>
            <v:stroke on="f" joinstyle="miter"/>
            <v:imagedata r:id="rId1704" o:title="eqIdd6a11d4eaa6c1519fc2d0e861405fa01"/>
            <o:lock v:ext="edit" aspectratio="t"/>
            <w10:wrap type="none"/>
            <w10:anchorlock/>
          </v:shape>
        </w:pict>
      </w:r>
      <w:r>
        <w:rPr>
          <w:rFonts w:ascii="宋体" w:hAnsi="宋体" w:eastAsia="宋体" w:cs="宋体"/>
          <w:color w:val="000000"/>
        </w:rPr>
        <w:t>为定值，则</w:t>
      </w:r>
      <w:r>
        <w:pict>
          <v:shape id="_x0000_i716581" o:spt="75" alt="学科网(www.zxxk.com)--教育资源门户，提供试卷、教案、课件、论文、素材以及各类教学资源下载，还有大量而丰富的教学相关资讯！" type="#_x0000_t75" style="height:31pt;width:73pt;" o:ole="t" filled="f" o:preferrelative="t" stroked="f" coordsize="21600,21600">
            <v:path/>
            <v:fill on="f" focussize="0,0"/>
            <v:stroke on="f" joinstyle="miter"/>
            <v:imagedata r:id="rId1705" o:title="eqId5e1f58b332a916fb0c35aa08b4adf89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582" o:spt="75" alt="学科网(www.zxxk.com)--教育资源门户，提供试卷、教案、课件、论文、素材以及各类教学资源下载，还有大量而丰富的教学相关资讯！" type="#_x0000_t75" style="height:31pt;width:50.5pt;" o:ole="t" filled="f" o:preferrelative="t" stroked="f" coordsize="21600,21600">
            <v:path/>
            <v:fill on="f" focussize="0,0"/>
            <v:stroke on="f" joinstyle="miter"/>
            <v:imagedata r:id="rId1706" o:title="eqId92e47762660b1688c0292cc01719f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即整数</w:t>
      </w:r>
      <w:r>
        <w:pict>
          <v:shape id="_x0000_i716583"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707" o:title="eqId294f5ba74cdf695fc9a8a8e52f421328"/>
            <o:lock v:ext="edit" aspectratio="t"/>
            <w10:wrap type="none"/>
            <w10:anchorlock/>
          </v:shape>
        </w:pict>
      </w:r>
      <w:r>
        <w:rPr>
          <w:rFonts w:ascii="宋体" w:hAnsi="宋体" w:eastAsia="宋体" w:cs="宋体"/>
          <w:color w:val="000000"/>
        </w:rPr>
        <w:t>、</w:t>
      </w:r>
      <w:r>
        <w:pict>
          <v:shape id="_x0000_i71658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708" o:title="eqIdb6a24198bd04c29321ae5dc5a28fe421"/>
            <o:lock v:ext="edit" aspectratio="t"/>
            <w10:wrap type="none"/>
            <w10:anchorlock/>
          </v:shape>
        </w:pict>
      </w:r>
      <w:r>
        <w:rPr>
          <w:rFonts w:ascii="宋体" w:hAnsi="宋体" w:eastAsia="宋体" w:cs="宋体"/>
          <w:color w:val="000000"/>
        </w:rPr>
        <w:t>满足的数量关系是</w:t>
      </w:r>
      <w:r>
        <w:pict>
          <v:shape id="_x0000_i716585" o:spt="75" alt="学科网(www.zxxk.com)--教育资源门户，提供试卷、教案、课件、论文、素材以及各类教学资源下载，还有大量而丰富的教学相关资讯！" type="#_x0000_t75" style="height:27.5pt;width:35.5pt;" o:ole="t" filled="f" o:preferrelative="t" stroked="f" coordsize="21600,21600">
            <v:path/>
            <v:fill on="f" focussize="0,0"/>
            <v:stroke on="f" joinstyle="miter"/>
            <v:imagedata r:id="rId1709" o:title="eqIda666e03d35cf30211004e6dd7f981a4c"/>
            <o:lock v:ext="edit" aspectratio="t"/>
            <w10:wrap type="none"/>
            <w10:anchorlock/>
          </v:shape>
        </w:pict>
      </w:r>
      <w:r>
        <w:rPr>
          <w:rFonts w:ascii="宋体" w:hAnsi="宋体" w:eastAsia="宋体" w:cs="宋体"/>
          <w:color w:val="000000"/>
        </w:rPr>
        <w:t>．</w:t>
      </w:r>
    </w:p>
    <w:p>
      <w:pPr>
        <w:pStyle w:val="Heading2"/>
      </w:pPr>
      <w:r>
        <w:t>北京师范大学附属实验中学</w:t>
      </w:r>
    </w:p>
    <w:p>
      <w:pPr>
        <w:spacing w:line="360" w:lineRule="auto"/>
        <w:jc w:val="both"/>
        <w:textAlignment w:val="center"/>
        <w:rPr>
          <w:color w:val="000000"/>
        </w:rPr>
      </w:pPr>
      <w:r>
        <w:rPr>
          <w:color w:val="000000"/>
        </w:rPr>
        <w:t xml:space="preserve">32. </w:t>
      </w:r>
      <w:r>
        <w:rPr>
          <w:rFonts w:ascii="宋体" w:hAnsi="宋体" w:eastAsia="宋体" w:cs="宋体"/>
          <w:color w:val="000000"/>
        </w:rPr>
        <w:t>有一个运算程序：当规定</w:t>
      </w:r>
      <w:r>
        <w:pict>
          <v:shape id="_x0000_i716586" o:spt="75" alt="学科网(www.zxxk.com)--教育资源门户，提供试卷、教案、课件、论文、素材以及各类教学资源下载，还有大量而丰富的教学相关资讯！" type="#_x0000_t75" style="height:15pt;width:46.8pt;" o:ole="t" filled="f" o:preferrelative="t" stroked="f" coordsize="21600,21600">
            <v:path/>
            <v:fill on="f" focussize="0,0"/>
            <v:stroke on="f" joinstyle="miter"/>
            <v:imagedata r:id="rId1710" o:title="eqId4f8a35861535f468ca40a5943fd87c2a"/>
            <o:lock v:ext="edit" aspectratio="t"/>
            <w10:wrap type="none"/>
            <w10:anchorlock/>
          </v:shape>
        </w:pict>
      </w:r>
      <w:r>
        <w:rPr>
          <w:rFonts w:ascii="宋体" w:hAnsi="宋体" w:eastAsia="宋体" w:cs="宋体"/>
          <w:color w:val="000000"/>
        </w:rPr>
        <w:t>时，</w:t>
      </w:r>
    </w:p>
    <w:p>
      <w:pPr>
        <w:spacing w:line="360" w:lineRule="auto"/>
        <w:jc w:val="both"/>
        <w:textAlignment w:val="center"/>
        <w:rPr>
          <w:color w:val="000000"/>
        </w:rPr>
      </w:pPr>
      <w:r>
        <w:rPr>
          <w:rFonts w:ascii="宋体" w:hAnsi="宋体" w:eastAsia="宋体" w:cs="宋体"/>
          <w:color w:val="000000"/>
        </w:rPr>
        <w:t>则：</w:t>
      </w:r>
      <w:r>
        <w:pict>
          <v:shape id="_x0000_i716587" o:spt="75" alt="学科网(www.zxxk.com)--教育资源门户，提供试卷、教案、课件、论文、素材以及各类教学资源下载，还有大量而丰富的教学相关资讯！" type="#_x0000_t75" style="height:20.25pt;width:189.75pt;" o:ole="t" filled="f" o:preferrelative="t" stroked="f" coordsize="21600,21600">
            <v:path/>
            <v:fill on="f" focussize="0,0"/>
            <v:stroke on="f" joinstyle="miter"/>
            <v:imagedata r:id="rId1711" o:title="eqIdae362f9549c10c7343130003ea3985f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例如：当规定</w:t>
      </w:r>
      <w:r>
        <w:pict>
          <v:shape id="_x0000_i716588"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1712" o:title="eqId134bd4e7c351f3166e1851bc2f1a6b02"/>
            <o:lock v:ext="edit" aspectratio="t"/>
            <w10:wrap type="none"/>
            <w10:anchorlock/>
          </v:shape>
        </w:pict>
      </w:r>
      <w:r>
        <w:rPr>
          <w:color w:val="000000"/>
        </w:rPr>
        <w:t>时，则</w:t>
      </w:r>
      <w:r>
        <w:pict>
          <v:shape id="_x0000_i716589" o:spt="75" alt="学科网(www.zxxk.com)--教育资源门户，提供试卷、教案、课件、论文、素材以及各类教学资源下载，还有大量而丰富的教学相关资讯！" type="#_x0000_t75" style="height:15.75pt;width:152.25pt;" o:ole="t" filled="f" o:preferrelative="t" stroked="f" coordsize="21600,21600">
            <v:path/>
            <v:fill on="f" focussize="0,0"/>
            <v:stroke on="f" joinstyle="miter"/>
            <v:imagedata r:id="rId1713" o:title="eqId9a7814e13d6734ff9ecb4c7e6df75392"/>
            <o:lock v:ext="edit" aspectratio="t"/>
            <w10:wrap type="none"/>
            <w10:anchorlock/>
          </v:shape>
        </w:pict>
      </w:r>
      <w:r>
        <w:rPr>
          <w:color w:val="000000"/>
        </w:rPr>
        <w:t>，</w:t>
      </w:r>
      <w:r>
        <w:pict>
          <v:shape id="_x0000_i716590" o:spt="75" alt="学科网(www.zxxk.com)--教育资源门户，提供试卷、教案、课件、论文、素材以及各类教学资源下载，还有大量而丰富的教学相关资讯！" type="#_x0000_t75" style="height:20.25pt;width:153.75pt;" o:ole="t" filled="f" o:preferrelative="t" stroked="f" coordsize="21600,21600">
            <v:path/>
            <v:fill on="f" focussize="0,0"/>
            <v:stroke on="f" joinstyle="miter"/>
            <v:imagedata r:id="rId1714" o:title="eqId7b52eca661ac87d6fe996d7a236cca77"/>
            <o:lock v:ext="edit" aspectratio="t"/>
            <w10:wrap type="none"/>
            <w10:anchorlock/>
          </v:shape>
        </w:pict>
      </w:r>
      <w:r>
        <w:rPr>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6591"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1715" o:title="eqId7edf586c0a956fe9afbb0f8c876bcf2f"/>
            <o:lock v:ext="edit" aspectratio="t"/>
            <w10:wrap type="none"/>
            <w10:anchorlock/>
          </v:shape>
        </w:pict>
      </w:r>
      <w:r>
        <w:rPr>
          <w:rFonts w:ascii="宋体" w:hAnsi="宋体" w:eastAsia="宋体" w:cs="宋体"/>
          <w:color w:val="000000"/>
        </w:rPr>
        <w:t>，那么</w:t>
      </w:r>
      <w:r>
        <w:pict>
          <v:shape id="_x0000_i716592"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1716" o:title="eqId5d62bb842c15fb82e13f7de28e79e8a3"/>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16593" o:spt="75" alt="学科网(www.zxxk.com)--教育资源门户，提供试卷、教案、课件、论文、素材以及各类教学资源下载，还有大量而丰富的教学相关资讯！" type="#_x0000_t75" style="height:14.5pt;width:59.5pt;" o:ole="t" filled="f" o:preferrelative="t" stroked="f" coordsize="21600,21600">
            <v:path/>
            <v:fill on="f" focussize="0,0"/>
            <v:stroke on="f" joinstyle="miter"/>
            <v:imagedata r:id="rId1717" o:title="eqId22db8a105fe344f2f5be7dc471f7bac8"/>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若对于正整数</w:t>
      </w:r>
      <w:r>
        <w:rPr>
          <w:rFonts w:ascii="Times New Roman" w:hAnsi="Times New Roman" w:eastAsia="Times New Roman" w:cs="Times New Roman"/>
          <w:i/>
          <w:color w:val="000000"/>
        </w:rPr>
        <w:t>m</w:t>
      </w:r>
      <w:r>
        <w:rPr>
          <w:rFonts w:ascii="宋体" w:hAnsi="宋体" w:eastAsia="宋体" w:cs="宋体"/>
          <w:color w:val="000000"/>
        </w:rPr>
        <w:t>，规定</w:t>
      </w:r>
      <w:r>
        <w:pict>
          <v:shape id="_x0000_i716594" o:spt="75" alt="学科网(www.zxxk.com)--教育资源门户，提供试卷、教案、课件、论文、素材以及各类教学资源下载，还有大量而丰富的教学相关资讯！" type="#_x0000_t75" style="height:21.75pt;width:92.25pt;" o:ole="t" filled="f" o:preferrelative="t" stroked="f" coordsize="21600,21600">
            <v:path/>
            <v:fill on="f" focussize="0,0"/>
            <v:stroke on="f" joinstyle="miter"/>
            <v:imagedata r:id="rId1718" o:title="eqId52000a3fe979b5b1bb491a5a307299c6"/>
            <o:lock v:ext="edit" aspectratio="t"/>
            <w10:wrap type="none"/>
            <w10:anchorlock/>
          </v:shape>
        </w:pict>
      </w:r>
      <w:r>
        <w:rPr>
          <w:rFonts w:ascii="宋体" w:hAnsi="宋体" w:eastAsia="宋体" w:cs="宋体"/>
          <w:color w:val="000000"/>
        </w:rPr>
        <w:t>，</w:t>
      </w:r>
      <w:r>
        <w:pict>
          <v:shape id="_x0000_i716595"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1719" o:title="eqId8998ea82987f506c9f3c91a726c26edc"/>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pict>
          <v:shape id="_x0000_i716596"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1720" o:title="eqId01317332a203c898536b1d0459f51d23"/>
            <o:lock v:ext="edit" aspectratio="t"/>
            <w10:wrap type="none"/>
            <w10:anchorlock/>
          </v:shape>
        </w:pict>
      </w:r>
      <w:r>
        <w:rPr>
          <w:rFonts w:ascii="宋体" w:hAnsi="宋体" w:eastAsia="宋体" w:cs="宋体"/>
          <w:color w:val="000000"/>
        </w:rPr>
        <w:t>；</w:t>
      </w:r>
      <w:r>
        <w:pict>
          <v:shape id="_x0000_i716597" o:spt="75" alt="学科网(www.zxxk.com)--教育资源门户，提供试卷、教案、课件、论文、素材以及各类教学资源下载，还有大量而丰富的教学相关资讯！" type="#_x0000_t75" style="height:14.5pt;width:21.8pt;" o:ole="t" filled="f" o:preferrelative="t" stroked="f" coordsize="21600,21600">
            <v:path/>
            <v:fill on="f" focussize="0,0"/>
            <v:stroke on="f" joinstyle="miter"/>
            <v:imagedata r:id="rId1721" o:title="eqIde4391edb5c21d36bee73157b0026b77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6598"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1722" o:title="eqId42dc22436b2a4edf3d6e15e1e5a15343"/>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本题考查整式的混合运算，新定义，解题的关键是读懂题意，能根据新定义列出算式．</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）根据新定义列出算式计算即可；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）根据新定义得到关于</w:t>
      </w:r>
      <w:r>
        <w:rPr>
          <w:rFonts w:ascii="Times New Roman" w:hAnsi="Times New Roman" w:eastAsia="Times New Roman" w:cs="Times New Roman"/>
          <w:i/>
          <w:color w:val="000000"/>
        </w:rPr>
        <w:t>m</w:t>
      </w:r>
      <w:r>
        <w:rPr>
          <w:rFonts w:ascii="宋体" w:hAnsi="宋体" w:eastAsia="宋体" w:cs="宋体"/>
          <w:color w:val="000000"/>
        </w:rPr>
        <w:t>的方程，即可得到答案．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pict>
          <v:shape id="_x0000_i716599" o:spt="75" alt="学科网(www.zxxk.com)--教育资源门户，提供试卷、教案、课件、论文、素材以及各类教学资源下载，还有大量而丰富的教学相关资讯！" type="#_x0000_t75" style="height:15.75pt;width:167.25pt;" o:ole="t" filled="f" o:preferrelative="t" stroked="f" coordsize="21600,21600">
            <v:path/>
            <v:fill on="f" focussize="0,0"/>
            <v:stroke on="f" joinstyle="miter"/>
            <v:imagedata r:id="rId1723" o:title="eqId1f98f93ee53ef8bf25b9d204c5c0a00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600" o:spt="75" alt="学科网(www.zxxk.com)--教育资源门户，提供试卷、教案、课件、论文、素材以及各类教学资源下载，还有大量而丰富的教学相关资讯！" type="#_x0000_t75" style="height:15.75pt;width:261pt;" o:ole="t" filled="f" o:preferrelative="t" stroked="f" coordsize="21600,21600">
            <v:path/>
            <v:fill on="f" focussize="0,0"/>
            <v:stroke on="f" joinstyle="miter"/>
            <v:imagedata r:id="rId1724" o:title="eqIde0d1b208ef675b54a57abbb4aec54ea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16601"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1725" o:title="eqId01317332a203c898536b1d0459f51d23"/>
            <o:lock v:ext="edit" aspectratio="t"/>
            <w10:wrap type="none"/>
            <w10:anchorlock/>
          </v:shape>
        </w:pict>
      </w:r>
      <w:r>
        <w:rPr>
          <w:rFonts w:ascii="宋体" w:hAnsi="宋体" w:eastAsia="宋体" w:cs="宋体"/>
          <w:color w:val="000000"/>
        </w:rPr>
        <w:t>；</w:t>
      </w:r>
      <w:r>
        <w:pict>
          <v:shape id="_x0000_i716602" o:spt="75" alt="学科网(www.zxxk.com)--教育资源门户，提供试卷、教案、课件、论文、素材以及各类教学资源下载，还有大量而丰富的教学相关资讯！" type="#_x0000_t75" style="height:14.5pt;width:21.8pt;" o:ole="t" filled="f" o:preferrelative="t" stroked="f" coordsize="21600,21600">
            <v:path/>
            <v:fill on="f" focussize="0,0"/>
            <v:stroke on="f" joinstyle="miter"/>
            <v:imagedata r:id="rId1726" o:title="eqIde4391edb5c21d36bee73157b0026b77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w:t>
      </w:r>
      <w:r>
        <w:pict>
          <v:shape id="_x0000_i716603" o:spt="75" alt="学科网(www.zxxk.com)--教育资源门户，提供试卷、教案、课件、论文、素材以及各类教学资源下载，还有大量而丰富的教学相关资讯！" type="#_x0000_t75" style="height:21.75pt;width:363.6pt;" o:ole="t" filled="f" o:preferrelative="t" stroked="f" coordsize="21600,21600">
            <v:path/>
            <v:fill on="f" focussize="0,0"/>
            <v:stroke on="f" joinstyle="miter"/>
            <v:imagedata r:id="rId1727" o:title="eqId271974478490fde332e9786600de54d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6604" o:spt="75" alt="学科网(www.zxxk.com)--教育资源门户，提供试卷、教案、课件、论文、素材以及各类教学资源下载，还有大量而丰富的教学相关资讯！" type="#_x0000_t75" style="height:21.75pt;width:102.75pt;" o:ole="t" filled="f" o:preferrelative="t" stroked="f" coordsize="21600,21600">
            <v:path/>
            <v:fill on="f" focussize="0,0"/>
            <v:stroke on="f" joinstyle="miter"/>
            <v:imagedata r:id="rId1728" o:title="eqId33822a1e97ee3d7584b1c68cafa5592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6605" o:spt="75" alt="学科网(www.zxxk.com)--教育资源门户，提供试卷、教案、课件、论文、素材以及各类教学资源下载，还有大量而丰富的教学相关资讯！" type="#_x0000_t75" style="height:21.75pt;width:83.25pt;" o:ole="t" filled="f" o:preferrelative="t" stroked="f" coordsize="21600,21600">
            <v:path/>
            <v:fill on="f" focussize="0,0"/>
            <v:stroke on="f" joinstyle="miter"/>
            <v:imagedata r:id="rId1729" o:title="eqId3b020d9dcdb620551f615f529815fb2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为正整数，</w:t>
      </w:r>
    </w:p>
    <w:p>
      <w:pPr>
        <w:spacing w:line="360" w:lineRule="auto"/>
        <w:jc w:val="both"/>
        <w:textAlignment w:val="center"/>
        <w:rPr>
          <w:color w:val="000000"/>
        </w:rPr>
      </w:pPr>
      <w:r>
        <w:rPr>
          <w:rFonts w:ascii="宋体" w:hAnsi="宋体" w:eastAsia="宋体" w:cs="宋体"/>
          <w:color w:val="000000"/>
        </w:rPr>
        <w:t>∴</w:t>
      </w:r>
      <w:r>
        <w:pict>
          <v:shape id="_x0000_i716606"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1730" o:title="eqId42dc22436b2a4edf3d6e15e1e5a1534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 xml:space="preserve">33. </w:t>
      </w:r>
      <w:r>
        <w:rPr>
          <w:rFonts w:ascii="宋体" w:hAnsi="宋体" w:eastAsia="宋体" w:cs="宋体"/>
          <w:color w:val="000000"/>
        </w:rPr>
        <w:t>规定：将</w:t>
      </w:r>
      <w:r>
        <w:rPr>
          <w:rFonts w:ascii="Times New Roman" w:hAnsi="Times New Roman" w:eastAsia="Times New Roman" w:cs="Times New Roman"/>
          <w:i/>
          <w:color w:val="000000"/>
        </w:rPr>
        <w:t>n</w:t>
      </w:r>
      <w:r>
        <w:rPr>
          <w:rFonts w:ascii="宋体" w:hAnsi="宋体" w:eastAsia="宋体" w:cs="宋体"/>
          <w:color w:val="000000"/>
        </w:rPr>
        <w:t>个整数</w:t>
      </w:r>
      <w:r>
        <w:pict>
          <v:shape id="_x0000_i716607"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1731" o:title="eqIdc814128ea2139e33db94ea590e7c2223"/>
            <o:lock v:ext="edit" aspectratio="t"/>
            <w10:wrap type="none"/>
            <w10:anchorlock/>
          </v:shape>
        </w:pict>
      </w:r>
      <w:r>
        <w:rPr>
          <w:rFonts w:ascii="宋体" w:hAnsi="宋体" w:eastAsia="宋体" w:cs="宋体"/>
          <w:color w:val="000000"/>
        </w:rPr>
        <w:t>，</w:t>
      </w:r>
      <w:r>
        <w:pict>
          <v:shape id="_x0000_i716608" o:spt="75" alt="学科网(www.zxxk.com)--教育资源门户，提供试卷、教案、课件、论文、素材以及各类教学资源下载，还有大量而丰富的教学相关资讯！" type="#_x0000_t75" style="height:18pt;width:26.25pt;" o:ole="t" filled="f" o:preferrelative="t" stroked="f" coordsize="21600,21600">
            <v:path/>
            <v:fill on="f" focussize="0,0"/>
            <v:stroke on="f" joinstyle="miter"/>
            <v:imagedata r:id="rId1732" o:title="eqIdedd592991e1b6c5a3d01af80bfe280c0"/>
            <o:lock v:ext="edit" aspectratio="t"/>
            <w10:wrap type="none"/>
            <w10:anchorlock/>
          </v:shape>
        </w:pict>
      </w:r>
      <w:r>
        <w:rPr>
          <w:rFonts w:ascii="宋体" w:hAnsi="宋体" w:eastAsia="宋体" w:cs="宋体"/>
          <w:color w:val="000000"/>
        </w:rPr>
        <w:t>，</w:t>
      </w:r>
      <w:r>
        <w:pict>
          <v:shape id="_x0000_i716609"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1733" o:title="eqId3282e5fde4ae53fcb1bb072a685304c9"/>
            <o:lock v:ext="edit" aspectratio="t"/>
            <w10:wrap type="none"/>
            <w10:anchorlock/>
          </v:shape>
        </w:pict>
      </w:r>
      <w:r>
        <w:rPr>
          <w:rFonts w:ascii="宋体" w:hAnsi="宋体" w:eastAsia="宋体" w:cs="宋体"/>
          <w:color w:val="000000"/>
        </w:rPr>
        <w:t>按一定顺序排列组成一个</w:t>
      </w:r>
      <w:r>
        <w:rPr>
          <w:rFonts w:ascii="Times New Roman" w:hAnsi="Times New Roman" w:eastAsia="Times New Roman" w:cs="Times New Roman"/>
          <w:i/>
          <w:color w:val="000000"/>
        </w:rPr>
        <w:t>n</w:t>
      </w:r>
      <w:r>
        <w:rPr>
          <w:rFonts w:ascii="宋体" w:hAnsi="宋体" w:eastAsia="宋体" w:cs="宋体"/>
          <w:color w:val="000000"/>
        </w:rPr>
        <w:t>元有序数组，</w:t>
      </w:r>
      <w:r>
        <w:rPr>
          <w:rFonts w:ascii="Times New Roman" w:hAnsi="Times New Roman" w:eastAsia="Times New Roman" w:cs="Times New Roman"/>
          <w:i/>
          <w:color w:val="000000"/>
        </w:rPr>
        <w:t>n</w:t>
      </w:r>
      <w:r>
        <w:rPr>
          <w:rFonts w:ascii="宋体" w:hAnsi="宋体" w:eastAsia="宋体" w:cs="宋体"/>
          <w:color w:val="000000"/>
        </w:rPr>
        <w:t>为正整数，记作</w:t>
      </w:r>
      <w:r>
        <w:pict>
          <v:shape id="_x0000_i716610" o:spt="75" alt="学科网(www.zxxk.com)--教育资源门户，提供试卷、教案、课件、论文、素材以及各类教学资源下载，还有大量而丰富的教学相关资讯！" type="#_x0000_t75" style="height:15.6pt;width:33.95pt;" o:ole="t" filled="f" o:preferrelative="t" stroked="f" coordsize="21600,21600">
            <v:path/>
            <v:fill on="f" focussize="0,0"/>
            <v:stroke on="f" joinstyle="miter"/>
            <v:imagedata r:id="rId1734" o:title="eqId6149aa741b6fcfb3a21cb5eb35078d2d"/>
            <o:lock v:ext="edit" aspectratio="t"/>
            <w10:wrap type="none"/>
            <w10:anchorlock/>
          </v:shape>
        </w:pict>
      </w:r>
      <w:r>
        <w:rPr>
          <w:rFonts w:ascii="宋体" w:hAnsi="宋体" w:eastAsia="宋体" w:cs="宋体"/>
          <w:color w:val="000000"/>
        </w:rPr>
        <w:t>，</w:t>
      </w:r>
      <w:r>
        <w:pict>
          <v:shape id="_x0000_i716611"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1735" o:title="eqIdaec19b68e3add9d5bfcc6269a1855b87"/>
            <o:lock v:ext="edit" aspectratio="t"/>
            <w10:wrap type="none"/>
            <w10:anchorlock/>
          </v:shape>
        </w:pict>
      </w:r>
      <w:r>
        <w:rPr>
          <w:rFonts w:ascii="宋体" w:hAnsi="宋体" w:eastAsia="宋体" w:cs="宋体"/>
          <w:color w:val="000000"/>
        </w:rPr>
        <w:t>，</w:t>
      </w:r>
      <w:r>
        <w:pict>
          <v:shape id="_x0000_i716612" o:spt="75" alt="学科网(www.zxxk.com)--教育资源门户，提供试卷、教案、课件、论文、素材以及各类教学资源下载，还有大量而丰富的教学相关资讯！" type="#_x0000_t75" style="height:8pt;width:13.95pt;" o:ole="t" filled="f" o:preferrelative="t" stroked="f" coordsize="21600,21600">
            <v:path/>
            <v:fill on="f" focussize="0,0"/>
            <v:stroke on="f" joinstyle="miter"/>
            <v:imagedata r:id="rId1736" o:title="eqIddaa5e9bd516f6282483b92cfe6074623"/>
            <o:lock v:ext="edit" aspectratio="t"/>
            <w10:wrap type="none"/>
            <w10:anchorlock/>
          </v:shape>
        </w:pict>
      </w:r>
      <w:r>
        <w:rPr>
          <w:rFonts w:ascii="宋体" w:hAnsi="宋体" w:eastAsia="宋体" w:cs="宋体"/>
          <w:color w:val="000000"/>
        </w:rPr>
        <w:t>，</w:t>
      </w:r>
      <w:r>
        <w:pict>
          <v:shape id="_x0000_i716613" o:spt="75" alt="学科网(www.zxxk.com)--教育资源门户，提供试卷、教案、课件、论文、素材以及各类教学资源下载，还有大量而丰富的教学相关资讯！" type="#_x0000_t75" style="height:15.75pt;width:17.25pt;" o:ole="t" filled="f" o:preferrelative="t" stroked="f" coordsize="21600,21600">
            <v:path/>
            <v:fill on="f" focussize="0,0"/>
            <v:stroke on="f" joinstyle="miter"/>
            <v:imagedata r:id="rId1737" o:title="eqId64c4974696608167ebc73d9081552d88"/>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称此数组中各个数绝对值之和为“模和”</w:t>
      </w:r>
      <w:r>
        <w:rPr>
          <w:rFonts w:ascii="Times New Roman" w:hAnsi="Times New Roman" w:eastAsia="Times New Roman" w:cs="Times New Roman"/>
          <w:i/>
          <w:color w:val="000000"/>
        </w:rPr>
        <w:t>S</w:t>
      </w:r>
      <w:r>
        <w:rPr>
          <w:rFonts w:ascii="宋体" w:hAnsi="宋体" w:eastAsia="宋体" w:cs="宋体"/>
          <w:color w:val="000000"/>
        </w:rPr>
        <w:t>，即</w:t>
      </w:r>
      <w:r>
        <w:pict>
          <v:shape id="_x0000_i716614" o:spt="75" alt="学科网(www.zxxk.com)--教育资源门户，提供试卷、教案、课件、论文、素材以及各类教学资源下载，还有大量而丰富的教学相关资讯！" type="#_x0000_t75" style="height:15.6pt;width:105.3pt;" o:ole="t" filled="f" o:preferrelative="t" stroked="f" coordsize="21600,21600">
            <v:path/>
            <v:fill on="f" focussize="0,0"/>
            <v:stroke on="f" joinstyle="miter"/>
            <v:imagedata r:id="rId1738" o:title="eqId41b81ed0da3431be465d6e1e67df422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将所有满足“模和”为</w:t>
      </w:r>
      <w:r>
        <w:rPr>
          <w:rFonts w:ascii="Times New Roman" w:hAnsi="Times New Roman" w:eastAsia="Times New Roman" w:cs="Times New Roman"/>
          <w:i/>
          <w:color w:val="000000"/>
        </w:rPr>
        <w:t>S</w:t>
      </w:r>
      <w:r>
        <w:rPr>
          <w:rFonts w:ascii="宋体" w:hAnsi="宋体" w:eastAsia="宋体" w:cs="宋体"/>
          <w:color w:val="000000"/>
        </w:rPr>
        <w:t>的</w:t>
      </w:r>
      <w:r>
        <w:rPr>
          <w:rFonts w:ascii="Times New Roman" w:hAnsi="Times New Roman" w:eastAsia="Times New Roman" w:cs="Times New Roman"/>
          <w:i/>
          <w:color w:val="000000"/>
        </w:rPr>
        <w:t>n</w:t>
      </w:r>
      <w:r>
        <w:rPr>
          <w:rFonts w:ascii="宋体" w:hAnsi="宋体" w:eastAsia="宋体" w:cs="宋体"/>
          <w:color w:val="000000"/>
        </w:rPr>
        <w:t>元有序数组的个数为记为</w:t>
      </w:r>
      <w:r>
        <w:pict>
          <v:shape id="_x0000_i716615" o:spt="75" alt="学科网(www.zxxk.com)--教育资源门户，提供试卷、教案、课件、论文、素材以及各类教学资源下载，还有大量而丰富的教学相关资讯！" type="#_x0000_t75" style="height:14.95pt;width:35.3pt;" o:ole="t" filled="f" o:preferrelative="t" stroked="f" coordsize="21600,21600">
            <v:path/>
            <v:fill on="f" focussize="0,0"/>
            <v:stroke on="f" joinstyle="miter"/>
            <v:imagedata r:id="rId1739" o:title="eqIddddb9039a75f24efb83c85c0fa15c62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例如：若二元数组的“模和”</w:t>
      </w:r>
      <w:r>
        <w:pict>
          <v:shape id="_x0000_i71661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740" o:title="eqId7288d0b18af1a4be7f8df09af45df1c9"/>
            <o:lock v:ext="edit" aspectratio="t"/>
            <w10:wrap type="none"/>
            <w10:anchorlock/>
          </v:shape>
        </w:pict>
      </w:r>
      <w:r>
        <w:rPr>
          <w:rFonts w:ascii="宋体" w:hAnsi="宋体" w:eastAsia="宋体" w:cs="宋体"/>
          <w:color w:val="000000"/>
        </w:rPr>
        <w:t>，即</w:t>
      </w:r>
      <w:r>
        <w:pict>
          <v:shape id="_x0000_i716617" o:spt="75" alt="学科网(www.zxxk.com)--教育资源门户，提供试卷、教案、课件、论文、素材以及各类教学资源下载，还有大量而丰富的教学相关资讯！" type="#_x0000_t75" style="height:15.6pt;width:57.75pt;" o:ole="t" filled="f" o:preferrelative="t" stroked="f" coordsize="21600,21600">
            <v:path/>
            <v:fill on="f" focussize="0,0"/>
            <v:stroke on="f" joinstyle="miter"/>
            <v:imagedata r:id="rId1741" o:title="eqId27aa6e32f326f443bc245b4abe059b8c"/>
            <o:lock v:ext="edit" aspectratio="t"/>
            <w10:wrap type="none"/>
            <w10:anchorlock/>
          </v:shape>
        </w:pict>
      </w:r>
      <w:r>
        <w:rPr>
          <w:rFonts w:ascii="宋体" w:hAnsi="宋体" w:eastAsia="宋体" w:cs="宋体"/>
          <w:color w:val="000000"/>
        </w:rPr>
        <w:t>，其中满足条件的二元有序数组有</w:t>
      </w:r>
      <w:r>
        <w:pict>
          <v:shape id="_x0000_i716618" o:spt="75" alt="学科网(www.zxxk.com)--教育资源门户，提供试卷、教案、课件、论文、素材以及各类教学资源下载，还有大量而丰富的教学相关资讯！" type="#_x0000_t75" style="height:16pt;width:27pt;" o:ole="t" filled="f" o:preferrelative="t" stroked="f" coordsize="21600,21600">
            <v:path/>
            <v:fill on="f" focussize="0,0"/>
            <v:stroke on="f" joinstyle="miter"/>
            <v:imagedata r:id="rId1742" o:title="eqIdab1242ec96ac54e2fd418988d5190a88"/>
            <o:lock v:ext="edit" aspectratio="t"/>
            <w10:wrap type="none"/>
            <w10:anchorlock/>
          </v:shape>
        </w:pict>
      </w:r>
      <w:r>
        <w:rPr>
          <w:rFonts w:ascii="宋体" w:hAnsi="宋体" w:eastAsia="宋体" w:cs="宋体"/>
          <w:color w:val="000000"/>
        </w:rPr>
        <w:t>，</w:t>
      </w:r>
      <w:r>
        <w:pict>
          <v:shape id="_x0000_i716619"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1743" o:title="eqId53a948d2f7732d7f03e986c63712089b"/>
            <o:lock v:ext="edit" aspectratio="t"/>
            <w10:wrap type="none"/>
            <w10:anchorlock/>
          </v:shape>
        </w:pict>
      </w:r>
      <w:r>
        <w:rPr>
          <w:rFonts w:ascii="宋体" w:hAnsi="宋体" w:eastAsia="宋体" w:cs="宋体"/>
          <w:color w:val="000000"/>
        </w:rPr>
        <w:t>，</w:t>
      </w:r>
      <w:r>
        <w:pict>
          <v:shape id="_x0000_i716620"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1744" o:title="eqIdbc6554ac3dff4a59833e407db887f6e6"/>
            <o:lock v:ext="edit" aspectratio="t"/>
            <w10:wrap type="none"/>
            <w10:anchorlock/>
          </v:shape>
        </w:pict>
      </w:r>
      <w:r>
        <w:rPr>
          <w:rFonts w:ascii="宋体" w:hAnsi="宋体" w:eastAsia="宋体" w:cs="宋体"/>
          <w:color w:val="000000"/>
        </w:rPr>
        <w:t>，</w:t>
      </w:r>
      <w:r>
        <w:pict>
          <v:shape id="_x0000_i716621"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1745" o:title="eqId3953bfeb398bab2b2ba61b3e6bf0a22e"/>
            <o:lock v:ext="edit" aspectratio="t"/>
            <w10:wrap type="none"/>
            <w10:anchorlock/>
          </v:shape>
        </w:pict>
      </w:r>
      <w:r>
        <w:rPr>
          <w:rFonts w:ascii="宋体" w:hAnsi="宋体" w:eastAsia="宋体" w:cs="宋体"/>
          <w:color w:val="000000"/>
        </w:rPr>
        <w:t>，共</w:t>
      </w:r>
      <w:r>
        <w:rPr>
          <w:rFonts w:ascii="Times New Roman" w:hAnsi="Times New Roman" w:eastAsia="Times New Roman" w:cs="Times New Roman"/>
          <w:color w:val="000000"/>
        </w:rPr>
        <w:t>4</w:t>
      </w:r>
      <w:r>
        <w:rPr>
          <w:rFonts w:ascii="宋体" w:hAnsi="宋体" w:eastAsia="宋体" w:cs="宋体"/>
          <w:color w:val="000000"/>
        </w:rPr>
        <w:t>个，则</w:t>
      </w:r>
      <w:r>
        <w:pict>
          <v:shape id="_x0000_i716622" o:spt="75" alt="学科网(www.zxxk.com)--教育资源门户，提供试卷、教案、课件、论文、素材以及各类教学资源下载，还有大量而丰富的教学相关资讯！" type="#_x0000_t75" style="height:18.35pt;width:41.45pt;" o:ole="t" filled="f" o:preferrelative="t" stroked="f" coordsize="21600,21600">
            <v:path/>
            <v:fill on="f" focussize="0,0"/>
            <v:stroke on="f" joinstyle="miter"/>
            <v:imagedata r:id="rId1746" o:title="eqIda9d7367831bd476c7afe0a98648cc45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请根据以上规定完成下列各题：</w:t>
      </w:r>
    </w:p>
    <w:p>
      <w:pPr>
        <w:spacing w:line="360" w:lineRule="auto"/>
        <w:jc w:val="left"/>
        <w:textAlignment w:val="center"/>
        <w:rPr>
          <w:color w:val="000000"/>
        </w:rPr>
      </w:pPr>
      <w:r>
        <w:rPr>
          <w:color w:val="000000"/>
        </w:rPr>
        <w:t>（1）</w:t>
      </w:r>
      <w:r>
        <w:rPr>
          <w:rFonts w:ascii="宋体" w:hAnsi="宋体" w:eastAsia="宋体" w:cs="宋体"/>
          <w:color w:val="000000"/>
        </w:rPr>
        <w:t>填空：</w:t>
      </w:r>
      <w:r>
        <w:pict>
          <v:shape id="_x0000_i716623" o:spt="75" alt="学科网(www.zxxk.com)--教育资源门户，提供试卷、教案、课件、论文、素材以及各类教学资源下载，还有大量而丰富的教学相关资讯！" type="#_x0000_t75" style="height:18.35pt;width:31.9pt;" o:ole="t" filled="f" o:preferrelative="t" stroked="f" coordsize="21600,21600">
            <v:path/>
            <v:fill on="f" focussize="0,0"/>
            <v:stroke on="f" joinstyle="miter"/>
            <v:imagedata r:id="rId1747" o:title="eqId247b2d08c285bff28024da012987c5bb"/>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16624" o:spt="75" alt="学科网(www.zxxk.com)--教育资源门户，提供试卷、教案、课件、论文、素材以及各类教学资源下载，还有大量而丰富的教学相关资讯！" type="#_x0000_t75" style="height:18.35pt;width:33.95pt;" o:ole="t" filled="f" o:preferrelative="t" stroked="f" coordsize="21600,21600">
            <v:path/>
            <v:fill on="f" focussize="0,0"/>
            <v:stroke on="f" joinstyle="miter"/>
            <v:imagedata r:id="rId1748" o:title="eqId962490e01a55a71e432c87d797f0a948"/>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6625" o:spt="75" alt="学科网(www.zxxk.com)--教育资源门户，提供试卷、教案、课件、论文、素材以及各类教学资源下载，还有大量而丰富的教学相关资讯！" type="#_x0000_t75" style="height:18.35pt;width:53pt;" o:ole="t" filled="f" o:preferrelative="t" stroked="f" coordsize="21600,21600">
            <v:path/>
            <v:fill on="f" focussize="0,0"/>
            <v:stroke on="f" joinstyle="miter"/>
            <v:imagedata r:id="rId1749" o:title="eqIdcfd5e4a5a47f36b3a40674cd1e530dfe"/>
            <o:lock v:ext="edit" aspectratio="t"/>
            <w10:wrap type="none"/>
            <w10:anchorlock/>
          </v:shape>
        </w:pict>
      </w:r>
      <w:r>
        <w:rPr>
          <w:rFonts w:ascii="宋体" w:hAnsi="宋体" w:eastAsia="宋体" w:cs="宋体"/>
          <w:color w:val="000000"/>
        </w:rPr>
        <w:t>，则</w:t>
      </w:r>
      <w:r>
        <w:pict>
          <v:shape id="_x0000_i716626" o:spt="75" alt="学科网(www.zxxk.com)--教育资源门户，提供试卷、教案、课件、论文、素材以及各类教学资源下载，还有大量而丰富的教学相关资讯！" type="#_x0000_t75" style="height:14.25pt;width:19.7pt;" o:ole="t" filled="f" o:preferrelative="t" stroked="f" coordsize="21600,21600">
            <v:path/>
            <v:fill on="f" focussize="0,0"/>
            <v:stroke on="f" joinstyle="miter"/>
            <v:imagedata r:id="rId1750" o:title="eqId447a9718a502491b47072ce013c26a2f"/>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用含</w:t>
      </w:r>
      <w:r>
        <w:pict>
          <v:shape id="_x0000_i716627" o:spt="75" alt="学科网(www.zxxk.com)--教育资源门户，提供试卷、教案、课件、论文、素材以及各类教学资源下载，还有大量而丰富的教学相关资讯！" type="#_x0000_t75" style="height:15pt;width:18.75pt;" o:ole="t" filled="f" o:preferrelative="t" stroked="f" coordsize="21600,21600">
            <v:path/>
            <v:fill on="f" focussize="0,0"/>
            <v:stroke on="f" joinstyle="miter"/>
            <v:imagedata r:id="rId1751" o:title="eqId7d14b6f0cba4bd308928b41aec9f30bf"/>
            <o:lock v:ext="edit" aspectratio="t"/>
            <w10:wrap type="none"/>
            <w10:anchorlock/>
          </v:shape>
        </w:pict>
      </w:r>
      <w:r>
        <w:rPr>
          <w:rFonts w:ascii="宋体" w:hAnsi="宋体" w:eastAsia="宋体" w:cs="宋体"/>
          <w:color w:val="000000"/>
        </w:rPr>
        <w:t>为正整数）的式子填空：</w:t>
      </w:r>
      <w:r>
        <w:pict>
          <v:shape id="_x0000_i716628" o:spt="75" alt="学科网(www.zxxk.com)--教育资源门户，提供试卷、教案、课件、论文、素材以及各类教学资源下载，还有大量而丰富的教学相关资讯！" type="#_x0000_t75" style="height:18.35pt;width:33.95pt;" o:ole="t" filled="f" o:preferrelative="t" stroked="f" coordsize="21600,21600">
            <v:path/>
            <v:fill on="f" focussize="0,0"/>
            <v:stroke on="f" joinstyle="miter"/>
            <v:imagedata r:id="rId1752" o:title="eqId08ddc55a3aa17f8723f43c6d423f2541"/>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8</w:t>
      </w:r>
      <w:r>
        <w:rPr>
          <w:color w:val="000000"/>
        </w:rPr>
        <w:t xml:space="preserve">    （2）</w:t>
      </w:r>
      <w:r>
        <w:rPr>
          <w:rFonts w:ascii="Times New Roman" w:hAnsi="Times New Roman" w:eastAsia="Times New Roman" w:cs="Times New Roman"/>
          <w:color w:val="000000"/>
        </w:rPr>
        <w:t>99</w:t>
      </w:r>
      <w:r>
        <w:rPr>
          <w:color w:val="000000"/>
        </w:rPr>
        <w:t xml:space="preserve">    </w:t>
      </w:r>
    </w:p>
    <w:p>
      <w:pPr>
        <w:spacing w:line="360" w:lineRule="auto"/>
        <w:textAlignment w:val="center"/>
        <w:rPr>
          <w:color w:val="000000"/>
        </w:rPr>
      </w:pPr>
      <w:r>
        <w:rPr>
          <w:color w:val="000000"/>
        </w:rPr>
        <w:t>（3）</w:t>
      </w:r>
      <w:r>
        <w:pict>
          <v:shape id="_x0000_i716629" o:spt="75" alt="学科网(www.zxxk.com)--教育资源门户，提供试卷、教案、课件、论文、素材以及各类教学资源下载，还有大量而丰富的教学相关资讯！" type="#_x0000_t75" style="height:14.4pt;width:15.65pt;" o:ole="t" filled="f" o:preferrelative="t" stroked="f" coordsize="21600,21600">
            <v:path/>
            <v:fill on="f" focussize="0,0"/>
            <v:stroke on="f" joinstyle="miter"/>
            <v:imagedata r:id="rId1753" o:title="eqId525057be6f52d6a855ff2146572eff6f"/>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本题考查了数字的变化类，找到变化规律是解题的关键．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）根据例子，仿照写出</w:t>
      </w:r>
      <w:r>
        <w:pict>
          <v:shape id="_x0000_i716630" o:spt="75" alt="学科网(www.zxxk.com)--教育资源门户，提供试卷、教案、课件、论文、素材以及各类教学资源下载，还有大量而丰富的教学相关资讯！" type="#_x0000_t75" style="height:18.35pt;width:23.1pt;" o:ole="t" filled="f" o:preferrelative="t" stroked="f" coordsize="21600,21600">
            <v:path/>
            <v:fill on="f" focussize="0,0"/>
            <v:stroke on="f" joinstyle="miter"/>
            <v:imagedata r:id="rId1754" o:title="eqId3194862ba65e4cf8ad233eef01ed7613"/>
            <o:lock v:ext="edit" aspectratio="t"/>
            <w10:wrap type="none"/>
            <w10:anchorlock/>
          </v:shape>
        </w:pict>
      </w:r>
      <w:r>
        <w:rPr>
          <w:rFonts w:ascii="宋体" w:hAnsi="宋体" w:eastAsia="宋体" w:cs="宋体"/>
          <w:color w:val="000000"/>
        </w:rPr>
        <w:t>、</w:t>
      </w:r>
      <w:r>
        <w:pict>
          <v:shape id="_x0000_i716631" o:spt="75" alt="学科网(www.zxxk.com)--教育资源门户，提供试卷、教案、课件、论文、素材以及各类教学资源下载，还有大量而丰富的教学相关资讯！" type="#_x0000_t75" style="height:18.35pt;width:24.45pt;" o:ole="t" filled="f" o:preferrelative="t" stroked="f" coordsize="21600,21600">
            <v:path/>
            <v:fill on="f" focussize="0,0"/>
            <v:stroke on="f" joinstyle="miter"/>
            <v:imagedata r:id="rId1755" o:title="eqIde1574256d5512bdd77a26763aca951a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）从例子和（</w:t>
      </w:r>
      <w:r>
        <w:rPr>
          <w:rFonts w:ascii="Times New Roman" w:hAnsi="Times New Roman" w:eastAsia="Times New Roman" w:cs="Times New Roman"/>
          <w:color w:val="000000"/>
        </w:rPr>
        <w:t>1</w:t>
      </w:r>
      <w:r>
        <w:rPr>
          <w:rFonts w:ascii="宋体" w:hAnsi="宋体" w:eastAsia="宋体" w:cs="宋体"/>
          <w:color w:val="000000"/>
        </w:rPr>
        <w:t>）求得的值，总结规律；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）求</w:t>
      </w:r>
      <w:r>
        <w:pict>
          <v:shape id="_x0000_i716632"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1756" o:title="eqId5095a28bb1b91bf6bed9e2cfbd76bb18"/>
            <o:lock v:ext="edit" aspectratio="t"/>
            <w10:wrap type="none"/>
            <w10:anchorlock/>
          </v:shape>
        </w:pict>
      </w:r>
      <w:r>
        <w:rPr>
          <w:rFonts w:ascii="宋体" w:hAnsi="宋体" w:eastAsia="宋体" w:cs="宋体"/>
          <w:color w:val="000000"/>
        </w:rPr>
        <w:t>、</w:t>
      </w:r>
      <w:r>
        <w:pict>
          <v:shape id="_x0000_i716633"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1757" o:title="eqIdf8e69866076dcff686a05e9e91e61e68"/>
            <o:lock v:ext="edit" aspectratio="t"/>
            <w10:wrap type="none"/>
            <w10:anchorlock/>
          </v:shape>
        </w:pict>
      </w:r>
      <w:r>
        <w:rPr>
          <w:rFonts w:ascii="宋体" w:hAnsi="宋体" w:eastAsia="宋体" w:cs="宋体"/>
          <w:color w:val="000000"/>
        </w:rPr>
        <w:t>、</w:t>
      </w:r>
      <w:r>
        <w:pict>
          <v:shape id="_x0000_i716634"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1758" o:title="eqId367e788c32187ae2cc97aaa24da1d40d"/>
            <o:lock v:ext="edit" aspectratio="t"/>
            <w10:wrap type="none"/>
            <w10:anchorlock/>
          </v:shape>
        </w:pict>
      </w:r>
      <w:r>
        <w:rPr>
          <w:rFonts w:ascii="宋体" w:hAnsi="宋体" w:eastAsia="宋体" w:cs="宋体"/>
          <w:color w:val="000000"/>
        </w:rPr>
        <w:t>时，</w:t>
      </w:r>
      <w:r>
        <w:pict>
          <v:shape id="_x0000_i716635" o:spt="75" alt="学科网(www.zxxk.com)--教育资源门户，提供试卷、教案、课件、论文、素材以及各类教学资源下载，还有大量而丰富的教学相关资讯！" type="#_x0000_t75" style="height:18.35pt;width:24.45pt;" o:ole="t" filled="f" o:preferrelative="t" stroked="f" coordsize="21600,21600">
            <v:path/>
            <v:fill on="f" focussize="0,0"/>
            <v:stroke on="f" joinstyle="miter"/>
            <v:imagedata r:id="rId1759" o:title="eqIda99dc7329b6626bd9342c3f254502b3c"/>
            <o:lock v:ext="edit" aspectratio="t"/>
            <w10:wrap type="none"/>
            <w10:anchorlock/>
          </v:shape>
        </w:pict>
      </w:r>
      <w:r>
        <w:rPr>
          <w:rFonts w:ascii="宋体" w:hAnsi="宋体" w:eastAsia="宋体" w:cs="宋体"/>
          <w:color w:val="000000"/>
        </w:rPr>
        <w:t>的值，从中总结规律．</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 xml:space="preserve"> </w:t>
      </w:r>
      <w:r>
        <w:pict>
          <v:shape id="_x0000_i716636"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1760" o:title="eqIdc87b351f16728b0023fd63678f8103c7"/>
            <o:lock v:ext="edit" aspectratio="t"/>
            <w10:wrap type="none"/>
            <w10:anchorlock/>
          </v:shape>
        </w:pict>
      </w:r>
      <w:r>
        <w:rPr>
          <w:rFonts w:ascii="宋体" w:hAnsi="宋体" w:eastAsia="宋体" w:cs="宋体"/>
          <w:color w:val="000000"/>
        </w:rPr>
        <w:t>，</w:t>
      </w:r>
      <w:r>
        <w:pict>
          <v:shape id="_x0000_i71663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761" o:title="eqId7288d0b18af1a4be7f8df09af45df1c9"/>
            <o:lock v:ext="edit" aspectratio="t"/>
            <w10:wrap type="none"/>
            <w10:anchorlock/>
          </v:shape>
        </w:pict>
      </w:r>
      <w:r>
        <w:rPr>
          <w:rFonts w:ascii="宋体" w:hAnsi="宋体" w:eastAsia="宋体" w:cs="宋体"/>
          <w:color w:val="000000"/>
        </w:rPr>
        <w:t>，即</w:t>
      </w:r>
      <w:r>
        <w:pict>
          <v:shape id="_x0000_i716638" o:spt="75" alt="学科网(www.zxxk.com)--教育资源门户，提供试卷、教案、课件、论文、素材以及各类教学资源下载，还有大量而丰富的教学相关资讯！" type="#_x0000_t75" style="height:15.6pt;width:30.55pt;" o:ole="t" filled="f" o:preferrelative="t" stroked="f" coordsize="21600,21600">
            <v:path/>
            <v:fill on="f" focussize="0,0"/>
            <v:stroke on="f" joinstyle="miter"/>
            <v:imagedata r:id="rId1762" o:title="eqId76ee026ea12a424d184f496903646a30"/>
            <o:lock v:ext="edit" aspectratio="t"/>
            <w10:wrap type="none"/>
            <w10:anchorlock/>
          </v:shape>
        </w:pict>
      </w:r>
      <w:r>
        <w:rPr>
          <w:rFonts w:ascii="宋体" w:hAnsi="宋体" w:eastAsia="宋体" w:cs="宋体"/>
          <w:color w:val="000000"/>
        </w:rPr>
        <w:t>，满足条件的一元有序数组有（</w:t>
      </w:r>
      <w:r>
        <w:rPr>
          <w:rFonts w:ascii="Times New Roman" w:hAnsi="Times New Roman" w:eastAsia="Times New Roman" w:cs="Times New Roman"/>
          <w:color w:val="000000"/>
        </w:rPr>
        <w:t>1</w:t>
      </w:r>
      <w:r>
        <w:rPr>
          <w:rFonts w:ascii="宋体" w:hAnsi="宋体" w:eastAsia="宋体" w:cs="宋体"/>
          <w:color w:val="000000"/>
        </w:rPr>
        <w:t>）、</w:t>
      </w:r>
      <w:r>
        <w:pict>
          <v:shape id="_x0000_i716639"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1763" o:title="eqIdcfc0b1128fe2134d401f42fc52740f43"/>
            <o:lock v:ext="edit" aspectratio="t"/>
            <w10:wrap type="none"/>
            <w10:anchorlock/>
          </v:shape>
        </w:pict>
      </w:r>
      <w:r>
        <w:rPr>
          <w:rFonts w:ascii="宋体" w:hAnsi="宋体" w:eastAsia="宋体" w:cs="宋体"/>
          <w:color w:val="000000"/>
        </w:rPr>
        <w:t>，共两个，</w:t>
      </w:r>
      <w:r>
        <w:pict>
          <v:shape id="_x0000_i716640" o:spt="75" alt="学科网(www.zxxk.com)--教育资源门户，提供试卷、教案、课件、论文、素材以及各类教学资源下载，还有大量而丰富的教学相关资讯！" type="#_x0000_t75" style="height:18.35pt;width:40.1pt;" o:ole="t" filled="f" o:preferrelative="t" stroked="f" coordsize="21600,21600">
            <v:path/>
            <v:fill on="f" focussize="0,0"/>
            <v:stroke on="f" joinstyle="miter"/>
            <v:imagedata r:id="rId1764" o:title="eqId876ef37a6dcff4d9bddcd53948d7f87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6641"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765" o:title="eqIdcc2d3df37e73a8abea815f37dbb3fff5"/>
            <o:lock v:ext="edit" aspectratio="t"/>
            <w10:wrap type="none"/>
            <w10:anchorlock/>
          </v:shape>
        </w:pict>
      </w:r>
      <w:r>
        <w:rPr>
          <w:rFonts w:ascii="宋体" w:hAnsi="宋体" w:eastAsia="宋体" w:cs="宋体"/>
          <w:color w:val="000000"/>
        </w:rPr>
        <w:t>，</w:t>
      </w:r>
      <w:r>
        <w:pict>
          <v:shape id="_x0000_i716642"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1766" o:title="eqId919ab37417f7f7378a3f01c0e79c5b2b"/>
            <o:lock v:ext="edit" aspectratio="t"/>
            <w10:wrap type="none"/>
            <w10:anchorlock/>
          </v:shape>
        </w:pict>
      </w:r>
      <w:r>
        <w:rPr>
          <w:rFonts w:ascii="宋体" w:hAnsi="宋体" w:eastAsia="宋体" w:cs="宋体"/>
          <w:color w:val="000000"/>
        </w:rPr>
        <w:t>，即</w:t>
      </w:r>
      <w:r>
        <w:pict>
          <v:shape id="_x0000_i716643" o:spt="75" alt="学科网(www.zxxk.com)--教育资源门户，提供试卷、教案、课件、论文、素材以及各类教学资源下载，还有大量而丰富的教学相关资讯！" type="#_x0000_t75" style="height:15.75pt;width:59.25pt;" o:ole="t" filled="f" o:preferrelative="t" stroked="f" coordsize="21600,21600">
            <v:path/>
            <v:fill on="f" focussize="0,0"/>
            <v:stroke on="f" joinstyle="miter"/>
            <v:imagedata r:id="rId1767" o:title="eqId8edf212bd2054a69812edeaf7ae0d5c2"/>
            <o:lock v:ext="edit" aspectratio="t"/>
            <w10:wrap type="none"/>
            <w10:anchorlock/>
          </v:shape>
        </w:pict>
      </w:r>
      <w:r>
        <w:rPr>
          <w:rFonts w:ascii="宋体" w:hAnsi="宋体" w:eastAsia="宋体" w:cs="宋体"/>
          <w:color w:val="000000"/>
        </w:rPr>
        <w:t>，满足条件的二元有序数组有</w:t>
      </w:r>
      <w:r>
        <w:pict>
          <v:shape id="_x0000_i716644"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1768" o:title="eqIded18bd80c6c4142f68e89f4ad44570b5"/>
            <o:lock v:ext="edit" aspectratio="t"/>
            <w10:wrap type="none"/>
            <w10:anchorlock/>
          </v:shape>
        </w:pict>
      </w:r>
      <w:r>
        <w:rPr>
          <w:rFonts w:ascii="宋体" w:hAnsi="宋体" w:eastAsia="宋体" w:cs="宋体"/>
          <w:color w:val="000000"/>
        </w:rPr>
        <w:t>、</w:t>
      </w:r>
      <w:r>
        <w:pict>
          <v:shape id="_x0000_i716645" o:spt="75" alt="学科网(www.zxxk.com)--教育资源门户，提供试卷、教案、课件、论文、素材以及各类教学资源下载，还有大量而丰富的教学相关资讯！" type="#_x0000_t75" style="height:15.6pt;width:27pt;" o:ole="t" filled="f" o:preferrelative="t" stroked="f" coordsize="21600,21600">
            <v:path/>
            <v:fill on="f" focussize="0,0"/>
            <v:stroke on="f" joinstyle="miter"/>
            <v:imagedata r:id="rId1769" o:title="eqId623afc24f2227004b0e1b3922dfb954b"/>
            <o:lock v:ext="edit" aspectratio="t"/>
            <w10:wrap type="none"/>
            <w10:anchorlock/>
          </v:shape>
        </w:pict>
      </w:r>
      <w:r>
        <w:rPr>
          <w:rFonts w:ascii="宋体" w:hAnsi="宋体" w:eastAsia="宋体" w:cs="宋体"/>
          <w:color w:val="000000"/>
        </w:rPr>
        <w:t>、</w:t>
      </w:r>
      <w:r>
        <w:pict>
          <v:shape id="_x0000_i716646"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1770" o:title="eqId25f114df5ceabdb7e5fd3fdad4eaf056"/>
            <o:lock v:ext="edit" aspectratio="t"/>
            <w10:wrap type="none"/>
            <w10:anchorlock/>
          </v:shape>
        </w:pict>
      </w:r>
      <w:r>
        <w:rPr>
          <w:rFonts w:ascii="宋体" w:hAnsi="宋体" w:eastAsia="宋体" w:cs="宋体"/>
          <w:color w:val="000000"/>
        </w:rPr>
        <w:t>、</w:t>
      </w:r>
      <w:r>
        <w:pict>
          <v:shape id="_x0000_i716647"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1771" o:title="eqId80991c1f0c963104740e50cfff6f29a8"/>
            <o:lock v:ext="edit" aspectratio="t"/>
            <w10:wrap type="none"/>
            <w10:anchorlock/>
          </v:shape>
        </w:pict>
      </w:r>
      <w:r>
        <w:rPr>
          <w:rFonts w:ascii="宋体" w:hAnsi="宋体" w:eastAsia="宋体" w:cs="宋体"/>
          <w:color w:val="000000"/>
        </w:rPr>
        <w:t>、</w:t>
      </w:r>
      <w:r>
        <w:pict>
          <v:shape id="_x0000_i716648" o:spt="75" alt="学科网(www.zxxk.com)--教育资源门户，提供试卷、教案、课件、论文、素材以及各类教学资源下载，还有大量而丰富的教学相关资讯！" type="#_x0000_t75" style="height:16pt;width:34pt;" o:ole="t" filled="f" o:preferrelative="t" stroked="f" coordsize="21600,21600">
            <v:path/>
            <v:fill on="f" focussize="0,0"/>
            <v:stroke on="f" joinstyle="miter"/>
            <v:imagedata r:id="rId1772" o:title="eqId079dd115a4b8cbc93918a853363786dc"/>
            <o:lock v:ext="edit" aspectratio="t"/>
            <w10:wrap type="none"/>
            <w10:anchorlock/>
          </v:shape>
        </w:pict>
      </w:r>
      <w:r>
        <w:rPr>
          <w:rFonts w:ascii="宋体" w:hAnsi="宋体" w:eastAsia="宋体" w:cs="宋体"/>
          <w:color w:val="000000"/>
        </w:rPr>
        <w:t>、</w:t>
      </w:r>
      <w:r>
        <w:pict>
          <v:shape id="_x0000_i716649" o:spt="75" alt="学科网(www.zxxk.com)--教育资源门户，提供试卷、教案、课件、论文、素材以及各类教学资源下载，还有大量而丰富的教学相关资讯！" type="#_x0000_t75" style="height:16.45pt;width:34pt;" o:ole="t" filled="f" o:preferrelative="t" stroked="f" coordsize="21600,21600">
            <v:path/>
            <v:fill on="f" focussize="0,0"/>
            <v:stroke on="f" joinstyle="miter"/>
            <v:imagedata r:id="rId1773" o:title="eqId6bd685943cf39f7945b31e42d6221788"/>
            <o:lock v:ext="edit" aspectratio="t"/>
            <w10:wrap type="none"/>
            <w10:anchorlock/>
          </v:shape>
        </w:pict>
      </w:r>
      <w:r>
        <w:rPr>
          <w:rFonts w:ascii="宋体" w:hAnsi="宋体" w:eastAsia="宋体" w:cs="宋体"/>
          <w:color w:val="000000"/>
        </w:rPr>
        <w:t>、</w:t>
      </w:r>
      <w:r>
        <w:pict>
          <v:shape id="_x0000_i716650" o:spt="75" alt="学科网(www.zxxk.com)--教育资源门户，提供试卷、教案、课件、论文、素材以及各类教学资源下载，还有大量而丰富的教学相关资讯！" type="#_x0000_t75" style="height:15pt;width:36pt;" o:ole="t" filled="f" o:preferrelative="t" stroked="f" coordsize="21600,21600">
            <v:path/>
            <v:fill on="f" focussize="0,0"/>
            <v:stroke on="f" joinstyle="miter"/>
            <v:imagedata r:id="rId1774" o:title="eqIdbc51e325e65de188652a802254adf16c"/>
            <o:lock v:ext="edit" aspectratio="t"/>
            <w10:wrap type="none"/>
            <w10:anchorlock/>
          </v:shape>
        </w:pict>
      </w:r>
      <w:r>
        <w:rPr>
          <w:rFonts w:ascii="宋体" w:hAnsi="宋体" w:eastAsia="宋体" w:cs="宋体"/>
          <w:color w:val="000000"/>
        </w:rPr>
        <w:t>、</w:t>
      </w:r>
      <w:r>
        <w:pict>
          <v:shape id="_x0000_i716651"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1775" o:title="eqIdc47acdaa7db189fa7b579edbadaf115d"/>
            <o:lock v:ext="edit" aspectratio="t"/>
            <w10:wrap type="none"/>
            <w10:anchorlock/>
          </v:shape>
        </w:pict>
      </w:r>
      <w:r>
        <w:rPr>
          <w:rFonts w:ascii="宋体" w:hAnsi="宋体" w:eastAsia="宋体" w:cs="宋体"/>
          <w:color w:val="000000"/>
        </w:rPr>
        <w:t>，共</w:t>
      </w:r>
      <w:r>
        <w:rPr>
          <w:rFonts w:ascii="Times New Roman" w:hAnsi="Times New Roman" w:eastAsia="Times New Roman" w:cs="Times New Roman"/>
          <w:color w:val="000000"/>
        </w:rPr>
        <w:t>8</w:t>
      </w:r>
      <w:r>
        <w:rPr>
          <w:rFonts w:ascii="宋体" w:hAnsi="宋体" w:eastAsia="宋体" w:cs="宋体"/>
          <w:color w:val="000000"/>
        </w:rPr>
        <w:t>个，则</w:t>
      </w:r>
      <w:r>
        <w:pict>
          <v:shape id="_x0000_i716652" o:spt="75" alt="学科网(www.zxxk.com)--教育资源门户，提供试卷、教案、课件、论文、素材以及各类教学资源下载，还有大量而丰富的教学相关资讯！" type="#_x0000_t75" style="height:18.35pt;width:41.45pt;" o:ole="t" filled="f" o:preferrelative="t" stroked="f" coordsize="21600,21600">
            <v:path/>
            <v:fill on="f" focussize="0,0"/>
            <v:stroke on="f" joinstyle="miter"/>
            <v:imagedata r:id="rId1776" o:title="eqId5ae8737c9fdf5bf40286f5adb696bd5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解：由</w:t>
      </w:r>
      <w:r>
        <w:pict>
          <v:shape id="_x0000_i716653" o:spt="75" alt="学科网(www.zxxk.com)--教育资源门户，提供试卷、教案、课件、论文、素材以及各类教学资源下载，还有大量而丰富的教学相关资讯！" type="#_x0000_t75" style="height:18.35pt;width:41.45pt;" o:ole="t" filled="f" o:preferrelative="t" stroked="f" coordsize="21600,21600">
            <v:path/>
            <v:fill on="f" focussize="0,0"/>
            <v:stroke on="f" joinstyle="miter"/>
            <v:imagedata r:id="rId1777" o:title="eqIda9d7367831bd476c7afe0a98648cc453"/>
            <o:lock v:ext="edit" aspectratio="t"/>
            <w10:wrap type="none"/>
            <w10:anchorlock/>
          </v:shape>
        </w:pict>
      </w:r>
      <w:r>
        <w:rPr>
          <w:rFonts w:ascii="宋体" w:hAnsi="宋体" w:eastAsia="宋体" w:cs="宋体"/>
          <w:color w:val="000000"/>
        </w:rPr>
        <w:t>、</w:t>
      </w:r>
      <w:r>
        <w:pict>
          <v:shape id="_x0000_i716654" o:spt="75" alt="学科网(www.zxxk.com)--教育资源门户，提供试卷、教案、课件、论文、素材以及各类教学资源下载，还有大量而丰富的教学相关资讯！" type="#_x0000_t75" style="height:18.35pt;width:41.45pt;" o:ole="t" filled="f" o:preferrelative="t" stroked="f" coordsize="21600,21600">
            <v:path/>
            <v:fill on="f" focussize="0,0"/>
            <v:stroke on="f" joinstyle="miter"/>
            <v:imagedata r:id="rId1778" o:title="eqId5ae8737c9fdf5bf40286f5adb696bd51"/>
            <o:lock v:ext="edit" aspectratio="t"/>
            <w10:wrap type="none"/>
            <w10:anchorlock/>
          </v:shape>
        </w:pict>
      </w:r>
      <w:r>
        <w:rPr>
          <w:rFonts w:ascii="宋体" w:hAnsi="宋体" w:eastAsia="宋体" w:cs="宋体"/>
          <w:color w:val="000000"/>
        </w:rPr>
        <w:t>，可得，</w:t>
      </w:r>
      <w:r>
        <w:pict>
          <v:shape id="_x0000_i716655" o:spt="75" alt="学科网(www.zxxk.com)--教育资源门户，提供试卷、教案、课件、论文、素材以及各类教学资源下载，还有大量而丰富的教学相关资讯！" type="#_x0000_t75" style="height:18.35pt;width:69.95pt;" o:ole="t" filled="f" o:preferrelative="t" stroked="f" coordsize="21600,21600">
            <v:path/>
            <v:fill on="f" focussize="0,0"/>
            <v:stroke on="f" joinstyle="miter"/>
            <v:imagedata r:id="rId1779" o:title="eqId49d5b62be817ca7cecc2975b47b7863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6656" o:spt="75" alt="学科网(www.zxxk.com)--教育资源门户，提供试卷、教案、课件、论文、素材以及各类教学资源下载，还有大量而丰富的教学相关资讯！" type="#_x0000_t75" style="height:18.35pt;width:53pt;" o:ole="t" filled="f" o:preferrelative="t" stroked="f" coordsize="21600,21600">
            <v:path/>
            <v:fill on="f" focussize="0,0"/>
            <v:stroke on="f" joinstyle="miter"/>
            <v:imagedata r:id="rId1780" o:title="eqIdcfd5e4a5a47f36b3a40674cd1e530dfe"/>
            <o:lock v:ext="edit" aspectratio="t"/>
            <w10:wrap type="none"/>
            <w10:anchorlock/>
          </v:shape>
        </w:pict>
      </w:r>
      <w:r>
        <w:rPr>
          <w:rFonts w:ascii="宋体" w:hAnsi="宋体" w:eastAsia="宋体" w:cs="宋体"/>
          <w:color w:val="000000"/>
        </w:rPr>
        <w:t>时，</w:t>
      </w:r>
      <w:r>
        <w:pict>
          <v:shape id="_x0000_i716657" o:spt="75" alt="学科网(www.zxxk.com)--教育资源门户，提供试卷、教案、课件、论文、素材以及各类教学资源下载，还有大量而丰富的教学相关资讯！" type="#_x0000_t75" style="height:27.85pt;width:65.2pt;" o:ole="t" filled="f" o:preferrelative="t" stroked="f" coordsize="21600,21600">
            <v:path/>
            <v:fill on="f" focussize="0,0"/>
            <v:stroke on="f" joinstyle="miter"/>
            <v:imagedata r:id="rId1781" o:title="eqId65daa466d803f5d32a651c1dddea8bf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99</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w:t>
      </w:r>
      <w:r>
        <w:pict>
          <v:shape id="_x0000_i716658"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1782" o:title="eqId5095a28bb1b91bf6bed9e2cfbd76bb18"/>
            <o:lock v:ext="edit" aspectratio="t"/>
            <w10:wrap type="none"/>
            <w10:anchorlock/>
          </v:shape>
        </w:pict>
      </w:r>
      <w:r>
        <w:rPr>
          <w:rFonts w:ascii="宋体" w:hAnsi="宋体" w:eastAsia="宋体" w:cs="宋体"/>
          <w:color w:val="000000"/>
        </w:rPr>
        <w:t>时，</w:t>
      </w:r>
      <w:r>
        <w:pict>
          <v:shape id="_x0000_i716659" o:spt="75" alt="学科网(www.zxxk.com)--教育资源门户，提供试卷、教案、课件、论文、素材以及各类教学资源下载，还有大量而丰富的教学相关资讯！" type="#_x0000_t75" style="height:15.6pt;width:84.9pt;" o:ole="t" filled="f" o:preferrelative="t" stroked="f" coordsize="21600,21600">
            <v:path/>
            <v:fill on="f" focussize="0,0"/>
            <v:stroke on="f" joinstyle="miter"/>
            <v:imagedata r:id="rId1783" o:title="eqId59e3ce450e61cc542536446b95a79032"/>
            <o:lock v:ext="edit" aspectratio="t"/>
            <w10:wrap type="none"/>
            <w10:anchorlock/>
          </v:shape>
        </w:pict>
      </w:r>
      <w:r>
        <w:rPr>
          <w:rFonts w:ascii="宋体" w:hAnsi="宋体" w:eastAsia="宋体" w:cs="宋体"/>
          <w:color w:val="000000"/>
        </w:rPr>
        <w:t>，满足条件的三元有序数组有</w:t>
      </w:r>
      <w:r>
        <w:pict>
          <v:shape id="_x0000_i716660"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1784" o:title="eqIdced922d8d5c0697c23fa4a70cb4bf8ba"/>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pict>
          <v:shape id="_x0000_i716661" o:spt="75" alt="学科网(www.zxxk.com)--教育资源门户，提供试卷、教案、课件、论文、素材以及各类教学资源下载，还有大量而丰富的教学相关资讯！" type="#_x0000_t75" style="height:15pt;width:11.25pt;" o:ole="t" filled="f" o:preferrelative="t" stroked="f" coordsize="21600,21600">
            <v:path/>
            <v:fill on="f" focussize="0,0"/>
            <v:stroke on="f" joinstyle="miter"/>
            <v:imagedata r:id="rId1785" o:title="eqIdcdcf8a317ccc87a1bf8e17852fddbe29"/>
            <o:lock v:ext="edit" aspectratio="t"/>
            <w10:wrap type="none"/>
            <w10:anchorlock/>
          </v:shape>
        </w:pict>
      </w:r>
      <w:r>
        <w:rPr>
          <w:rFonts w:ascii="宋体" w:hAnsi="宋体" w:eastAsia="宋体" w:cs="宋体"/>
          <w:color w:val="000000"/>
        </w:rPr>
        <w:t>、</w:t>
      </w:r>
      <w:r>
        <w:pict>
          <v:shape id="_x0000_i716662"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1784" o:title="eqIdced922d8d5c0697c23fa4a70cb4bf8ba"/>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6663" o:spt="75" alt="学科网(www.zxxk.com)--教育资源门户，提供试卷、教案、课件、论文、素材以及各类教学资源下载，还有大量而丰富的教学相关资讯！" type="#_x0000_t75" style="height:15.15pt;width:15.15pt;" o:ole="t" filled="f" o:preferrelative="t" stroked="f" coordsize="21600,21600">
            <v:path/>
            <v:fill on="f" focussize="0,0"/>
            <v:stroke on="f" joinstyle="miter"/>
            <v:imagedata r:id="rId1786" o:title="eqId72fb378d6bf91902efa15881985c5e69"/>
            <o:lock v:ext="edit" aspectratio="t"/>
            <w10:wrap type="none"/>
            <w10:anchorlock/>
          </v:shape>
        </w:pict>
      </w:r>
      <w:r>
        <w:rPr>
          <w:rFonts w:ascii="宋体" w:hAnsi="宋体" w:eastAsia="宋体" w:cs="宋体"/>
          <w:color w:val="000000"/>
        </w:rPr>
        <w:t>、</w:t>
      </w:r>
      <w:r>
        <w:pict>
          <v:shape id="_x0000_i716664" o:spt="75" alt="学科网(www.zxxk.com)--教育资源门户，提供试卷、教案、课件、论文、素材以及各类教学资源下载，还有大量而丰富的教学相关资讯！" type="#_x0000_t75" style="height:15pt;width:11.25pt;" o:ole="t" filled="f" o:preferrelative="t" stroked="f" coordsize="21600,21600">
            <v:path/>
            <v:fill on="f" focussize="0,0"/>
            <v:stroke on="f" joinstyle="miter"/>
            <v:imagedata r:id="rId1787" o:title="eqIdd75a5a4a9a9572b06af878043c02e8e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pict>
          <v:shape id="_x0000_i716665" o:spt="75" alt="学科网(www.zxxk.com)--教育资源门户，提供试卷、教案、课件、论文、素材以及各类教学资源下载，还有大量而丰富的教学相关资讯！" type="#_x0000_t75" style="height:15.15pt;width:15.15pt;" o:ole="t" filled="f" o:preferrelative="t" stroked="f" coordsize="21600,21600">
            <v:path/>
            <v:fill on="f" focussize="0,0"/>
            <v:stroke on="f" joinstyle="miter"/>
            <v:imagedata r:id="rId1786" o:title="eqId72fb378d6bf91902efa15881985c5e69"/>
            <o:lock v:ext="edit" aspectratio="t"/>
            <w10:wrap type="none"/>
            <w10:anchorlock/>
          </v:shape>
        </w:pict>
      </w:r>
      <w:r>
        <w:rPr>
          <w:rFonts w:ascii="宋体" w:hAnsi="宋体" w:eastAsia="宋体" w:cs="宋体"/>
          <w:color w:val="000000"/>
        </w:rPr>
        <w:t>、</w:t>
      </w:r>
      <w:r>
        <w:pict>
          <v:shape id="_x0000_i716666"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1784" o:title="eqIdced922d8d5c0697c23fa4a70cb4bf8ba"/>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pict>
          <v:shape id="_x0000_i716667"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788" o:title="eqIdf079cef4435beed1e08999a2785bc9dc"/>
            <o:lock v:ext="edit" aspectratio="t"/>
            <w10:wrap type="none"/>
            <w10:anchorlock/>
          </v:shape>
        </w:pict>
      </w:r>
      <w:r>
        <w:rPr>
          <w:rFonts w:ascii="宋体" w:hAnsi="宋体" w:eastAsia="宋体" w:cs="宋体"/>
          <w:color w:val="000000"/>
        </w:rPr>
        <w:t>、</w:t>
      </w:r>
      <w:r>
        <w:pict>
          <v:shape id="_x0000_i716668"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1784" o:title="eqIdced922d8d5c0697c23fa4a70cb4bf8ba"/>
            <o:lock v:ext="edit" aspectratio="t"/>
            <w10:wrap type="none"/>
            <w10:anchorlock/>
          </v:shape>
        </w:pict>
      </w:r>
      <w:r>
        <w:rPr>
          <w:rFonts w:ascii="宋体" w:hAnsi="宋体" w:eastAsia="宋体" w:cs="宋体"/>
          <w:color w:val="000000"/>
        </w:rPr>
        <w:t>，</w:t>
      </w:r>
      <w:r>
        <w:pict>
          <v:shape id="_x0000_i71666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789" o:title="eqIdacbc6a613224461ade69362d46550474"/>
            <o:lock v:ext="edit" aspectratio="t"/>
            <w10:wrap type="none"/>
            <w10:anchorlock/>
          </v:shape>
        </w:pict>
      </w:r>
      <w:r>
        <w:rPr>
          <w:rFonts w:ascii="宋体" w:hAnsi="宋体" w:eastAsia="宋体" w:cs="宋体"/>
          <w:color w:val="000000"/>
        </w:rPr>
        <w:t>，</w:t>
      </w:r>
      <w:r>
        <w:pict>
          <v:shape id="_x0000_i716670" o:spt="75" alt="学科网(www.zxxk.com)--教育资源门户，提供试卷、教案、课件、论文、素材以及各类教学资源下载，还有大量而丰富的教学相关资讯！" type="#_x0000_t75" style="height:15.15pt;width:15.15pt;" o:ole="t" filled="f" o:preferrelative="t" stroked="f" coordsize="21600,21600">
            <v:path/>
            <v:fill on="f" focussize="0,0"/>
            <v:stroke on="f" joinstyle="miter"/>
            <v:imagedata r:id="rId1786" o:title="eqId72fb378d6bf91902efa15881985c5e69"/>
            <o:lock v:ext="edit" aspectratio="t"/>
            <w10:wrap type="none"/>
            <w10:anchorlock/>
          </v:shape>
        </w:pict>
      </w:r>
      <w:r>
        <w:rPr>
          <w:rFonts w:ascii="宋体" w:hAnsi="宋体" w:eastAsia="宋体" w:cs="宋体"/>
          <w:color w:val="000000"/>
        </w:rPr>
        <w:t>、</w:t>
      </w:r>
      <w:r>
        <w:pict>
          <v:shape id="_x0000_i716671"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1790" o:title="eqId828dacc3a8b253d83c58da00d260849e"/>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pict>
          <v:shape id="_x0000_i716672" o:spt="75" alt="学科网(www.zxxk.com)--教育资源门户，提供试卷、教案、课件、论文、素材以及各类教学资源下载，还有大量而丰富的教学相关资讯！" type="#_x0000_t75" style="height:15.15pt;width:15.15pt;" o:ole="t" filled="f" o:preferrelative="t" stroked="f" coordsize="21600,21600">
            <v:path/>
            <v:fill on="f" focussize="0,0"/>
            <v:stroke on="f" joinstyle="miter"/>
            <v:imagedata r:id="rId1786" o:title="eqId72fb378d6bf91902efa15881985c5e69"/>
            <o:lock v:ext="edit" aspectratio="t"/>
            <w10:wrap type="none"/>
            <w10:anchorlock/>
          </v:shape>
        </w:pict>
      </w:r>
      <w:r>
        <w:rPr>
          <w:rFonts w:ascii="宋体" w:hAnsi="宋体" w:eastAsia="宋体" w:cs="宋体"/>
          <w:color w:val="000000"/>
        </w:rPr>
        <w:t>，共</w:t>
      </w:r>
      <w:r>
        <w:rPr>
          <w:rFonts w:ascii="Times New Roman" w:hAnsi="Times New Roman" w:eastAsia="Times New Roman" w:cs="Times New Roman"/>
          <w:color w:val="000000"/>
        </w:rPr>
        <w:t>6</w:t>
      </w:r>
      <w:r>
        <w:rPr>
          <w:rFonts w:ascii="宋体" w:hAnsi="宋体" w:eastAsia="宋体" w:cs="宋体"/>
          <w:color w:val="000000"/>
        </w:rPr>
        <w:t>个，则</w:t>
      </w:r>
      <w:r>
        <w:pict>
          <v:shape id="_x0000_i716673" o:spt="75" alt="学科网(www.zxxk.com)--教育资源门户，提供试卷、教案、课件、论文、素材以及各类教学资源下载，还有大量而丰富的教学相关资讯！" type="#_x0000_t75" style="height:18.35pt;width:40.1pt;" o:ole="t" filled="f" o:preferrelative="t" stroked="f" coordsize="21600,21600">
            <v:path/>
            <v:fill on="f" focussize="0,0"/>
            <v:stroke on="f" joinstyle="miter"/>
            <v:imagedata r:id="rId1791" o:title="eqId76043c72fb6d3ed75c93be116995267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674" o:spt="75" alt="学科网(www.zxxk.com)--教育资源门户，提供试卷、教案、课件、论文、素材以及各类教学资源下载，还有大量而丰富的教学相关资讯！" type="#_x0000_t75" style="height:13.95pt;width:38.15pt;" o:ole="t" filled="f" o:preferrelative="t" stroked="f" coordsize="21600,21600">
            <v:path/>
            <v:fill on="f" focussize="0,0"/>
            <v:stroke on="f" joinstyle="miter"/>
            <v:imagedata r:id="rId1792" o:title="eqId2f2f81727919c336d47f202abd5baa76"/>
            <o:lock v:ext="edit" aspectratio="t"/>
            <w10:wrap type="none"/>
            <w10:anchorlock/>
          </v:shape>
        </w:pict>
      </w:r>
      <w:r>
        <w:rPr>
          <w:rFonts w:ascii="宋体" w:hAnsi="宋体" w:eastAsia="宋体" w:cs="宋体"/>
          <w:color w:val="000000"/>
        </w:rPr>
        <w:t>时，</w:t>
      </w:r>
      <w:r>
        <w:pict>
          <v:shape id="_x0000_i716675" o:spt="75" alt="学科网(www.zxxk.com)--教育资源门户，提供试卷、教案、课件、论文、素材以及各类教学资源下载，还有大量而丰富的教学相关资讯！" type="#_x0000_t75" style="height:18.35pt;width:45.5pt;" o:ole="t" filled="f" o:preferrelative="t" stroked="f" coordsize="21600,21600">
            <v:path/>
            <v:fill on="f" focussize="0,0"/>
            <v:stroke on="f" joinstyle="miter"/>
            <v:imagedata r:id="rId1793" o:title="eqId84e73ad3ceedb1053979fb297636647b"/>
            <o:lock v:ext="edit" aspectratio="t"/>
            <w10:wrap type="none"/>
            <w10:anchorlock/>
          </v:shape>
        </w:pict>
      </w:r>
      <w:r>
        <w:rPr>
          <w:rFonts w:ascii="宋体" w:hAnsi="宋体" w:eastAsia="宋体" w:cs="宋体"/>
          <w:color w:val="000000"/>
        </w:rPr>
        <w:t>，</w:t>
      </w:r>
      <w:r>
        <w:pict>
          <v:shape id="_x0000_i716676"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1794" o:title="eqId367e788c32187ae2cc97aaa24da1d40d"/>
            <o:lock v:ext="edit" aspectratio="t"/>
            <w10:wrap type="none"/>
            <w10:anchorlock/>
          </v:shape>
        </w:pict>
      </w:r>
      <w:r>
        <w:rPr>
          <w:rFonts w:ascii="宋体" w:hAnsi="宋体" w:eastAsia="宋体" w:cs="宋体"/>
          <w:color w:val="000000"/>
        </w:rPr>
        <w:t>时，</w:t>
      </w:r>
      <w:r>
        <w:pict>
          <v:shape id="_x0000_i716677" o:spt="75" alt="学科网(www.zxxk.com)--教育资源门户，提供试卷、教案、课件、论文、素材以及各类教学资源下载，还有大量而丰富的教学相关资讯！" type="#_x0000_t75" style="height:18.35pt;width:44.85pt;" o:ole="t" filled="f" o:preferrelative="t" stroked="f" coordsize="21600,21600">
            <v:path/>
            <v:fill on="f" focussize="0,0"/>
            <v:stroke on="f" joinstyle="miter"/>
            <v:imagedata r:id="rId1795" o:title="eqIdd1d59ace118c65b57005d4c6cf30acb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6678" o:spt="75" alt="学科网(www.zxxk.com)--教育资源门户，提供试卷、教案、课件、论文、素材以及各类教学资源下载，还有大量而丰富的教学相关资讯！" type="#_x0000_t75" style="height:18.35pt;width:91pt;" o:ole="t" filled="f" o:preferrelative="t" stroked="f" coordsize="21600,21600">
            <v:path/>
            <v:fill on="f" focussize="0,0"/>
            <v:stroke on="f" joinstyle="miter"/>
            <v:imagedata r:id="rId1796" o:title="eqId8e9d8b99f130c9e55f3f0bfef72a806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679" o:spt="75" alt="学科网(www.zxxk.com)--教育资源门户，提供试卷、教案、课件、论文、素材以及各类教学资源下载，还有大量而丰富的教学相关资讯！" type="#_x0000_t75" style="height:14.4pt;width:15.65pt;" o:ole="t" filled="f" o:preferrelative="t" stroked="f" coordsize="21600,21600">
            <v:path/>
            <v:fill on="f" focussize="0,0"/>
            <v:stroke on="f" joinstyle="miter"/>
            <v:imagedata r:id="rId1797" o:title="eqId525057be6f52d6a855ff2146572eff6f"/>
            <o:lock v:ext="edit" aspectratio="t"/>
            <w10:wrap type="none"/>
            <w10:anchorlock/>
          </v:shape>
        </w:pict>
      </w:r>
      <w:r>
        <w:rPr>
          <w:rFonts w:ascii="宋体" w:hAnsi="宋体" w:eastAsia="宋体" w:cs="宋体"/>
          <w:color w:val="000000"/>
        </w:rPr>
        <w:t>．</w:t>
      </w:r>
    </w:p>
    <w:p>
      <w:pPr>
        <w:pStyle w:val="Heading2"/>
      </w:pPr>
      <w:r>
        <w:t>大兴区</w:t>
      </w:r>
    </w:p>
    <w:p>
      <w:pPr>
        <w:spacing w:line="360" w:lineRule="auto"/>
        <w:jc w:val="left"/>
        <w:textAlignment w:val="center"/>
        <w:rPr>
          <w:color w:val="000000"/>
        </w:rPr>
      </w:pPr>
      <w:r>
        <w:rPr>
          <w:color w:val="000000"/>
        </w:rPr>
        <w:t xml:space="preserve">27. </w:t>
      </w:r>
      <w:r>
        <w:rPr>
          <w:rFonts w:ascii="宋体" w:hAnsi="宋体" w:eastAsia="宋体" w:cs="宋体"/>
          <w:color w:val="000000"/>
        </w:rPr>
        <w:t>如图，将一根木棒（阴影部分）放在数轴上，木棒的左端与数轴上的点</w:t>
      </w:r>
      <w:r>
        <w:rPr>
          <w:rFonts w:ascii="Times New Roman" w:hAnsi="Times New Roman" w:eastAsia="Times New Roman" w:cs="Times New Roman"/>
          <w:i/>
          <w:color w:val="000000"/>
        </w:rPr>
        <w:t>A</w:t>
      </w:r>
      <w:r>
        <w:rPr>
          <w:rFonts w:ascii="宋体" w:hAnsi="宋体" w:eastAsia="宋体" w:cs="宋体"/>
          <w:color w:val="000000"/>
        </w:rPr>
        <w:t>重合，右端与点</w:t>
      </w:r>
      <w:r>
        <w:pict>
          <v:shape id="_x0000_i71668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798" o:title="eqId7f9e8449aad35c5d840a3395ea86df6d"/>
            <o:lock v:ext="edit" aspectratio="t"/>
            <w10:wrap type="none"/>
            <w10:anchorlock/>
          </v:shape>
        </w:pict>
      </w:r>
      <w:r>
        <w:rPr>
          <w:rFonts w:ascii="宋体" w:hAnsi="宋体" w:eastAsia="宋体" w:cs="宋体"/>
          <w:color w:val="000000"/>
        </w:rPr>
        <w:t>重合．</w:t>
      </w:r>
    </w:p>
    <w:p>
      <w:pPr>
        <w:spacing w:line="360" w:lineRule="auto"/>
        <w:jc w:val="left"/>
        <w:textAlignment w:val="center"/>
        <w:rPr>
          <w:color w:val="000000"/>
        </w:rPr>
      </w:pPr>
      <w:r>
        <w:rPr>
          <w:color w:val="000000"/>
        </w:rPr>
        <w:drawing>
          <wp:inline distT="0" distB="0" distL="114300" distR="114300">
            <wp:extent cx="2047875" cy="304800"/>
            <wp:effectExtent l="0" t="0" r="0" b="0"/>
            <wp:docPr id="3655"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6" name="图片 100011" descr="学科网(www.zxxk.com)--教育资源门户，提供试卷、教案、课件、论文、素材以及各类教学资源下载，还有大量而丰富的教学相关资讯！"/>
                    <pic:cNvPicPr>
                      <a:picLocks noChangeAspect="1"/>
                    </pic:cNvPicPr>
                  </pic:nvPicPr>
                  <pic:blipFill>
                    <a:blip r:embed="rId1799"/>
                    <a:stretch>
                      <a:fillRect/>
                    </a:stretch>
                  </pic:blipFill>
                  <pic:spPr>
                    <a:xfrm>
                      <a:off x="0" y="0"/>
                      <a:ext cx="2047875" cy="304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若将木棒沿数轴向右水平移动，则当它的左端移动到点</w:t>
      </w:r>
      <w:r>
        <w:pict>
          <v:shape id="_x0000_i71668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00" o:title="eqId7f9e8449aad35c5d840a3395ea86df6d"/>
            <o:lock v:ext="edit" aspectratio="t"/>
            <w10:wrap type="none"/>
            <w10:anchorlock/>
          </v:shape>
        </w:pict>
      </w:r>
      <w:r>
        <w:rPr>
          <w:rFonts w:ascii="宋体" w:hAnsi="宋体" w:eastAsia="宋体" w:cs="宋体"/>
          <w:color w:val="000000"/>
        </w:rPr>
        <w:t>时，它的右端在数轴上对应的数为</w:t>
      </w:r>
      <w:r>
        <w:rPr>
          <w:rFonts w:ascii="Times New Roman" w:hAnsi="Times New Roman" w:eastAsia="Times New Roman" w:cs="Times New Roman"/>
          <w:color w:val="000000"/>
        </w:rPr>
        <w:t>8</w:t>
      </w:r>
      <w:r>
        <w:rPr>
          <w:rFonts w:ascii="宋体" w:hAnsi="宋体" w:eastAsia="宋体" w:cs="宋体"/>
          <w:color w:val="000000"/>
        </w:rPr>
        <w:t>；若将木棒沿数轴向左水平移动，则当它的右端移动到点</w:t>
      </w:r>
      <w:r>
        <w:rPr>
          <w:rFonts w:ascii="Times New Roman" w:hAnsi="Times New Roman" w:eastAsia="Times New Roman" w:cs="Times New Roman"/>
          <w:i/>
          <w:color w:val="000000"/>
        </w:rPr>
        <w:t>A</w:t>
      </w:r>
      <w:r>
        <w:rPr>
          <w:rFonts w:ascii="宋体" w:hAnsi="宋体" w:eastAsia="宋体" w:cs="宋体"/>
          <w:color w:val="000000"/>
        </w:rPr>
        <w:t>时，它的左端在数轴上对应的数为</w:t>
      </w:r>
      <w:r>
        <w:rPr>
          <w:rFonts w:ascii="Times New Roman" w:hAnsi="Times New Roman" w:eastAsia="Times New Roman" w:cs="Times New Roman"/>
          <w:color w:val="000000"/>
        </w:rPr>
        <w:t>2</w:t>
      </w:r>
      <w:r>
        <w:rPr>
          <w:rFonts w:ascii="宋体" w:hAnsi="宋体" w:eastAsia="宋体" w:cs="宋体"/>
          <w:color w:val="000000"/>
        </w:rPr>
        <w:t>，由此可得到图中点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，点</w:t>
      </w:r>
      <w:r>
        <w:pict>
          <v:shape id="_x0000_i71668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00" o:title="eqId7f9e8449aad35c5d840a3395ea86df6d"/>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体会（</w:t>
      </w:r>
      <w:r>
        <w:rPr>
          <w:rFonts w:ascii="Times New Roman" w:hAnsi="Times New Roman" w:eastAsia="Times New Roman" w:cs="Times New Roman"/>
          <w:color w:val="000000"/>
        </w:rPr>
        <w:t>1</w:t>
      </w:r>
      <w:r>
        <w:rPr>
          <w:rFonts w:ascii="宋体" w:hAnsi="宋体" w:eastAsia="宋体" w:cs="宋体"/>
          <w:color w:val="000000"/>
        </w:rPr>
        <w:t>）的探究过程，请你借助数轴这个工具解决下面的问题：</w:t>
      </w:r>
    </w:p>
    <w:p>
      <w:pPr>
        <w:spacing w:line="360" w:lineRule="auto"/>
        <w:jc w:val="left"/>
        <w:textAlignment w:val="center"/>
        <w:rPr>
          <w:color w:val="000000"/>
        </w:rPr>
      </w:pPr>
      <w:r>
        <w:rPr>
          <w:rFonts w:ascii="宋体" w:hAnsi="宋体" w:eastAsia="宋体" w:cs="宋体"/>
          <w:color w:val="000000"/>
        </w:rPr>
        <w:t>一天，红红去问妈妈，奶奶的年龄是多少，妈妈说：“奶奶若是你现在这么大，你还要</w:t>
      </w:r>
      <w:r>
        <w:rPr>
          <w:rFonts w:ascii="Times New Roman" w:hAnsi="Times New Roman" w:eastAsia="Times New Roman" w:cs="Times New Roman"/>
          <w:color w:val="000000"/>
        </w:rPr>
        <w:t>45</w:t>
      </w:r>
      <w:r>
        <w:rPr>
          <w:rFonts w:ascii="宋体" w:hAnsi="宋体" w:eastAsia="宋体" w:cs="宋体"/>
          <w:color w:val="000000"/>
        </w:rPr>
        <w:t>年才出生；你若到了奶奶现在的年龄，奶奶就是</w:t>
      </w:r>
      <w:r>
        <w:rPr>
          <w:rFonts w:ascii="Times New Roman" w:hAnsi="Times New Roman" w:eastAsia="Times New Roman" w:cs="Times New Roman"/>
          <w:color w:val="000000"/>
        </w:rPr>
        <w:t>120</w:t>
      </w:r>
      <w:r>
        <w:rPr>
          <w:rFonts w:ascii="宋体" w:hAnsi="宋体" w:eastAsia="宋体" w:cs="宋体"/>
          <w:color w:val="000000"/>
        </w:rPr>
        <w:t>岁的老寿星了，哈哈</w:t>
      </w:r>
      <w:r>
        <w:rPr>
          <w:rFonts w:ascii="Times New Roman" w:hAnsi="Times New Roman" w:eastAsia="Times New Roman" w:cs="Times New Roman"/>
          <w:color w:val="000000"/>
        </w:rPr>
        <w:t>!</w:t>
      </w:r>
      <w:r>
        <w:rPr>
          <w:rFonts w:ascii="宋体" w:hAnsi="宋体" w:eastAsia="宋体" w:cs="宋体"/>
          <w:color w:val="000000"/>
        </w:rPr>
        <w:t>”求奶奶现在的年龄．</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color w:val="000000"/>
        </w:rPr>
        <w:t xml:space="preserve">    （2）</w:t>
      </w:r>
      <w:r>
        <w:rPr>
          <w:rFonts w:ascii="宋体" w:hAnsi="宋体" w:eastAsia="宋体" w:cs="宋体"/>
          <w:color w:val="000000"/>
        </w:rPr>
        <w:t>奶奶现在的年龄为</w:t>
      </w:r>
      <w:r>
        <w:rPr>
          <w:rFonts w:ascii="Times New Roman" w:hAnsi="Times New Roman" w:eastAsia="Times New Roman" w:cs="Times New Roman"/>
          <w:color w:val="000000"/>
        </w:rPr>
        <w:t>65</w:t>
      </w:r>
      <w:r>
        <w:rPr>
          <w:rFonts w:ascii="宋体" w:hAnsi="宋体" w:eastAsia="宋体" w:cs="宋体"/>
          <w:color w:val="000000"/>
        </w:rPr>
        <w:t>岁</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）由观察数轴可知三根这样长的木棒的长度，即可求出这根木棒的长；根据这根木棒的长，结合图中的已知条件即可求得</w:t>
      </w:r>
      <w:r>
        <w:rPr>
          <w:rFonts w:ascii="Times New Roman" w:hAnsi="Times New Roman" w:eastAsia="Times New Roman" w:cs="Times New Roman"/>
          <w:i/>
          <w:color w:val="000000"/>
        </w:rPr>
        <w:t>A</w:t>
      </w:r>
      <w:r>
        <w:rPr>
          <w:rFonts w:ascii="宋体" w:hAnsi="宋体" w:eastAsia="宋体" w:cs="宋体"/>
          <w:color w:val="000000"/>
        </w:rPr>
        <w:t>和</w:t>
      </w:r>
      <w:r>
        <w:pict>
          <v:shape id="_x0000_i71668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01" o:title="eqId7f9e8449aad35c5d840a3395ea86df6d"/>
            <o:lock v:ext="edit" aspectratio="t"/>
            <w10:wrap type="none"/>
            <w10:anchorlock/>
          </v:shape>
        </w:pict>
      </w:r>
      <w:r>
        <w:rPr>
          <w:rFonts w:ascii="宋体" w:hAnsi="宋体" w:eastAsia="宋体" w:cs="宋体"/>
          <w:color w:val="000000"/>
        </w:rPr>
        <w:t>所表示的数；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）根据题意，设数轴上小木棒的</w:t>
      </w:r>
      <w:r>
        <w:rPr>
          <w:rFonts w:ascii="Times New Roman" w:hAnsi="Times New Roman" w:eastAsia="Times New Roman" w:cs="Times New Roman"/>
          <w:i/>
          <w:color w:val="000000"/>
        </w:rPr>
        <w:t>A</w:t>
      </w:r>
      <w:r>
        <w:rPr>
          <w:rFonts w:ascii="宋体" w:hAnsi="宋体" w:eastAsia="宋体" w:cs="宋体"/>
          <w:color w:val="000000"/>
        </w:rPr>
        <w:t>端表示红红的年龄，小木棒的</w:t>
      </w:r>
      <w:r>
        <w:pict>
          <v:shape id="_x0000_i71668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02" o:title="eqId7f9e8449aad35c5d840a3395ea86df6d"/>
            <o:lock v:ext="edit" aspectratio="t"/>
            <w10:wrap type="none"/>
            <w10:anchorlock/>
          </v:shape>
        </w:pict>
      </w:r>
      <w:r>
        <w:rPr>
          <w:rFonts w:ascii="宋体" w:hAnsi="宋体" w:eastAsia="宋体" w:cs="宋体"/>
          <w:color w:val="000000"/>
        </w:rPr>
        <w:t>端表示奶奶的年龄，则小木棒的长表示二人的年龄差，由此参照（</w:t>
      </w:r>
      <w:r>
        <w:pict>
          <v:shape id="_x0000_i71668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803" o:title="eqIdbdaa19de263700a15fcf213d64a8cd57"/>
            <o:lock v:ext="edit" aspectratio="t"/>
            <w10:wrap type="none"/>
            <w10:anchorlock/>
          </v:shape>
        </w:pict>
      </w:r>
      <w:r>
        <w:rPr>
          <w:rFonts w:ascii="宋体" w:hAnsi="宋体" w:eastAsia="宋体" w:cs="宋体"/>
          <w:color w:val="000000"/>
        </w:rPr>
        <w:t>）中的方法结合已知条件分析解答即可．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解：观察数轴可知三根这样长的木棒长为</w:t>
      </w:r>
      <w:r>
        <w:pict>
          <v:shape id="_x0000_i716686"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1804" o:title="eqId051483d743300c4a689de401c634bad5"/>
            <o:lock v:ext="edit" aspectratio="t"/>
            <w10:wrap type="none"/>
            <w10:anchorlock/>
          </v:shape>
        </w:pict>
      </w:r>
      <w:r>
        <w:rPr>
          <w:rFonts w:ascii="宋体" w:hAnsi="宋体" w:eastAsia="宋体" w:cs="宋体"/>
          <w:color w:val="000000"/>
        </w:rPr>
        <w:t>，则这根木棒的长为</w:t>
      </w:r>
      <w:r>
        <w:pict>
          <v:shape id="_x0000_i716687"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1805" o:title="eqId01b794ac458fe40eef6d3176ef995bb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∴图中点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16688" o:spt="75" alt="学科网(www.zxxk.com)--教育资源门户，提供试卷、教案、课件、论文、素材以及各类教学资源下载，还有大量而丰富的教学相关资讯！" type="#_x0000_t75" style="height:12.75pt;width:44.25pt;" o:ole="t" filled="f" o:preferrelative="t" stroked="f" coordsize="21600,21600">
            <v:path/>
            <v:fill on="f" focussize="0,0"/>
            <v:stroke on="f" joinstyle="miter"/>
            <v:imagedata r:id="rId1806" o:title="eqId272b269c1bad1a0383686a5bdef18b9e"/>
            <o:lock v:ext="edit" aspectratio="t"/>
            <w10:wrap type="none"/>
            <w10:anchorlock/>
          </v:shape>
        </w:pict>
      </w:r>
      <w:r>
        <w:rPr>
          <w:rFonts w:ascii="宋体" w:hAnsi="宋体" w:eastAsia="宋体" w:cs="宋体"/>
          <w:color w:val="000000"/>
        </w:rPr>
        <w:t>，点</w:t>
      </w:r>
      <w:r>
        <w:pict>
          <v:shape id="_x0000_i71668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07" o:title="eqId7f9e8449aad35c5d840a3395ea86df6d"/>
            <o:lock v:ext="edit" aspectratio="t"/>
            <w10:wrap type="none"/>
            <w10:anchorlock/>
          </v:shape>
        </w:pict>
      </w:r>
      <w:r>
        <w:rPr>
          <w:rFonts w:ascii="宋体" w:hAnsi="宋体" w:eastAsia="宋体" w:cs="宋体"/>
          <w:color w:val="000000"/>
        </w:rPr>
        <w:t>表示的数是</w:t>
      </w:r>
      <w:r>
        <w:pict>
          <v:shape id="_x0000_i716690" o:spt="75" alt="学科网(www.zxxk.com)--教育资源门户，提供试卷、教案、课件、论文、素材以及各类教学资源下载，还有大量而丰富的教学相关资讯！" type="#_x0000_t75" style="height:13.9pt;width:44.15pt;" o:ole="t" filled="f" o:preferrelative="t" stroked="f" coordsize="21600,21600">
            <v:path/>
            <v:fill on="f" focussize="0,0"/>
            <v:stroke on="f" joinstyle="miter"/>
            <v:imagedata r:id="rId1808" o:title="eqId2074c44764ef54349fbf7d7875dfe97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解：借助数轴，把红红和奶奶的年龄差看做木棒</w:t>
      </w:r>
      <w:r>
        <w:pict>
          <v:shape id="_x0000_i71669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09" o:title="eqIdf52a58fbaf4fea03567e88a9f0f6e37e"/>
            <o:lock v:ext="edit" aspectratio="t"/>
            <w10:wrap type="none"/>
            <w10:anchorlock/>
          </v:shape>
        </w:pict>
      </w:r>
      <w:r>
        <w:rPr>
          <w:rFonts w:ascii="宋体" w:hAnsi="宋体" w:eastAsia="宋体" w:cs="宋体"/>
          <w:color w:val="000000"/>
        </w:rPr>
        <w:t>，奶奶像红红这样大时，可看作点</w:t>
      </w:r>
      <w:r>
        <w:pict>
          <v:shape id="_x0000_i71669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10" o:title="eqId7f9e8449aad35c5d840a3395ea86df6d"/>
            <o:lock v:ext="edit" aspectratio="t"/>
            <w10:wrap type="none"/>
            <w10:anchorlock/>
          </v:shape>
        </w:pict>
      </w:r>
      <w:r>
        <w:rPr>
          <w:rFonts w:ascii="宋体" w:hAnsi="宋体" w:eastAsia="宋体" w:cs="宋体"/>
          <w:color w:val="000000"/>
        </w:rPr>
        <w:t>移动到点</w:t>
      </w:r>
      <w:r>
        <w:rPr>
          <w:rFonts w:ascii="Times New Roman" w:hAnsi="Times New Roman" w:eastAsia="Times New Roman" w:cs="Times New Roman"/>
          <w:i/>
          <w:color w:val="000000"/>
        </w:rPr>
        <w:t>A</w:t>
      </w:r>
      <w:r>
        <w:rPr>
          <w:rFonts w:ascii="宋体" w:hAnsi="宋体" w:eastAsia="宋体" w:cs="宋体"/>
          <w:color w:val="000000"/>
        </w:rPr>
        <w:t>，此时点</w:t>
      </w:r>
      <w:r>
        <w:rPr>
          <w:rFonts w:ascii="Times New Roman" w:hAnsi="Times New Roman" w:eastAsia="Times New Roman" w:cs="Times New Roman"/>
          <w:i/>
          <w:color w:val="000000"/>
        </w:rPr>
        <w:t>A</w:t>
      </w:r>
      <w:r>
        <w:rPr>
          <w:rFonts w:ascii="宋体" w:hAnsi="宋体" w:eastAsia="宋体" w:cs="宋体"/>
          <w:color w:val="000000"/>
        </w:rPr>
        <w:t>向左移后所对应的数为</w:t>
      </w:r>
      <w:r>
        <w:pict>
          <v:shape id="_x0000_i716693" o:spt="75" alt="学科网(www.zxxk.com)--教育资源门户，提供试卷、教案、课件、论文、素材以及各类教学资源下载，还有大量而丰富的教学相关资讯！" type="#_x0000_t75" style="height:13.95pt;width:22pt;" o:ole="t" filled="f" o:preferrelative="t" stroked="f" coordsize="21600,21600">
            <v:path/>
            <v:fill on="f" focussize="0,0"/>
            <v:stroke on="f" joinstyle="miter"/>
            <v:imagedata r:id="rId1811" o:title="eqId7e47e81a68121fad598f1e8be775d458"/>
            <o:lock v:ext="edit" aspectratio="t"/>
            <w10:wrap type="none"/>
            <w10:anchorlock/>
          </v:shape>
        </w:pict>
      </w:r>
      <w:r>
        <w:rPr>
          <w:rFonts w:ascii="宋体" w:hAnsi="宋体" w:eastAsia="宋体" w:cs="宋体"/>
          <w:color w:val="000000"/>
        </w:rPr>
        <w:t>，红红像奶奶现在的年龄时，可看作点</w:t>
      </w:r>
      <w:r>
        <w:pict>
          <v:shape id="_x0000_i71669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812" o:title="eqId5963abe8f421bd99a2aaa94831a951e9"/>
            <o:lock v:ext="edit" aspectratio="t"/>
            <w10:wrap type="none"/>
            <w10:anchorlock/>
          </v:shape>
        </w:pict>
      </w:r>
      <w:r>
        <w:rPr>
          <w:rFonts w:ascii="宋体" w:hAnsi="宋体" w:eastAsia="宋体" w:cs="宋体"/>
          <w:color w:val="000000"/>
        </w:rPr>
        <w:t>移动到点</w:t>
      </w:r>
      <w:r>
        <w:pict>
          <v:shape id="_x0000_i71669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10" o:title="eqId7f9e8449aad35c5d840a3395ea86df6d"/>
            <o:lock v:ext="edit" aspectratio="t"/>
            <w10:wrap type="none"/>
            <w10:anchorlock/>
          </v:shape>
        </w:pict>
      </w:r>
      <w:r>
        <w:rPr>
          <w:rFonts w:ascii="宋体" w:hAnsi="宋体" w:eastAsia="宋体" w:cs="宋体"/>
          <w:color w:val="000000"/>
        </w:rPr>
        <w:t>，此时点</w:t>
      </w:r>
      <w:r>
        <w:rPr>
          <w:rFonts w:ascii="Times New Roman" w:hAnsi="Times New Roman" w:eastAsia="Times New Roman" w:cs="Times New Roman"/>
          <w:i/>
          <w:color w:val="000000"/>
        </w:rPr>
        <w:t>B</w:t>
      </w:r>
      <w:r>
        <w:rPr>
          <w:rFonts w:ascii="宋体" w:hAnsi="宋体" w:eastAsia="宋体" w:cs="宋体"/>
          <w:color w:val="000000"/>
        </w:rPr>
        <w:t>向右移后所对应的数为</w:t>
      </w:r>
      <w:r>
        <w:pict>
          <v:shape id="_x0000_i71669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813" o:title="eqId74fff35cf1ffeef5fa1e7ad51d849ef0"/>
            <o:lock v:ext="edit" aspectratio="t"/>
            <w10:wrap type="none"/>
            <w10:anchorlock/>
          </v:shape>
        </w:pict>
      </w:r>
      <w:r>
        <w:rPr>
          <w:color w:val="000000"/>
        </w:rPr>
        <w:t>，</w:t>
      </w:r>
      <w:r>
        <w:rPr>
          <w:rFonts w:ascii="宋体" w:hAnsi="宋体" w:eastAsia="宋体" w:cs="宋体"/>
          <w:color w:val="000000"/>
        </w:rPr>
        <w:t>且奶奶比红红大，</w:t>
      </w:r>
    </w:p>
    <w:p>
      <w:pPr>
        <w:spacing w:line="360" w:lineRule="auto"/>
        <w:jc w:val="left"/>
        <w:textAlignment w:val="center"/>
        <w:rPr>
          <w:color w:val="000000"/>
        </w:rPr>
      </w:pPr>
      <w:r>
        <w:pict>
          <v:shape id="_x0000_i716697" o:spt="75" alt="学科网(www.zxxk.com)--教育资源门户，提供试卷、教案、课件、论文、素材以及各类教学资源下载，还有大量而丰富的教学相关资讯！" type="#_x0000_t75" style="height:22.2pt;width:108pt;" o:ole="t" filled="f" o:preferrelative="t" stroked="f" coordsize="21600,21600">
            <v:path/>
            <v:fill on="f" focussize="0,0"/>
            <v:stroke on="f" joinstyle="miter"/>
            <v:imagedata r:id="rId1814" o:title="eqIdec6cf9c232be06571929b6d6b5f6f49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∴奶奶现在的年龄为</w:t>
      </w:r>
      <w:r>
        <w:pict>
          <v:shape id="_x0000_i716698" o:spt="75" alt="学科网(www.zxxk.com)--教育资源门户，提供试卷、教案、课件、论文、素材以及各类教学资源下载，还有大量而丰富的教学相关资讯！" type="#_x0000_t75" style="height:13.75pt;width:65.75pt;" o:ole="t" filled="f" o:preferrelative="t" stroked="f" coordsize="21600,21600">
            <v:path/>
            <v:fill on="f" focussize="0,0"/>
            <v:stroke on="f" joinstyle="miter"/>
            <v:imagedata r:id="rId1815" o:title="eqIdba4604d64f882727ce74523ea0091ae2"/>
            <o:lock v:ext="edit" aspectratio="t"/>
            <w10:wrap type="none"/>
            <w10:anchorlock/>
          </v:shape>
        </w:pict>
      </w:r>
      <w:r>
        <w:rPr>
          <w:rFonts w:ascii="宋体" w:hAnsi="宋体" w:eastAsia="宋体" w:cs="宋体"/>
          <w:color w:val="000000"/>
        </w:rPr>
        <w:t>（岁）．</w:t>
      </w:r>
    </w:p>
    <w:p>
      <w:pPr>
        <w:spacing w:line="360" w:lineRule="auto"/>
        <w:jc w:val="left"/>
        <w:textAlignment w:val="center"/>
        <w:rPr>
          <w:color w:val="000000"/>
        </w:rPr>
      </w:pPr>
      <w:r>
        <w:rPr>
          <w:color w:val="000000"/>
        </w:rPr>
        <w:t>【点睛】</w:t>
      </w:r>
      <w:r>
        <w:rPr>
          <w:rFonts w:ascii="宋体" w:hAnsi="宋体" w:eastAsia="宋体" w:cs="宋体"/>
          <w:color w:val="000000"/>
        </w:rPr>
        <w:t>此题考查认识数轴及用数轴表示有理数和有理数的加减法，有理数四则混合运算的应用，数轴上两点之间的距离，用数轴上点表示有理数，难度一般，读懂题干要求是关键．</w:t>
      </w:r>
    </w:p>
    <w:p>
      <w:pPr>
        <w:spacing w:line="360" w:lineRule="auto"/>
        <w:jc w:val="left"/>
        <w:textAlignment w:val="center"/>
        <w:rPr>
          <w:color w:val="000000"/>
        </w:rPr>
      </w:pPr>
      <w:r>
        <w:rPr>
          <w:color w:val="000000"/>
        </w:rPr>
        <w:t xml:space="preserve">28. </w:t>
      </w:r>
      <w:r>
        <w:rPr>
          <w:rFonts w:ascii="宋体" w:hAnsi="宋体" w:eastAsia="宋体" w:cs="宋体"/>
          <w:color w:val="000000"/>
        </w:rPr>
        <w:t>观察下列两个等式：</w:t>
      </w:r>
      <w:r>
        <w:pict>
          <v:shape id="_x0000_i716699" o:spt="75" alt="学科网(www.zxxk.com)--教育资源门户，提供试卷、教案、课件、论文、素材以及各类教学资源下载，还有大量而丰富的教学相关资讯！" type="#_x0000_t75" style="height:31.2pt;width:163.2pt;" o:ole="t" filled="f" o:preferrelative="t" stroked="f" coordsize="21600,21600">
            <v:path/>
            <v:fill on="f" focussize="0,0"/>
            <v:stroke on="f" joinstyle="miter"/>
            <v:imagedata r:id="rId1816" o:title="eqId15ff422810aa5a805de5e3fe892d2c28"/>
            <o:lock v:ext="edit" aspectratio="t"/>
            <w10:wrap type="none"/>
            <w10:anchorlock/>
          </v:shape>
        </w:pict>
      </w:r>
      <w:r>
        <w:rPr>
          <w:rFonts w:ascii="宋体" w:hAnsi="宋体" w:eastAsia="宋体" w:cs="宋体"/>
          <w:color w:val="000000"/>
        </w:rPr>
        <w:t>，给出定义如下：</w:t>
      </w:r>
    </w:p>
    <w:p>
      <w:pPr>
        <w:spacing w:line="360" w:lineRule="auto"/>
        <w:jc w:val="left"/>
        <w:textAlignment w:val="center"/>
        <w:rPr>
          <w:color w:val="000000"/>
        </w:rPr>
      </w:pPr>
      <w:r>
        <w:rPr>
          <w:rFonts w:ascii="宋体" w:hAnsi="宋体" w:eastAsia="宋体" w:cs="宋体"/>
          <w:color w:val="000000"/>
        </w:rPr>
        <w:t>若对于数对</w:t>
      </w:r>
      <w:r>
        <w:pict>
          <v:shape id="_x0000_i716700"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1817" o:title="eqId4562f3225c98cf5cb11b47d98c9cc9c3"/>
            <o:lock v:ext="edit" aspectratio="t"/>
            <w10:wrap type="none"/>
            <w10:anchorlock/>
          </v:shape>
        </w:pict>
      </w:r>
      <w:r>
        <w:rPr>
          <w:rFonts w:ascii="宋体" w:hAnsi="宋体" w:eastAsia="宋体" w:cs="宋体"/>
          <w:color w:val="000000"/>
        </w:rPr>
        <w:t>，使等式</w:t>
      </w:r>
      <w:r>
        <w:pict>
          <v:shape id="_x0000_i716701" o:spt="75" alt="学科网(www.zxxk.com)--教育资源门户，提供试卷、教案、课件、论文、素材以及各类教学资源下载，还有大量而丰富的教学相关资讯！" type="#_x0000_t75" style="height:13.8pt;width:69pt;" o:ole="t" filled="f" o:preferrelative="t" stroked="f" coordsize="21600,21600">
            <v:path/>
            <v:fill on="f" focussize="0,0"/>
            <v:stroke on="f" joinstyle="miter"/>
            <v:imagedata r:id="rId1818" o:title="eqIdfb792a74e7709be58a3134797c6056ec"/>
            <o:lock v:ext="edit" aspectratio="t"/>
            <w10:wrap type="none"/>
            <w10:anchorlock/>
          </v:shape>
        </w:pict>
      </w:r>
      <w:r>
        <w:rPr>
          <w:rFonts w:ascii="宋体" w:hAnsi="宋体" w:eastAsia="宋体" w:cs="宋体"/>
          <w:color w:val="000000"/>
        </w:rPr>
        <w:t>成立，则称数对</w:t>
      </w:r>
      <w:r>
        <w:pict>
          <v:shape id="_x0000_i716702"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1817" o:title="eqId4562f3225c98cf5cb11b47d98c9cc9c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4</w:t>
      </w:r>
      <w:r>
        <w:rPr>
          <w:rFonts w:ascii="宋体" w:hAnsi="宋体" w:eastAsia="宋体" w:cs="宋体"/>
          <w:color w:val="000000"/>
        </w:rPr>
        <w:t>相关数对”，</w:t>
      </w:r>
    </w:p>
    <w:p>
      <w:pPr>
        <w:spacing w:line="360" w:lineRule="auto"/>
        <w:jc w:val="left"/>
        <w:textAlignment w:val="center"/>
        <w:rPr>
          <w:color w:val="000000"/>
        </w:rPr>
      </w:pPr>
      <w:r>
        <w:rPr>
          <w:rFonts w:ascii="宋体" w:hAnsi="宋体" w:eastAsia="宋体" w:cs="宋体"/>
          <w:color w:val="000000"/>
        </w:rPr>
        <w:t>如：</w:t>
      </w:r>
      <w:r>
        <w:pict>
          <v:shape id="_x0000_i716703" o:spt="75" alt="学科网(www.zxxk.com)--教育资源门户，提供试卷、教案、课件、论文、素材以及各类教学资源下载，还有大量而丰富的教学相关资讯！" type="#_x0000_t75" style="height:19.8pt;width:111pt;" o:ole="t" filled="f" o:preferrelative="t" stroked="f" coordsize="21600,21600">
            <v:path/>
            <v:fill on="f" focussize="0,0"/>
            <v:stroke on="f" joinstyle="miter"/>
            <v:imagedata r:id="rId1819" o:title="eqIdb49b72e3c8f13a1340a0921d612abe2f"/>
            <o:lock v:ext="edit" aspectratio="t"/>
            <w10:wrap type="none"/>
            <w10:anchorlock/>
          </v:shape>
        </w:pict>
      </w:r>
      <w:r>
        <w:rPr>
          <w:rFonts w:ascii="宋体" w:hAnsi="宋体" w:eastAsia="宋体" w:cs="宋体"/>
          <w:color w:val="000000"/>
        </w:rPr>
        <w:t>，所以数对</w:t>
      </w:r>
      <w:r>
        <w:pict>
          <v:shape id="_x0000_i716704" o:spt="75" alt="学科网(www.zxxk.com)--教育资源门户，提供试卷、教案、课件、论文、素材以及各类教学资源下载，还有大量而丰富的教学相关资讯！" type="#_x0000_t75" style="height:19.8pt;width:36pt;" o:ole="t" filled="f" o:preferrelative="t" stroked="f" coordsize="21600,21600">
            <v:path/>
            <v:fill on="f" focussize="0,0"/>
            <v:stroke on="f" joinstyle="miter"/>
            <v:imagedata r:id="rId1820" o:title="eqIdd483dd3a65702ed0cd7df766300d03b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4</w:t>
      </w:r>
      <w:r>
        <w:rPr>
          <w:rFonts w:ascii="宋体" w:hAnsi="宋体" w:eastAsia="宋体" w:cs="宋体"/>
          <w:color w:val="000000"/>
        </w:rPr>
        <w:t>相关数对”．</w:t>
      </w:r>
    </w:p>
    <w:p>
      <w:pPr>
        <w:spacing w:line="360" w:lineRule="auto"/>
        <w:jc w:val="left"/>
        <w:textAlignment w:val="center"/>
        <w:rPr>
          <w:color w:val="000000"/>
        </w:rPr>
      </w:pPr>
      <w:r>
        <w:rPr>
          <w:color w:val="000000"/>
        </w:rPr>
        <w:t>（1）</w:t>
      </w:r>
      <w:r>
        <w:rPr>
          <w:rFonts w:ascii="宋体" w:hAnsi="宋体" w:eastAsia="宋体" w:cs="宋体"/>
          <w:color w:val="000000"/>
        </w:rPr>
        <w:t>数对</w:t>
      </w:r>
      <w:r>
        <w:pict>
          <v:shape id="_x0000_i716705" o:spt="75" alt="学科网(www.zxxk.com)--教育资源门户，提供试卷、教案、课件、论文、素材以及各类教学资源下载，还有大量而丰富的教学相关资讯！" type="#_x0000_t75" style="height:19.8pt;width:55.8pt;" o:ole="t" filled="f" o:preferrelative="t" stroked="f" coordsize="21600,21600">
            <v:path/>
            <v:fill on="f" focussize="0,0"/>
            <v:stroke on="f" joinstyle="miter"/>
            <v:imagedata r:id="rId1821" o:title="eqIdee0ffd719eaefadbb7441b83f65a48e2"/>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color w:val="000000"/>
        </w:rPr>
        <w:t>4</w:t>
      </w:r>
      <w:r>
        <w:rPr>
          <w:rFonts w:ascii="宋体" w:hAnsi="宋体" w:eastAsia="宋体" w:cs="宋体"/>
          <w:color w:val="000000"/>
        </w:rPr>
        <w:t>相关数对”的是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一名同学，在数对</w:t>
      </w:r>
      <w:r>
        <w:pict>
          <v:shape id="_x0000_i716706"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822" o:title="eqIdba7204f43679af6935e494c59d40c6ff"/>
            <o:lock v:ext="edit" aspectratio="t"/>
            <w10:wrap type="none"/>
            <w10:anchorlock/>
          </v:shape>
        </w:pict>
      </w:r>
      <w:r>
        <w:rPr>
          <w:rFonts w:ascii="宋体" w:hAnsi="宋体" w:eastAsia="宋体" w:cs="宋体"/>
          <w:color w:val="000000"/>
        </w:rPr>
        <w:t>和</w:t>
      </w:r>
      <w:r>
        <w:pict>
          <v:shape id="_x0000_i716707" o:spt="75" alt="学科网(www.zxxk.com)--教育资源门户，提供试卷、教案、课件、论文、素材以及各类教学资源下载，还有大量而丰富的教学相关资讯！" type="#_x0000_t75" style="height:20pt;width:46pt;" o:ole="t" filled="f" o:preferrelative="t" stroked="f" coordsize="21600,21600">
            <v:path/>
            <v:fill on="f" focussize="0,0"/>
            <v:stroke on="f" joinstyle="miter"/>
            <v:imagedata r:id="rId1823" o:title="eqId49b337b4df16c47fa1773ddd3db7a115"/>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4</w:t>
      </w:r>
      <w:r>
        <w:rPr>
          <w:rFonts w:ascii="宋体" w:hAnsi="宋体" w:eastAsia="宋体" w:cs="宋体"/>
          <w:color w:val="000000"/>
        </w:rPr>
        <w:t>相关数对”的条件下，得到下面两条结论：</w:t>
      </w:r>
    </w:p>
    <w:p>
      <w:pPr>
        <w:spacing w:line="360" w:lineRule="auto"/>
        <w:jc w:val="left"/>
        <w:textAlignment w:val="center"/>
        <w:rPr>
          <w:color w:val="000000"/>
        </w:rPr>
      </w:pPr>
      <w:r>
        <w:rPr>
          <w:rFonts w:ascii="宋体" w:hAnsi="宋体" w:eastAsia="宋体" w:cs="宋体"/>
          <w:color w:val="000000"/>
        </w:rPr>
        <w:t>结论一：</w:t>
      </w:r>
      <w:r>
        <w:pict>
          <v:shape id="_x0000_i716708"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824" o:title="eqId294f5ba74cdf695fc9a8a8e52f421328"/>
            <o:lock v:ext="edit" aspectratio="t"/>
            <w10:wrap type="none"/>
            <w10:anchorlock/>
          </v:shape>
        </w:pict>
      </w:r>
      <w:r>
        <w:rPr>
          <w:rFonts w:ascii="宋体" w:hAnsi="宋体" w:eastAsia="宋体" w:cs="宋体"/>
          <w:color w:val="000000"/>
        </w:rPr>
        <w:t>和</w:t>
      </w:r>
      <w:r>
        <w:pict>
          <v:shape id="_x0000_i71670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825" o:title="eqIdb6a24198bd04c29321ae5dc5a28fe421"/>
            <o:lock v:ext="edit" aspectratio="t"/>
            <w10:wrap type="none"/>
            <w10:anchorlock/>
          </v:shape>
        </w:pict>
      </w:r>
      <w:r>
        <w:rPr>
          <w:rFonts w:ascii="宋体" w:hAnsi="宋体" w:eastAsia="宋体" w:cs="宋体"/>
          <w:color w:val="000000"/>
        </w:rPr>
        <w:t>互为相反数；</w:t>
      </w:r>
    </w:p>
    <w:p>
      <w:pPr>
        <w:spacing w:line="360" w:lineRule="auto"/>
        <w:jc w:val="left"/>
        <w:textAlignment w:val="center"/>
        <w:rPr>
          <w:color w:val="000000"/>
        </w:rPr>
      </w:pPr>
      <w:r>
        <w:rPr>
          <w:rFonts w:ascii="宋体" w:hAnsi="宋体" w:eastAsia="宋体" w:cs="宋体"/>
          <w:color w:val="000000"/>
        </w:rPr>
        <w:t>结论二：</w:t>
      </w:r>
      <w:r>
        <w:pict>
          <v:shape id="_x0000_i716710"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826" o:title="eqId294f5ba74cdf695fc9a8a8e52f421328"/>
            <o:lock v:ext="edit" aspectratio="t"/>
            <w10:wrap type="none"/>
            <w10:anchorlock/>
          </v:shape>
        </w:pict>
      </w:r>
      <w:r>
        <w:rPr>
          <w:rFonts w:ascii="宋体" w:hAnsi="宋体" w:eastAsia="宋体" w:cs="宋体"/>
          <w:color w:val="000000"/>
        </w:rPr>
        <w:t>和</w:t>
      </w:r>
      <w:r>
        <w:pict>
          <v:shape id="_x0000_i71671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827" o:title="eqIdb6a24198bd04c29321ae5dc5a28fe421"/>
            <o:lock v:ext="edit" aspectratio="t"/>
            <w10:wrap type="none"/>
            <w10:anchorlock/>
          </v:shape>
        </w:pict>
      </w:r>
      <w:r>
        <w:rPr>
          <w:rFonts w:ascii="宋体" w:hAnsi="宋体" w:eastAsia="宋体" w:cs="宋体"/>
          <w:color w:val="000000"/>
        </w:rPr>
        <w:t>互为倒数．</w:t>
      </w:r>
    </w:p>
    <w:p>
      <w:pPr>
        <w:spacing w:line="360" w:lineRule="auto"/>
        <w:jc w:val="left"/>
        <w:textAlignment w:val="center"/>
        <w:rPr>
          <w:color w:val="000000"/>
        </w:rPr>
      </w:pPr>
      <w:r>
        <w:rPr>
          <w:rFonts w:ascii="宋体" w:hAnsi="宋体" w:eastAsia="宋体" w:cs="宋体"/>
          <w:color w:val="000000"/>
        </w:rPr>
        <w:t>请你判断，两条结论是否正确，并说明理由．</w:t>
      </w:r>
    </w:p>
    <w:p>
      <w:pPr>
        <w:spacing w:line="360" w:lineRule="auto"/>
        <w:textAlignment w:val="center"/>
        <w:rPr>
          <w:color w:val="000000"/>
        </w:rPr>
      </w:pPr>
      <w:r>
        <w:rPr>
          <w:color w:val="2E75B6"/>
        </w:rPr>
        <w:t>【答案】</w:t>
      </w:r>
      <w:r>
        <w:rPr>
          <w:color w:val="000000"/>
        </w:rPr>
        <w:t>（1）</w:t>
      </w:r>
      <w:r>
        <w:pict>
          <v:shape id="_x0000_i716712" o:spt="75" alt="学科网(www.zxxk.com)--教育资源门户，提供试卷、教案、课件、论文、素材以及各类教学资源下载，还有大量而丰富的教学相关资讯！" type="#_x0000_t75" style="height:20pt;width:29pt;" o:ole="t" filled="f" o:preferrelative="t" stroked="f" coordsize="21600,21600">
            <v:path/>
            <v:fill on="f" focussize="0,0"/>
            <v:stroke on="f" joinstyle="miter"/>
            <v:imagedata r:id="rId1828" o:title="eqId00ed24bfcc37b79fe9ca61ed8fdf26ea"/>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结论一正确，结论二错误；理由见解析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本题主要考查了有理数混合运算，倒数定义，相反数定义；</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rPr>
          <w:rFonts w:ascii="Times New Roman" w:hAnsi="Times New Roman" w:eastAsia="Times New Roman" w:cs="Times New Roman"/>
          <w:color w:val="000000"/>
        </w:rPr>
        <w:t>4</w:t>
      </w:r>
      <w:r>
        <w:rPr>
          <w:rFonts w:ascii="宋体" w:hAnsi="宋体" w:eastAsia="宋体" w:cs="宋体"/>
          <w:color w:val="000000"/>
        </w:rPr>
        <w:t>相关数对”的定义进行判断即可；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）根据数对</w:t>
      </w:r>
      <w:r>
        <w:pict>
          <v:shape id="_x0000_i716713"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829" o:title="eqIdba7204f43679af6935e494c59d40c6ff"/>
            <o:lock v:ext="edit" aspectratio="t"/>
            <w10:wrap type="none"/>
            <w10:anchorlock/>
          </v:shape>
        </w:pict>
      </w:r>
      <w:r>
        <w:rPr>
          <w:rFonts w:ascii="宋体" w:hAnsi="宋体" w:eastAsia="宋体" w:cs="宋体"/>
          <w:color w:val="000000"/>
        </w:rPr>
        <w:t>和</w:t>
      </w:r>
      <w:r>
        <w:pict>
          <v:shape id="_x0000_i716714" o:spt="75" alt="学科网(www.zxxk.com)--教育资源门户，提供试卷、教案、课件、论文、素材以及各类教学资源下载，还有大量而丰富的教学相关资讯！" type="#_x0000_t75" style="height:20pt;width:46pt;" o:ole="t" filled="f" o:preferrelative="t" stroked="f" coordsize="21600,21600">
            <v:path/>
            <v:fill on="f" focussize="0,0"/>
            <v:stroke on="f" joinstyle="miter"/>
            <v:imagedata r:id="rId1830" o:title="eqId49b337b4df16c47fa1773ddd3db7a115"/>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4</w:t>
      </w:r>
      <w:r>
        <w:rPr>
          <w:rFonts w:ascii="宋体" w:hAnsi="宋体" w:eastAsia="宋体" w:cs="宋体"/>
          <w:color w:val="000000"/>
        </w:rPr>
        <w:t>相关数对”，得出</w:t>
      </w:r>
      <w:r>
        <w:pict>
          <v:shape id="_x0000_i716715"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1831" o:title="eqIde351eafe0e54421ea3cf7fd9e6e853d5"/>
            <o:lock v:ext="edit" aspectratio="t"/>
            <w10:wrap type="none"/>
            <w10:anchorlock/>
          </v:shape>
        </w:pict>
      </w:r>
      <w:r>
        <w:rPr>
          <w:rFonts w:ascii="宋体" w:hAnsi="宋体" w:eastAsia="宋体" w:cs="宋体"/>
          <w:color w:val="000000"/>
        </w:rPr>
        <w:t>，</w:t>
      </w:r>
      <w:r>
        <w:pict>
          <v:shape id="_x0000_i716716" o:spt="75" alt="学科网(www.zxxk.com)--教育资源门户，提供试卷、教案、课件、论文、素材以及各类教学资源下载，还有大量而丰富的教学相关资讯！" type="#_x0000_t75" style="height:20.25pt;width:126.75pt;" o:ole="t" filled="f" o:preferrelative="t" stroked="f" coordsize="21600,21600">
            <v:path/>
            <v:fill on="f" focussize="0,0"/>
            <v:stroke on="f" joinstyle="miter"/>
            <v:imagedata r:id="rId1832" o:title="eqId3f70b565174ebe1360d49e6e9c40a1ac"/>
            <o:lock v:ext="edit" aspectratio="t"/>
            <w10:wrap type="none"/>
            <w10:anchorlock/>
          </v:shape>
        </w:pict>
      </w:r>
      <w:r>
        <w:rPr>
          <w:rFonts w:ascii="宋体" w:hAnsi="宋体" w:eastAsia="宋体" w:cs="宋体"/>
          <w:color w:val="000000"/>
        </w:rPr>
        <w:t>，求出</w:t>
      </w:r>
      <w:r>
        <w:pict>
          <v:shape id="_x0000_i716717" o:spt="75" alt="学科网(www.zxxk.com)--教育资源门户，提供试卷、教案、课件、论文、素材以及各类教学资源下载，还有大量而丰富的教学相关资讯！" type="#_x0000_t75" style="height:20.25pt;width:89.25pt;" o:ole="t" filled="f" o:preferrelative="t" stroked="f" coordsize="21600,21600">
            <v:path/>
            <v:fill on="f" focussize="0,0"/>
            <v:stroke on="f" joinstyle="miter"/>
            <v:imagedata r:id="rId1833" o:title="eqId52e7a364f253d8a9cab68c4d8d917295"/>
            <o:lock v:ext="edit" aspectratio="t"/>
            <w10:wrap type="none"/>
            <w10:anchorlock/>
          </v:shape>
        </w:pict>
      </w:r>
      <w:r>
        <w:rPr>
          <w:rFonts w:ascii="宋体" w:hAnsi="宋体" w:eastAsia="宋体" w:cs="宋体"/>
          <w:color w:val="000000"/>
        </w:rPr>
        <w:t>，得出</w:t>
      </w:r>
      <w:r>
        <w:pict>
          <v:shape id="_x0000_i716718"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1834" o:title="eqId087c617ff25126d2cd6428b2cd62ff47"/>
            <o:lock v:ext="edit" aspectratio="t"/>
            <w10:wrap type="none"/>
            <w10:anchorlock/>
          </v:shape>
        </w:pict>
      </w:r>
      <w:r>
        <w:rPr>
          <w:rFonts w:ascii="宋体" w:hAnsi="宋体" w:eastAsia="宋体" w:cs="宋体"/>
          <w:color w:val="000000"/>
        </w:rPr>
        <w:t>，即可得出结论．</w:t>
      </w:r>
    </w:p>
    <w:p>
      <w:pPr>
        <w:spacing w:line="360" w:lineRule="auto"/>
        <w:jc w:val="left"/>
        <w:textAlignment w:val="center"/>
        <w:rPr>
          <w:color w:val="000000"/>
        </w:rPr>
      </w:pPr>
      <w:r>
        <w:rPr>
          <w:rFonts w:ascii="宋体" w:hAnsi="宋体" w:eastAsia="宋体" w:cs="宋体"/>
          <w:color w:val="000000"/>
        </w:rPr>
        <w:t>解题的关键是理解题意，熟练掌握运算法则，准确计算．</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pict>
          <v:shape id="_x0000_i716719"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1835" o:title="eqId6ae9a510bca80bdd8ef059c64f8a6efc"/>
            <o:lock v:ext="edit" aspectratio="t"/>
            <w10:wrap type="none"/>
            <w10:anchorlock/>
          </v:shape>
        </w:pict>
      </w:r>
      <w:r>
        <w:rPr>
          <w:rFonts w:ascii="宋体" w:hAnsi="宋体" w:eastAsia="宋体" w:cs="宋体"/>
          <w:color w:val="000000"/>
        </w:rPr>
        <w:t>，</w:t>
      </w:r>
      <w:r>
        <w:pict>
          <v:shape id="_x0000_i716720"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1836" o:title="eqId2fe1709d7e37ab9e198945b47a0907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6721" o:spt="75" alt="学科网(www.zxxk.com)--教育资源门户，提供试卷、教案、课件、论文、素材以及各类教学资源下载，还有大量而丰富的教学相关资讯！" type="#_x0000_t75" style="height:20pt;width:29pt;" o:ole="t" filled="f" o:preferrelative="t" stroked="f" coordsize="21600,21600">
            <v:path/>
            <v:fill on="f" focussize="0,0"/>
            <v:stroke on="f" joinstyle="miter"/>
            <v:imagedata r:id="rId1837" o:title="eqId00ed24bfcc37b79fe9ca61ed8fdf26ea"/>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color w:val="000000"/>
        </w:rPr>
        <w:t>4</w:t>
      </w:r>
      <w:r>
        <w:rPr>
          <w:rFonts w:ascii="宋体" w:hAnsi="宋体" w:eastAsia="宋体" w:cs="宋体"/>
          <w:color w:val="000000"/>
        </w:rPr>
        <w:t>相关数对”；</w:t>
      </w:r>
    </w:p>
    <w:p>
      <w:pPr>
        <w:spacing w:line="360" w:lineRule="auto"/>
        <w:jc w:val="left"/>
        <w:textAlignment w:val="center"/>
        <w:rPr>
          <w:color w:val="000000"/>
        </w:rPr>
      </w:pPr>
      <w:r>
        <w:rPr>
          <w:rFonts w:ascii="宋体" w:hAnsi="宋体" w:eastAsia="宋体" w:cs="宋体"/>
          <w:color w:val="000000"/>
        </w:rPr>
        <w:t>∵</w:t>
      </w:r>
      <w:r>
        <w:pict>
          <v:shape id="_x0000_i716722" o:spt="75" alt="学科网(www.zxxk.com)--教育资源门户，提供试卷、教案、课件、论文、素材以及各类教学资源下载，还有大量而丰富的教学相关资讯！" type="#_x0000_t75" style="height:13pt;width:40pt;" o:ole="t" filled="f" o:preferrelative="t" stroked="f" coordsize="21600,21600">
            <v:path/>
            <v:fill on="f" focussize="0,0"/>
            <v:stroke on="f" joinstyle="miter"/>
            <v:imagedata r:id="rId1838" o:title="eqId570e48f4611a28082737e4cf63a011a7"/>
            <o:lock v:ext="edit" aspectratio="t"/>
            <w10:wrap type="none"/>
            <w10:anchorlock/>
          </v:shape>
        </w:pict>
      </w:r>
      <w:r>
        <w:rPr>
          <w:rFonts w:ascii="宋体" w:hAnsi="宋体" w:eastAsia="宋体" w:cs="宋体"/>
          <w:color w:val="000000"/>
        </w:rPr>
        <w:t>，</w:t>
      </w:r>
      <w:r>
        <w:pict>
          <v:shape id="_x0000_i716723"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1839" o:title="eqId77affd332e0dfb2d1d8857bed2c47a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pict>
          <v:shape id="_x0000_i71672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1840" o:title="eqIda0c32799fc732c6ea9f3574fe3341c5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725" o:spt="75" alt="学科网(www.zxxk.com)--教育资源门户，提供试卷、教案、课件、论文、素材以及各类教学资源下载，还有大量而丰富的教学相关资讯！" type="#_x0000_t75" style="height:19.85pt;width:24.95pt;" o:ole="t" filled="f" o:preferrelative="t" stroked="f" coordsize="21600,21600">
            <v:path/>
            <v:fill on="f" focussize="0,0"/>
            <v:stroke on="f" joinstyle="miter"/>
            <v:imagedata r:id="rId1841" o:title="eqId29343388ca8b33dc98325e65382b38a0"/>
            <o:lock v:ext="edit" aspectratio="t"/>
            <w10:wrap type="none"/>
            <w10:anchorlock/>
          </v:shape>
        </w:pict>
      </w:r>
      <w:r>
        <w:rPr>
          <w:rFonts w:ascii="宋体" w:hAnsi="宋体" w:eastAsia="宋体" w:cs="宋体"/>
          <w:color w:val="000000"/>
        </w:rPr>
        <w:t>中不是“</w:t>
      </w:r>
      <w:r>
        <w:rPr>
          <w:rFonts w:ascii="Times New Roman" w:hAnsi="Times New Roman" w:eastAsia="Times New Roman" w:cs="Times New Roman"/>
          <w:color w:val="000000"/>
        </w:rPr>
        <w:t>4</w:t>
      </w:r>
      <w:r>
        <w:rPr>
          <w:rFonts w:ascii="宋体" w:hAnsi="宋体" w:eastAsia="宋体" w:cs="宋体"/>
          <w:color w:val="000000"/>
        </w:rPr>
        <w:t>相关数对”；</w:t>
      </w:r>
    </w:p>
    <w:p>
      <w:pPr>
        <w:spacing w:line="360" w:lineRule="auto"/>
        <w:jc w:val="left"/>
        <w:textAlignment w:val="center"/>
        <w:rPr>
          <w:color w:val="000000"/>
        </w:rPr>
      </w:pPr>
      <w:r>
        <w:rPr>
          <w:rFonts w:ascii="宋体" w:hAnsi="宋体" w:eastAsia="宋体" w:cs="宋体"/>
          <w:color w:val="000000"/>
        </w:rPr>
        <w:t>故答案为：</w:t>
      </w:r>
      <w:r>
        <w:pict>
          <v:shape id="_x0000_i716726" o:spt="75" alt="学科网(www.zxxk.com)--教育资源门户，提供试卷、教案、课件、论文、素材以及各类教学资源下载，还有大量而丰富的教学相关资讯！" type="#_x0000_t75" style="height:20pt;width:29pt;" o:ole="t" filled="f" o:preferrelative="t" stroked="f" coordsize="21600,21600">
            <v:path/>
            <v:fill on="f" focussize="0,0"/>
            <v:stroke on="f" joinstyle="miter"/>
            <v:imagedata r:id="rId1842" o:title="eqId00ed24bfcc37b79fe9ca61ed8fdf26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解：结论一正确，结论二错误；理由如下：</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数对</w:t>
      </w:r>
      <w:r>
        <w:pict>
          <v:shape id="_x0000_i716727"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1843" o:title="eqIdba7204f43679af6935e494c59d40c6ff"/>
            <o:lock v:ext="edit" aspectratio="t"/>
            <w10:wrap type="none"/>
            <w10:anchorlock/>
          </v:shape>
        </w:pict>
      </w:r>
      <w:r>
        <w:rPr>
          <w:rFonts w:ascii="宋体" w:hAnsi="宋体" w:eastAsia="宋体" w:cs="宋体"/>
          <w:color w:val="000000"/>
        </w:rPr>
        <w:t>和</w:t>
      </w:r>
      <w:r>
        <w:pict>
          <v:shape id="_x0000_i716728" o:spt="75" alt="学科网(www.zxxk.com)--教育资源门户，提供试卷、教案、课件、论文、素材以及各类教学资源下载，还有大量而丰富的教学相关资讯！" type="#_x0000_t75" style="height:20pt;width:46pt;" o:ole="t" filled="f" o:preferrelative="t" stroked="f" coordsize="21600,21600">
            <v:path/>
            <v:fill on="f" focussize="0,0"/>
            <v:stroke on="f" joinstyle="miter"/>
            <v:imagedata r:id="rId1844" o:title="eqId49b337b4df16c47fa1773ddd3db7a115"/>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4</w:t>
      </w:r>
      <w:r>
        <w:rPr>
          <w:rFonts w:ascii="宋体" w:hAnsi="宋体" w:eastAsia="宋体" w:cs="宋体"/>
          <w:color w:val="000000"/>
        </w:rPr>
        <w:t>相关数对”，</w:t>
      </w:r>
    </w:p>
    <w:p>
      <w:pPr>
        <w:spacing w:line="360" w:lineRule="auto"/>
        <w:jc w:val="left"/>
        <w:textAlignment w:val="center"/>
        <w:rPr>
          <w:color w:val="000000"/>
        </w:rPr>
      </w:pPr>
      <w:r>
        <w:rPr>
          <w:rFonts w:ascii="宋体" w:hAnsi="宋体" w:eastAsia="宋体" w:cs="宋体"/>
          <w:color w:val="000000"/>
        </w:rPr>
        <w:t>∴</w:t>
      </w:r>
      <w:r>
        <w:pict>
          <v:shape id="_x0000_i716729"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1845" o:title="eqIde351eafe0e54421ea3cf7fd9e6e853d5"/>
            <o:lock v:ext="edit" aspectratio="t"/>
            <w10:wrap type="none"/>
            <w10:anchorlock/>
          </v:shape>
        </w:pict>
      </w:r>
      <w:r>
        <w:rPr>
          <w:rFonts w:ascii="宋体" w:hAnsi="宋体" w:eastAsia="宋体" w:cs="宋体"/>
          <w:color w:val="000000"/>
        </w:rPr>
        <w:t>，</w:t>
      </w:r>
      <w:r>
        <w:pict>
          <v:shape id="_x0000_i716730" o:spt="75" alt="学科网(www.zxxk.com)--教育资源门户，提供试卷、教案、课件、论文、素材以及各类教学资源下载，还有大量而丰富的教学相关资讯！" type="#_x0000_t75" style="height:20.25pt;width:126.75pt;" o:ole="t" filled="f" o:preferrelative="t" stroked="f" coordsize="21600,21600">
            <v:path/>
            <v:fill on="f" focussize="0,0"/>
            <v:stroke on="f" joinstyle="miter"/>
            <v:imagedata r:id="rId1846" o:title="eqId3f70b565174ebe1360d49e6e9c40a1a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pict>
          <v:shape id="_x0000_i716731"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1847" o:title="eqIde351eafe0e54421ea3cf7fd9e6e853d5"/>
            <o:lock v:ext="edit" aspectratio="t"/>
            <w10:wrap type="none"/>
            <w10:anchorlock/>
          </v:shape>
        </w:pict>
      </w:r>
      <w:r>
        <w:rPr>
          <w:rFonts w:ascii="宋体" w:hAnsi="宋体" w:eastAsia="宋体" w:cs="宋体"/>
          <w:color w:val="000000"/>
        </w:rPr>
        <w:t>，</w:t>
      </w:r>
      <w:r>
        <w:pict>
          <v:shape id="_x0000_i716732" o:spt="75" alt="学科网(www.zxxk.com)--教育资源门户，提供试卷、教案、课件、论文、素材以及各类教学资源下载，还有大量而丰富的教学相关资讯！" type="#_x0000_t75" style="height:20.25pt;width:95.25pt;" o:ole="t" filled="f" o:preferrelative="t" stroked="f" coordsize="21600,21600">
            <v:path/>
            <v:fill on="f" focussize="0,0"/>
            <v:stroke on="f" joinstyle="miter"/>
            <v:imagedata r:id="rId1848" o:title="eqIdd7123c7b863d6437d67fed0ce7ae4bc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733" o:spt="75" alt="学科网(www.zxxk.com)--教育资源门户，提供试卷、教案、课件、论文、素材以及各类教学资源下载，还有大量而丰富的教学相关资讯！" type="#_x0000_t75" style="height:20.25pt;width:89.25pt;" o:ole="t" filled="f" o:preferrelative="t" stroked="f" coordsize="21600,21600">
            <v:path/>
            <v:fill on="f" focussize="0,0"/>
            <v:stroke on="f" joinstyle="miter"/>
            <v:imagedata r:id="rId1849" o:title="eqId52e7a364f253d8a9cab68c4d8d91729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734"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1850" o:title="eqId087c617ff25126d2cd6428b2cd62ff4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735"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1851" o:title="eqId294f5ba74cdf695fc9a8a8e52f421328"/>
            <o:lock v:ext="edit" aspectratio="t"/>
            <w10:wrap type="none"/>
            <w10:anchorlock/>
          </v:shape>
        </w:pict>
      </w:r>
      <w:r>
        <w:rPr>
          <w:rFonts w:ascii="宋体" w:hAnsi="宋体" w:eastAsia="宋体" w:cs="宋体"/>
          <w:color w:val="000000"/>
        </w:rPr>
        <w:t>和</w:t>
      </w:r>
      <w:r>
        <w:pict>
          <v:shape id="_x0000_i716736"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1852" o:title="eqIdb6a24198bd04c29321ae5dc5a28fe421"/>
            <o:lock v:ext="edit" aspectratio="t"/>
            <w10:wrap type="none"/>
            <w10:anchorlock/>
          </v:shape>
        </w:pict>
      </w:r>
      <w:r>
        <w:rPr>
          <w:rFonts w:ascii="宋体" w:hAnsi="宋体" w:eastAsia="宋体" w:cs="宋体"/>
          <w:color w:val="000000"/>
        </w:rPr>
        <w:t>互为相反数，</w:t>
      </w:r>
    </w:p>
    <w:p>
      <w:pPr>
        <w:spacing w:line="360" w:lineRule="auto"/>
        <w:jc w:val="left"/>
        <w:textAlignment w:val="center"/>
        <w:rPr>
          <w:color w:val="000000"/>
        </w:rPr>
      </w:pPr>
      <w:r>
        <w:rPr>
          <w:rFonts w:ascii="宋体" w:hAnsi="宋体" w:eastAsia="宋体" w:cs="宋体"/>
          <w:color w:val="000000"/>
        </w:rPr>
        <w:t>∴结论一正确，结论二错误．</w:t>
      </w:r>
    </w:p>
    <w:p>
      <w:pPr>
        <w:pStyle w:val="Heading2"/>
      </w:pPr>
      <w:r>
        <w:t>工业大学附属中学</w:t>
      </w:r>
    </w:p>
    <w:p>
      <w:pPr>
        <w:spacing w:line="360" w:lineRule="auto"/>
        <w:jc w:val="both"/>
        <w:textAlignment w:val="center"/>
        <w:rPr>
          <w:color w:val="000000"/>
        </w:rPr>
      </w:pPr>
      <w:r>
        <w:rPr>
          <w:color w:val="000000"/>
        </w:rPr>
        <w:t xml:space="preserve">27. </w:t>
      </w:r>
      <w:r>
        <w:rPr>
          <w:rFonts w:ascii="宋体" w:hAnsi="宋体" w:eastAsia="宋体" w:cs="宋体"/>
          <w:color w:val="000000"/>
        </w:rPr>
        <w:t>我们学习过了有理数的五种运算和研究运算的方法，现在定义了一个新运算：</w:t>
      </w:r>
      <w:r>
        <w:pict>
          <v:shape id="_x0000_i716737" o:spt="75" alt="学科网(www.zxxk.com)--教育资源门户，提供试卷、教案、课件、论文、素材以及各类教学资源下载，还有大量而丰富的教学相关资讯！" type="#_x0000_t75" style="height:13.8pt;width:37.8pt;" o:ole="t" filled="f" o:preferrelative="t" stroked="f" coordsize="21600,21600">
            <v:path/>
            <v:fill on="f" focussize="0,0"/>
            <v:stroke on="f" joinstyle="miter"/>
            <v:imagedata r:id="rId1854" o:title="eqIdbd22115fcbff0995a072ec857206fd0d"/>
            <o:lock v:ext="edit" aspectratio="t"/>
            <w10:wrap type="none"/>
            <w10:anchorlock/>
          </v:shape>
        </w:pict>
      </w:r>
      <w:r>
        <w:rPr>
          <w:color w:val="000000"/>
        </w:rPr>
        <w:drawing>
          <wp:inline distT="0" distB="0" distL="114300" distR="114300">
            <wp:extent cx="390525" cy="133350"/>
            <wp:effectExtent l="0" t="0" r="0" b="0"/>
            <wp:docPr id="3657"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8" name="图片 100013" descr="学科网(www.zxxk.com)--教育资源门户，提供试卷、教案、课件、论文、素材以及各类教学资源下载，还有大量而丰富的教学相关资讯！"/>
                    <pic:cNvPicPr>
                      <a:picLocks noChangeAspect="1"/>
                    </pic:cNvPicPr>
                  </pic:nvPicPr>
                  <pic:blipFill>
                    <a:blip r:embed="rId1853"/>
                    <a:stretch>
                      <a:fillRect/>
                    </a:stretch>
                  </pic:blipFill>
                  <pic:spPr>
                    <a:xfrm>
                      <a:off x="0" y="0"/>
                      <a:ext cx="390525" cy="133350"/>
                    </a:xfrm>
                    <a:prstGeom prst="rect">
                      <a:avLst/>
                    </a:prstGeom>
                  </pic:spPr>
                </pic:pic>
              </a:graphicData>
            </a:graphic>
          </wp:inline>
        </w:drawing>
      </w:r>
      <w:r>
        <w:rPr>
          <w:rFonts w:ascii="宋体" w:hAnsi="宋体" w:eastAsia="宋体" w:cs="宋体"/>
          <w:color w:val="000000"/>
        </w:rPr>
        <w:t>，定义的内容被遮盖住了，请观察下列各式，回答问题：</w:t>
      </w:r>
    </w:p>
    <w:p>
      <w:pPr>
        <w:spacing w:line="360" w:lineRule="auto"/>
        <w:jc w:val="both"/>
        <w:textAlignment w:val="center"/>
        <w:rPr>
          <w:color w:val="000000"/>
        </w:rPr>
      </w:pPr>
      <w:r>
        <w:pict>
          <v:shape id="_x0000_i716738" o:spt="75" alt="学科网(www.zxxk.com)--教育资源门户，提供试卷、教案、课件、论文、素材以及各类教学资源下载，还有大量而丰富的教学相关资讯！" type="#_x0000_t75" style="height:14.15pt;width:90.85pt;" o:ole="t" filled="f" o:preferrelative="t" stroked="f" coordsize="21600,21600">
            <v:path/>
            <v:fill on="f" focussize="0,0"/>
            <v:stroke on="f" joinstyle="miter"/>
            <v:imagedata r:id="rId1855" o:title="eqIdb7d495b4be40709f4d07f345e0d5549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739" o:spt="75" alt="学科网(www.zxxk.com)--教育资源门户，提供试卷、教案、课件、论文、素材以及各类教学资源下载，还有大量而丰富的教学相关资讯！" type="#_x0000_t75" style="height:20.25pt;width:111pt;" o:ole="t" filled="f" o:preferrelative="t" stroked="f" coordsize="21600,21600">
            <v:path/>
            <v:fill on="f" focussize="0,0"/>
            <v:stroke on="f" joinstyle="miter"/>
            <v:imagedata r:id="rId1856" o:title="eqId5e7159961a2fea219dc07d75c49b54c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740" o:spt="75" alt="学科网(www.zxxk.com)--教育资源门户，提供试卷、教案、课件、论文、素材以及各类教学资源下载，还有大量而丰富的教学相关资讯！" type="#_x0000_t75" style="height:20.25pt;width:138.75pt;" o:ole="t" filled="f" o:preferrelative="t" stroked="f" coordsize="21600,21600">
            <v:path/>
            <v:fill on="f" focussize="0,0"/>
            <v:stroke on="f" joinstyle="miter"/>
            <v:imagedata r:id="rId1857" o:title="eqId442ca765458776854637d6bfd81b760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6741" o:spt="75" alt="学科网(www.zxxk.com)--教育资源门户，提供试卷、教案、课件、论文、素材以及各类教学资源下载，还有大量而丰富的教学相关资讯！" type="#_x0000_t75" style="height:20.25pt;width:155.25pt;" o:ole="t" filled="f" o:preferrelative="t" stroked="f" coordsize="21600,21600">
            <v:path/>
            <v:fill on="f" focussize="0,0"/>
            <v:stroke on="f" joinstyle="miter"/>
            <v:imagedata r:id="rId1858" o:title="eqIdaee876b2c01c0438071e30d5a5e267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请你仿照上面各式的形式，再写出一个不同的式子：</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补全定义内容：</w:t>
      </w:r>
      <w:r>
        <w:pict>
          <v:shape id="_x0000_i716742" o:spt="75" alt="学科网(www.zxxk.com)--教育资源门户，提供试卷、教案、课件、论文、素材以及各类教学资源下载，还有大量而丰富的教学相关资讯！" type="#_x0000_t75" style="height:13.8pt;width:37.8pt;" o:ole="t" filled="f" o:preferrelative="t" stroked="f" coordsize="21600,21600">
            <v:path/>
            <v:fill on="f" focussize="0,0"/>
            <v:stroke on="f" joinstyle="miter"/>
            <v:imagedata r:id="rId1859" o:title="eqIdbd22115fcbff0995a072ec857206fd0d"/>
            <o:lock v:ext="edit" aspectratio="t"/>
            <w10:wrap type="none"/>
            <w10:anchorlock/>
          </v:shape>
        </w:pict>
      </w:r>
      <w:r>
        <w:rPr>
          <w:rFonts w:ascii="Times New Roman" w:hAnsi="Times New Roman" w:eastAsia="Times New Roman" w:cs="Times New Roman"/>
          <w:color w:val="000000"/>
        </w:rPr>
        <w:t>_______</w:t>
      </w:r>
      <w:r>
        <w:rPr>
          <w:rFonts w:ascii="宋体" w:hAnsi="宋体" w:eastAsia="宋体" w:cs="宋体"/>
          <w:color w:val="000000"/>
        </w:rPr>
        <w:t>；（用含</w:t>
      </w:r>
      <w:r>
        <w:pict>
          <v:shape id="_x0000_i7167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860" o:title="eqId0a6936d370d6a238a608ca56f87198de"/>
            <o:lock v:ext="edit" aspectratio="t"/>
            <w10:wrap type="none"/>
            <w10:anchorlock/>
          </v:shape>
        </w:pict>
      </w:r>
      <w:r>
        <w:rPr>
          <w:rFonts w:ascii="宋体" w:hAnsi="宋体" w:eastAsia="宋体" w:cs="宋体"/>
          <w:color w:val="000000"/>
        </w:rPr>
        <w:t>、</w:t>
      </w:r>
      <w:r>
        <w:pict>
          <v:shape id="_x0000_i716744"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861" o:title="eqId2c94bb12cee76221e13f9ef955b0aab1"/>
            <o:lock v:ext="edit" aspectratio="t"/>
            <w10:wrap type="none"/>
            <w10:anchorlock/>
          </v:shape>
        </w:pict>
      </w:r>
      <w:r>
        <w:rPr>
          <w:rFonts w:ascii="宋体" w:hAnsi="宋体" w:eastAsia="宋体" w:cs="宋体"/>
          <w:color w:val="000000"/>
        </w:rPr>
        <w:t>的代数式表示）</w:t>
      </w:r>
    </w:p>
    <w:p>
      <w:pPr>
        <w:spacing w:line="360" w:lineRule="auto"/>
        <w:jc w:val="left"/>
        <w:textAlignment w:val="center"/>
        <w:rPr>
          <w:color w:val="000000"/>
        </w:rPr>
      </w:pPr>
      <w:r>
        <w:rPr>
          <w:color w:val="000000"/>
        </w:rPr>
        <w:t>（3）</w:t>
      </w:r>
      <w:r>
        <w:rPr>
          <w:rFonts w:ascii="宋体" w:hAnsi="宋体" w:eastAsia="宋体" w:cs="宋体"/>
          <w:color w:val="000000"/>
        </w:rPr>
        <w:t>当</w:t>
      </w:r>
      <w:r>
        <w:pict>
          <v:shape id="_x0000_i716745" o:spt="75" alt="学科网(www.zxxk.com)--教育资源门户，提供试卷、教案、课件、论文、素材以及各类教学资源下载，还有大量而丰富的教学相关资讯！" type="#_x0000_t75" style="height:12.6pt;width:29.4pt;" o:ole="t" filled="f" o:preferrelative="t" stroked="f" coordsize="21600,21600">
            <v:path/>
            <v:fill on="f" focussize="0,0"/>
            <v:stroke on="f" joinstyle="miter"/>
            <v:imagedata r:id="rId1862" o:title="eqId2958030ec9d7543dda1f529593a915e2"/>
            <o:lock v:ext="edit" aspectratio="t"/>
            <w10:wrap type="none"/>
            <w10:anchorlock/>
          </v:shape>
        </w:pict>
      </w:r>
      <w:r>
        <w:rPr>
          <w:rFonts w:ascii="宋体" w:hAnsi="宋体" w:eastAsia="宋体" w:cs="宋体"/>
          <w:color w:val="000000"/>
        </w:rPr>
        <w:t>时，这种新定义的运算是否满足交换律，即</w:t>
      </w:r>
      <w:r>
        <w:pict>
          <v:shape id="_x0000_i716746"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863" o:title="eqIdac7ff4ffa27279dbf509cfb852446813"/>
            <o:lock v:ext="edit" aspectratio="t"/>
            <w10:wrap type="none"/>
            <w10:anchorlock/>
          </v:shape>
        </w:pict>
      </w:r>
      <w:r>
        <w:rPr>
          <w:rFonts w:ascii="宋体" w:hAnsi="宋体" w:eastAsia="宋体" w:cs="宋体"/>
          <w:color w:val="000000"/>
        </w:rPr>
        <w:t>是否成立，请说明理由．</w:t>
      </w:r>
    </w:p>
    <w:p>
      <w:pPr>
        <w:spacing w:line="360" w:lineRule="auto"/>
        <w:textAlignment w:val="center"/>
        <w:rPr>
          <w:color w:val="000000"/>
        </w:rPr>
      </w:pPr>
      <w:r>
        <w:rPr>
          <w:color w:val="2E75B6"/>
        </w:rPr>
        <w:t>【答案】</w:t>
      </w:r>
      <w:r>
        <w:rPr>
          <w:color w:val="000000"/>
        </w:rPr>
        <w:t>（1）</w:t>
      </w:r>
      <w:r>
        <w:pict>
          <v:shape id="_x0000_i716747" o:spt="75" alt="学科网(www.zxxk.com)--教育资源门户，提供试卷、教案、课件、论文、素材以及各类教学资源下载，还有大量而丰富的教学相关资讯！" type="#_x0000_t75" style="height:14.05pt;width:93.95pt;" o:ole="t" filled="f" o:preferrelative="t" stroked="f" coordsize="21600,21600">
            <v:path/>
            <v:fill on="f" focussize="0,0"/>
            <v:stroke on="f" joinstyle="miter"/>
            <v:imagedata r:id="rId1864" o:title="eqIdf4aa0492f9979648855b3e4fafcb12d5"/>
            <o:lock v:ext="edit" aspectratio="t"/>
            <w10:wrap type="none"/>
            <w10:anchorlock/>
          </v:shape>
        </w:pict>
      </w:r>
      <w:r>
        <w:rPr>
          <w:rFonts w:ascii="宋体" w:hAnsi="宋体" w:eastAsia="宋体" w:cs="宋体"/>
          <w:color w:val="000000"/>
        </w:rPr>
        <w:t>（答案不唯一）</w:t>
      </w:r>
      <w:r>
        <w:rPr>
          <w:color w:val="000000"/>
        </w:rPr>
        <w:t xml:space="preserve">    </w:t>
      </w:r>
    </w:p>
    <w:p>
      <w:pPr>
        <w:spacing w:line="360" w:lineRule="auto"/>
        <w:textAlignment w:val="center"/>
        <w:rPr>
          <w:color w:val="000000"/>
        </w:rPr>
      </w:pPr>
      <w:r>
        <w:rPr>
          <w:color w:val="000000"/>
        </w:rPr>
        <w:t>（2）</w:t>
      </w:r>
      <w:r>
        <w:pict>
          <v:shape id="_x0000_i716748"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1865" o:title="eqId92d8d91ec08e861afb35a15e0339d3b0"/>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不成立，理由见详解</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）根据材料提示，正数、负数都已经有计算方法，用零表示其计算过程即可求解；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）根据材料提示，有理数</w:t>
      </w:r>
      <w:r>
        <w:rPr>
          <w:rFonts w:ascii="宋体" w:hAnsi="宋体" w:eastAsia="宋体" w:cs="宋体"/>
          <w:color w:val="000000"/>
          <w:position w:val="0"/>
        </w:rPr>
        <w:drawing>
          <wp:inline distT="0" distB="0" distL="114300" distR="114300">
            <wp:extent cx="133350" cy="177800"/>
            <wp:effectExtent l="0" t="0" r="0" b="0"/>
            <wp:docPr id="3659" name="图片 87471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0" name="图片 874713717"/>
                    <pic:cNvPicPr>
                      <a:picLocks noChangeAspect="1"/>
                    </pic:cNvPicPr>
                  </pic:nvPicPr>
                  <pic:blipFill>
                    <a:blip r:embed="rId186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混合运算法则即可求解；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）根据计算法则进行有理数的运算即可求证．</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解：根据题意可得，</w:t>
      </w:r>
      <w:r>
        <w:pict>
          <v:shape id="_x0000_i716749" o:spt="75" alt="学科网(www.zxxk.com)--教育资源门户，提供试卷、教案、课件、论文、素材以及各类教学资源下载，还有大量而丰富的教学相关资讯！" type="#_x0000_t75" style="height:14.05pt;width:93.95pt;" o:ole="t" filled="f" o:preferrelative="t" stroked="f" coordsize="21600,21600">
            <v:path/>
            <v:fill on="f" focussize="0,0"/>
            <v:stroke on="f" joinstyle="miter"/>
            <v:imagedata r:id="rId1867" o:title="eqIdf4aa0492f9979648855b3e4fafcb12d5"/>
            <o:lock v:ext="edit" aspectratio="t"/>
            <w10:wrap type="none"/>
            <w10:anchorlock/>
          </v:shape>
        </w:pict>
      </w:r>
      <w:r>
        <w:rPr>
          <w:rFonts w:ascii="宋体" w:hAnsi="宋体" w:eastAsia="宋体" w:cs="宋体"/>
          <w:color w:val="000000"/>
        </w:rPr>
        <w:t>，或</w:t>
      </w:r>
      <w:r>
        <w:pict>
          <v:shape id="_x0000_i716750" o:spt="75" alt="学科网(www.zxxk.com)--教育资源门户，提供试卷、教案、课件、论文、素材以及各类教学资源下载，还有大量而丰富的教学相关资讯！" type="#_x0000_t75" style="height:20.1pt;width:117.8pt;" o:ole="t" filled="f" o:preferrelative="t" stroked="f" coordsize="21600,21600">
            <v:path/>
            <v:fill on="f" focussize="0,0"/>
            <v:stroke on="f" joinstyle="miter"/>
            <v:imagedata r:id="rId1868" o:title="eqIde3d6a0a75a40f8325c91a1450a3fb0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751" o:spt="75" alt="学科网(www.zxxk.com)--教育资源门户，提供试卷、教案、课件、论文、素材以及各类教学资源下载，还有大量而丰富的教学相关资讯！" type="#_x0000_t75" style="height:14.05pt;width:93.95pt;" o:ole="t" filled="f" o:preferrelative="t" stroked="f" coordsize="21600,21600">
            <v:path/>
            <v:fill on="f" focussize="0,0"/>
            <v:stroke on="f" joinstyle="miter"/>
            <v:imagedata r:id="rId1869" o:title="eqIdf4aa0492f9979648855b3e4fafcb12d5"/>
            <o:lock v:ext="edit" aspectratio="t"/>
            <w10:wrap type="none"/>
            <w10:anchorlock/>
          </v:shape>
        </w:pict>
      </w:r>
      <w:r>
        <w:rPr>
          <w:rFonts w:ascii="宋体" w:hAnsi="宋体" w:eastAsia="宋体" w:cs="宋体"/>
          <w:color w:val="000000"/>
        </w:rPr>
        <w:t>（答案不唯一）．</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解：根据材料提示可得，</w:t>
      </w:r>
      <w:r>
        <w:pict>
          <v:shape id="_x0000_i716752" o:spt="75" alt="学科网(www.zxxk.com)--教育资源门户，提供试卷、教案、课件、论文、素材以及各类教学资源下载，还有大量而丰富的教学相关资讯！" type="#_x0000_t75" style="height:14.05pt;width:115pt;" o:ole="t" filled="f" o:preferrelative="t" stroked="f" coordsize="21600,21600">
            <v:path/>
            <v:fill on="f" focussize="0,0"/>
            <v:stroke on="f" joinstyle="miter"/>
            <v:imagedata r:id="rId1870" o:title="eqId105db820ea286d6f10f6f590403a7e6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753"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1871" o:title="eqId92d8d91ec08e861afb35a15e0339d3b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解：不成立，理由如下，</w:t>
      </w:r>
    </w:p>
    <w:p>
      <w:pPr>
        <w:spacing w:line="360" w:lineRule="auto"/>
        <w:jc w:val="left"/>
        <w:textAlignment w:val="center"/>
        <w:rPr>
          <w:color w:val="000000"/>
        </w:rPr>
      </w:pPr>
      <w:r>
        <w:rPr>
          <w:rFonts w:ascii="宋体" w:hAnsi="宋体" w:eastAsia="宋体" w:cs="宋体"/>
          <w:color w:val="000000"/>
        </w:rPr>
        <w:t>∵</w:t>
      </w:r>
      <w:r>
        <w:pict>
          <v:shape id="_x0000_i716754"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872" o:title="eqId1aa952a13e8bb0a414616cbb74c34234"/>
            <o:lock v:ext="edit" aspectratio="t"/>
            <w10:wrap type="none"/>
            <w10:anchorlock/>
          </v:shape>
        </w:pict>
      </w:r>
      <w:r>
        <w:rPr>
          <w:rFonts w:ascii="宋体" w:hAnsi="宋体" w:eastAsia="宋体" w:cs="宋体"/>
          <w:color w:val="000000"/>
        </w:rPr>
        <w:t>，</w:t>
      </w:r>
      <w:r>
        <w:pict>
          <v:shape id="_x0000_i716755"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1873" o:title="eqId0a9120d188bec1b34ef1a49ac50b72c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6756" o:spt="75" alt="学科网(www.zxxk.com)--教育资源门户，提供试卷、教案、课件、论文、素材以及各类教学资源下载，还有大量而丰富的教学相关资讯！" type="#_x0000_t75" style="height:14.25pt;width:74.25pt;" o:ole="t" filled="f" o:preferrelative="t" stroked="f" coordsize="21600,21600">
            <v:path/>
            <v:fill on="f" focussize="0,0"/>
            <v:stroke on="f" joinstyle="miter"/>
            <v:imagedata r:id="rId1874" o:title="eqId94d5852a2c107cfd9de081c95dd463f1"/>
            <o:lock v:ext="edit" aspectratio="t"/>
            <w10:wrap type="none"/>
            <w10:anchorlock/>
          </v:shape>
        </w:pict>
      </w:r>
      <w:r>
        <w:rPr>
          <w:rFonts w:ascii="宋体" w:hAnsi="宋体" w:eastAsia="宋体" w:cs="宋体"/>
          <w:color w:val="000000"/>
        </w:rPr>
        <w:t>时，</w:t>
      </w:r>
      <w:r>
        <w:pict>
          <v:shape id="_x0000_i716757"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1875" o:title="eqId1f22fec5a381ae8aca93d876e54c79de"/>
            <o:lock v:ext="edit" aspectratio="t"/>
            <w10:wrap type="none"/>
            <w10:anchorlock/>
          </v:shape>
        </w:pict>
      </w:r>
      <w:r>
        <w:rPr>
          <w:rFonts w:ascii="宋体" w:hAnsi="宋体" w:eastAsia="宋体" w:cs="宋体"/>
          <w:color w:val="000000"/>
        </w:rPr>
        <w:t>，与题目中</w:t>
      </w:r>
      <w:r>
        <w:pict>
          <v:shape id="_x0000_i716758" o:spt="75" alt="学科网(www.zxxk.com)--教育资源门户，提供试卷、教案、课件、论文、素材以及各类教学资源下载，还有大量而丰富的教学相关资讯！" type="#_x0000_t75" style="height:12.6pt;width:29.4pt;" o:ole="t" filled="f" o:preferrelative="t" stroked="f" coordsize="21600,21600">
            <v:path/>
            <v:fill on="f" focussize="0,0"/>
            <v:stroke on="f" joinstyle="miter"/>
            <v:imagedata r:id="rId1876" o:title="eqId2958030ec9d7543dda1f529593a915e2"/>
            <o:lock v:ext="edit" aspectratio="t"/>
            <w10:wrap type="none"/>
            <w10:anchorlock/>
          </v:shape>
        </w:pict>
      </w:r>
      <w:r>
        <w:rPr>
          <w:rFonts w:ascii="宋体" w:hAnsi="宋体" w:eastAsia="宋体" w:cs="宋体"/>
          <w:color w:val="000000"/>
        </w:rPr>
        <w:t>矛盾，</w:t>
      </w:r>
    </w:p>
    <w:p>
      <w:pPr>
        <w:spacing w:line="360" w:lineRule="auto"/>
        <w:jc w:val="both"/>
        <w:textAlignment w:val="center"/>
        <w:rPr>
          <w:color w:val="000000"/>
        </w:rPr>
      </w:pPr>
      <w:r>
        <w:rPr>
          <w:rFonts w:ascii="宋体" w:hAnsi="宋体" w:eastAsia="宋体" w:cs="宋体"/>
          <w:color w:val="000000"/>
        </w:rPr>
        <w:t>∴当</w:t>
      </w:r>
      <w:r>
        <w:pict>
          <v:shape id="_x0000_i716759" o:spt="75" alt="学科网(www.zxxk.com)--教育资源门户，提供试卷、教案、课件、论文、素材以及各类教学资源下载，还有大量而丰富的教学相关资讯！" type="#_x0000_t75" style="height:12.6pt;width:29.4pt;" o:ole="t" filled="f" o:preferrelative="t" stroked="f" coordsize="21600,21600">
            <v:path/>
            <v:fill on="f" focussize="0,0"/>
            <v:stroke on="f" joinstyle="miter"/>
            <v:imagedata r:id="rId1877" o:title="eqId2958030ec9d7543dda1f529593a915e2"/>
            <o:lock v:ext="edit" aspectratio="t"/>
            <w10:wrap type="none"/>
            <w10:anchorlock/>
          </v:shape>
        </w:pict>
      </w:r>
      <w:r>
        <w:rPr>
          <w:rFonts w:ascii="宋体" w:hAnsi="宋体" w:eastAsia="宋体" w:cs="宋体"/>
          <w:color w:val="000000"/>
        </w:rPr>
        <w:t>时，</w:t>
      </w:r>
      <w:r>
        <w:pict>
          <v:shape id="_x0000_i716760"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878" o:title="eqIdac7ff4ffa27279dbf509cfb852446813"/>
            <o:lock v:ext="edit" aspectratio="t"/>
            <w10:wrap type="none"/>
            <w10:anchorlock/>
          </v:shape>
        </w:pict>
      </w:r>
      <w:r>
        <w:rPr>
          <w:rFonts w:ascii="宋体" w:hAnsi="宋体" w:eastAsia="宋体" w:cs="宋体"/>
          <w:color w:val="000000"/>
        </w:rPr>
        <w:t>不成立．</w:t>
      </w:r>
    </w:p>
    <w:p>
      <w:pPr>
        <w:spacing w:line="360" w:lineRule="auto"/>
        <w:jc w:val="left"/>
        <w:textAlignment w:val="center"/>
        <w:rPr>
          <w:color w:val="000000"/>
        </w:rPr>
      </w:pPr>
      <w:r>
        <w:rPr>
          <w:color w:val="000000"/>
        </w:rPr>
        <w:t>【点睛】</w:t>
      </w:r>
      <w:r>
        <w:rPr>
          <w:rFonts w:ascii="宋体" w:hAnsi="宋体" w:eastAsia="宋体" w:cs="宋体"/>
          <w:color w:val="000000"/>
        </w:rPr>
        <w:t>本题主要考查有理数运算的规律题，理解题目定义新运算的运算法则，掌握有理数的运算方法是解题的关键．</w:t>
      </w:r>
    </w:p>
    <w:p>
      <w:pPr>
        <w:spacing w:line="360" w:lineRule="auto"/>
        <w:jc w:val="both"/>
        <w:textAlignment w:val="center"/>
        <w:rPr>
          <w:color w:val="000000"/>
        </w:rPr>
      </w:pPr>
      <w:r>
        <w:rPr>
          <w:color w:val="000000"/>
        </w:rPr>
        <w:t xml:space="preserve">28. </w:t>
      </w:r>
      <w:r>
        <w:rPr>
          <w:rFonts w:ascii="宋体" w:hAnsi="宋体" w:eastAsia="宋体" w:cs="宋体"/>
          <w:color w:val="000000"/>
        </w:rPr>
        <w:t>定义：数轴上有两点</w:t>
      </w:r>
      <w:r>
        <w:pict>
          <v:shape id="_x0000_i71676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879" o:title="eqId5963abe8f421bd99a2aaa94831a951e9"/>
            <o:lock v:ext="edit" aspectratio="t"/>
            <w10:wrap type="none"/>
            <w10:anchorlock/>
          </v:shape>
        </w:pict>
      </w:r>
      <w:r>
        <w:rPr>
          <w:rFonts w:ascii="宋体" w:hAnsi="宋体" w:eastAsia="宋体" w:cs="宋体"/>
          <w:color w:val="000000"/>
        </w:rPr>
        <w:t>，</w:t>
      </w:r>
      <w:r>
        <w:pict>
          <v:shape id="_x0000_i71676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80" o:title="eqId7f9e8449aad35c5d840a3395ea86df6d"/>
            <o:lock v:ext="edit" aspectratio="t"/>
            <w10:wrap type="none"/>
            <w10:anchorlock/>
          </v:shape>
        </w:pict>
      </w:r>
      <w:r>
        <w:rPr>
          <w:rFonts w:ascii="宋体" w:hAnsi="宋体" w:eastAsia="宋体" w:cs="宋体"/>
          <w:color w:val="000000"/>
        </w:rPr>
        <w:t>，如果存在一点</w:t>
      </w:r>
      <w:r>
        <w:pict>
          <v:shape id="_x0000_i71676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81" o:title="eqIdc5db41a1f31d6baee7c69990811edb9f"/>
            <o:lock v:ext="edit" aspectratio="t"/>
            <w10:wrap type="none"/>
            <w10:anchorlock/>
          </v:shape>
        </w:pict>
      </w:r>
      <w:r>
        <w:rPr>
          <w:rFonts w:ascii="宋体" w:hAnsi="宋体" w:eastAsia="宋体" w:cs="宋体"/>
          <w:color w:val="000000"/>
        </w:rPr>
        <w:t>，使得点</w:t>
      </w:r>
      <w:r>
        <w:pict>
          <v:shape id="_x0000_i71676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879" o:title="eqId5963abe8f421bd99a2aaa94831a951e9"/>
            <o:lock v:ext="edit" aspectratio="t"/>
            <w10:wrap type="none"/>
            <w10:anchorlock/>
          </v:shape>
        </w:pict>
      </w:r>
      <w:r>
        <w:rPr>
          <w:rFonts w:ascii="宋体" w:hAnsi="宋体" w:eastAsia="宋体" w:cs="宋体"/>
          <w:color w:val="000000"/>
        </w:rPr>
        <w:t>和点</w:t>
      </w:r>
      <w:r>
        <w:pict>
          <v:shape id="_x0000_i71676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81" o:title="eqIdc5db41a1f31d6baee7c69990811edb9f"/>
            <o:lock v:ext="edit" aspectratio="t"/>
            <w10:wrap type="none"/>
            <w10:anchorlock/>
          </v:shape>
        </w:pict>
      </w:r>
      <w:r>
        <w:rPr>
          <w:rFonts w:ascii="宋体" w:hAnsi="宋体" w:eastAsia="宋体" w:cs="宋体"/>
          <w:color w:val="000000"/>
        </w:rPr>
        <w:t>之间的距离是点</w:t>
      </w:r>
      <w:r>
        <w:pict>
          <v:shape id="_x0000_i71676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80" o:title="eqId7f9e8449aad35c5d840a3395ea86df6d"/>
            <o:lock v:ext="edit" aspectratio="t"/>
            <w10:wrap type="none"/>
            <w10:anchorlock/>
          </v:shape>
        </w:pict>
      </w:r>
      <w:r>
        <w:rPr>
          <w:rFonts w:ascii="宋体" w:hAnsi="宋体" w:eastAsia="宋体" w:cs="宋体"/>
          <w:color w:val="000000"/>
        </w:rPr>
        <w:t>和点</w:t>
      </w:r>
      <w:r>
        <w:pict>
          <v:shape id="_x0000_i71676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81" o:title="eqIdc5db41a1f31d6baee7c69990811edb9f"/>
            <o:lock v:ext="edit" aspectratio="t"/>
            <w10:wrap type="none"/>
            <w10:anchorlock/>
          </v:shape>
        </w:pict>
      </w:r>
      <w:r>
        <w:rPr>
          <w:rFonts w:ascii="宋体" w:hAnsi="宋体" w:eastAsia="宋体" w:cs="宋体"/>
          <w:color w:val="000000"/>
        </w:rPr>
        <w:t>之间距离的</w:t>
      </w:r>
      <w:r>
        <w:rPr>
          <w:rFonts w:ascii="Times New Roman" w:hAnsi="Times New Roman" w:eastAsia="Times New Roman" w:cs="Times New Roman"/>
          <w:color w:val="000000"/>
        </w:rPr>
        <w:t>2</w:t>
      </w:r>
      <w:r>
        <w:rPr>
          <w:rFonts w:ascii="宋体" w:hAnsi="宋体" w:eastAsia="宋体" w:cs="宋体"/>
          <w:color w:val="000000"/>
        </w:rPr>
        <w:t>倍，那么称点</w:t>
      </w:r>
      <w:r>
        <w:pict>
          <v:shape id="_x0000_i71676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81" o:title="eqIdc5db41a1f31d6baee7c69990811edb9f"/>
            <o:lock v:ext="edit" aspectratio="t"/>
            <w10:wrap type="none"/>
            <w10:anchorlock/>
          </v:shape>
        </w:pict>
      </w:r>
      <w:r>
        <w:rPr>
          <w:rFonts w:ascii="宋体" w:hAnsi="宋体" w:eastAsia="宋体" w:cs="宋体"/>
          <w:color w:val="000000"/>
        </w:rPr>
        <w:t>为线段</w:t>
      </w:r>
      <w:r>
        <w:pict>
          <v:shape id="_x0000_i71676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82" o:title="eqIdf52a58fbaf4fea03567e88a9f0f6e37e"/>
            <o:lock v:ext="edit" aspectratio="t"/>
            <w10:wrap type="none"/>
            <w10:anchorlock/>
          </v:shape>
        </w:pict>
      </w:r>
      <w:r>
        <w:rPr>
          <w:rFonts w:ascii="宋体" w:hAnsi="宋体" w:eastAsia="宋体" w:cs="宋体"/>
          <w:color w:val="000000"/>
        </w:rPr>
        <w:t>的“友好点”．</w:t>
      </w:r>
    </w:p>
    <w:p>
      <w:pPr>
        <w:spacing w:line="360" w:lineRule="auto"/>
        <w:jc w:val="both"/>
        <w:textAlignment w:val="center"/>
        <w:rPr>
          <w:color w:val="000000"/>
        </w:rPr>
      </w:pPr>
      <w:r>
        <w:rPr>
          <w:color w:val="000000"/>
        </w:rPr>
        <w:drawing>
          <wp:inline distT="0" distB="0" distL="114300" distR="114300">
            <wp:extent cx="4572000" cy="914400"/>
            <wp:effectExtent l="0" t="0" r="0" b="0"/>
            <wp:docPr id="3661"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 name="图片 100015" descr="学科网(www.zxxk.com)--教育资源门户，提供试卷、教案、课件、论文、素材以及各类教学资源下载，还有大量而丰富的教学相关资讯！"/>
                    <pic:cNvPicPr>
                      <a:picLocks noChangeAspect="1"/>
                    </pic:cNvPicPr>
                  </pic:nvPicPr>
                  <pic:blipFill>
                    <a:blip r:embed="rId1883"/>
                    <a:stretch>
                      <a:fillRect/>
                    </a:stretch>
                  </pic:blipFill>
                  <pic:spPr>
                    <a:xfrm>
                      <a:off x="0" y="0"/>
                      <a:ext cx="4572000" cy="9144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若数轴上</w:t>
      </w:r>
      <w:r>
        <w:pict>
          <v:shape id="_x0000_i71677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884" o:title="eqId5963abe8f421bd99a2aaa94831a951e9"/>
            <o:lock v:ext="edit" aspectratio="t"/>
            <w10:wrap type="none"/>
            <w10:anchorlock/>
          </v:shape>
        </w:pict>
      </w:r>
      <w:r>
        <w:rPr>
          <w:rFonts w:ascii="宋体" w:hAnsi="宋体" w:eastAsia="宋体" w:cs="宋体"/>
          <w:color w:val="000000"/>
        </w:rPr>
        <w:t>，</w:t>
      </w:r>
      <w:r>
        <w:pict>
          <v:shape id="_x0000_i71677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85" o:title="eqId7f9e8449aad35c5d840a3395ea86df6d"/>
            <o:lock v:ext="edit" aspectratio="t"/>
            <w10:wrap type="none"/>
            <w10:anchorlock/>
          </v:shape>
        </w:pict>
      </w:r>
      <w:r>
        <w:rPr>
          <w:rFonts w:ascii="宋体" w:hAnsi="宋体" w:eastAsia="宋体" w:cs="宋体"/>
          <w:color w:val="000000"/>
        </w:rPr>
        <w:t>两点所表示的数分别是</w:t>
      </w:r>
      <w:r>
        <w:pict>
          <v:shape id="_x0000_i71677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1886" o:title="eqId274a9dc37509f01c2606fb3086a46f4f"/>
            <o:lock v:ext="edit" aspectratio="t"/>
            <w10:wrap type="none"/>
            <w10:anchorlock/>
          </v:shape>
        </w:pict>
      </w:r>
      <w:r>
        <w:rPr>
          <w:rFonts w:ascii="宋体" w:hAnsi="宋体" w:eastAsia="宋体" w:cs="宋体"/>
          <w:color w:val="000000"/>
        </w:rPr>
        <w:t>，</w:t>
      </w:r>
      <w:r>
        <w:pict>
          <v:shape id="_x0000_i716773"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887" o:title="eqIdb8860d9787671b53b1ab68b3d526f5ca"/>
            <o:lock v:ext="edit" aspectratio="t"/>
            <w10:wrap type="none"/>
            <w10:anchorlock/>
          </v:shape>
        </w:pict>
      </w:r>
      <w:r>
        <w:rPr>
          <w:rFonts w:ascii="宋体" w:hAnsi="宋体" w:eastAsia="宋体" w:cs="宋体"/>
          <w:color w:val="000000"/>
        </w:rPr>
        <w:t>，点</w:t>
      </w:r>
      <w:r>
        <w:pict>
          <v:shape id="_x0000_i71677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88" o:title="eqIdc5db41a1f31d6baee7c69990811edb9f"/>
            <o:lock v:ext="edit" aspectratio="t"/>
            <w10:wrap type="none"/>
            <w10:anchorlock/>
          </v:shape>
        </w:pict>
      </w:r>
      <w:r>
        <w:rPr>
          <w:rFonts w:ascii="宋体" w:hAnsi="宋体" w:eastAsia="宋体" w:cs="宋体"/>
          <w:color w:val="000000"/>
        </w:rPr>
        <w:t>为线段</w:t>
      </w:r>
      <w:r>
        <w:pict>
          <v:shape id="_x0000_i71677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89" o:title="eqIdf52a58fbaf4fea03567e88a9f0f6e37e"/>
            <o:lock v:ext="edit" aspectratio="t"/>
            <w10:wrap type="none"/>
            <w10:anchorlock/>
          </v:shape>
        </w:pict>
      </w:r>
      <w:r>
        <w:rPr>
          <w:rFonts w:ascii="宋体" w:hAnsi="宋体" w:eastAsia="宋体" w:cs="宋体"/>
          <w:color w:val="000000"/>
        </w:rPr>
        <w:t>上一点，且点</w:t>
      </w:r>
      <w:r>
        <w:pict>
          <v:shape id="_x0000_i71677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88" o:title="eqIdc5db41a1f31d6baee7c69990811edb9f"/>
            <o:lock v:ext="edit" aspectratio="t"/>
            <w10:wrap type="none"/>
            <w10:anchorlock/>
          </v:shape>
        </w:pict>
      </w:r>
      <w:r>
        <w:rPr>
          <w:rFonts w:ascii="宋体" w:hAnsi="宋体" w:eastAsia="宋体" w:cs="宋体"/>
          <w:color w:val="000000"/>
        </w:rPr>
        <w:t>为线段</w:t>
      </w:r>
      <w:r>
        <w:pict>
          <v:shape id="_x0000_i71677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89" o:title="eqIdf52a58fbaf4fea03567e88a9f0f6e37e"/>
            <o:lock v:ext="edit" aspectratio="t"/>
            <w10:wrap type="none"/>
            <w10:anchorlock/>
          </v:shape>
        </w:pict>
      </w:r>
      <w:r>
        <w:rPr>
          <w:rFonts w:ascii="宋体" w:hAnsi="宋体" w:eastAsia="宋体" w:cs="宋体"/>
          <w:color w:val="000000"/>
        </w:rPr>
        <w:t>的“友好点”，则点</w:t>
      </w:r>
      <w:r>
        <w:pict>
          <v:shape id="_x0000_i71677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88"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若数轴上</w:t>
      </w:r>
      <w:r>
        <w:pict>
          <v:shape id="_x0000_i71677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890" o:title="eqId5963abe8f421bd99a2aaa94831a951e9"/>
            <o:lock v:ext="edit" aspectratio="t"/>
            <w10:wrap type="none"/>
            <w10:anchorlock/>
          </v:shape>
        </w:pict>
      </w:r>
      <w:r>
        <w:rPr>
          <w:rFonts w:ascii="宋体" w:hAnsi="宋体" w:eastAsia="宋体" w:cs="宋体"/>
          <w:color w:val="000000"/>
        </w:rPr>
        <w:t>，</w:t>
      </w:r>
      <w:r>
        <w:pict>
          <v:shape id="_x0000_i71678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891" o:title="eqId7f9e8449aad35c5d840a3395ea86df6d"/>
            <o:lock v:ext="edit" aspectratio="t"/>
            <w10:wrap type="none"/>
            <w10:anchorlock/>
          </v:shape>
        </w:pict>
      </w:r>
      <w:r>
        <w:rPr>
          <w:rFonts w:ascii="宋体" w:hAnsi="宋体" w:eastAsia="宋体" w:cs="宋体"/>
          <w:color w:val="000000"/>
        </w:rPr>
        <w:t>两点所表示的数分别是</w:t>
      </w:r>
      <w:r>
        <w:pict>
          <v:shape id="_x0000_i716781"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1892" o:title="eqId3edbd40e04e2a943051fa83d6e511add"/>
            <o:lock v:ext="edit" aspectratio="t"/>
            <w10:wrap type="none"/>
            <w10:anchorlock/>
          </v:shape>
        </w:pict>
      </w:r>
      <w:r>
        <w:rPr>
          <w:rFonts w:ascii="宋体" w:hAnsi="宋体" w:eastAsia="宋体" w:cs="宋体"/>
          <w:color w:val="000000"/>
        </w:rPr>
        <w:t>，</w:t>
      </w:r>
      <w:r>
        <w:pict>
          <v:shape id="_x0000_i71678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893" o:title="eqIdacbc6a613224461ade69362d46550474"/>
            <o:lock v:ext="edit" aspectratio="t"/>
            <w10:wrap type="none"/>
            <w10:anchorlock/>
          </v:shape>
        </w:pict>
      </w:r>
      <w:r>
        <w:rPr>
          <w:rFonts w:ascii="宋体" w:hAnsi="宋体" w:eastAsia="宋体" w:cs="宋体"/>
          <w:color w:val="000000"/>
        </w:rPr>
        <w:t>，点</w:t>
      </w:r>
      <w:r>
        <w:pict>
          <v:shape id="_x0000_i71678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94" o:title="eqIdc5db41a1f31d6baee7c69990811edb9f"/>
            <o:lock v:ext="edit" aspectratio="t"/>
            <w10:wrap type="none"/>
            <w10:anchorlock/>
          </v:shape>
        </w:pict>
      </w:r>
      <w:r>
        <w:rPr>
          <w:rFonts w:ascii="宋体" w:hAnsi="宋体" w:eastAsia="宋体" w:cs="宋体"/>
          <w:color w:val="000000"/>
        </w:rPr>
        <w:t>为数轴上一点，若点</w:t>
      </w:r>
      <w:r>
        <w:pict>
          <v:shape id="_x0000_i71678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94" o:title="eqIdc5db41a1f31d6baee7c69990811edb9f"/>
            <o:lock v:ext="edit" aspectratio="t"/>
            <w10:wrap type="none"/>
            <w10:anchorlock/>
          </v:shape>
        </w:pict>
      </w:r>
      <w:r>
        <w:rPr>
          <w:rFonts w:ascii="宋体" w:hAnsi="宋体" w:eastAsia="宋体" w:cs="宋体"/>
          <w:color w:val="000000"/>
        </w:rPr>
        <w:t>为线段</w:t>
      </w:r>
      <w:r>
        <w:pict>
          <v:shape id="_x0000_i71678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95" o:title="eqIdf52a58fbaf4fea03567e88a9f0f6e37e"/>
            <o:lock v:ext="edit" aspectratio="t"/>
            <w10:wrap type="none"/>
            <w10:anchorlock/>
          </v:shape>
        </w:pict>
      </w:r>
      <w:r>
        <w:rPr>
          <w:rFonts w:ascii="宋体" w:hAnsi="宋体" w:eastAsia="宋体" w:cs="宋体"/>
          <w:color w:val="000000"/>
        </w:rPr>
        <w:t>的“友好点”，则点</w:t>
      </w:r>
      <w:r>
        <w:pict>
          <v:shape id="_x0000_i71678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94"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若数轴上点</w:t>
      </w:r>
      <w:r>
        <w:pict>
          <v:shape id="_x0000_i71678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896" o:title="eqId5963abe8f421bd99a2aaa94831a951e9"/>
            <o:lock v:ext="edit" aspectratio="t"/>
            <w10:wrap type="none"/>
            <w10:anchorlock/>
          </v:shape>
        </w:pict>
      </w:r>
      <w:r>
        <w:rPr>
          <w:rFonts w:ascii="宋体" w:hAnsi="宋体" w:eastAsia="宋体" w:cs="宋体"/>
          <w:color w:val="000000"/>
        </w:rPr>
        <w:t>表示的数是</w:t>
      </w:r>
      <w:r>
        <w:pict>
          <v:shape id="_x0000_i71678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897" o:title="eqIdacbc6a613224461ade69362d46550474"/>
            <o:lock v:ext="edit" aspectratio="t"/>
            <w10:wrap type="none"/>
            <w10:anchorlock/>
          </v:shape>
        </w:pict>
      </w:r>
      <w:r>
        <w:rPr>
          <w:rFonts w:ascii="宋体" w:hAnsi="宋体" w:eastAsia="宋体" w:cs="宋体"/>
          <w:color w:val="000000"/>
        </w:rPr>
        <w:t>，点</w:t>
      </w:r>
      <w:r>
        <w:pict>
          <v:shape id="_x0000_i71678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98" o:title="eqIdc5db41a1f31d6baee7c69990811edb9f"/>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，若点</w:t>
      </w:r>
      <w:r>
        <w:pict>
          <v:shape id="_x0000_i71679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1898" o:title="eqIdc5db41a1f31d6baee7c69990811edb9f"/>
            <o:lock v:ext="edit" aspectratio="t"/>
            <w10:wrap type="none"/>
            <w10:anchorlock/>
          </v:shape>
        </w:pict>
      </w:r>
      <w:r>
        <w:rPr>
          <w:rFonts w:ascii="宋体" w:hAnsi="宋体" w:eastAsia="宋体" w:cs="宋体"/>
          <w:color w:val="000000"/>
        </w:rPr>
        <w:t>为线段</w:t>
      </w:r>
      <w:r>
        <w:pict>
          <v:shape id="_x0000_i71679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899" o:title="eqIdf52a58fbaf4fea03567e88a9f0f6e37e"/>
            <o:lock v:ext="edit" aspectratio="t"/>
            <w10:wrap type="none"/>
            <w10:anchorlock/>
          </v:shape>
        </w:pict>
      </w:r>
      <w:r>
        <w:rPr>
          <w:rFonts w:ascii="宋体" w:hAnsi="宋体" w:eastAsia="宋体" w:cs="宋体"/>
          <w:color w:val="000000"/>
        </w:rPr>
        <w:t>的“友好点”，则点</w:t>
      </w:r>
      <w:r>
        <w:pict>
          <v:shape id="_x0000_i71679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00"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若数轴上点</w:t>
      </w:r>
      <w:r>
        <w:pict>
          <v:shape id="_x0000_i71679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901" o:title="eqId5963abe8f421bd99a2aaa94831a951e9"/>
            <o:lock v:ext="edit" aspectratio="t"/>
            <w10:wrap type="none"/>
            <w10:anchorlock/>
          </v:shape>
        </w:pict>
      </w:r>
      <w:r>
        <w:rPr>
          <w:rFonts w:ascii="宋体" w:hAnsi="宋体" w:eastAsia="宋体" w:cs="宋体"/>
          <w:color w:val="000000"/>
        </w:rPr>
        <w:t>表示的数是</w:t>
      </w:r>
      <w:r>
        <w:pict>
          <v:shape id="_x0000_i71679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1902" o:title="eqIdacbc6a613224461ade69362d46550474"/>
            <o:lock v:ext="edit" aspectratio="t"/>
            <w10:wrap type="none"/>
            <w10:anchorlock/>
          </v:shape>
        </w:pict>
      </w:r>
      <w:r>
        <w:rPr>
          <w:rFonts w:ascii="宋体" w:hAnsi="宋体" w:eastAsia="宋体" w:cs="宋体"/>
          <w:color w:val="000000"/>
        </w:rPr>
        <w:t>，点</w:t>
      </w:r>
      <w:r>
        <w:pict>
          <v:shape id="_x0000_i71679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03" o:title="eqId7f9e8449aad35c5d840a3395ea86df6d"/>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，动点</w:t>
      </w:r>
      <w:r>
        <w:pict>
          <v:shape id="_x0000_i71679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904" o:title="eqIddad2a36927223bd70f426ba06aea4b45"/>
            <o:lock v:ext="edit" aspectratio="t"/>
            <w10:wrap type="none"/>
            <w10:anchorlock/>
          </v:shape>
        </w:pict>
      </w:r>
      <w:r>
        <w:rPr>
          <w:rFonts w:ascii="宋体" w:hAnsi="宋体" w:eastAsia="宋体" w:cs="宋体"/>
          <w:color w:val="000000"/>
        </w:rPr>
        <w:t>从点</w:t>
      </w:r>
      <w:r>
        <w:pict>
          <v:shape id="_x0000_i71679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1901" o:title="eqId5963abe8f421bd99a2aaa94831a951e9"/>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2</w:t>
      </w:r>
      <w:r>
        <w:rPr>
          <w:rFonts w:ascii="宋体" w:hAnsi="宋体" w:eastAsia="宋体" w:cs="宋体"/>
          <w:color w:val="000000"/>
        </w:rPr>
        <w:t>个单位的速度向右匀速运动，设运动的时间为</w:t>
      </w:r>
      <w:r>
        <w:pict>
          <v:shape id="_x0000_i716798"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905" o:title="eqId36a1b09c653185842513e24ebba60bb3"/>
            <o:lock v:ext="edit" aspectratio="t"/>
            <w10:wrap type="none"/>
            <w10:anchorlock/>
          </v:shape>
        </w:pict>
      </w:r>
      <w:r>
        <w:rPr>
          <w:rFonts w:ascii="宋体" w:hAnsi="宋体" w:eastAsia="宋体" w:cs="宋体"/>
          <w:color w:val="000000"/>
        </w:rPr>
        <w:t>秒，当</w:t>
      </w:r>
      <w:r>
        <w:pict>
          <v:shape id="_x0000_i716799"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905" o:title="eqId36a1b09c653185842513e24ebba60bb3"/>
            <o:lock v:ext="edit" aspectratio="t"/>
            <w10:wrap type="none"/>
            <w10:anchorlock/>
          </v:shape>
        </w:pict>
      </w:r>
      <w:r>
        <w:rPr>
          <w:rFonts w:ascii="宋体" w:hAnsi="宋体" w:eastAsia="宋体" w:cs="宋体"/>
          <w:color w:val="000000"/>
        </w:rPr>
        <w:t>为何值时，点</w:t>
      </w:r>
      <w:r>
        <w:pict>
          <v:shape id="_x0000_i71680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1904" o:title="eqIddad2a36927223bd70f426ba06aea4b45"/>
            <o:lock v:ext="edit" aspectratio="t"/>
            <w10:wrap type="none"/>
            <w10:anchorlock/>
          </v:shape>
        </w:pict>
      </w:r>
      <w:r>
        <w:rPr>
          <w:rFonts w:ascii="宋体" w:hAnsi="宋体" w:eastAsia="宋体" w:cs="宋体"/>
          <w:color w:val="000000"/>
        </w:rPr>
        <w:t>是线段</w:t>
      </w:r>
      <w:r>
        <w:pict>
          <v:shape id="_x0000_i71680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906" o:title="eqIdf52a58fbaf4fea03567e88a9f0f6e37e"/>
            <o:lock v:ext="edit" aspectratio="t"/>
            <w10:wrap type="none"/>
            <w10:anchorlock/>
          </v:shape>
        </w:pict>
      </w:r>
      <w:r>
        <w:rPr>
          <w:rFonts w:ascii="宋体" w:hAnsi="宋体" w:eastAsia="宋体" w:cs="宋体"/>
          <w:color w:val="000000"/>
        </w:rPr>
        <w:t>的“友好点”．</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2</w:t>
      </w:r>
      <w:r>
        <w:rPr>
          <w:color w:val="000000"/>
        </w:rPr>
        <w:t xml:space="preserve">    （2）</w:t>
      </w:r>
      <w:r>
        <w:rPr>
          <w:rFonts w:ascii="Times New Roman" w:hAnsi="Times New Roman" w:eastAsia="Times New Roman" w:cs="Times New Roman"/>
          <w:color w:val="000000"/>
        </w:rPr>
        <w:t>2</w:t>
      </w:r>
      <w:r>
        <w:rPr>
          <w:rFonts w:ascii="宋体" w:hAnsi="宋体" w:eastAsia="宋体" w:cs="宋体"/>
          <w:color w:val="000000"/>
        </w:rPr>
        <w:t>或</w:t>
      </w:r>
      <w:r>
        <w:pict>
          <v:shape id="_x0000_i716802" o:spt="75" alt="学科网(www.zxxk.com)--教育资源门户，提供试卷、教案、课件、论文、素材以及各类教学资源下载，还有大量而丰富的教学相关资讯！" type="#_x0000_t75" style="height:12.8pt;width:15.9pt;" o:ole="t" filled="f" o:preferrelative="t" stroked="f" coordsize="21600,21600">
            <v:path/>
            <v:fill on="f" focussize="0,0"/>
            <v:stroke on="f" joinstyle="miter"/>
            <v:imagedata r:id="rId1907" o:title="eqId1683a4ac36f55c648a8825526fea183b"/>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6803" o:spt="75" alt="学科网(www.zxxk.com)--教育资源门户，提供试卷、教案、课件、论文、素材以及各类教学资源下载，还有大量而丰富的教学相关资讯！" type="#_x0000_t75" style="height:14.35pt;width:18.1pt;" o:ole="t" filled="f" o:preferrelative="t" stroked="f" coordsize="21600,21600">
            <v:path/>
            <v:fill on="f" focussize="0,0"/>
            <v:stroke on="f" joinstyle="miter"/>
            <v:imagedata r:id="rId1908" o:title="eqId8ec818fc0754296163206e1e8870f9e6"/>
            <o:lock v:ext="edit" aspectratio="t"/>
            <w10:wrap type="none"/>
            <w10:anchorlock/>
          </v:shape>
        </w:pict>
      </w:r>
      <w:r>
        <w:rPr>
          <w:rFonts w:ascii="宋体" w:hAnsi="宋体" w:eastAsia="宋体" w:cs="宋体"/>
          <w:color w:val="000000"/>
        </w:rPr>
        <w:t>或</w:t>
      </w:r>
      <w:r>
        <w:pict>
          <v:shape id="_x0000_i716804" o:spt="75" alt="学科网(www.zxxk.com)--教育资源门户，提供试卷、教案、课件、论文、素材以及各类教学资源下载，还有大量而丰富的教学相关资讯！" type="#_x0000_t75" style="height:14pt;width:18pt;" o:ole="t" filled="f" o:preferrelative="t" stroked="f" coordsize="21600,21600">
            <v:path/>
            <v:fill on="f" focussize="0,0"/>
            <v:stroke on="f" joinstyle="miter"/>
            <v:imagedata r:id="rId1909" o:title="eqId22d3bf727f6c78896544c7f6c8ff33ba"/>
            <o:lock v:ext="edit" aspectratio="t"/>
            <w10:wrap type="none"/>
            <w10:anchorlock/>
          </v:shape>
        </w:pict>
      </w:r>
      <w:r>
        <w:rPr>
          <w:color w:val="000000"/>
        </w:rPr>
        <w:t xml:space="preserve">    </w:t>
      </w:r>
    </w:p>
    <w:p>
      <w:pPr>
        <w:spacing w:line="360" w:lineRule="auto"/>
        <w:textAlignment w:val="center"/>
        <w:rPr>
          <w:color w:val="000000"/>
        </w:rPr>
      </w:pPr>
      <w:r>
        <w:rPr>
          <w:color w:val="000000"/>
        </w:rPr>
        <w:t>（4）</w:t>
      </w:r>
      <w:r>
        <w:pict>
          <v:shape id="_x0000_i71680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1910" o:title="eqId36a1b09c653185842513e24ebba60bb3"/>
            <o:lock v:ext="edit" aspectratio="t"/>
            <w10:wrap type="none"/>
            <w10:anchorlock/>
          </v:shape>
        </w:pict>
      </w:r>
      <w:r>
        <w:rPr>
          <w:rFonts w:ascii="宋体" w:hAnsi="宋体" w:eastAsia="宋体" w:cs="宋体"/>
          <w:color w:val="000000"/>
        </w:rPr>
        <w:t>的值是</w:t>
      </w:r>
      <w:r>
        <w:pict>
          <v:shape id="_x0000_i716806" o:spt="75" alt="学科网(www.zxxk.com)--教育资源门户，提供试卷、教案、课件、论文、素材以及各类教学资源下载，还有大量而丰富的教学相关资讯！" type="#_x0000_t75" style="height:31.2pt;width:12pt;" o:ole="t" filled="f" o:preferrelative="t" stroked="f" coordsize="21600,21600">
            <v:path/>
            <v:fill on="f" focussize="0,0"/>
            <v:stroke on="f" joinstyle="miter"/>
            <v:imagedata r:id="rId1911" o:title="eqIdd599cb4a589f90b0205f24c2e1fa021e"/>
            <o:lock v:ext="edit" aspectratio="t"/>
            <w10:wrap type="none"/>
            <w10:anchorlock/>
          </v:shape>
        </w:pict>
      </w:r>
      <w:r>
        <w:rPr>
          <w:rFonts w:ascii="宋体" w:hAnsi="宋体" w:eastAsia="宋体" w:cs="宋体"/>
          <w:color w:val="000000"/>
        </w:rPr>
        <w:t>或</w:t>
      </w:r>
      <w:r>
        <w:pict>
          <v:shape id="_x0000_i716807"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912" o:title="eqIdb8860d9787671b53b1ab68b3d526f5ca"/>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i/>
          <w:color w:val="000000"/>
        </w:rPr>
        <w:t>x</w:t>
      </w:r>
      <w:r>
        <w:rPr>
          <w:rFonts w:ascii="宋体" w:hAnsi="宋体" w:eastAsia="宋体" w:cs="宋体"/>
          <w:color w:val="000000"/>
        </w:rPr>
        <w:t>，</w:t>
      </w:r>
      <w:r>
        <w:pict>
          <v:shape id="_x0000_i716808" o:spt="75" alt="学科网(www.zxxk.com)--教育资源门户，提供试卷、教案、课件、论文、素材以及各类教学资源下载，还有大量而丰富的教学相关资讯！" type="#_x0000_t75" style="height:19.8pt;width:108pt;" o:ole="t" filled="f" o:preferrelative="t" stroked="f" coordsize="21600,21600">
            <v:path/>
            <v:fill on="f" focussize="0,0"/>
            <v:stroke on="f" joinstyle="miter"/>
            <v:imagedata r:id="rId1913" o:title="eqId054ae0bef7eb322d82660818762fed28"/>
            <o:lock v:ext="edit" aspectratio="t"/>
            <w10:wrap type="none"/>
            <w10:anchorlock/>
          </v:shape>
        </w:pict>
      </w:r>
      <w:r>
        <w:rPr>
          <w:rFonts w:ascii="宋体" w:hAnsi="宋体" w:eastAsia="宋体" w:cs="宋体"/>
          <w:color w:val="000000"/>
        </w:rPr>
        <w:t>，</w:t>
      </w:r>
      <w:r>
        <w:pict>
          <v:shape id="_x0000_i716809"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1914" o:title="eqIddc3661b73691b9c4af7a0c81f60ca34e"/>
            <o:lock v:ext="edit" aspectratio="t"/>
            <w10:wrap type="none"/>
            <w10:anchorlock/>
          </v:shape>
        </w:pict>
      </w:r>
      <w:r>
        <w:rPr>
          <w:rFonts w:ascii="宋体" w:hAnsi="宋体" w:eastAsia="宋体" w:cs="宋体"/>
          <w:color w:val="000000"/>
        </w:rPr>
        <w:t>，再由</w:t>
      </w:r>
      <w:r>
        <w:rPr>
          <w:rFonts w:ascii="Times New Roman" w:hAnsi="Times New Roman" w:eastAsia="Times New Roman" w:cs="Times New Roman"/>
          <w:i/>
          <w:color w:val="000000"/>
        </w:rPr>
        <w:t>C</w:t>
      </w:r>
      <w:r>
        <w:rPr>
          <w:rFonts w:ascii="宋体" w:hAnsi="宋体" w:eastAsia="宋体" w:cs="宋体"/>
          <w:color w:val="000000"/>
        </w:rPr>
        <w:t>为线段</w:t>
      </w:r>
      <w:r>
        <w:rPr>
          <w:rFonts w:ascii="Times New Roman" w:hAnsi="Times New Roman" w:eastAsia="Times New Roman" w:cs="Times New Roman"/>
          <w:i/>
          <w:color w:val="000000"/>
        </w:rPr>
        <w:t>AB</w:t>
      </w:r>
      <w:r>
        <w:rPr>
          <w:rFonts w:ascii="宋体" w:hAnsi="宋体" w:eastAsia="宋体" w:cs="宋体"/>
          <w:color w:val="000000"/>
        </w:rPr>
        <w:t>的“友好点”，得到</w:t>
      </w:r>
      <w:r>
        <w:pict>
          <v:shape id="_x0000_i716810" o:spt="75" alt="学科网(www.zxxk.com)--教育资源门户，提供试卷、教案、课件、论文、素材以及各类教学资源下载，还有大量而丰富的教学相关资讯！" type="#_x0000_t75" style="height:20.25pt;width:78pt;" o:ole="t" filled="f" o:preferrelative="t" stroked="f" coordsize="21600,21600">
            <v:path/>
            <v:fill on="f" focussize="0,0"/>
            <v:stroke on="f" joinstyle="miter"/>
            <v:imagedata r:id="rId1915" o:title="eqId9220f3e3edd585eff9b01d6f5dc0ab56"/>
            <o:lock v:ext="edit" aspectratio="t"/>
            <w10:wrap type="none"/>
            <w10:anchorlock/>
          </v:shape>
        </w:pict>
      </w:r>
      <w:r>
        <w:rPr>
          <w:rFonts w:ascii="宋体" w:hAnsi="宋体" w:eastAsia="宋体" w:cs="宋体"/>
          <w:color w:val="000000"/>
        </w:rPr>
        <w:t>，由此求解即可；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i/>
          <w:color w:val="000000"/>
        </w:rPr>
        <w:t>y</w:t>
      </w:r>
      <w:r>
        <w:rPr>
          <w:rFonts w:ascii="宋体" w:hAnsi="宋体" w:eastAsia="宋体" w:cs="宋体"/>
          <w:color w:val="000000"/>
        </w:rPr>
        <w:t>，由</w:t>
      </w:r>
      <w:r>
        <w:rPr>
          <w:rFonts w:ascii="Times New Roman" w:hAnsi="Times New Roman" w:eastAsia="Times New Roman" w:cs="Times New Roman"/>
          <w:i/>
          <w:color w:val="000000"/>
        </w:rPr>
        <w:t>C</w:t>
      </w:r>
      <w:r>
        <w:rPr>
          <w:rFonts w:ascii="宋体" w:hAnsi="宋体" w:eastAsia="宋体" w:cs="宋体"/>
          <w:color w:val="000000"/>
        </w:rPr>
        <w:t>为线段</w:t>
      </w:r>
      <w:r>
        <w:rPr>
          <w:rFonts w:ascii="Times New Roman" w:hAnsi="Times New Roman" w:eastAsia="Times New Roman" w:cs="Times New Roman"/>
          <w:i/>
          <w:color w:val="000000"/>
        </w:rPr>
        <w:t>AB</w:t>
      </w:r>
      <w:r>
        <w:rPr>
          <w:rFonts w:ascii="宋体" w:hAnsi="宋体" w:eastAsia="宋体" w:cs="宋体"/>
          <w:color w:val="000000"/>
        </w:rPr>
        <w:t>的“友好点”，得到</w:t>
      </w:r>
      <w:r>
        <w:pict>
          <v:shape id="_x0000_i716811"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1916" o:title="eqId3d3976d08e5f9e24e76ce9579c06a8dc"/>
            <o:lock v:ext="edit" aspectratio="t"/>
            <w10:wrap type="none"/>
            <w10:anchorlock/>
          </v:shape>
        </w:pict>
      </w:r>
      <w:r>
        <w:rPr>
          <w:rFonts w:ascii="宋体" w:hAnsi="宋体" w:eastAsia="宋体" w:cs="宋体"/>
          <w:color w:val="000000"/>
        </w:rPr>
        <w:t>，则</w:t>
      </w:r>
      <w:r>
        <w:pict>
          <v:shape id="_x0000_i716812" o:spt="75" alt="学科网(www.zxxk.com)--教育资源门户，提供试卷、教案、课件、论文、素材以及各类教学资源下载，还有大量而丰富的教学相关资讯！" type="#_x0000_t75" style="height:19.8pt;width:109.8pt;" o:ole="t" filled="f" o:preferrelative="t" stroked="f" coordsize="21600,21600">
            <v:path/>
            <v:fill on="f" focussize="0,0"/>
            <v:stroke on="f" joinstyle="miter"/>
            <v:imagedata r:id="rId1917" o:title="eqId01870ec1a93630d21fda37cfbda0e42a"/>
            <o:lock v:ext="edit" aspectratio="t"/>
            <w10:wrap type="none"/>
            <w10:anchorlock/>
          </v:shape>
        </w:pict>
      </w:r>
      <w:r>
        <w:rPr>
          <w:rFonts w:ascii="宋体" w:hAnsi="宋体" w:eastAsia="宋体" w:cs="宋体"/>
          <w:color w:val="000000"/>
        </w:rPr>
        <w:t>，</w:t>
      </w:r>
      <w:r>
        <w:pict>
          <v:shape id="_x0000_i716813" o:spt="75" alt="学科网(www.zxxk.com)--教育资源门户，提供试卷、教案、课件、论文、素材以及各类教学资源下载，还有大量而丰富的教学相关资讯！" type="#_x0000_t75" style="height:19.8pt;width:66pt;" o:ole="t" filled="f" o:preferrelative="t" stroked="f" coordsize="21600,21600">
            <v:path/>
            <v:fill on="f" focussize="0,0"/>
            <v:stroke on="f" joinstyle="miter"/>
            <v:imagedata r:id="rId1918" o:title="eqIde1e8f5012c185dc1b91e3b82cbc46fcd"/>
            <o:lock v:ext="edit" aspectratio="t"/>
            <w10:wrap type="none"/>
            <w10:anchorlock/>
          </v:shape>
        </w:pict>
      </w:r>
      <w:r>
        <w:rPr>
          <w:rFonts w:ascii="宋体" w:hAnsi="宋体" w:eastAsia="宋体" w:cs="宋体"/>
          <w:color w:val="000000"/>
        </w:rPr>
        <w:t>即可得到</w:t>
      </w:r>
      <w:r>
        <w:pict>
          <v:shape id="_x0000_i716814" o:spt="75" alt="学科网(www.zxxk.com)--教育资源门户，提供试卷、教案、课件、论文、素材以及各类教学资源下载，还有大量而丰富的教学相关资讯！" type="#_x0000_t75" style="height:19.8pt;width:82.2pt;" o:ole="t" filled="f" o:preferrelative="t" stroked="f" coordsize="21600,21600">
            <v:path/>
            <v:fill on="f" focussize="0,0"/>
            <v:stroke on="f" joinstyle="miter"/>
            <v:imagedata r:id="rId1919" o:title="eqIdb2852c2cbc0f190c236129dc766ff5fc"/>
            <o:lock v:ext="edit" aspectratio="t"/>
            <w10:wrap type="none"/>
            <w10:anchorlock/>
          </v:shape>
        </w:pict>
      </w:r>
      <w:r>
        <w:rPr>
          <w:rFonts w:ascii="宋体" w:hAnsi="宋体" w:eastAsia="宋体" w:cs="宋体"/>
          <w:color w:val="000000"/>
        </w:rPr>
        <w:t>，由此求解即可；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z</w:t>
      </w:r>
      <w:r>
        <w:rPr>
          <w:rFonts w:ascii="宋体" w:hAnsi="宋体" w:eastAsia="宋体" w:cs="宋体"/>
          <w:color w:val="000000"/>
        </w:rPr>
        <w:t>，由</w:t>
      </w:r>
      <w:r>
        <w:rPr>
          <w:rFonts w:ascii="Times New Roman" w:hAnsi="Times New Roman" w:eastAsia="Times New Roman" w:cs="Times New Roman"/>
          <w:i/>
          <w:color w:val="000000"/>
        </w:rPr>
        <w:t>C</w:t>
      </w:r>
      <w:r>
        <w:rPr>
          <w:rFonts w:ascii="宋体" w:hAnsi="宋体" w:eastAsia="宋体" w:cs="宋体"/>
          <w:color w:val="000000"/>
        </w:rPr>
        <w:t>为线段</w:t>
      </w:r>
      <w:r>
        <w:rPr>
          <w:rFonts w:ascii="Times New Roman" w:hAnsi="Times New Roman" w:eastAsia="Times New Roman" w:cs="Times New Roman"/>
          <w:i/>
          <w:color w:val="000000"/>
        </w:rPr>
        <w:t>AB</w:t>
      </w:r>
      <w:r>
        <w:rPr>
          <w:rFonts w:ascii="宋体" w:hAnsi="宋体" w:eastAsia="宋体" w:cs="宋体"/>
          <w:color w:val="000000"/>
        </w:rPr>
        <w:t>的“友好点”，得到</w:t>
      </w:r>
      <w:r>
        <w:pict>
          <v:shape id="_x0000_i716815"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1920" o:title="eqId3d3976d08e5f9e24e76ce9579c06a8dc"/>
            <o:lock v:ext="edit" aspectratio="t"/>
            <w10:wrap type="none"/>
            <w10:anchorlock/>
          </v:shape>
        </w:pict>
      </w:r>
      <w:r>
        <w:rPr>
          <w:rFonts w:ascii="宋体" w:hAnsi="宋体" w:eastAsia="宋体" w:cs="宋体"/>
          <w:color w:val="000000"/>
        </w:rPr>
        <w:t>，则</w:t>
      </w:r>
      <w:r>
        <w:pict>
          <v:shape id="_x0000_i716816" o:spt="75" alt="学科网(www.zxxk.com)--教育资源门户，提供试卷、教案、课件、论文、素材以及各类教学资源下载，还有大量而丰富的教学相关资讯！" type="#_x0000_t75" style="height:19.8pt;width:88.2pt;" o:ole="t" filled="f" o:preferrelative="t" stroked="f" coordsize="21600,21600">
            <v:path/>
            <v:fill on="f" focussize="0,0"/>
            <v:stroke on="f" joinstyle="miter"/>
            <v:imagedata r:id="rId1921" o:title="eqIdba2317e94c33d4956349914ed1a497e2"/>
            <o:lock v:ext="edit" aspectratio="t"/>
            <w10:wrap type="none"/>
            <w10:anchorlock/>
          </v:shape>
        </w:pict>
      </w:r>
      <w:r>
        <w:rPr>
          <w:rFonts w:ascii="宋体" w:hAnsi="宋体" w:eastAsia="宋体" w:cs="宋体"/>
          <w:color w:val="000000"/>
        </w:rPr>
        <w:t>，</w:t>
      </w:r>
      <w:r>
        <w:pict>
          <v:shape id="_x0000_i716817" o:spt="75" alt="学科网(www.zxxk.com)--教育资源门户，提供试卷、教案、课件、论文、素材以及各类教学资源下载，还有大量而丰富的教学相关资讯！" type="#_x0000_t75" style="height:19.8pt;width:58.8pt;" o:ole="t" filled="f" o:preferrelative="t" stroked="f" coordsize="21600,21600">
            <v:path/>
            <v:fill on="f" focussize="0,0"/>
            <v:stroke on="f" joinstyle="miter"/>
            <v:imagedata r:id="rId1922" o:title="eqId8e9d3b3cdafc7f27d16aa73dd28ba12a"/>
            <o:lock v:ext="edit" aspectratio="t"/>
            <w10:wrap type="none"/>
            <w10:anchorlock/>
          </v:shape>
        </w:pict>
      </w:r>
      <w:r>
        <w:rPr>
          <w:rFonts w:ascii="宋体" w:hAnsi="宋体" w:eastAsia="宋体" w:cs="宋体"/>
          <w:color w:val="000000"/>
        </w:rPr>
        <w:t>，从而得到</w:t>
      </w:r>
      <w:r>
        <w:pict>
          <v:shape id="_x0000_i716818" o:spt="75" alt="学科网(www.zxxk.com)--教育资源门户，提供试卷、教案、课件、论文、素材以及各类教学资源下载，还有大量而丰富的教学相关资讯！" type="#_x0000_t75" style="height:19.8pt;width:55.2pt;" o:ole="t" filled="f" o:preferrelative="t" stroked="f" coordsize="21600,21600">
            <v:path/>
            <v:fill on="f" focussize="0,0"/>
            <v:stroke on="f" joinstyle="miter"/>
            <v:imagedata r:id="rId1923" o:title="eqId8d84395325795231e97332d9c641303f"/>
            <o:lock v:ext="edit" aspectratio="t"/>
            <w10:wrap type="none"/>
            <w10:anchorlock/>
          </v:shape>
        </w:pict>
      </w:r>
      <w:r>
        <w:rPr>
          <w:rFonts w:ascii="宋体" w:hAnsi="宋体" w:eastAsia="宋体" w:cs="宋体"/>
          <w:color w:val="000000"/>
        </w:rPr>
        <w:t>，由此求解即可；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）分当点</w:t>
      </w:r>
      <w:r>
        <w:rPr>
          <w:rFonts w:ascii="Times New Roman" w:hAnsi="Times New Roman" w:eastAsia="Times New Roman" w:cs="Times New Roman"/>
          <w:i/>
          <w:color w:val="000000"/>
        </w:rPr>
        <w:t>P</w:t>
      </w:r>
      <w:r>
        <w:rPr>
          <w:rFonts w:ascii="宋体" w:hAnsi="宋体" w:eastAsia="宋体" w:cs="宋体"/>
          <w:color w:val="000000"/>
        </w:rPr>
        <w:t>在线段</w:t>
      </w:r>
      <w:r>
        <w:pict>
          <v:shape id="_x0000_i71681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924" o:title="eqIdf52a58fbaf4fea03567e88a9f0f6e37e"/>
            <o:lock v:ext="edit" aspectratio="t"/>
            <w10:wrap type="none"/>
            <w10:anchorlock/>
          </v:shape>
        </w:pict>
      </w:r>
      <w:r>
        <w:rPr>
          <w:rFonts w:ascii="宋体" w:hAnsi="宋体" w:eastAsia="宋体" w:cs="宋体"/>
          <w:color w:val="000000"/>
        </w:rPr>
        <w:t>上时和当点</w:t>
      </w:r>
      <w:r>
        <w:rPr>
          <w:rFonts w:ascii="Times New Roman" w:hAnsi="Times New Roman" w:eastAsia="Times New Roman" w:cs="Times New Roman"/>
          <w:i/>
          <w:color w:val="000000"/>
        </w:rPr>
        <w:t>P</w:t>
      </w:r>
      <w:r>
        <w:rPr>
          <w:rFonts w:ascii="宋体" w:hAnsi="宋体" w:eastAsia="宋体" w:cs="宋体"/>
          <w:color w:val="000000"/>
        </w:rPr>
        <w:t>在点</w:t>
      </w:r>
      <w:r>
        <w:pict>
          <v:shape id="_x0000_i71682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25" o:title="eqId7f9e8449aad35c5d840a3395ea86df6d"/>
            <o:lock v:ext="edit" aspectratio="t"/>
            <w10:wrap type="none"/>
            <w10:anchorlock/>
          </v:shape>
        </w:pict>
      </w:r>
      <w:r>
        <w:rPr>
          <w:rFonts w:ascii="宋体" w:hAnsi="宋体" w:eastAsia="宋体" w:cs="宋体"/>
          <w:color w:val="000000"/>
        </w:rPr>
        <w:t>右侧时两种情况讨论求解即可．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821" o:spt="75" alt="学科网(www.zxxk.com)--教育资源门户，提供试卷、教案、课件、论文、素材以及各类教学资源下载，还有大量而丰富的教学相关资讯！" type="#_x0000_t75" style="height:19.8pt;width:108pt;" o:ole="t" filled="f" o:preferrelative="t" stroked="f" coordsize="21600,21600">
            <v:path/>
            <v:fill on="f" focussize="0,0"/>
            <v:stroke on="f" joinstyle="miter"/>
            <v:imagedata r:id="rId1926" o:title="eqId054ae0bef7eb322d82660818762fed28"/>
            <o:lock v:ext="edit" aspectratio="t"/>
            <w10:wrap type="none"/>
            <w10:anchorlock/>
          </v:shape>
        </w:pict>
      </w:r>
      <w:r>
        <w:rPr>
          <w:rFonts w:ascii="宋体" w:hAnsi="宋体" w:eastAsia="宋体" w:cs="宋体"/>
          <w:color w:val="000000"/>
        </w:rPr>
        <w:t>，</w:t>
      </w:r>
      <w:r>
        <w:pict>
          <v:shape id="_x0000_i716822"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1927" o:title="eqIddc3661b73691b9c4af7a0c81f60ca34e"/>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为线段</w:t>
      </w:r>
      <w:r>
        <w:rPr>
          <w:rFonts w:ascii="Times New Roman" w:hAnsi="Times New Roman" w:eastAsia="Times New Roman" w:cs="Times New Roman"/>
          <w:i/>
          <w:color w:val="000000"/>
        </w:rPr>
        <w:t>AB</w:t>
      </w:r>
      <w:r>
        <w:rPr>
          <w:rFonts w:ascii="宋体" w:hAnsi="宋体" w:eastAsia="宋体" w:cs="宋体"/>
          <w:color w:val="000000"/>
        </w:rPr>
        <w:t>的“友好点”，</w:t>
      </w:r>
    </w:p>
    <w:p>
      <w:pPr>
        <w:spacing w:line="360" w:lineRule="auto"/>
        <w:jc w:val="left"/>
        <w:textAlignment w:val="center"/>
        <w:rPr>
          <w:color w:val="000000"/>
        </w:rPr>
      </w:pPr>
      <w:r>
        <w:rPr>
          <w:rFonts w:ascii="宋体" w:hAnsi="宋体" w:eastAsia="宋体" w:cs="宋体"/>
          <w:color w:val="000000"/>
        </w:rPr>
        <w:t>∴</w:t>
      </w:r>
      <w:r>
        <w:pict>
          <v:shape id="_x0000_i716823"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1928" o:title="eqId3d3976d08e5f9e24e76ce9579c06a8d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824" o:spt="75" alt="学科网(www.zxxk.com)--教育资源门户，提供试卷、教案、课件、论文、素材以及各类教学资源下载，还有大量而丰富的教学相关资讯！" type="#_x0000_t75" style="height:20.25pt;width:78pt;" o:ole="t" filled="f" o:preferrelative="t" stroked="f" coordsize="21600,21600">
            <v:path/>
            <v:fill on="f" focussize="0,0"/>
            <v:stroke on="f" joinstyle="miter"/>
            <v:imagedata r:id="rId1929" o:title="eqId9220f3e3edd585eff9b01d6f5dc0ab5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6825"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930" o:title="eqId707ea658f3a9359f5740d5aab48f79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为线段</w:t>
      </w:r>
      <w:r>
        <w:rPr>
          <w:rFonts w:ascii="Times New Roman" w:hAnsi="Times New Roman" w:eastAsia="Times New Roman" w:cs="Times New Roman"/>
          <w:i/>
          <w:color w:val="000000"/>
        </w:rPr>
        <w:t>AB</w:t>
      </w:r>
      <w:r>
        <w:rPr>
          <w:rFonts w:ascii="宋体" w:hAnsi="宋体" w:eastAsia="宋体" w:cs="宋体"/>
          <w:color w:val="000000"/>
        </w:rPr>
        <w:t>的“友好点”，</w:t>
      </w:r>
    </w:p>
    <w:p>
      <w:pPr>
        <w:spacing w:line="360" w:lineRule="auto"/>
        <w:jc w:val="left"/>
        <w:textAlignment w:val="center"/>
        <w:rPr>
          <w:color w:val="000000"/>
        </w:rPr>
      </w:pPr>
      <w:r>
        <w:rPr>
          <w:rFonts w:ascii="宋体" w:hAnsi="宋体" w:eastAsia="宋体" w:cs="宋体"/>
          <w:color w:val="000000"/>
        </w:rPr>
        <w:t>∴</w:t>
      </w:r>
      <w:r>
        <w:pict>
          <v:shape id="_x0000_i716826"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1931" o:title="eqId3d3976d08e5f9e24e76ce9579c06a8d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827" o:spt="75" alt="学科网(www.zxxk.com)--教育资源门户，提供试卷、教案、课件、论文、素材以及各类教学资源下载，还有大量而丰富的教学相关资讯！" type="#_x0000_t75" style="height:19.8pt;width:109.8pt;" o:ole="t" filled="f" o:preferrelative="t" stroked="f" coordsize="21600,21600">
            <v:path/>
            <v:fill on="f" focussize="0,0"/>
            <v:stroke on="f" joinstyle="miter"/>
            <v:imagedata r:id="rId1932" o:title="eqId01870ec1a93630d21fda37cfbda0e42a"/>
            <o:lock v:ext="edit" aspectratio="t"/>
            <w10:wrap type="none"/>
            <w10:anchorlock/>
          </v:shape>
        </w:pict>
      </w:r>
      <w:r>
        <w:rPr>
          <w:rFonts w:ascii="宋体" w:hAnsi="宋体" w:eastAsia="宋体" w:cs="宋体"/>
          <w:color w:val="000000"/>
        </w:rPr>
        <w:t>，</w:t>
      </w:r>
      <w:r>
        <w:pict>
          <v:shape id="_x0000_i716828" o:spt="75" alt="学科网(www.zxxk.com)--教育资源门户，提供试卷、教案、课件、论文、素材以及各类教学资源下载，还有大量而丰富的教学相关资讯！" type="#_x0000_t75" style="height:19.8pt;width:66pt;" o:ole="t" filled="f" o:preferrelative="t" stroked="f" coordsize="21600,21600">
            <v:path/>
            <v:fill on="f" focussize="0,0"/>
            <v:stroke on="f" joinstyle="miter"/>
            <v:imagedata r:id="rId1933" o:title="eqIde1e8f5012c185dc1b91e3b82cbc46fc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6829" o:spt="75" alt="学科网(www.zxxk.com)--教育资源门户，提供试卷、教案、课件、论文、素材以及各类教学资源下载，还有大量而丰富的教学相关资讯！" type="#_x0000_t75" style="height:19.8pt;width:82.2pt;" o:ole="t" filled="f" o:preferrelative="t" stroked="f" coordsize="21600,21600">
            <v:path/>
            <v:fill on="f" focussize="0,0"/>
            <v:stroke on="f" joinstyle="miter"/>
            <v:imagedata r:id="rId1934" o:title="eqIdb2852c2cbc0f190c236129dc766ff5f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830" o:spt="75" alt="学科网(www.zxxk.com)--教育资源门户，提供试卷、教案、课件、论文、素材以及各类教学资源下载，还有大量而丰富的教学相关资讯！" type="#_x0000_t75" style="height:16.2pt;width:70.8pt;" o:ole="t" filled="f" o:preferrelative="t" stroked="f" coordsize="21600,21600">
            <v:path/>
            <v:fill on="f" focussize="0,0"/>
            <v:stroke on="f" joinstyle="miter"/>
            <v:imagedata r:id="rId1935" o:title="eqIda61db43200d8eac4a9b3fdba92c2a1a4"/>
            <o:lock v:ext="edit" aspectratio="t"/>
            <w10:wrap type="none"/>
            <w10:anchorlock/>
          </v:shape>
        </w:pict>
      </w:r>
      <w:r>
        <w:rPr>
          <w:rFonts w:ascii="宋体" w:hAnsi="宋体" w:eastAsia="宋体" w:cs="宋体"/>
          <w:color w:val="000000"/>
        </w:rPr>
        <w:t>或</w:t>
      </w:r>
      <w:r>
        <w:pict>
          <v:shape id="_x0000_i716831" o:spt="75" alt="学科网(www.zxxk.com)--教育资源门户，提供试卷、教案、课件、论文、素材以及各类教学资源下载，还有大量而丰富的教学相关资讯！" type="#_x0000_t75" style="height:16.2pt;width:78pt;" o:ole="t" filled="f" o:preferrelative="t" stroked="f" coordsize="21600,21600">
            <v:path/>
            <v:fill on="f" focussize="0,0"/>
            <v:stroke on="f" joinstyle="miter"/>
            <v:imagedata r:id="rId1936" o:title="eqId0b837bd7fb9b3e4d694f2d2152c9be11"/>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6832" o:spt="75" alt="学科网(www.zxxk.com)--教育资源门户，提供试卷、教案、课件、论文、素材以及各类教学资源下载，还有大量而丰富的教学相关资讯！" type="#_x0000_t75" style="height:15pt;width:26pt;" o:ole="t" filled="f" o:preferrelative="t" stroked="f" coordsize="21600,21600">
            <v:path/>
            <v:fill on="f" focussize="0,0"/>
            <v:stroke on="f" joinstyle="miter"/>
            <v:imagedata r:id="rId1937" o:title="eqId107babba45f110012183dc4dc54490f7"/>
            <o:lock v:ext="edit" aspectratio="t"/>
            <w10:wrap type="none"/>
            <w10:anchorlock/>
          </v:shape>
        </w:pict>
      </w:r>
      <w:r>
        <w:rPr>
          <w:rFonts w:ascii="宋体" w:hAnsi="宋体" w:eastAsia="宋体" w:cs="宋体"/>
          <w:color w:val="000000"/>
        </w:rPr>
        <w:t>或</w:t>
      </w:r>
      <w:r>
        <w:pict>
          <v:shape id="_x0000_i716833" o:spt="75" alt="学科网(www.zxxk.com)--教育资源门户，提供试卷、教案、课件、论文、素材以及各类教学资源下载，还有大量而丰富的教学相关资讯！" type="#_x0000_t75" style="height:15.75pt;width:35.25pt;" o:ole="t" filled="f" o:preferrelative="t" stroked="f" coordsize="21600,21600">
            <v:path/>
            <v:fill on="f" focussize="0,0"/>
            <v:stroke on="f" joinstyle="miter"/>
            <v:imagedata r:id="rId1938" o:title="eqIde1d0aa9412dd7caf42cc71520e282328"/>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或</w:t>
      </w:r>
      <w:r>
        <w:pict>
          <v:shape id="_x0000_i716834" o:spt="75" alt="学科网(www.zxxk.com)--教育资源门户，提供试卷、教案、课件、论文、素材以及各类教学资源下载，还有大量而丰富的教学相关资讯！" type="#_x0000_t75" style="height:12.8pt;width:15.9pt;" o:ole="t" filled="f" o:preferrelative="t" stroked="f" coordsize="21600,21600">
            <v:path/>
            <v:fill on="f" focussize="0,0"/>
            <v:stroke on="f" joinstyle="miter"/>
            <v:imagedata r:id="rId1939" o:title="eqId1683a4ac36f55c648a8825526fea183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i/>
          <w:color w:val="000000"/>
        </w:rPr>
        <w:t>z</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为线段</w:t>
      </w:r>
      <w:r>
        <w:rPr>
          <w:rFonts w:ascii="Times New Roman" w:hAnsi="Times New Roman" w:eastAsia="Times New Roman" w:cs="Times New Roman"/>
          <w:i/>
          <w:color w:val="000000"/>
        </w:rPr>
        <w:t>AB</w:t>
      </w:r>
      <w:r>
        <w:rPr>
          <w:rFonts w:ascii="宋体" w:hAnsi="宋体" w:eastAsia="宋体" w:cs="宋体"/>
          <w:color w:val="000000"/>
        </w:rPr>
        <w:t>的“友好点”，</w:t>
      </w:r>
    </w:p>
    <w:p>
      <w:pPr>
        <w:spacing w:line="360" w:lineRule="auto"/>
        <w:jc w:val="left"/>
        <w:textAlignment w:val="center"/>
        <w:rPr>
          <w:color w:val="000000"/>
        </w:rPr>
      </w:pPr>
      <w:r>
        <w:rPr>
          <w:rFonts w:ascii="宋体" w:hAnsi="宋体" w:eastAsia="宋体" w:cs="宋体"/>
          <w:color w:val="000000"/>
        </w:rPr>
        <w:t>∴</w:t>
      </w:r>
      <w:r>
        <w:pict>
          <v:shape id="_x0000_i716835"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1940" o:title="eqId3d3976d08e5f9e24e76ce9579c06a8d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836" o:spt="75" alt="学科网(www.zxxk.com)--教育资源门户，提供试卷、教案、课件、论文、素材以及各类教学资源下载，还有大量而丰富的教学相关资讯！" type="#_x0000_t75" style="height:19.8pt;width:88.2pt;" o:ole="t" filled="f" o:preferrelative="t" stroked="f" coordsize="21600,21600">
            <v:path/>
            <v:fill on="f" focussize="0,0"/>
            <v:stroke on="f" joinstyle="miter"/>
            <v:imagedata r:id="rId1941" o:title="eqIdba2317e94c33d4956349914ed1a497e2"/>
            <o:lock v:ext="edit" aspectratio="t"/>
            <w10:wrap type="none"/>
            <w10:anchorlock/>
          </v:shape>
        </w:pict>
      </w:r>
      <w:r>
        <w:rPr>
          <w:rFonts w:ascii="宋体" w:hAnsi="宋体" w:eastAsia="宋体" w:cs="宋体"/>
          <w:color w:val="000000"/>
        </w:rPr>
        <w:t>，</w:t>
      </w:r>
      <w:r>
        <w:pict>
          <v:shape id="_x0000_i716837" o:spt="75" alt="学科网(www.zxxk.com)--教育资源门户，提供试卷、教案、课件、论文、素材以及各类教学资源下载，还有大量而丰富的教学相关资讯！" type="#_x0000_t75" style="height:19.8pt;width:58.8pt;" o:ole="t" filled="f" o:preferrelative="t" stroked="f" coordsize="21600,21600">
            <v:path/>
            <v:fill on="f" focussize="0,0"/>
            <v:stroke on="f" joinstyle="miter"/>
            <v:imagedata r:id="rId1942" o:title="eqId8e9d3b3cdafc7f27d16aa73dd28ba12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6838" o:spt="75" alt="学科网(www.zxxk.com)--教育资源门户，提供试卷、教案、课件、论文、素材以及各类教学资源下载，还有大量而丰富的教学相关资讯！" type="#_x0000_t75" style="height:19.8pt;width:55.2pt;" o:ole="t" filled="f" o:preferrelative="t" stroked="f" coordsize="21600,21600">
            <v:path/>
            <v:fill on="f" focussize="0,0"/>
            <v:stroke on="f" joinstyle="miter"/>
            <v:imagedata r:id="rId1943" o:title="eqId8d84395325795231e97332d9c641303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839" o:spt="75" alt="学科网(www.zxxk.com)--教育资源门户，提供试卷、教案、课件、论文、素材以及各类教学资源下载，还有大量而丰富的教学相关资讯！" type="#_x0000_t75" style="height:13.8pt;width:49.8pt;" o:ole="t" filled="f" o:preferrelative="t" stroked="f" coordsize="21600,21600">
            <v:path/>
            <v:fill on="f" focussize="0,0"/>
            <v:stroke on="f" joinstyle="miter"/>
            <v:imagedata r:id="rId1944" o:title="eqId54cfeabf43efa7156a1e121a24653282"/>
            <o:lock v:ext="edit" aspectratio="t"/>
            <w10:wrap type="none"/>
            <w10:anchorlock/>
          </v:shape>
        </w:pict>
      </w:r>
      <w:r>
        <w:rPr>
          <w:rFonts w:ascii="宋体" w:hAnsi="宋体" w:eastAsia="宋体" w:cs="宋体"/>
          <w:color w:val="000000"/>
        </w:rPr>
        <w:t>或</w:t>
      </w:r>
      <w:r>
        <w:pict>
          <v:shape id="_x0000_i716840" o:spt="75" alt="学科网(www.zxxk.com)--教育资源门户，提供试卷、教案、课件、论文、素材以及各类教学资源下载，还有大量而丰富的教学相关资讯！" type="#_x0000_t75" style="height:13.8pt;width:57pt;" o:ole="t" filled="f" o:preferrelative="t" stroked="f" coordsize="21600,21600">
            <v:path/>
            <v:fill on="f" focussize="0,0"/>
            <v:stroke on="f" joinstyle="miter"/>
            <v:imagedata r:id="rId1945" o:title="eqIdffdb8a3d05d1b511116a4a84377af8b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6841" o:spt="75" alt="学科网(www.zxxk.com)--教育资源门户，提供试卷、教案、课件、论文、素材以及各类教学资源下载，还有大量而丰富的教学相关资讯！" type="#_x0000_t75" style="height:13.8pt;width:36pt;" o:ole="t" filled="f" o:preferrelative="t" stroked="f" coordsize="21600,21600">
            <v:path/>
            <v:fill on="f" focussize="0,0"/>
            <v:stroke on="f" joinstyle="miter"/>
            <v:imagedata r:id="rId1946" o:title="eqId420ef6c3825d853ab9c32a2acd9a85fc"/>
            <o:lock v:ext="edit" aspectratio="t"/>
            <w10:wrap type="none"/>
            <w10:anchorlock/>
          </v:shape>
        </w:pict>
      </w:r>
      <w:r>
        <w:rPr>
          <w:rFonts w:ascii="宋体" w:hAnsi="宋体" w:eastAsia="宋体" w:cs="宋体"/>
          <w:color w:val="000000"/>
        </w:rPr>
        <w:t>或</w:t>
      </w:r>
      <w:r>
        <w:pict>
          <v:shape id="_x0000_i716842" o:spt="75" alt="学科网(www.zxxk.com)--教育资源门户，提供试卷、教案、课件、论文、素材以及各类教学资源下载，还有大量而丰富的教学相关资讯！" type="#_x0000_t75" style="height:13.8pt;width:36pt;" o:ole="t" filled="f" o:preferrelative="t" stroked="f" coordsize="21600,21600">
            <v:path/>
            <v:fill on="f" focussize="0,0"/>
            <v:stroke on="f" joinstyle="miter"/>
            <v:imagedata r:id="rId1947" o:title="eqId5565710edb772748e512b7a6976cd577"/>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pict>
          <v:shape id="_x0000_i716843" o:spt="75" alt="学科网(www.zxxk.com)--教育资源门户，提供试卷、教案、课件、论文、素材以及各类教学资源下载，还有大量而丰富的教学相关资讯！" type="#_x0000_t75" style="height:14.35pt;width:18.1pt;" o:ole="t" filled="f" o:preferrelative="t" stroked="f" coordsize="21600,21600">
            <v:path/>
            <v:fill on="f" focussize="0,0"/>
            <v:stroke on="f" joinstyle="miter"/>
            <v:imagedata r:id="rId1948" o:title="eqId8ec818fc0754296163206e1e8870f9e6"/>
            <o:lock v:ext="edit" aspectratio="t"/>
            <w10:wrap type="none"/>
            <w10:anchorlock/>
          </v:shape>
        </w:pict>
      </w:r>
      <w:r>
        <w:rPr>
          <w:rFonts w:ascii="宋体" w:hAnsi="宋体" w:eastAsia="宋体" w:cs="宋体"/>
          <w:color w:val="000000"/>
        </w:rPr>
        <w:t>或</w:t>
      </w:r>
      <w:r>
        <w:pict>
          <v:shape id="_x0000_i716844" o:spt="75" alt="学科网(www.zxxk.com)--教育资源门户，提供试卷、教案、课件、论文、素材以及各类教学资源下载，还有大量而丰富的教学相关资讯！" type="#_x0000_t75" style="height:14pt;width:18pt;" o:ole="t" filled="f" o:preferrelative="t" stroked="f" coordsize="21600,21600">
            <v:path/>
            <v:fill on="f" focussize="0,0"/>
            <v:stroke on="f" joinstyle="miter"/>
            <v:imagedata r:id="rId1949" o:title="eqId22d3bf727f6c78896544c7f6c8ff33b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解：当点</w:t>
      </w:r>
      <w:r>
        <w:rPr>
          <w:rFonts w:ascii="Times New Roman" w:hAnsi="Times New Roman" w:eastAsia="Times New Roman" w:cs="Times New Roman"/>
          <w:i/>
          <w:color w:val="000000"/>
        </w:rPr>
        <w:t>P</w:t>
      </w:r>
      <w:r>
        <w:rPr>
          <w:rFonts w:ascii="宋体" w:hAnsi="宋体" w:eastAsia="宋体" w:cs="宋体"/>
          <w:color w:val="000000"/>
        </w:rPr>
        <w:t>在线段</w:t>
      </w:r>
      <w:r>
        <w:pict>
          <v:shape id="_x0000_i71684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950" o:title="eqIdf52a58fbaf4fea03567e88a9f0f6e37e"/>
            <o:lock v:ext="edit" aspectratio="t"/>
            <w10:wrap type="none"/>
            <w10:anchorlock/>
          </v:shape>
        </w:pict>
      </w:r>
      <w:r>
        <w:rPr>
          <w:rFonts w:ascii="宋体" w:hAnsi="宋体" w:eastAsia="宋体" w:cs="宋体"/>
          <w:color w:val="000000"/>
        </w:rPr>
        <w:t>上时，</w:t>
      </w:r>
    </w:p>
    <w:p>
      <w:pPr>
        <w:spacing w:line="360" w:lineRule="auto"/>
        <w:jc w:val="left"/>
        <w:textAlignment w:val="center"/>
        <w:rPr>
          <w:color w:val="000000"/>
        </w:rPr>
      </w:pPr>
      <w:r>
        <w:rPr>
          <w:rFonts w:ascii="宋体" w:hAnsi="宋体" w:eastAsia="宋体" w:cs="宋体"/>
          <w:color w:val="000000"/>
        </w:rPr>
        <w:t>据题意可知</w:t>
      </w:r>
      <w:r>
        <w:pict>
          <v:shape id="_x0000_i716846"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951" o:title="eqId36d618b585517c128ee5986ddbb17fc5"/>
            <o:lock v:ext="edit" aspectratio="t"/>
            <w10:wrap type="none"/>
            <w10:anchorlock/>
          </v:shape>
        </w:pict>
      </w:r>
      <w:r>
        <w:rPr>
          <w:rFonts w:ascii="宋体" w:hAnsi="宋体" w:eastAsia="宋体" w:cs="宋体"/>
          <w:color w:val="000000"/>
        </w:rPr>
        <w:t>，</w:t>
      </w:r>
      <w:r>
        <w:pict>
          <v:shape id="_x0000_i716847" o:spt="75" alt="学科网(www.zxxk.com)--教育资源门户，提供试卷、教案、课件、论文、素材以及各类教学资源下载，还有大量而丰富的教学相关资讯！" type="#_x0000_t75" style="height:19.8pt;width:129pt;" o:ole="t" filled="f" o:preferrelative="t" stroked="f" coordsize="21600,21600">
            <v:path/>
            <v:fill on="f" focussize="0,0"/>
            <v:stroke on="f" joinstyle="miter"/>
            <v:imagedata r:id="rId1952" o:title="eqIdf97241018c490767e363987c3295c1f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是线段</w:t>
      </w:r>
      <w:r>
        <w:rPr>
          <w:rFonts w:ascii="Times New Roman" w:hAnsi="Times New Roman" w:eastAsia="Times New Roman" w:cs="Times New Roman"/>
          <w:i/>
          <w:color w:val="000000"/>
        </w:rPr>
        <w:t>AB</w:t>
      </w:r>
      <w:r>
        <w:rPr>
          <w:rFonts w:ascii="宋体" w:hAnsi="宋体" w:eastAsia="宋体" w:cs="宋体"/>
          <w:color w:val="000000"/>
        </w:rPr>
        <w:t>的“友好点”</w:t>
      </w:r>
    </w:p>
    <w:p>
      <w:pPr>
        <w:spacing w:line="360" w:lineRule="auto"/>
        <w:jc w:val="left"/>
        <w:textAlignment w:val="center"/>
        <w:rPr>
          <w:color w:val="000000"/>
        </w:rPr>
      </w:pPr>
      <w:r>
        <w:pict>
          <v:shape id="_x0000_i71684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953" o:title="eqId2de0d10ef8b748d4531250c37c5d3f9e"/>
            <o:lock v:ext="edit" aspectratio="t"/>
            <w10:wrap type="none"/>
            <w10:anchorlock/>
          </v:shape>
        </w:pict>
      </w:r>
      <w:r>
        <w:pict>
          <v:shape id="_x0000_i716849" o:spt="75" alt="学科网(www.zxxk.com)--教育资源门户，提供试卷、教案、课件、论文、素材以及各类教学资源下载，还有大量而丰富的教学相关资讯！" type="#_x0000_t75" style="height:13pt;width:53pt;" o:ole="t" filled="f" o:preferrelative="t" stroked="f" coordsize="21600,21600">
            <v:path/>
            <v:fill on="f" focussize="0,0"/>
            <v:stroke on="f" joinstyle="miter"/>
            <v:imagedata r:id="rId1954" o:title="eqIdcc960c33db841e63ab5983f7a5a847b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685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955" o:title="eqId2de0d10ef8b748d4531250c37c5d3f9e"/>
            <o:lock v:ext="edit" aspectratio="t"/>
            <w10:wrap type="none"/>
            <w10:anchorlock/>
          </v:shape>
        </w:pict>
      </w:r>
      <w:r>
        <w:pict>
          <v:shape id="_x0000_i716851" o:spt="75" alt="学科网(www.zxxk.com)--教育资源门户，提供试卷、教案、课件、论文、素材以及各类教学资源下载，还有大量而丰富的教学相关资讯！" type="#_x0000_t75" style="height:19.8pt;width:69pt;" o:ole="t" filled="f" o:preferrelative="t" stroked="f" coordsize="21600,21600">
            <v:path/>
            <v:fill on="f" focussize="0,0"/>
            <v:stroke on="f" joinstyle="miter"/>
            <v:imagedata r:id="rId1956" o:title="eqId52fa717ea383bd1469c083f0c28a927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6852" o:spt="75" alt="学科网(www.zxxk.com)--教育资源门户，提供试卷、教案、课件、论文、素材以及各类教学资源下载，还有大量而丰富的教学相关资讯！" type="#_x0000_t75" style="height:32.25pt;width:33.75pt;" o:ole="t" filled="f" o:preferrelative="t" stroked="f" coordsize="21600,21600">
            <v:path/>
            <v:fill on="f" focussize="0,0"/>
            <v:stroke on="f" joinstyle="miter"/>
            <v:imagedata r:id="rId1957" o:title="eqIdb3bb4ba5138e66c47850c25972026f5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rPr>
          <w:rFonts w:ascii="Times New Roman" w:hAnsi="Times New Roman" w:eastAsia="Times New Roman" w:cs="Times New Roman"/>
          <w:i/>
          <w:color w:val="000000"/>
        </w:rPr>
        <w:t>P</w:t>
      </w:r>
      <w:r>
        <w:rPr>
          <w:rFonts w:ascii="宋体" w:hAnsi="宋体" w:eastAsia="宋体" w:cs="宋体"/>
          <w:color w:val="000000"/>
        </w:rPr>
        <w:t>在点</w:t>
      </w:r>
      <w:r>
        <w:pict>
          <v:shape id="_x0000_i71685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58" o:title="eqId7f9e8449aad35c5d840a3395ea86df6d"/>
            <o:lock v:ext="edit" aspectratio="t"/>
            <w10:wrap type="none"/>
            <w10:anchorlock/>
          </v:shape>
        </w:pict>
      </w:r>
      <w:r>
        <w:rPr>
          <w:rFonts w:ascii="宋体" w:hAnsi="宋体" w:eastAsia="宋体" w:cs="宋体"/>
          <w:color w:val="000000"/>
        </w:rPr>
        <w:t>右侧时，</w:t>
      </w:r>
    </w:p>
    <w:p>
      <w:pPr>
        <w:spacing w:line="360" w:lineRule="auto"/>
        <w:jc w:val="left"/>
        <w:textAlignment w:val="center"/>
        <w:rPr>
          <w:color w:val="000000"/>
        </w:rPr>
      </w:pPr>
      <w:r>
        <w:rPr>
          <w:rFonts w:ascii="宋体" w:hAnsi="宋体" w:eastAsia="宋体" w:cs="宋体"/>
          <w:color w:val="000000"/>
        </w:rPr>
        <w:t>据题意可知</w:t>
      </w:r>
      <w:r>
        <w:pict>
          <v:shape id="_x0000_i716854"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959" o:title="eqId36d618b585517c128ee5986ddbb17fc5"/>
            <o:lock v:ext="edit" aspectratio="t"/>
            <w10:wrap type="none"/>
            <w10:anchorlock/>
          </v:shape>
        </w:pict>
      </w:r>
      <w:r>
        <w:rPr>
          <w:rFonts w:ascii="宋体" w:hAnsi="宋体" w:eastAsia="宋体" w:cs="宋体"/>
          <w:color w:val="000000"/>
        </w:rPr>
        <w:t>，</w:t>
      </w:r>
      <w:r>
        <w:pict>
          <v:shape id="_x0000_i716855" o:spt="75" alt="学科网(www.zxxk.com)--教育资源门户，提供试卷、教案、课件、论文、素材以及各类教学资源下载，还有大量而丰富的教学相关资讯！" type="#_x0000_t75" style="height:22.2pt;width:139.8pt;" o:ole="t" filled="f" o:preferrelative="t" stroked="f" coordsize="21600,21600">
            <v:path/>
            <v:fill on="f" focussize="0,0"/>
            <v:stroke on="f" joinstyle="miter"/>
            <v:imagedata r:id="rId1960" o:title="eqIdc3059f8b59ded23f592f8f411b12f17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是线段</w:t>
      </w:r>
      <w:r>
        <w:rPr>
          <w:rFonts w:ascii="Times New Roman" w:hAnsi="Times New Roman" w:eastAsia="Times New Roman" w:cs="Times New Roman"/>
          <w:i/>
          <w:color w:val="000000"/>
        </w:rPr>
        <w:t>AB</w:t>
      </w:r>
      <w:r>
        <w:rPr>
          <w:rFonts w:ascii="宋体" w:hAnsi="宋体" w:eastAsia="宋体" w:cs="宋体"/>
          <w:color w:val="000000"/>
        </w:rPr>
        <w:t>的“友好点”，</w:t>
      </w:r>
    </w:p>
    <w:p>
      <w:pPr>
        <w:spacing w:line="360" w:lineRule="auto"/>
        <w:jc w:val="left"/>
        <w:textAlignment w:val="center"/>
        <w:rPr>
          <w:color w:val="000000"/>
        </w:rPr>
      </w:pPr>
      <w:r>
        <w:pict>
          <v:shape id="_x0000_i71685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961" o:title="eqId2de0d10ef8b748d4531250c37c5d3f9e"/>
            <o:lock v:ext="edit" aspectratio="t"/>
            <w10:wrap type="none"/>
            <w10:anchorlock/>
          </v:shape>
        </w:pict>
      </w:r>
      <w:r>
        <w:pict>
          <v:shape id="_x0000_i716857" o:spt="75" alt="学科网(www.zxxk.com)--教育资源门户，提供试卷、教案、课件、论文、素材以及各类教学资源下载，还有大量而丰富的教学相关资讯！" type="#_x0000_t75" style="height:13pt;width:53pt;" o:ole="t" filled="f" o:preferrelative="t" stroked="f" coordsize="21600,21600">
            <v:path/>
            <v:fill on="f" focussize="0,0"/>
            <v:stroke on="f" joinstyle="miter"/>
            <v:imagedata r:id="rId1962" o:title="eqIdcc960c33db841e63ab5983f7a5a847b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685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963" o:title="eqId2de0d10ef8b748d4531250c37c5d3f9e"/>
            <o:lock v:ext="edit" aspectratio="t"/>
            <w10:wrap type="none"/>
            <w10:anchorlock/>
          </v:shape>
        </w:pict>
      </w:r>
      <w:r>
        <w:pict>
          <v:shape id="_x0000_i716859" o:spt="75" alt="学科网(www.zxxk.com)--教育资源门户，提供试卷、教案、课件、论文、素材以及各类教学资源下载，还有大量而丰富的教学相关资讯！" type="#_x0000_t75" style="height:19.8pt;width:69pt;" o:ole="t" filled="f" o:preferrelative="t" stroked="f" coordsize="21600,21600">
            <v:path/>
            <v:fill on="f" focussize="0,0"/>
            <v:stroke on="f" joinstyle="miter"/>
            <v:imagedata r:id="rId1964" o:title="eqId162b95429ac119111821c5bd524071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6860"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1965" o:title="eqIda15a13b4190ac3d5feaee27a4c97b21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686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966" o:title="eqId2de0d10ef8b748d4531250c37c5d3f9e"/>
            <o:lock v:ext="edit" aspectratio="t"/>
            <w10:wrap type="none"/>
            <w10:anchorlock/>
          </v:shape>
        </w:pict>
      </w:r>
      <w:r>
        <w:rPr>
          <w:rFonts w:ascii="Times New Roman" w:hAnsi="Times New Roman" w:eastAsia="Times New Roman" w:cs="Times New Roman"/>
          <w:i/>
          <w:color w:val="000000"/>
        </w:rPr>
        <w:t>t</w:t>
      </w:r>
      <w:r>
        <w:rPr>
          <w:rFonts w:ascii="宋体" w:hAnsi="宋体" w:eastAsia="宋体" w:cs="宋体"/>
          <w:color w:val="000000"/>
        </w:rPr>
        <w:t>的值是</w:t>
      </w:r>
      <w:r>
        <w:pict>
          <v:shape id="_x0000_i716862" o:spt="75" alt="学科网(www.zxxk.com)--教育资源门户，提供试卷、教案、课件、论文、素材以及各类教学资源下载，还有大量而丰富的教学相关资讯！" type="#_x0000_t75" style="height:31.2pt;width:12pt;" o:ole="t" filled="f" o:preferrelative="t" stroked="f" coordsize="21600,21600">
            <v:path/>
            <v:fill on="f" focussize="0,0"/>
            <v:stroke on="f" joinstyle="miter"/>
            <v:imagedata r:id="rId1967" o:title="eqIdd599cb4a589f90b0205f24c2e1fa021e"/>
            <o:lock v:ext="edit" aspectratio="t"/>
            <w10:wrap type="none"/>
            <w10:anchorlock/>
          </v:shape>
        </w:pict>
      </w:r>
      <w:r>
        <w:rPr>
          <w:rFonts w:ascii="宋体" w:hAnsi="宋体" w:eastAsia="宋体" w:cs="宋体"/>
          <w:color w:val="000000"/>
        </w:rPr>
        <w:t>或</w:t>
      </w:r>
      <w:r>
        <w:pict>
          <v:shape id="_x0000_i716863"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1968" o:title="eqIdb8860d9787671b53b1ab68b3d526f5c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本题主要考查了用数轴表示有理数，数轴上两点的距离，解一元一次方程，解绝对值方程，正确读懂题意是解题的关键．</w:t>
      </w:r>
    </w:p>
    <w:p>
      <w:pPr>
        <w:pStyle w:val="Heading2"/>
      </w:pPr>
      <w:r>
        <w:t>房山区</w:t>
      </w:r>
    </w:p>
    <w:p>
      <w:pPr>
        <w:spacing w:line="360" w:lineRule="auto"/>
        <w:jc w:val="left"/>
        <w:textAlignment w:val="center"/>
        <w:rPr>
          <w:color w:val="000000"/>
        </w:rPr>
      </w:pPr>
      <w:r>
        <w:rPr>
          <w:color w:val="000000"/>
        </w:rPr>
        <w:t xml:space="preserve">27. </w:t>
      </w:r>
      <w:r>
        <w:rPr>
          <w:rFonts w:ascii="宋体" w:hAnsi="宋体" w:eastAsia="宋体" w:cs="宋体"/>
          <w:color w:val="000000"/>
        </w:rPr>
        <w:t>在学习过程中，我们要善于归纳总结和反思．</w:t>
      </w:r>
    </w:p>
    <w:p>
      <w:pPr>
        <w:spacing w:line="360" w:lineRule="auto"/>
        <w:jc w:val="left"/>
        <w:textAlignment w:val="center"/>
        <w:rPr>
          <w:color w:val="000000"/>
        </w:rPr>
      </w:pPr>
      <w:r>
        <w:rPr>
          <w:rFonts w:ascii="宋体" w:hAnsi="宋体" w:eastAsia="宋体" w:cs="宋体"/>
          <w:color w:val="000000"/>
        </w:rPr>
        <w:t>根据所学知识，反思和解决问题：</w:t>
      </w:r>
    </w:p>
    <w:p>
      <w:pPr>
        <w:spacing w:line="360" w:lineRule="auto"/>
        <w:jc w:val="left"/>
        <w:textAlignment w:val="center"/>
        <w:rPr>
          <w:color w:val="000000"/>
        </w:rPr>
      </w:pPr>
      <w:r>
        <w:rPr>
          <w:rFonts w:ascii="宋体" w:hAnsi="宋体" w:eastAsia="宋体" w:cs="宋体"/>
          <w:color w:val="000000"/>
        </w:rPr>
        <w:t>【知识呈现】</w:t>
      </w:r>
    </w:p>
    <w:p>
      <w:pPr>
        <w:spacing w:line="360" w:lineRule="auto"/>
        <w:jc w:val="left"/>
        <w:textAlignment w:val="center"/>
        <w:rPr>
          <w:color w:val="000000"/>
        </w:rPr>
      </w:pPr>
      <w:r>
        <w:pict>
          <v:shape id="_x0000_i716864" o:spt="75" alt="学科网(www.zxxk.com)--教育资源门户，提供试卷、教案、课件、论文、素材以及各类教学资源下载，还有大量而丰富的教学相关资讯！" type="#_x0000_t75" style="height:14.4pt;width:59.4pt;" o:ole="t" filled="f" o:preferrelative="t" stroked="f" coordsize="21600,21600">
            <v:path/>
            <v:fill on="f" focussize="0,0"/>
            <v:stroke on="f" joinstyle="miter"/>
            <v:imagedata r:id="rId1969" o:title="eqId1e8898793ae041ff761bfe385af4d634"/>
            <o:lock v:ext="edit" aspectratio="t"/>
            <w10:wrap type="none"/>
            <w10:anchorlock/>
          </v:shape>
        </w:pict>
      </w:r>
      <w:r>
        <w:rPr>
          <w:rFonts w:ascii="宋体" w:hAnsi="宋体" w:eastAsia="宋体" w:cs="宋体"/>
          <w:color w:val="000000"/>
        </w:rPr>
        <w:t>；</w:t>
      </w:r>
      <w:r>
        <w:pict>
          <v:shape id="_x0000_i716865" o:spt="75" alt="学科网(www.zxxk.com)--教育资源门户，提供试卷、教案、课件、论文、素材以及各类教学资源下载，还有大量而丰富的教学相关资讯！" type="#_x0000_t75" style="height:14.4pt;width:60pt;" o:ole="t" filled="f" o:preferrelative="t" stroked="f" coordsize="21600,21600">
            <v:path/>
            <v:fill on="f" focussize="0,0"/>
            <v:stroke on="f" joinstyle="miter"/>
            <v:imagedata r:id="rId1970" o:title="eqId737fda6f6527d7b445313b4f8ac5c66a"/>
            <o:lock v:ext="edit" aspectratio="t"/>
            <w10:wrap type="none"/>
            <w10:anchorlock/>
          </v:shape>
        </w:pict>
      </w:r>
      <w:r>
        <w:rPr>
          <w:rFonts w:ascii="宋体" w:hAnsi="宋体" w:eastAsia="宋体" w:cs="宋体"/>
          <w:color w:val="000000"/>
        </w:rPr>
        <w:t>；</w:t>
      </w:r>
      <w:r>
        <w:pict>
          <v:shape id="_x0000_i716866"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1971" o:title="eqId410bfbc6ef89b40affc0b6303c8c5f4b"/>
            <o:lock v:ext="edit" aspectratio="t"/>
            <w10:wrap type="none"/>
            <w10:anchorlock/>
          </v:shape>
        </w:pict>
      </w:r>
      <w:r>
        <w:rPr>
          <w:rFonts w:ascii="宋体" w:hAnsi="宋体" w:eastAsia="宋体" w:cs="宋体"/>
          <w:color w:val="000000"/>
        </w:rPr>
        <w:t>；</w:t>
      </w:r>
      <w:r>
        <w:pict>
          <v:shape id="_x0000_i716867" o:spt="75" alt="学科网(www.zxxk.com)--教育资源门户，提供试卷、教案、课件、论文、素材以及各类教学资源下载，还有大量而丰富的教学相关资讯！" type="#_x0000_t75" style="height:14.4pt;width:67.8pt;" o:ole="t" filled="f" o:preferrelative="t" stroked="f" coordsize="21600,21600">
            <v:path/>
            <v:fill on="f" focussize="0,0"/>
            <v:stroke on="f" joinstyle="miter"/>
            <v:imagedata r:id="rId1972" o:title="eqId47e71381ea95f5d94a310c696622eb18"/>
            <o:lock v:ext="edit" aspectratio="t"/>
            <w10:wrap type="none"/>
            <w10:anchorlock/>
          </v:shape>
        </w:pict>
      </w:r>
      <w:r>
        <w:rPr>
          <w:rFonts w:ascii="宋体" w:hAnsi="宋体" w:eastAsia="宋体" w:cs="宋体"/>
          <w:color w:val="000000"/>
        </w:rPr>
        <w:t>；</w:t>
      </w:r>
      <w:r>
        <w:pict>
          <v:shape id="_x0000_i716868" o:spt="75" alt="学科网(www.zxxk.com)--教育资源门户，提供试卷、教案、课件、论文、素材以及各类教学资源下载，还有大量而丰富的教学相关资讯！" type="#_x0000_t75" style="height:14.4pt;width:76.8pt;" o:ole="t" filled="f" o:preferrelative="t" stroked="f" coordsize="21600,21600">
            <v:path/>
            <v:fill on="f" focussize="0,0"/>
            <v:stroke on="f" joinstyle="miter"/>
            <v:imagedata r:id="rId1973" o:title="eqIda7bc4f0bddcfe22ffd964d8b2254f05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【知识总结】</w:t>
      </w:r>
    </w:p>
    <w:p>
      <w:pPr>
        <w:spacing w:line="360" w:lineRule="auto"/>
        <w:jc w:val="left"/>
        <w:textAlignment w:val="center"/>
        <w:rPr>
          <w:color w:val="000000"/>
        </w:rPr>
      </w:pPr>
      <w:r>
        <w:rPr>
          <w:rFonts w:ascii="宋体" w:hAnsi="宋体" w:eastAsia="宋体" w:cs="宋体"/>
          <w:color w:val="000000"/>
        </w:rPr>
        <w:t>当被减数大于减数时，差大于</w:t>
      </w:r>
      <w:r>
        <w:rPr>
          <w:rFonts w:ascii="Times New Roman" w:hAnsi="Times New Roman" w:eastAsia="Times New Roman" w:cs="Times New Roman"/>
          <w:color w:val="000000"/>
        </w:rPr>
        <w:t>0</w:t>
      </w:r>
      <w:r>
        <w:rPr>
          <w:rFonts w:ascii="宋体" w:hAnsi="宋体" w:eastAsia="宋体" w:cs="宋体"/>
          <w:color w:val="000000"/>
        </w:rPr>
        <w:t>，即大减小差为正；当被减数等于减数时，差等于</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当被减数小于减数时，差</w:t>
      </w:r>
      <w:r>
        <w:rPr>
          <w:rFonts w:ascii="Times New Roman" w:hAnsi="Times New Roman" w:eastAsia="Times New Roman" w:cs="Times New Roman"/>
          <w:color w:val="000000"/>
        </w:rPr>
        <w:t>________0</w:t>
      </w:r>
      <w:r>
        <w:rPr>
          <w:rFonts w:ascii="宋体" w:hAnsi="宋体" w:eastAsia="宋体" w:cs="宋体"/>
          <w:color w:val="000000"/>
        </w:rPr>
        <w:t>，即小减大差为负．</w:t>
      </w:r>
    </w:p>
    <w:p>
      <w:pPr>
        <w:spacing w:line="360" w:lineRule="auto"/>
        <w:jc w:val="left"/>
        <w:textAlignment w:val="center"/>
        <w:rPr>
          <w:color w:val="000000"/>
        </w:rPr>
      </w:pPr>
      <w:r>
        <w:rPr>
          <w:rFonts w:ascii="宋体" w:hAnsi="宋体" w:eastAsia="宋体" w:cs="宋体"/>
          <w:color w:val="000000"/>
        </w:rPr>
        <w:t>【知识反思】</w:t>
      </w:r>
    </w:p>
    <w:p>
      <w:pPr>
        <w:spacing w:line="360" w:lineRule="auto"/>
        <w:jc w:val="left"/>
        <w:textAlignment w:val="center"/>
        <w:rPr>
          <w:color w:val="000000"/>
        </w:rPr>
      </w:pPr>
      <w:r>
        <w:rPr>
          <w:rFonts w:ascii="宋体" w:hAnsi="宋体" w:eastAsia="宋体" w:cs="宋体"/>
          <w:color w:val="000000"/>
        </w:rPr>
        <w:t>如何用上述结论比较两个有理数</w:t>
      </w:r>
      <w:r>
        <w:pict>
          <v:shape id="_x0000_i71686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974" o:title="eqId0a6936d370d6a238a608ca56f87198de"/>
            <o:lock v:ext="edit" aspectratio="t"/>
            <w10:wrap type="none"/>
            <w10:anchorlock/>
          </v:shape>
        </w:pict>
      </w:r>
      <w:r>
        <w:rPr>
          <w:rFonts w:ascii="宋体" w:hAnsi="宋体" w:eastAsia="宋体" w:cs="宋体"/>
          <w:color w:val="000000"/>
        </w:rPr>
        <w:t>与</w:t>
      </w:r>
      <w:r>
        <w:pict>
          <v:shape id="_x0000_i71687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975" o:title="eqId2c94bb12cee76221e13f9ef955b0aab1"/>
            <o:lock v:ext="edit" aspectratio="t"/>
            <w10:wrap type="none"/>
            <w10:anchorlock/>
          </v:shape>
        </w:pict>
      </w:r>
      <w:r>
        <w:rPr>
          <w:rFonts w:ascii="宋体" w:hAnsi="宋体" w:eastAsia="宋体" w:cs="宋体"/>
          <w:color w:val="000000"/>
        </w:rPr>
        <w:t>的大小？</w:t>
      </w:r>
    </w:p>
    <w:p>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【知识应用】</w:t>
      </w:r>
    </w:p>
    <w:p>
      <w:pPr>
        <w:spacing w:line="360" w:lineRule="auto"/>
        <w:jc w:val="left"/>
        <w:textAlignment w:val="center"/>
        <w:rPr>
          <w:color w:val="000000"/>
        </w:rPr>
      </w:pPr>
      <w:r>
        <w:rPr>
          <w:rFonts w:ascii="宋体" w:hAnsi="宋体" w:eastAsia="宋体" w:cs="宋体"/>
          <w:color w:val="000000"/>
        </w:rPr>
        <w:t>运用上面反思得到的方法解答：</w:t>
      </w:r>
    </w:p>
    <w:p>
      <w:pPr>
        <w:spacing w:line="360" w:lineRule="auto"/>
        <w:jc w:val="left"/>
        <w:textAlignment w:val="center"/>
        <w:rPr>
          <w:color w:val="000000"/>
        </w:rPr>
      </w:pPr>
      <w:r>
        <w:rPr>
          <w:rFonts w:ascii="宋体" w:hAnsi="宋体" w:eastAsia="宋体" w:cs="宋体"/>
          <w:color w:val="000000"/>
        </w:rPr>
        <w:t>设</w:t>
      </w:r>
      <w:r>
        <w:pict>
          <v:shape id="_x0000_i716871" o:spt="75" alt="学科网(www.zxxk.com)--教育资源门户，提供试卷、教案、课件、论文、素材以及各类教学资源下载，还有大量而丰富的教学相关资讯！" type="#_x0000_t75" style="height:16.8pt;width:84pt;" o:ole="t" filled="f" o:preferrelative="t" stroked="f" coordsize="21600,21600">
            <v:path/>
            <v:fill on="f" focussize="0,0"/>
            <v:stroke on="f" joinstyle="miter"/>
            <v:imagedata r:id="rId1976" o:title="eqId7697a7aa3282912750175dc5db2497bf"/>
            <o:lock v:ext="edit" aspectratio="t"/>
            <w10:wrap type="none"/>
            <w10:anchorlock/>
          </v:shape>
        </w:pict>
      </w:r>
      <w:r>
        <w:rPr>
          <w:rFonts w:ascii="宋体" w:hAnsi="宋体" w:eastAsia="宋体" w:cs="宋体"/>
          <w:color w:val="000000"/>
        </w:rPr>
        <w:t>，</w:t>
      </w:r>
      <w:r>
        <w:pict>
          <v:shape id="_x0000_i716872" o:spt="75" alt="学科网(www.zxxk.com)--教育资源门户，提供试卷、教案、课件、论文、素材以及各类教学资源下载，还有大量而丰富的教学相关资讯！" type="#_x0000_t75" style="height:14.4pt;width:66pt;" o:ole="t" filled="f" o:preferrelative="t" stroked="f" coordsize="21600,21600">
            <v:path/>
            <v:fill on="f" focussize="0,0"/>
            <v:stroke on="f" joinstyle="miter"/>
            <v:imagedata r:id="rId1977" o:title="eqId24bdf3cfa8fbcd0c8dbc541e4b65487e"/>
            <o:lock v:ext="edit" aspectratio="t"/>
            <w10:wrap type="none"/>
            <w10:anchorlock/>
          </v:shape>
        </w:pict>
      </w:r>
      <w:r>
        <w:rPr>
          <w:rFonts w:ascii="宋体" w:hAnsi="宋体" w:eastAsia="宋体" w:cs="宋体"/>
          <w:color w:val="000000"/>
        </w:rPr>
        <w:t>，比较</w:t>
      </w:r>
      <w:r>
        <w:pict>
          <v:shape id="_x0000_i71687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1978" o:title="eqIdac047e91852b91af639feec23a9598b2"/>
            <o:lock v:ext="edit" aspectratio="t"/>
            <w10:wrap type="none"/>
            <w10:anchorlock/>
          </v:shape>
        </w:pict>
      </w:r>
      <w:r>
        <w:rPr>
          <w:rFonts w:ascii="宋体" w:hAnsi="宋体" w:eastAsia="宋体" w:cs="宋体"/>
          <w:color w:val="000000"/>
        </w:rPr>
        <w:t>与</w:t>
      </w:r>
      <w:r>
        <w:pict>
          <v:shape id="_x0000_i716874"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979" o:title="eqId54a5d7d3b6b63fe5c24c3907b7a8eaa3"/>
            <o:lock v:ext="edit" aspectratio="t"/>
            <w10:wrap type="none"/>
            <w10:anchorlock/>
          </v:shape>
        </w:pict>
      </w:r>
      <w:r>
        <w:rPr>
          <w:rFonts w:ascii="宋体" w:hAnsi="宋体" w:eastAsia="宋体" w:cs="宋体"/>
          <w:color w:val="000000"/>
        </w:rPr>
        <w:t>的大小关系．</w:t>
      </w:r>
    </w:p>
    <w:p>
      <w:pPr>
        <w:spacing w:line="360" w:lineRule="auto"/>
        <w:textAlignment w:val="center"/>
        <w:rPr>
          <w:color w:val="000000"/>
        </w:rPr>
      </w:pPr>
      <w:r>
        <w:rPr>
          <w:color w:val="2E75B6"/>
        </w:rPr>
        <w:t>【答案】</w:t>
      </w:r>
      <w:r>
        <w:rPr>
          <w:rFonts w:ascii="宋体" w:hAnsi="宋体" w:eastAsia="宋体" w:cs="宋体"/>
          <w:color w:val="000000"/>
        </w:rPr>
        <w:t>[知识总结]</w:t>
      </w:r>
      <w:r>
        <w:rPr>
          <w:rFonts w:ascii="Times New Roman" w:hAnsi="Times New Roman" w:eastAsia="Times New Roman" w:cs="Times New Roman"/>
          <w:color w:val="000000"/>
        </w:rPr>
        <w:t xml:space="preserve"> </w:t>
      </w:r>
      <w:r>
        <w:pict>
          <v:shape id="_x0000_i71687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80" o:title="eqId4ff7942da6c3fc4005256fb1458557c0"/>
            <o:lock v:ext="edit" aspectratio="t"/>
            <w10:wrap type="none"/>
            <w10:anchorlock/>
          </v:shape>
        </w:pict>
      </w:r>
      <w:r>
        <w:rPr>
          <w:rFonts w:ascii="宋体" w:hAnsi="宋体" w:eastAsia="宋体" w:cs="宋体"/>
          <w:color w:val="000000"/>
        </w:rPr>
        <w:t>；[知识反思] 当</w:t>
      </w:r>
      <w:r>
        <w:pict>
          <v:shape id="_x0000_i716876" o:spt="75" alt="学科网(www.zxxk.com)--教育资源门户，提供试卷、教案、课件、论文、素材以及各类教学资源下载，还有大量而丰富的教学相关资讯！" type="#_x0000_t75" style="height:14.5pt;width:44.5pt;" o:ole="t" filled="f" o:preferrelative="t" stroked="f" coordsize="21600,21600">
            <v:path/>
            <v:fill on="f" focussize="0,0"/>
            <v:stroke on="f" joinstyle="miter"/>
            <v:imagedata r:id="rId1981" o:title="eqId481ee0d1e39e92a4732eea90225eb94c"/>
            <o:lock v:ext="edit" aspectratio="t"/>
            <w10:wrap type="none"/>
            <w10:anchorlock/>
          </v:shape>
        </w:pict>
      </w:r>
      <w:r>
        <w:rPr>
          <w:rFonts w:ascii="宋体" w:hAnsi="宋体" w:eastAsia="宋体" w:cs="宋体"/>
          <w:color w:val="000000"/>
        </w:rPr>
        <w:t>时，则</w:t>
      </w:r>
      <w:r>
        <w:pict>
          <v:shape id="_x0000_i716877"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1982" o:title="eqId432d77fe5ad3032d59a237dd94c8a638"/>
            <o:lock v:ext="edit" aspectratio="t"/>
            <w10:wrap type="none"/>
            <w10:anchorlock/>
          </v:shape>
        </w:pict>
      </w:r>
      <w:r>
        <w:rPr>
          <w:rFonts w:ascii="宋体" w:hAnsi="宋体" w:eastAsia="宋体" w:cs="宋体"/>
          <w:color w:val="000000"/>
        </w:rPr>
        <w:t>；当</w:t>
      </w:r>
      <w:r>
        <w:pict>
          <v:shape id="_x0000_i716878"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1983" o:title="eqIde4f7bea84b44a1dd19c1d3682688c7b6"/>
            <o:lock v:ext="edit" aspectratio="t"/>
            <w10:wrap type="none"/>
            <w10:anchorlock/>
          </v:shape>
        </w:pict>
      </w:r>
      <w:r>
        <w:rPr>
          <w:rFonts w:ascii="宋体" w:hAnsi="宋体" w:eastAsia="宋体" w:cs="宋体"/>
          <w:color w:val="000000"/>
        </w:rPr>
        <w:t>时，则</w:t>
      </w:r>
      <w:r>
        <w:pict>
          <v:shape id="_x0000_i71687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984" o:title="eqIdc6a46e678bf9d2df5ad4c782b3dc22f5"/>
            <o:lock v:ext="edit" aspectratio="t"/>
            <w10:wrap type="none"/>
            <w10:anchorlock/>
          </v:shape>
        </w:pict>
      </w:r>
      <w:r>
        <w:rPr>
          <w:rFonts w:ascii="宋体" w:hAnsi="宋体" w:eastAsia="宋体" w:cs="宋体"/>
          <w:color w:val="000000"/>
        </w:rPr>
        <w:t>；当</w:t>
      </w:r>
      <w:r>
        <w:pict>
          <v:shape id="_x0000_i716880"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1985" o:title="eqId697c3d4b11fc2ae913cc27b6b63fc199"/>
            <o:lock v:ext="edit" aspectratio="t"/>
            <w10:wrap type="none"/>
            <w10:anchorlock/>
          </v:shape>
        </w:pict>
      </w:r>
      <w:r>
        <w:rPr>
          <w:rFonts w:ascii="宋体" w:hAnsi="宋体" w:eastAsia="宋体" w:cs="宋体"/>
          <w:color w:val="000000"/>
        </w:rPr>
        <w:t>时，则</w:t>
      </w:r>
      <w:r>
        <w:pict>
          <v:shape id="_x0000_i716881"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1986" o:title="eqId1f22fec5a381ae8aca93d876e54c79de"/>
            <o:lock v:ext="edit" aspectratio="t"/>
            <w10:wrap type="none"/>
            <w10:anchorlock/>
          </v:shape>
        </w:pict>
      </w:r>
      <w:r>
        <w:rPr>
          <w:rFonts w:ascii="宋体" w:hAnsi="宋体" w:eastAsia="宋体" w:cs="宋体"/>
          <w:color w:val="000000"/>
        </w:rPr>
        <w:t>； [知识应用]</w:t>
      </w:r>
      <w:r>
        <w:pict>
          <v:shape id="_x0000_i716882" o:spt="75" alt="学科网(www.zxxk.com)--教育资源门户，提供试卷、教案、课件、论文、素材以及各类教学资源下载，还有大量而丰富的教学相关资讯！" type="#_x0000_t75" style="height:14.25pt;width:38.05pt;" o:ole="t" filled="f" o:preferrelative="t" stroked="f" coordsize="21600,21600">
            <v:path/>
            <v:fill on="f" focussize="0,0"/>
            <v:stroke on="f" joinstyle="miter"/>
            <v:imagedata r:id="rId1987" o:title="eqId9f8f97cf2fc2d0676d6df01ff9759611"/>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本题考查了整式的加减运算的应用，根据作差法比较有理数的大小，作差法比较代数式的大小，即可求解．</w:t>
      </w:r>
    </w:p>
    <w:p>
      <w:pPr>
        <w:spacing w:line="360" w:lineRule="auto"/>
        <w:jc w:val="left"/>
        <w:textAlignment w:val="center"/>
        <w:rPr>
          <w:color w:val="000000"/>
        </w:rPr>
      </w:pPr>
      <w:r>
        <w:rPr>
          <w:color w:val="000000"/>
        </w:rPr>
        <w:t>【详解】</w:t>
      </w:r>
      <w:r>
        <w:rPr>
          <w:rFonts w:ascii="宋体" w:hAnsi="宋体" w:eastAsia="宋体" w:cs="宋体"/>
          <w:color w:val="000000"/>
        </w:rPr>
        <w:t>[知识总结] 当被减数小于减数时，差</w:t>
      </w:r>
      <w:r>
        <w:pict>
          <v:shape id="_x0000_i71688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88" o:title="eqId4ff7942da6c3fc4005256fb1458557c0"/>
            <o:lock v:ext="edit" aspectratio="t"/>
            <w10:wrap type="none"/>
            <w10:anchorlock/>
          </v:shape>
        </w:pict>
      </w:r>
      <w:r>
        <w:rPr>
          <w:rFonts w:ascii="Times New Roman" w:hAnsi="Times New Roman" w:eastAsia="Times New Roman" w:cs="Times New Roman"/>
          <w:color w:val="000000"/>
        </w:rPr>
        <w:t>0</w:t>
      </w:r>
      <w:r>
        <w:rPr>
          <w:rFonts w:ascii="宋体" w:hAnsi="宋体" w:eastAsia="宋体" w:cs="宋体"/>
          <w:color w:val="000000"/>
        </w:rPr>
        <w:t>，即小减大差为负．</w:t>
      </w:r>
    </w:p>
    <w:p>
      <w:pPr>
        <w:spacing w:line="360" w:lineRule="auto"/>
        <w:jc w:val="left"/>
        <w:textAlignment w:val="center"/>
        <w:rPr>
          <w:color w:val="000000"/>
        </w:rPr>
      </w:pPr>
      <w:r>
        <w:rPr>
          <w:rFonts w:ascii="宋体" w:hAnsi="宋体" w:eastAsia="宋体" w:cs="宋体"/>
          <w:color w:val="000000"/>
        </w:rPr>
        <w:t>故答案为：</w:t>
      </w:r>
      <w:r>
        <w:pict>
          <v:shape id="_x0000_i71688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989" o:title="eqId4ff7942da6c3fc4005256fb1458557c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知识反思]</w:t>
      </w:r>
    </w:p>
    <w:p>
      <w:pPr>
        <w:spacing w:line="360" w:lineRule="auto"/>
        <w:jc w:val="left"/>
        <w:textAlignment w:val="center"/>
        <w:rPr>
          <w:color w:val="000000"/>
        </w:rPr>
      </w:pPr>
      <w:r>
        <w:rPr>
          <w:rFonts w:ascii="宋体" w:hAnsi="宋体" w:eastAsia="宋体" w:cs="宋体"/>
          <w:color w:val="000000"/>
        </w:rPr>
        <w:t>用作差法比较</w:t>
      </w:r>
      <w:r>
        <w:pict>
          <v:shape id="_x0000_i71688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1990" o:title="eqId0a6936d370d6a238a608ca56f87198de"/>
            <o:lock v:ext="edit" aspectratio="t"/>
            <w10:wrap type="none"/>
            <w10:anchorlock/>
          </v:shape>
        </w:pict>
      </w:r>
      <w:r>
        <w:rPr>
          <w:rFonts w:ascii="宋体" w:hAnsi="宋体" w:eastAsia="宋体" w:cs="宋体"/>
          <w:color w:val="000000"/>
        </w:rPr>
        <w:t>与</w:t>
      </w:r>
      <w:r>
        <w:pict>
          <v:shape id="_x0000_i716886"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1991" o:title="eqId2c94bb12cee76221e13f9ef955b0aab1"/>
            <o:lock v:ext="edit" aspectratio="t"/>
            <w10:wrap type="none"/>
            <w10:anchorlock/>
          </v:shape>
        </w:pict>
      </w:r>
      <w:r>
        <w:rPr>
          <w:rFonts w:ascii="宋体" w:hAnsi="宋体" w:eastAsia="宋体" w:cs="宋体"/>
          <w:color w:val="000000"/>
        </w:rPr>
        <w:t>的大小．</w:t>
      </w:r>
    </w:p>
    <w:p>
      <w:pPr>
        <w:spacing w:line="360" w:lineRule="auto"/>
        <w:jc w:val="left"/>
        <w:textAlignment w:val="center"/>
        <w:rPr>
          <w:color w:val="000000"/>
        </w:rPr>
      </w:pPr>
      <w:r>
        <w:rPr>
          <w:rFonts w:ascii="宋体" w:hAnsi="宋体" w:eastAsia="宋体" w:cs="宋体"/>
          <w:color w:val="000000"/>
        </w:rPr>
        <w:t>当</w:t>
      </w:r>
      <w:r>
        <w:pict>
          <v:shape id="_x0000_i716887" o:spt="75" alt="学科网(www.zxxk.com)--教育资源门户，提供试卷、教案、课件、论文、素材以及各类教学资源下载，还有大量而丰富的教学相关资讯！" type="#_x0000_t75" style="height:14.5pt;width:44.5pt;" o:ole="t" filled="f" o:preferrelative="t" stroked="f" coordsize="21600,21600">
            <v:path/>
            <v:fill on="f" focussize="0,0"/>
            <v:stroke on="f" joinstyle="miter"/>
            <v:imagedata r:id="rId1992" o:title="eqId481ee0d1e39e92a4732eea90225eb94c"/>
            <o:lock v:ext="edit" aspectratio="t"/>
            <w10:wrap type="none"/>
            <w10:anchorlock/>
          </v:shape>
        </w:pict>
      </w:r>
      <w:r>
        <w:rPr>
          <w:rFonts w:ascii="宋体" w:hAnsi="宋体" w:eastAsia="宋体" w:cs="宋体"/>
          <w:color w:val="000000"/>
        </w:rPr>
        <w:t>时，则</w:t>
      </w:r>
      <w:r>
        <w:pict>
          <v:shape id="_x0000_i716888"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1993" o:title="eqId432d77fe5ad3032d59a237dd94c8a638"/>
            <o:lock v:ext="edit" aspectratio="t"/>
            <w10:wrap type="none"/>
            <w10:anchorlock/>
          </v:shape>
        </w:pict>
      </w:r>
      <w:r>
        <w:rPr>
          <w:rFonts w:ascii="宋体" w:hAnsi="宋体" w:eastAsia="宋体" w:cs="宋体"/>
          <w:color w:val="000000"/>
        </w:rPr>
        <w:t>；当</w:t>
      </w:r>
      <w:r>
        <w:pict>
          <v:shape id="_x0000_i716889"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1994" o:title="eqIde4f7bea84b44a1dd19c1d3682688c7b6"/>
            <o:lock v:ext="edit" aspectratio="t"/>
            <w10:wrap type="none"/>
            <w10:anchorlock/>
          </v:shape>
        </w:pict>
      </w:r>
      <w:r>
        <w:rPr>
          <w:rFonts w:ascii="宋体" w:hAnsi="宋体" w:eastAsia="宋体" w:cs="宋体"/>
          <w:color w:val="000000"/>
        </w:rPr>
        <w:t>时，则</w:t>
      </w:r>
      <w:r>
        <w:pict>
          <v:shape id="_x0000_i71689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1995" o:title="eqIdc6a46e678bf9d2df5ad4c782b3dc22f5"/>
            <o:lock v:ext="edit" aspectratio="t"/>
            <w10:wrap type="none"/>
            <w10:anchorlock/>
          </v:shape>
        </w:pict>
      </w:r>
      <w:r>
        <w:rPr>
          <w:rFonts w:ascii="宋体" w:hAnsi="宋体" w:eastAsia="宋体" w:cs="宋体"/>
          <w:color w:val="000000"/>
        </w:rPr>
        <w:t>；当</w:t>
      </w:r>
      <w:r>
        <w:pict>
          <v:shape id="_x0000_i716891"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1996" o:title="eqId697c3d4b11fc2ae913cc27b6b63fc199"/>
            <o:lock v:ext="edit" aspectratio="t"/>
            <w10:wrap type="none"/>
            <w10:anchorlock/>
          </v:shape>
        </w:pict>
      </w:r>
      <w:r>
        <w:rPr>
          <w:rFonts w:ascii="宋体" w:hAnsi="宋体" w:eastAsia="宋体" w:cs="宋体"/>
          <w:color w:val="000000"/>
        </w:rPr>
        <w:t>时，则</w:t>
      </w:r>
      <w:r>
        <w:pict>
          <v:shape id="_x0000_i716892"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1997" o:title="eqId1f22fec5a381ae8aca93d876e54c79d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知识应用]</w:t>
      </w:r>
    </w:p>
    <w:p>
      <w:pPr>
        <w:spacing w:line="360" w:lineRule="auto"/>
        <w:jc w:val="left"/>
        <w:textAlignment w:val="center"/>
        <w:rPr>
          <w:color w:val="000000"/>
        </w:rPr>
      </w:pPr>
      <w:r>
        <w:pict>
          <v:shape id="_x0000_i71689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998" o:title="eqIdf5eeaa30850a2dd1abcb46208ac8b6a2"/>
            <o:lock v:ext="edit" aspectratio="t"/>
            <w10:wrap type="none"/>
            <w10:anchorlock/>
          </v:shape>
        </w:pict>
      </w:r>
    </w:p>
    <w:p>
      <w:pPr>
        <w:spacing w:line="360" w:lineRule="auto"/>
        <w:jc w:val="left"/>
        <w:textAlignment w:val="center"/>
        <w:rPr>
          <w:color w:val="000000"/>
        </w:rPr>
      </w:pPr>
      <w:r>
        <w:pict>
          <v:shape id="_x0000_i716894" o:spt="75" alt="学科网(www.zxxk.com)--教育资源门户，提供试卷、教案、课件、论文、素材以及各类教学资源下载，还有大量而丰富的教学相关资讯！" type="#_x0000_t75" style="height:21.6pt;width:139.8pt;" o:ole="t" filled="f" o:preferrelative="t" stroked="f" coordsize="21600,21600">
            <v:path/>
            <v:fill on="f" focussize="0,0"/>
            <v:stroke on="f" joinstyle="miter"/>
            <v:imagedata r:id="rId1999" o:title="eqId99b9a47cd2a305fa5797b2dccb764653"/>
            <o:lock v:ext="edit" aspectratio="t"/>
            <w10:wrap type="none"/>
            <w10:anchorlock/>
          </v:shape>
        </w:pict>
      </w:r>
    </w:p>
    <w:p>
      <w:pPr>
        <w:spacing w:line="360" w:lineRule="auto"/>
        <w:jc w:val="left"/>
        <w:textAlignment w:val="center"/>
        <w:rPr>
          <w:color w:val="000000"/>
        </w:rPr>
      </w:pPr>
      <w:r>
        <w:pict>
          <v:shape id="_x0000_i716895" o:spt="75" alt="学科网(www.zxxk.com)--教育资源门户，提供试卷、教案、课件、论文、素材以及各类教学资源下载，还有大量而丰富的教学相关资讯！" type="#_x0000_t75" style="height:16.8pt;width:114pt;" o:ole="t" filled="f" o:preferrelative="t" stroked="f" coordsize="21600,21600">
            <v:path/>
            <v:fill on="f" focussize="0,0"/>
            <v:stroke on="f" joinstyle="miter"/>
            <v:imagedata r:id="rId2000" o:title="eqIdb3b6bedb03756af844fb2c9112642f56"/>
            <o:lock v:ext="edit" aspectratio="t"/>
            <w10:wrap type="none"/>
            <w10:anchorlock/>
          </v:shape>
        </w:pict>
      </w:r>
    </w:p>
    <w:p>
      <w:pPr>
        <w:spacing w:line="360" w:lineRule="auto"/>
        <w:jc w:val="left"/>
        <w:textAlignment w:val="center"/>
        <w:rPr>
          <w:color w:val="000000"/>
        </w:rPr>
      </w:pPr>
      <w:r>
        <w:pict>
          <v:shape id="_x0000_i716896" o:spt="75" alt="学科网(www.zxxk.com)--教育资源门户，提供试卷、教案、课件、论文、素材以及各类教学资源下载，还有大量而丰富的教学相关资讯！" type="#_x0000_t75" style="height:16.8pt;width:46.8pt;" o:ole="t" filled="f" o:preferrelative="t" stroked="f" coordsize="21600,21600">
            <v:path/>
            <v:fill on="f" focussize="0,0"/>
            <v:stroke on="f" joinstyle="miter"/>
            <v:imagedata r:id="rId2001" o:title="eqId67714d43c7af04375f74f863de189e26"/>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6897" o:spt="75" alt="学科网(www.zxxk.com)--教育资源门户，提供试卷、教案、课件、论文、素材以及各类教学资源下载，还有大量而丰富的教学相关资讯！" type="#_x0000_t75" style="height:15.75pt;width:33pt;" o:ole="t" filled="f" o:preferrelative="t" stroked="f" coordsize="21600,21600">
            <v:path/>
            <v:fill on="f" focussize="0,0"/>
            <v:stroke on="f" joinstyle="miter"/>
            <v:imagedata r:id="rId2002" o:title="eqIdd37660096fb35820bc02bb27d58195f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898" o:spt="75" alt="学科网(www.zxxk.com)--教育资源门户，提供试卷、教案、课件、论文、素材以及各类教学资源下载，还有大量而丰富的教学相关资讯！" type="#_x0000_t75" style="height:16.8pt;width:54pt;" o:ole="t" filled="f" o:preferrelative="t" stroked="f" coordsize="21600,21600">
            <v:path/>
            <v:fill on="f" focussize="0,0"/>
            <v:stroke on="f" joinstyle="miter"/>
            <v:imagedata r:id="rId2003" o:title="eqIdffd8f17c342600f4d784c6a1dffa0f06"/>
            <o:lock v:ext="edit" aspectratio="t"/>
            <w10:wrap type="none"/>
            <w10:anchorlock/>
          </v:shape>
        </w:pict>
      </w:r>
      <w:r>
        <w:rPr>
          <w:rFonts w:ascii="宋体" w:hAnsi="宋体" w:eastAsia="宋体" w:cs="宋体"/>
          <w:color w:val="000000"/>
        </w:rPr>
        <w:t>，即</w:t>
      </w:r>
      <w:r>
        <w:pict>
          <v:shape id="_x0000_i716899"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2004" o:title="eqId59edf1a399186f4a2b871f84eaa2ff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6900" o:spt="75" alt="学科网(www.zxxk.com)--教育资源门户，提供试卷、教案、课件、论文、素材以及各类教学资源下载，还有大量而丰富的教学相关资讯！" type="#_x0000_t75" style="height:14.25pt;width:38.05pt;" o:ole="t" filled="f" o:preferrelative="t" stroked="f" coordsize="21600,21600">
            <v:path/>
            <v:fill on="f" focussize="0,0"/>
            <v:stroke on="f" joinstyle="miter"/>
            <v:imagedata r:id="rId2005" o:title="eqId9f8f97cf2fc2d0676d6df01ff97596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通过学习我们知道，</w:t>
      </w:r>
      <w:r>
        <w:pict>
          <v:shape id="_x0000_i716901" o:spt="75" alt="学科网(www.zxxk.com)--教育资源门户，提供试卷、教案、课件、论文、素材以及各类教学资源下载，还有大量而丰富的教学相关资讯！" type="#_x0000_t75" style="height:20.4pt;width:14.4pt;" o:ole="t" filled="f" o:preferrelative="t" stroked="f" coordsize="21600,21600">
            <v:path/>
            <v:fill on="f" focussize="0,0"/>
            <v:stroke on="f" joinstyle="miter"/>
            <v:imagedata r:id="rId2006" o:title="eqId5dc51e97939a8966daa015535a801561"/>
            <o:lock v:ext="edit" aspectratio="t"/>
            <w10:wrap type="none"/>
            <w10:anchorlock/>
          </v:shape>
        </w:pict>
      </w:r>
      <w:r>
        <w:rPr>
          <w:rFonts w:ascii="宋体" w:hAnsi="宋体" w:eastAsia="宋体" w:cs="宋体"/>
          <w:color w:val="000000"/>
        </w:rPr>
        <w:t>的几何意义是：数轴上表示数</w:t>
      </w:r>
      <w:r>
        <w:pict>
          <v:shape id="_x0000_i71690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07" o:title="eqId81dea63b8ce3e51adf66cf7b9982a248"/>
            <o:lock v:ext="edit" aspectratio="t"/>
            <w10:wrap type="none"/>
            <w10:anchorlock/>
          </v:shape>
        </w:pict>
      </w:r>
      <w:r>
        <w:rPr>
          <w:rFonts w:ascii="宋体" w:hAnsi="宋体" w:eastAsia="宋体" w:cs="宋体"/>
          <w:color w:val="000000"/>
        </w:rPr>
        <w:t>的点到原点的距离．由于</w:t>
      </w:r>
      <w:r>
        <w:pict>
          <v:shape id="_x0000_i716903" o:spt="75" alt="学科网(www.zxxk.com)--教育资源门户，提供试卷、教案、课件、论文、素材以及各类教学资源下载，还有大量而丰富的教学相关资讯！" type="#_x0000_t75" style="height:20.4pt;width:14.4pt;" o:ole="t" filled="f" o:preferrelative="t" stroked="f" coordsize="21600,21600">
            <v:path/>
            <v:fill on="f" focussize="0,0"/>
            <v:stroke on="f" joinstyle="miter"/>
            <v:imagedata r:id="rId2006" o:title="eqId5dc51e97939a8966daa015535a801561"/>
            <o:lock v:ext="edit" aspectratio="t"/>
            <w10:wrap type="none"/>
            <w10:anchorlock/>
          </v:shape>
        </w:pict>
      </w:r>
      <w:r>
        <w:rPr>
          <w:rFonts w:ascii="宋体" w:hAnsi="宋体" w:eastAsia="宋体" w:cs="宋体"/>
          <w:color w:val="000000"/>
        </w:rPr>
        <w:t>可以看作</w:t>
      </w:r>
      <w:r>
        <w:pict>
          <v:shape id="_x0000_i716904" o:spt="75" alt="学科网(www.zxxk.com)--教育资源门户，提供试卷、教案、课件、论文、素材以及各类教学资源下载，还有大量而丰富的教学相关资讯！" type="#_x0000_t75" style="height:20.4pt;width:30pt;" o:ole="t" filled="f" o:preferrelative="t" stroked="f" coordsize="21600,21600">
            <v:path/>
            <v:fill on="f" focussize="0,0"/>
            <v:stroke on="f" joinstyle="miter"/>
            <v:imagedata r:id="rId2008" o:title="eqId0fd224224e15644ab51f9e5e122ea274"/>
            <o:lock v:ext="edit" aspectratio="t"/>
            <w10:wrap type="none"/>
            <w10:anchorlock/>
          </v:shape>
        </w:pict>
      </w:r>
      <w:r>
        <w:rPr>
          <w:rFonts w:ascii="宋体" w:hAnsi="宋体" w:eastAsia="宋体" w:cs="宋体"/>
          <w:color w:val="000000"/>
        </w:rPr>
        <w:t>，那么</w:t>
      </w:r>
      <w:r>
        <w:pict>
          <v:shape id="_x0000_i716905" o:spt="75" alt="学科网(www.zxxk.com)--教育资源门户，提供试卷、教案、课件、论文、素材以及各类教学资源下载，还有大量而丰富的教学相关资讯！" type="#_x0000_t75" style="height:20.4pt;width:30pt;" o:ole="t" filled="f" o:preferrelative="t" stroked="f" coordsize="21600,21600">
            <v:path/>
            <v:fill on="f" focussize="0,0"/>
            <v:stroke on="f" joinstyle="miter"/>
            <v:imagedata r:id="rId2008" o:title="eqId0fd224224e15644ab51f9e5e122ea274"/>
            <o:lock v:ext="edit" aspectratio="t"/>
            <w10:wrap type="none"/>
            <w10:anchorlock/>
          </v:shape>
        </w:pict>
      </w:r>
      <w:r>
        <w:rPr>
          <w:rFonts w:ascii="宋体" w:hAnsi="宋体" w:eastAsia="宋体" w:cs="宋体"/>
          <w:color w:val="000000"/>
        </w:rPr>
        <w:t>的几何意义为数轴上表示数</w:t>
      </w:r>
      <w:r>
        <w:pict>
          <v:shape id="_x0000_i71690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07"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0</w:t>
      </w:r>
      <w:r>
        <w:rPr>
          <w:rFonts w:ascii="宋体" w:hAnsi="宋体" w:eastAsia="宋体" w:cs="宋体"/>
          <w:color w:val="000000"/>
        </w:rPr>
        <w:t>的两点间的距离．这个结论还可以推广为：</w:t>
      </w:r>
      <w:r>
        <w:pict>
          <v:shape id="_x0000_i716907" o:spt="75" alt="学科网(www.zxxk.com)--教育资源门户，提供试卷、教案、课件、论文、素材以及各类教学资源下载，还有大量而丰富的教学相关资讯！" type="#_x0000_t75" style="height:20.25pt;width:30.75pt;" o:ole="t" filled="f" o:preferrelative="t" stroked="f" coordsize="21600,21600">
            <v:path/>
            <v:fill on="f" focussize="0,0"/>
            <v:stroke on="f" joinstyle="miter"/>
            <v:imagedata r:id="rId2009" o:title="eqIdef38de6f8993386add9b06e4a2779be1"/>
            <o:lock v:ext="edit" aspectratio="t"/>
            <w10:wrap type="none"/>
            <w10:anchorlock/>
          </v:shape>
        </w:pict>
      </w:r>
      <w:r>
        <w:rPr>
          <w:rFonts w:ascii="宋体" w:hAnsi="宋体" w:eastAsia="宋体" w:cs="宋体"/>
          <w:color w:val="000000"/>
        </w:rPr>
        <w:t>的几何意义为数轴上表示数</w:t>
      </w:r>
      <w:r>
        <w:pict>
          <v:shape id="_x0000_i71690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07" o:title="eqId81dea63b8ce3e51adf66cf7b9982a248"/>
            <o:lock v:ext="edit" aspectratio="t"/>
            <w10:wrap type="none"/>
            <w10:anchorlock/>
          </v:shape>
        </w:pict>
      </w:r>
      <w:r>
        <w:rPr>
          <w:rFonts w:ascii="宋体" w:hAnsi="宋体" w:eastAsia="宋体" w:cs="宋体"/>
          <w:color w:val="000000"/>
        </w:rPr>
        <w:t>与</w:t>
      </w:r>
      <w:r>
        <w:pict>
          <v:shape id="_x0000_i71690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10" o:title="eqId0a6936d370d6a238a608ca56f87198de"/>
            <o:lock v:ext="edit" aspectratio="t"/>
            <w10:wrap type="none"/>
            <w10:anchorlock/>
          </v:shape>
        </w:pict>
      </w:r>
      <w:r>
        <w:rPr>
          <w:rFonts w:ascii="宋体" w:hAnsi="宋体" w:eastAsia="宋体" w:cs="宋体"/>
          <w:color w:val="000000"/>
        </w:rPr>
        <w:t>的两点间的距离．</w:t>
      </w:r>
    </w:p>
    <w:p>
      <w:pPr>
        <w:spacing w:line="360" w:lineRule="auto"/>
        <w:jc w:val="left"/>
        <w:textAlignment w:val="center"/>
        <w:rPr>
          <w:color w:val="000000"/>
        </w:rPr>
      </w:pPr>
      <w:r>
        <w:rPr>
          <w:rFonts w:ascii="宋体" w:hAnsi="宋体" w:eastAsia="宋体" w:cs="宋体"/>
          <w:color w:val="000000"/>
        </w:rPr>
        <w:t>例如，</w:t>
      </w:r>
      <w:r>
        <w:pict>
          <v:shape id="_x0000_i716910"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2011" o:title="eqId8d9534c21082322a26392e6f286e5d35"/>
            <o:lock v:ext="edit" aspectratio="t"/>
            <w10:wrap type="none"/>
            <w10:anchorlock/>
          </v:shape>
        </w:pict>
      </w:r>
      <w:r>
        <w:rPr>
          <w:rFonts w:ascii="宋体" w:hAnsi="宋体" w:eastAsia="宋体" w:cs="宋体"/>
          <w:color w:val="000000"/>
        </w:rPr>
        <w:t>的几何意义为数轴上表示数</w:t>
      </w:r>
      <w:r>
        <w:pict>
          <v:shape id="_x0000_i71691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12"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5</w:t>
      </w:r>
      <w:r>
        <w:rPr>
          <w:rFonts w:ascii="宋体" w:hAnsi="宋体" w:eastAsia="宋体" w:cs="宋体"/>
          <w:color w:val="000000"/>
        </w:rPr>
        <w:t>的两点间的距离，若</w:t>
      </w:r>
      <w:r>
        <w:pict>
          <v:shape id="_x0000_i716912"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2013" o:title="eqIdef642ea030e66f70db3a04c1480e33a2"/>
            <o:lock v:ext="edit" aspectratio="t"/>
            <w10:wrap type="none"/>
            <w10:anchorlock/>
          </v:shape>
        </w:pict>
      </w:r>
      <w:r>
        <w:rPr>
          <w:rFonts w:ascii="宋体" w:hAnsi="宋体" w:eastAsia="宋体" w:cs="宋体"/>
          <w:color w:val="000000"/>
        </w:rPr>
        <w:t>，则</w:t>
      </w:r>
      <w:r>
        <w:pict>
          <v:shape id="_x0000_i71691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12" o:title="eqId81dea63b8ce3e51adf66cf7b9982a248"/>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给出定义：数轴上表示数</w:t>
      </w:r>
      <w:r>
        <w:pict>
          <v:shape id="_x0000_i71691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14" o:title="eqId81dea63b8ce3e51adf66cf7b9982a248"/>
            <o:lock v:ext="edit" aspectratio="t"/>
            <w10:wrap type="none"/>
            <w10:anchorlock/>
          </v:shape>
        </w:pict>
      </w:r>
      <w:r>
        <w:rPr>
          <w:rFonts w:ascii="宋体" w:hAnsi="宋体" w:eastAsia="宋体" w:cs="宋体"/>
          <w:color w:val="000000"/>
        </w:rPr>
        <w:t>的点与表示数</w:t>
      </w:r>
      <w:r>
        <w:pict>
          <v:shape id="_x0000_i71691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15" o:title="eqId0a6936d370d6a238a608ca56f87198de"/>
            <o:lock v:ext="edit" aspectratio="t"/>
            <w10:wrap type="none"/>
            <w10:anchorlock/>
          </v:shape>
        </w:pict>
      </w:r>
      <w:r>
        <w:rPr>
          <w:rFonts w:ascii="宋体" w:hAnsi="宋体" w:eastAsia="宋体" w:cs="宋体"/>
          <w:color w:val="000000"/>
        </w:rPr>
        <w:t>，</w:t>
      </w:r>
      <w:r>
        <w:pict>
          <v:shape id="_x0000_i716916"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016" o:title="eqId2c94bb12cee76221e13f9ef955b0aab1"/>
            <o:lock v:ext="edit" aspectratio="t"/>
            <w10:wrap type="none"/>
            <w10:anchorlock/>
          </v:shape>
        </w:pict>
      </w:r>
      <w:r>
        <w:rPr>
          <w:rFonts w:ascii="宋体" w:hAnsi="宋体" w:eastAsia="宋体" w:cs="宋体"/>
          <w:color w:val="000000"/>
        </w:rPr>
        <w:t>的点之间的距离之和</w:t>
      </w:r>
      <w:r>
        <w:pict>
          <v:shape id="_x0000_i716917" o:spt="75" alt="学科网(www.zxxk.com)--教育资源门户，提供试卷、教案、课件、论文、素材以及各类教学资源下载，还有大量而丰富的教学相关资讯！" type="#_x0000_t75" style="height:17.25pt;width:62.25pt;" o:ole="t" filled="f" o:preferrelative="t" stroked="f" coordsize="21600,21600">
            <v:path/>
            <v:fill on="f" focussize="0,0"/>
            <v:stroke on="f" joinstyle="miter"/>
            <v:imagedata r:id="rId2017" o:title="eqId761a4034330ec48e65d5a627c4184760"/>
            <o:lock v:ext="edit" aspectratio="t"/>
            <w10:wrap type="none"/>
            <w10:anchorlock/>
          </v:shape>
        </w:pict>
      </w:r>
      <w:r>
        <w:rPr>
          <w:rFonts w:ascii="宋体" w:hAnsi="宋体" w:eastAsia="宋体" w:cs="宋体"/>
          <w:color w:val="000000"/>
        </w:rPr>
        <w:t>称为</w:t>
      </w:r>
      <w:r>
        <w:pict>
          <v:shape id="_x0000_i71691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14" o:title="eqId81dea63b8ce3e51adf66cf7b9982a248"/>
            <o:lock v:ext="edit" aspectratio="t"/>
            <w10:wrap type="none"/>
            <w10:anchorlock/>
          </v:shape>
        </w:pict>
      </w:r>
      <w:r>
        <w:rPr>
          <w:rFonts w:ascii="宋体" w:hAnsi="宋体" w:eastAsia="宋体" w:cs="宋体"/>
          <w:color w:val="000000"/>
        </w:rPr>
        <w:t>与</w:t>
      </w:r>
      <w:r>
        <w:pict>
          <v:shape id="_x0000_i71691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15" o:title="eqId0a6936d370d6a238a608ca56f87198de"/>
            <o:lock v:ext="edit" aspectratio="t"/>
            <w10:wrap type="none"/>
            <w10:anchorlock/>
          </v:shape>
        </w:pict>
      </w:r>
      <w:r>
        <w:rPr>
          <w:rFonts w:ascii="宋体" w:hAnsi="宋体" w:eastAsia="宋体" w:cs="宋体"/>
          <w:color w:val="000000"/>
        </w:rPr>
        <w:t>，</w:t>
      </w:r>
      <w:r>
        <w:pict>
          <v:shape id="_x0000_i71692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016" o:title="eqId2c94bb12cee76221e13f9ef955b0aab1"/>
            <o:lock v:ext="edit" aspectratio="t"/>
            <w10:wrap type="none"/>
            <w10:anchorlock/>
          </v:shape>
        </w:pict>
      </w:r>
      <w:r>
        <w:rPr>
          <w:rFonts w:ascii="宋体" w:hAnsi="宋体" w:eastAsia="宋体" w:cs="宋体"/>
          <w:color w:val="000000"/>
        </w:rPr>
        <w:t>的“关联距离”．例如，</w:t>
      </w:r>
      <w:r>
        <w:pict>
          <v:shape id="_x0000_i716921" o:spt="75" alt="学科网(www.zxxk.com)--教育资源门户，提供试卷、教案、课件、论文、素材以及各类教学资源下载，还有大量而丰富的教学相关资讯！" type="#_x0000_t75" style="height:20.1pt;width:64.85pt;" o:ole="t" filled="f" o:preferrelative="t" stroked="f" coordsize="21600,21600">
            <v:path/>
            <v:fill on="f" focussize="0,0"/>
            <v:stroke on="f" joinstyle="miter"/>
            <v:imagedata r:id="rId2018" o:title="eqId144e844aaee2fa48017b118ac394ad17"/>
            <o:lock v:ext="edit" aspectratio="t"/>
            <w10:wrap type="none"/>
            <w10:anchorlock/>
          </v:shape>
        </w:pict>
      </w:r>
      <w:r>
        <w:rPr>
          <w:rFonts w:ascii="宋体" w:hAnsi="宋体" w:eastAsia="宋体" w:cs="宋体"/>
          <w:color w:val="000000"/>
        </w:rPr>
        <w:t>为</w:t>
      </w:r>
      <w:r>
        <w:pict>
          <v:shape id="_x0000_i71692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14"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w:t>
      </w:r>
      <w:r>
        <w:pict>
          <v:shape id="_x0000_i71692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019" o:title="eqId274a9dc37509f01c2606fb3086a46f4f"/>
            <o:lock v:ext="edit" aspectratio="t"/>
            <w10:wrap type="none"/>
            <w10:anchorlock/>
          </v:shape>
        </w:pict>
      </w:r>
      <w:r>
        <w:rPr>
          <w:rFonts w:ascii="宋体" w:hAnsi="宋体" w:eastAsia="宋体" w:cs="宋体"/>
          <w:color w:val="000000"/>
        </w:rPr>
        <w:t>的“关联距离”；</w:t>
      </w:r>
    </w:p>
    <w:p>
      <w:pPr>
        <w:spacing w:line="360" w:lineRule="auto"/>
        <w:jc w:val="left"/>
        <w:textAlignment w:val="center"/>
        <w:rPr>
          <w:color w:val="000000"/>
        </w:rPr>
      </w:pPr>
      <w:r>
        <w:pict>
          <v:shape id="_x0000_i716924" o:spt="75" alt="学科网(www.zxxk.com)--教育资源门户，提供试卷、教案、课件、论文、素材以及各类教学资源下载，还有大量而丰富的教学相关资讯！" type="#_x0000_t75" style="height:19.8pt;width:102pt;" o:ole="t" filled="f" o:preferrelative="t" stroked="f" coordsize="21600,21600">
            <v:path/>
            <v:fill on="f" focussize="0,0"/>
            <v:stroke on="f" joinstyle="miter"/>
            <v:imagedata r:id="rId2020" o:title="eqId69eb0faef05ee894f87fdd3122d36297"/>
            <o:lock v:ext="edit" aspectratio="t"/>
            <w10:wrap type="none"/>
            <w10:anchorlock/>
          </v:shape>
        </w:pict>
      </w:r>
      <w:r>
        <w:rPr>
          <w:rFonts w:ascii="宋体" w:hAnsi="宋体" w:eastAsia="宋体" w:cs="宋体"/>
          <w:color w:val="000000"/>
        </w:rPr>
        <w:t>为</w:t>
      </w:r>
      <w:r>
        <w:pict>
          <v:shape id="_x0000_i71692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21"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6926"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022" o:title="eqId81fb134b2b48acc99213fff6ccfee65f"/>
            <o:lock v:ext="edit" aspectratio="t"/>
            <w10:wrap type="none"/>
            <w10:anchorlock/>
          </v:shape>
        </w:pict>
      </w:r>
      <w:r>
        <w:rPr>
          <w:rFonts w:ascii="宋体" w:hAnsi="宋体" w:eastAsia="宋体" w:cs="宋体"/>
          <w:color w:val="000000"/>
        </w:rPr>
        <w:t>的“关联距离”．</w:t>
      </w:r>
    </w:p>
    <w:p>
      <w:pPr>
        <w:spacing w:line="360" w:lineRule="auto"/>
        <w:jc w:val="left"/>
        <w:textAlignment w:val="center"/>
        <w:rPr>
          <w:color w:val="000000"/>
        </w:rPr>
      </w:pPr>
      <w:r>
        <w:rPr>
          <w:color w:val="000000"/>
        </w:rPr>
        <w:drawing>
          <wp:inline distT="0" distB="0" distL="114300" distR="114300">
            <wp:extent cx="2228850" cy="209550"/>
            <wp:effectExtent l="0" t="0" r="0" b="0"/>
            <wp:docPr id="3663"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 name="图片 100017" descr="学科网(www.zxxk.com)--教育资源门户，提供试卷、教案、课件、论文、素材以及各类教学资源下载，还有大量而丰富的教学相关资讯！"/>
                    <pic:cNvPicPr>
                      <a:picLocks noChangeAspect="1"/>
                    </pic:cNvPicPr>
                  </pic:nvPicPr>
                  <pic:blipFill>
                    <a:blip r:embed="rId2023"/>
                    <a:stretch>
                      <a:fillRect/>
                    </a:stretch>
                  </pic:blipFill>
                  <pic:spPr>
                    <a:xfrm>
                      <a:off x="0" y="0"/>
                      <a:ext cx="2228850" cy="209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6927"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2024" o:title="eqIdc47e517a8a2c73a5bb07e1ac820d3dbf"/>
            <o:lock v:ext="edit" aspectratio="t"/>
            <w10:wrap type="none"/>
            <w10:anchorlock/>
          </v:shape>
        </w:pict>
      </w:r>
      <w:r>
        <w:rPr>
          <w:rFonts w:ascii="宋体" w:hAnsi="宋体" w:eastAsia="宋体" w:cs="宋体"/>
          <w:color w:val="000000"/>
        </w:rPr>
        <w:t>，则</w:t>
      </w:r>
      <w:r>
        <w:pict>
          <v:shape id="_x0000_i71692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25" o:title="eqId81dea63b8ce3e51adf66cf7b9982a248"/>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692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26"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w:t>
      </w:r>
      <w:r>
        <w:pict>
          <v:shape id="_x0000_i71693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027" o:title="eqIdacbc6a613224461ade69362d46550474"/>
            <o:lock v:ext="edit" aspectratio="t"/>
            <w10:wrap type="none"/>
            <w10:anchorlock/>
          </v:shape>
        </w:pict>
      </w:r>
      <w:r>
        <w:rPr>
          <w:rFonts w:ascii="宋体" w:hAnsi="宋体" w:eastAsia="宋体" w:cs="宋体"/>
          <w:color w:val="000000"/>
        </w:rPr>
        <w:t>的“关联距离”为</w:t>
      </w:r>
      <w:r>
        <w:rPr>
          <w:rFonts w:ascii="Times New Roman" w:hAnsi="Times New Roman" w:eastAsia="Times New Roman" w:cs="Times New Roman"/>
          <w:color w:val="000000"/>
        </w:rPr>
        <w:t>2</w:t>
      </w:r>
      <w:r>
        <w:rPr>
          <w:rFonts w:ascii="宋体" w:hAnsi="宋体" w:eastAsia="宋体" w:cs="宋体"/>
          <w:color w:val="000000"/>
        </w:rPr>
        <w:t>，写出一个满足条件的</w:t>
      </w:r>
      <w:r>
        <w:pict>
          <v:shape id="_x0000_i71693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26" o:title="eqId81dea63b8ce3e51adf66cf7b9982a248"/>
            <o:lock v:ext="edit" aspectratio="t"/>
            <w10:wrap type="none"/>
            <w10:anchorlock/>
          </v:shape>
        </w:pict>
      </w:r>
      <w:r>
        <w:rPr>
          <w:rFonts w:ascii="宋体" w:hAnsi="宋体" w:eastAsia="宋体" w:cs="宋体"/>
          <w:color w:val="000000"/>
        </w:rPr>
        <w:t>的值</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请化简“关联距离”</w:t>
      </w:r>
      <w:r>
        <w:pict>
          <v:shape id="_x0000_i716932"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2028" o:title="eqId7345a7ee180ea92292d28a3edba0db93"/>
            <o:lock v:ext="edit" aspectratio="t"/>
            <w10:wrap type="none"/>
            <w10:anchorlock/>
          </v:shape>
        </w:pict>
      </w:r>
      <w:r>
        <w:rPr>
          <w:rFonts w:ascii="宋体" w:hAnsi="宋体" w:eastAsia="宋体" w:cs="宋体"/>
          <w:color w:val="000000"/>
        </w:rPr>
        <w:t>，并直接写出该“关联距离”的最小值</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6933"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029" o:title="eqId5ca7d1107389675d32b56ec097464c14"/>
            <o:lock v:ext="edit" aspectratio="t"/>
            <w10:wrap type="none"/>
            <w10:anchorlock/>
          </v:shape>
        </w:pict>
      </w:r>
      <w:r>
        <w:rPr>
          <w:rFonts w:ascii="宋体" w:hAnsi="宋体" w:eastAsia="宋体" w:cs="宋体"/>
          <w:color w:val="000000"/>
        </w:rPr>
        <w:t>，</w:t>
      </w:r>
      <w:r>
        <w:pict>
          <v:shape id="_x0000_i716934"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030" o:title="eqIdbdaa19de263700a15fcf213d64a8cd57"/>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693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031" o:title="eqIdbdaa19de263700a15fcf213d64a8cd57"/>
            <o:lock v:ext="edit" aspectratio="t"/>
            <w10:wrap type="none"/>
            <w10:anchorlock/>
          </v:shape>
        </w:pict>
      </w:r>
      <w:r>
        <w:rPr>
          <w:rFonts w:ascii="宋体" w:hAnsi="宋体" w:eastAsia="宋体" w:cs="宋体"/>
          <w:color w:val="000000"/>
        </w:rPr>
        <w:t>（答案不唯一）</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化简见解析；</w:t>
      </w:r>
      <w:r>
        <w:pict>
          <v:shape id="_x0000_i716936"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032" o:title="eqId5ca7d1107389675d32b56ec097464c14"/>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pict>
          <v:shape id="_x0000_i71693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33" o:title="eqId81dea63b8ce3e51adf66cf7b9982a248"/>
            <o:lock v:ext="edit" aspectratio="t"/>
            <w10:wrap type="none"/>
            <w10:anchorlock/>
          </v:shape>
        </w:pict>
      </w:r>
      <w:r>
        <w:rPr>
          <w:rFonts w:ascii="宋体" w:hAnsi="宋体" w:eastAsia="宋体" w:cs="宋体"/>
          <w:color w:val="000000"/>
        </w:rPr>
        <w:t>与</w:t>
      </w:r>
      <w:r>
        <w:pict>
          <v:shape id="_x0000_i716938"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034" o:title="eqId61128ab996360a038e6e64d82fcba004"/>
            <o:lock v:ext="edit" aspectratio="t"/>
            <w10:wrap type="none"/>
            <w10:anchorlock/>
          </v:shape>
        </w:pict>
      </w:r>
      <w:r>
        <w:rPr>
          <w:rFonts w:ascii="宋体" w:hAnsi="宋体" w:eastAsia="宋体" w:cs="宋体"/>
          <w:color w:val="000000"/>
        </w:rPr>
        <w:t>的距离为</w:t>
      </w:r>
      <w:r>
        <w:rPr>
          <w:rFonts w:ascii="Times New Roman" w:hAnsi="Times New Roman" w:eastAsia="Times New Roman" w:cs="Times New Roman"/>
          <w:color w:val="000000"/>
        </w:rPr>
        <w:t>1</w:t>
      </w:r>
      <w:r>
        <w:rPr>
          <w:rFonts w:ascii="宋体" w:hAnsi="宋体" w:eastAsia="宋体" w:cs="宋体"/>
          <w:color w:val="000000"/>
        </w:rPr>
        <w:t>，即可求解．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693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35"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w:t>
      </w:r>
      <w:r>
        <w:pict>
          <v:shape id="_x0000_i71694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036" o:title="eqIdacbc6a613224461ade69362d46550474"/>
            <o:lock v:ext="edit" aspectratio="t"/>
            <w10:wrap type="none"/>
            <w10:anchorlock/>
          </v:shape>
        </w:pict>
      </w:r>
      <w:r>
        <w:rPr>
          <w:rFonts w:ascii="宋体" w:hAnsi="宋体" w:eastAsia="宋体" w:cs="宋体"/>
          <w:color w:val="000000"/>
        </w:rPr>
        <w:t>的“关联距离”为</w:t>
      </w:r>
      <w:r>
        <w:rPr>
          <w:rFonts w:ascii="Times New Roman" w:hAnsi="Times New Roman" w:eastAsia="Times New Roman" w:cs="Times New Roman"/>
          <w:color w:val="000000"/>
        </w:rPr>
        <w:t>2</w:t>
      </w:r>
      <w:r>
        <w:rPr>
          <w:rFonts w:ascii="宋体" w:hAnsi="宋体" w:eastAsia="宋体" w:cs="宋体"/>
          <w:color w:val="000000"/>
        </w:rPr>
        <w:t>，即</w:t>
      </w:r>
      <w:r>
        <w:pict>
          <v:shape id="_x0000_i716941" o:spt="75" alt="学科网(www.zxxk.com)--教育资源门户，提供试卷、教案、课件、论文、素材以及各类教学资源下载，还有大量而丰富的教学相关资讯！" type="#_x0000_t75" style="height:20pt;width:81pt;" o:ole="t" filled="f" o:preferrelative="t" stroked="f" coordsize="21600,21600">
            <v:path/>
            <v:fill on="f" focussize="0,0"/>
            <v:stroke on="f" joinstyle="miter"/>
            <v:imagedata r:id="rId2037" o:title="eqIdd19cb9fec8ed9aa7c2669517ae238f5b"/>
            <o:lock v:ext="edit" aspectratio="t"/>
            <w10:wrap type="none"/>
            <w10:anchorlock/>
          </v:shape>
        </w:pict>
      </w:r>
      <w:r>
        <w:rPr>
          <w:rFonts w:ascii="宋体" w:hAnsi="宋体" w:eastAsia="宋体" w:cs="宋体"/>
          <w:color w:val="000000"/>
        </w:rPr>
        <w:t>，可得</w:t>
      </w:r>
      <w:r>
        <w:pict>
          <v:shape id="_x0000_i716942"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038" o:title="eqId6343069217cd6d8dd32446da428dae46"/>
            <o:lock v:ext="edit" aspectratio="t"/>
            <w10:wrap type="none"/>
            <w10:anchorlock/>
          </v:shape>
        </w:pict>
      </w:r>
      <w:r>
        <w:rPr>
          <w:rFonts w:ascii="宋体" w:hAnsi="宋体" w:eastAsia="宋体" w:cs="宋体"/>
          <w:color w:val="000000"/>
        </w:rPr>
        <w:t>中的任意一个数都符合题意；</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w:t>
      </w:r>
      <w:r>
        <w:pict>
          <v:shape id="_x0000_i716943"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2039" o:title="eqId7345a7ee180ea92292d28a3edba0db93"/>
            <o:lock v:ext="edit" aspectratio="t"/>
            <w10:wrap type="none"/>
            <w10:anchorlock/>
          </v:shape>
        </w:pict>
      </w:r>
      <w:r>
        <w:rPr>
          <w:rFonts w:ascii="宋体" w:hAnsi="宋体" w:eastAsia="宋体" w:cs="宋体"/>
          <w:color w:val="000000"/>
        </w:rPr>
        <w:t>表示点</w:t>
      </w:r>
      <w:r>
        <w:pict>
          <v:shape id="_x0000_i71694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40" o:title="eqId81dea63b8ce3e51adf66cf7b9982a248"/>
            <o:lock v:ext="edit" aspectratio="t"/>
            <w10:wrap type="none"/>
            <w10:anchorlock/>
          </v:shape>
        </w:pict>
      </w:r>
      <w:r>
        <w:rPr>
          <w:rFonts w:ascii="宋体" w:hAnsi="宋体" w:eastAsia="宋体" w:cs="宋体"/>
          <w:color w:val="000000"/>
        </w:rPr>
        <w:t>到</w:t>
      </w:r>
      <w:r>
        <w:pict>
          <v:shape id="_x0000_i716945" o:spt="75" alt="学科网(www.zxxk.com)--教育资源门户，提供试卷、教案、课件、论文、素材以及各类教学资源下载，还有大量而丰富的教学相关资讯！" type="#_x0000_t75" style="height:27.75pt;width:24.75pt;" o:ole="t" filled="f" o:preferrelative="t" stroked="f" coordsize="21600,21600">
            <v:path/>
            <v:fill on="f" focussize="0,0"/>
            <v:stroke on="f" joinstyle="miter"/>
            <v:imagedata r:id="rId2041" o:title="eqIdfed20f194f252349c42c999320150fd4"/>
            <o:lock v:ext="edit" aspectratio="t"/>
            <w10:wrap type="none"/>
            <w10:anchorlock/>
          </v:shape>
        </w:pict>
      </w:r>
      <w:r>
        <w:rPr>
          <w:rFonts w:ascii="宋体" w:hAnsi="宋体" w:eastAsia="宋体" w:cs="宋体"/>
          <w:color w:val="000000"/>
        </w:rPr>
        <w:t>，</w:t>
      </w:r>
      <w:r>
        <w:pict>
          <v:shape id="_x0000_i71694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042" o:title="eqId61128ab996360a038e6e64d82fcba004"/>
            <o:lock v:ext="edit" aspectratio="t"/>
            <w10:wrap type="none"/>
            <w10:anchorlock/>
          </v:shape>
        </w:pict>
      </w:r>
      <w:r>
        <w:rPr>
          <w:rFonts w:ascii="宋体" w:hAnsi="宋体" w:eastAsia="宋体" w:cs="宋体"/>
          <w:color w:val="000000"/>
        </w:rPr>
        <w:t>的距离的和，则分</w:t>
      </w:r>
      <w:r>
        <w:pict>
          <v:shape id="_x0000_i716947" o:spt="75" alt="学科网(www.zxxk.com)--教育资源门户，提供试卷、教案、课件、论文、素材以及各类教学资源下载，还有大量而丰富的教学相关资讯！" type="#_x0000_t75" style="height:31.05pt;width:165.15pt;" o:ole="t" filled="f" o:preferrelative="t" stroked="f" coordsize="21600,21600">
            <v:path/>
            <v:fill on="f" focussize="0,0"/>
            <v:stroke on="f" joinstyle="miter"/>
            <v:imagedata r:id="rId2043" o:title="eqId1fb1138369c686b9c1afd23e163fb4a9"/>
            <o:lock v:ext="edit" aspectratio="t"/>
            <w10:wrap type="none"/>
            <w10:anchorlock/>
          </v:shape>
        </w:pict>
      </w:r>
      <w:r>
        <w:rPr>
          <w:rFonts w:ascii="宋体" w:hAnsi="宋体" w:eastAsia="宋体" w:cs="宋体"/>
          <w:color w:val="000000"/>
        </w:rPr>
        <w:t>，四种情况化简绝对值，进而根据</w:t>
      </w:r>
      <w:r>
        <w:pict>
          <v:shape id="_x0000_i716948"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2044" o:title="eqIdb650820d7bed48ed67a2869ad8c65ff1"/>
            <o:lock v:ext="edit" aspectratio="t"/>
            <w10:wrap type="none"/>
            <w10:anchorlock/>
          </v:shape>
        </w:pict>
      </w:r>
      <w:r>
        <w:rPr>
          <w:rFonts w:ascii="宋体" w:hAnsi="宋体" w:eastAsia="宋体" w:cs="宋体"/>
          <w:color w:val="000000"/>
        </w:rPr>
        <w:t>时取得最小值，即可求解．</w:t>
      </w:r>
    </w:p>
    <w:p>
      <w:pPr>
        <w:spacing w:line="360" w:lineRule="auto"/>
        <w:jc w:val="left"/>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pict>
          <v:shape id="_x0000_i716949"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2045" o:title="eqIdc47e517a8a2c73a5bb07e1ac820d3dbf"/>
            <o:lock v:ext="edit" aspectratio="t"/>
            <w10:wrap type="none"/>
            <w10:anchorlock/>
          </v:shape>
        </w:pict>
      </w:r>
      <w:r>
        <w:rPr>
          <w:rFonts w:ascii="宋体" w:hAnsi="宋体" w:eastAsia="宋体" w:cs="宋体"/>
          <w:color w:val="000000"/>
        </w:rPr>
        <w:t>，表示</w:t>
      </w:r>
      <w:r>
        <w:pict>
          <v:shape id="_x0000_i71695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46" o:title="eqId81dea63b8ce3e51adf66cf7b9982a248"/>
            <o:lock v:ext="edit" aspectratio="t"/>
            <w10:wrap type="none"/>
            <w10:anchorlock/>
          </v:shape>
        </w:pict>
      </w:r>
      <w:r>
        <w:rPr>
          <w:rFonts w:ascii="宋体" w:hAnsi="宋体" w:eastAsia="宋体" w:cs="宋体"/>
          <w:color w:val="000000"/>
        </w:rPr>
        <w:t>与</w:t>
      </w:r>
      <w:r>
        <w:pict>
          <v:shape id="_x0000_i716951"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047" o:title="eqId61128ab996360a038e6e64d82fcba004"/>
            <o:lock v:ext="edit" aspectratio="t"/>
            <w10:wrap type="none"/>
            <w10:anchorlock/>
          </v:shape>
        </w:pict>
      </w:r>
      <w:r>
        <w:rPr>
          <w:rFonts w:ascii="宋体" w:hAnsi="宋体" w:eastAsia="宋体" w:cs="宋体"/>
          <w:color w:val="000000"/>
        </w:rPr>
        <w:t>的距离为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695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048" o:title="eqIde55aa0a20848c37c1892c567b2315e04"/>
            <o:lock v:ext="edit" aspectratio="t"/>
            <w10:wrap type="none"/>
            <w10:anchorlock/>
          </v:shape>
        </w:pict>
      </w:r>
      <w:r>
        <w:rPr>
          <w:rFonts w:ascii="宋体" w:hAnsi="宋体" w:eastAsia="宋体" w:cs="宋体"/>
          <w:color w:val="000000"/>
        </w:rPr>
        <w:t>或</w:t>
      </w:r>
      <w:r>
        <w:pict>
          <v:shape id="_x0000_i71695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049" o:title="eqIdbdaa19de263700a15fcf213d64a8cd5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16954"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050" o:title="eqId5ca7d1107389675d32b56ec097464c14"/>
            <o:lock v:ext="edit" aspectratio="t"/>
            <w10:wrap type="none"/>
            <w10:anchorlock/>
          </v:shape>
        </w:pict>
      </w:r>
      <w:r>
        <w:rPr>
          <w:rFonts w:ascii="宋体" w:hAnsi="宋体" w:eastAsia="宋体" w:cs="宋体"/>
          <w:color w:val="000000"/>
        </w:rPr>
        <w:t>，</w:t>
      </w:r>
      <w:r>
        <w:pict>
          <v:shape id="_x0000_i71695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051" o:title="eqIdbdaa19de263700a15fcf213d64a8cd5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解：依题意，</w:t>
      </w:r>
      <w:r>
        <w:pict>
          <v:shape id="_x0000_i71695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52" o:title="eqId81dea63b8ce3e51adf66cf7b9982a248"/>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1</w:t>
      </w:r>
      <w:r>
        <w:rPr>
          <w:rFonts w:ascii="宋体" w:hAnsi="宋体" w:eastAsia="宋体" w:cs="宋体"/>
          <w:color w:val="000000"/>
        </w:rPr>
        <w:t>，</w:t>
      </w:r>
      <w:r>
        <w:pict>
          <v:shape id="_x0000_i716957"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053" o:title="eqIdacbc6a613224461ade69362d46550474"/>
            <o:lock v:ext="edit" aspectratio="t"/>
            <w10:wrap type="none"/>
            <w10:anchorlock/>
          </v:shape>
        </w:pict>
      </w:r>
      <w:r>
        <w:rPr>
          <w:rFonts w:ascii="宋体" w:hAnsi="宋体" w:eastAsia="宋体" w:cs="宋体"/>
          <w:color w:val="000000"/>
        </w:rPr>
        <w:t>的“关联距离”为</w:t>
      </w:r>
      <w:r>
        <w:rPr>
          <w:rFonts w:ascii="Times New Roman" w:hAnsi="Times New Roman" w:eastAsia="Times New Roman" w:cs="Times New Roman"/>
          <w:color w:val="000000"/>
        </w:rPr>
        <w:t>2</w:t>
      </w:r>
      <w:r>
        <w:rPr>
          <w:rFonts w:ascii="宋体" w:hAnsi="宋体" w:eastAsia="宋体" w:cs="宋体"/>
          <w:color w:val="000000"/>
        </w:rPr>
        <w:t>，即</w:t>
      </w:r>
      <w:r>
        <w:pict>
          <v:shape id="_x0000_i716958" o:spt="75" alt="学科网(www.zxxk.com)--教育资源门户，提供试卷、教案、课件、论文、素材以及各类教学资源下载，还有大量而丰富的教学相关资讯！" type="#_x0000_t75" style="height:20pt;width:81pt;" o:ole="t" filled="f" o:preferrelative="t" stroked="f" coordsize="21600,21600">
            <v:path/>
            <v:fill on="f" focussize="0,0"/>
            <v:stroke on="f" joinstyle="miter"/>
            <v:imagedata r:id="rId2054" o:title="eqIdd19cb9fec8ed9aa7c2669517ae238f5b"/>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6959"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055" o:title="eqId6343069217cd6d8dd32446da428dae46"/>
            <o:lock v:ext="edit" aspectratio="t"/>
            <w10:wrap type="none"/>
            <w10:anchorlock/>
          </v:shape>
        </w:pict>
      </w:r>
      <w:r>
        <w:rPr>
          <w:rFonts w:ascii="宋体" w:hAnsi="宋体" w:eastAsia="宋体" w:cs="宋体"/>
          <w:color w:val="000000"/>
        </w:rPr>
        <w:t>中的任意一个数都符合题意，</w:t>
      </w:r>
    </w:p>
    <w:p>
      <w:pPr>
        <w:spacing w:line="360" w:lineRule="auto"/>
        <w:jc w:val="left"/>
        <w:textAlignment w:val="center"/>
        <w:rPr>
          <w:color w:val="000000"/>
        </w:rPr>
      </w:pPr>
      <w:r>
        <w:rPr>
          <w:rFonts w:ascii="宋体" w:hAnsi="宋体" w:eastAsia="宋体" w:cs="宋体"/>
          <w:color w:val="000000"/>
        </w:rPr>
        <w:t>故答案为：</w:t>
      </w:r>
      <w:r>
        <w:pict>
          <v:shape id="_x0000_i716960"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056" o:title="eqIdbdaa19de263700a15fcf213d64a8cd57"/>
            <o:lock v:ext="edit" aspectratio="t"/>
            <w10:wrap type="none"/>
            <w10:anchorlock/>
          </v:shape>
        </w:pict>
      </w:r>
      <w:r>
        <w:rPr>
          <w:rFonts w:ascii="宋体" w:hAnsi="宋体" w:eastAsia="宋体" w:cs="宋体"/>
          <w:color w:val="000000"/>
        </w:rPr>
        <w:t>（答案不唯一）．</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解：①当</w:t>
      </w:r>
      <w:r>
        <w:pict>
          <v:shape id="_x0000_i716961" o:spt="75" alt="学科网(www.zxxk.com)--教育资源门户，提供试卷、教案、课件、论文、素材以及各类教学资源下载，还有大量而丰富的教学相关资讯！" type="#_x0000_t75" style="height:12.75pt;width:29.25pt;" o:ole="t" filled="f" o:preferrelative="t" stroked="f" coordsize="21600,21600">
            <v:path/>
            <v:fill on="f" focussize="0,0"/>
            <v:stroke on="f" joinstyle="miter"/>
            <v:imagedata r:id="rId2057" o:title="eqId2e109d31afb394e01c438eaacb8fa3e0"/>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16962"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2058" o:title="eqId7345a7ee180ea92292d28a3edba0db93"/>
            <o:lock v:ext="edit" aspectratio="t"/>
            <w10:wrap type="none"/>
            <w10:anchorlock/>
          </v:shape>
        </w:pict>
      </w:r>
    </w:p>
    <w:p>
      <w:pPr>
        <w:spacing w:line="360" w:lineRule="auto"/>
        <w:jc w:val="left"/>
        <w:textAlignment w:val="center"/>
        <w:rPr>
          <w:color w:val="000000"/>
        </w:rPr>
      </w:pPr>
      <w:r>
        <w:pict>
          <v:shape id="_x0000_i716963" o:spt="75" alt="学科网(www.zxxk.com)--教育资源门户，提供试卷、教案、课件、论文、素材以及各类教学资源下载，还有大量而丰富的教学相关资讯！" type="#_x0000_t75" style="height:33.6pt;width:139.8pt;" o:ole="t" filled="f" o:preferrelative="t" stroked="f" coordsize="21600,21600">
            <v:path/>
            <v:fill on="f" focussize="0,0"/>
            <v:stroke on="f" joinstyle="miter"/>
            <v:imagedata r:id="rId2059" o:title="eqIde56bc3cf7f2a8968fbd29c8213870d3b"/>
            <o:lock v:ext="edit" aspectratio="t"/>
            <w10:wrap type="none"/>
            <w10:anchorlock/>
          </v:shape>
        </w:pict>
      </w:r>
    </w:p>
    <w:p>
      <w:pPr>
        <w:spacing w:line="360" w:lineRule="auto"/>
        <w:jc w:val="left"/>
        <w:textAlignment w:val="center"/>
        <w:rPr>
          <w:color w:val="000000"/>
        </w:rPr>
      </w:pPr>
      <w:r>
        <w:pict>
          <v:shape id="_x0000_i716964" o:spt="75" alt="学科网(www.zxxk.com)--教育资源门户，提供试卷、教案、课件、论文、素材以及各类教学资源下载，还有大量而丰富的教学相关资讯！" type="#_x0000_t75" style="height:31.8pt;width:102pt;" o:ole="t" filled="f" o:preferrelative="t" stroked="f" coordsize="21600,21600">
            <v:path/>
            <v:fill on="f" focussize="0,0"/>
            <v:stroke on="f" joinstyle="miter"/>
            <v:imagedata r:id="rId2060" o:title="eqId45a4d15001f017f96f56b88db9950d5f"/>
            <o:lock v:ext="edit" aspectratio="t"/>
            <w10:wrap type="none"/>
            <w10:anchorlock/>
          </v:shape>
        </w:pict>
      </w:r>
    </w:p>
    <w:p>
      <w:pPr>
        <w:spacing w:line="360" w:lineRule="auto"/>
        <w:jc w:val="left"/>
        <w:textAlignment w:val="center"/>
        <w:rPr>
          <w:color w:val="000000"/>
        </w:rPr>
      </w:pPr>
      <w:r>
        <w:pict>
          <v:shape id="_x0000_i716965" o:spt="75" alt="学科网(www.zxxk.com)--教育资源门户，提供试卷、教案、课件、论文、素材以及各类教学资源下载，还有大量而丰富的教学相关资讯！" type="#_x0000_t75" style="height:31.8pt;width:50.4pt;" o:ole="t" filled="f" o:preferrelative="t" stroked="f" coordsize="21600,21600">
            <v:path/>
            <v:fill on="f" focussize="0,0"/>
            <v:stroke on="f" joinstyle="miter"/>
            <v:imagedata r:id="rId2061" o:title="eqIdf3f43dd77dd009720f5c7714325a810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②当</w:t>
      </w:r>
      <w:r>
        <w:pict>
          <v:shape id="_x0000_i716966" o:spt="75" alt="学科网(www.zxxk.com)--教育资源门户，提供试卷、教案、课件、论文、素材以及各类教学资源下载，还有大量而丰富的教学相关资讯！" type="#_x0000_t75" style="height:31.15pt;width:53.2pt;" o:ole="t" filled="f" o:preferrelative="t" stroked="f" coordsize="21600,21600">
            <v:path/>
            <v:fill on="f" focussize="0,0"/>
            <v:stroke on="f" joinstyle="miter"/>
            <v:imagedata r:id="rId2062" o:title="eqId1682200146990fba6e54f143eb3de2e6"/>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16967"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2063" o:title="eqId7345a7ee180ea92292d28a3edba0db93"/>
            <o:lock v:ext="edit" aspectratio="t"/>
            <w10:wrap type="none"/>
            <w10:anchorlock/>
          </v:shape>
        </w:pict>
      </w:r>
    </w:p>
    <w:p>
      <w:pPr>
        <w:spacing w:line="360" w:lineRule="auto"/>
        <w:jc w:val="left"/>
        <w:textAlignment w:val="center"/>
        <w:rPr>
          <w:color w:val="000000"/>
        </w:rPr>
      </w:pPr>
      <w:r>
        <w:pict>
          <v:shape id="_x0000_i716968" o:spt="75" alt="学科网(www.zxxk.com)--教育资源门户，提供试卷、教案、课件、论文、素材以及各类教学资源下载，还有大量而丰富的教学相关资讯！" type="#_x0000_t75" style="height:33.6pt;width:132pt;" o:ole="t" filled="f" o:preferrelative="t" stroked="f" coordsize="21600,21600">
            <v:path/>
            <v:fill on="f" focussize="0,0"/>
            <v:stroke on="f" joinstyle="miter"/>
            <v:imagedata r:id="rId2064" o:title="eqId1701431d85a7670cb2d7cdaa609996b5"/>
            <o:lock v:ext="edit" aspectratio="t"/>
            <w10:wrap type="none"/>
            <w10:anchorlock/>
          </v:shape>
        </w:pict>
      </w:r>
    </w:p>
    <w:p>
      <w:pPr>
        <w:spacing w:line="360" w:lineRule="auto"/>
        <w:jc w:val="left"/>
        <w:textAlignment w:val="center"/>
        <w:rPr>
          <w:color w:val="000000"/>
        </w:rPr>
      </w:pPr>
      <w:r>
        <w:pict>
          <v:shape id="_x0000_i716969" o:spt="75" alt="学科网(www.zxxk.com)--教育资源门户，提供试卷、教案、课件、论文、素材以及各类教学资源下载，还有大量而丰富的教学相关资讯！" type="#_x0000_t75" style="height:31.8pt;width:102pt;" o:ole="t" filled="f" o:preferrelative="t" stroked="f" coordsize="21600,21600">
            <v:path/>
            <v:fill on="f" focussize="0,0"/>
            <v:stroke on="f" joinstyle="miter"/>
            <v:imagedata r:id="rId2065" o:title="eqIdcf03272135ac727054a0ca0f253dacdd"/>
            <o:lock v:ext="edit" aspectratio="t"/>
            <w10:wrap type="none"/>
            <w10:anchorlock/>
          </v:shape>
        </w:pict>
      </w:r>
    </w:p>
    <w:p>
      <w:pPr>
        <w:spacing w:line="360" w:lineRule="auto"/>
        <w:jc w:val="left"/>
        <w:textAlignment w:val="center"/>
        <w:rPr>
          <w:color w:val="000000"/>
        </w:rPr>
      </w:pPr>
      <w:r>
        <w:pict>
          <v:shape id="_x0000_i716970" o:spt="75" alt="学科网(www.zxxk.com)--教育资源门户，提供试卷、教案、课件、论文、素材以及各类教学资源下载，还有大量而丰富的教学相关资讯！" type="#_x0000_t75" style="height:31.8pt;width:45pt;" o:ole="t" filled="f" o:preferrelative="t" stroked="f" coordsize="21600,21600">
            <v:path/>
            <v:fill on="f" focussize="0,0"/>
            <v:stroke on="f" joinstyle="miter"/>
            <v:imagedata r:id="rId2066" o:title="eqIdd169f7fe19143cfeb2a2705d6e0092f5"/>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③当</w:t>
      </w:r>
      <w:r>
        <w:pict>
          <v:shape id="_x0000_i716971" o:spt="75" alt="学科网(www.zxxk.com)--教育资源门户，提供试卷、教案、课件、论文、素材以及各类教学资源下载，还有大量而丰富的教学相关资讯！" type="#_x0000_t75" style="height:30.75pt;width:47.25pt;" o:ole="t" filled="f" o:preferrelative="t" stroked="f" coordsize="21600,21600">
            <v:path/>
            <v:fill on="f" focussize="0,0"/>
            <v:stroke on="f" joinstyle="miter"/>
            <v:imagedata r:id="rId2067" o:title="eqId891411a372b897170b48b62491694eb1"/>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16972"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2068" o:title="eqId7345a7ee180ea92292d28a3edba0db93"/>
            <o:lock v:ext="edit" aspectratio="t"/>
            <w10:wrap type="none"/>
            <w10:anchorlock/>
          </v:shape>
        </w:pict>
      </w:r>
    </w:p>
    <w:p>
      <w:pPr>
        <w:spacing w:line="360" w:lineRule="auto"/>
        <w:jc w:val="left"/>
        <w:textAlignment w:val="center"/>
        <w:rPr>
          <w:color w:val="000000"/>
        </w:rPr>
      </w:pPr>
      <w:r>
        <w:pict>
          <v:shape id="_x0000_i716973" o:spt="75" alt="学科网(www.zxxk.com)--教育资源门户，提供试卷、教案、课件、论文、素材以及各类教学资源下载，还有大量而丰富的教学相关资讯！" type="#_x0000_t75" style="height:33.6pt;width:132pt;" o:ole="t" filled="f" o:preferrelative="t" stroked="f" coordsize="21600,21600">
            <v:path/>
            <v:fill on="f" focussize="0,0"/>
            <v:stroke on="f" joinstyle="miter"/>
            <v:imagedata r:id="rId2069" o:title="eqId2d200aa3dc870d8aa46b1975b42925b9"/>
            <o:lock v:ext="edit" aspectratio="t"/>
            <w10:wrap type="none"/>
            <w10:anchorlock/>
          </v:shape>
        </w:pict>
      </w:r>
    </w:p>
    <w:p>
      <w:pPr>
        <w:spacing w:line="360" w:lineRule="auto"/>
        <w:jc w:val="left"/>
        <w:textAlignment w:val="center"/>
        <w:rPr>
          <w:color w:val="000000"/>
        </w:rPr>
      </w:pPr>
      <w:r>
        <w:pict>
          <v:shape id="_x0000_i716974" o:spt="75" alt="学科网(www.zxxk.com)--教育资源门户，提供试卷、教案、课件、论文、素材以及各类教学资源下载，还有大量而丰富的教学相关资讯！" type="#_x0000_t75" style="height:31.8pt;width:102pt;" o:ole="t" filled="f" o:preferrelative="t" stroked="f" coordsize="21600,21600">
            <v:path/>
            <v:fill on="f" focussize="0,0"/>
            <v:stroke on="f" joinstyle="miter"/>
            <v:imagedata r:id="rId2070" o:title="eqIdbea3140a0581005eabf3c80eae43a8d1"/>
            <o:lock v:ext="edit" aspectratio="t"/>
            <w10:wrap type="none"/>
            <w10:anchorlock/>
          </v:shape>
        </w:pict>
      </w:r>
    </w:p>
    <w:p>
      <w:pPr>
        <w:spacing w:line="360" w:lineRule="auto"/>
        <w:jc w:val="left"/>
        <w:textAlignment w:val="center"/>
        <w:rPr>
          <w:color w:val="000000"/>
        </w:rPr>
      </w:pPr>
      <w:r>
        <w:pict>
          <v:shape id="_x0000_i716975" o:spt="75" alt="学科网(www.zxxk.com)--教育资源门户，提供试卷、教案、课件、论文、素材以及各类教学资源下载，还有大量而丰富的教学相关资讯！" type="#_x0000_t75" style="height:30.75pt;width:38.25pt;" o:ole="t" filled="f" o:preferrelative="t" stroked="f" coordsize="21600,21600">
            <v:path/>
            <v:fill on="f" focussize="0,0"/>
            <v:stroke on="f" joinstyle="miter"/>
            <v:imagedata r:id="rId2071" o:title="eqId85440c8f0fba42f8ed65b03995749232"/>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④当</w:t>
      </w:r>
      <w:r>
        <w:pict>
          <v:shape id="_x0000_i71697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072" o:title="eqId0c0aa2ef928b6e3341d0a0dc6d8055b9"/>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16977"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2073" o:title="eqId7345a7ee180ea92292d28a3edba0db93"/>
            <o:lock v:ext="edit" aspectratio="t"/>
            <w10:wrap type="none"/>
            <w10:anchorlock/>
          </v:shape>
        </w:pict>
      </w:r>
    </w:p>
    <w:p>
      <w:pPr>
        <w:spacing w:line="360" w:lineRule="auto"/>
        <w:jc w:val="left"/>
        <w:textAlignment w:val="center"/>
        <w:rPr>
          <w:color w:val="000000"/>
        </w:rPr>
      </w:pPr>
      <w:r>
        <w:pict>
          <v:shape id="_x0000_i716978" o:spt="75" alt="学科网(www.zxxk.com)--教育资源门户，提供试卷、教案、课件、论文、素材以及各类教学资源下载，还有大量而丰富的教学相关资讯！" type="#_x0000_t75" style="height:33.6pt;width:132pt;" o:ole="t" filled="f" o:preferrelative="t" stroked="f" coordsize="21600,21600">
            <v:path/>
            <v:fill on="f" focussize="0,0"/>
            <v:stroke on="f" joinstyle="miter"/>
            <v:imagedata r:id="rId2074" o:title="eqId5a0f58655dc56f050136339f9303b78d"/>
            <o:lock v:ext="edit" aspectratio="t"/>
            <w10:wrap type="none"/>
            <w10:anchorlock/>
          </v:shape>
        </w:pict>
      </w:r>
    </w:p>
    <w:p>
      <w:pPr>
        <w:spacing w:line="360" w:lineRule="auto"/>
        <w:jc w:val="left"/>
        <w:textAlignment w:val="center"/>
        <w:rPr>
          <w:color w:val="000000"/>
        </w:rPr>
      </w:pPr>
      <w:r>
        <w:pict>
          <v:shape id="_x0000_i716979" o:spt="75" alt="学科网(www.zxxk.com)--教育资源门户，提供试卷、教案、课件、论文、素材以及各类教学资源下载，还有大量而丰富的教学相关资讯！" type="#_x0000_t75" style="height:31.8pt;width:102pt;" o:ole="t" filled="f" o:preferrelative="t" stroked="f" coordsize="21600,21600">
            <v:path/>
            <v:fill on="f" focussize="0,0"/>
            <v:stroke on="f" joinstyle="miter"/>
            <v:imagedata r:id="rId2075" o:title="eqIdc634476e4a1ef3656ed73168e80faf47"/>
            <o:lock v:ext="edit" aspectratio="t"/>
            <w10:wrap type="none"/>
            <w10:anchorlock/>
          </v:shape>
        </w:pict>
      </w:r>
    </w:p>
    <w:p>
      <w:pPr>
        <w:spacing w:line="360" w:lineRule="auto"/>
        <w:jc w:val="left"/>
        <w:textAlignment w:val="center"/>
        <w:rPr>
          <w:color w:val="000000"/>
        </w:rPr>
      </w:pPr>
      <w:r>
        <w:pict>
          <v:shape id="_x0000_i716980" o:spt="75" alt="学科网(www.zxxk.com)--教育资源门户，提供试卷、教案、课件、论文、素材以及各类教学资源下载，还有大量而丰富的教学相关资讯！" type="#_x0000_t75" style="height:31.8pt;width:42.6pt;" o:ole="t" filled="f" o:preferrelative="t" stroked="f" coordsize="21600,21600">
            <v:path/>
            <v:fill on="f" focussize="0,0"/>
            <v:stroke on="f" joinstyle="miter"/>
            <v:imagedata r:id="rId2076" o:title="eqIdba58e00c8e91fd5e352556f8e6b2d37e"/>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6981"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2077" o:title="eqId7345a7ee180ea92292d28a3edba0db93"/>
            <o:lock v:ext="edit" aspectratio="t"/>
            <w10:wrap type="none"/>
            <w10:anchorlock/>
          </v:shape>
        </w:pict>
      </w:r>
      <w:r>
        <w:rPr>
          <w:rFonts w:ascii="宋体" w:hAnsi="宋体" w:eastAsia="宋体" w:cs="宋体"/>
          <w:color w:val="000000"/>
        </w:rPr>
        <w:t>表示点</w:t>
      </w:r>
      <w:r>
        <w:pict>
          <v:shape id="_x0000_i71698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078" o:title="eqId81dea63b8ce3e51adf66cf7b9982a248"/>
            <o:lock v:ext="edit" aspectratio="t"/>
            <w10:wrap type="none"/>
            <w10:anchorlock/>
          </v:shape>
        </w:pict>
      </w:r>
      <w:r>
        <w:rPr>
          <w:rFonts w:ascii="宋体" w:hAnsi="宋体" w:eastAsia="宋体" w:cs="宋体"/>
          <w:color w:val="000000"/>
        </w:rPr>
        <w:t>到</w:t>
      </w:r>
      <w:r>
        <w:pict>
          <v:shape id="_x0000_i716983" o:spt="75" alt="学科网(www.zxxk.com)--教育资源门户，提供试卷、教案、课件、论文、素材以及各类教学资源下载，还有大量而丰富的教学相关资讯！" type="#_x0000_t75" style="height:27.75pt;width:24.75pt;" o:ole="t" filled="f" o:preferrelative="t" stroked="f" coordsize="21600,21600">
            <v:path/>
            <v:fill on="f" focussize="0,0"/>
            <v:stroke on="f" joinstyle="miter"/>
            <v:imagedata r:id="rId2079" o:title="eqIdfed20f194f252349c42c999320150fd4"/>
            <o:lock v:ext="edit" aspectratio="t"/>
            <w10:wrap type="none"/>
            <w10:anchorlock/>
          </v:shape>
        </w:pict>
      </w:r>
      <w:r>
        <w:rPr>
          <w:rFonts w:ascii="宋体" w:hAnsi="宋体" w:eastAsia="宋体" w:cs="宋体"/>
          <w:color w:val="000000"/>
        </w:rPr>
        <w:t>，</w:t>
      </w:r>
      <w:r>
        <w:pict>
          <v:shape id="_x0000_i716984"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080" o:title="eqId61128ab996360a038e6e64d82fcba004"/>
            <o:lock v:ext="edit" aspectratio="t"/>
            <w10:wrap type="none"/>
            <w10:anchorlock/>
          </v:shape>
        </w:pict>
      </w:r>
      <w:r>
        <w:rPr>
          <w:rFonts w:ascii="宋体" w:hAnsi="宋体" w:eastAsia="宋体" w:cs="宋体"/>
          <w:color w:val="000000"/>
        </w:rPr>
        <w:t>的距离的和，</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当</w:t>
      </w:r>
      <w:r>
        <w:pict>
          <v:shape id="_x0000_i716985"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2081" o:title="eqIdb650820d7bed48ed67a2869ad8c65ff1"/>
            <o:lock v:ext="edit" aspectratio="t"/>
            <w10:wrap type="none"/>
            <w10:anchorlock/>
          </v:shape>
        </w:pict>
      </w:r>
      <w:r>
        <w:rPr>
          <w:rFonts w:ascii="宋体" w:hAnsi="宋体" w:eastAsia="宋体" w:cs="宋体"/>
          <w:color w:val="000000"/>
        </w:rPr>
        <w:t>时，</w:t>
      </w:r>
      <w:r>
        <w:pict>
          <v:shape id="_x0000_i716986" o:spt="75" alt="学科网(www.zxxk.com)--教育资源门户，提供试卷、教案、课件、论文、素材以及各类教学资源下载，还有大量而丰富的教学相关资讯！" type="#_x0000_t75" style="height:33.6pt;width:105pt;" o:ole="t" filled="f" o:preferrelative="t" stroked="f" coordsize="21600,21600">
            <v:path/>
            <v:fill on="f" focussize="0,0"/>
            <v:stroke on="f" joinstyle="miter"/>
            <v:imagedata r:id="rId2082" o:title="eqId7345a7ee180ea92292d28a3edba0db93"/>
            <o:lock v:ext="edit" aspectratio="t"/>
            <w10:wrap type="none"/>
            <w10:anchorlock/>
          </v:shape>
        </w:pict>
      </w:r>
      <w:r>
        <w:rPr>
          <w:rFonts w:ascii="宋体" w:hAnsi="宋体" w:eastAsia="宋体" w:cs="宋体"/>
          <w:color w:val="000000"/>
        </w:rPr>
        <w:t>取得最小值，</w:t>
      </w:r>
    </w:p>
    <w:p>
      <w:pPr>
        <w:spacing w:line="360" w:lineRule="auto"/>
        <w:jc w:val="left"/>
        <w:textAlignment w:val="center"/>
        <w:rPr>
          <w:color w:val="000000"/>
        </w:rPr>
      </w:pPr>
      <w:r>
        <w:rPr>
          <w:rFonts w:ascii="宋体" w:hAnsi="宋体" w:eastAsia="宋体" w:cs="宋体"/>
          <w:color w:val="000000"/>
        </w:rPr>
        <w:t>即</w:t>
      </w:r>
      <w:r>
        <w:pict>
          <v:shape id="_x0000_i716987" o:spt="75" alt="学科网(www.zxxk.com)--教育资源门户，提供试卷、教案、课件、论文、素材以及各类教学资源下载，还有大量而丰富的教学相关资讯！" type="#_x0000_t75" style="height:34.05pt;width:127.2pt;" o:ole="t" filled="f" o:preferrelative="t" stroked="f" coordsize="21600,21600">
            <v:path/>
            <v:fill on="f" focussize="0,0"/>
            <v:stroke on="f" joinstyle="miter"/>
            <v:imagedata r:id="rId2083" o:title="eqIdd0968cf7f6728e91dd3835524f9d5f6b"/>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∴“关联距离”最小值为</w:t>
      </w:r>
      <w:r>
        <w:pict>
          <v:shape id="_x0000_i716988"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084" o:title="eqId5ca7d1107389675d32b56ec097464c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6989"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085" o:title="eqId5ca7d1107389675d32b56ec097464c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【点睛】本题考查数轴上两点之间的距离，化简绝对值，整式的加减．解决本题需根据绝对值内数或者式的正负化简绝对值；掌握分类讨论思想．</w:t>
      </w:r>
    </w:p>
    <w:p>
      <w:pPr>
        <w:pStyle w:val="Heading2"/>
      </w:pPr>
      <w:r>
        <w:t>文汇中学</w:t>
      </w:r>
    </w:p>
    <w:p>
      <w:pPr>
        <w:spacing w:before="45" w:line="360" w:lineRule="auto"/>
        <w:jc w:val="both"/>
        <w:textAlignment w:val="center"/>
        <w:rPr>
          <w:color w:val="000000"/>
        </w:rPr>
      </w:pPr>
      <w:r>
        <w:rPr>
          <w:color w:val="000000"/>
        </w:rPr>
        <w:t xml:space="preserve">26. </w:t>
      </w:r>
      <w:r>
        <w:rPr>
          <w:rFonts w:ascii="宋体" w:hAnsi="宋体" w:eastAsia="宋体" w:cs="宋体"/>
          <w:color w:val="000000"/>
        </w:rPr>
        <w:t>某中学七年级（</w:t>
      </w:r>
      <w:r>
        <w:rPr>
          <w:rFonts w:ascii="Times New Roman" w:hAnsi="Times New Roman" w:eastAsia="Times New Roman" w:cs="Times New Roman"/>
          <w:color w:val="000000"/>
        </w:rPr>
        <w:t>1</w:t>
      </w:r>
      <w:r>
        <w:rPr>
          <w:rFonts w:ascii="宋体" w:hAnsi="宋体" w:eastAsia="宋体" w:cs="宋体"/>
          <w:color w:val="000000"/>
        </w:rPr>
        <w:t>）班</w:t>
      </w:r>
      <w:r>
        <w:rPr>
          <w:rFonts w:ascii="Times New Roman" w:hAnsi="Times New Roman" w:eastAsia="Times New Roman" w:cs="Times New Roman"/>
          <w:color w:val="000000"/>
        </w:rPr>
        <w:t>4</w:t>
      </w:r>
      <w:r>
        <w:rPr>
          <w:rFonts w:ascii="宋体" w:hAnsi="宋体" w:eastAsia="宋体" w:cs="宋体"/>
          <w:color w:val="000000"/>
        </w:rPr>
        <w:t>名老师决定带领本班</w:t>
      </w:r>
      <w:r>
        <w:rPr>
          <w:rFonts w:ascii="Times New Roman" w:hAnsi="Times New Roman" w:eastAsia="Times New Roman" w:cs="Times New Roman"/>
          <w:i/>
          <w:color w:val="000000"/>
        </w:rPr>
        <w:t>m</w:t>
      </w:r>
      <w:r>
        <w:rPr>
          <w:rFonts w:ascii="宋体" w:hAnsi="宋体" w:eastAsia="宋体" w:cs="宋体"/>
          <w:color w:val="000000"/>
        </w:rPr>
        <w:t>名学生去某革命胜地参观，该革命胜地每张门票的票价为</w:t>
      </w:r>
      <w:r>
        <w:rPr>
          <w:rFonts w:ascii="Times New Roman" w:hAnsi="Times New Roman" w:eastAsia="Times New Roman" w:cs="Times New Roman"/>
          <w:color w:val="000000"/>
        </w:rPr>
        <w:t>30</w:t>
      </w:r>
      <w:r>
        <w:rPr>
          <w:rFonts w:ascii="宋体" w:hAnsi="宋体" w:eastAsia="宋体" w:cs="宋体"/>
          <w:color w:val="000000"/>
        </w:rPr>
        <w:t>元，现有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两种购票方案可供选择：</w:t>
      </w:r>
    </w:p>
    <w:p>
      <w:pPr>
        <w:spacing w:before="15" w:line="360" w:lineRule="auto"/>
        <w:jc w:val="both"/>
        <w:textAlignment w:val="center"/>
        <w:rPr>
          <w:color w:val="000000"/>
        </w:rPr>
      </w:pPr>
      <w:r>
        <w:rPr>
          <w:rFonts w:ascii="宋体" w:hAnsi="宋体" w:eastAsia="宋体" w:cs="宋体"/>
          <w:color w:val="000000"/>
        </w:rPr>
        <w:t>方案</w:t>
      </w:r>
      <w:r>
        <w:rPr>
          <w:rFonts w:ascii="Times New Roman" w:hAnsi="Times New Roman" w:eastAsia="Times New Roman" w:cs="Times New Roman"/>
          <w:i/>
          <w:color w:val="000000"/>
        </w:rPr>
        <w:t>A</w:t>
      </w:r>
      <w:r>
        <w:rPr>
          <w:rFonts w:ascii="宋体" w:hAnsi="宋体" w:eastAsia="宋体" w:cs="宋体"/>
          <w:color w:val="000000"/>
        </w:rPr>
        <w:t>：教师全价，学生半价；</w:t>
      </w:r>
    </w:p>
    <w:p>
      <w:pPr>
        <w:spacing w:line="360" w:lineRule="auto"/>
        <w:jc w:val="both"/>
        <w:textAlignment w:val="center"/>
        <w:rPr>
          <w:color w:val="000000"/>
        </w:rPr>
      </w:pPr>
      <w:r>
        <w:rPr>
          <w:rFonts w:ascii="宋体" w:hAnsi="宋体" w:eastAsia="宋体" w:cs="宋体"/>
          <w:color w:val="000000"/>
        </w:rPr>
        <w:t>方案</w:t>
      </w:r>
      <w:r>
        <w:rPr>
          <w:rFonts w:ascii="Times New Roman" w:hAnsi="Times New Roman" w:eastAsia="Times New Roman" w:cs="Times New Roman"/>
          <w:i/>
          <w:color w:val="000000"/>
        </w:rPr>
        <w:t>B</w:t>
      </w:r>
      <w:r>
        <w:rPr>
          <w:rFonts w:ascii="宋体" w:hAnsi="宋体" w:eastAsia="宋体" w:cs="宋体"/>
          <w:color w:val="000000"/>
        </w:rPr>
        <w:t>：不分教师与学生，全部六折优惠；</w:t>
      </w:r>
    </w:p>
    <w:p>
      <w:pPr>
        <w:spacing w:line="360" w:lineRule="auto"/>
        <w:jc w:val="left"/>
        <w:textAlignment w:val="center"/>
        <w:rPr>
          <w:color w:val="000000"/>
        </w:rPr>
      </w:pPr>
      <w:r>
        <w:rPr>
          <w:color w:val="000000"/>
        </w:rPr>
        <w:t>（1）</w:t>
      </w:r>
      <w:r>
        <w:rPr>
          <w:rFonts w:ascii="宋体" w:hAnsi="宋体" w:eastAsia="宋体" w:cs="宋体"/>
          <w:color w:val="000000"/>
        </w:rPr>
        <w:t>若按方案</w:t>
      </w:r>
      <w:r>
        <w:rPr>
          <w:rFonts w:ascii="Times New Roman" w:hAnsi="Times New Roman" w:eastAsia="Times New Roman" w:cs="Times New Roman"/>
          <w:i/>
          <w:color w:val="000000"/>
        </w:rPr>
        <w:t>A</w:t>
      </w:r>
      <w:r>
        <w:rPr>
          <w:rFonts w:ascii="宋体" w:hAnsi="宋体" w:eastAsia="宋体" w:cs="宋体"/>
          <w:color w:val="000000"/>
        </w:rPr>
        <w:t>购票，需付款</w:t>
      </w:r>
      <w:r>
        <w:rPr>
          <w:rFonts w:ascii="Times New Roman" w:hAnsi="Times New Roman" w:eastAsia="Times New Roman" w:cs="Times New Roman"/>
          <w:color w:val="000000"/>
        </w:rPr>
        <w:t>___</w:t>
      </w:r>
      <w:r>
        <w:rPr>
          <w:rFonts w:ascii="宋体" w:hAnsi="宋体" w:eastAsia="宋体" w:cs="宋体"/>
          <w:color w:val="000000"/>
        </w:rPr>
        <w:t>元（用含</w:t>
      </w:r>
      <w:r>
        <w:rPr>
          <w:rFonts w:ascii="Times New Roman" w:hAnsi="Times New Roman" w:eastAsia="Times New Roman" w:cs="Times New Roman"/>
          <w:i/>
          <w:color w:val="000000"/>
        </w:rPr>
        <w:t>m</w:t>
      </w:r>
      <w:r>
        <w:rPr>
          <w:rFonts w:ascii="宋体" w:hAnsi="宋体" w:eastAsia="宋体" w:cs="宋体"/>
          <w:color w:val="000000"/>
        </w:rPr>
        <w:t>的代数式表示）；若按方案</w:t>
      </w:r>
      <w:r>
        <w:rPr>
          <w:rFonts w:ascii="Times New Roman" w:hAnsi="Times New Roman" w:eastAsia="Times New Roman" w:cs="Times New Roman"/>
          <w:i/>
          <w:color w:val="000000"/>
        </w:rPr>
        <w:t>B</w:t>
      </w:r>
      <w:r>
        <w:rPr>
          <w:rFonts w:ascii="宋体" w:hAnsi="宋体" w:eastAsia="宋体" w:cs="宋体"/>
          <w:color w:val="000000"/>
        </w:rPr>
        <w:t>购票，需付款</w:t>
      </w:r>
      <w:r>
        <w:rPr>
          <w:rFonts w:ascii="Times New Roman" w:hAnsi="Times New Roman" w:eastAsia="Times New Roman" w:cs="Times New Roman"/>
          <w:color w:val="000000"/>
        </w:rPr>
        <w:t>_____</w:t>
      </w:r>
      <w:r>
        <w:rPr>
          <w:rFonts w:ascii="宋体" w:hAnsi="宋体" w:eastAsia="宋体" w:cs="宋体"/>
          <w:color w:val="000000"/>
        </w:rPr>
        <w:t>元（用含</w:t>
      </w:r>
      <w:r>
        <w:rPr>
          <w:rFonts w:ascii="Times New Roman" w:hAnsi="Times New Roman" w:eastAsia="Times New Roman" w:cs="Times New Roman"/>
          <w:i/>
          <w:color w:val="000000"/>
        </w:rPr>
        <w:t>m</w:t>
      </w:r>
      <w:r>
        <w:rPr>
          <w:rFonts w:ascii="宋体" w:hAnsi="宋体" w:eastAsia="宋体" w:cs="宋体"/>
          <w:color w:val="000000"/>
        </w:rPr>
        <w:t>的代数式表示）；</w:t>
      </w:r>
    </w:p>
    <w:p>
      <w:pPr>
        <w:spacing w:line="360" w:lineRule="auto"/>
        <w:jc w:val="left"/>
        <w:textAlignment w:val="center"/>
        <w:rPr>
          <w:color w:val="000000"/>
        </w:rPr>
      </w:pPr>
      <w:r>
        <w:rPr>
          <w:color w:val="000000"/>
        </w:rPr>
        <w:t>（2）</w:t>
      </w:r>
      <w:r>
        <w:rPr>
          <w:rFonts w:ascii="宋体" w:hAnsi="宋体" w:eastAsia="宋体" w:cs="宋体"/>
          <w:color w:val="000000"/>
        </w:rPr>
        <w:t>当学生人数</w:t>
      </w:r>
      <w:r>
        <w:rPr>
          <w:rFonts w:ascii="Times New Roman" w:hAnsi="Times New Roman" w:eastAsia="Times New Roman" w:cs="Times New Roman"/>
          <w:i/>
          <w:color w:val="000000"/>
        </w:rPr>
        <w:t>m</w:t>
      </w:r>
      <w:r>
        <w:rPr>
          <w:rFonts w:ascii="宋体" w:hAnsi="宋体" w:eastAsia="宋体" w:cs="宋体"/>
          <w:color w:val="000000"/>
        </w:rPr>
        <w:t>为何值时，选择两种方案的费用相同？</w:t>
      </w:r>
    </w:p>
    <w:p>
      <w:pPr>
        <w:spacing w:line="360" w:lineRule="auto"/>
        <w:jc w:val="left"/>
        <w:textAlignment w:val="center"/>
        <w:rPr>
          <w:color w:val="000000"/>
        </w:rPr>
      </w:pPr>
      <w:r>
        <w:rPr>
          <w:color w:val="000000"/>
        </w:rPr>
        <w:t>（3）</w:t>
      </w:r>
      <w:r>
        <w:rPr>
          <w:rFonts w:ascii="宋体" w:hAnsi="宋体" w:eastAsia="宋体" w:cs="宋体"/>
          <w:color w:val="000000"/>
        </w:rPr>
        <w:t>当学生人数</w:t>
      </w:r>
      <w:r>
        <w:pict>
          <v:shape id="_x0000_i716990"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2086" o:title="eqId20f3a6a0e3f58379dbde3e03997c58bc"/>
            <o:lock v:ext="edit" aspectratio="t"/>
            <w10:wrap type="none"/>
            <w10:anchorlock/>
          </v:shape>
        </w:pict>
      </w:r>
      <w:r>
        <w:rPr>
          <w:rFonts w:ascii="宋体" w:hAnsi="宋体" w:eastAsia="宋体" w:cs="宋体"/>
          <w:color w:val="000000"/>
        </w:rPr>
        <w:t>时，请通过计算说明选择哪种方案更为优惠？</w:t>
      </w:r>
    </w:p>
    <w:p>
      <w:pPr>
        <w:spacing w:line="360" w:lineRule="auto"/>
        <w:textAlignment w:val="center"/>
        <w:rPr>
          <w:color w:val="000000"/>
        </w:rPr>
      </w:pPr>
      <w:r>
        <w:rPr>
          <w:color w:val="2E75B6"/>
        </w:rPr>
        <w:t>【答案】</w:t>
      </w:r>
      <w:r>
        <w:rPr>
          <w:color w:val="000000"/>
        </w:rPr>
        <w:t>（1）</w:t>
      </w:r>
      <w:r>
        <w:pict>
          <v:shape id="_x0000_i716991" o:spt="75" alt="学科网(www.zxxk.com)--教育资源门户，提供试卷、教案、课件、论文、素材以及各类教学资源下载，还有大量而丰富的教学相关资讯！" type="#_x0000_t75" style="height:20.25pt;width:60pt;" o:ole="t" filled="f" o:preferrelative="t" stroked="f" coordsize="21600,21600">
            <v:path/>
            <v:fill on="f" focussize="0,0"/>
            <v:stroke on="f" joinstyle="miter"/>
            <v:imagedata r:id="rId2087" o:title="eqIda90ebc7eff1e86abb1cbf1f9597f46f4"/>
            <o:lock v:ext="edit" aspectratio="t"/>
            <w10:wrap type="none"/>
            <w10:anchorlock/>
          </v:shape>
        </w:pict>
      </w:r>
      <w:r>
        <w:rPr>
          <w:rFonts w:ascii="宋体" w:hAnsi="宋体" w:eastAsia="宋体" w:cs="宋体"/>
          <w:color w:val="000000"/>
        </w:rPr>
        <w:t>；</w:t>
      </w:r>
      <w:r>
        <w:pict>
          <v:shape id="_x0000_i716992"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2088" o:title="eqId4531195cfbe1be3ad49460c2207e55c5"/>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6993" o:spt="75" alt="学科网(www.zxxk.com)--教育资源门户，提供试卷、教案、课件、论文、素材以及各类教学资源下载，还有大量而丰富的教学相关资讯！" type="#_x0000_t75" style="height:14.4pt;width:35.4pt;" o:ole="t" filled="f" o:preferrelative="t" stroked="f" coordsize="21600,21600">
            <v:path/>
            <v:fill on="f" focussize="0,0"/>
            <v:stroke on="f" joinstyle="miter"/>
            <v:imagedata r:id="rId2089" o:title="eqIdcf6c6385714af1f014af72c805cc9679"/>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方案</w:t>
      </w:r>
      <w:r>
        <w:rPr>
          <w:rFonts w:ascii="Times New Roman" w:hAnsi="Times New Roman" w:eastAsia="Times New Roman" w:cs="Times New Roman"/>
          <w:i/>
          <w:color w:val="000000"/>
        </w:rPr>
        <w:t>A</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）根据题意，由</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两种方案进行表示即可；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）根据两种方案的费用相同建立方程，解方程即可得到答案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w:t>
      </w:r>
      <w:r>
        <w:pict>
          <v:shape id="_x0000_i716994"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2090" o:title="eqId20f3a6a0e3f58379dbde3e03997c58bc"/>
            <o:lock v:ext="edit" aspectratio="t"/>
            <w10:wrap type="none"/>
            <w10:anchorlock/>
          </v:shape>
        </w:pict>
      </w:r>
      <w:r>
        <w:rPr>
          <w:rFonts w:ascii="宋体" w:hAnsi="宋体" w:eastAsia="宋体" w:cs="宋体"/>
          <w:color w:val="000000"/>
        </w:rPr>
        <w:t>时，代入（</w:t>
      </w:r>
      <w:r>
        <w:rPr>
          <w:rFonts w:ascii="Times New Roman" w:hAnsi="Times New Roman" w:eastAsia="Times New Roman" w:cs="Times New Roman"/>
          <w:color w:val="000000"/>
        </w:rPr>
        <w:t>1</w:t>
      </w:r>
      <w:r>
        <w:rPr>
          <w:rFonts w:ascii="宋体" w:hAnsi="宋体" w:eastAsia="宋体" w:cs="宋体"/>
          <w:color w:val="000000"/>
        </w:rPr>
        <w:t>）中的两个代数式，比较大小即可得出结论．</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4</w:t>
      </w:r>
      <w:r>
        <w:rPr>
          <w:rFonts w:ascii="宋体" w:hAnsi="宋体" w:eastAsia="宋体" w:cs="宋体"/>
          <w:color w:val="000000"/>
        </w:rPr>
        <w:t>名老师，</w:t>
      </w:r>
      <w:r>
        <w:rPr>
          <w:rFonts w:ascii="Times New Roman" w:hAnsi="Times New Roman" w:eastAsia="Times New Roman" w:cs="Times New Roman"/>
          <w:i/>
          <w:color w:val="000000"/>
        </w:rPr>
        <w:t>m</w:t>
      </w:r>
      <w:r>
        <w:rPr>
          <w:rFonts w:ascii="宋体" w:hAnsi="宋体" w:eastAsia="宋体" w:cs="宋体"/>
          <w:color w:val="000000"/>
        </w:rPr>
        <w:t>名学生，</w:t>
      </w:r>
    </w:p>
    <w:p>
      <w:pPr>
        <w:spacing w:line="360" w:lineRule="auto"/>
        <w:jc w:val="left"/>
        <w:textAlignment w:val="center"/>
        <w:rPr>
          <w:color w:val="000000"/>
        </w:rPr>
      </w:pPr>
      <w:r>
        <w:rPr>
          <w:rFonts w:ascii="宋体" w:hAnsi="宋体" w:eastAsia="宋体" w:cs="宋体"/>
          <w:color w:val="000000"/>
        </w:rPr>
        <w:t>按方案</w:t>
      </w:r>
      <w:r>
        <w:rPr>
          <w:rFonts w:ascii="Times New Roman" w:hAnsi="Times New Roman" w:eastAsia="Times New Roman" w:cs="Times New Roman"/>
          <w:i/>
          <w:color w:val="000000"/>
        </w:rPr>
        <w:t>A</w:t>
      </w:r>
      <w:r>
        <w:rPr>
          <w:rFonts w:ascii="宋体" w:hAnsi="宋体" w:eastAsia="宋体" w:cs="宋体"/>
          <w:color w:val="000000"/>
        </w:rPr>
        <w:t>购票，需付款：</w:t>
      </w:r>
      <w:r>
        <w:pict>
          <v:shape id="_x0000_i716995" o:spt="75" alt="学科网(www.zxxk.com)--教育资源门户，提供试卷、教案、课件、论文、素材以及各类教学资源下载，还有大量而丰富的教学相关资讯！" type="#_x0000_t75" style="height:20.25pt;width:162.75pt;" o:ole="t" filled="f" o:preferrelative="t" stroked="f" coordsize="21600,21600">
            <v:path/>
            <v:fill on="f" focussize="0,0"/>
            <v:stroke on="f" joinstyle="miter"/>
            <v:imagedata r:id="rId2091" o:title="eqIdd8e0c7ca9639008ee55d2a83a6d66895"/>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按方案</w:t>
      </w:r>
      <w:r>
        <w:rPr>
          <w:rFonts w:ascii="Times New Roman" w:hAnsi="Times New Roman" w:eastAsia="Times New Roman" w:cs="Times New Roman"/>
          <w:i/>
          <w:color w:val="000000"/>
        </w:rPr>
        <w:t>B</w:t>
      </w:r>
      <w:r>
        <w:rPr>
          <w:rFonts w:ascii="宋体" w:hAnsi="宋体" w:eastAsia="宋体" w:cs="宋体"/>
          <w:color w:val="000000"/>
        </w:rPr>
        <w:t>购票，需付款：</w:t>
      </w:r>
      <w:r>
        <w:pict>
          <v:shape id="_x0000_i716996" o:spt="75" alt="学科网(www.zxxk.com)--教育资源门户，提供试卷、教案、课件、论文、素材以及各类教学资源下载，还有大量而丰富的教学相关资讯！" type="#_x0000_t75" style="height:20.25pt;width:147pt;" o:ole="t" filled="f" o:preferrelative="t" stroked="f" coordsize="21600,21600">
            <v:path/>
            <v:fill on="f" focussize="0,0"/>
            <v:stroke on="f" joinstyle="miter"/>
            <v:imagedata r:id="rId2092" o:title="eqId0b91ca9153f16cb4e4ac5e748f783551"/>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故答案为：</w:t>
      </w:r>
      <w:r>
        <w:pict>
          <v:shape id="_x0000_i716997" o:spt="75" alt="学科网(www.zxxk.com)--教育资源门户，提供试卷、教案、课件、论文、素材以及各类教学资源下载，还有大量而丰富的教学相关资讯！" type="#_x0000_t75" style="height:20.25pt;width:60pt;" o:ole="t" filled="f" o:preferrelative="t" stroked="f" coordsize="21600,21600">
            <v:path/>
            <v:fill on="f" focussize="0,0"/>
            <v:stroke on="f" joinstyle="miter"/>
            <v:imagedata r:id="rId2093" o:title="eqIda90ebc7eff1e86abb1cbf1f9597f46f4"/>
            <o:lock v:ext="edit" aspectratio="t"/>
            <w10:wrap type="none"/>
            <w10:anchorlock/>
          </v:shape>
        </w:pict>
      </w:r>
      <w:r>
        <w:rPr>
          <w:rFonts w:ascii="宋体" w:hAnsi="宋体" w:eastAsia="宋体" w:cs="宋体"/>
          <w:color w:val="000000"/>
        </w:rPr>
        <w:t>；</w:t>
      </w:r>
      <w:r>
        <w:pict>
          <v:shape id="_x0000_i716998"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2094" o:title="eqId4531195cfbe1be3ad49460c2207e55c5"/>
            <o:lock v:ext="edit" aspectratio="t"/>
            <w10:wrap type="none"/>
            <w10:anchorlock/>
          </v:shape>
        </w:pict>
      </w:r>
      <w:r>
        <w:rPr>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选择两种方案的费用相同，</w:t>
      </w:r>
    </w:p>
    <w:p>
      <w:pPr>
        <w:spacing w:line="360" w:lineRule="auto"/>
        <w:jc w:val="left"/>
        <w:textAlignment w:val="center"/>
        <w:rPr>
          <w:color w:val="000000"/>
        </w:rPr>
      </w:pPr>
      <w:r>
        <w:rPr>
          <w:rFonts w:ascii="宋体" w:hAnsi="宋体" w:eastAsia="宋体" w:cs="宋体"/>
          <w:color w:val="000000"/>
        </w:rPr>
        <w:t>∴</w:t>
      </w:r>
      <w:r>
        <w:pict>
          <v:shape id="_x0000_i716999" o:spt="75" alt="学科网(www.zxxk.com)--教育资源门户，提供试卷、教案、课件、论文、素材以及各类教学资源下载，还有大量而丰富的教学相关资讯！" type="#_x0000_t75" style="height:14.1pt;width:104.85pt;" o:ole="t" filled="f" o:preferrelative="t" stroked="f" coordsize="21600,21600">
            <v:path/>
            <v:fill on="f" focussize="0,0"/>
            <v:stroke on="f" joinstyle="miter"/>
            <v:imagedata r:id="rId2095" o:title="eqId055879d2859533628382522dc0e27bc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000" o:spt="75" alt="学科网(www.zxxk.com)--教育资源门户，提供试卷、教案、课件、论文、素材以及各类教学资源下载，还有大量而丰富的教学相关资讯！" type="#_x0000_t75" style="height:14.1pt;width:41.85pt;" o:ole="t" filled="f" o:preferrelative="t" stroked="f" coordsize="21600,21600">
            <v:path/>
            <v:fill on="f" focussize="0,0"/>
            <v:stroke on="f" joinstyle="miter"/>
            <v:imagedata r:id="rId2096" o:title="eqId2003846243b60620abaa590dd71ca3f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001" o:spt="75" alt="学科网(www.zxxk.com)--教育资源门户，提供试卷、教案、课件、论文、素材以及各类教学资源下载，还有大量而丰富的教学相关资讯！" type="#_x0000_t75" style="height:14.4pt;width:35.4pt;" o:ole="t" filled="f" o:preferrelative="t" stroked="f" coordsize="21600,21600">
            <v:path/>
            <v:fill on="f" focussize="0,0"/>
            <v:stroke on="f" joinstyle="miter"/>
            <v:imagedata r:id="rId2097" o:title="eqIdcf6c6385714af1f014af72c805cc967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解：当</w:t>
      </w:r>
      <w:r>
        <w:pict>
          <v:shape id="_x0000_i717002"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2098" o:title="eqId20f3a6a0e3f58379dbde3e03997c58bc"/>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按方案</w:t>
      </w:r>
      <w:r>
        <w:rPr>
          <w:rFonts w:ascii="Times New Roman" w:hAnsi="Times New Roman" w:eastAsia="Times New Roman" w:cs="Times New Roman"/>
          <w:i/>
          <w:color w:val="000000"/>
        </w:rPr>
        <w:t>A</w:t>
      </w:r>
      <w:r>
        <w:rPr>
          <w:rFonts w:ascii="宋体" w:hAnsi="宋体" w:eastAsia="宋体" w:cs="宋体"/>
          <w:color w:val="000000"/>
        </w:rPr>
        <w:t>购票，需付款：</w:t>
      </w:r>
      <w:r>
        <w:pict>
          <v:shape id="_x0000_i717003" o:spt="75" alt="学科网(www.zxxk.com)--教育资源门户，提供试卷、教案、课件、论文、素材以及各类教学资源下载，还有大量而丰富的教学相关资讯！" type="#_x0000_t75" style="height:14.1pt;width:151.85pt;" o:ole="t" filled="f" o:preferrelative="t" stroked="f" coordsize="21600,21600">
            <v:path/>
            <v:fill on="f" focussize="0,0"/>
            <v:stroke on="f" joinstyle="miter"/>
            <v:imagedata r:id="rId2099" o:title="eqId274dda5153a1aee2d15d1cd700fe27d9"/>
            <o:lock v:ext="edit" aspectratio="t"/>
            <w10:wrap type="none"/>
            <w10:anchorlock/>
          </v:shape>
        </w:pict>
      </w:r>
      <w:r>
        <w:rPr>
          <w:color w:val="000000"/>
        </w:rPr>
        <w:t>（</w: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按方案</w:t>
      </w:r>
      <w:r>
        <w:rPr>
          <w:rFonts w:ascii="Times New Roman" w:hAnsi="Times New Roman" w:eastAsia="Times New Roman" w:cs="Times New Roman"/>
          <w:i/>
          <w:color w:val="000000"/>
        </w:rPr>
        <w:t>B</w:t>
      </w:r>
      <w:r>
        <w:rPr>
          <w:rFonts w:ascii="宋体" w:hAnsi="宋体" w:eastAsia="宋体" w:cs="宋体"/>
          <w:color w:val="000000"/>
        </w:rPr>
        <w:t>购票，需付款：</w:t>
      </w:r>
      <w:r>
        <w:pict>
          <v:shape id="_x0000_i717004" o:spt="75" alt="学科网(www.zxxk.com)--教育资源门户，提供试卷、教案、课件、论文、素材以及各类教学资源下载，还有大量而丰富的教学相关资讯！" type="#_x0000_t75" style="height:14.1pt;width:142.05pt;" o:ole="t" filled="f" o:preferrelative="t" stroked="f" coordsize="21600,21600">
            <v:path/>
            <v:fill on="f" focussize="0,0"/>
            <v:stroke on="f" joinstyle="miter"/>
            <v:imagedata r:id="rId2100" o:title="eqId4a6eca0d409271175515e535f4309a60"/>
            <o:lock v:ext="edit" aspectratio="t"/>
            <w10:wrap type="none"/>
            <w10:anchorlock/>
          </v:shape>
        </w:pict>
      </w:r>
      <w:r>
        <w:rPr>
          <w:color w:val="000000"/>
        </w:rPr>
        <w:t>（</w: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w:t>
      </w:r>
      <w:r>
        <w:pict>
          <v:shape id="_x0000_i717005" o:spt="75" alt="学科网(www.zxxk.com)--教育资源门户，提供试卷、教案、课件、论文、素材以及各类教学资源下载，还有大量而丰富的教学相关资讯！" type="#_x0000_t75" style="height:14.1pt;width:50.85pt;" o:ole="t" filled="f" o:preferrelative="t" stroked="f" coordsize="21600,21600">
            <v:path/>
            <v:fill on="f" focussize="0,0"/>
            <v:stroke on="f" joinstyle="miter"/>
            <v:imagedata r:id="rId2101" o:title="eqIdd7de1b16d0aacb4f355dbabdae7609a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∴选择方案</w:t>
      </w:r>
      <w:r>
        <w:rPr>
          <w:rFonts w:ascii="Times New Roman" w:hAnsi="Times New Roman" w:eastAsia="Times New Roman" w:cs="Times New Roman"/>
          <w:i/>
          <w:color w:val="000000"/>
        </w:rPr>
        <w:t>A</w:t>
      </w:r>
      <w:r>
        <w:rPr>
          <w:rFonts w:ascii="宋体" w:hAnsi="宋体" w:eastAsia="宋体" w:cs="宋体"/>
          <w:color w:val="000000"/>
        </w:rPr>
        <w:t>购票更为优惠．</w:t>
      </w:r>
    </w:p>
    <w:p>
      <w:pPr>
        <w:spacing w:line="360" w:lineRule="auto"/>
        <w:jc w:val="left"/>
        <w:textAlignment w:val="center"/>
        <w:rPr>
          <w:color w:val="000000"/>
        </w:rPr>
      </w:pPr>
      <w:r>
        <w:rPr>
          <w:color w:val="000000"/>
        </w:rPr>
        <w:t>【点睛】</w:t>
      </w:r>
      <w:r>
        <w:rPr>
          <w:rFonts w:ascii="宋体" w:hAnsi="宋体" w:eastAsia="宋体" w:cs="宋体"/>
          <w:color w:val="000000"/>
        </w:rPr>
        <w:t>本题考查了列代数式及代数式求值，解一元一次方程，理解题意正确列出代数式是解决问题的关键．</w:t>
      </w:r>
    </w:p>
    <w:p>
      <w:pPr>
        <w:spacing w:line="360" w:lineRule="auto"/>
        <w:jc w:val="left"/>
        <w:textAlignment w:val="center"/>
        <w:rPr>
          <w:color w:val="000000"/>
        </w:rPr>
      </w:pPr>
      <w:r>
        <w:rPr>
          <w:color w:val="000000"/>
        </w:rPr>
        <w:t xml:space="preserve">27. </w:t>
      </w:r>
      <w:r>
        <w:rPr>
          <w:rFonts w:ascii="宋体" w:hAnsi="宋体" w:eastAsia="宋体" w:cs="宋体"/>
          <w:color w:val="000000"/>
        </w:rPr>
        <w:t>对于由若干不相等的整数组成的数组</w:t>
      </w:r>
      <w:r>
        <w:rPr>
          <w:rFonts w:ascii="Times New Roman" w:hAnsi="Times New Roman" w:eastAsia="Times New Roman" w:cs="Times New Roman"/>
          <w:i/>
          <w:color w:val="000000"/>
        </w:rPr>
        <w:t>P</w:t>
      </w:r>
      <w:r>
        <w:rPr>
          <w:rFonts w:ascii="宋体" w:hAnsi="宋体" w:eastAsia="宋体" w:cs="宋体"/>
          <w:color w:val="000000"/>
        </w:rPr>
        <w:t>和有理数</w:t>
      </w:r>
      <w:r>
        <w:rPr>
          <w:rFonts w:ascii="Times New Roman" w:hAnsi="Times New Roman" w:eastAsia="Times New Roman" w:cs="Times New Roman"/>
          <w:i/>
          <w:color w:val="000000"/>
        </w:rPr>
        <w:t>k</w:t>
      </w:r>
      <w:r>
        <w:rPr>
          <w:rFonts w:ascii="宋体" w:hAnsi="宋体" w:eastAsia="宋体" w:cs="宋体"/>
          <w:color w:val="000000"/>
        </w:rPr>
        <w:t>，给出如下定义：如果在数轴上存在一条长为</w:t>
      </w:r>
      <w:r>
        <w:rPr>
          <w:rFonts w:ascii="Times New Roman" w:hAnsi="Times New Roman" w:eastAsia="Times New Roman" w:cs="Times New Roman"/>
          <w:color w:val="000000"/>
        </w:rPr>
        <w:t>1</w:t>
      </w:r>
      <w:r>
        <w:rPr>
          <w:rFonts w:ascii="宋体" w:hAnsi="宋体" w:eastAsia="宋体" w:cs="宋体"/>
          <w:color w:val="000000"/>
        </w:rPr>
        <w:t>个单位长度的线段</w:t>
      </w:r>
      <w:r>
        <w:pict>
          <v:shape id="_x0000_i71700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102" o:title="eqIdf52a58fbaf4fea03567e88a9f0f6e37e"/>
            <o:lock v:ext="edit" aspectratio="t"/>
            <w10:wrap type="none"/>
            <w10:anchorlock/>
          </v:shape>
        </w:pict>
      </w:r>
      <w:r>
        <w:rPr>
          <w:rFonts w:ascii="宋体" w:hAnsi="宋体" w:eastAsia="宋体" w:cs="宋体"/>
          <w:color w:val="000000"/>
        </w:rPr>
        <w:t>，使得将数组</w:t>
      </w:r>
      <w:r>
        <w:rPr>
          <w:rFonts w:ascii="Times New Roman" w:hAnsi="Times New Roman" w:eastAsia="Times New Roman" w:cs="Times New Roman"/>
          <w:i/>
          <w:color w:val="000000"/>
        </w:rPr>
        <w:t>P</w:t>
      </w:r>
      <w:r>
        <w:rPr>
          <w:rFonts w:ascii="宋体" w:hAnsi="宋体" w:eastAsia="宋体" w:cs="宋体"/>
          <w:color w:val="000000"/>
        </w:rPr>
        <w:t>中的每一个数乘以</w:t>
      </w:r>
      <w:r>
        <w:rPr>
          <w:rFonts w:ascii="Times New Roman" w:hAnsi="Times New Roman" w:eastAsia="Times New Roman" w:cs="Times New Roman"/>
          <w:i/>
          <w:color w:val="000000"/>
        </w:rPr>
        <w:t>k</w:t>
      </w:r>
      <w:r>
        <w:rPr>
          <w:rFonts w:ascii="宋体" w:hAnsi="宋体" w:eastAsia="宋体" w:cs="宋体"/>
          <w:color w:val="000000"/>
        </w:rPr>
        <w:t>之后，计算的结果都能够用线段</w:t>
      </w:r>
      <w:r>
        <w:pict>
          <v:shape id="_x0000_i71700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102" o:title="eqIdf52a58fbaf4fea03567e88a9f0f6e37e"/>
            <o:lock v:ext="edit" aspectratio="t"/>
            <w10:wrap type="none"/>
            <w10:anchorlock/>
          </v:shape>
        </w:pict>
      </w:r>
      <w:r>
        <w:rPr>
          <w:rFonts w:ascii="宋体" w:hAnsi="宋体" w:eastAsia="宋体" w:cs="宋体"/>
          <w:color w:val="000000"/>
        </w:rPr>
        <w:t>上的某个点来表示，就称</w:t>
      </w:r>
      <w:r>
        <w:rPr>
          <w:rFonts w:ascii="Times New Roman" w:hAnsi="Times New Roman" w:eastAsia="Times New Roman" w:cs="Times New Roman"/>
          <w:i/>
          <w:color w:val="000000"/>
        </w:rPr>
        <w:t>k</w:t>
      </w:r>
      <w:r>
        <w:rPr>
          <w:rFonts w:ascii="宋体" w:hAnsi="宋体" w:eastAsia="宋体" w:cs="宋体"/>
          <w:color w:val="000000"/>
        </w:rPr>
        <w:t>为数组</w:t>
      </w:r>
      <w:r>
        <w:rPr>
          <w:rFonts w:ascii="Times New Roman" w:hAnsi="Times New Roman" w:eastAsia="Times New Roman" w:cs="Times New Roman"/>
          <w:i/>
          <w:color w:val="000000"/>
        </w:rPr>
        <w:t>P</w:t>
      </w:r>
      <w:r>
        <w:rPr>
          <w:rFonts w:ascii="宋体" w:hAnsi="宋体" w:eastAsia="宋体" w:cs="宋体"/>
          <w:color w:val="000000"/>
        </w:rPr>
        <w:t>的收纳系数．</w:t>
      </w:r>
    </w:p>
    <w:p>
      <w:pPr>
        <w:spacing w:line="360" w:lineRule="auto"/>
        <w:jc w:val="left"/>
        <w:textAlignment w:val="center"/>
        <w:rPr>
          <w:color w:val="000000"/>
        </w:rPr>
      </w:pPr>
      <w:r>
        <w:rPr>
          <w:rFonts w:ascii="宋体" w:hAnsi="宋体" w:eastAsia="宋体" w:cs="宋体"/>
          <w:color w:val="000000"/>
        </w:rPr>
        <w:t>例如，对于数组</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w:t>
      </w:r>
      <w:r>
        <w:pict>
          <v:shape id="_x0000_i717008" o:spt="75" alt="学科网(www.zxxk.com)--教育资源门户，提供试卷、教案、课件、论文、素材以及各类教学资源下载，还有大量而丰富的教学相关资讯！" type="#_x0000_t75" style="height:30.6pt;width:43.8pt;" o:ole="t" filled="f" o:preferrelative="t" stroked="f" coordsize="21600,21600">
            <v:path/>
            <v:fill on="f" focussize="0,0"/>
            <v:stroke on="f" joinstyle="miter"/>
            <v:imagedata r:id="rId2103" o:title="eqId152f91a798794737fdbe076e86f48cc5"/>
            <o:lock v:ext="edit" aspectratio="t"/>
            <w10:wrap type="none"/>
            <w10:anchorlock/>
          </v:shape>
        </w:pict>
      </w:r>
      <w:r>
        <w:rPr>
          <w:rFonts w:ascii="宋体" w:hAnsi="宋体" w:eastAsia="宋体" w:cs="宋体"/>
          <w:color w:val="000000"/>
        </w:rPr>
        <w:t>，</w:t>
      </w:r>
      <w:r>
        <w:pict>
          <v:shape id="_x0000_i717009"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2104" o:title="eqId75d13204e7c9c35496f9016ec0a5f920"/>
            <o:lock v:ext="edit" aspectratio="t"/>
            <w10:wrap type="none"/>
            <w10:anchorlock/>
          </v:shape>
        </w:pict>
      </w:r>
      <w:r>
        <w:rPr>
          <w:rFonts w:ascii="宋体" w:hAnsi="宋体" w:eastAsia="宋体" w:cs="宋体"/>
          <w:color w:val="000000"/>
        </w:rPr>
        <w:t>，</w:t>
      </w:r>
      <w:r>
        <w:pict>
          <v:shape id="_x0000_i717010" o:spt="75" alt="学科网(www.zxxk.com)--教育资源门户，提供试卷、教案、课件、论文、素材以及各类教学资源下载，还有大量而丰富的教学相关资讯！" type="#_x0000_t75" style="height:31.1pt;width:40.9pt;" o:ole="t" filled="f" o:preferrelative="t" stroked="f" coordsize="21600,21600">
            <v:path/>
            <v:fill on="f" focussize="0,0"/>
            <v:stroke on="f" joinstyle="miter"/>
            <v:imagedata r:id="rId2105" o:title="eqIda1ebf3bd59bb7c4970d6c11f284e3b8c"/>
            <o:lock v:ext="edit" aspectratio="t"/>
            <w10:wrap type="none"/>
            <w10:anchorlock/>
          </v:shape>
        </w:pict>
      </w:r>
      <w:r>
        <w:rPr>
          <w:rFonts w:ascii="宋体" w:hAnsi="宋体" w:eastAsia="宋体" w:cs="宋体"/>
          <w:color w:val="000000"/>
        </w:rPr>
        <w:t>，取</w:t>
      </w:r>
      <w:r>
        <w:rPr>
          <w:rFonts w:ascii="Times New Roman" w:hAnsi="Times New Roman" w:eastAsia="Times New Roman" w:cs="Times New Roman"/>
          <w:i/>
          <w:color w:val="000000"/>
        </w:rPr>
        <w:t>A</w:t>
      </w:r>
      <w:r>
        <w:rPr>
          <w:rFonts w:ascii="宋体" w:hAnsi="宋体" w:eastAsia="宋体" w:cs="宋体"/>
          <w:color w:val="000000"/>
        </w:rPr>
        <w:t>为原点，</w:t>
      </w:r>
      <w:r>
        <w:rPr>
          <w:rFonts w:ascii="Times New Roman" w:hAnsi="Times New Roman" w:eastAsia="Times New Roman" w:cs="Times New Roman"/>
          <w:i/>
          <w:color w:val="000000"/>
        </w:rPr>
        <w:t>B</w:t>
      </w:r>
      <w:r>
        <w:rPr>
          <w:rFonts w:ascii="宋体" w:hAnsi="宋体" w:eastAsia="宋体" w:cs="宋体"/>
          <w:color w:val="000000"/>
        </w:rPr>
        <w:t>为表示数</w:t>
      </w:r>
      <w:r>
        <w:rPr>
          <w:rFonts w:ascii="Times New Roman" w:hAnsi="Times New Roman" w:eastAsia="Times New Roman" w:cs="Times New Roman"/>
          <w:color w:val="000000"/>
        </w:rPr>
        <w:t>1</w:t>
      </w:r>
      <w:r>
        <w:rPr>
          <w:rFonts w:ascii="宋体" w:hAnsi="宋体" w:eastAsia="宋体" w:cs="宋体"/>
          <w:color w:val="000000"/>
        </w:rPr>
        <w:t>的点，那么这三个数都可以用线段</w:t>
      </w:r>
      <w:r>
        <w:pict>
          <v:shape id="_x0000_i71701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106" o:title="eqIdf52a58fbaf4fea03567e88a9f0f6e37e"/>
            <o:lock v:ext="edit" aspectratio="t"/>
            <w10:wrap type="none"/>
            <w10:anchorlock/>
          </v:shape>
        </w:pict>
      </w:r>
      <w:r>
        <w:rPr>
          <w:rFonts w:ascii="宋体" w:hAnsi="宋体" w:eastAsia="宋体" w:cs="宋体"/>
          <w:color w:val="000000"/>
        </w:rPr>
        <w:t>上的某个点来表示，可以判断</w:t>
      </w:r>
      <w:r>
        <w:pict>
          <v:shape id="_x0000_i717012"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2107" o:title="eqIdbf9a5fbf690581d8517d264c254a1f72"/>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i/>
          <w:color w:val="000000"/>
        </w:rPr>
        <w:t>P</w:t>
      </w:r>
      <w:r>
        <w:rPr>
          <w:rFonts w:ascii="宋体" w:hAnsi="宋体" w:eastAsia="宋体" w:cs="宋体"/>
          <w:color w:val="000000"/>
        </w:rPr>
        <w:t>的收纳系数．</w:t>
      </w:r>
    </w:p>
    <w:p>
      <w:pPr>
        <w:spacing w:line="360" w:lineRule="auto"/>
        <w:jc w:val="left"/>
        <w:textAlignment w:val="center"/>
        <w:rPr>
          <w:color w:val="000000"/>
        </w:rPr>
      </w:pPr>
      <w:r>
        <w:rPr>
          <w:color w:val="000000"/>
        </w:rPr>
        <w:drawing>
          <wp:inline distT="0" distB="0" distL="114300" distR="114300">
            <wp:extent cx="1905000" cy="571500"/>
            <wp:effectExtent l="0" t="0" r="0" b="0"/>
            <wp:docPr id="3665"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 name="图片 100011" descr="学科网(www.zxxk.com)--教育资源门户，提供试卷、教案、课件、论文、素材以及各类教学资源下载，还有大量而丰富的教学相关资讯！"/>
                    <pic:cNvPicPr>
                      <a:picLocks noChangeAspect="1"/>
                    </pic:cNvPicPr>
                  </pic:nvPicPr>
                  <pic:blipFill>
                    <a:blip r:embed="rId2108"/>
                    <a:stretch>
                      <a:fillRect/>
                    </a:stretch>
                  </pic:blipFill>
                  <pic:spPr>
                    <a:xfrm>
                      <a:off x="0" y="0"/>
                      <a:ext cx="1905000" cy="571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已知</w:t>
      </w:r>
      <w:r>
        <w:rPr>
          <w:rFonts w:ascii="Times New Roman" w:hAnsi="Times New Roman" w:eastAsia="Times New Roman" w:cs="Times New Roman"/>
          <w:i/>
          <w:color w:val="000000"/>
        </w:rPr>
        <w:t>k</w:t>
      </w:r>
      <w:r>
        <w:rPr>
          <w:rFonts w:ascii="宋体" w:hAnsi="宋体" w:eastAsia="宋体" w:cs="宋体"/>
          <w:color w:val="000000"/>
        </w:rPr>
        <w:t>是数组</w:t>
      </w:r>
      <w:r>
        <w:rPr>
          <w:rFonts w:ascii="Times New Roman" w:hAnsi="Times New Roman" w:eastAsia="Times New Roman" w:cs="Times New Roman"/>
          <w:i/>
          <w:color w:val="000000"/>
        </w:rPr>
        <w:t>P</w:t>
      </w:r>
      <w:r>
        <w:rPr>
          <w:rFonts w:ascii="宋体" w:hAnsi="宋体" w:eastAsia="宋体" w:cs="宋体"/>
          <w:color w:val="000000"/>
        </w:rPr>
        <w:t>的收纳系数，此时线段</w:t>
      </w:r>
      <w:r>
        <w:pict>
          <v:shape id="_x0000_i71701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109" o:title="eqIdf52a58fbaf4fea03567e88a9f0f6e37e"/>
            <o:lock v:ext="edit" aspectratio="t"/>
            <w10:wrap type="none"/>
            <w10:anchorlock/>
          </v:shape>
        </w:pict>
      </w:r>
      <w:r>
        <w:rPr>
          <w:rFonts w:ascii="宋体" w:hAnsi="宋体" w:eastAsia="宋体" w:cs="宋体"/>
          <w:color w:val="000000"/>
        </w:rPr>
        <w:t>的端点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表示的数分别为</w:t>
      </w:r>
      <w:r>
        <w:rPr>
          <w:rFonts w:ascii="Times New Roman" w:hAnsi="Times New Roman" w:eastAsia="Times New Roman" w:cs="Times New Roman"/>
          <w:i/>
          <w:color w:val="000000"/>
        </w:rPr>
        <w:t>a</w:t>
      </w:r>
      <w:r>
        <w:rPr>
          <w:rFonts w:ascii="宋体" w:hAnsi="宋体" w:eastAsia="宋体" w:cs="宋体"/>
          <w:color w:val="000000"/>
        </w:rPr>
        <w:t>，</w:t>
      </w:r>
      <w:r>
        <w:pict>
          <v:shape id="_x0000_i717014" o:spt="75" alt="学科网(www.zxxk.com)--教育资源门户，提供试卷、教案、课件、论文、素材以及各类教学资源下载，还有大量而丰富的教学相关资讯！" type="#_x0000_t75" style="height:19.7pt;width:44.15pt;" o:ole="t" filled="f" o:preferrelative="t" stroked="f" coordsize="21600,21600">
            <v:path/>
            <v:fill on="f" focussize="0,0"/>
            <v:stroke on="f" joinstyle="miter"/>
            <v:imagedata r:id="rId2110" o:title="eqId3f9fcab2886322d40bb5b52d997984f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对数组</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7015"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111" o:title="eqId81fb134b2b48acc99213fff6ccfee65f"/>
            <o:lock v:ext="edit" aspectratio="t"/>
            <w10:wrap type="none"/>
            <w10:anchorlock/>
          </v:shape>
        </w:pict>
      </w:r>
      <w:r>
        <w:rPr>
          <w:rFonts w:ascii="宋体" w:hAnsi="宋体" w:eastAsia="宋体" w:cs="宋体"/>
          <w:color w:val="000000"/>
        </w:rPr>
        <w:t>，在下列各数中：</w:t>
      </w:r>
      <w:r>
        <w:rPr>
          <w:rFonts w:ascii="Times New Roman" w:hAnsi="Times New Roman" w:eastAsia="Times New Roman" w:cs="Times New Roman"/>
          <w:color w:val="000000"/>
        </w:rPr>
        <w:t>1</w:t>
      </w:r>
      <w:r>
        <w:rPr>
          <w:rFonts w:ascii="宋体" w:hAnsi="宋体" w:eastAsia="宋体" w:cs="宋体"/>
          <w:color w:val="000000"/>
        </w:rPr>
        <w:t>，</w:t>
      </w:r>
      <w:r>
        <w:pict>
          <v:shape id="_x0000_i717016"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112" o:title="eqId56d266a04f3dc7483eddbc26c5e487db"/>
            <o:lock v:ext="edit" aspectratio="t"/>
            <w10:wrap type="none"/>
            <w10:anchorlock/>
          </v:shape>
        </w:pict>
      </w:r>
      <w:r>
        <w:rPr>
          <w:rFonts w:ascii="宋体" w:hAnsi="宋体" w:eastAsia="宋体" w:cs="宋体"/>
          <w:color w:val="000000"/>
        </w:rPr>
        <w:t>，</w:t>
      </w:r>
      <w:r>
        <w:pict>
          <v:shape id="_x0000_i717017"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2113" o:title="eqIdfeab93da829a3c07a98ed41b4707967e"/>
            <o:lock v:ext="edit" aspectratio="t"/>
            <w10:wrap type="none"/>
            <w10:anchorlock/>
          </v:shape>
        </w:pict>
      </w:r>
      <w:r>
        <w:rPr>
          <w:rFonts w:ascii="宋体" w:hAnsi="宋体" w:eastAsia="宋体" w:cs="宋体"/>
          <w:color w:val="000000"/>
        </w:rPr>
        <w:t>，</w:t>
      </w:r>
      <w:r>
        <w:pict>
          <v:shape id="_x0000_i717018"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2114" o:title="eqId5e6486784415f3537c9a13556c05d89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可能是</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对数组</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，若</w:t>
      </w:r>
      <w:r>
        <w:rPr>
          <w:rFonts w:ascii="Times New Roman" w:hAnsi="Times New Roman" w:eastAsia="Times New Roman" w:cs="Times New Roman"/>
          <w:i/>
          <w:color w:val="000000"/>
        </w:rPr>
        <w:t>k</w:t>
      </w:r>
      <w:r>
        <w:rPr>
          <w:rFonts w:ascii="宋体" w:hAnsi="宋体" w:eastAsia="宋体" w:cs="宋体"/>
          <w:color w:val="000000"/>
        </w:rPr>
        <w:t>的最大值为</w:t>
      </w:r>
      <w:r>
        <w:pict>
          <v:shape id="_x0000_i717019"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115" o:title="eqId4dac452fbb5ef6dd653e7fbbef639484"/>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x</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w:t>
      </w:r>
      <w:r>
        <w:rPr>
          <w:rFonts w:ascii="Times New Roman" w:hAnsi="Times New Roman" w:eastAsia="Times New Roman" w:cs="Times New Roman"/>
          <w:color w:val="000000"/>
        </w:rPr>
        <w:t>100</w:t>
      </w:r>
      <w:r>
        <w:rPr>
          <w:rFonts w:ascii="宋体" w:hAnsi="宋体" w:eastAsia="宋体" w:cs="宋体"/>
          <w:color w:val="000000"/>
        </w:rPr>
        <w:t>个连续整数中最小的整数为</w:t>
      </w:r>
      <w:r>
        <w:rPr>
          <w:rFonts w:ascii="Times New Roman" w:hAnsi="Times New Roman" w:eastAsia="Times New Roman" w:cs="Times New Roman"/>
          <w:i/>
          <w:color w:val="000000"/>
        </w:rPr>
        <w:t>x</w:t>
      </w:r>
      <w:r>
        <w:rPr>
          <w:rFonts w:ascii="宋体" w:hAnsi="宋体" w:eastAsia="宋体" w:cs="宋体"/>
          <w:color w:val="000000"/>
        </w:rPr>
        <w:t>，从中选择</w:t>
      </w:r>
      <w:r>
        <w:rPr>
          <w:rFonts w:ascii="Times New Roman" w:hAnsi="Times New Roman" w:eastAsia="Times New Roman" w:cs="Times New Roman"/>
          <w:i/>
          <w:color w:val="000000"/>
        </w:rPr>
        <w:t>n</w:t>
      </w:r>
      <w:r>
        <w:rPr>
          <w:rFonts w:ascii="宋体" w:hAnsi="宋体" w:eastAsia="宋体" w:cs="宋体"/>
          <w:color w:val="000000"/>
        </w:rPr>
        <w:t>个数，组成数组</w:t>
      </w:r>
      <w:r>
        <w:rPr>
          <w:rFonts w:ascii="Times New Roman" w:hAnsi="Times New Roman" w:eastAsia="Times New Roman" w:cs="Times New Roman"/>
          <w:i/>
          <w:color w:val="000000"/>
        </w:rPr>
        <w:t>P</w:t>
      </w:r>
      <w:r>
        <w:rPr>
          <w:rFonts w:ascii="宋体" w:hAnsi="宋体" w:eastAsia="宋体" w:cs="宋体"/>
          <w:color w:val="000000"/>
        </w:rPr>
        <w:t>．当</w:t>
      </w:r>
      <w:r>
        <w:pict>
          <v:shape id="_x0000_i717020"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2116" o:title="eqId8b12f9e5bd4062c553baf623d0a89cbe"/>
            <o:lock v:ext="edit" aspectratio="t"/>
            <w10:wrap type="none"/>
            <w10:anchorlock/>
          </v:shape>
        </w:pict>
      </w:r>
      <w:r>
        <w:rPr>
          <w:rFonts w:ascii="宋体" w:hAnsi="宋体" w:eastAsia="宋体" w:cs="宋体"/>
          <w:color w:val="000000"/>
        </w:rPr>
        <w:t>，且</w:t>
      </w:r>
      <w:r>
        <w:pict>
          <v:shape id="_x0000_i717021"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17" o:title="eqIde65397f11ea8af736f38debadf420c4a"/>
            <o:lock v:ext="edit" aspectratio="t"/>
            <w10:wrap type="none"/>
            <w10:anchorlock/>
          </v:shape>
        </w:pict>
      </w:r>
      <w:r>
        <w:rPr>
          <w:rFonts w:ascii="宋体" w:hAnsi="宋体" w:eastAsia="宋体" w:cs="宋体"/>
          <w:color w:val="000000"/>
        </w:rPr>
        <w:t>时，直接写出</w:t>
      </w:r>
      <w:r>
        <w:rPr>
          <w:rFonts w:ascii="Times New Roman" w:hAnsi="Times New Roman" w:eastAsia="Times New Roman" w:cs="Times New Roman"/>
          <w:i/>
          <w:color w:val="000000"/>
        </w:rPr>
        <w:t>n</w:t>
      </w:r>
      <w:r>
        <w:rPr>
          <w:rFonts w:ascii="宋体" w:hAnsi="宋体" w:eastAsia="宋体" w:cs="宋体"/>
          <w:color w:val="000000"/>
        </w:rPr>
        <w:t>的最大值．</w:t>
      </w:r>
    </w:p>
    <w:p>
      <w:pPr>
        <w:spacing w:line="360" w:lineRule="auto"/>
        <w:textAlignment w:val="center"/>
        <w:rPr>
          <w:color w:val="000000"/>
        </w:rPr>
      </w:pPr>
      <w:r>
        <w:rPr>
          <w:color w:val="2E75B6"/>
        </w:rPr>
        <w:t>【答案】</w:t>
      </w:r>
      <w:r>
        <w:rPr>
          <w:color w:val="000000"/>
        </w:rPr>
        <w:t>（1）</w:t>
      </w:r>
      <w:r>
        <w:pict>
          <v:shape id="_x0000_i717022"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2118" o:title="eqIdfeab93da829a3c07a98ed41b4707967e"/>
            <o:lock v:ext="edit" aspectratio="t"/>
            <w10:wrap type="none"/>
            <w10:anchorlock/>
          </v:shape>
        </w:pict>
      </w:r>
      <w:r>
        <w:rPr>
          <w:rFonts w:ascii="宋体" w:hAnsi="宋体" w:eastAsia="宋体" w:cs="宋体"/>
          <w:color w:val="000000"/>
        </w:rPr>
        <w:t>或</w:t>
      </w:r>
      <w:r>
        <w:pict>
          <v:shape id="_x0000_i717023"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2119" o:title="eqId5e6486784415f3537c9a13556c05d893"/>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i/>
          <w:color w:val="000000"/>
        </w:rPr>
        <w:t>x</w:t>
      </w:r>
      <w:r>
        <w:rPr>
          <w:rFonts w:ascii="宋体" w:hAnsi="宋体" w:eastAsia="宋体" w:cs="宋体"/>
          <w:color w:val="000000"/>
          <w:position w:val="0"/>
        </w:rPr>
        <w:drawing>
          <wp:inline distT="0" distB="0" distL="114300" distR="114300">
            <wp:extent cx="133350" cy="177800"/>
            <wp:effectExtent l="0" t="0" r="0" b="0"/>
            <wp:docPr id="3667" name="图片 78356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 name="图片 783560441"/>
                    <pic:cNvPicPr>
                      <a:picLocks noChangeAspect="1"/>
                    </pic:cNvPicPr>
                  </pic:nvPicPr>
                  <pic:blipFill>
                    <a:blip r:embed="rId21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值为</w:t>
      </w:r>
      <w:r>
        <w:pict>
          <v:shape id="_x0000_i71702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121" o:title="eqIdacbc6a613224461ade69362d46550474"/>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4</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21</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本题属于新定义题目，本题考查了数组的收纳系数，解题关键是读懂题目中的例子，仿照例子解题．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）根据收纳系数的定义即可解答；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）根据已知收纳系数为</w:t>
      </w:r>
      <w:r>
        <w:pict>
          <v:shape id="_x0000_i717025"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122" o:title="eqId4dac452fbb5ef6dd653e7fbbef639484"/>
            <o:lock v:ext="edit" aspectratio="t"/>
            <w10:wrap type="none"/>
            <w10:anchorlock/>
          </v:shape>
        </w:pict>
      </w:r>
      <w:r>
        <w:rPr>
          <w:rFonts w:ascii="宋体" w:hAnsi="宋体" w:eastAsia="宋体" w:cs="宋体"/>
          <w:color w:val="000000"/>
        </w:rPr>
        <w:t>，得出最大数和最小数，分三种情况进行讨论，即可得出答案；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）根据数组的收纳系数即可得出答案．</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pict>
          <v:shape id="_x0000_i717026"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2123" o:title="eqIdf9d349f6556c0803dc22cca3b808bf9b"/>
            <o:lock v:ext="edit" aspectratio="t"/>
            <w10:wrap type="none"/>
            <w10:anchorlock/>
          </v:shape>
        </w:pict>
      </w:r>
      <w:r>
        <w:rPr>
          <w:rFonts w:ascii="宋体" w:hAnsi="宋体" w:eastAsia="宋体" w:cs="宋体"/>
          <w:color w:val="000000"/>
        </w:rPr>
        <w:t>，</w:t>
      </w:r>
      <w:r>
        <w:pict>
          <v:shape id="_x0000_i717027" o:spt="75" alt="学科网(www.zxxk.com)--教育资源门户，提供试卷、教案、课件、论文、素材以及各类教学资源下载，还有大量而丰富的教学相关资讯！" type="#_x0000_t75" style="height:12.75pt;width:41.25pt;" o:ole="t" filled="f" o:preferrelative="t" stroked="f" coordsize="21600,21600">
            <v:path/>
            <v:fill on="f" focussize="0,0"/>
            <v:stroke on="f" joinstyle="miter"/>
            <v:imagedata r:id="rId2124" o:title="eqId910bb2442b865506c1ee695d333fde83"/>
            <o:lock v:ext="edit" aspectratio="t"/>
            <w10:wrap type="none"/>
            <w10:anchorlock/>
          </v:shape>
        </w:pict>
      </w:r>
      <w:r>
        <w:rPr>
          <w:rFonts w:ascii="宋体" w:hAnsi="宋体" w:eastAsia="宋体" w:cs="宋体"/>
          <w:color w:val="000000"/>
        </w:rPr>
        <w:t>，</w:t>
      </w:r>
      <w:r>
        <w:pict>
          <v:shape id="_x0000_i717028"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2125" o:title="eqIdcd074168c5e0545a20af0460fa3a00fc"/>
            <o:lock v:ext="edit" aspectratio="t"/>
            <w10:wrap type="none"/>
            <w10:anchorlock/>
          </v:shape>
        </w:pict>
      </w:r>
      <w:r>
        <w:rPr>
          <w:rFonts w:ascii="宋体" w:hAnsi="宋体" w:eastAsia="宋体" w:cs="宋体"/>
          <w:color w:val="000000"/>
        </w:rPr>
        <w:t>，</w:t>
      </w:r>
      <w:r>
        <w:pict>
          <v:shape id="_x0000_i717029" o:spt="75" alt="学科网(www.zxxk.com)--教育资源门户，提供试卷、教案、课件、论文、素材以及各类教学资源下载，还有大量而丰富的教学相关资讯！" type="#_x0000_t75" style="height:20.25pt;width:105pt;" o:ole="t" filled="f" o:preferrelative="t" stroked="f" coordsize="21600,21600">
            <v:path/>
            <v:fill on="f" focussize="0,0"/>
            <v:stroke on="f" joinstyle="miter"/>
            <v:imagedata r:id="rId2126" o:title="eqIddc8996f1de9c5c494270d30701d856b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不可能为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7030" o:spt="75" alt="学科网(www.zxxk.com)--教育资源门户，提供试卷、教案、课件、论文、素材以及各类教学资源下载，还有大量而丰富的教学相关资讯！" type="#_x0000_t75" style="height:33.75pt;width:282.75pt;" o:ole="t" filled="f" o:preferrelative="t" stroked="f" coordsize="21600,21600">
            <v:path/>
            <v:fill on="f" focussize="0,0"/>
            <v:stroke on="f" joinstyle="miter"/>
            <v:imagedata r:id="rId2127" o:title="eqId89e5b4aeb466074b7fcba0958f05bde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不可能为</w:t>
      </w:r>
      <w:r>
        <w:pict>
          <v:shape id="_x0000_i717031"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128" o:title="eqId56d266a04f3dc7483eddbc26c5e487d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7032" o:spt="75" alt="学科网(www.zxxk.com)--教育资源门户，提供试卷、教案、课件、论文、素材以及各类教学资源下载，还有大量而丰富的教学相关资讯！" type="#_x0000_t75" style="height:33.75pt;width:327.75pt;" o:ole="t" filled="f" o:preferrelative="t" stroked="f" coordsize="21600,21600">
            <v:path/>
            <v:fill on="f" focussize="0,0"/>
            <v:stroke on="f" joinstyle="miter"/>
            <v:imagedata r:id="rId2129" o:title="eqId42e164510c9c327f9aa02bc6384c871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可能为</w:t>
      </w:r>
      <w:r>
        <w:pict>
          <v:shape id="_x0000_i717033"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2130" o:title="eqIdfeab93da829a3c07a98ed41b4707967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7034" o:spt="75" alt="学科网(www.zxxk.com)--教育资源门户，提供试卷、教案、课件、论文、素材以及各类教学资源下载，还有大量而丰富的教学相关资讯！" type="#_x0000_t75" style="height:33.75pt;width:279.75pt;" o:ole="t" filled="f" o:preferrelative="t" stroked="f" coordsize="21600,21600">
            <v:path/>
            <v:fill on="f" focussize="0,0"/>
            <v:stroke on="f" joinstyle="miter"/>
            <v:imagedata r:id="rId2131" o:title="eqIdd9d2d466f2e616341842a072e875af9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可能为</w:t>
      </w:r>
      <w:r>
        <w:pict>
          <v:shape id="_x0000_i717035"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2132" o:title="eqId5e6486784415f3537c9a13556c05d89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17036"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2133" o:title="eqIdfeab93da829a3c07a98ed41b4707967e"/>
            <o:lock v:ext="edit" aspectratio="t"/>
            <w10:wrap type="none"/>
            <w10:anchorlock/>
          </v:shape>
        </w:pict>
      </w:r>
      <w:r>
        <w:rPr>
          <w:rFonts w:ascii="宋体" w:hAnsi="宋体" w:eastAsia="宋体" w:cs="宋体"/>
          <w:color w:val="000000"/>
        </w:rPr>
        <w:t>或</w:t>
      </w:r>
      <w:r>
        <w:pict>
          <v:shape id="_x0000_i717037"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2134" o:title="eqId5e6486784415f3537c9a13556c05d89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解：取收纳系数</w:t>
      </w:r>
      <w:r>
        <w:pict>
          <v:shape id="_x0000_i717038"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2135" o:title="eqIdbf9a5fbf690581d8517d264c254a1f72"/>
            <o:lock v:ext="edit" aspectratio="t"/>
            <w10:wrap type="none"/>
            <w10:anchorlock/>
          </v:shape>
        </w:pict>
      </w:r>
      <w:r>
        <w:rPr>
          <w:rFonts w:ascii="宋体" w:hAnsi="宋体" w:eastAsia="宋体" w:cs="宋体"/>
          <w:color w:val="000000"/>
        </w:rPr>
        <w:t>，将它乘以数组</w:t>
      </w:r>
      <w:r>
        <w:rPr>
          <w:rFonts w:ascii="Times New Roman" w:hAnsi="Times New Roman" w:eastAsia="Times New Roman" w:cs="Times New Roman"/>
          <w:i/>
          <w:color w:val="000000"/>
        </w:rPr>
        <w:t>P</w:t>
      </w:r>
      <w:r>
        <w:rPr>
          <w:rFonts w:ascii="宋体" w:hAnsi="宋体" w:eastAsia="宋体" w:cs="宋体"/>
          <w:color w:val="000000"/>
        </w:rPr>
        <w:t>中的每个数，得：</w:t>
      </w:r>
    </w:p>
    <w:p>
      <w:pPr>
        <w:spacing w:line="360" w:lineRule="auto"/>
        <w:jc w:val="both"/>
        <w:textAlignment w:val="center"/>
        <w:rPr>
          <w:color w:val="000000"/>
        </w:rPr>
      </w:pPr>
      <w:r>
        <w:pict>
          <v:shape id="_x0000_i717039" o:spt="75" alt="学科网(www.zxxk.com)--教育资源门户，提供试卷、教案、课件、论文、素材以及各类教学资源下载，还有大量而丰富的教学相关资讯！" type="#_x0000_t75" style="height:30.75pt;width:111.75pt;" o:ole="t" filled="f" o:preferrelative="t" stroked="f" coordsize="21600,21600">
            <v:path/>
            <v:fill on="f" focussize="0,0"/>
            <v:stroke on="f" joinstyle="miter"/>
            <v:imagedata r:id="rId2136" o:title="eqIdeeebe84c5d614f2b5b6fb21bdea5578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依题意，</w:t>
      </w:r>
      <w:r>
        <w:rPr>
          <w:rFonts w:ascii="Times New Roman" w:hAnsi="Times New Roman" w:eastAsia="Times New Roman" w:cs="Times New Roman"/>
          <w:i/>
          <w:color w:val="000000"/>
        </w:rPr>
        <w:t>k</w:t>
      </w:r>
      <w:r>
        <w:rPr>
          <w:rFonts w:ascii="宋体" w:hAnsi="宋体" w:eastAsia="宋体" w:cs="宋体"/>
          <w:color w:val="000000"/>
        </w:rPr>
        <w:t>的最大值即为</w:t>
      </w:r>
      <w:r>
        <w:pict>
          <v:shape id="_x0000_i717040"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137" o:title="eqId4dac452fbb5ef6dd653e7fbbef63948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7041" o:spt="75" alt="学科网(www.zxxk.com)--教育资源门户，提供试卷、教案、课件、论文、素材以及各类教学资源下载，还有大量而丰富的教学相关资讯！" type="#_x0000_t75" style="height:30.75pt;width:45pt;" o:ole="t" filled="f" o:preferrelative="t" stroked="f" coordsize="21600,21600">
            <v:path/>
            <v:fill on="f" focussize="0,0"/>
            <v:stroke on="f" joinstyle="miter"/>
            <v:imagedata r:id="rId2138" o:title="eqId9e48f57f78453d3b1daf760c6c5631cd"/>
            <o:lock v:ext="edit" aspectratio="t"/>
            <w10:wrap type="none"/>
            <w10:anchorlock/>
          </v:shape>
        </w:pict>
      </w:r>
      <w:r>
        <w:rPr>
          <w:rFonts w:ascii="宋体" w:hAnsi="宋体" w:eastAsia="宋体" w:cs="宋体"/>
          <w:color w:val="000000"/>
        </w:rPr>
        <w:t>中最大的数与最小的数的差恰好为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情况</w:t>
      </w:r>
      <w:r>
        <w:rPr>
          <w:rFonts w:ascii="Times New Roman" w:hAnsi="Times New Roman" w:eastAsia="Times New Roman" w:cs="Times New Roman"/>
          <w:color w:val="000000"/>
        </w:rPr>
        <w:t>1</w:t>
      </w:r>
      <w:r>
        <w:rPr>
          <w:rFonts w:ascii="宋体" w:hAnsi="宋体" w:eastAsia="宋体" w:cs="宋体"/>
          <w:color w:val="000000"/>
        </w:rPr>
        <w:t>：当</w:t>
      </w:r>
      <w:r>
        <w:pict>
          <v:shape id="_x0000_i717042"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139" o:title="eqId7ccaa6e503b61e9ae78d8439cba2e328"/>
            <o:lock v:ext="edit" aspectratio="t"/>
            <w10:wrap type="none"/>
            <w10:anchorlock/>
          </v:shape>
        </w:pict>
      </w:r>
      <w:r>
        <w:rPr>
          <w:rFonts w:ascii="宋体" w:hAnsi="宋体" w:eastAsia="宋体" w:cs="宋体"/>
          <w:color w:val="000000"/>
        </w:rPr>
        <w:t>时，最大的数为</w:t>
      </w:r>
      <w:r>
        <w:pict>
          <v:shape id="_x0000_i717043"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2140" o:title="eqIdbf31876698721a199c7c53c6b320aa86"/>
            <o:lock v:ext="edit" aspectratio="t"/>
            <w10:wrap type="none"/>
            <w10:anchorlock/>
          </v:shape>
        </w:pict>
      </w:r>
      <w:r>
        <w:rPr>
          <w:rFonts w:ascii="宋体" w:hAnsi="宋体" w:eastAsia="宋体" w:cs="宋体"/>
          <w:color w:val="000000"/>
        </w:rPr>
        <w:t>，最小的数为</w:t>
      </w:r>
      <w:r>
        <w:pict>
          <v:shape id="_x0000_i717044" o:spt="75" alt="学科网(www.zxxk.com)--教育资源门户，提供试卷、教案、课件、论文、素材以及各类教学资源下载，还有大量而丰富的教学相关资讯！" type="#_x0000_t75" style="height:31.05pt;width:19.1pt;" o:ole="t" filled="f" o:preferrelative="t" stroked="f" coordsize="21600,21600">
            <v:path/>
            <v:fill on="f" focussize="0,0"/>
            <v:stroke on="f" joinstyle="miter"/>
            <v:imagedata r:id="rId2141" o:title="eqId7b26361144bf9d629a87be90c3535454"/>
            <o:lock v:ext="edit" aspectratio="t"/>
            <w10:wrap type="none"/>
            <w10:anchorlock/>
          </v:shape>
        </w:pict>
      </w:r>
      <w:r>
        <w:rPr>
          <w:rFonts w:ascii="宋体" w:hAnsi="宋体" w:eastAsia="宋体" w:cs="宋体"/>
          <w:color w:val="000000"/>
        </w:rPr>
        <w:t>，</w:t>
      </w:r>
      <w:r>
        <w:pict>
          <v:shape id="_x0000_i717045" o:spt="75" alt="学科网(www.zxxk.com)--教育资源门户，提供试卷、教案、课件、论文、素材以及各类教学资源下载，还有大量而丰富的教学相关资讯！" type="#_x0000_t75" style="height:30.65pt;width:53.2pt;" o:ole="t" filled="f" o:preferrelative="t" stroked="f" coordsize="21600,21600">
            <v:path/>
            <v:fill on="f" focussize="0,0"/>
            <v:stroke on="f" joinstyle="miter"/>
            <v:imagedata r:id="rId2142" o:title="eqId131e1aa1f836741ecd7136e2d7606e62"/>
            <o:lock v:ext="edit" aspectratio="t"/>
            <w10:wrap type="none"/>
            <w10:anchorlock/>
          </v:shape>
        </w:pict>
      </w:r>
      <w:r>
        <w:rPr>
          <w:rFonts w:ascii="宋体" w:hAnsi="宋体" w:eastAsia="宋体" w:cs="宋体"/>
          <w:color w:val="000000"/>
        </w:rPr>
        <w:t>，得</w:t>
      </w:r>
      <w:r>
        <w:pict>
          <v:shape id="_x0000_i717046" o:spt="75" alt="学科网(www.zxxk.com)--教育资源门户，提供试卷、教案、课件、论文、素材以及各类教学资源下载，还有大量而丰富的教学相关资讯！" type="#_x0000_t75" style="height:14.4pt;width:32.4pt;" o:ole="t" filled="f" o:preferrelative="t" stroked="f" coordsize="21600,21600">
            <v:path/>
            <v:fill on="f" focussize="0,0"/>
            <v:stroke on="f" joinstyle="miter"/>
            <v:imagedata r:id="rId2143" o:title="eqId99c6875d552e9fff3c7d655f3a59b16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情况</w:t>
      </w:r>
      <w:r>
        <w:rPr>
          <w:rFonts w:ascii="Times New Roman" w:hAnsi="Times New Roman" w:eastAsia="Times New Roman" w:cs="Times New Roman"/>
          <w:color w:val="000000"/>
        </w:rPr>
        <w:t>2</w:t>
      </w:r>
      <w:r>
        <w:rPr>
          <w:rFonts w:ascii="宋体" w:hAnsi="宋体" w:eastAsia="宋体" w:cs="宋体"/>
          <w:color w:val="000000"/>
        </w:rPr>
        <w:t>：当</w:t>
      </w:r>
      <w:r>
        <w:pict>
          <v:shape id="_x0000_i717047"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2144" o:title="eqId8a551a88ac426439803f564a3bbee04a"/>
            <o:lock v:ext="edit" aspectratio="t"/>
            <w10:wrap type="none"/>
            <w10:anchorlock/>
          </v:shape>
        </w:pict>
      </w:r>
      <w:r>
        <w:rPr>
          <w:rFonts w:ascii="宋体" w:hAnsi="宋体" w:eastAsia="宋体" w:cs="宋体"/>
          <w:color w:val="000000"/>
        </w:rPr>
        <w:t>时，最大的数为</w:t>
      </w:r>
      <w:r>
        <w:pict>
          <v:shape id="_x0000_i717048"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2145" o:title="eqIdbf31876698721a199c7c53c6b320aa86"/>
            <o:lock v:ext="edit" aspectratio="t"/>
            <w10:wrap type="none"/>
            <w10:anchorlock/>
          </v:shape>
        </w:pict>
      </w:r>
      <w:r>
        <w:rPr>
          <w:rFonts w:ascii="宋体" w:hAnsi="宋体" w:eastAsia="宋体" w:cs="宋体"/>
          <w:color w:val="000000"/>
        </w:rPr>
        <w:t>，最小的数为</w:t>
      </w:r>
      <w:r>
        <w:pict>
          <v:shape id="_x0000_i717049"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146" o:title="eqId4dac452fbb5ef6dd653e7fbbef639484"/>
            <o:lock v:ext="edit" aspectratio="t"/>
            <w10:wrap type="none"/>
            <w10:anchorlock/>
          </v:shape>
        </w:pict>
      </w:r>
      <w:r>
        <w:rPr>
          <w:rFonts w:ascii="宋体" w:hAnsi="宋体" w:eastAsia="宋体" w:cs="宋体"/>
          <w:color w:val="000000"/>
        </w:rPr>
        <w:t>，不合题意；</w:t>
      </w:r>
    </w:p>
    <w:p>
      <w:pPr>
        <w:spacing w:line="360" w:lineRule="auto"/>
        <w:jc w:val="both"/>
        <w:textAlignment w:val="center"/>
        <w:rPr>
          <w:color w:val="000000"/>
        </w:rPr>
      </w:pPr>
      <w:r>
        <w:rPr>
          <w:rFonts w:ascii="宋体" w:hAnsi="宋体" w:eastAsia="宋体" w:cs="宋体"/>
          <w:color w:val="000000"/>
        </w:rPr>
        <w:t>情况</w:t>
      </w:r>
      <w:r>
        <w:rPr>
          <w:rFonts w:ascii="Times New Roman" w:hAnsi="Times New Roman" w:eastAsia="Times New Roman" w:cs="Times New Roman"/>
          <w:color w:val="000000"/>
        </w:rPr>
        <w:t>3</w:t>
      </w:r>
      <w:r>
        <w:rPr>
          <w:rFonts w:ascii="宋体" w:hAnsi="宋体" w:eastAsia="宋体" w:cs="宋体"/>
          <w:color w:val="000000"/>
        </w:rPr>
        <w:t>：当</w:t>
      </w:r>
      <w:r>
        <w:pict>
          <v:shape id="_x0000_i71705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147" o:title="eqId0c0aa2ef928b6e3341d0a0dc6d8055b9"/>
            <o:lock v:ext="edit" aspectratio="t"/>
            <w10:wrap type="none"/>
            <w10:anchorlock/>
          </v:shape>
        </w:pict>
      </w:r>
      <w:r>
        <w:rPr>
          <w:rFonts w:ascii="宋体" w:hAnsi="宋体" w:eastAsia="宋体" w:cs="宋体"/>
          <w:color w:val="000000"/>
        </w:rPr>
        <w:t>时，最大的数为</w:t>
      </w:r>
      <w:r>
        <w:pict>
          <v:shape id="_x0000_i717051" o:spt="75" alt="学科网(www.zxxk.com)--教育资源门户，提供试卷、教案、课件、论文、素材以及各类教学资源下载，还有大量而丰富的教学相关资讯！" type="#_x0000_t75" style="height:31.05pt;width:19.1pt;" o:ole="t" filled="f" o:preferrelative="t" stroked="f" coordsize="21600,21600">
            <v:path/>
            <v:fill on="f" focussize="0,0"/>
            <v:stroke on="f" joinstyle="miter"/>
            <v:imagedata r:id="rId2148" o:title="eqId7b26361144bf9d629a87be90c3535454"/>
            <o:lock v:ext="edit" aspectratio="t"/>
            <w10:wrap type="none"/>
            <w10:anchorlock/>
          </v:shape>
        </w:pict>
      </w:r>
      <w:r>
        <w:rPr>
          <w:rFonts w:ascii="宋体" w:hAnsi="宋体" w:eastAsia="宋体" w:cs="宋体"/>
          <w:color w:val="000000"/>
        </w:rPr>
        <w:t>，最小的数为</w:t>
      </w:r>
      <w:r>
        <w:pict>
          <v:shape id="_x0000_i717052"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149" o:title="eqId4dac452fbb5ef6dd653e7fbbef639484"/>
            <o:lock v:ext="edit" aspectratio="t"/>
            <w10:wrap type="none"/>
            <w10:anchorlock/>
          </v:shape>
        </w:pict>
      </w:r>
      <w:r>
        <w:rPr>
          <w:rFonts w:ascii="宋体" w:hAnsi="宋体" w:eastAsia="宋体" w:cs="宋体"/>
          <w:color w:val="000000"/>
        </w:rPr>
        <w:t>，</w:t>
      </w:r>
      <w:r>
        <w:pict>
          <v:shape id="_x0000_i717053" o:spt="75" alt="学科网(www.zxxk.com)--教育资源门户，提供试卷、教案、课件、论文、素材以及各类教学资源下载，还有大量而丰富的教学相关资讯！" type="#_x0000_t75" style="height:31.2pt;width:52.8pt;" o:ole="t" filled="f" o:preferrelative="t" stroked="f" coordsize="21600,21600">
            <v:path/>
            <v:fill on="f" focussize="0,0"/>
            <v:stroke on="f" joinstyle="miter"/>
            <v:imagedata r:id="rId2150" o:title="eqIdf35ff965978db1d4eddd942bc5dee6d1"/>
            <o:lock v:ext="edit" aspectratio="t"/>
            <w10:wrap type="none"/>
            <w10:anchorlock/>
          </v:shape>
        </w:pict>
      </w:r>
      <w:r>
        <w:rPr>
          <w:rFonts w:ascii="宋体" w:hAnsi="宋体" w:eastAsia="宋体" w:cs="宋体"/>
          <w:color w:val="000000"/>
        </w:rPr>
        <w:t>，得</w:t>
      </w:r>
      <w:r>
        <w:pict>
          <v:shape id="_x0000_i71705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51" o:title="eqIdf23d29646155e27b172ecdf263e2d70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w:t>
      </w:r>
      <w:r>
        <w:rPr>
          <w:rFonts w:ascii="Times New Roman" w:hAnsi="Times New Roman" w:eastAsia="Times New Roman" w:cs="Times New Roman"/>
          <w:i/>
          <w:color w:val="000000"/>
        </w:rPr>
        <w:t>x</w:t>
      </w:r>
      <w:r>
        <w:rPr>
          <w:rFonts w:ascii="宋体" w:hAnsi="宋体" w:eastAsia="宋体" w:cs="宋体"/>
          <w:color w:val="000000"/>
        </w:rPr>
        <w:t>的值为</w:t>
      </w:r>
      <w:r>
        <w:pict>
          <v:shape id="_x0000_i71705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152" o:title="eqIdacbc6a613224461ade69362d46550474"/>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w:t>
      </w:r>
      <w:r>
        <w:pict>
          <v:shape id="_x0000_i71705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53" o:title="eqIde65397f11ea8af736f38debadf420c4a"/>
            <o:lock v:ext="edit" aspectratio="t"/>
            <w10:wrap type="none"/>
            <w10:anchorlock/>
          </v:shape>
        </w:pict>
      </w:r>
      <w:r>
        <w:rPr>
          <w:rFonts w:ascii="Times New Roman" w:hAnsi="Times New Roman" w:eastAsia="Times New Roman" w:cs="Times New Roman"/>
          <w:color w:val="000000"/>
        </w:rPr>
        <w:t>,</w:t>
      </w:r>
    </w:p>
    <w:p>
      <w:pPr>
        <w:spacing w:line="360" w:lineRule="auto"/>
        <w:jc w:val="both"/>
        <w:textAlignment w:val="center"/>
        <w:rPr>
          <w:color w:val="000000"/>
        </w:rPr>
      </w:pPr>
      <w:r>
        <w:rPr>
          <w:rFonts w:ascii="宋体" w:hAnsi="宋体" w:eastAsia="宋体" w:cs="宋体"/>
          <w:color w:val="000000"/>
        </w:rPr>
        <w:t>∴</w:t>
      </w:r>
      <w:r>
        <w:pict>
          <v:shape id="_x0000_i717057"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154" o:title="eqId3320a13248a3a1208ff6ee85c9d26f36"/>
            <o:lock v:ext="edit" aspectratio="t"/>
            <w10:wrap type="none"/>
            <w10:anchorlock/>
          </v:shape>
        </w:pict>
      </w:r>
      <w:r>
        <w:rPr>
          <w:rFonts w:ascii="Times New Roman" w:hAnsi="Times New Roman" w:eastAsia="Times New Roman" w:cs="Times New Roman"/>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个连续整数中最小的整数为</w:t>
      </w:r>
      <w:r>
        <w:rPr>
          <w:rFonts w:ascii="Times New Roman" w:hAnsi="Times New Roman" w:eastAsia="Times New Roman" w:cs="Times New Roman"/>
          <w:i/>
          <w:color w:val="000000"/>
        </w:rPr>
        <w:t>x</w:t>
      </w:r>
      <w:r>
        <w:rPr>
          <w:rFonts w:ascii="宋体" w:hAnsi="宋体" w:eastAsia="宋体" w:cs="宋体"/>
          <w:color w:val="000000"/>
        </w:rPr>
        <w:t>，</w:t>
      </w:r>
      <w:r>
        <w:pict>
          <v:shape id="_x0000_i717058"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2155" o:title="eqId8b12f9e5bd4062c553baf623d0a89cb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7059"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2156" o:title="eqId37f0048f547a26a2151893eae8ac22f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7060" o:spt="75" alt="学科网(www.zxxk.com)--教育资源门户，提供试卷、教案、课件、论文、素材以及各类教学资源下载，还有大量而丰富的教学相关资讯！" type="#_x0000_t75" style="height:30.75pt;width:44.25pt;" o:ole="t" filled="f" o:preferrelative="t" stroked="f" coordsize="21600,21600">
            <v:path/>
            <v:fill on="f" focussize="0,0"/>
            <v:stroke on="f" joinstyle="miter"/>
            <v:imagedata r:id="rId2157" o:title="eqId9297f6a7d0c1240370fcf8abca8c519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的最小值为</w:t>
      </w:r>
      <w:r>
        <w:pict>
          <v:shape id="_x0000_i717061" o:spt="75" alt="学科网(www.zxxk.com)--教育资源门户，提供试卷、教案、课件、论文、素材以及各类教学资源下载，还有大量而丰富的教学相关资讯！" type="#_x0000_t75" style="height:30.75pt;width:26.25pt;" o:ole="t" filled="f" o:preferrelative="t" stroked="f" coordsize="21600,21600">
            <v:path/>
            <v:fill on="f" focussize="0,0"/>
            <v:stroke on="f" joinstyle="miter"/>
            <v:imagedata r:id="rId2158" o:title="eqId845537788373e52446c78a32d2a41ed3"/>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设数组</w:t>
      </w:r>
      <w:r>
        <w:rPr>
          <w:rFonts w:ascii="Times New Roman" w:hAnsi="Times New Roman" w:eastAsia="Times New Roman" w:cs="Times New Roman"/>
          <w:i/>
          <w:color w:val="000000"/>
        </w:rPr>
        <w:t>P</w:t>
      </w:r>
      <w:r>
        <w:rPr>
          <w:rFonts w:ascii="宋体" w:hAnsi="宋体" w:eastAsia="宋体" w:cs="宋体"/>
          <w:color w:val="000000"/>
        </w:rPr>
        <w:t>中最大的数是</w:t>
      </w:r>
      <w:r>
        <w:rPr>
          <w:rFonts w:ascii="Times New Roman" w:hAnsi="Times New Roman" w:eastAsia="Times New Roman" w:cs="Times New Roman"/>
          <w:i/>
          <w:color w:val="000000"/>
        </w:rPr>
        <w:t>m</w:t>
      </w:r>
    </w:p>
    <w:p>
      <w:pPr>
        <w:spacing w:line="360" w:lineRule="auto"/>
        <w:jc w:val="both"/>
        <w:textAlignment w:val="center"/>
        <w:rPr>
          <w:color w:val="000000"/>
        </w:rPr>
      </w:pPr>
      <w:r>
        <w:rPr>
          <w:rFonts w:ascii="宋体" w:hAnsi="宋体" w:eastAsia="宋体" w:cs="宋体"/>
          <w:color w:val="000000"/>
        </w:rPr>
        <w:t>∴</w:t>
      </w:r>
      <w:r>
        <w:pict>
          <v:shape id="_x0000_i717062" o:spt="75" alt="学科网(www.zxxk.com)--教育资源门户，提供试卷、教案、课件、论文、素材以及各类教学资源下载，还有大量而丰富的教学相关资讯！" type="#_x0000_t75" style="height:30.75pt;width:53.25pt;" o:ole="t" filled="f" o:preferrelative="t" stroked="f" coordsize="21600,21600">
            <v:path/>
            <v:fill on="f" focussize="0,0"/>
            <v:stroke on="f" joinstyle="miter"/>
            <v:imagedata r:id="rId2159" o:title="eqId8411717fb0669b65ee7bdf217dea87c0"/>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w:t>
      </w:r>
      <w:r>
        <w:pict>
          <v:shape id="_x0000_i717063" o:spt="75" alt="学科网(www.zxxk.com)--教育资源门户，提供试卷、教案、课件、论文、素材以及各类教学资源下载，还有大量而丰富的教学相关资讯！" type="#_x0000_t75" style="height:13.8pt;width:43.8pt;" o:ole="t" filled="f" o:preferrelative="t" stroked="f" coordsize="21600,21600">
            <v:path/>
            <v:fill on="f" focussize="0,0"/>
            <v:stroke on="f" joinstyle="miter"/>
            <v:imagedata r:id="rId2160" o:title="eqIdb85a3334e7413403867734efeafc7138"/>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的最大值为</w:t>
      </w:r>
      <w:r>
        <w:pict>
          <v:shape id="_x0000_i717064" o:spt="75" alt="学科网(www.zxxk.com)--教育资源门户，提供试卷、教案、课件、论文、素材以及各类教学资源下载，还有大量而丰富的教学相关资讯！" type="#_x0000_t75" style="height:20.25pt;width:98.25pt;" o:ole="t" filled="f" o:preferrelative="t" stroked="f" coordsize="21600,21600">
            <v:path/>
            <v:fill on="f" focussize="0,0"/>
            <v:stroke on="f" joinstyle="miter"/>
            <v:imagedata r:id="rId2161" o:title="eqId18b63593ca82660c39288a06ebb7b475"/>
            <o:lock v:ext="edit" aspectratio="t"/>
            <w10:wrap type="none"/>
            <w10:anchorlock/>
          </v:shape>
        </w:pict>
      </w:r>
      <w:r>
        <w:rPr>
          <w:rFonts w:ascii="宋体" w:hAnsi="宋体" w:eastAsia="宋体" w:cs="宋体"/>
          <w:color w:val="000000"/>
        </w:rPr>
        <w:t>．</w:t>
      </w:r>
    </w:p>
    <w:p>
      <w:pPr>
        <w:pStyle w:val="Heading2"/>
      </w:pPr>
      <w:r>
        <w:t>昌平区融合学区（第三组）</w:t>
      </w:r>
    </w:p>
    <w:p>
      <w:pPr>
        <w:spacing w:line="360" w:lineRule="auto"/>
        <w:jc w:val="left"/>
        <w:textAlignment w:val="center"/>
        <w:rPr>
          <w:color w:val="000000"/>
        </w:rPr>
      </w:pPr>
      <w:r>
        <w:rPr>
          <w:color w:val="000000"/>
        </w:rPr>
        <w:t xml:space="preserve">25. </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从数轴上表示</w:t>
      </w:r>
      <w:r>
        <w:pict>
          <v:shape id="_x0000_i71706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162" o:title="eqId4c4f47d27d32b7f205cd916f49623f6b"/>
            <o:lock v:ext="edit" aspectratio="t"/>
            <w10:wrap type="none"/>
            <w10:anchorlock/>
          </v:shape>
        </w:pict>
      </w:r>
      <w:r>
        <w:rPr>
          <w:rFonts w:ascii="宋体" w:hAnsi="宋体" w:eastAsia="宋体" w:cs="宋体"/>
          <w:color w:val="000000"/>
        </w:rPr>
        <w:t>的点开始移动，第一次先向左移动</w:t>
      </w:r>
      <w:r>
        <w:pict>
          <v:shape id="_x0000_i717066"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163" o:title="eqIdbdaa19de263700a15fcf213d64a8cd57"/>
            <o:lock v:ext="edit" aspectratio="t"/>
            <w10:wrap type="none"/>
            <w10:anchorlock/>
          </v:shape>
        </w:pict>
      </w:r>
      <w:r>
        <w:rPr>
          <w:rFonts w:ascii="宋体" w:hAnsi="宋体" w:eastAsia="宋体" w:cs="宋体"/>
          <w:color w:val="000000"/>
        </w:rPr>
        <w:t>个单位，再向右移动</w:t>
      </w:r>
      <w:r>
        <w:pict>
          <v:shape id="_x0000_i717067"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164" o:title="eqId61128ab996360a038e6e64d82fcba004"/>
            <o:lock v:ext="edit" aspectratio="t"/>
            <w10:wrap type="none"/>
            <w10:anchorlock/>
          </v:shape>
        </w:pict>
      </w:r>
      <w:r>
        <w:rPr>
          <w:rFonts w:ascii="宋体" w:hAnsi="宋体" w:eastAsia="宋体" w:cs="宋体"/>
          <w:color w:val="000000"/>
        </w:rPr>
        <w:t>个单位，第二次先向左移动</w:t>
      </w:r>
      <w:r>
        <w:rPr>
          <w:rFonts w:ascii="Times New Roman" w:hAnsi="Times New Roman" w:eastAsia="Times New Roman" w:cs="Times New Roman"/>
          <w:color w:val="000000"/>
        </w:rPr>
        <w:t>3</w:t>
      </w:r>
      <w:r>
        <w:rPr>
          <w:rFonts w:ascii="宋体" w:hAnsi="宋体" w:eastAsia="宋体" w:cs="宋体"/>
          <w:color w:val="000000"/>
        </w:rPr>
        <w:t>个单位长度，再向右移动</w:t>
      </w:r>
      <w:r>
        <w:pict>
          <v:shape id="_x0000_i717068"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2165" o:title="eqIdb8860d9787671b53b1ab68b3d526f5ca"/>
            <o:lock v:ext="edit" aspectratio="t"/>
            <w10:wrap type="none"/>
            <w10:anchorlock/>
          </v:shape>
        </w:pict>
      </w:r>
      <w:r>
        <w:rPr>
          <w:rFonts w:ascii="宋体" w:hAnsi="宋体" w:eastAsia="宋体" w:cs="宋体"/>
          <w:color w:val="000000"/>
        </w:rPr>
        <w:t>个单位；第三次先向左移动</w:t>
      </w:r>
      <w:r>
        <w:pict>
          <v:shape id="_x0000_i717069"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166" o:title="eqIdd91e07104b699c4012be2d26160976a2"/>
            <o:lock v:ext="edit" aspectratio="t"/>
            <w10:wrap type="none"/>
            <w10:anchorlock/>
          </v:shape>
        </w:pict>
      </w:r>
      <w:r>
        <w:rPr>
          <w:rFonts w:ascii="宋体" w:hAnsi="宋体" w:eastAsia="宋体" w:cs="宋体"/>
          <w:color w:val="000000"/>
        </w:rPr>
        <w:t>个单位，再向右移动</w:t>
      </w:r>
      <w:r>
        <w:rPr>
          <w:rFonts w:ascii="Times New Roman" w:hAnsi="Times New Roman" w:eastAsia="Times New Roman" w:cs="Times New Roman"/>
          <w:color w:val="000000"/>
        </w:rPr>
        <w:t>6</w:t>
      </w:r>
      <w:r>
        <w:rPr>
          <w:rFonts w:ascii="宋体" w:hAnsi="宋体" w:eastAsia="宋体" w:cs="宋体"/>
          <w:color w:val="000000"/>
        </w:rPr>
        <w:t>个单位</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写出第一次移动后这个点在数轴上表示的数为</w:t>
      </w:r>
      <w:r>
        <w:rPr>
          <w:rFonts w:ascii="Times New Roman" w:hAnsi="Times New Roman" w:eastAsia="Times New Roman" w:cs="Times New Roman"/>
          <w:color w:val="000000"/>
        </w:rPr>
        <w:t xml:space="preserve"> 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写出第四次移动后这个点在数轴上表示的数为</w:t>
      </w:r>
      <w:r>
        <w:rPr>
          <w:rFonts w:ascii="Times New Roman" w:hAnsi="Times New Roman" w:eastAsia="Times New Roman" w:cs="Times New Roman"/>
          <w:color w:val="000000"/>
        </w:rPr>
        <w:t xml:space="preserve"> ___________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如果第</w:t>
      </w:r>
      <w:r>
        <w:pict>
          <v:shape id="_x0000_i717070"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167" o:title="eqIdb6a24198bd04c29321ae5dc5a28fe421"/>
            <o:lock v:ext="edit" aspectratio="t"/>
            <w10:wrap type="none"/>
            <w10:anchorlock/>
          </v:shape>
        </w:pict>
      </w:r>
      <w:r>
        <w:rPr>
          <w:rFonts w:ascii="宋体" w:hAnsi="宋体" w:eastAsia="宋体" w:cs="宋体"/>
          <w:color w:val="000000"/>
        </w:rPr>
        <w:t>次移动后这个点在数轴上表示的数为</w:t>
      </w:r>
      <w:r>
        <w:pict>
          <v:shape id="_x0000_i717071" o:spt="75" alt="学科网(www.zxxk.com)--教育资源门户，提供试卷、教案、课件、论文、素材以及各类教学资源下载，还有大量而丰富的教学相关资讯！" type="#_x0000_t75" style="height:13.8pt;width:19.8pt;" o:ole="t" filled="f" o:preferrelative="t" stroked="f" coordsize="21600,21600">
            <v:path/>
            <v:fill on="f" focussize="0,0"/>
            <v:stroke on="f" joinstyle="miter"/>
            <v:imagedata r:id="rId2168" o:title="eqId683b966b48f00bfc0bfd552e5de14d3e"/>
            <o:lock v:ext="edit" aspectratio="t"/>
            <w10:wrap type="none"/>
            <w10:anchorlock/>
          </v:shape>
        </w:pict>
      </w:r>
      <w:r>
        <w:rPr>
          <w:rFonts w:ascii="宋体" w:hAnsi="宋体" w:eastAsia="宋体" w:cs="宋体"/>
          <w:color w:val="000000"/>
        </w:rPr>
        <w:t>，求</w:t>
      </w:r>
      <w:r>
        <w:pict>
          <v:shape id="_x0000_i717072"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167" o:title="eqIdb6a24198bd04c29321ae5dc5a28fe421"/>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pict>
          <v:shape id="_x0000_i71707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169" o:title="eqIdc21383e21a15b343a49925ad7753630d"/>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pict>
          <v:shape id="_x0000_i717074"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2170" o:title="eqIde9c5f697359886700a47bc94bebae8d5"/>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166</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pict>
          <v:shape id="_x0000_i71707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171" o:title="eqIdbdaa19de263700a15fcf213d64a8cd57"/>
            <o:lock v:ext="edit" aspectratio="t"/>
            <w10:wrap type="none"/>
            <w10:anchorlock/>
          </v:shape>
        </w:pict>
      </w:r>
      <w:r>
        <w:rPr>
          <w:rFonts w:ascii="宋体" w:hAnsi="宋体" w:eastAsia="宋体" w:cs="宋体"/>
          <w:color w:val="000000"/>
        </w:rPr>
        <w:t>）直接利用点平移的性质得出对应的数字；</w:t>
      </w:r>
    </w:p>
    <w:p>
      <w:pPr>
        <w:spacing w:line="360" w:lineRule="auto"/>
        <w:jc w:val="left"/>
        <w:textAlignment w:val="center"/>
        <w:rPr>
          <w:color w:val="000000"/>
        </w:rPr>
      </w:pPr>
      <w:r>
        <w:rPr>
          <w:rFonts w:ascii="宋体" w:hAnsi="宋体" w:eastAsia="宋体" w:cs="宋体"/>
          <w:color w:val="000000"/>
        </w:rPr>
        <w:t>（</w:t>
      </w:r>
      <w:r>
        <w:pict>
          <v:shape id="_x0000_i71707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172" o:title="eqId61128ab996360a038e6e64d82fcba004"/>
            <o:lock v:ext="edit" aspectratio="t"/>
            <w10:wrap type="none"/>
            <w10:anchorlock/>
          </v:shape>
        </w:pict>
      </w:r>
      <w:r>
        <w:rPr>
          <w:rFonts w:ascii="宋体" w:hAnsi="宋体" w:eastAsia="宋体" w:cs="宋体"/>
          <w:color w:val="000000"/>
        </w:rPr>
        <w:t>）直接利用点平移的性质得出对应的数字；</w:t>
      </w:r>
    </w:p>
    <w:p>
      <w:pPr>
        <w:spacing w:line="360" w:lineRule="auto"/>
        <w:jc w:val="left"/>
        <w:textAlignment w:val="center"/>
        <w:rPr>
          <w:color w:val="000000"/>
        </w:rPr>
      </w:pPr>
      <w:r>
        <w:rPr>
          <w:rFonts w:ascii="宋体" w:hAnsi="宋体" w:eastAsia="宋体" w:cs="宋体"/>
          <w:color w:val="000000"/>
        </w:rPr>
        <w:t>（</w:t>
      </w:r>
      <w:r>
        <w:pict>
          <v:shape id="_x0000_i717077"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173" o:title="eqId5ca7d1107389675d32b56ec097464c14"/>
            <o:lock v:ext="edit" aspectratio="t"/>
            <w10:wrap type="none"/>
            <w10:anchorlock/>
          </v:shape>
        </w:pict>
      </w:r>
      <w:r>
        <w:rPr>
          <w:rFonts w:ascii="宋体" w:hAnsi="宋体" w:eastAsia="宋体" w:cs="宋体"/>
          <w:color w:val="000000"/>
        </w:rPr>
        <w:t>）根据前两问得出平移规律，进而求解．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从数轴上表示</w:t>
      </w:r>
      <w:r>
        <w:pict>
          <v:shape id="_x0000_i71707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174" o:title="eqId4c4f47d27d32b7f205cd916f49623f6b"/>
            <o:lock v:ext="edit" aspectratio="t"/>
            <w10:wrap type="none"/>
            <w10:anchorlock/>
          </v:shape>
        </w:pict>
      </w:r>
      <w:r>
        <w:rPr>
          <w:rFonts w:ascii="宋体" w:hAnsi="宋体" w:eastAsia="宋体" w:cs="宋体"/>
          <w:color w:val="000000"/>
        </w:rPr>
        <w:t>的点开始移动，</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第一次先向左平移</w:t>
      </w:r>
      <w:r>
        <w:pict>
          <v:shape id="_x0000_i717079"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175" o:title="eqIdbdaa19de263700a15fcf213d64a8cd57"/>
            <o:lock v:ext="edit" aspectratio="t"/>
            <w10:wrap type="none"/>
            <w10:anchorlock/>
          </v:shape>
        </w:pict>
      </w:r>
      <w:r>
        <w:rPr>
          <w:rFonts w:ascii="宋体" w:hAnsi="宋体" w:eastAsia="宋体" w:cs="宋体"/>
          <w:color w:val="000000"/>
        </w:rPr>
        <w:t>个单位，再向右移动</w:t>
      </w:r>
      <w:r>
        <w:pict>
          <v:shape id="_x0000_i717080"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176" o:title="eqId61128ab996360a038e6e64d82fcba004"/>
            <o:lock v:ext="edit" aspectratio="t"/>
            <w10:wrap type="none"/>
            <w10:anchorlock/>
          </v:shape>
        </w:pict>
      </w:r>
      <w:r>
        <w:rPr>
          <w:rFonts w:ascii="宋体" w:hAnsi="宋体" w:eastAsia="宋体" w:cs="宋体"/>
          <w:color w:val="000000"/>
        </w:rPr>
        <w:t>个单位，</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第一次移动后这个点在数轴上表示的数为</w:t>
      </w:r>
      <w:r>
        <w:pict>
          <v:shape id="_x0000_i717081"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2177" o:title="eqId2594c304bba85b5f30b6ec90ef109f6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解：第二次先向左移动</w:t>
      </w:r>
      <w:r>
        <w:rPr>
          <w:rFonts w:ascii="Times New Roman" w:hAnsi="Times New Roman" w:eastAsia="Times New Roman" w:cs="Times New Roman"/>
          <w:color w:val="000000"/>
        </w:rPr>
        <w:t>3</w:t>
      </w:r>
      <w:r>
        <w:rPr>
          <w:rFonts w:ascii="宋体" w:hAnsi="宋体" w:eastAsia="宋体" w:cs="宋体"/>
          <w:color w:val="000000"/>
        </w:rPr>
        <w:t>个单位长度，再向右移动</w:t>
      </w:r>
      <w:r>
        <w:pict>
          <v:shape id="_x0000_i717082"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2178" o:title="eqIdb8860d9787671b53b1ab68b3d526f5ca"/>
            <o:lock v:ext="edit" aspectratio="t"/>
            <w10:wrap type="none"/>
            <w10:anchorlock/>
          </v:shape>
        </w:pict>
      </w:r>
      <w:r>
        <w:rPr>
          <w:rFonts w:ascii="宋体" w:hAnsi="宋体" w:eastAsia="宋体" w:cs="宋体"/>
          <w:color w:val="000000"/>
        </w:rPr>
        <w:t>个单位，</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第二次移动后这个点在数轴上表示的数为</w:t>
      </w:r>
      <w:r>
        <w:pict>
          <v:shape id="_x0000_i717083"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2179" o:title="eqId108833a14b99e7275c02255cd0b4b2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第三次先向左移动</w:t>
      </w:r>
      <w:r>
        <w:rPr>
          <w:rFonts w:ascii="Times New Roman" w:hAnsi="Times New Roman" w:eastAsia="Times New Roman" w:cs="Times New Roman"/>
          <w:color w:val="000000"/>
        </w:rPr>
        <w:t>5</w:t>
      </w:r>
      <w:r>
        <w:rPr>
          <w:rFonts w:ascii="宋体" w:hAnsi="宋体" w:eastAsia="宋体" w:cs="宋体"/>
          <w:color w:val="000000"/>
        </w:rPr>
        <w:t>个单位，再向右移动</w:t>
      </w:r>
      <w:r>
        <w:rPr>
          <w:rFonts w:ascii="Times New Roman" w:hAnsi="Times New Roman" w:eastAsia="Times New Roman" w:cs="Times New Roman"/>
          <w:color w:val="000000"/>
        </w:rPr>
        <w:t>6</w:t>
      </w:r>
      <w:r>
        <w:rPr>
          <w:rFonts w:ascii="宋体" w:hAnsi="宋体" w:eastAsia="宋体" w:cs="宋体"/>
          <w:color w:val="000000"/>
        </w:rPr>
        <w:t>个单位，</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第三次移动后这个点在数轴上表示的数为：</w:t>
      </w:r>
      <w:r>
        <w:pict>
          <v:shape id="_x0000_i717084"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2180" o:title="eqId90b2a348e06be3b144e6bcdabbbf6e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第四次先向左移动</w:t>
      </w:r>
      <w:r>
        <w:rPr>
          <w:rFonts w:ascii="Times New Roman" w:hAnsi="Times New Roman" w:eastAsia="Times New Roman" w:cs="Times New Roman"/>
          <w:color w:val="000000"/>
        </w:rPr>
        <w:t>7</w:t>
      </w:r>
      <w:r>
        <w:rPr>
          <w:rFonts w:ascii="宋体" w:hAnsi="宋体" w:eastAsia="宋体" w:cs="宋体"/>
          <w:color w:val="000000"/>
        </w:rPr>
        <w:t>个单位，再向右移动</w:t>
      </w:r>
      <w:r>
        <w:rPr>
          <w:rFonts w:ascii="Times New Roman" w:hAnsi="Times New Roman" w:eastAsia="Times New Roman" w:cs="Times New Roman"/>
          <w:color w:val="000000"/>
        </w:rPr>
        <w:t>8</w:t>
      </w:r>
      <w:r>
        <w:rPr>
          <w:rFonts w:ascii="宋体" w:hAnsi="宋体" w:eastAsia="宋体" w:cs="宋体"/>
          <w:color w:val="000000"/>
        </w:rPr>
        <w:t>个单位，</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第四次移动后这个点在数轴上表示的数为：</w:t>
      </w:r>
      <w:r>
        <w:pict>
          <v:shape id="_x0000_i717085" o:spt="75" alt="学科网(www.zxxk.com)--教育资源门户，提供试卷、教案、课件、论文、素材以及各类教学资源下载，还有大量而丰富的教学相关资讯！" type="#_x0000_t75" style="height:14.25pt;width:59.65pt;" o:ole="t" filled="f" o:preferrelative="t" stroked="f" coordsize="21600,21600">
            <v:path/>
            <v:fill on="f" focussize="0,0"/>
            <v:stroke on="f" joinstyle="miter"/>
            <v:imagedata r:id="rId2181" o:title="eqId0c56551e72e11ecbbbfb31def57cef5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解：由以上可得：第</w:t>
      </w:r>
      <w:r>
        <w:rPr>
          <w:rFonts w:ascii="Times New Roman" w:hAnsi="Times New Roman" w:eastAsia="Times New Roman" w:cs="Times New Roman"/>
          <w:i/>
          <w:color w:val="000000"/>
        </w:rPr>
        <w:t>n</w:t>
      </w:r>
      <w:r>
        <w:rPr>
          <w:rFonts w:ascii="宋体" w:hAnsi="宋体" w:eastAsia="宋体" w:cs="宋体"/>
          <w:color w:val="000000"/>
        </w:rPr>
        <w:t>次移动结果这个点在数轴上表示的数为：</w:t>
      </w:r>
      <w:r>
        <w:pict>
          <v:shape id="_x0000_i71708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182" o:title="eqId3468a665ac713ab7b400c672f19650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087"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2183" o:title="eqId7ab24b46940eaf3ea735c7e85154fc5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088"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2184" o:title="eqId712b4374ae54856ca6c63e93bde4be2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此题主要考查了数轴以及点的平移，正确得出平移规律是解题的关键．</w:t>
      </w:r>
    </w:p>
    <w:p>
      <w:pPr>
        <w:spacing w:line="360" w:lineRule="auto"/>
        <w:jc w:val="left"/>
        <w:textAlignment w:val="center"/>
        <w:rPr>
          <w:color w:val="000000"/>
        </w:rPr>
      </w:pPr>
      <w:r>
        <w:rPr>
          <w:color w:val="000000"/>
        </w:rPr>
        <w:t xml:space="preserve">26. </w:t>
      </w:r>
      <w:r>
        <w:rPr>
          <w:rFonts w:ascii="宋体" w:hAnsi="宋体" w:eastAsia="宋体" w:cs="宋体"/>
          <w:color w:val="000000"/>
        </w:rPr>
        <w:t>阅读绝对值拓展材料：|</w:t>
      </w:r>
      <w:r>
        <w:rPr>
          <w:rFonts w:ascii="Times New Roman" w:hAnsi="Times New Roman" w:eastAsia="Times New Roman" w:cs="Times New Roman"/>
          <w:i/>
          <w:color w:val="000000"/>
        </w:rPr>
        <w:t>a</w:t>
      </w:r>
      <w:r>
        <w:rPr>
          <w:rFonts w:ascii="宋体" w:hAnsi="宋体" w:eastAsia="宋体" w:cs="宋体"/>
          <w:color w:val="000000"/>
        </w:rPr>
        <w:t>|表示数</w:t>
      </w:r>
      <w:r>
        <w:rPr>
          <w:rFonts w:ascii="Times New Roman" w:hAnsi="Times New Roman" w:eastAsia="Times New Roman" w:cs="Times New Roman"/>
          <w:i/>
          <w:color w:val="000000"/>
        </w:rPr>
        <w:t>a</w:t>
      </w:r>
      <w:r>
        <w:rPr>
          <w:rFonts w:ascii="宋体" w:hAnsi="宋体" w:eastAsia="宋体" w:cs="宋体"/>
          <w:color w:val="000000"/>
        </w:rPr>
        <w:t>在数轴上的对应点与原点的距离，如：|</w:t>
      </w:r>
      <w:r>
        <w:rPr>
          <w:rFonts w:ascii="Times New Roman" w:hAnsi="Times New Roman" w:eastAsia="Times New Roman" w:cs="Times New Roman"/>
          <w:color w:val="000000"/>
        </w:rPr>
        <w:t>5</w: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在数轴上的对应点到原点的距离而|</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|，即|</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在数轴上对应的两点之间的距离，类似的，|</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在数轴上对应的两点之间的距离．一般地，点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在数轴上分别表示有理数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，那么</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之间的距离可表示为|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根据上述材料，回答下列问题．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）数轴上表示</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5</w:t>
      </w:r>
      <w:r>
        <w:rPr>
          <w:rFonts w:ascii="宋体" w:hAnsi="宋体" w:eastAsia="宋体" w:cs="宋体"/>
          <w:color w:val="000000"/>
        </w:rPr>
        <w:t>的两点之间的距离是</w:t>
      </w:r>
      <w:r>
        <w:rPr>
          <w:rFonts w:ascii="宋体" w:hAnsi="宋体" w:eastAsia="宋体" w:cs="宋体"/>
          <w:color w:val="000000"/>
          <w:u w:val="single"/>
        </w:rPr>
        <w:t xml:space="preserve">     </w:t>
      </w:r>
      <w:r>
        <w:rPr>
          <w:rFonts w:ascii="宋体" w:hAnsi="宋体" w:eastAsia="宋体" w:cs="宋体"/>
          <w:color w:val="000000"/>
        </w:rPr>
        <w:t>，数轴上表示</w:t>
      </w:r>
      <w:r>
        <w:rPr>
          <w:rFonts w:ascii="Times New Roman" w:hAnsi="Times New Roman" w:eastAsia="Times New Roman" w:cs="Times New Roman"/>
          <w:color w:val="000000"/>
        </w:rPr>
        <w:t>1</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的两点之间的距离是</w:t>
      </w:r>
      <w:r>
        <w:rPr>
          <w:rFonts w:ascii="宋体" w:hAnsi="宋体" w:eastAsia="宋体" w:cs="宋体"/>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）借助数轴解决问题：如果|</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，那么</w:t>
      </w:r>
      <w:r>
        <w:rPr>
          <w:rFonts w:ascii="Times New Roman" w:hAnsi="Times New Roman" w:eastAsia="Times New Roman" w:cs="Times New Roman"/>
          <w:i/>
          <w:color w:val="000000"/>
        </w:rPr>
        <w:t>x</w:t>
      </w:r>
      <w:r>
        <w:rPr>
          <w:rFonts w:ascii="宋体" w:hAnsi="宋体" w:eastAsia="宋体" w:cs="宋体"/>
          <w:color w:val="000000"/>
        </w:rPr>
        <w:t>＝</w:t>
      </w:r>
      <w:r>
        <w:rPr>
          <w:rFonts w:ascii="宋体" w:hAnsi="宋体" w:eastAsia="宋体" w:cs="宋体"/>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|可以理解为数轴上表示</w:t>
      </w:r>
      <w:r>
        <w:rPr>
          <w:rFonts w:ascii="Times New Roman" w:hAnsi="Times New Roman" w:eastAsia="Times New Roman" w:cs="Times New Roman"/>
          <w:i/>
          <w:color w:val="000000"/>
        </w:rPr>
        <w:t>x</w:t>
      </w:r>
      <w:r>
        <w:rPr>
          <w:rFonts w:ascii="宋体" w:hAnsi="宋体" w:eastAsia="宋体" w:cs="宋体"/>
          <w:color w:val="000000"/>
        </w:rPr>
        <w:t>的点到表示</w:t>
      </w:r>
      <w:r>
        <w:rPr>
          <w:rFonts w:ascii="宋体" w:hAnsi="宋体" w:eastAsia="宋体" w:cs="宋体"/>
          <w:color w:val="000000"/>
          <w:u w:val="single"/>
        </w:rPr>
        <w:t xml:space="preserve">     </w:t>
      </w:r>
      <w:r>
        <w:rPr>
          <w:rFonts w:ascii="宋体" w:hAnsi="宋体" w:eastAsia="宋体" w:cs="宋体"/>
          <w:color w:val="000000"/>
        </w:rPr>
        <w:t>和</w:t>
      </w:r>
      <w:r>
        <w:rPr>
          <w:rFonts w:ascii="宋体" w:hAnsi="宋体" w:eastAsia="宋体" w:cs="宋体"/>
          <w:color w:val="000000"/>
          <w:u w:val="single"/>
        </w:rPr>
        <w:t xml:space="preserve">     </w:t>
      </w:r>
      <w:r>
        <w:rPr>
          <w:rFonts w:ascii="宋体" w:hAnsi="宋体" w:eastAsia="宋体" w:cs="宋体"/>
          <w:color w:val="000000"/>
        </w:rPr>
        <w:t>这两个点的距离之和，则|</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|的最小值是</w:t>
      </w:r>
      <w:r>
        <w:rPr>
          <w:rFonts w:ascii="宋体" w:hAnsi="宋体" w:eastAsia="宋体" w:cs="宋体"/>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 xml:space="preserve">4 </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）根据阅读材料提供的两点间的距离计算即可；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）清楚</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2|=1</w:t>
      </w:r>
      <w:r>
        <w:rPr>
          <w:rFonts w:ascii="宋体" w:hAnsi="宋体" w:eastAsia="宋体" w:cs="宋体"/>
          <w:color w:val="000000"/>
        </w:rPr>
        <w:t>表示的是数</w:t>
      </w:r>
      <w:r>
        <w:rPr>
          <w:rFonts w:ascii="Times New Roman" w:hAnsi="Times New Roman" w:eastAsia="Times New Roman" w:cs="Times New Roman"/>
          <w:i/>
          <w:color w:val="000000"/>
        </w:rPr>
        <w:t>x</w:t>
      </w:r>
      <w:r>
        <w:rPr>
          <w:rFonts w:ascii="宋体" w:hAnsi="宋体" w:eastAsia="宋体" w:cs="宋体"/>
          <w:color w:val="000000"/>
        </w:rPr>
        <w:t>表示的点与数－</w:t>
      </w:r>
      <w:r>
        <w:rPr>
          <w:rFonts w:ascii="Times New Roman" w:hAnsi="Times New Roman" w:eastAsia="Times New Roman" w:cs="Times New Roman"/>
          <w:color w:val="000000"/>
        </w:rPr>
        <w:t>2</w:t>
      </w:r>
      <w:r>
        <w:rPr>
          <w:rFonts w:ascii="宋体" w:hAnsi="宋体" w:eastAsia="宋体" w:cs="宋体"/>
          <w:color w:val="000000"/>
        </w:rPr>
        <w:t>表示的点之间的距离为</w:t>
      </w:r>
      <w:r>
        <w:rPr>
          <w:rFonts w:ascii="Times New Roman" w:hAnsi="Times New Roman" w:eastAsia="Times New Roman" w:cs="Times New Roman"/>
          <w:color w:val="000000"/>
        </w:rPr>
        <w:t>1,</w:t>
      </w:r>
      <w:r>
        <w:rPr>
          <w:rFonts w:ascii="宋体" w:hAnsi="宋体" w:eastAsia="宋体" w:cs="宋体"/>
          <w:color w:val="000000"/>
        </w:rPr>
        <w:t>因此借助数轴即可完成；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表示数轴上表示</w:t>
      </w:r>
      <w:r>
        <w:rPr>
          <w:rFonts w:ascii="Times New Roman" w:hAnsi="Times New Roman" w:eastAsia="Times New Roman" w:cs="Times New Roman"/>
          <w:i/>
          <w:color w:val="000000"/>
        </w:rPr>
        <w:t>x</w:t>
      </w:r>
      <w:r>
        <w:rPr>
          <w:rFonts w:ascii="宋体" w:hAnsi="宋体" w:eastAsia="宋体" w:cs="宋体"/>
          <w:color w:val="000000"/>
        </w:rPr>
        <w:t>的点与表示－</w:t>
      </w:r>
      <w:r>
        <w:rPr>
          <w:rFonts w:ascii="Times New Roman" w:hAnsi="Times New Roman" w:eastAsia="Times New Roman" w:cs="Times New Roman"/>
          <w:color w:val="000000"/>
        </w:rPr>
        <w:t>2</w:t>
      </w:r>
      <w:r>
        <w:rPr>
          <w:rFonts w:ascii="宋体" w:hAnsi="宋体" w:eastAsia="宋体" w:cs="宋体"/>
          <w:color w:val="000000"/>
        </w:rPr>
        <w:t>的点间的距离，</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表示数轴上表示</w:t>
      </w:r>
      <w:r>
        <w:rPr>
          <w:rFonts w:ascii="Times New Roman" w:hAnsi="Times New Roman" w:eastAsia="Times New Roman" w:cs="Times New Roman"/>
          <w:i/>
          <w:color w:val="000000"/>
        </w:rPr>
        <w:t>x</w:t>
      </w:r>
      <w:r>
        <w:rPr>
          <w:rFonts w:ascii="宋体" w:hAnsi="宋体" w:eastAsia="宋体" w:cs="宋体"/>
          <w:color w:val="000000"/>
        </w:rPr>
        <w:t>的点与表示</w:t>
      </w:r>
      <w:r>
        <w:rPr>
          <w:rFonts w:ascii="Times New Roman" w:hAnsi="Times New Roman" w:eastAsia="Times New Roman" w:cs="Times New Roman"/>
          <w:color w:val="000000"/>
        </w:rPr>
        <w:t>1</w:t>
      </w:r>
      <w:r>
        <w:rPr>
          <w:rFonts w:ascii="宋体" w:hAnsi="宋体" w:eastAsia="宋体" w:cs="宋体"/>
          <w:color w:val="000000"/>
        </w:rPr>
        <w:t>的点间的距离，因此</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可以理解为数轴上表示</w:t>
      </w:r>
      <w:r>
        <w:rPr>
          <w:rFonts w:ascii="Times New Roman" w:hAnsi="Times New Roman" w:eastAsia="Times New Roman" w:cs="Times New Roman"/>
          <w:i/>
          <w:color w:val="000000"/>
        </w:rPr>
        <w:t>x</w:t>
      </w:r>
      <w:r>
        <w:rPr>
          <w:rFonts w:ascii="宋体" w:hAnsi="宋体" w:eastAsia="宋体" w:cs="宋体"/>
          <w:color w:val="000000"/>
        </w:rPr>
        <w:t>的点到表示－</w:t>
      </w:r>
      <w:r>
        <w:rPr>
          <w:rFonts w:ascii="Times New Roman" w:hAnsi="Times New Roman" w:eastAsia="Times New Roman" w:cs="Times New Roman"/>
          <w:color w:val="000000"/>
        </w:rPr>
        <w:t>2</w:t>
      </w:r>
      <w:r>
        <w:rPr>
          <w:rFonts w:ascii="宋体" w:hAnsi="宋体" w:eastAsia="宋体" w:cs="宋体"/>
          <w:color w:val="000000"/>
        </w:rPr>
        <w:t>和表示</w:t>
      </w:r>
      <w:r>
        <w:rPr>
          <w:rFonts w:ascii="Times New Roman" w:hAnsi="Times New Roman" w:eastAsia="Times New Roman" w:cs="Times New Roman"/>
          <w:color w:val="000000"/>
        </w:rPr>
        <w:t>1</w:t>
      </w:r>
      <w:r>
        <w:rPr>
          <w:rFonts w:ascii="宋体" w:hAnsi="宋体" w:eastAsia="宋体" w:cs="宋体"/>
          <w:color w:val="000000"/>
        </w:rPr>
        <w:t>这两个点的距离之和，因而可以求得其最小值．</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）由题意得：数轴上表示</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5</w:t>
      </w:r>
      <w:r>
        <w:rPr>
          <w:rFonts w:ascii="宋体" w:hAnsi="宋体" w:eastAsia="宋体" w:cs="宋体"/>
          <w:color w:val="000000"/>
        </w:rPr>
        <w:t>的两点之间的距离是</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2|=3</w:t>
      </w:r>
      <w:r>
        <w:rPr>
          <w:rFonts w:ascii="宋体" w:hAnsi="宋体" w:eastAsia="宋体" w:cs="宋体"/>
          <w:color w:val="000000"/>
        </w:rPr>
        <w:t>；数轴上表示</w:t>
      </w:r>
      <w:r>
        <w:rPr>
          <w:rFonts w:ascii="Times New Roman" w:hAnsi="Times New Roman" w:eastAsia="Times New Roman" w:cs="Times New Roman"/>
          <w:color w:val="000000"/>
        </w:rPr>
        <w:t>1</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的两点之间的距离是</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2|=1</w:t>
      </w:r>
      <w:r>
        <w:rPr>
          <w:rFonts w:ascii="宋体" w:hAnsi="宋体" w:eastAsia="宋体" w:cs="宋体"/>
          <w:color w:val="000000"/>
        </w:rPr>
        <w:t>表示</w:t>
      </w:r>
      <w:r>
        <w:rPr>
          <w:rFonts w:ascii="宋体" w:hAnsi="宋体" w:eastAsia="宋体" w:cs="宋体"/>
          <w:color w:val="000000"/>
          <w:position w:val="0"/>
        </w:rPr>
        <w:drawing>
          <wp:inline distT="0" distB="0" distL="114300" distR="114300">
            <wp:extent cx="133350" cy="177800"/>
            <wp:effectExtent l="0" t="0" r="0" b="0"/>
            <wp:docPr id="3669" name="图片 57098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 name="图片 570981912"/>
                    <pic:cNvPicPr>
                      <a:picLocks noChangeAspect="1"/>
                    </pic:cNvPicPr>
                  </pic:nvPicPr>
                  <pic:blipFill>
                    <a:blip r:embed="rId218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是数</w:t>
      </w:r>
      <w:r>
        <w:rPr>
          <w:rFonts w:ascii="Times New Roman" w:hAnsi="Times New Roman" w:eastAsia="Times New Roman" w:cs="Times New Roman"/>
          <w:i/>
          <w:color w:val="000000"/>
        </w:rPr>
        <w:t>x</w:t>
      </w:r>
      <w:r>
        <w:rPr>
          <w:rFonts w:ascii="宋体" w:hAnsi="宋体" w:eastAsia="宋体" w:cs="宋体"/>
          <w:color w:val="000000"/>
        </w:rPr>
        <w:t>表示的点与数－</w:t>
      </w:r>
      <w:r>
        <w:rPr>
          <w:rFonts w:ascii="Times New Roman" w:hAnsi="Times New Roman" w:eastAsia="Times New Roman" w:cs="Times New Roman"/>
          <w:color w:val="000000"/>
        </w:rPr>
        <w:t>2</w:t>
      </w:r>
      <w:r>
        <w:rPr>
          <w:rFonts w:ascii="宋体" w:hAnsi="宋体" w:eastAsia="宋体" w:cs="宋体"/>
          <w:color w:val="000000"/>
        </w:rPr>
        <w:t>表示的点之间的距离为</w:t>
      </w:r>
      <w:r>
        <w:rPr>
          <w:rFonts w:ascii="Times New Roman" w:hAnsi="Times New Roman" w:eastAsia="Times New Roman" w:cs="Times New Roman"/>
          <w:color w:val="000000"/>
        </w:rPr>
        <w:t>1</w:t>
      </w:r>
      <w:r>
        <w:rPr>
          <w:rFonts w:ascii="宋体" w:hAnsi="宋体" w:eastAsia="宋体" w:cs="宋体"/>
          <w:color w:val="000000"/>
        </w:rPr>
        <w:t>，由数轴知，</w:t>
      </w:r>
      <w:r>
        <w:rPr>
          <w:rFonts w:ascii="Times New Roman" w:hAnsi="Times New Roman" w:eastAsia="Times New Roman" w:cs="Times New Roman"/>
          <w:i/>
          <w:color w:val="000000"/>
        </w:rPr>
        <w:t>x</w:t>
      </w:r>
      <w:r>
        <w:rPr>
          <w:rFonts w:ascii="宋体" w:hAnsi="宋体" w:eastAsia="宋体" w:cs="宋体"/>
          <w:color w:val="000000"/>
        </w:rPr>
        <w:t>的值为－</w:t>
      </w:r>
      <w:r>
        <w:rPr>
          <w:rFonts w:ascii="Times New Roman" w:hAnsi="Times New Roman" w:eastAsia="Times New Roman" w:cs="Times New Roman"/>
          <w:color w:val="000000"/>
        </w:rPr>
        <w:t>3</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3</w:t>
      </w:r>
    </w:p>
    <w:p>
      <w:pPr>
        <w:spacing w:line="360" w:lineRule="auto"/>
        <w:jc w:val="left"/>
        <w:textAlignment w:val="center"/>
        <w:rPr>
          <w:color w:val="000000"/>
        </w:rPr>
      </w:pPr>
      <w:r>
        <w:rPr>
          <w:color w:val="000000"/>
        </w:rPr>
        <w:drawing>
          <wp:inline distT="0" distB="0" distL="114300" distR="114300">
            <wp:extent cx="2562225" cy="723900"/>
            <wp:effectExtent l="0" t="0" r="0" b="0"/>
            <wp:docPr id="367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 name="图片 100031" descr="学科网(www.zxxk.com)--教育资源门户，提供试卷、教案、课件、论文、素材以及各类教学资源下载，还有大量而丰富的教学相关资讯！"/>
                    <pic:cNvPicPr>
                      <a:picLocks noChangeAspect="1"/>
                    </pic:cNvPicPr>
                  </pic:nvPicPr>
                  <pic:blipFill>
                    <a:blip r:embed="rId2186"/>
                    <a:stretch>
                      <a:fillRect/>
                    </a:stretch>
                  </pic:blipFill>
                  <pic:spPr>
                    <a:xfrm>
                      <a:off x="0" y="0"/>
                      <a:ext cx="2562225" cy="7239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）由题意知，</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可以理解为数轴上表示</w:t>
      </w:r>
      <w:r>
        <w:rPr>
          <w:rFonts w:ascii="Times New Roman" w:hAnsi="Times New Roman" w:eastAsia="Times New Roman" w:cs="Times New Roman"/>
          <w:i/>
          <w:color w:val="000000"/>
        </w:rPr>
        <w:t>x</w:t>
      </w:r>
      <w:r>
        <w:rPr>
          <w:rFonts w:ascii="宋体" w:hAnsi="宋体" w:eastAsia="宋体" w:cs="宋体"/>
          <w:color w:val="000000"/>
        </w:rPr>
        <w:t>的点到表示－</w:t>
      </w:r>
      <w:r>
        <w:rPr>
          <w:rFonts w:ascii="Times New Roman" w:hAnsi="Times New Roman" w:eastAsia="Times New Roman" w:cs="Times New Roman"/>
          <w:color w:val="000000"/>
        </w:rPr>
        <w:t>2</w:t>
      </w:r>
      <w:r>
        <w:rPr>
          <w:rFonts w:ascii="宋体" w:hAnsi="宋体" w:eastAsia="宋体" w:cs="宋体"/>
          <w:color w:val="000000"/>
        </w:rPr>
        <w:t>和表示</w:t>
      </w:r>
      <w:r>
        <w:rPr>
          <w:rFonts w:ascii="Times New Roman" w:hAnsi="Times New Roman" w:eastAsia="Times New Roman" w:cs="Times New Roman"/>
          <w:color w:val="000000"/>
        </w:rPr>
        <w:t>1</w:t>
      </w:r>
      <w:r>
        <w:rPr>
          <w:rFonts w:ascii="宋体" w:hAnsi="宋体" w:eastAsia="宋体" w:cs="宋体"/>
          <w:color w:val="000000"/>
        </w:rPr>
        <w:t>这两个点的距离之和，如图，当</w:t>
      </w:r>
      <w:r>
        <w:pict>
          <v:shape id="_x0000_i717089" o:spt="75" alt="学科网(www.zxxk.com)--教育资源门户，提供试卷、教案、课件、论文、素材以及各类教学资源下载，还有大量而丰富的教学相关资讯！" type="#_x0000_t75" style="height:14.4pt;width:54.6pt;" o:ole="t" filled="f" o:preferrelative="t" stroked="f" coordsize="21600,21600">
            <v:path/>
            <v:fill on="f" focussize="0,0"/>
            <v:stroke on="f" joinstyle="miter"/>
            <v:imagedata r:id="rId2187" o:title="eqIdd544d676ba61b4315817833fdf5c01eb"/>
            <o:lock v:ext="edit" aspectratio="t"/>
            <w10:wrap type="none"/>
            <w10:anchorlock/>
          </v:shape>
        </w:pict>
      </w:r>
      <w:r>
        <w:rPr>
          <w:rFonts w:ascii="宋体" w:hAnsi="宋体" w:eastAsia="宋体" w:cs="宋体"/>
          <w:color w:val="000000"/>
        </w:rPr>
        <w:t>时，</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；当</w:t>
      </w:r>
      <w:r>
        <w:pict>
          <v:shape id="_x0000_i717090" o:spt="75" alt="学科网(www.zxxk.com)--教育资源门户，提供试卷、教案、课件、论文、素材以及各类教学资源下载，还有大量而丰富的教学相关资讯！" type="#_x0000_t75" style="height:14.25pt;width:25.5pt;" o:ole="t" filled="f" o:preferrelative="t" stroked="f" coordsize="21600,21600">
            <v:path/>
            <v:fill on="f" focussize="0,0"/>
            <v:stroke on="f" joinstyle="miter"/>
            <v:imagedata r:id="rId2188" o:title="eqId0fde64f4d3c38e43fbdee24eadc4b0dd"/>
            <o:lock v:ext="edit" aspectratio="t"/>
            <w10:wrap type="none"/>
            <w10:anchorlock/>
          </v:shape>
        </w:pict>
      </w:r>
      <w:r>
        <w:rPr>
          <w:rFonts w:ascii="宋体" w:hAnsi="宋体" w:eastAsia="宋体" w:cs="宋体"/>
          <w:color w:val="000000"/>
        </w:rPr>
        <w:t>或</w:t>
      </w:r>
      <w:r>
        <w:pict>
          <v:shape id="_x0000_i717091" o:spt="75" alt="学科网(www.zxxk.com)--教育资源门户，提供试卷、教案、课件、论文、素材以及各类教学资源下载，还有大量而丰富的教学相关资讯！" type="#_x0000_t75" style="height:14.4pt;width:33.6pt;" o:ole="t" filled="f" o:preferrelative="t" stroked="f" coordsize="21600,21600">
            <v:path/>
            <v:fill on="f" focussize="0,0"/>
            <v:stroke on="f" joinstyle="miter"/>
            <v:imagedata r:id="rId2189" o:title="eqId5eeb69dcd17cd8448b0ed90fc02a7f3c"/>
            <o:lock v:ext="edit" aspectratio="t"/>
            <w10:wrap type="none"/>
            <w10:anchorlock/>
          </v:shape>
        </w:pict>
      </w:r>
      <w:r>
        <w:rPr>
          <w:rFonts w:ascii="宋体" w:hAnsi="宋体" w:eastAsia="宋体" w:cs="宋体"/>
          <w:color w:val="000000"/>
        </w:rPr>
        <w:t>时，</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1|&gt;3</w:t>
      </w:r>
      <w:r>
        <w:rPr>
          <w:rFonts w:ascii="宋体" w:hAnsi="宋体" w:eastAsia="宋体" w:cs="宋体"/>
          <w:color w:val="000000"/>
        </w:rPr>
        <w:t>；故其最小值为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p>
    <w:p>
      <w:pPr>
        <w:spacing w:line="360" w:lineRule="auto"/>
        <w:jc w:val="left"/>
        <w:textAlignment w:val="center"/>
        <w:rPr>
          <w:color w:val="000000"/>
        </w:rPr>
      </w:pPr>
      <w:r>
        <w:rPr>
          <w:color w:val="000000"/>
        </w:rPr>
        <w:drawing>
          <wp:inline distT="0" distB="0" distL="114300" distR="114300">
            <wp:extent cx="3390900" cy="3543300"/>
            <wp:effectExtent l="0" t="0" r="0" b="0"/>
            <wp:docPr id="367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4" name="图片 100033" descr="学科网(www.zxxk.com)--教育资源门户，提供试卷、教案、课件、论文、素材以及各类教学资源下载，还有大量而丰富的教学相关资讯！"/>
                    <pic:cNvPicPr>
                      <a:picLocks noChangeAspect="1"/>
                    </pic:cNvPicPr>
                  </pic:nvPicPr>
                  <pic:blipFill>
                    <a:blip r:embed="rId2190"/>
                    <a:stretch>
                      <a:fillRect/>
                    </a:stretch>
                  </pic:blipFill>
                  <pic:spPr>
                    <a:xfrm>
                      <a:off x="0" y="0"/>
                      <a:ext cx="3390900" cy="3543300"/>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hAnsi="宋体" w:eastAsia="宋体" w:cs="宋体"/>
          <w:color w:val="000000"/>
        </w:rPr>
        <w:t>本题是材料阅读题，考查了数轴上两点间的距离及其应用，理解材料并借助数轴是关键．</w:t>
      </w:r>
    </w:p>
    <w:p>
      <w:pPr>
        <w:pStyle w:val="Heading2"/>
      </w:pPr>
      <w:r>
        <w:t>朝阳区北京中学</w:t>
      </w:r>
    </w:p>
    <w:p>
      <w:pPr>
        <w:spacing w:line="360" w:lineRule="auto"/>
        <w:jc w:val="both"/>
        <w:textAlignment w:val="center"/>
        <w:rPr>
          <w:color w:val="000000"/>
        </w:rPr>
      </w:pPr>
      <w:r>
        <w:rPr>
          <w:color w:val="000000"/>
        </w:rPr>
        <w:t xml:space="preserve">25. </w:t>
      </w:r>
      <w:r>
        <w:rPr>
          <w:rFonts w:ascii="宋体" w:hAnsi="宋体" w:eastAsia="宋体" w:cs="宋体"/>
          <w:color w:val="000000"/>
        </w:rPr>
        <w:t>如图，将连续的偶数</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，…排成一数阵，有一个能够在数阵中上下左右平移的</w:t>
      </w:r>
      <w:r>
        <w:rPr>
          <w:rFonts w:ascii="Times New Roman" w:hAnsi="Times New Roman" w:eastAsia="Times New Roman" w:cs="Times New Roman"/>
          <w:i/>
          <w:color w:val="000000"/>
        </w:rPr>
        <w:t>T</w:t>
      </w:r>
      <w:r>
        <w:rPr>
          <w:rFonts w:ascii="宋体" w:hAnsi="宋体" w:eastAsia="宋体" w:cs="宋体"/>
          <w:color w:val="000000"/>
        </w:rPr>
        <w:t>字架，它可以框出数阵中的五个数．</w:t>
      </w:r>
    </w:p>
    <w:p>
      <w:pPr>
        <w:spacing w:line="360" w:lineRule="auto"/>
        <w:jc w:val="both"/>
        <w:textAlignment w:val="center"/>
        <w:rPr>
          <w:color w:val="000000"/>
        </w:rPr>
      </w:pPr>
      <w:r>
        <w:rPr>
          <w:color w:val="000000"/>
        </w:rPr>
        <w:drawing>
          <wp:inline distT="0" distB="0" distL="114300" distR="114300">
            <wp:extent cx="1447800" cy="1438275"/>
            <wp:effectExtent l="0" t="0" r="0" b="0"/>
            <wp:docPr id="3675"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 name="图片 100011" descr="学科网(www.zxxk.com)--教育资源门户，提供试卷、教案、课件、论文、素材以及各类教学资源下载，还有大量而丰富的教学相关资讯！"/>
                    <pic:cNvPicPr>
                      <a:picLocks noChangeAspect="1"/>
                    </pic:cNvPicPr>
                  </pic:nvPicPr>
                  <pic:blipFill>
                    <a:blip r:embed="rId2191"/>
                    <a:stretch>
                      <a:fillRect/>
                    </a:stretch>
                  </pic:blipFill>
                  <pic:spPr>
                    <a:xfrm>
                      <a:off x="0" y="0"/>
                      <a:ext cx="1447800" cy="1438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框出数阵中的五个数中，最大的数字为</w:t>
      </w:r>
      <w:r>
        <w:rPr>
          <w:rFonts w:ascii="Times New Roman" w:hAnsi="Times New Roman" w:eastAsia="Times New Roman" w:cs="Times New Roman"/>
          <w:color w:val="000000"/>
        </w:rPr>
        <w:t>20</w:t>
      </w:r>
      <w:r>
        <w:rPr>
          <w:rFonts w:ascii="宋体" w:hAnsi="宋体" w:eastAsia="宋体" w:cs="宋体"/>
          <w:color w:val="000000"/>
        </w:rPr>
        <w:t>时，求框出数阵中的五个数最小的数是多少？</w:t>
      </w:r>
    </w:p>
    <w:p>
      <w:pPr>
        <w:spacing w:line="360" w:lineRule="auto"/>
        <w:jc w:val="left"/>
        <w:textAlignment w:val="center"/>
        <w:rPr>
          <w:color w:val="000000"/>
        </w:rPr>
      </w:pPr>
      <w:r>
        <w:rPr>
          <w:color w:val="000000"/>
        </w:rPr>
        <w:t>（2）</w:t>
      </w:r>
      <w:r>
        <w:rPr>
          <w:rFonts w:ascii="宋体" w:hAnsi="宋体" w:eastAsia="宋体" w:cs="宋体"/>
          <w:color w:val="000000"/>
        </w:rPr>
        <w:t>试判断这五个数的和能否为</w:t>
      </w:r>
      <w:r>
        <w:rPr>
          <w:rFonts w:ascii="Times New Roman" w:hAnsi="Times New Roman" w:eastAsia="Times New Roman" w:cs="Times New Roman"/>
          <w:color w:val="000000"/>
        </w:rPr>
        <w:t>216</w:t>
      </w:r>
      <w:r>
        <w:rPr>
          <w:rFonts w:ascii="宋体" w:hAnsi="宋体" w:eastAsia="宋体" w:cs="宋体"/>
          <w:color w:val="000000"/>
        </w:rPr>
        <w:t>，若能，请求出这五个数，若不能，请说明理由．</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不存在</w:t>
      </w:r>
      <w:r>
        <w:rPr>
          <w:color w:val="000000"/>
        </w:rPr>
        <w:t xml:space="preserve">    （2）</w:t>
      </w:r>
      <w:r>
        <w:rPr>
          <w:rFonts w:ascii="宋体" w:hAnsi="宋体" w:eastAsia="宋体" w:cs="宋体"/>
          <w:color w:val="000000"/>
        </w:rPr>
        <w:t>能；这五个数为</w:t>
      </w:r>
      <w:r>
        <w:rPr>
          <w:rFonts w:ascii="Times New Roman" w:hAnsi="Times New Roman" w:eastAsia="Times New Roman" w:cs="Times New Roman"/>
          <w:color w:val="000000"/>
        </w:rPr>
        <w:t>32</w:t>
      </w:r>
      <w:r>
        <w:rPr>
          <w:rFonts w:ascii="宋体" w:hAnsi="宋体" w:eastAsia="宋体" w:cs="宋体"/>
          <w:color w:val="000000"/>
        </w:rPr>
        <w:t>，</w:t>
      </w:r>
      <w:r>
        <w:pict>
          <v:shape id="_x0000_i717092" o:spt="75" alt="学科网(www.zxxk.com)--教育资源门户，提供试卷、教案、课件、论文、素材以及各类教学资源下载，还有大量而丰富的教学相关资讯！" type="#_x0000_t75" style="height:12pt;width:15pt;" o:ole="t" filled="f" o:preferrelative="t" stroked="f" coordsize="21600,21600">
            <v:path/>
            <v:fill on="f" focussize="0,0"/>
            <v:stroke on="f" joinstyle="miter"/>
            <v:imagedata r:id="rId2192" o:title="eqId735e839cc67c5cadcd83635a8762893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44</w:t>
      </w:r>
      <w:r>
        <w:rPr>
          <w:rFonts w:ascii="宋体" w:hAnsi="宋体" w:eastAsia="宋体" w:cs="宋体"/>
          <w:color w:val="000000"/>
        </w:rPr>
        <w:t>，</w:t>
      </w:r>
      <w:r>
        <w:rPr>
          <w:rFonts w:ascii="Times New Roman" w:hAnsi="Times New Roman" w:eastAsia="Times New Roman" w:cs="Times New Roman"/>
          <w:color w:val="000000"/>
        </w:rPr>
        <w:t>46</w:t>
      </w:r>
      <w:r>
        <w:rPr>
          <w:rFonts w:ascii="宋体" w:hAnsi="宋体" w:eastAsia="宋体" w:cs="宋体"/>
          <w:color w:val="000000"/>
        </w:rPr>
        <w:t>，</w:t>
      </w:r>
      <w:r>
        <w:rPr>
          <w:rFonts w:ascii="Times New Roman" w:hAnsi="Times New Roman" w:eastAsia="Times New Roman" w:cs="Times New Roman"/>
          <w:color w:val="000000"/>
        </w:rPr>
        <w:t>52</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）根据数阵中数字规律进行解答即可；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）设最小数为</w:t>
      </w:r>
      <w:r>
        <w:pict>
          <v:shape id="_x0000_i71709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193" o:title="eqId81dea63b8ce3e51adf66cf7b9982a248"/>
            <o:lock v:ext="edit" aspectratio="t"/>
            <w10:wrap type="none"/>
            <w10:anchorlock/>
          </v:shape>
        </w:pict>
      </w:r>
      <w:r>
        <w:rPr>
          <w:rFonts w:ascii="宋体" w:hAnsi="宋体" w:eastAsia="宋体" w:cs="宋体"/>
          <w:color w:val="000000"/>
        </w:rPr>
        <w:t>，则其余数为：</w:t>
      </w:r>
      <w:r>
        <w:pict>
          <v:shape id="_x0000_i717094"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2194" o:title="eqId5c7fa1e4de7c621ab0523a823ac249f1"/>
            <o:lock v:ext="edit" aspectratio="t"/>
            <w10:wrap type="none"/>
            <w10:anchorlock/>
          </v:shape>
        </w:pict>
      </w:r>
      <w:r>
        <w:rPr>
          <w:rFonts w:ascii="宋体" w:hAnsi="宋体" w:eastAsia="宋体" w:cs="宋体"/>
          <w:color w:val="000000"/>
        </w:rPr>
        <w:t>，</w:t>
      </w:r>
      <w:r>
        <w:pict>
          <v:shape id="_x0000_i717095" o:spt="75" alt="学科网(www.zxxk.com)--教育资源门户，提供试卷、教案、课件、论文、素材以及各类教学资源下载，还有大量而丰富的教学相关资讯！" type="#_x0000_t75" style="height:13.8pt;width:31.2pt;" o:ole="t" filled="f" o:preferrelative="t" stroked="f" coordsize="21600,21600">
            <v:path/>
            <v:fill on="f" focussize="0,0"/>
            <v:stroke on="f" joinstyle="miter"/>
            <v:imagedata r:id="rId2195" o:title="eqIdcc2d902bc61c4d1196bdad700ea8ce96"/>
            <o:lock v:ext="edit" aspectratio="t"/>
            <w10:wrap type="none"/>
            <w10:anchorlock/>
          </v:shape>
        </w:pict>
      </w:r>
      <w:r>
        <w:rPr>
          <w:rFonts w:ascii="宋体" w:hAnsi="宋体" w:eastAsia="宋体" w:cs="宋体"/>
          <w:color w:val="000000"/>
        </w:rPr>
        <w:t>，</w:t>
      </w:r>
      <w:r>
        <w:pict>
          <v:shape id="_x0000_i717096" o:spt="75" alt="学科网(www.zxxk.com)--教育资源门户，提供试卷、教案、课件、论文、素材以及各类教学资源下载，还有大量而丰富的教学相关资讯！" type="#_x0000_t75" style="height:14pt;width:31pt;" o:ole="t" filled="f" o:preferrelative="t" stroked="f" coordsize="21600,21600">
            <v:path/>
            <v:fill on="f" focussize="0,0"/>
            <v:stroke on="f" joinstyle="miter"/>
            <v:imagedata r:id="rId2196" o:title="eqId6db825bc7df69046c6a2c3edfb901000"/>
            <o:lock v:ext="edit" aspectratio="t"/>
            <w10:wrap type="none"/>
            <w10:anchorlock/>
          </v:shape>
        </w:pict>
      </w:r>
      <w:r>
        <w:rPr>
          <w:rFonts w:ascii="宋体" w:hAnsi="宋体" w:eastAsia="宋体" w:cs="宋体"/>
          <w:color w:val="000000"/>
        </w:rPr>
        <w:t>，</w:t>
      </w:r>
      <w:r>
        <w:pict>
          <v:shape id="_x0000_i717097"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2197" o:title="eqId3a7eb97764813f0b38994e062f6ee734"/>
            <o:lock v:ext="edit" aspectratio="t"/>
            <w10:wrap type="none"/>
            <w10:anchorlock/>
          </v:shape>
        </w:pict>
      </w:r>
      <w:r>
        <w:rPr>
          <w:rFonts w:ascii="宋体" w:hAnsi="宋体" w:eastAsia="宋体" w:cs="宋体"/>
          <w:color w:val="000000"/>
        </w:rPr>
        <w:t>，根据题意列出方程计算即可；</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3677" name="图片 855349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 name="图片 855349432"/>
                    <pic:cNvPicPr>
                      <a:picLocks noChangeAspect="1"/>
                    </pic:cNvPicPr>
                  </pic:nvPicPr>
                  <pic:blipFill>
                    <a:blip r:embed="rId2198"/>
                    <a:stretch>
                      <a:fillRect/>
                    </a:stretch>
                  </pic:blipFill>
                  <pic:spPr>
                    <a:xfrm>
                      <a:off x="0" y="0"/>
                      <a:ext cx="95250" cy="171450"/>
                    </a:xfrm>
                    <a:prstGeom prst="rect">
                      <a:avLst/>
                    </a:prstGeom>
                  </pic:spPr>
                </pic:pic>
              </a:graphicData>
            </a:graphic>
          </wp:inline>
        </w:drawing>
      </w:r>
      <w:r>
        <w:rPr>
          <w:color w:val="000000"/>
        </w:rPr>
        <w:t>小问1详解】</w:t>
      </w:r>
    </w:p>
    <w:p>
      <w:pPr>
        <w:spacing w:line="360" w:lineRule="auto"/>
        <w:jc w:val="left"/>
        <w:textAlignment w:val="center"/>
        <w:rPr>
          <w:color w:val="000000"/>
        </w:rPr>
      </w:pPr>
      <w:r>
        <w:rPr>
          <w:rFonts w:ascii="宋体" w:hAnsi="宋体" w:eastAsia="宋体" w:cs="宋体"/>
          <w:color w:val="000000"/>
        </w:rPr>
        <w:t>解：框出数阵中的五个数中，最大的数字为</w:t>
      </w:r>
      <w:r>
        <w:rPr>
          <w:rFonts w:ascii="Times New Roman" w:hAnsi="Times New Roman" w:eastAsia="Times New Roman" w:cs="Times New Roman"/>
          <w:color w:val="000000"/>
        </w:rPr>
        <w:t>20</w:t>
      </w:r>
      <w:r>
        <w:rPr>
          <w:rFonts w:ascii="宋体" w:hAnsi="宋体" w:eastAsia="宋体" w:cs="宋体"/>
          <w:color w:val="000000"/>
        </w:rPr>
        <w:t>时，则框出数阵中的五个数最小的数为：</w:t>
      </w:r>
      <w:r>
        <w:pict>
          <v:shape id="_x0000_i717098" o:spt="75" alt="学科网(www.zxxk.com)--教育资源门户，提供试卷、教案、课件、论文、素材以及各类教学资源下载，还有大量而丰富的教学相关资讯！" type="#_x0000_t75" style="height:13.75pt;width:55pt;" o:ole="t" filled="f" o:preferrelative="t" stroked="f" coordsize="21600,21600">
            <v:path/>
            <v:fill on="f" focussize="0,0"/>
            <v:stroke on="f" joinstyle="miter"/>
            <v:imagedata r:id="rId2199" o:title="eqIdcba6dea64f0fba98f722175823ee37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不在偶数</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，…排成的数阵中，</w:t>
      </w:r>
    </w:p>
    <w:p>
      <w:pPr>
        <w:spacing w:line="360" w:lineRule="auto"/>
        <w:jc w:val="left"/>
        <w:textAlignment w:val="center"/>
        <w:rPr>
          <w:color w:val="000000"/>
        </w:rPr>
      </w:pPr>
      <w:r>
        <w:rPr>
          <w:rFonts w:ascii="宋体" w:hAnsi="宋体" w:eastAsia="宋体" w:cs="宋体"/>
          <w:color w:val="000000"/>
        </w:rPr>
        <w:t>∴框出数阵中的五个数中，最大的数字不可能是</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解：这五个数的和能为</w:t>
      </w:r>
      <w:r>
        <w:pict>
          <v:shape id="_x0000_i71709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200" o:title="eqId7123ef4a654494c80b94613eec9f1f1e"/>
            <o:lock v:ext="edit" aspectratio="t"/>
            <w10:wrap type="none"/>
            <w10:anchorlock/>
          </v:shape>
        </w:pict>
      </w:r>
      <w:r>
        <w:rPr>
          <w:rFonts w:ascii="宋体" w:hAnsi="宋体" w:eastAsia="宋体" w:cs="宋体"/>
          <w:color w:val="000000"/>
        </w:rPr>
        <w:t>．原因如下：</w:t>
      </w:r>
    </w:p>
    <w:p>
      <w:pPr>
        <w:spacing w:line="360" w:lineRule="auto"/>
        <w:jc w:val="left"/>
        <w:textAlignment w:val="center"/>
        <w:rPr>
          <w:color w:val="000000"/>
        </w:rPr>
      </w:pPr>
      <w:r>
        <w:rPr>
          <w:rFonts w:ascii="宋体" w:hAnsi="宋体" w:eastAsia="宋体" w:cs="宋体"/>
          <w:color w:val="000000"/>
        </w:rPr>
        <w:t>设最小数为</w:t>
      </w:r>
      <w:r>
        <w:pict>
          <v:shape id="_x0000_i71710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201" o:title="eqId81dea63b8ce3e51adf66cf7b9982a248"/>
            <o:lock v:ext="edit" aspectratio="t"/>
            <w10:wrap type="none"/>
            <w10:anchorlock/>
          </v:shape>
        </w:pict>
      </w:r>
      <w:r>
        <w:rPr>
          <w:rFonts w:ascii="宋体" w:hAnsi="宋体" w:eastAsia="宋体" w:cs="宋体"/>
          <w:color w:val="000000"/>
        </w:rPr>
        <w:t>，则其余数为：</w:t>
      </w:r>
      <w:r>
        <w:pict>
          <v:shape id="_x0000_i717101"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2202" o:title="eqId5c7fa1e4de7c621ab0523a823ac249f1"/>
            <o:lock v:ext="edit" aspectratio="t"/>
            <w10:wrap type="none"/>
            <w10:anchorlock/>
          </v:shape>
        </w:pict>
      </w:r>
      <w:r>
        <w:rPr>
          <w:rFonts w:ascii="宋体" w:hAnsi="宋体" w:eastAsia="宋体" w:cs="宋体"/>
          <w:color w:val="000000"/>
        </w:rPr>
        <w:t>，</w:t>
      </w:r>
      <w:r>
        <w:pict>
          <v:shape id="_x0000_i717102" o:spt="75" alt="学科网(www.zxxk.com)--教育资源门户，提供试卷、教案、课件、论文、素材以及各类教学资源下载，还有大量而丰富的教学相关资讯！" type="#_x0000_t75" style="height:13.8pt;width:31.2pt;" o:ole="t" filled="f" o:preferrelative="t" stroked="f" coordsize="21600,21600">
            <v:path/>
            <v:fill on="f" focussize="0,0"/>
            <v:stroke on="f" joinstyle="miter"/>
            <v:imagedata r:id="rId2203" o:title="eqIdcc2d902bc61c4d1196bdad700ea8ce96"/>
            <o:lock v:ext="edit" aspectratio="t"/>
            <w10:wrap type="none"/>
            <w10:anchorlock/>
          </v:shape>
        </w:pict>
      </w:r>
      <w:r>
        <w:rPr>
          <w:rFonts w:ascii="宋体" w:hAnsi="宋体" w:eastAsia="宋体" w:cs="宋体"/>
          <w:color w:val="000000"/>
        </w:rPr>
        <w:t>，</w:t>
      </w:r>
      <w:r>
        <w:pict>
          <v:shape id="_x0000_i717103" o:spt="75" alt="学科网(www.zxxk.com)--教育资源门户，提供试卷、教案、课件、论文、素材以及各类教学资源下载，还有大量而丰富的教学相关资讯！" type="#_x0000_t75" style="height:14pt;width:31pt;" o:ole="t" filled="f" o:preferrelative="t" stroked="f" coordsize="21600,21600">
            <v:path/>
            <v:fill on="f" focussize="0,0"/>
            <v:stroke on="f" joinstyle="miter"/>
            <v:imagedata r:id="rId2204" o:title="eqId6db825bc7df69046c6a2c3edfb901000"/>
            <o:lock v:ext="edit" aspectratio="t"/>
            <w10:wrap type="none"/>
            <w10:anchorlock/>
          </v:shape>
        </w:pict>
      </w:r>
      <w:r>
        <w:rPr>
          <w:rFonts w:ascii="宋体" w:hAnsi="宋体" w:eastAsia="宋体" w:cs="宋体"/>
          <w:color w:val="000000"/>
        </w:rPr>
        <w:t>，</w:t>
      </w:r>
      <w:r>
        <w:pict>
          <v:shape id="_x0000_i717104"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2205" o:title="eqId3a7eb97764813f0b38994e062f6ee73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由题意得，</w:t>
      </w:r>
      <w:r>
        <w:pict>
          <v:shape id="_x0000_i717105" o:spt="75" alt="学科网(www.zxxk.com)--教育资源门户，提供试卷、教案、课件、论文、素材以及各类教学资源下载，还有大量而丰富的教学相关资讯！" type="#_x0000_t75" style="height:16.2pt;width:226.8pt;" o:ole="t" filled="f" o:preferrelative="t" stroked="f" coordsize="21600,21600">
            <v:path/>
            <v:fill on="f" focussize="0,0"/>
            <v:stroke on="f" joinstyle="miter"/>
            <v:imagedata r:id="rId2206" o:title="eqIda97ddbda3a450381c6a66f3bd1a7ef4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解方程得：</w:t>
      </w:r>
      <w:r>
        <w:pict>
          <v:shape id="_x0000_i717106"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2207" o:title="eqIdc3eebf105566438c95a59cd33e5d27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则其余</w:t>
      </w:r>
      <w:r>
        <w:rPr>
          <w:rFonts w:ascii="Times New Roman" w:hAnsi="Times New Roman" w:eastAsia="Times New Roman" w:cs="Times New Roman"/>
          <w:color w:val="000000"/>
        </w:rPr>
        <w:t>4</w:t>
      </w:r>
      <w:r>
        <w:rPr>
          <w:rFonts w:ascii="宋体" w:hAnsi="宋体" w:eastAsia="宋体" w:cs="宋体"/>
          <w:color w:val="000000"/>
        </w:rPr>
        <w:t>个数为</w:t>
      </w:r>
      <w:r>
        <w:pict>
          <v:shape id="_x0000_i717107" o:spt="75" alt="学科网(www.zxxk.com)--教育资源门户，提供试卷、教案、课件、论文、素材以及各类教学资源下载，还有大量而丰富的教学相关资讯！" type="#_x0000_t75" style="height:12pt;width:15pt;" o:ole="t" filled="f" o:preferrelative="t" stroked="f" coordsize="21600,21600">
            <v:path/>
            <v:fill on="f" focussize="0,0"/>
            <v:stroke on="f" joinstyle="miter"/>
            <v:imagedata r:id="rId2208" o:title="eqId735e839cc67c5cadcd83635a8762893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44</w:t>
      </w:r>
      <w:r>
        <w:rPr>
          <w:rFonts w:ascii="宋体" w:hAnsi="宋体" w:eastAsia="宋体" w:cs="宋体"/>
          <w:color w:val="000000"/>
        </w:rPr>
        <w:t>，</w:t>
      </w:r>
      <w:r>
        <w:rPr>
          <w:rFonts w:ascii="Times New Roman" w:hAnsi="Times New Roman" w:eastAsia="Times New Roman" w:cs="Times New Roman"/>
          <w:color w:val="000000"/>
        </w:rPr>
        <w:t>46</w:t>
      </w:r>
      <w:r>
        <w:rPr>
          <w:rFonts w:ascii="宋体" w:hAnsi="宋体" w:eastAsia="宋体" w:cs="宋体"/>
          <w:color w:val="000000"/>
        </w:rPr>
        <w:t>，</w:t>
      </w:r>
      <w:r>
        <w:rPr>
          <w:rFonts w:ascii="Times New Roman" w:hAnsi="Times New Roman" w:eastAsia="Times New Roman" w:cs="Times New Roman"/>
          <w:color w:val="000000"/>
        </w:rPr>
        <w:t>52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所以这五个数为</w:t>
      </w:r>
      <w:r>
        <w:rPr>
          <w:rFonts w:ascii="Times New Roman" w:hAnsi="Times New Roman" w:eastAsia="Times New Roman" w:cs="Times New Roman"/>
          <w:color w:val="000000"/>
        </w:rPr>
        <w:t>32</w:t>
      </w:r>
      <w:r>
        <w:rPr>
          <w:rFonts w:ascii="宋体" w:hAnsi="宋体" w:eastAsia="宋体" w:cs="宋体"/>
          <w:color w:val="000000"/>
        </w:rPr>
        <w:t>，</w:t>
      </w:r>
      <w:r>
        <w:pict>
          <v:shape id="_x0000_i717108" o:spt="75" alt="学科网(www.zxxk.com)--教育资源门户，提供试卷、教案、课件、论文、素材以及各类教学资源下载，还有大量而丰富的教学相关资讯！" type="#_x0000_t75" style="height:12pt;width:15pt;" o:ole="t" filled="f" o:preferrelative="t" stroked="f" coordsize="21600,21600">
            <v:path/>
            <v:fill on="f" focussize="0,0"/>
            <v:stroke on="f" joinstyle="miter"/>
            <v:imagedata r:id="rId2209" o:title="eqId735e839cc67c5cadcd83635a8762893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44</w:t>
      </w:r>
      <w:r>
        <w:rPr>
          <w:rFonts w:ascii="宋体" w:hAnsi="宋体" w:eastAsia="宋体" w:cs="宋体"/>
          <w:color w:val="000000"/>
        </w:rPr>
        <w:t>，</w:t>
      </w:r>
      <w:r>
        <w:rPr>
          <w:rFonts w:ascii="Times New Roman" w:hAnsi="Times New Roman" w:eastAsia="Times New Roman" w:cs="Times New Roman"/>
          <w:color w:val="000000"/>
        </w:rPr>
        <w:t>46</w:t>
      </w:r>
      <w:r>
        <w:rPr>
          <w:rFonts w:ascii="宋体" w:hAnsi="宋体" w:eastAsia="宋体" w:cs="宋体"/>
          <w:color w:val="000000"/>
        </w:rPr>
        <w:t>，</w:t>
      </w:r>
      <w:r>
        <w:rPr>
          <w:rFonts w:ascii="Times New Roman" w:hAnsi="Times New Roman" w:eastAsia="Times New Roman" w:cs="Times New Roman"/>
          <w:color w:val="000000"/>
        </w:rPr>
        <w:t>52</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本题主要考查了一元一次方程的应用，准确列方程计算是解题的关键．</w:t>
      </w:r>
    </w:p>
    <w:p>
      <w:pPr>
        <w:spacing w:line="360" w:lineRule="auto"/>
        <w:jc w:val="both"/>
        <w:textAlignment w:val="center"/>
        <w:rPr>
          <w:color w:val="000000"/>
        </w:rPr>
      </w:pPr>
      <w:r>
        <w:rPr>
          <w:color w:val="000000"/>
        </w:rPr>
        <w:t xml:space="preserve">26. </w:t>
      </w:r>
      <w:r>
        <w:rPr>
          <w:rFonts w:ascii="宋体" w:hAnsi="宋体" w:eastAsia="宋体" w:cs="宋体"/>
          <w:color w:val="000000"/>
        </w:rPr>
        <w:t>已知点</w:t>
      </w:r>
      <w:r>
        <w:rPr>
          <w:rFonts w:ascii="Times New Roman" w:hAnsi="Times New Roman" w:eastAsia="Times New Roman" w:cs="Times New Roman"/>
          <w:i/>
          <w:color w:val="000000"/>
        </w:rPr>
        <w:t>P</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是数轴上的三个点．若点</w:t>
      </w:r>
      <w:r>
        <w:rPr>
          <w:rFonts w:ascii="Times New Roman" w:hAnsi="Times New Roman" w:eastAsia="Times New Roman" w:cs="Times New Roman"/>
          <w:i/>
          <w:color w:val="000000"/>
        </w:rPr>
        <w:t>P</w:t>
      </w:r>
      <w:r>
        <w:rPr>
          <w:rFonts w:ascii="宋体" w:hAnsi="宋体" w:eastAsia="宋体" w:cs="宋体"/>
          <w:color w:val="000000"/>
        </w:rPr>
        <w:t>到原点的距离等于点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到原点距离的和的</w:t>
      </w:r>
      <w:r>
        <w:rPr>
          <w:rFonts w:ascii="Times New Roman" w:hAnsi="Times New Roman" w:eastAsia="Times New Roman" w:cs="Times New Roman"/>
          <w:color w:val="000000"/>
        </w:rPr>
        <w:t>3</w:t>
      </w:r>
      <w:r>
        <w:rPr>
          <w:rFonts w:ascii="宋体" w:hAnsi="宋体" w:eastAsia="宋体" w:cs="宋体"/>
          <w:color w:val="000000"/>
        </w:rPr>
        <w:t>倍，则称点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w:t>
      </w:r>
    </w:p>
    <w:p>
      <w:pPr>
        <w:spacing w:line="360" w:lineRule="auto"/>
        <w:jc w:val="left"/>
        <w:textAlignment w:val="center"/>
        <w:rPr>
          <w:color w:val="000000"/>
        </w:rPr>
      </w:pPr>
      <w:r>
        <w:rPr>
          <w:color w:val="000000"/>
        </w:rPr>
        <w:t>（1）</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pict>
          <v:shape id="_x0000_i71710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210" o:title="eqId274a9dc37509f01c2606fb3086a46f4f"/>
            <o:lock v:ext="edit" aspectratio="t"/>
            <w10:wrap type="none"/>
            <w10:anchorlock/>
          </v:shape>
        </w:pict>
      </w:r>
      <w:r>
        <w:rPr>
          <w:rFonts w:ascii="宋体" w:hAnsi="宋体" w:eastAsia="宋体" w:cs="宋体"/>
          <w:color w:val="000000"/>
        </w:rPr>
        <w:t>，下列各数</w:t>
      </w:r>
      <w:r>
        <w:pict>
          <v:shape id="_x0000_i71711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11" o:title="eqIdd3aab28a20b5bf47040aaec03b1eb550"/>
            <o:lock v:ext="edit" aspectratio="t"/>
            <w10:wrap type="none"/>
            <w10:anchorlock/>
          </v:shape>
        </w:pict>
      </w:r>
      <w:r>
        <w:rPr>
          <w:rFonts w:ascii="宋体" w:hAnsi="宋体" w:eastAsia="宋体" w:cs="宋体"/>
          <w:color w:val="000000"/>
        </w:rPr>
        <w:t>，</w:t>
      </w:r>
      <w:r>
        <w:pict>
          <v:shape id="_x0000_i717111"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212"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在数轴上所对应的点分别是</w:t>
      </w:r>
      <w:r>
        <w:pict>
          <v:shape id="_x0000_i717112"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2213" o:title="eqId2708fa6298e52f617383efc175b71ddc"/>
            <o:lock v:ext="edit" aspectratio="t"/>
            <w10:wrap type="none"/>
            <w10:anchorlock/>
          </v:shape>
        </w:pict>
      </w:r>
      <w:r>
        <w:rPr>
          <w:rFonts w:ascii="宋体" w:hAnsi="宋体" w:eastAsia="宋体" w:cs="宋体"/>
          <w:color w:val="000000"/>
        </w:rPr>
        <w:t>，</w:t>
      </w:r>
      <w:r>
        <w:pict>
          <v:shape id="_x0000_i717113"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2214" o:title="eqId9b9cb8e6ff801523b0304576cd69fd2d"/>
            <o:lock v:ext="edit" aspectratio="t"/>
            <w10:wrap type="none"/>
            <w10:anchorlock/>
          </v:shape>
        </w:pict>
      </w:r>
      <w:r>
        <w:rPr>
          <w:rFonts w:ascii="宋体" w:hAnsi="宋体" w:eastAsia="宋体" w:cs="宋体"/>
          <w:color w:val="000000"/>
        </w:rPr>
        <w:t>，</w:t>
      </w:r>
      <w:r>
        <w:pict>
          <v:shape id="_x0000_i71711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2215" o:title="eqId797e67927616b141ed7c6b83f8b6f4fb"/>
            <o:lock v:ext="edit" aspectratio="t"/>
            <w10:wrap type="none"/>
            <w10:anchorlock/>
          </v:shape>
        </w:pict>
      </w:r>
      <w:r>
        <w:rPr>
          <w:rFonts w:ascii="宋体" w:hAnsi="宋体" w:eastAsia="宋体" w:cs="宋体"/>
          <w:color w:val="000000"/>
        </w:rPr>
        <w:t>，</w:t>
      </w:r>
      <w:r>
        <w:pict>
          <v:shape id="_x0000_i71711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2216" o:title="eqIdfee50575e3ebd56c4f46dd0bbf8e55d3"/>
            <o:lock v:ext="edit" aspectratio="t"/>
            <w10:wrap type="none"/>
            <w10:anchorlock/>
          </v:shape>
        </w:pict>
      </w: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倍点”的有</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pict>
          <v:shape id="_x0000_i717116"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2217" o:title="eqIda4b8503f4706b8321e4e79a87eadea84"/>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倍点”，且点</w:t>
      </w:r>
      <w:r>
        <w:rPr>
          <w:rFonts w:ascii="Times New Roman" w:hAnsi="Times New Roman" w:eastAsia="Times New Roman" w:cs="Times New Roman"/>
          <w:i/>
          <w:color w:val="000000"/>
        </w:rPr>
        <w:t>P</w:t>
      </w:r>
      <w:r>
        <w:rPr>
          <w:rFonts w:ascii="宋体" w:hAnsi="宋体" w:eastAsia="宋体" w:cs="宋体"/>
          <w:color w:val="000000"/>
        </w:rPr>
        <w:t>到原点的距离为</w:t>
      </w:r>
      <w:r>
        <w:rPr>
          <w:rFonts w:ascii="Times New Roman" w:hAnsi="Times New Roman" w:eastAsia="Times New Roman" w:cs="Times New Roman"/>
          <w:color w:val="000000"/>
        </w:rPr>
        <w:t>15</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表示</w:t>
      </w:r>
      <w:r>
        <w:pict>
          <v:shape id="_x0000_i717117" o:spt="75" alt="学科网(www.zxxk.com)--教育资源门户，提供试卷、教案、课件、论文、素材以及各类教学资源下载，还有大量而丰富的教学相关资讯！" type="#_x0000_t75" style="height:19.5pt;width:45pt;" o:ole="t" filled="f" o:preferrelative="t" stroked="f" coordsize="21600,21600">
            <v:path/>
            <v:fill on="f" focussize="0,0"/>
            <v:stroke on="f" joinstyle="miter"/>
            <v:imagedata r:id="rId2218" o:title="eqId79dc48b8fa89fd8efebe356e7f087dea"/>
            <o:lock v:ext="edit" aspectratio="t"/>
            <w10:wrap type="none"/>
            <w10:anchorlock/>
          </v:shape>
        </w:pict>
      </w:r>
      <w:r>
        <w:rPr>
          <w:rFonts w:ascii="宋体" w:hAnsi="宋体" w:eastAsia="宋体" w:cs="宋体"/>
          <w:color w:val="000000"/>
        </w:rPr>
        <w:t>，将点</w:t>
      </w:r>
      <w:r>
        <w:rPr>
          <w:rFonts w:ascii="Times New Roman" w:hAnsi="Times New Roman" w:eastAsia="Times New Roman" w:cs="Times New Roman"/>
          <w:i/>
          <w:color w:val="000000"/>
        </w:rPr>
        <w:t>A</w:t>
      </w:r>
      <w:r>
        <w:rPr>
          <w:rFonts w:ascii="宋体" w:hAnsi="宋体" w:eastAsia="宋体" w:cs="宋体"/>
          <w:color w:val="000000"/>
        </w:rPr>
        <w:t>沿数轴负方向移动</w:t>
      </w:r>
      <w:r>
        <w:rPr>
          <w:rFonts w:ascii="Times New Roman" w:hAnsi="Times New Roman" w:eastAsia="Times New Roman" w:cs="Times New Roman"/>
          <w:color w:val="000000"/>
        </w:rPr>
        <w:t>3</w:t>
      </w:r>
      <w:r>
        <w:rPr>
          <w:rFonts w:ascii="宋体" w:hAnsi="宋体" w:eastAsia="宋体" w:cs="宋体"/>
          <w:color w:val="000000"/>
        </w:rPr>
        <w:t>个单位长度，得到点</w:t>
      </w:r>
      <w:r>
        <w:rPr>
          <w:rFonts w:ascii="Times New Roman" w:hAnsi="Times New Roman" w:eastAsia="Times New Roman" w:cs="Times New Roman"/>
          <w:i/>
          <w:color w:val="000000"/>
        </w:rPr>
        <w:t>B</w:t>
      </w:r>
      <w:r>
        <w:rPr>
          <w:rFonts w:ascii="宋体" w:hAnsi="宋体" w:eastAsia="宋体" w:cs="宋体"/>
          <w:color w:val="000000"/>
        </w:rPr>
        <w:t>．当点</w:t>
      </w:r>
      <w:r>
        <w:rPr>
          <w:rFonts w:ascii="Times New Roman" w:hAnsi="Times New Roman" w:eastAsia="Times New Roman" w:cs="Times New Roman"/>
          <w:i/>
          <w:color w:val="000000"/>
        </w:rPr>
        <w:t>P</w: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倍点”时，直接写出点</w:t>
      </w:r>
      <w:r>
        <w:rPr>
          <w:rFonts w:ascii="Times New Roman" w:hAnsi="Times New Roman" w:eastAsia="Times New Roman" w:cs="Times New Roman"/>
          <w:i/>
          <w:color w:val="000000"/>
        </w:rPr>
        <w:t>P</w:t>
      </w:r>
      <w:r>
        <w:rPr>
          <w:rFonts w:ascii="宋体" w:hAnsi="宋体" w:eastAsia="宋体" w:cs="宋体"/>
          <w:color w:val="000000"/>
        </w:rPr>
        <w:t>与点</w:t>
      </w:r>
      <w:r>
        <w:rPr>
          <w:rFonts w:ascii="Times New Roman" w:hAnsi="Times New Roman" w:eastAsia="Times New Roman" w:cs="Times New Roman"/>
          <w:i/>
          <w:color w:val="000000"/>
        </w:rPr>
        <w:t>A</w:t>
      </w:r>
      <w:r>
        <w:rPr>
          <w:rFonts w:ascii="宋体" w:hAnsi="宋体" w:eastAsia="宋体" w:cs="宋体"/>
          <w:color w:val="000000"/>
        </w:rPr>
        <w:t>的距离（用含</w:t>
      </w:r>
      <w:r>
        <w:rPr>
          <w:rFonts w:ascii="Times New Roman" w:hAnsi="Times New Roman" w:eastAsia="Times New Roman" w:cs="Times New Roman"/>
          <w:i/>
          <w:color w:val="000000"/>
        </w:rPr>
        <w:t>a</w:t>
      </w:r>
      <w:r>
        <w:rPr>
          <w:rFonts w:ascii="宋体" w:hAnsi="宋体" w:eastAsia="宋体" w:cs="宋体"/>
          <w:color w:val="000000"/>
        </w:rPr>
        <w:t>的式子表示）．</w:t>
      </w:r>
    </w:p>
    <w:p>
      <w:pPr>
        <w:spacing w:line="360" w:lineRule="auto"/>
        <w:textAlignment w:val="center"/>
        <w:rPr>
          <w:color w:val="000000"/>
        </w:rPr>
      </w:pPr>
      <w:r>
        <w:rPr>
          <w:color w:val="2E75B6"/>
        </w:rPr>
        <w:t>【答案】</w:t>
      </w:r>
      <w:r>
        <w:rPr>
          <w:color w:val="000000"/>
        </w:rPr>
        <w:t>（1）</w:t>
      </w:r>
      <w:r>
        <w:pict>
          <v:shape id="_x0000_i717118" o:spt="75" alt="学科网(www.zxxk.com)--教育资源门户，提供试卷、教案、课件、论文、素材以及各类教学资源下载，还有大量而丰富的教学相关资讯！" type="#_x0000_t75" style="height:18pt;width:31.8pt;" o:ole="t" filled="f" o:preferrelative="t" stroked="f" coordsize="21600,21600">
            <v:path/>
            <v:fill on="f" focussize="0,0"/>
            <v:stroke on="f" joinstyle="miter"/>
            <v:imagedata r:id="rId2219" o:title="eqId1743b61ffacd3cbd13a4a1858fbb6a1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7119" o:spt="75" alt="学科网(www.zxxk.com)--教育资源门户，提供试卷、教案、课件、论文、素材以及各类教学资源下载，还有大量而丰富的教学相关资讯！" type="#_x0000_t75" style="height:31.2pt;width:40.8pt;" o:ole="t" filled="f" o:preferrelative="t" stroked="f" coordsize="21600,21600">
            <v:path/>
            <v:fill on="f" focussize="0,0"/>
            <v:stroke on="f" joinstyle="miter"/>
            <v:imagedata r:id="rId2220" o:title="eqIda48151760adf24c7a9bdc004e32f8e21"/>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7120"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2221" o:title="eqIda486e6d3276b8197b14cddb813613032"/>
            <o:lock v:ext="edit" aspectratio="t"/>
            <w10:wrap type="none"/>
            <w10:anchorlock/>
          </v:shape>
        </w:pict>
      </w:r>
      <w:r>
        <w:rPr>
          <w:rFonts w:ascii="宋体" w:hAnsi="宋体" w:eastAsia="宋体" w:cs="宋体"/>
          <w:color w:val="000000"/>
        </w:rPr>
        <w:t>或</w:t>
      </w:r>
      <w:r>
        <w:pict>
          <v:shape id="_x0000_i717121" o:spt="75" alt="学科网(www.zxxk.com)--教育资源门户，提供试卷、教案、课件、论文、素材以及各类教学资源下载，还有大量而丰富的教学相关资讯！" type="#_x0000_t75" style="height:12.75pt;width:29.25pt;" o:ole="t" filled="f" o:preferrelative="t" stroked="f" coordsize="21600,21600">
            <v:path/>
            <v:fill on="f" focussize="0,0"/>
            <v:stroke on="f" joinstyle="miter"/>
            <v:imagedata r:id="rId2222" o:title="eqId3a51954b6f0d9145e6a44c75866f078c"/>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）先求出点</w:t>
      </w:r>
      <w:r>
        <w:rPr>
          <w:rFonts w:ascii="Times New Roman" w:hAnsi="Times New Roman" w:eastAsia="Times New Roman" w:cs="Times New Roman"/>
          <w:i/>
          <w:color w:val="000000"/>
        </w:rPr>
        <w:t>A</w:t>
      </w:r>
      <w:r>
        <w:rPr>
          <w:rFonts w:ascii="宋体" w:hAnsi="宋体" w:eastAsia="宋体" w:cs="宋体"/>
          <w:color w:val="000000"/>
        </w:rPr>
        <w:t>，点</w:t>
      </w:r>
      <w:r>
        <w:pict>
          <v:shape id="_x0000_i71712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23" o:title="eqId7f9e8449aad35c5d840a3395ea86df6d"/>
            <o:lock v:ext="edit" aspectratio="t"/>
            <w10:wrap type="none"/>
            <w10:anchorlock/>
          </v:shape>
        </w:pict>
      </w:r>
      <w:r>
        <w:rPr>
          <w:rFonts w:ascii="宋体" w:hAnsi="宋体" w:eastAsia="宋体" w:cs="宋体"/>
          <w:color w:val="000000"/>
        </w:rPr>
        <w:t>到原点距离的和的</w:t>
      </w:r>
      <w:r>
        <w:rPr>
          <w:rFonts w:ascii="Times New Roman" w:hAnsi="Times New Roman" w:eastAsia="Times New Roman" w:cs="Times New Roman"/>
          <w:color w:val="000000"/>
        </w:rPr>
        <w:t>3</w:t>
      </w:r>
      <w:r>
        <w:rPr>
          <w:rFonts w:ascii="宋体" w:hAnsi="宋体" w:eastAsia="宋体" w:cs="宋体"/>
          <w:color w:val="000000"/>
        </w:rPr>
        <w:t>倍为</w:t>
      </w:r>
      <w:r>
        <w:rPr>
          <w:rFonts w:ascii="Times New Roman" w:hAnsi="Times New Roman" w:eastAsia="Times New Roman" w:cs="Times New Roman"/>
          <w:color w:val="000000"/>
        </w:rPr>
        <w:t>6</w:t>
      </w:r>
      <w:r>
        <w:rPr>
          <w:rFonts w:ascii="宋体" w:hAnsi="宋体" w:eastAsia="宋体" w:cs="宋体"/>
          <w:color w:val="000000"/>
        </w:rPr>
        <w:t>，再根据“</w:t>
      </w:r>
      <w:r>
        <w:rPr>
          <w:rFonts w:ascii="Times New Roman" w:hAnsi="Times New Roman" w:eastAsia="Times New Roman" w:cs="Times New Roman"/>
          <w:color w:val="000000"/>
        </w:rPr>
        <w:t>3</w:t>
      </w:r>
      <w:r>
        <w:rPr>
          <w:rFonts w:ascii="宋体" w:hAnsi="宋体" w:eastAsia="宋体" w:cs="宋体"/>
          <w:color w:val="000000"/>
        </w:rPr>
        <w:t>倍点”的定义求解即可；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）根据题意可知点</w:t>
      </w:r>
      <w:r>
        <w:rPr>
          <w:rFonts w:ascii="Times New Roman" w:hAnsi="Times New Roman" w:eastAsia="Times New Roman" w:cs="Times New Roman"/>
          <w:i/>
          <w:color w:val="000000"/>
        </w:rPr>
        <w:t>B</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到原点的距离之和为</w:t>
      </w:r>
      <w:r>
        <w:rPr>
          <w:rFonts w:ascii="Times New Roman" w:hAnsi="Times New Roman" w:eastAsia="Times New Roman" w:cs="Times New Roman"/>
          <w:color w:val="000000"/>
        </w:rPr>
        <w:t>5</w:t>
      </w:r>
      <w:r>
        <w:rPr>
          <w:rFonts w:ascii="宋体" w:hAnsi="宋体" w:eastAsia="宋体" w:cs="宋体"/>
          <w:color w:val="000000"/>
        </w:rPr>
        <w:t>，由此得到</w:t>
      </w:r>
      <w:r>
        <w:pict>
          <v:shape id="_x0000_i717123" o:spt="75" alt="学科网(www.zxxk.com)--教育资源门户，提供试卷、教案、课件、论文、素材以及各类教学资源下载，还有大量而丰富的教学相关资讯！" type="#_x0000_t75" style="height:33.75pt;width:96.75pt;" o:ole="t" filled="f" o:preferrelative="t" stroked="f" coordsize="21600,21600">
            <v:path/>
            <v:fill on="f" focussize="0,0"/>
            <v:stroke on="f" joinstyle="miter"/>
            <v:imagedata r:id="rId2224" o:title="eqIdb5f0df7f0a2d5b4f292d99e33735eb00"/>
            <o:lock v:ext="edit" aspectratio="t"/>
            <w10:wrap type="none"/>
            <w10:anchorlock/>
          </v:shape>
        </w:pict>
      </w:r>
      <w:r>
        <w:rPr>
          <w:rFonts w:ascii="宋体" w:hAnsi="宋体" w:eastAsia="宋体" w:cs="宋体"/>
          <w:color w:val="000000"/>
        </w:rPr>
        <w:t>，据此求解即可；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）先根据左移减，求出点</w:t>
      </w:r>
      <w:r>
        <w:rPr>
          <w:rFonts w:ascii="Times New Roman" w:hAnsi="Times New Roman" w:eastAsia="Times New Roman" w:cs="Times New Roman"/>
          <w:i/>
          <w:color w:val="000000"/>
        </w:rPr>
        <w:t>B</w:t>
      </w:r>
      <w:r>
        <w:rPr>
          <w:rFonts w:ascii="宋体" w:hAnsi="宋体" w:eastAsia="宋体" w:cs="宋体"/>
          <w:color w:val="000000"/>
        </w:rPr>
        <w:t>表示的数，再根据“</w:t>
      </w:r>
      <w:r>
        <w:rPr>
          <w:rFonts w:ascii="Times New Roman" w:hAnsi="Times New Roman" w:eastAsia="Times New Roman" w:cs="Times New Roman"/>
          <w:color w:val="000000"/>
        </w:rPr>
        <w:t>3</w:t>
      </w:r>
      <w:r>
        <w:rPr>
          <w:rFonts w:ascii="宋体" w:hAnsi="宋体" w:eastAsia="宋体" w:cs="宋体"/>
          <w:color w:val="000000"/>
        </w:rPr>
        <w:t>倍点”的定义求解即可．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解：由题意得点</w:t>
      </w:r>
      <w:r>
        <w:rPr>
          <w:rFonts w:ascii="Times New Roman" w:hAnsi="Times New Roman" w:eastAsia="Times New Roman" w:cs="Times New Roman"/>
          <w:i/>
          <w:color w:val="000000"/>
        </w:rPr>
        <w:t>A</w:t>
      </w:r>
      <w:r>
        <w:rPr>
          <w:rFonts w:ascii="宋体" w:hAnsi="宋体" w:eastAsia="宋体" w:cs="宋体"/>
          <w:color w:val="000000"/>
        </w:rPr>
        <w:t>，点</w:t>
      </w:r>
      <w:r>
        <w:pict>
          <v:shape id="_x0000_i71712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25" o:title="eqId7f9e8449aad35c5d840a3395ea86df6d"/>
            <o:lock v:ext="edit" aspectratio="t"/>
            <w10:wrap type="none"/>
            <w10:anchorlock/>
          </v:shape>
        </w:pict>
      </w:r>
      <w:r>
        <w:rPr>
          <w:rFonts w:ascii="宋体" w:hAnsi="宋体" w:eastAsia="宋体" w:cs="宋体"/>
          <w:color w:val="000000"/>
        </w:rPr>
        <w:t>到原点距离的和的</w:t>
      </w:r>
      <w:r>
        <w:rPr>
          <w:rFonts w:ascii="Times New Roman" w:hAnsi="Times New Roman" w:eastAsia="Times New Roman" w:cs="Times New Roman"/>
          <w:color w:val="000000"/>
        </w:rPr>
        <w:t>3</w:t>
      </w:r>
      <w:r>
        <w:rPr>
          <w:rFonts w:ascii="宋体" w:hAnsi="宋体" w:eastAsia="宋体" w:cs="宋体"/>
          <w:color w:val="000000"/>
        </w:rPr>
        <w:t>倍为</w:t>
      </w:r>
      <w:r>
        <w:pict>
          <v:shape id="_x0000_i717125" o:spt="75" alt="学科网(www.zxxk.com)--教育资源门户，提供试卷、教案、课件、论文、素材以及各类教学资源下载，还有大量而丰富的教学相关资讯！" type="#_x0000_t75" style="height:21.75pt;width:125.25pt;" o:ole="t" filled="f" o:preferrelative="t" stroked="f" coordsize="21600,21600">
            <v:path/>
            <v:fill on="f" focussize="0,0"/>
            <v:stroke on="f" joinstyle="miter"/>
            <v:imagedata r:id="rId2226" o:title="eqIdb244673e8f438e39062185248bcbd35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在</w:t>
      </w:r>
      <w:r>
        <w:pict>
          <v:shape id="_x0000_i71712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27" o:title="eqIdd3aab28a20b5bf47040aaec03b1eb550"/>
            <o:lock v:ext="edit" aspectratio="t"/>
            <w10:wrap type="none"/>
            <w10:anchorlock/>
          </v:shape>
        </w:pict>
      </w:r>
      <w:r>
        <w:rPr>
          <w:rFonts w:ascii="宋体" w:hAnsi="宋体" w:eastAsia="宋体" w:cs="宋体"/>
          <w:color w:val="000000"/>
        </w:rPr>
        <w:t>，</w:t>
      </w:r>
      <w:r>
        <w:pict>
          <v:shape id="_x0000_i71712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228"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四个数中只有</w:t>
      </w:r>
      <w:r>
        <w:pict>
          <v:shape id="_x0000_i717128"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27" o:title="eqIdd3aab28a20b5bf47040aaec03b1eb550"/>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9</w:t>
      </w:r>
      <w:r>
        <w:rPr>
          <w:rFonts w:ascii="宋体" w:hAnsi="宋体" w:eastAsia="宋体" w:cs="宋体"/>
          <w:color w:val="000000"/>
        </w:rPr>
        <w:t>到原点的距离为</w:t>
      </w:r>
      <w:r>
        <w:rPr>
          <w:rFonts w:ascii="Times New Roman" w:hAnsi="Times New Roman" w:eastAsia="Times New Roman" w:cs="Times New Roman"/>
          <w:color w:val="000000"/>
        </w:rPr>
        <w:t>9</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∴其中是点</w:t>
      </w:r>
      <w:r>
        <w:rPr>
          <w:rFonts w:ascii="Times New Roman" w:hAnsi="Times New Roman" w:eastAsia="Times New Roman" w:cs="Times New Roman"/>
          <w:i/>
          <w:color w:val="000000"/>
        </w:rPr>
        <w:t>A</w:t>
      </w:r>
      <w:r>
        <w:rPr>
          <w:rFonts w:ascii="宋体" w:hAnsi="宋体" w:eastAsia="宋体" w:cs="宋体"/>
          <w:color w:val="000000"/>
        </w:rPr>
        <w:t>和点</w:t>
      </w:r>
      <w:r>
        <w:pict>
          <v:shape id="_x0000_i71712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29"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倍点”的有</w:t>
      </w:r>
      <w:r>
        <w:pict>
          <v:shape id="_x0000_i717130" o:spt="75" alt="学科网(www.zxxk.com)--教育资源门户，提供试卷、教案、课件、论文、素材以及各类教学资源下载，还有大量而丰富的教学相关资讯！" type="#_x0000_t75" style="height:18pt;width:31.8pt;" o:ole="t" filled="f" o:preferrelative="t" stroked="f" coordsize="21600,21600">
            <v:path/>
            <v:fill on="f" focussize="0,0"/>
            <v:stroke on="f" joinstyle="miter"/>
            <v:imagedata r:id="rId2230" o:title="eqId1743b61ffacd3cbd13a4a1858fbb6a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7131" o:spt="75" alt="学科网(www.zxxk.com)--教育资源门户，提供试卷、教案、课件、论文、素材以及各类教学资源下载，还有大量而丰富的教学相关资讯！" type="#_x0000_t75" style="height:18pt;width:31.8pt;" o:ole="t" filled="f" o:preferrelative="t" stroked="f" coordsize="21600,21600">
            <v:path/>
            <v:fill on="f" focussize="0,0"/>
            <v:stroke on="f" joinstyle="miter"/>
            <v:imagedata r:id="rId2231" o:title="eqId1743b61ffacd3cbd13a4a1858fbb6a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点</w:t>
      </w:r>
      <w:r>
        <w:pict>
          <v:shape id="_x0000_i71713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232" o:title="eqIddad2a36927223bd70f426ba06aea4b45"/>
            <o:lock v:ext="edit" aspectratio="t"/>
            <w10:wrap type="none"/>
            <w10:anchorlock/>
          </v:shape>
        </w:pict>
      </w:r>
      <w:r>
        <w:rPr>
          <w:rFonts w:ascii="宋体" w:hAnsi="宋体" w:eastAsia="宋体" w:cs="宋体"/>
          <w:color w:val="000000"/>
        </w:rPr>
        <w:t>为点</w:t>
      </w:r>
      <w:r>
        <w:rPr>
          <w:rFonts w:ascii="Times New Roman" w:hAnsi="Times New Roman" w:eastAsia="Times New Roman" w:cs="Times New Roman"/>
          <w:i/>
          <w:color w:val="000000"/>
        </w:rPr>
        <w:t>A</w:t>
      </w:r>
      <w:r>
        <w:rPr>
          <w:rFonts w:ascii="宋体" w:hAnsi="宋体" w:eastAsia="宋体" w:cs="宋体"/>
          <w:color w:val="000000"/>
        </w:rPr>
        <w:t>和点</w:t>
      </w:r>
      <w:r>
        <w:pict>
          <v:shape id="_x0000_i71713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33" o:title="eqId7f9e8449aad35c5d840a3395ea86df6d"/>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倍点”，且点</w:t>
      </w:r>
      <w:r>
        <w:pict>
          <v:shape id="_x0000_i71713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232" o:title="eqIddad2a36927223bd70f426ba06aea4b45"/>
            <o:lock v:ext="edit" aspectratio="t"/>
            <w10:wrap type="none"/>
            <w10:anchorlock/>
          </v:shape>
        </w:pict>
      </w:r>
      <w:r>
        <w:rPr>
          <w:rFonts w:ascii="宋体" w:hAnsi="宋体" w:eastAsia="宋体" w:cs="宋体"/>
          <w:color w:val="000000"/>
        </w:rPr>
        <w:t>到原点的距离为</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到原点的距离之和为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135" o:spt="75" alt="学科网(www.zxxk.com)--教育资源门户，提供试卷、教案、课件、论文、素材以及各类教学资源下载，还有大量而丰富的教学相关资讯！" type="#_x0000_t75" style="height:33.75pt;width:96.75pt;" o:ole="t" filled="f" o:preferrelative="t" stroked="f" coordsize="21600,21600">
            <v:path/>
            <v:fill on="f" focussize="0,0"/>
            <v:stroke on="f" joinstyle="miter"/>
            <v:imagedata r:id="rId2234" o:title="eqIdb5f0df7f0a2d5b4f292d99e33735eb0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136" o:spt="75" alt="学科网(www.zxxk.com)--教育资源门户，提供试卷、教案、课件、论文、素材以及各类教学资源下载，还有大量而丰富的教学相关资讯！" type="#_x0000_t75" style="height:31.2pt;width:36pt;" o:ole="t" filled="f" o:preferrelative="t" stroked="f" coordsize="21600,21600">
            <v:path/>
            <v:fill on="f" focussize="0,0"/>
            <v:stroke on="f" joinstyle="miter"/>
            <v:imagedata r:id="rId2235" o:title="eqId205ebc4267d73809712fb22f6d96d59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137" o:spt="75" alt="学科网(www.zxxk.com)--教育资源门户，提供试卷、教案、课件、论文、素材以及各类教学资源下载，还有大量而丰富的教学相关资讯！" type="#_x0000_t75" style="height:31.2pt;width:40.8pt;" o:ole="t" filled="f" o:preferrelative="t" stroked="f" coordsize="21600,21600">
            <v:path/>
            <v:fill on="f" focussize="0,0"/>
            <v:stroke on="f" joinstyle="miter"/>
            <v:imagedata r:id="rId2236" o:title="eqIda48151760adf24c7a9bdc004e32f8e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解：由题意得点</w:t>
      </w:r>
      <w:r>
        <w:rPr>
          <w:rFonts w:ascii="Times New Roman" w:hAnsi="Times New Roman" w:eastAsia="Times New Roman" w:cs="Times New Roman"/>
          <w:i/>
          <w:color w:val="000000"/>
        </w:rPr>
        <w:t>B</w:t>
      </w:r>
      <w:r>
        <w:rPr>
          <w:rFonts w:ascii="宋体" w:hAnsi="宋体" w:eastAsia="宋体" w:cs="宋体"/>
          <w:color w:val="000000"/>
        </w:rPr>
        <w:t>边上的数为</w:t>
      </w:r>
      <w:r>
        <w:pict>
          <v:shape id="_x0000_i71713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237" o:title="eqId05de636879810855dab27451897e858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到原点的距离的</w:t>
      </w:r>
      <w:r>
        <w:rPr>
          <w:rFonts w:ascii="Times New Roman" w:hAnsi="Times New Roman" w:eastAsia="Times New Roman" w:cs="Times New Roman"/>
          <w:color w:val="000000"/>
        </w:rPr>
        <w:t>3</w:t>
      </w:r>
      <w:r>
        <w:rPr>
          <w:rFonts w:ascii="宋体" w:hAnsi="宋体" w:eastAsia="宋体" w:cs="宋体"/>
          <w:color w:val="000000"/>
        </w:rPr>
        <w:t>倍为</w:t>
      </w:r>
      <w:r>
        <w:pict>
          <v:shape id="_x0000_i717139" o:spt="75" alt="学科网(www.zxxk.com)--教育资源门户，提供试卷、教案、课件、论文、素材以及各类教学资源下载，还有大量而丰富的教学相关资讯！" type="#_x0000_t75" style="height:21.75pt;width:143.25pt;" o:ole="t" filled="f" o:preferrelative="t" stroked="f" coordsize="21600,21600">
            <v:path/>
            <v:fill on="f" focussize="0,0"/>
            <v:stroke on="f" joinstyle="miter"/>
            <v:imagedata r:id="rId2238" o:title="eqId9c316b0c72cade32734a0f6391dad2c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到原点的距离为</w:t>
      </w:r>
      <w:r>
        <w:pict>
          <v:shape id="_x0000_i717140"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2239" o:title="eqId42a3c1d46525a26f711d648d75160b9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pict>
          <v:shape id="_x0000_i717141"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2240" o:title="eqId42a3c1d46525a26f711d648d75160b90"/>
            <o:lock v:ext="edit" aspectratio="t"/>
            <w10:wrap type="none"/>
            <w10:anchorlock/>
          </v:shape>
        </w:pict>
      </w:r>
      <w:r>
        <w:rPr>
          <w:rFonts w:ascii="宋体" w:hAnsi="宋体" w:eastAsia="宋体" w:cs="宋体"/>
          <w:color w:val="000000"/>
        </w:rPr>
        <w:t>或</w:t>
      </w:r>
      <w:r>
        <w:pict>
          <v:shape id="_x0000_i717142" o:spt="75" alt="学科网(www.zxxk.com)--教育资源门户，提供试卷、教案、课件、论文、素材以及各类教学资源下载，还有大量而丰富的教学相关资讯！" type="#_x0000_t75" style="height:13.8pt;width:33pt;" o:ole="t" filled="f" o:preferrelative="t" stroked="f" coordsize="21600,21600">
            <v:path/>
            <v:fill on="f" focussize="0,0"/>
            <v:stroke on="f" joinstyle="miter"/>
            <v:imagedata r:id="rId2241" o:title="eqId9733fb2d7f3f73767fefd5d663181a5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到点</w:t>
      </w:r>
      <w:r>
        <w:rPr>
          <w:rFonts w:ascii="Times New Roman" w:hAnsi="Times New Roman" w:eastAsia="Times New Roman" w:cs="Times New Roman"/>
          <w:i/>
          <w:color w:val="000000"/>
        </w:rPr>
        <w:t>A</w:t>
      </w:r>
      <w:r>
        <w:rPr>
          <w:rFonts w:ascii="宋体" w:hAnsi="宋体" w:eastAsia="宋体" w:cs="宋体"/>
          <w:color w:val="000000"/>
        </w:rPr>
        <w:t>的距离为</w:t>
      </w:r>
      <w:r>
        <w:pict>
          <v:shape id="_x0000_i717143"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2242" o:title="eqId3dcd84c5c68e41487ee4c95c85f3e71a"/>
            <o:lock v:ext="edit" aspectratio="t"/>
            <w10:wrap type="none"/>
            <w10:anchorlock/>
          </v:shape>
        </w:pict>
      </w:r>
      <w:r>
        <w:rPr>
          <w:rFonts w:ascii="宋体" w:hAnsi="宋体" w:eastAsia="宋体" w:cs="宋体"/>
          <w:color w:val="000000"/>
        </w:rPr>
        <w:t>或</w:t>
      </w:r>
      <w:r>
        <w:pict>
          <v:shape id="_x0000_i717144" o:spt="75" alt="学科网(www.zxxk.com)--教育资源门户，提供试卷、教案、课件、论文、素材以及各类教学资源下载，还有大量而丰富的教学相关资讯！" type="#_x0000_t75" style="height:20.25pt;width:98.25pt;" o:ole="t" filled="f" o:preferrelative="t" stroked="f" coordsize="21600,21600">
            <v:path/>
            <v:fill on="f" focussize="0,0"/>
            <v:stroke on="f" joinstyle="miter"/>
            <v:imagedata r:id="rId2243" o:title="eqId88669cbaf6dc8dfa95ac8e84a6c9247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本题主要考查了数轴上两点的距离，求一个数的绝对值，熟知数轴上两点距离公式是解题的关键．</w:t>
      </w:r>
    </w:p>
    <w:p>
      <w:pPr>
        <w:pStyle w:val="Heading2"/>
      </w:pPr>
      <w:r>
        <w:t>朝阳区陈经纶中学</w:t>
      </w:r>
    </w:p>
    <w:p>
      <w:pPr>
        <w:spacing w:line="360" w:lineRule="auto"/>
        <w:jc w:val="both"/>
        <w:textAlignment w:val="center"/>
        <w:rPr>
          <w:color w:val="000000"/>
        </w:rPr>
      </w:pPr>
      <w:r>
        <w:rPr>
          <w:color w:val="000000"/>
        </w:rPr>
        <w:t xml:space="preserve">27. </w:t>
      </w:r>
      <w:r>
        <w:rPr>
          <w:rFonts w:ascii="宋体" w:hAnsi="宋体" w:eastAsia="宋体" w:cs="宋体"/>
          <w:color w:val="000000"/>
        </w:rPr>
        <w:t>结合数轴与绝对值的知识回答下列问题：</w:t>
      </w:r>
    </w:p>
    <w:p>
      <w:pPr>
        <w:spacing w:line="360" w:lineRule="auto"/>
        <w:jc w:val="both"/>
        <w:textAlignment w:val="center"/>
        <w:rPr>
          <w:color w:val="000000"/>
        </w:rPr>
      </w:pPr>
      <w:r>
        <w:rPr>
          <w:color w:val="000000"/>
        </w:rPr>
        <w:drawing>
          <wp:inline distT="0" distB="0" distL="114300" distR="114300">
            <wp:extent cx="3276600" cy="228600"/>
            <wp:effectExtent l="0" t="0" r="0" b="0"/>
            <wp:docPr id="3679"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 name="图片 100015" descr="学科网(www.zxxk.com)--教育资源门户，提供试卷、教案、课件、论文、素材以及各类教学资源下载，还有大量而丰富的教学相关资讯！"/>
                    <pic:cNvPicPr>
                      <a:picLocks noChangeAspect="1"/>
                    </pic:cNvPicPr>
                  </pic:nvPicPr>
                  <pic:blipFill>
                    <a:blip r:embed="rId2244"/>
                    <a:stretch>
                      <a:fillRect/>
                    </a:stretch>
                  </pic:blipFill>
                  <pic:spPr>
                    <a:xfrm>
                      <a:off x="0" y="0"/>
                      <a:ext cx="3276600" cy="228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数轴上表示</w:t>
      </w:r>
      <w:r>
        <w:rPr>
          <w:rFonts w:ascii="Times New Roman" w:hAnsi="Times New Roman" w:eastAsia="Times New Roman" w:cs="Times New Roman"/>
          <w:color w:val="000000"/>
        </w:rPr>
        <w:t>5</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的两点之间的距离是</w:t>
      </w:r>
      <w:r>
        <w:rPr>
          <w:rFonts w:ascii="Times New Roman" w:hAnsi="Times New Roman" w:eastAsia="Times New Roman" w:cs="Times New Roman"/>
          <w:color w:val="000000"/>
          <w:u w:val="single"/>
        </w:rPr>
        <w:t xml:space="preserve">        </w:t>
      </w:r>
      <w:r>
        <w:rPr>
          <w:rFonts w:ascii="宋体" w:hAnsi="宋体" w:eastAsia="宋体" w:cs="宋体"/>
          <w:color w:val="000000"/>
        </w:rPr>
        <w:t>；表示</w:t>
      </w:r>
      <w:r>
        <w:pict>
          <v:shape id="_x0000_i71714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45" o:title="eqId6dbf80cb71406fd14621139149f7ed9e"/>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两点之间的距离是</w:t>
      </w:r>
      <w:r>
        <w:rPr>
          <w:rFonts w:ascii="Times New Roman" w:hAnsi="Times New Roman" w:eastAsia="Times New Roman" w:cs="Times New Roman"/>
          <w:color w:val="000000"/>
          <w:u w:val="single"/>
        </w:rPr>
        <w:t xml:space="preserve">      </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一般地，数轴上表示数</w:t>
      </w:r>
      <w:r>
        <w:rPr>
          <w:rFonts w:ascii="Times New Roman" w:hAnsi="Times New Roman" w:eastAsia="Times New Roman" w:cs="Times New Roman"/>
          <w:i/>
          <w:color w:val="000000"/>
        </w:rPr>
        <w:t>m</w:t>
      </w:r>
      <w:r>
        <w:rPr>
          <w:rFonts w:ascii="宋体" w:hAnsi="宋体" w:eastAsia="宋体" w:cs="宋体"/>
          <w:color w:val="000000"/>
        </w:rPr>
        <w:t>和数</w:t>
      </w:r>
      <w:r>
        <w:rPr>
          <w:rFonts w:ascii="Times New Roman" w:hAnsi="Times New Roman" w:eastAsia="Times New Roman" w:cs="Times New Roman"/>
          <w:i/>
          <w:color w:val="000000"/>
        </w:rPr>
        <w:t>n</w:t>
      </w:r>
      <w:r>
        <w:rPr>
          <w:rFonts w:ascii="宋体" w:hAnsi="宋体" w:eastAsia="宋体" w:cs="宋体"/>
          <w:color w:val="000000"/>
        </w:rPr>
        <w:t>的两点之间的距离等于</w:t>
      </w:r>
      <w:r>
        <w:pict>
          <v:shape id="_x0000_i717146" o:spt="75" alt="学科网(www.zxxk.com)--教育资源门户，提供试卷、教案、课件、论文、素材以及各类教学资源下载，还有大量而丰富的教学相关资讯！" type="#_x0000_t75" style="height:18pt;width:31.95pt;" o:ole="t" filled="f" o:preferrelative="t" stroked="f" coordsize="21600,21600">
            <v:path/>
            <v:fill on="f" focussize="0,0"/>
            <v:stroke on="f" joinstyle="miter"/>
            <v:imagedata r:id="rId2246" o:title="eqIdae9dd56551121a5b88be4dc6910c9ec0"/>
            <o:lock v:ext="edit" aspectratio="t"/>
            <w10:wrap type="none"/>
            <w10:anchorlock/>
          </v:shape>
        </w:pict>
      </w:r>
      <w:r>
        <w:rPr>
          <w:rFonts w:ascii="宋体" w:hAnsi="宋体" w:eastAsia="宋体" w:cs="宋体"/>
          <w:color w:val="000000"/>
        </w:rPr>
        <w:t>．如果表示数</w:t>
      </w:r>
      <w:r>
        <w:rPr>
          <w:rFonts w:ascii="Times New Roman" w:hAnsi="Times New Roman" w:eastAsia="Times New Roman" w:cs="Times New Roman"/>
          <w:i/>
          <w:color w:val="000000"/>
        </w:rPr>
        <w:t>a</w:t>
      </w:r>
      <w:r>
        <w:rPr>
          <w:rFonts w:ascii="宋体" w:hAnsi="宋体" w:eastAsia="宋体" w:cs="宋体"/>
          <w:color w:val="000000"/>
        </w:rPr>
        <w:t>和</w:t>
      </w:r>
      <w:r>
        <w:pict>
          <v:shape id="_x0000_i71714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247" o:title="eqIdb74eb8a7738402df52d4a97262b85ca0"/>
            <o:lock v:ext="edit" aspectratio="t"/>
            <w10:wrap type="none"/>
            <w10:anchorlock/>
          </v:shape>
        </w:pict>
      </w:r>
      <w:r>
        <w:rPr>
          <w:rFonts w:ascii="宋体" w:hAnsi="宋体" w:eastAsia="宋体" w:cs="宋体"/>
          <w:color w:val="000000"/>
        </w:rPr>
        <w:t>的两点之间的距离是</w:t>
      </w:r>
      <w:r>
        <w:rPr>
          <w:rFonts w:ascii="Times New Roman" w:hAnsi="Times New Roman" w:eastAsia="Times New Roman" w:cs="Times New Roman"/>
          <w:color w:val="000000"/>
        </w:rPr>
        <w:t>3</w:t>
      </w:r>
      <w:r>
        <w:rPr>
          <w:rFonts w:ascii="宋体" w:hAnsi="宋体" w:eastAsia="宋体" w:cs="宋体"/>
          <w:color w:val="000000"/>
        </w:rPr>
        <w:t>，那么</w:t>
      </w:r>
      <w:r>
        <w:rPr>
          <w:rFonts w:ascii="Times New Roman" w:hAnsi="Times New Roman" w:eastAsia="Times New Roman" w:cs="Times New Roman"/>
          <w:i/>
          <w:color w:val="000000"/>
        </w:rPr>
        <w:t>a</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若数轴上表示数</w:t>
      </w:r>
      <w:r>
        <w:rPr>
          <w:rFonts w:ascii="Times New Roman" w:hAnsi="Times New Roman" w:eastAsia="Times New Roman" w:cs="Times New Roman"/>
          <w:i/>
          <w:color w:val="000000"/>
        </w:rPr>
        <w:t>a</w:t>
      </w:r>
      <w:r>
        <w:rPr>
          <w:rFonts w:ascii="宋体" w:hAnsi="宋体" w:eastAsia="宋体" w:cs="宋体"/>
          <w:color w:val="000000"/>
        </w:rPr>
        <w:t>的点位于</w:t>
      </w:r>
      <w:r>
        <w:pict>
          <v:shape id="_x0000_i71714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248" o:title="eqId395addb4439331615a7f220289d8b62c"/>
            <o:lock v:ext="edit" aspectratio="t"/>
            <w10:wrap type="none"/>
            <w10:anchorlock/>
          </v:shape>
        </w:pict>
      </w:r>
      <w:r>
        <w:rPr>
          <w:rFonts w:ascii="宋体" w:hAnsi="宋体" w:eastAsia="宋体" w:cs="宋体"/>
          <w:color w:val="000000"/>
        </w:rPr>
        <w:t>与</w:t>
      </w:r>
      <w:r>
        <w:rPr>
          <w:rFonts w:ascii="Times New Roman" w:hAnsi="Times New Roman" w:eastAsia="Times New Roman" w:cs="Times New Roman"/>
          <w:color w:val="000000"/>
        </w:rPr>
        <w:t>2</w:t>
      </w:r>
      <w:r>
        <w:rPr>
          <w:rFonts w:ascii="宋体" w:hAnsi="宋体" w:eastAsia="宋体" w:cs="宋体"/>
          <w:color w:val="000000"/>
        </w:rPr>
        <w:t>之间，则</w:t>
      </w:r>
      <w:r>
        <w:pict>
          <v:shape id="_x0000_i717149" o:spt="75" alt="学科网(www.zxxk.com)--教育资源门户，提供试卷、教案、课件、论文、素材以及各类教学资源下载，还有大量而丰富的教学相关资讯！" type="#_x0000_t75" style="height:17.25pt;width:62.25pt;" o:ole="t" filled="f" o:preferrelative="t" stroked="f" coordsize="21600,21600">
            <v:path/>
            <v:fill on="f" focussize="0,0"/>
            <v:stroke on="f" joinstyle="miter"/>
            <v:imagedata r:id="rId2249" o:title="eqIdfd0684e322e535e7756fea41eb2e6636"/>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利用数轴找出所有符合条件的整数点</w:t>
      </w:r>
      <w:r>
        <w:rPr>
          <w:rFonts w:ascii="Times New Roman" w:hAnsi="Times New Roman" w:eastAsia="Times New Roman" w:cs="Times New Roman"/>
          <w:i/>
          <w:color w:val="000000"/>
        </w:rPr>
        <w:t>x</w:t>
      </w:r>
      <w:r>
        <w:rPr>
          <w:rFonts w:ascii="宋体" w:hAnsi="宋体" w:eastAsia="宋体" w:cs="宋体"/>
          <w:color w:val="000000"/>
        </w:rPr>
        <w:t>，使得</w:t>
      </w:r>
      <w:r>
        <w:pict>
          <v:shape id="_x0000_i717150" o:spt="75" alt="学科网(www.zxxk.com)--教育资源门户，提供试卷、教案、课件、论文、素材以及各类教学资源下载，还有大量而丰富的教学相关资讯！" type="#_x0000_t75" style="height:20.25pt;width:66.75pt;" o:ole="t" filled="f" o:preferrelative="t" stroked="f" coordsize="21600,21600">
            <v:path/>
            <v:fill on="f" focussize="0,0"/>
            <v:stroke on="f" joinstyle="miter"/>
            <v:imagedata r:id="rId2250" o:title="eqId52c1354bc3fa247c93df657b277958bc"/>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，这些点表示的数的和是</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当</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color w:val="000000"/>
          <w:u w:val="single"/>
        </w:rPr>
        <w:t xml:space="preserve">        </w:t>
      </w:r>
      <w:r>
        <w:rPr>
          <w:rFonts w:ascii="宋体" w:hAnsi="宋体" w:eastAsia="宋体" w:cs="宋体"/>
          <w:color w:val="000000"/>
        </w:rPr>
        <w:t>时，</w:t>
      </w:r>
      <w:r>
        <w:pict>
          <v:shape id="_x0000_i717151" o:spt="75" alt="学科网(www.zxxk.com)--教育资源门户，提供试卷、教案、课件、论文、素材以及各类教学资源下载，还有大量而丰富的教学相关资讯！" type="#_x0000_t75" style="height:21.75pt;width:102.75pt;" o:ole="t" filled="f" o:preferrelative="t" stroked="f" coordsize="21600,21600">
            <v:path/>
            <v:fill on="f" focussize="0,0"/>
            <v:stroke on="f" joinstyle="miter"/>
            <v:imagedata r:id="rId2251" o:title="eqId0978b13fbf2211c5bd6617ba1eef66aa"/>
            <o:lock v:ext="edit" aspectratio="t"/>
            <w10:wrap type="none"/>
            <w10:anchorlock/>
          </v:shape>
        </w:pict>
      </w:r>
      <w:r>
        <w:rPr>
          <w:rFonts w:ascii="宋体" w:hAnsi="宋体" w:eastAsia="宋体" w:cs="宋体"/>
          <w:color w:val="000000"/>
        </w:rPr>
        <w:t>的值最小，最小值是</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或</w:t>
      </w:r>
      <w:r>
        <w:pict>
          <v:shape id="_x0000_i717152"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52" o:title="eqIdd13ce3ebd1112220c639562739f1f9d1"/>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6</w:t>
      </w:r>
      <w:r>
        <w:rPr>
          <w:rFonts w:ascii="宋体" w:hAnsi="宋体" w:eastAsia="宋体" w:cs="宋体"/>
          <w:color w:val="000000"/>
        </w:rPr>
        <w:t>；</w:t>
      </w:r>
      <w:r>
        <w:rPr>
          <w:color w:val="000000"/>
        </w:rPr>
        <w:t xml:space="preserve">    （3）</w:t>
      </w:r>
      <w:r>
        <w:rPr>
          <w:rFonts w:ascii="Times New Roman" w:hAnsi="Times New Roman" w:eastAsia="Times New Roman" w:cs="Times New Roman"/>
          <w:color w:val="000000"/>
        </w:rPr>
        <w:t>12</w: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（4）</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7</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）根据数轴和题意，可以解答本题；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）根据题意，可以将绝对值去掉，从而可以解答本题；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）根据数轴和分类讨论的数学思想可以解答本题；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）根据分类讨论的数学思想可以解答本题．</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由题意可得，</w:t>
      </w:r>
    </w:p>
    <w:p>
      <w:pPr>
        <w:spacing w:line="360" w:lineRule="auto"/>
        <w:jc w:val="both"/>
        <w:textAlignment w:val="center"/>
        <w:rPr>
          <w:color w:val="000000"/>
        </w:rPr>
      </w:pPr>
      <w:r>
        <w:rPr>
          <w:rFonts w:ascii="宋体" w:hAnsi="宋体" w:eastAsia="宋体" w:cs="宋体"/>
          <w:color w:val="000000"/>
        </w:rPr>
        <w:t>数轴上表示</w:t>
      </w:r>
      <w:r>
        <w:rPr>
          <w:rFonts w:ascii="Times New Roman" w:hAnsi="Times New Roman" w:eastAsia="Times New Roman" w:cs="Times New Roman"/>
          <w:color w:val="000000"/>
        </w:rPr>
        <w:t>5</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的两点之间的距离是：</w:t>
      </w:r>
      <w:r>
        <w:pict>
          <v:shape id="_x0000_i717153"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2253" o:title="eqIdb5e3f09543ad9caaa65eba80d7daf79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表示</w:t>
      </w:r>
      <w:r>
        <w:pict>
          <v:shape id="_x0000_i717154"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254" o:title="eqId81fb134b2b48acc99213fff6ccfee65f"/>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两点之间的距离是：</w:t>
      </w:r>
      <w:r>
        <w:pict>
          <v:shape id="_x0000_i717155" o:spt="75" alt="学科网(www.zxxk.com)--教育资源门户，提供试卷、教案、课件、论文、素材以及各类教学资源下载，还有大量而丰富的教学相关资讯！" type="#_x0000_t75" style="height:19.9pt;width:58.9pt;" o:ole="t" filled="f" o:preferrelative="t" stroked="f" coordsize="21600,21600">
            <v:path/>
            <v:fill on="f" focussize="0,0"/>
            <v:stroke on="f" joinstyle="miter"/>
            <v:imagedata r:id="rId2255" o:title="eqId9e6d06c1493f2de30f3d62164d80063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7156"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2256" o:title="eqIdea63ca46c82f9c96ba94094e19ec49c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7157"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2257" o:title="eqId0b550ee821ee1838384835e81fc34b67"/>
            <o:lock v:ext="edit" aspectratio="t"/>
            <w10:wrap type="none"/>
            <w10:anchorlock/>
          </v:shape>
        </w:pict>
      </w:r>
      <w:r>
        <w:rPr>
          <w:rFonts w:ascii="宋体" w:hAnsi="宋体" w:eastAsia="宋体" w:cs="宋体"/>
          <w:color w:val="000000"/>
        </w:rPr>
        <w:t>或</w:t>
      </w:r>
      <w:r>
        <w:pict>
          <v:shape id="_x0000_i717158" o:spt="75" alt="学科网(www.zxxk.com)--教育资源门户，提供试卷、教案、课件、论文、素材以及各类教学资源下载，还有大量而丰富的教学相关资讯！" type="#_x0000_t75" style="height:14.15pt;width:34pt;" o:ole="t" filled="f" o:preferrelative="t" stroked="f" coordsize="21600,21600">
            <v:path/>
            <v:fill on="f" focussize="0,0"/>
            <v:stroke on="f" joinstyle="miter"/>
            <v:imagedata r:id="rId2258" o:title="eqIdb9a81e971f501d78f5560c0c3d42f0f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或</w:t>
      </w:r>
      <w:r>
        <w:pict>
          <v:shape id="_x0000_i717159"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59" o:title="eqIdd13ce3ebd1112220c639562739f1f9d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因为数轴上表示数</w:t>
      </w:r>
      <w:r>
        <w:rPr>
          <w:i/>
          <w:color w:val="000000"/>
        </w:rPr>
        <w:t>a</w:t>
      </w:r>
      <w:r>
        <w:rPr>
          <w:color w:val="000000"/>
        </w:rPr>
        <w:t>的点位于</w:t>
      </w:r>
      <w:r>
        <w:pict>
          <v:shape id="_x0000_i71716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260" o:title="eqId395addb4439331615a7f220289d8b62c"/>
            <o:lock v:ext="edit" aspectratio="t"/>
            <w10:wrap type="none"/>
            <w10:anchorlock/>
          </v:shape>
        </w:pict>
      </w:r>
      <w:r>
        <w:rPr>
          <w:color w:val="000000"/>
        </w:rPr>
        <w:t>与2之间</w:t>
      </w:r>
      <w:r>
        <w:rPr>
          <w:rFonts w:ascii="宋体" w:hAnsi="宋体" w:eastAsia="宋体" w:cs="宋体"/>
          <w:color w:val="000000"/>
        </w:rPr>
        <w:t>，</w:t>
      </w:r>
    </w:p>
    <w:p>
      <w:pPr>
        <w:spacing w:line="360" w:lineRule="auto"/>
        <w:jc w:val="both"/>
        <w:textAlignment w:val="center"/>
        <w:rPr>
          <w:color w:val="000000"/>
        </w:rPr>
      </w:pPr>
      <w:r>
        <w:pict>
          <v:shape id="_x0000_i717161" o:spt="75" alt="学科网(www.zxxk.com)--教育资源门户，提供试卷、教案、课件、论文、素材以及各类教学资源下载，还有大量而丰富的教学相关资讯！" type="#_x0000_t75" style="height:15pt;width:152.25pt;" o:ole="t" filled="f" o:preferrelative="t" stroked="f" coordsize="21600,21600">
            <v:path/>
            <v:fill on="f" focussize="0,0"/>
            <v:stroke on="f" joinstyle="miter"/>
            <v:imagedata r:id="rId2261" o:title="eqIdabbca97585dbb1eaee42ce073d97ba6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当</w:t>
      </w:r>
      <w:r>
        <w:pict>
          <v:shape id="_x0000_i717162"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2262" o:title="eqId43e9029d132adff5937610349c883287"/>
            <o:lock v:ext="edit" aspectratio="t"/>
            <w10:wrap type="none"/>
            <w10:anchorlock/>
          </v:shape>
        </w:pict>
      </w:r>
      <w:r>
        <w:rPr>
          <w:rFonts w:ascii="宋体" w:hAnsi="宋体" w:eastAsia="宋体" w:cs="宋体"/>
          <w:color w:val="000000"/>
        </w:rPr>
        <w:t>时，</w:t>
      </w:r>
      <w:r>
        <w:pict>
          <v:shape id="_x0000_i717163" o:spt="75" alt="学科网(www.zxxk.com)--教育资源门户，提供试卷、教案、课件、论文、素材以及各类教学资源下载，还有大量而丰富的教学相关资讯！" type="#_x0000_t75" style="height:15pt;width:180pt;" o:ole="t" filled="f" o:preferrelative="t" stroked="f" coordsize="21600,21600">
            <v:path/>
            <v:fill on="f" focussize="0,0"/>
            <v:stroke on="f" joinstyle="miter"/>
            <v:imagedata r:id="rId2263" o:title="eqId849feef502b76e0931371dc265b9bd6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7164" o:spt="75" alt="学科网(www.zxxk.com)--教育资源门户，提供试卷、教案、课件、论文、素材以及各类教学资源下载，还有大量而丰富的教学相关资讯！" type="#_x0000_t75" style="height:13.5pt;width:51.75pt;" o:ole="t" filled="f" o:preferrelative="t" stroked="f" coordsize="21600,21600">
            <v:path/>
            <v:fill on="f" focussize="0,0"/>
            <v:stroke on="f" joinstyle="miter"/>
            <v:imagedata r:id="rId2264" o:title="eqIda6f0f47f0085389c87ac32295b148d28"/>
            <o:lock v:ext="edit" aspectratio="t"/>
            <w10:wrap type="none"/>
            <w10:anchorlock/>
          </v:shape>
        </w:pict>
      </w:r>
      <w:r>
        <w:rPr>
          <w:rFonts w:ascii="宋体" w:hAnsi="宋体" w:eastAsia="宋体" w:cs="宋体"/>
          <w:color w:val="000000"/>
        </w:rPr>
        <w:t>时，</w:t>
      </w:r>
      <w:r>
        <w:pict>
          <v:shape id="_x0000_i717165" o:spt="75" alt="学科网(www.zxxk.com)--教育资源门户，提供试卷、教案、课件、论文、素材以及各类教学资源下载，还有大量而丰富的教学相关资讯！" type="#_x0000_t75" style="height:15pt;width:144pt;" o:ole="t" filled="f" o:preferrelative="t" stroked="f" coordsize="21600,21600">
            <v:path/>
            <v:fill on="f" focussize="0,0"/>
            <v:stroke on="f" joinstyle="miter"/>
            <v:imagedata r:id="rId2265" o:title="eqId765c4c5a18055c2570e4dd4e0a8fe53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7166" o:spt="75" alt="学科网(www.zxxk.com)--教育资源门户，提供试卷、教案、课件、论文、素材以及各类教学资源下载，还有大量而丰富的教学相关资讯！" type="#_x0000_t75" style="height:14.4pt;width:33.6pt;" o:ole="t" filled="f" o:preferrelative="t" stroked="f" coordsize="21600,21600">
            <v:path/>
            <v:fill on="f" focussize="0,0"/>
            <v:stroke on="f" joinstyle="miter"/>
            <v:imagedata r:id="rId2266" o:title="eqId5eeb69dcd17cd8448b0ed90fc02a7f3c"/>
            <o:lock v:ext="edit" aspectratio="t"/>
            <w10:wrap type="none"/>
            <w10:anchorlock/>
          </v:shape>
        </w:pict>
      </w:r>
      <w:r>
        <w:rPr>
          <w:rFonts w:ascii="宋体" w:hAnsi="宋体" w:eastAsia="宋体" w:cs="宋体"/>
          <w:color w:val="000000"/>
        </w:rPr>
        <w:t>时，</w:t>
      </w:r>
      <w:r>
        <w:pict>
          <v:shape id="_x0000_i717167" o:spt="75" alt="学科网(www.zxxk.com)--教育资源门户，提供试卷、教案、课件、论文、素材以及各类教学资源下载，还有大量而丰富的教学相关资讯！" type="#_x0000_t75" style="height:15pt;width:192pt;" o:ole="t" filled="f" o:preferrelative="t" stroked="f" coordsize="21600,21600">
            <v:path/>
            <v:fill on="f" focussize="0,0"/>
            <v:stroke on="f" joinstyle="miter"/>
            <v:imagedata r:id="rId2267" o:title="eqId817b4eba14f7b361898cd9ded20f4f5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7168"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268" o:title="eqId2de0d10ef8b748d4531250c37c5d3f9e"/>
            <o:lock v:ext="edit" aspectratio="t"/>
            <w10:wrap type="none"/>
            <w10:anchorlock/>
          </v:shape>
        </w:pict>
      </w:r>
      <w:r>
        <w:rPr>
          <w:rFonts w:ascii="宋体" w:hAnsi="宋体" w:eastAsia="宋体" w:cs="宋体"/>
          <w:color w:val="000000"/>
        </w:rPr>
        <w:t>使得</w:t>
      </w:r>
      <w:r>
        <w:pict>
          <v:shape id="_x0000_i717169" o:spt="75" alt="学科网(www.zxxk.com)--教育资源门户，提供试卷、教案、课件、论文、素材以及各类教学资源下载，还有大量而丰富的教学相关资讯！" type="#_x0000_t75" style="height:16pt;width:92pt;" o:ole="t" filled="f" o:preferrelative="t" stroked="f" coordsize="21600,21600">
            <v:path/>
            <v:fill on="f" focussize="0,0"/>
            <v:stroke on="f" joinstyle="miter"/>
            <v:imagedata r:id="rId2269" o:title="eqIded4ef5ef036250360bf7988cb0bb82de"/>
            <o:lock v:ext="edit" aspectratio="t"/>
            <w10:wrap type="none"/>
            <w10:anchorlock/>
          </v:shape>
        </w:pict>
      </w:r>
      <w:r>
        <w:rPr>
          <w:rFonts w:ascii="宋体" w:hAnsi="宋体" w:eastAsia="宋体" w:cs="宋体"/>
          <w:color w:val="000000"/>
        </w:rPr>
        <w:t>的所有整数为：</w:t>
      </w:r>
      <w:r>
        <w:pict>
          <v:shape id="_x0000_i71717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270" o:title="eqId274a9dc37509f01c2606fb3086a46f4f"/>
            <o:lock v:ext="edit" aspectratio="t"/>
            <w10:wrap type="none"/>
            <w10:anchorlock/>
          </v:shape>
        </w:pict>
      </w:r>
      <w:r>
        <w:rPr>
          <w:rFonts w:ascii="宋体" w:hAnsi="宋体" w:eastAsia="宋体" w:cs="宋体"/>
          <w:color w:val="000000"/>
        </w:rPr>
        <w:t>，</w:t>
      </w:r>
      <w:r>
        <w:pict>
          <v:shape id="_x0000_i71717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271"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both"/>
        <w:textAlignment w:val="center"/>
        <w:rPr>
          <w:color w:val="000000"/>
        </w:rPr>
      </w:pPr>
      <w:r>
        <w:pict>
          <v:shape id="_x0000_i717172" o:spt="75" alt="学科网(www.zxxk.com)--教育资源门户，提供试卷、教案、课件、论文、素材以及各类教学资源下载，还有大量而丰富的教学相关资讯！" type="#_x0000_t75" style="height:15pt;width:159pt;" o:ole="t" filled="f" o:preferrelative="t" stroked="f" coordsize="21600,21600">
            <v:path/>
            <v:fill on="f" focussize="0,0"/>
            <v:stroke on="f" joinstyle="miter"/>
            <v:imagedata r:id="rId2272" o:title="eqIdf361d64c3a68c965ade309a4f0c3463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both"/>
        <w:textAlignment w:val="center"/>
        <w:rPr>
          <w:color w:val="000000"/>
        </w:rPr>
      </w:pPr>
      <w:r>
        <w:rPr>
          <w:color w:val="000000"/>
        </w:rPr>
        <w:t>【小问4详解】</w:t>
      </w:r>
    </w:p>
    <w:p>
      <w:pPr>
        <w:spacing w:line="360" w:lineRule="auto"/>
        <w:jc w:val="both"/>
        <w:textAlignment w:val="center"/>
        <w:rPr>
          <w:color w:val="000000"/>
        </w:rPr>
      </w:pPr>
      <w:r>
        <w:rPr>
          <w:rFonts w:ascii="宋体" w:hAnsi="宋体" w:eastAsia="宋体" w:cs="宋体"/>
          <w:color w:val="000000"/>
        </w:rPr>
        <w:t>当</w:t>
      </w:r>
      <w:r>
        <w:pict>
          <v:shape id="_x0000_i717173"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273" o:title="eqId6803e06223269e79138ac240d2d2f57f"/>
            <o:lock v:ext="edit" aspectratio="t"/>
            <w10:wrap type="none"/>
            <w10:anchorlock/>
          </v:shape>
        </w:pict>
      </w:r>
      <w:r>
        <w:rPr>
          <w:rFonts w:ascii="宋体" w:hAnsi="宋体" w:eastAsia="宋体" w:cs="宋体"/>
          <w:color w:val="000000"/>
        </w:rPr>
        <w:t>时，</w:t>
      </w:r>
      <w:r>
        <w:pict>
          <v:shape id="_x0000_i717174" o:spt="75" alt="学科网(www.zxxk.com)--教育资源门户，提供试卷、教案、课件、论文、素材以及各类教学资源下载，还有大量而丰富的教学相关资讯！" type="#_x0000_t75" style="height:15pt;width:249.75pt;" o:ole="t" filled="f" o:preferrelative="t" stroked="f" coordsize="21600,21600">
            <v:path/>
            <v:fill on="f" focussize="0,0"/>
            <v:stroke on="f" joinstyle="miter"/>
            <v:imagedata r:id="rId2274" o:title="eqIdf4a15c37e8ff86380ebae348efe0029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7175"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2275" o:title="eqId804a55f486e29d8abbe4306c34b4eda1"/>
            <o:lock v:ext="edit" aspectratio="t"/>
            <w10:wrap type="none"/>
            <w10:anchorlock/>
          </v:shape>
        </w:pict>
      </w:r>
      <w:r>
        <w:rPr>
          <w:rFonts w:ascii="宋体" w:hAnsi="宋体" w:eastAsia="宋体" w:cs="宋体"/>
          <w:color w:val="000000"/>
        </w:rPr>
        <w:t>时，</w:t>
      </w:r>
      <w:r>
        <w:pict>
          <v:shape id="_x0000_i717176" o:spt="75" alt="学科网(www.zxxk.com)--教育资源门户，提供试卷、教案、课件、论文、素材以及各类教学资源下载，还有大量而丰富的教学相关资讯！" type="#_x0000_t75" style="height:15pt;width:225pt;" o:ole="t" filled="f" o:preferrelative="t" stroked="f" coordsize="21600,21600">
            <v:path/>
            <v:fill on="f" focussize="0,0"/>
            <v:stroke on="f" joinstyle="miter"/>
            <v:imagedata r:id="rId2276" o:title="eqId5953d6e3735ff6ecf11d80317de455cf"/>
            <o:lock v:ext="edit" aspectratio="t"/>
            <w10:wrap type="none"/>
            <w10:anchorlock/>
          </v:shape>
        </w:pict>
      </w:r>
      <w:r>
        <w:rPr>
          <w:rFonts w:ascii="宋体" w:hAnsi="宋体" w:eastAsia="宋体" w:cs="宋体"/>
          <w:color w:val="000000"/>
        </w:rPr>
        <w:t>，则</w:t>
      </w:r>
      <w:r>
        <w:pict>
          <v:shape id="_x0000_i717177" o:spt="75" alt="学科网(www.zxxk.com)--教育资源门户，提供试卷、教案、课件、论文、素材以及各类教学资源下载，还有大量而丰富的教学相关资讯！" type="#_x0000_t75" style="height:14pt;width:67.5pt;" o:ole="t" filled="f" o:preferrelative="t" stroked="f" coordsize="21600,21600">
            <v:path/>
            <v:fill on="f" focussize="0,0"/>
            <v:stroke on="f" joinstyle="miter"/>
            <v:imagedata r:id="rId2277" o:title="eqId2b19a35e1c71961927e01610ca2bb54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7178" o:spt="75" alt="学科网(www.zxxk.com)--教育资源门户，提供试卷、教案、课件、论文、素材以及各类教学资源下载，还有大量而丰富的教学相关资讯！" type="#_x0000_t75" style="height:14.15pt;width:49.9pt;" o:ole="t" filled="f" o:preferrelative="t" stroked="f" coordsize="21600,21600">
            <v:path/>
            <v:fill on="f" focussize="0,0"/>
            <v:stroke on="f" joinstyle="miter"/>
            <v:imagedata r:id="rId2278" o:title="eqId81b2adb2977dc352f96e80d9107fa3a9"/>
            <o:lock v:ext="edit" aspectratio="t"/>
            <w10:wrap type="none"/>
            <w10:anchorlock/>
          </v:shape>
        </w:pict>
      </w:r>
      <w:r>
        <w:rPr>
          <w:rFonts w:ascii="宋体" w:hAnsi="宋体" w:eastAsia="宋体" w:cs="宋体"/>
          <w:color w:val="000000"/>
        </w:rPr>
        <w:t>时，</w:t>
      </w:r>
      <w:r>
        <w:pict>
          <v:shape id="_x0000_i717179" o:spt="75" alt="学科网(www.zxxk.com)--教育资源门户，提供试卷、教案、课件、论文、素材以及各类教学资源下载，还有大量而丰富的教学相关资讯！" type="#_x0000_t75" style="height:15pt;width:224.25pt;" o:ole="t" filled="f" o:preferrelative="t" stroked="f" coordsize="21600,21600">
            <v:path/>
            <v:fill on="f" focussize="0,0"/>
            <v:stroke on="f" joinstyle="miter"/>
            <v:imagedata r:id="rId2279" o:title="eqId1b7a2aa5796f74b80cb9f1e7d8f784db"/>
            <o:lock v:ext="edit" aspectratio="t"/>
            <w10:wrap type="none"/>
            <w10:anchorlock/>
          </v:shape>
        </w:pict>
      </w:r>
      <w:r>
        <w:rPr>
          <w:rFonts w:ascii="宋体" w:hAnsi="宋体" w:eastAsia="宋体" w:cs="宋体"/>
          <w:color w:val="000000"/>
        </w:rPr>
        <w:t>，则</w:t>
      </w:r>
      <w:r>
        <w:pict>
          <v:shape id="_x0000_i717180"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2280" o:title="eqId8afff2fe7f06fefabeb73a64595cc02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7181" o:spt="75" alt="学科网(www.zxxk.com)--教育资源门户，提供试卷、教案、课件、论文、素材以及各类教学资源下载，还有大量而丰富的教学相关资讯！" type="#_x0000_t75" style="height:13pt;width:30pt;" o:ole="t" filled="f" o:preferrelative="t" stroked="f" coordsize="21600,21600">
            <v:path/>
            <v:fill on="f" focussize="0,0"/>
            <v:stroke on="f" joinstyle="miter"/>
            <v:imagedata r:id="rId2281" o:title="eqId1babe83333f3486af79840208caec56f"/>
            <o:lock v:ext="edit" aspectratio="t"/>
            <w10:wrap type="none"/>
            <w10:anchorlock/>
          </v:shape>
        </w:pict>
      </w:r>
      <w:r>
        <w:rPr>
          <w:rFonts w:ascii="宋体" w:hAnsi="宋体" w:eastAsia="宋体" w:cs="宋体"/>
          <w:color w:val="000000"/>
        </w:rPr>
        <w:t>时，</w:t>
      </w:r>
      <w:r>
        <w:pict>
          <v:shape id="_x0000_i717182" o:spt="75" alt="学科网(www.zxxk.com)--教育资源门户，提供试卷、教案、课件、论文、素材以及各类教学资源下载，还有大量而丰富的教学相关资讯！" type="#_x0000_t75" style="height:21.75pt;width:276pt;" o:ole="t" filled="f" o:preferrelative="t" stroked="f" coordsize="21600,21600">
            <v:path/>
            <v:fill on="f" focussize="0,0"/>
            <v:stroke on="f" joinstyle="miter"/>
            <v:imagedata r:id="rId2282" o:title="eqId797d88b8cc476e64a5b8a1aeda90316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由上可得，当</w:t>
      </w:r>
      <w:r>
        <w:pict>
          <v:shape id="_x0000_i717183"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2283" o:title="eqId0b550ee821ee1838384835e81fc34b67"/>
            <o:lock v:ext="edit" aspectratio="t"/>
            <w10:wrap type="none"/>
            <w10:anchorlock/>
          </v:shape>
        </w:pict>
      </w:r>
      <w:r>
        <w:rPr>
          <w:rFonts w:ascii="宋体" w:hAnsi="宋体" w:eastAsia="宋体" w:cs="宋体"/>
          <w:color w:val="000000"/>
        </w:rPr>
        <w:t>时，</w:t>
      </w:r>
      <w:r>
        <w:pict>
          <v:shape id="_x0000_i717184" o:spt="75" alt="学科网(www.zxxk.com)--教育资源门户，提供试卷、教案、课件、论文、素材以及各类教学资源下载，还有大量而丰富的教学相关资讯！" type="#_x0000_t75" style="height:16.2pt;width:118.2pt;" o:ole="t" filled="f" o:preferrelative="t" stroked="f" coordsize="21600,21600">
            <v:path/>
            <v:fill on="f" focussize="0,0"/>
            <v:stroke on="f" joinstyle="miter"/>
            <v:imagedata r:id="rId2284" o:title="eqId46f2aea3746f8b87c6ff75e074ffdc5a"/>
            <o:lock v:ext="edit" aspectratio="t"/>
            <w10:wrap type="none"/>
            <w10:anchorlock/>
          </v:shape>
        </w:pict>
      </w:r>
      <w:r>
        <w:rPr>
          <w:rFonts w:ascii="宋体" w:hAnsi="宋体" w:eastAsia="宋体" w:cs="宋体"/>
          <w:color w:val="000000"/>
        </w:rPr>
        <w:t>的值最小，最小值是</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本题考查数轴、绝对值，解答本题的关键是明确题意，利用数轴的特点和分类讨论的数学思想解答．</w:t>
      </w:r>
    </w:p>
    <w:p>
      <w:pPr>
        <w:spacing w:line="360" w:lineRule="auto"/>
        <w:jc w:val="both"/>
        <w:textAlignment w:val="center"/>
        <w:rPr>
          <w:color w:val="000000"/>
        </w:rPr>
      </w:pPr>
      <w:r>
        <w:rPr>
          <w:color w:val="000000"/>
        </w:rPr>
        <w:t xml:space="preserve">28. </w:t>
      </w:r>
      <w:r>
        <w:rPr>
          <w:rFonts w:ascii="宋体" w:hAnsi="宋体" w:eastAsia="宋体" w:cs="宋体"/>
          <w:color w:val="000000"/>
        </w:rPr>
        <w:t>对于由若干不相等的整数组成的数组</w:t>
      </w:r>
      <w:r>
        <w:pict>
          <v:shape id="_x0000_i71718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285" o:title="eqIddad2a36927223bd70f426ba06aea4b45"/>
            <o:lock v:ext="edit" aspectratio="t"/>
            <w10:wrap type="none"/>
            <w10:anchorlock/>
          </v:shape>
        </w:pict>
      </w:r>
      <w:r>
        <w:rPr>
          <w:rFonts w:ascii="宋体" w:hAnsi="宋体" w:eastAsia="宋体" w:cs="宋体"/>
          <w:color w:val="000000"/>
        </w:rPr>
        <w:t>和有理数</w:t>
      </w:r>
      <w:r>
        <w:pict>
          <v:shape id="_x0000_i71718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286" o:title="eqIdf0a532e15e232cb4b99a8d4d07c89575"/>
            <o:lock v:ext="edit" aspectratio="t"/>
            <w10:wrap type="none"/>
            <w10:anchorlock/>
          </v:shape>
        </w:pict>
      </w:r>
      <w:r>
        <w:rPr>
          <w:rFonts w:ascii="宋体" w:hAnsi="宋体" w:eastAsia="宋体" w:cs="宋体"/>
          <w:color w:val="000000"/>
        </w:rPr>
        <w:t>，给出如下定义：如果在数轴上存在一条长为</w:t>
      </w:r>
      <w:r>
        <w:rPr>
          <w:rFonts w:ascii="Times New Roman" w:hAnsi="Times New Roman" w:eastAsia="Times New Roman" w:cs="Times New Roman"/>
          <w:color w:val="000000"/>
        </w:rPr>
        <w:t>1</w:t>
      </w:r>
      <w:r>
        <w:rPr>
          <w:rFonts w:ascii="宋体" w:hAnsi="宋体" w:eastAsia="宋体" w:cs="宋体"/>
          <w:color w:val="000000"/>
        </w:rPr>
        <w:t>个单位长度的线段</w:t>
      </w:r>
      <w:r>
        <w:pict>
          <v:shape id="_x0000_i71718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287" o:title="eqIdf52a58fbaf4fea03567e88a9f0f6e37e"/>
            <o:lock v:ext="edit" aspectratio="t"/>
            <w10:wrap type="none"/>
            <w10:anchorlock/>
          </v:shape>
        </w:pict>
      </w:r>
      <w:r>
        <w:rPr>
          <w:rFonts w:ascii="宋体" w:hAnsi="宋体" w:eastAsia="宋体" w:cs="宋体"/>
          <w:color w:val="000000"/>
        </w:rPr>
        <w:t>，使得将数组</w:t>
      </w:r>
      <w:r>
        <w:pict>
          <v:shape id="_x0000_i71718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285" o:title="eqIddad2a36927223bd70f426ba06aea4b45"/>
            <o:lock v:ext="edit" aspectratio="t"/>
            <w10:wrap type="none"/>
            <w10:anchorlock/>
          </v:shape>
        </w:pict>
      </w:r>
      <w:r>
        <w:rPr>
          <w:rFonts w:ascii="宋体" w:hAnsi="宋体" w:eastAsia="宋体" w:cs="宋体"/>
          <w:color w:val="000000"/>
        </w:rPr>
        <w:t>中的每一个数乘以</w:t>
      </w:r>
      <w:r>
        <w:pict>
          <v:shape id="_x0000_i717189"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286" o:title="eqIdf0a532e15e232cb4b99a8d4d07c89575"/>
            <o:lock v:ext="edit" aspectratio="t"/>
            <w10:wrap type="none"/>
            <w10:anchorlock/>
          </v:shape>
        </w:pict>
      </w:r>
      <w:r>
        <w:rPr>
          <w:rFonts w:ascii="宋体" w:hAnsi="宋体" w:eastAsia="宋体" w:cs="宋体"/>
          <w:color w:val="000000"/>
        </w:rPr>
        <w:t>之后，计算的结果都能够用线段</w:t>
      </w:r>
      <w:r>
        <w:pict>
          <v:shape id="_x0000_i71719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287" o:title="eqIdf52a58fbaf4fea03567e88a9f0f6e37e"/>
            <o:lock v:ext="edit" aspectratio="t"/>
            <w10:wrap type="none"/>
            <w10:anchorlock/>
          </v:shape>
        </w:pict>
      </w:r>
      <w:r>
        <w:rPr>
          <w:rFonts w:ascii="宋体" w:hAnsi="宋体" w:eastAsia="宋体" w:cs="宋体"/>
          <w:color w:val="000000"/>
        </w:rPr>
        <w:t>上的某个点来表示，就称</w:t>
      </w:r>
      <w:r>
        <w:pict>
          <v:shape id="_x0000_i717191"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286" o:title="eqIdf0a532e15e232cb4b99a8d4d07c89575"/>
            <o:lock v:ext="edit" aspectratio="t"/>
            <w10:wrap type="none"/>
            <w10:anchorlock/>
          </v:shape>
        </w:pict>
      </w:r>
      <w:r>
        <w:rPr>
          <w:rFonts w:ascii="宋体" w:hAnsi="宋体" w:eastAsia="宋体" w:cs="宋体"/>
          <w:color w:val="000000"/>
        </w:rPr>
        <w:t>为数组</w:t>
      </w:r>
      <w:r>
        <w:pict>
          <v:shape id="_x0000_i71719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285" o:title="eqIddad2a36927223bd70f426ba06aea4b45"/>
            <o:lock v:ext="edit" aspectratio="t"/>
            <w10:wrap type="none"/>
            <w10:anchorlock/>
          </v:shape>
        </w:pict>
      </w:r>
      <w:r>
        <w:rPr>
          <w:rFonts w:ascii="宋体" w:hAnsi="宋体" w:eastAsia="宋体" w:cs="宋体"/>
          <w:color w:val="000000"/>
        </w:rPr>
        <w:t>的收纳系数．</w:t>
      </w:r>
    </w:p>
    <w:p>
      <w:pPr>
        <w:spacing w:line="360" w:lineRule="auto"/>
        <w:jc w:val="both"/>
        <w:textAlignment w:val="center"/>
        <w:rPr>
          <w:color w:val="000000"/>
        </w:rPr>
      </w:pPr>
      <w:r>
        <w:rPr>
          <w:rFonts w:ascii="宋体" w:hAnsi="宋体" w:eastAsia="宋体" w:cs="宋体"/>
          <w:color w:val="000000"/>
        </w:rPr>
        <w:t>例如，对于数组</w:t>
      </w:r>
      <w:r>
        <w:pict>
          <v:shape id="_x0000_i71719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288" o:title="eqIddad2a36927223bd70f426ba06aea4b4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w:t>
      </w:r>
      <w:r>
        <w:pict>
          <v:shape id="_x0000_i717194" o:spt="75" alt="学科网(www.zxxk.com)--教育资源门户，提供试卷、教案、课件、论文、素材以及各类教学资源下载，还有大量而丰富的教学相关资讯！" type="#_x0000_t75" style="height:30.6pt;width:43.8pt;" o:ole="t" filled="f" o:preferrelative="t" stroked="f" coordsize="21600,21600">
            <v:path/>
            <v:fill on="f" focussize="0,0"/>
            <v:stroke on="f" joinstyle="miter"/>
            <v:imagedata r:id="rId2289" o:title="eqId152f91a798794737fdbe076e86f48cc5"/>
            <o:lock v:ext="edit" aspectratio="t"/>
            <w10:wrap type="none"/>
            <w10:anchorlock/>
          </v:shape>
        </w:pict>
      </w:r>
      <w:r>
        <w:rPr>
          <w:rFonts w:ascii="宋体" w:hAnsi="宋体" w:eastAsia="宋体" w:cs="宋体"/>
          <w:color w:val="000000"/>
        </w:rPr>
        <w:t>，</w:t>
      </w:r>
      <w:r>
        <w:pict>
          <v:shape id="_x0000_i717195"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2290" o:title="eqId75d13204e7c9c35496f9016ec0a5f920"/>
            <o:lock v:ext="edit" aspectratio="t"/>
            <w10:wrap type="none"/>
            <w10:anchorlock/>
          </v:shape>
        </w:pict>
      </w:r>
      <w:r>
        <w:rPr>
          <w:rFonts w:ascii="宋体" w:hAnsi="宋体" w:eastAsia="宋体" w:cs="宋体"/>
          <w:color w:val="000000"/>
        </w:rPr>
        <w:t>，</w:t>
      </w:r>
      <w:r>
        <w:pict>
          <v:shape id="_x0000_i717196" o:spt="75" alt="学科网(www.zxxk.com)--教育资源门户，提供试卷、教案、课件、论文、素材以及各类教学资源下载，还有大量而丰富的教学相关资讯！" type="#_x0000_t75" style="height:31.1pt;width:40.9pt;" o:ole="t" filled="f" o:preferrelative="t" stroked="f" coordsize="21600,21600">
            <v:path/>
            <v:fill on="f" focussize="0,0"/>
            <v:stroke on="f" joinstyle="miter"/>
            <v:imagedata r:id="rId2291" o:title="eqIda1ebf3bd59bb7c4970d6c11f284e3b8c"/>
            <o:lock v:ext="edit" aspectratio="t"/>
            <w10:wrap type="none"/>
            <w10:anchorlock/>
          </v:shape>
        </w:pict>
      </w:r>
      <w:r>
        <w:rPr>
          <w:rFonts w:ascii="宋体" w:hAnsi="宋体" w:eastAsia="宋体" w:cs="宋体"/>
          <w:color w:val="000000"/>
        </w:rPr>
        <w:t>，取</w:t>
      </w:r>
      <w:r>
        <w:pict>
          <v:shape id="_x0000_i71719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292" o:title="eqId5963abe8f421bd99a2aaa94831a951e9"/>
            <o:lock v:ext="edit" aspectratio="t"/>
            <w10:wrap type="none"/>
            <w10:anchorlock/>
          </v:shape>
        </w:pict>
      </w:r>
      <w:r>
        <w:rPr>
          <w:rFonts w:ascii="宋体" w:hAnsi="宋体" w:eastAsia="宋体" w:cs="宋体"/>
          <w:color w:val="000000"/>
        </w:rPr>
        <w:t>为原点，</w:t>
      </w:r>
      <w:r>
        <w:pict>
          <v:shape id="_x0000_i71719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293" o:title="eqId7f9e8449aad35c5d840a3395ea86df6d"/>
            <o:lock v:ext="edit" aspectratio="t"/>
            <w10:wrap type="none"/>
            <w10:anchorlock/>
          </v:shape>
        </w:pict>
      </w:r>
      <w:r>
        <w:rPr>
          <w:rFonts w:ascii="宋体" w:hAnsi="宋体" w:eastAsia="宋体" w:cs="宋体"/>
          <w:color w:val="000000"/>
        </w:rPr>
        <w:t>为表示数</w:t>
      </w:r>
      <w:r>
        <w:rPr>
          <w:rFonts w:ascii="Times New Roman" w:hAnsi="Times New Roman" w:eastAsia="Times New Roman" w:cs="Times New Roman"/>
          <w:color w:val="000000"/>
        </w:rPr>
        <w:t>1</w:t>
      </w:r>
      <w:r>
        <w:rPr>
          <w:rFonts w:ascii="宋体" w:hAnsi="宋体" w:eastAsia="宋体" w:cs="宋体"/>
          <w:color w:val="000000"/>
        </w:rPr>
        <w:t>的点，那么这三个数都可以用线段</w:t>
      </w:r>
      <w:r>
        <w:pict>
          <v:shape id="_x0000_i71719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294" o:title="eqIdf52a58fbaf4fea03567e88a9f0f6e37e"/>
            <o:lock v:ext="edit" aspectratio="t"/>
            <w10:wrap type="none"/>
            <w10:anchorlock/>
          </v:shape>
        </w:pict>
      </w:r>
      <w:r>
        <w:rPr>
          <w:rFonts w:ascii="宋体" w:hAnsi="宋体" w:eastAsia="宋体" w:cs="宋体"/>
          <w:color w:val="000000"/>
        </w:rPr>
        <w:t>上的某个点来表示，可以判断</w:t>
      </w:r>
      <w:r>
        <w:pict>
          <v:shape id="_x0000_i717200"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2295" o:title="eqIdbf9a5fbf690581d8517d264c254a1f72"/>
            <o:lock v:ext="edit" aspectratio="t"/>
            <w10:wrap type="none"/>
            <w10:anchorlock/>
          </v:shape>
        </w:pict>
      </w:r>
      <w:r>
        <w:rPr>
          <w:rFonts w:ascii="宋体" w:hAnsi="宋体" w:eastAsia="宋体" w:cs="宋体"/>
          <w:color w:val="000000"/>
        </w:rPr>
        <w:t>是</w:t>
      </w:r>
      <w:r>
        <w:pict>
          <v:shape id="_x0000_i71720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288" o:title="eqIddad2a36927223bd70f426ba06aea4b45"/>
            <o:lock v:ext="edit" aspectratio="t"/>
            <w10:wrap type="none"/>
            <w10:anchorlock/>
          </v:shape>
        </w:pict>
      </w:r>
      <w:r>
        <w:rPr>
          <w:rFonts w:ascii="宋体" w:hAnsi="宋体" w:eastAsia="宋体" w:cs="宋体"/>
          <w:color w:val="000000"/>
        </w:rPr>
        <w:t>的收纳系数．</w:t>
      </w:r>
    </w:p>
    <w:p>
      <w:pPr>
        <w:spacing w:line="360" w:lineRule="auto"/>
        <w:jc w:val="both"/>
        <w:textAlignment w:val="center"/>
        <w:rPr>
          <w:color w:val="000000"/>
        </w:rPr>
      </w:pPr>
      <w:r>
        <w:rPr>
          <w:color w:val="000000"/>
        </w:rPr>
        <w:drawing>
          <wp:inline distT="0" distB="0" distL="114300" distR="114300">
            <wp:extent cx="2162175" cy="685800"/>
            <wp:effectExtent l="0" t="0" r="0" b="0"/>
            <wp:docPr id="3681"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 name="图片 100017" descr="学科网(www.zxxk.com)--教育资源门户，提供试卷、教案、课件、论文、素材以及各类教学资源下载，还有大量而丰富的教学相关资讯！"/>
                    <pic:cNvPicPr>
                      <a:picLocks noChangeAspect="1"/>
                    </pic:cNvPicPr>
                  </pic:nvPicPr>
                  <pic:blipFill>
                    <a:blip r:embed="rId2296"/>
                    <a:stretch>
                      <a:fillRect/>
                    </a:stretch>
                  </pic:blipFill>
                  <pic:spPr>
                    <a:xfrm>
                      <a:off x="0" y="0"/>
                      <a:ext cx="2162175" cy="6858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已知</w:t>
      </w:r>
      <w:r>
        <w:pict>
          <v:shape id="_x0000_i717202"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297" o:title="eqIdf0a532e15e232cb4b99a8d4d07c89575"/>
            <o:lock v:ext="edit" aspectratio="t"/>
            <w10:wrap type="none"/>
            <w10:anchorlock/>
          </v:shape>
        </w:pict>
      </w:r>
      <w:r>
        <w:rPr>
          <w:rFonts w:ascii="宋体" w:hAnsi="宋体" w:eastAsia="宋体" w:cs="宋体"/>
          <w:color w:val="000000"/>
        </w:rPr>
        <w:t>是数组</w:t>
      </w:r>
      <w:r>
        <w:pict>
          <v:shape id="_x0000_i71720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298" o:title="eqIddad2a36927223bd70f426ba06aea4b45"/>
            <o:lock v:ext="edit" aspectratio="t"/>
            <w10:wrap type="none"/>
            <w10:anchorlock/>
          </v:shape>
        </w:pict>
      </w:r>
      <w:r>
        <w:rPr>
          <w:rFonts w:ascii="宋体" w:hAnsi="宋体" w:eastAsia="宋体" w:cs="宋体"/>
          <w:color w:val="000000"/>
        </w:rPr>
        <w:t>的收纳系数，此时线段</w:t>
      </w:r>
      <w:r>
        <w:pict>
          <v:shape id="_x0000_i71720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299" o:title="eqIdf52a58fbaf4fea03567e88a9f0f6e37e"/>
            <o:lock v:ext="edit" aspectratio="t"/>
            <w10:wrap type="none"/>
            <w10:anchorlock/>
          </v:shape>
        </w:pict>
      </w:r>
      <w:r>
        <w:rPr>
          <w:rFonts w:ascii="宋体" w:hAnsi="宋体" w:eastAsia="宋体" w:cs="宋体"/>
          <w:color w:val="000000"/>
        </w:rPr>
        <w:t>的端点</w:t>
      </w:r>
      <w:r>
        <w:pict>
          <v:shape id="_x0000_i71720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300" o:title="eqId5963abe8f421bd99a2aaa94831a951e9"/>
            <o:lock v:ext="edit" aspectratio="t"/>
            <w10:wrap type="none"/>
            <w10:anchorlock/>
          </v:shape>
        </w:pict>
      </w:r>
      <w:r>
        <w:rPr>
          <w:rFonts w:ascii="宋体" w:hAnsi="宋体" w:eastAsia="宋体" w:cs="宋体"/>
          <w:color w:val="000000"/>
        </w:rPr>
        <w:t>，</w:t>
      </w:r>
      <w:r>
        <w:pict>
          <v:shape id="_x0000_i71720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301" o:title="eqId7f9e8449aad35c5d840a3395ea86df6d"/>
            <o:lock v:ext="edit" aspectratio="t"/>
            <w10:wrap type="none"/>
            <w10:anchorlock/>
          </v:shape>
        </w:pict>
      </w:r>
      <w:r>
        <w:rPr>
          <w:rFonts w:ascii="宋体" w:hAnsi="宋体" w:eastAsia="宋体" w:cs="宋体"/>
          <w:color w:val="000000"/>
        </w:rPr>
        <w:t>表示的数分别为</w:t>
      </w:r>
      <w:r>
        <w:pict>
          <v:shape id="_x0000_i71720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302" o:title="eqId0a6936d370d6a238a608ca56f87198de"/>
            <o:lock v:ext="edit" aspectratio="t"/>
            <w10:wrap type="none"/>
            <w10:anchorlock/>
          </v:shape>
        </w:pict>
      </w:r>
      <w:r>
        <w:rPr>
          <w:rFonts w:ascii="宋体" w:hAnsi="宋体" w:eastAsia="宋体" w:cs="宋体"/>
          <w:color w:val="000000"/>
        </w:rPr>
        <w:t>，</w:t>
      </w:r>
      <w:r>
        <w:pict>
          <v:shape id="_x0000_i717208" o:spt="75" alt="学科网(www.zxxk.com)--教育资源门户，提供试卷、教案、课件、论文、素材以及各类教学资源下载，还有大量而丰富的教学相关资讯！" type="#_x0000_t75" style="height:15pt;width:36pt;" o:ole="t" filled="f" o:preferrelative="t" stroked="f" coordsize="21600,21600">
            <v:path/>
            <v:fill on="f" focussize="0,0"/>
            <v:stroke on="f" joinstyle="miter"/>
            <v:imagedata r:id="rId2303" o:title="eqIdaac9cc24a262fe11fb90a4661394e74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对数组</w:t>
      </w:r>
      <w:r>
        <w:pict>
          <v:shape id="_x0000_i71720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304" o:title="eqIddad2a36927223bd70f426ba06aea4b4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721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305" o:title="eqId81fb134b2b48acc99213fff6ccfee65f"/>
            <o:lock v:ext="edit" aspectratio="t"/>
            <w10:wrap type="none"/>
            <w10:anchorlock/>
          </v:shape>
        </w:pict>
      </w:r>
      <w:r>
        <w:rPr>
          <w:rFonts w:ascii="宋体" w:hAnsi="宋体" w:eastAsia="宋体" w:cs="宋体"/>
          <w:color w:val="000000"/>
        </w:rPr>
        <w:t>，在</w:t>
      </w:r>
      <w:r>
        <w:rPr>
          <w:rFonts w:ascii="Times New Roman" w:hAnsi="Times New Roman" w:eastAsia="Times New Roman" w:cs="Times New Roman"/>
          <w:color w:val="000000"/>
        </w:rPr>
        <w:t>1</w:t>
      </w:r>
      <w:r>
        <w:rPr>
          <w:rFonts w:ascii="宋体" w:hAnsi="宋体" w:eastAsia="宋体" w:cs="宋体"/>
          <w:color w:val="000000"/>
        </w:rPr>
        <w:t>，</w:t>
      </w:r>
      <w:r>
        <w:pict>
          <v:shape id="_x0000_i717211"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306" o:title="eqId56d266a04f3dc7483eddbc26c5e487db"/>
            <o:lock v:ext="edit" aspectratio="t"/>
            <w10:wrap type="none"/>
            <w10:anchorlock/>
          </v:shape>
        </w:pict>
      </w:r>
      <w:r>
        <w:rPr>
          <w:rFonts w:ascii="宋体" w:hAnsi="宋体" w:eastAsia="宋体" w:cs="宋体"/>
          <w:color w:val="000000"/>
        </w:rPr>
        <w:t>，</w:t>
      </w:r>
      <w:r>
        <w:pict>
          <v:shape id="_x0000_i717212"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2307" o:title="eqIdfeab93da829a3c07a98ed41b4707967e"/>
            <o:lock v:ext="edit" aspectratio="t"/>
            <w10:wrap type="none"/>
            <w10:anchorlock/>
          </v:shape>
        </w:pict>
      </w:r>
      <w:r>
        <w:rPr>
          <w:rFonts w:ascii="宋体" w:hAnsi="宋体" w:eastAsia="宋体" w:cs="宋体"/>
          <w:color w:val="000000"/>
        </w:rPr>
        <w:t>这三个数中，</w:t>
      </w:r>
      <w:r>
        <w:pict>
          <v:shape id="_x0000_i717213"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308" o:title="eqIdf0a532e15e232cb4b99a8d4d07c89575"/>
            <o:lock v:ext="edit" aspectratio="t"/>
            <w10:wrap type="none"/>
            <w10:anchorlock/>
          </v:shape>
        </w:pict>
      </w:r>
      <w:r>
        <w:rPr>
          <w:rFonts w:ascii="宋体" w:hAnsi="宋体" w:eastAsia="宋体" w:cs="宋体"/>
          <w:color w:val="000000"/>
        </w:rPr>
        <w:t>可能是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对数组</w:t>
      </w:r>
      <w:r>
        <w:pict>
          <v:shape id="_x0000_i71721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309" o:title="eqIddad2a36927223bd70f426ba06aea4b45"/>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721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310" o:title="eqId81dea63b8ce3e51adf66cf7b9982a248"/>
            <o:lock v:ext="edit" aspectratio="t"/>
            <w10:wrap type="none"/>
            <w10:anchorlock/>
          </v:shape>
        </w:pict>
      </w:r>
      <w:r>
        <w:rPr>
          <w:rFonts w:ascii="宋体" w:hAnsi="宋体" w:eastAsia="宋体" w:cs="宋体"/>
          <w:color w:val="000000"/>
        </w:rPr>
        <w:t>，若</w:t>
      </w:r>
      <w:r>
        <w:pict>
          <v:shape id="_x0000_i71721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311" o:title="eqIdf0a532e15e232cb4b99a8d4d07c89575"/>
            <o:lock v:ext="edit" aspectratio="t"/>
            <w10:wrap type="none"/>
            <w10:anchorlock/>
          </v:shape>
        </w:pict>
      </w:r>
      <w:r>
        <w:rPr>
          <w:rFonts w:ascii="宋体" w:hAnsi="宋体" w:eastAsia="宋体" w:cs="宋体"/>
          <w:color w:val="000000"/>
        </w:rPr>
        <w:t>的最大值为</w:t>
      </w:r>
      <w:r>
        <w:pict>
          <v:shape id="_x0000_i717217"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312" o:title="eqId4dac452fbb5ef6dd653e7fbbef639484"/>
            <o:lock v:ext="edit" aspectratio="t"/>
            <w10:wrap type="none"/>
            <w10:anchorlock/>
          </v:shape>
        </w:pict>
      </w:r>
      <w:r>
        <w:rPr>
          <w:rFonts w:ascii="宋体" w:hAnsi="宋体" w:eastAsia="宋体" w:cs="宋体"/>
          <w:color w:val="000000"/>
        </w:rPr>
        <w:t>，求</w:t>
      </w:r>
      <w:r>
        <w:pict>
          <v:shape id="_x0000_i71721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310" o:title="eqId81dea63b8ce3e51adf66cf7b9982a248"/>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w:t>
      </w:r>
      <w:r>
        <w:rPr>
          <w:rFonts w:ascii="Times New Roman" w:hAnsi="Times New Roman" w:eastAsia="Times New Roman" w:cs="Times New Roman"/>
          <w:color w:val="000000"/>
        </w:rPr>
        <w:t>100</w:t>
      </w:r>
      <w:r>
        <w:rPr>
          <w:rFonts w:ascii="宋体" w:hAnsi="宋体" w:eastAsia="宋体" w:cs="宋体"/>
          <w:color w:val="000000"/>
        </w:rPr>
        <w:t>个连续整数中第一个整数为</w:t>
      </w:r>
      <w:r>
        <w:pict>
          <v:shape id="_x0000_i71721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313" o:title="eqId81dea63b8ce3e51adf66cf7b9982a248"/>
            <o:lock v:ext="edit" aspectratio="t"/>
            <w10:wrap type="none"/>
            <w10:anchorlock/>
          </v:shape>
        </w:pict>
      </w:r>
      <w:r>
        <w:rPr>
          <w:rFonts w:ascii="宋体" w:hAnsi="宋体" w:eastAsia="宋体" w:cs="宋体"/>
          <w:color w:val="000000"/>
        </w:rPr>
        <w:t>，从中选择</w:t>
      </w:r>
      <w:r>
        <w:pict>
          <v:shape id="_x0000_i717220"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314" o:title="eqIdb6a24198bd04c29321ae5dc5a28fe421"/>
            <o:lock v:ext="edit" aspectratio="t"/>
            <w10:wrap type="none"/>
            <w10:anchorlock/>
          </v:shape>
        </w:pict>
      </w:r>
      <w:r>
        <w:rPr>
          <w:rFonts w:ascii="宋体" w:hAnsi="宋体" w:eastAsia="宋体" w:cs="宋体"/>
          <w:color w:val="000000"/>
        </w:rPr>
        <w:t>个数，组成数组</w:t>
      </w:r>
      <w:r>
        <w:pict>
          <v:shape id="_x0000_i71722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315" o:title="eqIddad2a36927223bd70f426ba06aea4b4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当</w:t>
      </w:r>
      <w:r>
        <w:pict>
          <v:shape id="_x0000_i717222"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2316" o:title="eqId8b12f9e5bd4062c553baf623d0a89cbe"/>
            <o:lock v:ext="edit" aspectratio="t"/>
            <w10:wrap type="none"/>
            <w10:anchorlock/>
          </v:shape>
        </w:pict>
      </w:r>
      <w:r>
        <w:rPr>
          <w:rFonts w:ascii="宋体" w:hAnsi="宋体" w:eastAsia="宋体" w:cs="宋体"/>
          <w:color w:val="000000"/>
        </w:rPr>
        <w:t>，且</w:t>
      </w:r>
      <w:r>
        <w:pict>
          <v:shape id="_x0000_i717223"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317" o:title="eqIde65397f11ea8af736f38debadf420c4a"/>
            <o:lock v:ext="edit" aspectratio="t"/>
            <w10:wrap type="none"/>
            <w10:anchorlock/>
          </v:shape>
        </w:pict>
      </w:r>
      <w:r>
        <w:rPr>
          <w:rFonts w:ascii="宋体" w:hAnsi="宋体" w:eastAsia="宋体" w:cs="宋体"/>
          <w:color w:val="000000"/>
        </w:rPr>
        <w:t>时，直接写出</w:t>
      </w:r>
      <w:r>
        <w:pict>
          <v:shape id="_x0000_i71722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318" o:title="eqIdb6a24198bd04c29321ae5dc5a28fe421"/>
            <o:lock v:ext="edit" aspectratio="t"/>
            <w10:wrap type="none"/>
            <w10:anchorlock/>
          </v:shape>
        </w:pict>
      </w:r>
      <w:r>
        <w:rPr>
          <w:rFonts w:ascii="宋体" w:hAnsi="宋体" w:eastAsia="宋体" w:cs="宋体"/>
          <w:color w:val="000000"/>
        </w:rPr>
        <w:t>的最大值；</w:t>
      </w:r>
    </w:p>
    <w:p>
      <w:pPr>
        <w:spacing w:line="360" w:lineRule="auto"/>
        <w:jc w:val="both"/>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当</w:t>
      </w:r>
      <w:r>
        <w:pict>
          <v:shape id="_x0000_i717225"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2319" o:title="eqId2f176b1357961977f6305e96b1d0ca0f"/>
            <o:lock v:ext="edit" aspectratio="t"/>
            <w10:wrap type="none"/>
            <w10:anchorlock/>
          </v:shape>
        </w:pict>
      </w:r>
      <w:r>
        <w:rPr>
          <w:rFonts w:ascii="宋体" w:hAnsi="宋体" w:eastAsia="宋体" w:cs="宋体"/>
          <w:color w:val="000000"/>
        </w:rPr>
        <w:t>时，直接写出</w:t>
      </w:r>
      <w:r>
        <w:pict>
          <v:shape id="_x0000_i71722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320" o:title="eqIdf0a532e15e232cb4b99a8d4d07c89575"/>
            <o:lock v:ext="edit" aspectratio="t"/>
            <w10:wrap type="none"/>
            <w10:anchorlock/>
          </v:shape>
        </w:pict>
      </w:r>
      <w:r>
        <w:rPr>
          <w:rFonts w:ascii="宋体" w:hAnsi="宋体" w:eastAsia="宋体" w:cs="宋体"/>
          <w:color w:val="000000"/>
        </w:rPr>
        <w:t>的最大值和相应的</w:t>
      </w:r>
      <w:r>
        <w:pict>
          <v:shape id="_x0000_i717227"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2321" o:title="eqIde3f620930a22e602c8a0e45deb1e1782"/>
            <o:lock v:ext="edit" aspectratio="t"/>
            <w10:wrap type="none"/>
            <w10:anchorlock/>
          </v:shape>
        </w:pict>
      </w:r>
      <w:r>
        <w:rPr>
          <w:rFonts w:ascii="宋体" w:hAnsi="宋体" w:eastAsia="宋体" w:cs="宋体"/>
          <w:color w:val="000000"/>
        </w:rPr>
        <w:t>的最小值．</w:t>
      </w:r>
    </w:p>
    <w:p>
      <w:pPr>
        <w:spacing w:line="360" w:lineRule="auto"/>
        <w:textAlignment w:val="center"/>
        <w:rPr>
          <w:color w:val="000000"/>
        </w:rPr>
      </w:pPr>
      <w:r>
        <w:rPr>
          <w:color w:val="2E75B6"/>
        </w:rPr>
        <w:t>【答案】</w:t>
      </w:r>
      <w:r>
        <w:rPr>
          <w:color w:val="000000"/>
        </w:rPr>
        <w:t>（1）</w:t>
      </w:r>
      <w:r>
        <w:pict>
          <v:shape id="_x0000_i717228"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2322" o:title="eqIdfeab93da829a3c07a98ed41b4707967e"/>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722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323" o:title="eqId81dea63b8ce3e51adf66cf7b9982a248"/>
            <o:lock v:ext="edit" aspectratio="t"/>
            <w10:wrap type="none"/>
            <w10:anchorlock/>
          </v:shape>
        </w:pict>
      </w:r>
      <w:r>
        <w:rPr>
          <w:rFonts w:ascii="宋体" w:hAnsi="宋体" w:eastAsia="宋体" w:cs="宋体"/>
          <w:color w:val="000000"/>
        </w:rPr>
        <w:t>的值为</w:t>
      </w:r>
      <w:r>
        <w:pict>
          <v:shape id="_x0000_i71723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324" o:title="eqIdacbc6a613224461ade69362d46550474"/>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4</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①</w:t>
      </w:r>
      <w:r>
        <w:pict>
          <v:shape id="_x0000_i71723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325" o:title="eqIdb6a24198bd04c29321ae5dc5a28fe421"/>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color w:val="000000"/>
        </w:rPr>
        <w:t>21</w:t>
      </w:r>
      <w:r>
        <w:rPr>
          <w:rFonts w:ascii="宋体" w:hAnsi="宋体" w:eastAsia="宋体" w:cs="宋体"/>
          <w:color w:val="000000"/>
        </w:rPr>
        <w:t>；</w:t>
      </w:r>
      <w:r>
        <w:rPr>
          <w:rFonts w:ascii="Times New Roman" w:hAnsi="Times New Roman" w:eastAsia="Times New Roman" w:cs="Times New Roman"/>
          <w:color w:val="000000"/>
        </w:rPr>
        <w:t>②</w:t>
      </w:r>
      <w:r>
        <w:pict>
          <v:shape id="_x0000_i717232"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326" o:title="eqIdf0a532e15e232cb4b99a8d4d07c89575"/>
            <o:lock v:ext="edit" aspectratio="t"/>
            <w10:wrap type="none"/>
            <w10:anchorlock/>
          </v:shape>
        </w:pict>
      </w:r>
      <w:r>
        <w:rPr>
          <w:rFonts w:ascii="宋体" w:hAnsi="宋体" w:eastAsia="宋体" w:cs="宋体"/>
          <w:color w:val="000000"/>
        </w:rPr>
        <w:t>的最大值为</w:t>
      </w:r>
      <w:r>
        <w:pict>
          <v:shape id="_x0000_i717233" o:spt="75" alt="学科网(www.zxxk.com)--教育资源门户，提供试卷、教案、课件、论文、素材以及各类教学资源下载，还有大量而丰富的教学相关资讯！" type="#_x0000_t75" style="height:31.05pt;width:16.95pt;" o:ole="t" filled="f" o:preferrelative="t" stroked="f" coordsize="21600,21600">
            <v:path/>
            <v:fill on="f" focussize="0,0"/>
            <v:stroke on="f" joinstyle="miter"/>
            <v:imagedata r:id="rId2327" o:title="eqIdcc4b4c648f682711076868368d377fc6"/>
            <o:lock v:ext="edit" aspectratio="t"/>
            <w10:wrap type="none"/>
            <w10:anchorlock/>
          </v:shape>
        </w:pict>
      </w:r>
      <w:r>
        <w:rPr>
          <w:rFonts w:ascii="宋体" w:hAnsi="宋体" w:eastAsia="宋体" w:cs="宋体"/>
          <w:color w:val="000000"/>
        </w:rPr>
        <w:t>；相应</w:t>
      </w:r>
      <w:r>
        <w:pict>
          <v:shape id="_x0000_i717234"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2328" o:title="eqIde3f620930a22e602c8a0e45deb1e1782"/>
            <o:lock v:ext="edit" aspectratio="t"/>
            <w10:wrap type="none"/>
            <w10:anchorlock/>
          </v:shape>
        </w:pict>
      </w:r>
      <w:r>
        <w:rPr>
          <w:rFonts w:ascii="宋体" w:hAnsi="宋体" w:eastAsia="宋体" w:cs="宋体"/>
          <w:color w:val="000000"/>
        </w:rPr>
        <w:t>的最小值为</w:t>
      </w:r>
      <w:r>
        <w:pict>
          <v:shape id="_x0000_i717235" o:spt="75" alt="学科网(www.zxxk.com)--教育资源门户，提供试卷、教案、课件、论文、素材以及各类教学资源下载，还有大量而丰富的教学相关资讯！" type="#_x0000_t75" style="height:31.05pt;width:16.95pt;" o:ole="t" filled="f" o:preferrelative="t" stroked="f" coordsize="21600,21600">
            <v:path/>
            <v:fill on="f" focussize="0,0"/>
            <v:stroke on="f" joinstyle="miter"/>
            <v:imagedata r:id="rId2327" o:title="eqIdcc4b4c648f682711076868368d377fc6"/>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）根据收纳系数的定义即可解答；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）根据已知收纳系数为</w:t>
      </w:r>
      <w:r>
        <w:pict>
          <v:shape id="_x0000_i71723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329" o:title="eqId4dac452fbb5ef6dd653e7fbbef639484"/>
            <o:lock v:ext="edit" aspectratio="t"/>
            <w10:wrap type="none"/>
            <w10:anchorlock/>
          </v:shape>
        </w:pict>
      </w:r>
      <w:r>
        <w:rPr>
          <w:rFonts w:ascii="宋体" w:hAnsi="宋体" w:eastAsia="宋体" w:cs="宋体"/>
          <w:color w:val="000000"/>
        </w:rPr>
        <w:t>，得出最大数和最小数，分三种情况进行讨论，即可得出答案；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）根据数组的收纳系数即可得出答案．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7237" o:spt="75" alt="学科网(www.zxxk.com)--教育资源门户，提供试卷、教案、课件、论文、素材以及各类教学资源下载，还有大量而丰富的教学相关资讯！" type="#_x0000_t75" style="height:13.5pt;width:46.5pt;" o:ole="t" filled="f" o:preferrelative="t" stroked="f" coordsize="21600,21600">
            <v:path/>
            <v:fill on="f" focussize="0,0"/>
            <v:stroke on="f" joinstyle="miter"/>
            <v:imagedata r:id="rId2330" o:title="eqIdd785069ce92f89ff786296ac07734297"/>
            <o:lock v:ext="edit" aspectratio="t"/>
            <w10:wrap type="none"/>
            <w10:anchorlock/>
          </v:shape>
        </w:pict>
      </w:r>
      <w:r>
        <w:rPr>
          <w:rFonts w:ascii="宋体" w:hAnsi="宋体" w:eastAsia="宋体" w:cs="宋体"/>
          <w:color w:val="000000"/>
        </w:rPr>
        <w:t>，</w:t>
      </w:r>
      <w:r>
        <w:pict>
          <v:shape id="_x0000_i717238" o:spt="75" alt="学科网(www.zxxk.com)--教育资源门户，提供试卷、教案、课件、论文、素材以及各类教学资源下载，还有大量而丰富的教学相关资讯！" type="#_x0000_t75" style="height:12.75pt;width:41.25pt;" o:ole="t" filled="f" o:preferrelative="t" stroked="f" coordsize="21600,21600">
            <v:path/>
            <v:fill on="f" focussize="0,0"/>
            <v:stroke on="f" joinstyle="miter"/>
            <v:imagedata r:id="rId2331" o:title="eqId910bb2442b865506c1ee695d333fde83"/>
            <o:lock v:ext="edit" aspectratio="t"/>
            <w10:wrap type="none"/>
            <w10:anchorlock/>
          </v:shape>
        </w:pict>
      </w:r>
      <w:r>
        <w:rPr>
          <w:rFonts w:ascii="宋体" w:hAnsi="宋体" w:eastAsia="宋体" w:cs="宋体"/>
          <w:color w:val="000000"/>
        </w:rPr>
        <w:t>，</w:t>
      </w:r>
      <w:r>
        <w:pict>
          <v:shape id="_x0000_i717239"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2332" o:title="eqIdcd074168c5e0545a20af0460fa3a00fc"/>
            <o:lock v:ext="edit" aspectratio="t"/>
            <w10:wrap type="none"/>
            <w10:anchorlock/>
          </v:shape>
        </w:pict>
      </w:r>
      <w:r>
        <w:rPr>
          <w:rFonts w:ascii="宋体" w:hAnsi="宋体" w:eastAsia="宋体" w:cs="宋体"/>
          <w:color w:val="000000"/>
        </w:rPr>
        <w:t>，</w:t>
      </w:r>
      <w:r>
        <w:pict>
          <v:shape id="_x0000_i717240" o:spt="75" alt="学科网(www.zxxk.com)--教育资源门户，提供试卷、教案、课件、论文、素材以及各类教学资源下载，还有大量而丰富的教学相关资讯！" type="#_x0000_t75" style="height:15.05pt;width:92.95pt;" o:ole="t" filled="f" o:preferrelative="t" stroked="f" coordsize="21600,21600">
            <v:path/>
            <v:fill on="f" focussize="0,0"/>
            <v:stroke on="f" joinstyle="miter"/>
            <v:imagedata r:id="rId2333" o:title="eqId078f5305f8ee08f92017fd9e9f537c8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24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334" o:title="eqIddfe9367da54c8ce2e7348d5971ac18d8"/>
            <o:lock v:ext="edit" aspectratio="t"/>
            <w10:wrap type="none"/>
            <w10:anchorlock/>
          </v:shape>
        </w:pict>
      </w:r>
      <w:r>
        <w:rPr>
          <w:rFonts w:ascii="宋体" w:hAnsi="宋体" w:eastAsia="宋体" w:cs="宋体"/>
          <w:color w:val="000000"/>
        </w:rPr>
        <w:t>不可能为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pict>
          <v:shape id="_x0000_i717242" o:spt="75" alt="学科网(www.zxxk.com)--教育资源门户，提供试卷、教案、课件、论文、素材以及各类教学资源下载，还有大量而丰富的教学相关资讯！" type="#_x0000_t75" style="height:27.8pt;width:48.75pt;" o:ole="t" filled="f" o:preferrelative="t" stroked="f" coordsize="21600,21600">
            <v:path/>
            <v:fill on="f" focussize="0,0"/>
            <v:stroke on="f" joinstyle="miter"/>
            <v:imagedata r:id="rId2335" o:title="eqId4a17b0dce05787b8c39e45931ea2a448"/>
            <o:lock v:ext="edit" aspectratio="t"/>
            <w10:wrap type="none"/>
            <w10:anchorlock/>
          </v:shape>
        </w:pict>
      </w:r>
      <w:r>
        <w:rPr>
          <w:rFonts w:ascii="宋体" w:hAnsi="宋体" w:eastAsia="宋体" w:cs="宋体"/>
          <w:color w:val="000000"/>
        </w:rPr>
        <w:t>，</w:t>
      </w:r>
      <w:r>
        <w:pict>
          <v:shape id="_x0000_i717243" o:spt="75" alt="学科网(www.zxxk.com)--教育资源门户，提供试卷、教案、课件、论文、素材以及各类教学资源下载，还有大量而丰富的教学相关资讯！" type="#_x0000_t75" style="height:30.75pt;width:47.25pt;" o:ole="t" filled="f" o:preferrelative="t" stroked="f" coordsize="21600,21600">
            <v:path/>
            <v:fill on="f" focussize="0,0"/>
            <v:stroke on="f" joinstyle="miter"/>
            <v:imagedata r:id="rId2336" o:title="eqId56c81c57aff7e8f0dc064e6d2ab1b2f6"/>
            <o:lock v:ext="edit" aspectratio="t"/>
            <w10:wrap type="none"/>
            <w10:anchorlock/>
          </v:shape>
        </w:pict>
      </w:r>
      <w:r>
        <w:rPr>
          <w:rFonts w:ascii="宋体" w:hAnsi="宋体" w:eastAsia="宋体" w:cs="宋体"/>
          <w:color w:val="000000"/>
        </w:rPr>
        <w:t>，</w:t>
      </w:r>
      <w:r>
        <w:pict>
          <v:shape id="_x0000_i717244" o:spt="75" alt="学科网(www.zxxk.com)--教育资源门户，提供试卷、教案、课件、论文、素材以及各类教学资源下载，还有大量而丰富的教学相关资讯！" type="#_x0000_t75" style="height:30.75pt;width:62.25pt;" o:ole="t" filled="f" o:preferrelative="t" stroked="f" coordsize="21600,21600">
            <v:path/>
            <v:fill on="f" focussize="0,0"/>
            <v:stroke on="f" joinstyle="miter"/>
            <v:imagedata r:id="rId2337" o:title="eqIda22d779448e549eeb374dde734155323"/>
            <o:lock v:ext="edit" aspectratio="t"/>
            <w10:wrap type="none"/>
            <w10:anchorlock/>
          </v:shape>
        </w:pict>
      </w:r>
      <w:r>
        <w:rPr>
          <w:rFonts w:ascii="宋体" w:hAnsi="宋体" w:eastAsia="宋体" w:cs="宋体"/>
          <w:color w:val="000000"/>
        </w:rPr>
        <w:t>，</w:t>
      </w:r>
      <w:r>
        <w:pict>
          <v:shape id="_x0000_i717245" o:spt="75" alt="学科网(www.zxxk.com)--教育资源门户，提供试卷、教案、课件、论文、素材以及各类教学资源下载，还有大量而丰富的教学相关资讯！" type="#_x0000_t75" style="height:27.8pt;width:107.1pt;" o:ole="t" filled="f" o:preferrelative="t" stroked="f" coordsize="21600,21600">
            <v:path/>
            <v:fill on="f" focussize="0,0"/>
            <v:stroke on="f" joinstyle="miter"/>
            <v:imagedata r:id="rId2338" o:title="eqId535fe3fb7fab71342e5019f7d0e808e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24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339" o:title="eqIddfe9367da54c8ce2e7348d5971ac18d8"/>
            <o:lock v:ext="edit" aspectratio="t"/>
            <w10:wrap type="none"/>
            <w10:anchorlock/>
          </v:shape>
        </w:pict>
      </w:r>
      <w:r>
        <w:rPr>
          <w:rFonts w:ascii="宋体" w:hAnsi="宋体" w:eastAsia="宋体" w:cs="宋体"/>
          <w:color w:val="000000"/>
        </w:rPr>
        <w:t>不可能为</w:t>
      </w:r>
      <w:r>
        <w:pict>
          <v:shape id="_x0000_i717247"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340" o:title="eqId56d266a04f3dc7483eddbc26c5e487d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248" o:spt="75" alt="学科网(www.zxxk.com)--教育资源门户，提供试卷、教案、课件、论文、素材以及各类教学资源下载，还有大量而丰富的教学相关资讯！" type="#_x0000_t75" style="height:27.8pt;width:68.8pt;" o:ole="t" filled="f" o:preferrelative="t" stroked="f" coordsize="21600,21600">
            <v:path/>
            <v:fill on="f" focussize="0,0"/>
            <v:stroke on="f" joinstyle="miter"/>
            <v:imagedata r:id="rId2341" o:title="eqId7a9b917f774a8526109e1492d0e3c062"/>
            <o:lock v:ext="edit" aspectratio="t"/>
            <w10:wrap type="none"/>
            <w10:anchorlock/>
          </v:shape>
        </w:pict>
      </w:r>
      <w:r>
        <w:rPr>
          <w:rFonts w:ascii="宋体" w:hAnsi="宋体" w:eastAsia="宋体" w:cs="宋体"/>
          <w:color w:val="000000"/>
        </w:rPr>
        <w:t>，</w:t>
      </w:r>
      <w:r>
        <w:pict>
          <v:shape id="_x0000_i717249" o:spt="75" alt="学科网(www.zxxk.com)--教育资源门户，提供试卷、教案、课件、论文、素材以及各类教学资源下载，还有大量而丰富的教学相关资讯！" type="#_x0000_t75" style="height:27.8pt;width:62.9pt;" o:ole="t" filled="f" o:preferrelative="t" stroked="f" coordsize="21600,21600">
            <v:path/>
            <v:fill on="f" focussize="0,0"/>
            <v:stroke on="f" joinstyle="miter"/>
            <v:imagedata r:id="rId2342" o:title="eqIdf650f0c3f405188a775a97a96b1e82f0"/>
            <o:lock v:ext="edit" aspectratio="t"/>
            <w10:wrap type="none"/>
            <w10:anchorlock/>
          </v:shape>
        </w:pict>
      </w:r>
      <w:r>
        <w:rPr>
          <w:rFonts w:ascii="宋体" w:hAnsi="宋体" w:eastAsia="宋体" w:cs="宋体"/>
          <w:color w:val="000000"/>
        </w:rPr>
        <w:t>，</w:t>
      </w:r>
      <w:r>
        <w:pict>
          <v:shape id="_x0000_i717250" o:spt="75" alt="学科网(www.zxxk.com)--教育资源门户，提供试卷、教案、课件、论文、素材以及各类教学资源下载，还有大量而丰富的教学相关资讯！" type="#_x0000_t75" style="height:27.8pt;width:60.6pt;" o:ole="t" filled="f" o:preferrelative="t" stroked="f" coordsize="21600,21600">
            <v:path/>
            <v:fill on="f" focussize="0,0"/>
            <v:stroke on="f" joinstyle="miter"/>
            <v:imagedata r:id="rId2343" o:title="eqId8c4b41a4d84e0cad68083c1f6a927415"/>
            <o:lock v:ext="edit" aspectratio="t"/>
            <w10:wrap type="none"/>
            <w10:anchorlock/>
          </v:shape>
        </w:pict>
      </w:r>
      <w:r>
        <w:rPr>
          <w:rFonts w:ascii="宋体" w:hAnsi="宋体" w:eastAsia="宋体" w:cs="宋体"/>
          <w:color w:val="000000"/>
        </w:rPr>
        <w:t>，</w:t>
      </w:r>
      <w:r>
        <w:pict>
          <v:shape id="_x0000_i717251" o:spt="75" alt="学科网(www.zxxk.com)--教育资源门户，提供试卷、教案、课件、论文、素材以及各类教学资源下载，还有大量而丰富的教学相关资讯！" type="#_x0000_t75" style="height:27.8pt;width:54.7pt;" o:ole="t" filled="f" o:preferrelative="t" stroked="f" coordsize="21600,21600">
            <v:path/>
            <v:fill on="f" focussize="0,0"/>
            <v:stroke on="f" joinstyle="miter"/>
            <v:imagedata r:id="rId2344" o:title="eqIda21e386543259694392d2ee99e27a55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25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2345" o:title="eqIddfe9367da54c8ce2e7348d5971ac18d8"/>
            <o:lock v:ext="edit" aspectratio="t"/>
            <w10:wrap type="none"/>
            <w10:anchorlock/>
          </v:shape>
        </w:pict>
      </w:r>
      <w:r>
        <w:rPr>
          <w:rFonts w:ascii="宋体" w:hAnsi="宋体" w:eastAsia="宋体" w:cs="宋体"/>
          <w:color w:val="000000"/>
        </w:rPr>
        <w:t>可能为</w:t>
      </w:r>
      <w:r>
        <w:pict>
          <v:shape id="_x0000_i717253"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2346" o:title="eqIdfeab93da829a3c07a98ed41b470796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7254"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2347" o:title="eqIdfeab93da829a3c07a98ed41b470796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解：取收纳系数</w:t>
      </w:r>
      <w:r>
        <w:pict>
          <v:shape id="_x0000_i717255"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2348" o:title="eqIdbf9a5fbf690581d8517d264c254a1f72"/>
            <o:lock v:ext="edit" aspectratio="t"/>
            <w10:wrap type="none"/>
            <w10:anchorlock/>
          </v:shape>
        </w:pict>
      </w:r>
      <w:r>
        <w:rPr>
          <w:rFonts w:ascii="宋体" w:hAnsi="宋体" w:eastAsia="宋体" w:cs="宋体"/>
          <w:color w:val="000000"/>
        </w:rPr>
        <w:t>，将它乘以数组</w:t>
      </w:r>
      <w:r>
        <w:pict>
          <v:shape id="_x0000_i71725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349" o:title="eqIddad2a36927223bd70f426ba06aea4b45"/>
            <o:lock v:ext="edit" aspectratio="t"/>
            <w10:wrap type="none"/>
            <w10:anchorlock/>
          </v:shape>
        </w:pict>
      </w:r>
      <w:r>
        <w:rPr>
          <w:rFonts w:ascii="宋体" w:hAnsi="宋体" w:eastAsia="宋体" w:cs="宋体"/>
          <w:color w:val="000000"/>
        </w:rPr>
        <w:t>中的每个数，得：</w:t>
      </w:r>
    </w:p>
    <w:p>
      <w:pPr>
        <w:spacing w:line="360" w:lineRule="auto"/>
        <w:jc w:val="both"/>
        <w:textAlignment w:val="center"/>
        <w:rPr>
          <w:color w:val="000000"/>
        </w:rPr>
      </w:pPr>
      <w:r>
        <w:pict>
          <v:shape id="_x0000_i717257" o:spt="75" alt="学科网(www.zxxk.com)--教育资源门户，提供试卷、教案、课件、论文、素材以及各类教学资源下载，还有大量而丰富的教学相关资讯！" type="#_x0000_t75" style="height:30.6pt;width:43.8pt;" o:ole="t" filled="f" o:preferrelative="t" stroked="f" coordsize="21600,21600">
            <v:path/>
            <v:fill on="f" focussize="0,0"/>
            <v:stroke on="f" joinstyle="miter"/>
            <v:imagedata r:id="rId2350" o:title="eqId152f91a798794737fdbe076e86f48cc5"/>
            <o:lock v:ext="edit" aspectratio="t"/>
            <w10:wrap type="none"/>
            <w10:anchorlock/>
          </v:shape>
        </w:pict>
      </w:r>
      <w:r>
        <w:rPr>
          <w:rFonts w:ascii="宋体" w:hAnsi="宋体" w:eastAsia="宋体" w:cs="宋体"/>
          <w:color w:val="000000"/>
        </w:rPr>
        <w:t>，</w:t>
      </w:r>
      <w:r>
        <w:pict>
          <v:shape id="_x0000_i717258"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2351" o:title="eqId75d13204e7c9c35496f9016ec0a5f920"/>
            <o:lock v:ext="edit" aspectratio="t"/>
            <w10:wrap type="none"/>
            <w10:anchorlock/>
          </v:shape>
        </w:pict>
      </w:r>
      <w:r>
        <w:rPr>
          <w:rFonts w:ascii="宋体" w:hAnsi="宋体" w:eastAsia="宋体" w:cs="宋体"/>
          <w:color w:val="000000"/>
        </w:rPr>
        <w:t>，</w:t>
      </w:r>
      <w:r>
        <w:pict>
          <v:shape id="_x0000_i717259" o:spt="75" alt="学科网(www.zxxk.com)--教育资源门户，提供试卷、教案、课件、论文、素材以及各类教学资源下载，还有大量而丰富的教学相关资讯！" type="#_x0000_t75" style="height:31.05pt;width:19.1pt;" o:ole="t" filled="f" o:preferrelative="t" stroked="f" coordsize="21600,21600">
            <v:path/>
            <v:fill on="f" focussize="0,0"/>
            <v:stroke on="f" joinstyle="miter"/>
            <v:imagedata r:id="rId2352" o:title="eqId7b26361144bf9d629a87be90c353545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依题意，</w:t>
      </w:r>
      <w:r>
        <w:pict>
          <v:shape id="_x0000_i717260"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353" o:title="eqIdf0a532e15e232cb4b99a8d4d07c89575"/>
            <o:lock v:ext="edit" aspectratio="t"/>
            <w10:wrap type="none"/>
            <w10:anchorlock/>
          </v:shape>
        </w:pict>
      </w:r>
      <w:r>
        <w:rPr>
          <w:rFonts w:ascii="宋体" w:hAnsi="宋体" w:eastAsia="宋体" w:cs="宋体"/>
          <w:color w:val="000000"/>
        </w:rPr>
        <w:t>的最大值即为</w:t>
      </w:r>
      <w:r>
        <w:pict>
          <v:shape id="_x0000_i717261"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354" o:title="eqId4dac452fbb5ef6dd653e7fbbef63948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7262" o:spt="75" alt="学科网(www.zxxk.com)--教育资源门户，提供试卷、教案、课件、论文、素材以及各类教学资源下载，还有大量而丰富的教学相关资讯！" type="#_x0000_t75" style="height:30.65pt;width:20.4pt;" o:ole="t" filled="f" o:preferrelative="t" stroked="f" coordsize="21600,21600">
            <v:path/>
            <v:fill on="f" focussize="0,0"/>
            <v:stroke on="f" joinstyle="miter"/>
            <v:imagedata r:id="rId2355" o:title="eqId56c5245b77cb723c57ffc71cc275395c"/>
            <o:lock v:ext="edit" aspectratio="t"/>
            <w10:wrap type="none"/>
            <w10:anchorlock/>
          </v:shape>
        </w:pict>
      </w:r>
      <w:r>
        <w:rPr>
          <w:rFonts w:ascii="宋体" w:hAnsi="宋体" w:eastAsia="宋体" w:cs="宋体"/>
          <w:color w:val="000000"/>
        </w:rPr>
        <w:t>，</w:t>
      </w:r>
      <w:r>
        <w:pict>
          <v:shape id="_x0000_i717263"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2356" o:title="eqIdbf31876698721a199c7c53c6b320aa86"/>
            <o:lock v:ext="edit" aspectratio="t"/>
            <w10:wrap type="none"/>
            <w10:anchorlock/>
          </v:shape>
        </w:pict>
      </w:r>
      <w:r>
        <w:rPr>
          <w:rFonts w:ascii="宋体" w:hAnsi="宋体" w:eastAsia="宋体" w:cs="宋体"/>
          <w:color w:val="000000"/>
        </w:rPr>
        <w:t>，</w:t>
      </w:r>
      <w:r>
        <w:pict>
          <v:shape id="_x0000_i717264" o:spt="75" alt="学科网(www.zxxk.com)--教育资源门户，提供试卷、教案、课件、论文、素材以及各类教学资源下载，还有大量而丰富的教学相关资讯！" type="#_x0000_t75" style="height:31.05pt;width:19.1pt;" o:ole="t" filled="f" o:preferrelative="t" stroked="f" coordsize="21600,21600">
            <v:path/>
            <v:fill on="f" focussize="0,0"/>
            <v:stroke on="f" joinstyle="miter"/>
            <v:imagedata r:id="rId2357" o:title="eqId7b26361144bf9d629a87be90c3535454"/>
            <o:lock v:ext="edit" aspectratio="t"/>
            <w10:wrap type="none"/>
            <w10:anchorlock/>
          </v:shape>
        </w:pict>
      </w:r>
      <w:r>
        <w:rPr>
          <w:rFonts w:ascii="宋体" w:hAnsi="宋体" w:eastAsia="宋体" w:cs="宋体"/>
          <w:color w:val="000000"/>
        </w:rPr>
        <w:t>中最大的数与最小的数的差恰好为</w:t>
      </w:r>
      <w:r>
        <w:pict>
          <v:shape id="_x0000_i71726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358" o:title="eqIdbdaa19de263700a15fcf213d64a8cd5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情况</w:t>
      </w:r>
      <w:r>
        <w:rPr>
          <w:rFonts w:ascii="Times New Roman" w:hAnsi="Times New Roman" w:eastAsia="Times New Roman" w:cs="Times New Roman"/>
          <w:color w:val="000000"/>
        </w:rPr>
        <w:t>1</w:t>
      </w:r>
      <w:r>
        <w:rPr>
          <w:rFonts w:ascii="宋体" w:hAnsi="宋体" w:eastAsia="宋体" w:cs="宋体"/>
          <w:color w:val="000000"/>
        </w:rPr>
        <w:t>：当</w:t>
      </w:r>
      <w:r>
        <w:pict>
          <v:shape id="_x0000_i71726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359" o:title="eqId7ccaa6e503b61e9ae78d8439cba2e328"/>
            <o:lock v:ext="edit" aspectratio="t"/>
            <w10:wrap type="none"/>
            <w10:anchorlock/>
          </v:shape>
        </w:pict>
      </w:r>
      <w:r>
        <w:rPr>
          <w:rFonts w:ascii="宋体" w:hAnsi="宋体" w:eastAsia="宋体" w:cs="宋体"/>
          <w:color w:val="000000"/>
        </w:rPr>
        <w:t>时，最大的数为</w:t>
      </w:r>
      <w:r>
        <w:pict>
          <v:shape id="_x0000_i717267"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2360" o:title="eqIdbf31876698721a199c7c53c6b320aa86"/>
            <o:lock v:ext="edit" aspectratio="t"/>
            <w10:wrap type="none"/>
            <w10:anchorlock/>
          </v:shape>
        </w:pict>
      </w:r>
      <w:r>
        <w:rPr>
          <w:rFonts w:ascii="宋体" w:hAnsi="宋体" w:eastAsia="宋体" w:cs="宋体"/>
          <w:color w:val="000000"/>
        </w:rPr>
        <w:t>，最小的数为</w:t>
      </w:r>
      <w:r>
        <w:pict>
          <v:shape id="_x0000_i717268" o:spt="75" alt="学科网(www.zxxk.com)--教育资源门户，提供试卷、教案、课件、论文、素材以及各类教学资源下载，还有大量而丰富的教学相关资讯！" type="#_x0000_t75" style="height:31.05pt;width:19.1pt;" o:ole="t" filled="f" o:preferrelative="t" stroked="f" coordsize="21600,21600">
            <v:path/>
            <v:fill on="f" focussize="0,0"/>
            <v:stroke on="f" joinstyle="miter"/>
            <v:imagedata r:id="rId2361" o:title="eqId7b26361144bf9d629a87be90c3535454"/>
            <o:lock v:ext="edit" aspectratio="t"/>
            <w10:wrap type="none"/>
            <w10:anchorlock/>
          </v:shape>
        </w:pict>
      </w:r>
      <w:r>
        <w:rPr>
          <w:rFonts w:ascii="宋体" w:hAnsi="宋体" w:eastAsia="宋体" w:cs="宋体"/>
          <w:color w:val="000000"/>
        </w:rPr>
        <w:t>，</w:t>
      </w:r>
      <w:r>
        <w:pict>
          <v:shape id="_x0000_i717269" o:spt="75" alt="学科网(www.zxxk.com)--教育资源门户，提供试卷、教案、课件、论文、素材以及各类教学资源下载，还有大量而丰富的教学相关资讯！" type="#_x0000_t75" style="height:30.65pt;width:53.2pt;" o:ole="t" filled="f" o:preferrelative="t" stroked="f" coordsize="21600,21600">
            <v:path/>
            <v:fill on="f" focussize="0,0"/>
            <v:stroke on="f" joinstyle="miter"/>
            <v:imagedata r:id="rId2362" o:title="eqId131e1aa1f836741ecd7136e2d7606e62"/>
            <o:lock v:ext="edit" aspectratio="t"/>
            <w10:wrap type="none"/>
            <w10:anchorlock/>
          </v:shape>
        </w:pict>
      </w:r>
      <w:r>
        <w:rPr>
          <w:rFonts w:ascii="宋体" w:hAnsi="宋体" w:eastAsia="宋体" w:cs="宋体"/>
          <w:color w:val="000000"/>
        </w:rPr>
        <w:t>，得</w:t>
      </w:r>
      <w:r>
        <w:pict>
          <v:shape id="_x0000_i717270"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2363" o:title="eqIdef00713e73b8357cc7900144f5505bc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情况</w:t>
      </w:r>
      <w:r>
        <w:rPr>
          <w:rFonts w:ascii="Times New Roman" w:hAnsi="Times New Roman" w:eastAsia="Times New Roman" w:cs="Times New Roman"/>
          <w:color w:val="000000"/>
        </w:rPr>
        <w:t>2</w:t>
      </w:r>
      <w:r>
        <w:rPr>
          <w:rFonts w:ascii="宋体" w:hAnsi="宋体" w:eastAsia="宋体" w:cs="宋体"/>
          <w:color w:val="000000"/>
        </w:rPr>
        <w:t>：当</w:t>
      </w:r>
      <w:r>
        <w:pict>
          <v:shape id="_x0000_i717271"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2364" o:title="eqId8a551a88ac426439803f564a3bbee04a"/>
            <o:lock v:ext="edit" aspectratio="t"/>
            <w10:wrap type="none"/>
            <w10:anchorlock/>
          </v:shape>
        </w:pict>
      </w:r>
      <w:r>
        <w:rPr>
          <w:rFonts w:ascii="宋体" w:hAnsi="宋体" w:eastAsia="宋体" w:cs="宋体"/>
          <w:color w:val="000000"/>
        </w:rPr>
        <w:t>时，最大的数为</w:t>
      </w:r>
      <w:r>
        <w:pict>
          <v:shape id="_x0000_i717272"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2365" o:title="eqIdbf31876698721a199c7c53c6b320aa86"/>
            <o:lock v:ext="edit" aspectratio="t"/>
            <w10:wrap type="none"/>
            <w10:anchorlock/>
          </v:shape>
        </w:pict>
      </w:r>
      <w:r>
        <w:rPr>
          <w:rFonts w:ascii="宋体" w:hAnsi="宋体" w:eastAsia="宋体" w:cs="宋体"/>
          <w:color w:val="000000"/>
        </w:rPr>
        <w:t>，最小的数为</w:t>
      </w:r>
      <w:r>
        <w:pict>
          <v:shape id="_x0000_i717273"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366" o:title="eqId4dac452fbb5ef6dd653e7fbbef639484"/>
            <o:lock v:ext="edit" aspectratio="t"/>
            <w10:wrap type="none"/>
            <w10:anchorlock/>
          </v:shape>
        </w:pict>
      </w:r>
      <w:r>
        <w:rPr>
          <w:rFonts w:ascii="宋体" w:hAnsi="宋体" w:eastAsia="宋体" w:cs="宋体"/>
          <w:color w:val="000000"/>
        </w:rPr>
        <w:t>，不合题意；</w:t>
      </w:r>
    </w:p>
    <w:p>
      <w:pPr>
        <w:spacing w:line="360" w:lineRule="auto"/>
        <w:jc w:val="both"/>
        <w:textAlignment w:val="center"/>
        <w:rPr>
          <w:color w:val="000000"/>
        </w:rPr>
      </w:pPr>
      <w:r>
        <w:rPr>
          <w:rFonts w:ascii="宋体" w:hAnsi="宋体" w:eastAsia="宋体" w:cs="宋体"/>
          <w:color w:val="000000"/>
        </w:rPr>
        <w:t>情况</w:t>
      </w:r>
      <w:r>
        <w:rPr>
          <w:rFonts w:ascii="Times New Roman" w:hAnsi="Times New Roman" w:eastAsia="Times New Roman" w:cs="Times New Roman"/>
          <w:color w:val="000000"/>
        </w:rPr>
        <w:t>3</w:t>
      </w:r>
      <w:r>
        <w:rPr>
          <w:rFonts w:ascii="宋体" w:hAnsi="宋体" w:eastAsia="宋体" w:cs="宋体"/>
          <w:color w:val="000000"/>
        </w:rPr>
        <w:t>：当</w:t>
      </w:r>
      <w:r>
        <w:pict>
          <v:shape id="_x0000_i71727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367" o:title="eqId0c0aa2ef928b6e3341d0a0dc6d8055b9"/>
            <o:lock v:ext="edit" aspectratio="t"/>
            <w10:wrap type="none"/>
            <w10:anchorlock/>
          </v:shape>
        </w:pict>
      </w:r>
      <w:r>
        <w:rPr>
          <w:rFonts w:ascii="宋体" w:hAnsi="宋体" w:eastAsia="宋体" w:cs="宋体"/>
          <w:color w:val="000000"/>
        </w:rPr>
        <w:t>时，最大的数为</w:t>
      </w:r>
      <w:r>
        <w:pict>
          <v:shape id="_x0000_i717275" o:spt="75" alt="学科网(www.zxxk.com)--教育资源门户，提供试卷、教案、课件、论文、素材以及各类教学资源下载，还有大量而丰富的教学相关资讯！" type="#_x0000_t75" style="height:31.05pt;width:19.1pt;" o:ole="t" filled="f" o:preferrelative="t" stroked="f" coordsize="21600,21600">
            <v:path/>
            <v:fill on="f" focussize="0,0"/>
            <v:stroke on="f" joinstyle="miter"/>
            <v:imagedata r:id="rId2368" o:title="eqId7b26361144bf9d629a87be90c3535454"/>
            <o:lock v:ext="edit" aspectratio="t"/>
            <w10:wrap type="none"/>
            <w10:anchorlock/>
          </v:shape>
        </w:pict>
      </w:r>
      <w:r>
        <w:rPr>
          <w:rFonts w:ascii="宋体" w:hAnsi="宋体" w:eastAsia="宋体" w:cs="宋体"/>
          <w:color w:val="000000"/>
        </w:rPr>
        <w:t>，最小的数为</w:t>
      </w:r>
      <w:r>
        <w:pict>
          <v:shape id="_x0000_i71727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369" o:title="eqId4dac452fbb5ef6dd653e7fbbef639484"/>
            <o:lock v:ext="edit" aspectratio="t"/>
            <w10:wrap type="none"/>
            <w10:anchorlock/>
          </v:shape>
        </w:pict>
      </w:r>
      <w:r>
        <w:rPr>
          <w:rFonts w:ascii="宋体" w:hAnsi="宋体" w:eastAsia="宋体" w:cs="宋体"/>
          <w:color w:val="000000"/>
        </w:rPr>
        <w:t>，</w:t>
      </w:r>
      <w:r>
        <w:pict>
          <v:shape id="_x0000_i717277" o:spt="75" alt="学科网(www.zxxk.com)--教育资源门户，提供试卷、教案、课件、论文、素材以及各类教学资源下载，还有大量而丰富的教学相关资讯！" type="#_x0000_t75" style="height:31.2pt;width:52.8pt;" o:ole="t" filled="f" o:preferrelative="t" stroked="f" coordsize="21600,21600">
            <v:path/>
            <v:fill on="f" focussize="0,0"/>
            <v:stroke on="f" joinstyle="miter"/>
            <v:imagedata r:id="rId2370" o:title="eqIdf35ff965978db1d4eddd942bc5dee6d1"/>
            <o:lock v:ext="edit" aspectratio="t"/>
            <w10:wrap type="none"/>
            <w10:anchorlock/>
          </v:shape>
        </w:pict>
      </w:r>
      <w:r>
        <w:rPr>
          <w:rFonts w:ascii="宋体" w:hAnsi="宋体" w:eastAsia="宋体" w:cs="宋体"/>
          <w:color w:val="000000"/>
        </w:rPr>
        <w:t>，得</w:t>
      </w:r>
      <w:r>
        <w:pict>
          <v:shape id="_x0000_i717278"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371" o:title="eqIdf23d29646155e27b172ecdf263e2d70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w:t>
      </w:r>
      <w:r>
        <w:pict>
          <v:shape id="_x0000_i71727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372" o:title="eqId81dea63b8ce3e51adf66cf7b9982a248"/>
            <o:lock v:ext="edit" aspectratio="t"/>
            <w10:wrap type="none"/>
            <w10:anchorlock/>
          </v:shape>
        </w:pict>
      </w:r>
      <w:r>
        <w:rPr>
          <w:rFonts w:ascii="宋体" w:hAnsi="宋体" w:eastAsia="宋体" w:cs="宋体"/>
          <w:color w:val="000000"/>
        </w:rPr>
        <w:t>的值为</w:t>
      </w:r>
      <w:r>
        <w:pict>
          <v:shape id="_x0000_i717280"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373" o:title="eqIdacbc6a613224461ade69362d46550474"/>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w:t>
      </w:r>
      <w:r>
        <w:pict>
          <v:shape id="_x0000_i717281" o:spt="75" alt="学科网(www.zxxk.com)--教育资源门户，提供试卷、教案、课件、论文、素材以及各类教学资源下载，还有大量而丰富的教学相关资讯！" type="#_x0000_t75" style="height:16.2pt;width:22.2pt;" o:ole="t" filled="f" o:preferrelative="t" stroked="f" coordsize="21600,21600">
            <v:path/>
            <v:fill on="f" focussize="0,0"/>
            <v:stroke on="f" joinstyle="miter"/>
            <v:imagedata r:id="rId2374" o:title="eqIdfeffdc2f095977695da98748ccca10f1"/>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color w:val="000000"/>
        </w:rPr>
        <w:t>21</w:t>
      </w:r>
      <w:r>
        <w:rPr>
          <w:rFonts w:ascii="宋体" w:hAnsi="宋体" w:eastAsia="宋体" w:cs="宋体"/>
          <w:color w:val="000000"/>
        </w:rPr>
        <w:t>；</w:t>
      </w:r>
    </w:p>
    <w:p>
      <w:pPr>
        <w:spacing w:line="360" w:lineRule="auto"/>
        <w:jc w:val="both"/>
        <w:textAlignment w:val="center"/>
        <w:rPr>
          <w:color w:val="000000"/>
        </w:rPr>
      </w:pPr>
      <w:r>
        <w:pict>
          <v:shape id="_x0000_i717282" o:spt="75" alt="学科网(www.zxxk.com)--教育资源门户，提供试卷、教案、课件、论文、素材以及各类教学资源下载，还有大量而丰富的教学相关资讯！" type="#_x0000_t75" style="height:16.2pt;width:22.2pt;" o:ole="t" filled="f" o:preferrelative="t" stroked="f" coordsize="21600,21600">
            <v:path/>
            <v:fill on="f" focussize="0,0"/>
            <v:stroke on="f" joinstyle="miter"/>
            <v:imagedata r:id="rId2375" o:title="eqIdb9496184240a4d7c408e5e00e0c30bc2"/>
            <o:lock v:ext="edit" aspectratio="t"/>
            <w10:wrap type="none"/>
            <w10:anchorlock/>
          </v:shape>
        </w:pict>
      </w:r>
      <w:r>
        <w:rPr>
          <w:rFonts w:ascii="宋体" w:hAnsi="宋体" w:eastAsia="宋体" w:cs="宋体"/>
          <w:color w:val="000000"/>
        </w:rPr>
        <w:t>的最大值为</w:t>
      </w:r>
      <w:r>
        <w:pict>
          <v:shape id="_x0000_i717283" o:spt="75" alt="学科网(www.zxxk.com)--教育资源门户，提供试卷、教案、课件、论文、素材以及各类教学资源下载，还有大量而丰富的教学相关资讯！" type="#_x0000_t75" style="height:31.05pt;width:16.95pt;" o:ole="t" filled="f" o:preferrelative="t" stroked="f" coordsize="21600,21600">
            <v:path/>
            <v:fill on="f" focussize="0,0"/>
            <v:stroke on="f" joinstyle="miter"/>
            <v:imagedata r:id="rId2376" o:title="eqIdcc4b4c648f682711076868368d377fc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相应</w:t>
      </w:r>
      <w:r>
        <w:pict>
          <v:shape id="_x0000_i717284"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2377" o:title="eqIde3f620930a22e602c8a0e45deb1e1782"/>
            <o:lock v:ext="edit" aspectratio="t"/>
            <w10:wrap type="none"/>
            <w10:anchorlock/>
          </v:shape>
        </w:pict>
      </w:r>
      <w:r>
        <w:rPr>
          <w:rFonts w:ascii="宋体" w:hAnsi="宋体" w:eastAsia="宋体" w:cs="宋体"/>
          <w:color w:val="000000"/>
        </w:rPr>
        <w:t>的最小值为</w:t>
      </w:r>
      <w:r>
        <w:pict>
          <v:shape id="_x0000_i717285" o:spt="75" alt="学科网(www.zxxk.com)--教育资源门户，提供试卷、教案、课件、论文、素材以及各类教学资源下载，还有大量而丰富的教学相关资讯！" type="#_x0000_t75" style="height:31.05pt;width:16.95pt;" o:ole="t" filled="f" o:preferrelative="t" stroked="f" coordsize="21600,21600">
            <v:path/>
            <v:fill on="f" focussize="0,0"/>
            <v:stroke on="f" joinstyle="miter"/>
            <v:imagedata r:id="rId2378" o:title="eqIdcc4b4c648f682711076868368d377fc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本题属于新定义题目，本题考查了数组的收纳系数，解题关键是读懂题目中的例子，仿照例子解题．</w:t>
      </w:r>
    </w:p>
    <w:p>
      <w:pPr>
        <w:pStyle w:val="Heading2"/>
      </w:pPr>
      <w:r>
        <w:t>朝阳外国语学校</w:t>
      </w:r>
    </w:p>
    <w:p>
      <w:pPr>
        <w:spacing w:line="360" w:lineRule="auto"/>
        <w:jc w:val="both"/>
        <w:textAlignment w:val="center"/>
        <w:rPr>
          <w:color w:val="000000"/>
        </w:rPr>
      </w:pPr>
      <w:r>
        <w:rPr>
          <w:color w:val="000000"/>
        </w:rPr>
        <w:t xml:space="preserve">26. </w:t>
      </w:r>
      <w:r>
        <w:rPr>
          <w:rFonts w:ascii="宋体" w:hAnsi="宋体" w:eastAsia="宋体" w:cs="宋体"/>
          <w:color w:val="000000"/>
        </w:rPr>
        <w:t>滴滴快车是一咱便捷的出行工具，计价规则如下表：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66"/>
        <w:gridCol w:w="2377"/>
        <w:gridCol w:w="2866"/>
        <w:gridCol w:w="2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计费项目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里程费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时长费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远途费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单价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公里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pict>
                <v:shape id="_x0000_i717286" o:spt="75" alt="学科网(www.zxxk.com)--教育资源门户，提供试卷、教案、课件、论文、素材以及各类教学资源下载，还有大量而丰富的教学相关资讯！" type="#_x0000_t75" style="height:14.35pt;width:18.1pt;" o:ole="t" filled="f" o:preferrelative="t" stroked="f" coordsize="21600,21600">
                  <v:path/>
                  <v:fill on="f" focussize="0,0"/>
                  <v:stroke on="f" joinstyle="miter"/>
                  <v:imagedata r:id="rId2379" o:title="eqId8ec818fc0754296163206e1e8870f9e6"/>
                  <o:lock v:ext="edit" aspectratio="t"/>
                  <w10:wrap type="none"/>
                  <w10:anchorlock/>
                </v:shape>
              </w:pic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分钟</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注：车费由里程费、时长费、远途费三部分构成，其中里程费按行车的实际里程计算，时长费按行车的实际时间计算，远途费的收取方式为：行车里程</w:t>
            </w:r>
            <w:r>
              <w:rPr>
                <w:rFonts w:ascii="Times New Roman" w:hAnsi="Times New Roman" w:eastAsia="Times New Roman" w:cs="Times New Roman"/>
                <w:color w:val="000000"/>
              </w:rPr>
              <w:t>10</w:t>
            </w:r>
            <w:r>
              <w:rPr>
                <w:rFonts w:ascii="宋体" w:hAnsi="宋体" w:eastAsia="宋体" w:cs="宋体"/>
                <w:color w:val="000000"/>
              </w:rPr>
              <w:t>公里以内（含</w:t>
            </w:r>
            <w:r>
              <w:rPr>
                <w:rFonts w:ascii="Times New Roman" w:hAnsi="Times New Roman" w:eastAsia="Times New Roman" w:cs="Times New Roman"/>
                <w:color w:val="000000"/>
              </w:rPr>
              <w:t>10</w:t>
            </w:r>
            <w:r>
              <w:rPr>
                <w:rFonts w:ascii="宋体" w:hAnsi="宋体" w:eastAsia="宋体" w:cs="宋体"/>
                <w:color w:val="000000"/>
              </w:rPr>
              <w:t>公里）不收远途费，超过</w:t>
            </w:r>
            <w:r>
              <w:rPr>
                <w:rFonts w:ascii="Times New Roman" w:hAnsi="Times New Roman" w:eastAsia="Times New Roman" w:cs="Times New Roman"/>
                <w:color w:val="000000"/>
              </w:rPr>
              <w:t>10</w:t>
            </w:r>
            <w:r>
              <w:rPr>
                <w:rFonts w:ascii="宋体" w:hAnsi="宋体" w:eastAsia="宋体" w:cs="宋体"/>
                <w:color w:val="000000"/>
              </w:rPr>
              <w:t>公里的，超出部分每公里收</w:t>
            </w:r>
            <w:r>
              <w:rPr>
                <w:rFonts w:ascii="Times New Roman" w:hAnsi="Times New Roman" w:eastAsia="Times New Roman" w:cs="Times New Roman"/>
                <w:color w:val="000000"/>
              </w:rPr>
              <w:t>1</w:t>
            </w:r>
            <w:r>
              <w:rPr>
                <w:rFonts w:ascii="宋体" w:hAnsi="宋体" w:eastAsia="宋体" w:cs="宋体"/>
                <w:color w:val="000000"/>
              </w:rPr>
              <w:t>元．</w:t>
            </w:r>
          </w:p>
        </w:tc>
      </w:tr>
    </w:tbl>
    <w:p>
      <w:pPr>
        <w:spacing w:line="360" w:lineRule="auto"/>
        <w:jc w:val="left"/>
        <w:textAlignment w:val="center"/>
        <w:rPr>
          <w:color w:val="000000"/>
        </w:rPr>
      </w:pPr>
      <w:r>
        <w:rPr>
          <w:color w:val="000000"/>
        </w:rPr>
        <w:t>（1）</w:t>
      </w:r>
      <w:r>
        <w:rPr>
          <w:rFonts w:ascii="宋体" w:hAnsi="宋体" w:eastAsia="宋体" w:cs="宋体"/>
          <w:color w:val="000000"/>
        </w:rPr>
        <w:t>若小东乘坐滴滴快车，行车里程为</w:t>
      </w:r>
      <w:r>
        <w:rPr>
          <w:rFonts w:ascii="Times New Roman" w:hAnsi="Times New Roman" w:eastAsia="Times New Roman" w:cs="Times New Roman"/>
          <w:color w:val="000000"/>
        </w:rPr>
        <w:t>5</w:t>
      </w:r>
      <w:r>
        <w:rPr>
          <w:rFonts w:ascii="宋体" w:hAnsi="宋体" w:eastAsia="宋体" w:cs="宋体"/>
          <w:color w:val="000000"/>
        </w:rPr>
        <w:t>公里，行车时间为</w:t>
      </w:r>
      <w:r>
        <w:rPr>
          <w:rFonts w:ascii="Times New Roman" w:hAnsi="Times New Roman" w:eastAsia="Times New Roman" w:cs="Times New Roman"/>
          <w:color w:val="000000"/>
        </w:rPr>
        <w:t>10</w:t>
      </w:r>
      <w:r>
        <w:rPr>
          <w:rFonts w:ascii="宋体" w:hAnsi="宋体" w:eastAsia="宋体" w:cs="宋体"/>
          <w:color w:val="000000"/>
        </w:rPr>
        <w:t>分钟，则需付车费多少元？</w:t>
      </w:r>
    </w:p>
    <w:p>
      <w:pPr>
        <w:spacing w:line="360" w:lineRule="auto"/>
        <w:jc w:val="left"/>
        <w:textAlignment w:val="center"/>
        <w:rPr>
          <w:color w:val="000000"/>
        </w:rPr>
      </w:pPr>
      <w:r>
        <w:rPr>
          <w:color w:val="000000"/>
        </w:rPr>
        <w:t>（2）</w:t>
      </w:r>
      <w:r>
        <w:rPr>
          <w:rFonts w:ascii="宋体" w:hAnsi="宋体" w:eastAsia="宋体" w:cs="宋体"/>
          <w:color w:val="000000"/>
        </w:rPr>
        <w:t>若小明乘坐滴滴快车，行车里程为</w:t>
      </w:r>
      <w:r>
        <w:rPr>
          <w:rFonts w:ascii="Times New Roman" w:hAnsi="Times New Roman" w:eastAsia="Times New Roman" w:cs="Times New Roman"/>
          <w:i/>
          <w:color w:val="000000"/>
        </w:rPr>
        <w:t>a</w:t>
      </w:r>
      <w:r>
        <w:rPr>
          <w:rFonts w:ascii="宋体" w:hAnsi="宋体" w:eastAsia="宋体" w:cs="宋体"/>
          <w:color w:val="000000"/>
        </w:rPr>
        <w:t>公里，行车时间为</w:t>
      </w:r>
      <w:r>
        <w:rPr>
          <w:rFonts w:ascii="Times New Roman" w:hAnsi="Times New Roman" w:eastAsia="Times New Roman" w:cs="Times New Roman"/>
          <w:i/>
          <w:color w:val="000000"/>
        </w:rPr>
        <w:t>b</w:t>
      </w:r>
      <w:r>
        <w:rPr>
          <w:rFonts w:ascii="宋体" w:hAnsi="宋体" w:eastAsia="宋体" w:cs="宋体"/>
          <w:color w:val="000000"/>
        </w:rPr>
        <w:t>分钟，则小明应付车费多少元？（用含</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的式子表示，并化简）</w:t>
      </w:r>
    </w:p>
    <w:p>
      <w:pPr>
        <w:spacing w:line="360" w:lineRule="auto"/>
        <w:jc w:val="left"/>
        <w:textAlignment w:val="center"/>
        <w:rPr>
          <w:color w:val="000000"/>
        </w:rPr>
      </w:pPr>
      <w:r>
        <w:rPr>
          <w:color w:val="000000"/>
        </w:rPr>
        <w:t>（3）</w:t>
      </w:r>
      <w:r>
        <w:rPr>
          <w:rFonts w:ascii="宋体" w:hAnsi="宋体" w:eastAsia="宋体" w:cs="宋体"/>
          <w:color w:val="000000"/>
        </w:rPr>
        <w:t>小王与小张各自乘坐滴滴快车，行车里程分别为</w:t>
      </w:r>
      <w:r>
        <w:rPr>
          <w:rFonts w:ascii="Times New Roman" w:hAnsi="Times New Roman" w:eastAsia="Times New Roman" w:cs="Times New Roman"/>
          <w:color w:val="000000"/>
        </w:rPr>
        <w:t>9</w:t>
      </w:r>
      <w:r>
        <w:rPr>
          <w:rFonts w:ascii="宋体" w:hAnsi="宋体" w:eastAsia="宋体" w:cs="宋体"/>
          <w:color w:val="000000"/>
        </w:rPr>
        <w:t>公里与</w:t>
      </w:r>
      <w:r>
        <w:rPr>
          <w:rFonts w:ascii="Times New Roman" w:hAnsi="Times New Roman" w:eastAsia="Times New Roman" w:cs="Times New Roman"/>
          <w:color w:val="000000"/>
        </w:rPr>
        <w:t>12</w:t>
      </w:r>
      <w:r>
        <w:rPr>
          <w:rFonts w:ascii="宋体" w:hAnsi="宋体" w:eastAsia="宋体" w:cs="宋体"/>
          <w:color w:val="000000"/>
        </w:rPr>
        <w:t>公里，并且小王的行车时间比小张的行车时间多</w:t>
      </w:r>
      <w:r>
        <w:rPr>
          <w:rFonts w:ascii="Times New Roman" w:hAnsi="Times New Roman" w:eastAsia="Times New Roman" w:cs="Times New Roman"/>
          <w:color w:val="000000"/>
        </w:rPr>
        <w:t>16</w:t>
      </w:r>
      <w:r>
        <w:rPr>
          <w:rFonts w:ascii="宋体" w:hAnsi="宋体" w:eastAsia="宋体" w:cs="宋体"/>
          <w:color w:val="000000"/>
        </w:rPr>
        <w:t>分钟，请通过计算说明两人下车时所付车费有何关系？</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17</w:t>
      </w:r>
      <w:r>
        <w:rPr>
          <w:rFonts w:ascii="宋体" w:hAnsi="宋体" w:eastAsia="宋体" w:cs="宋体"/>
          <w:color w:val="000000"/>
        </w:rPr>
        <w:t>元</w:t>
      </w:r>
      <w:r>
        <w:rPr>
          <w:color w:val="000000"/>
        </w:rPr>
        <w:t xml:space="preserve">    （2）</w:t>
      </w:r>
      <w:r>
        <w:rPr>
          <w:rFonts w:ascii="宋体" w:hAnsi="宋体" w:eastAsia="宋体" w:cs="宋体"/>
          <w:color w:val="000000"/>
        </w:rPr>
        <w:t>当</w:t>
      </w:r>
      <w:r>
        <w:pict>
          <v:shape id="_x0000_i717287" o:spt="75" alt="学科网(www.zxxk.com)--教育资源门户，提供试卷、教案、课件、论文、素材以及各类教学资源下载，还有大量而丰富的教学相关资讯！" type="#_x0000_t75" style="height:13.75pt;width:33.2pt;" o:ole="t" filled="f" o:preferrelative="t" stroked="f" coordsize="21600,21600">
            <v:path/>
            <v:fill on="f" focussize="0,0"/>
            <v:stroke on="f" joinstyle="miter"/>
            <v:imagedata r:id="rId2380" o:title="eqIda3989f6ae3a0ad7bd5f21724ce768278"/>
            <o:lock v:ext="edit" aspectratio="t"/>
            <w10:wrap type="none"/>
            <w10:anchorlock/>
          </v:shape>
        </w:pict>
      </w:r>
      <w:r>
        <w:rPr>
          <w:rFonts w:ascii="宋体" w:hAnsi="宋体" w:eastAsia="宋体" w:cs="宋体"/>
          <w:color w:val="000000"/>
        </w:rPr>
        <w:t>时，</w:t>
      </w:r>
      <w:r>
        <w:pict>
          <v:shape id="_x0000_i717288"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2381" o:title="eqId6aabbce3e51f7bc14bfd3504267c10d4"/>
            <o:lock v:ext="edit" aspectratio="t"/>
            <w10:wrap type="none"/>
            <w10:anchorlock/>
          </v:shape>
        </w:pict>
      </w:r>
      <w:r>
        <w:rPr>
          <w:rFonts w:ascii="宋体" w:hAnsi="宋体" w:eastAsia="宋体" w:cs="宋体"/>
          <w:color w:val="000000"/>
        </w:rPr>
        <w:t>；当</w:t>
      </w:r>
      <w:r>
        <w:pict>
          <v:shape id="_x0000_i717289"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2382" o:title="eqId7f33833e62f2f4b9a3d8b277c8096bb4"/>
            <o:lock v:ext="edit" aspectratio="t"/>
            <w10:wrap type="none"/>
            <w10:anchorlock/>
          </v:shape>
        </w:pict>
      </w:r>
      <w:r>
        <w:rPr>
          <w:rFonts w:ascii="宋体" w:hAnsi="宋体" w:eastAsia="宋体" w:cs="宋体"/>
          <w:color w:val="000000"/>
        </w:rPr>
        <w:t>时，</w:t>
      </w:r>
      <w:r>
        <w:pict>
          <v:shape id="_x0000_i717290"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2383" o:title="eqId5ec37b73ee5308124e443e836e8b4958"/>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两人所付费用一样多</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本题考查列代数式、代数式求值，解题关键是结合题意列出代数式，注意分情况讨论．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）由题意可知行车里程为</w:t>
      </w:r>
      <w:r>
        <w:rPr>
          <w:rFonts w:ascii="Times New Roman" w:hAnsi="Times New Roman" w:eastAsia="Times New Roman" w:cs="Times New Roman"/>
          <w:color w:val="000000"/>
        </w:rPr>
        <w:t>5</w:t>
      </w:r>
      <w:r>
        <w:rPr>
          <w:rFonts w:ascii="宋体" w:hAnsi="宋体" w:eastAsia="宋体" w:cs="宋体"/>
          <w:color w:val="000000"/>
        </w:rPr>
        <w:t>公里，行车时间为</w:t>
      </w:r>
      <w:r>
        <w:rPr>
          <w:rFonts w:ascii="Times New Roman" w:hAnsi="Times New Roman" w:eastAsia="Times New Roman" w:cs="Times New Roman"/>
          <w:color w:val="000000"/>
        </w:rPr>
        <w:t>10</w:t>
      </w:r>
      <w:r>
        <w:rPr>
          <w:rFonts w:ascii="宋体" w:hAnsi="宋体" w:eastAsia="宋体" w:cs="宋体"/>
          <w:color w:val="000000"/>
        </w:rPr>
        <w:t>分钟，根据表内的计费规则即可求得车费；</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）分情况讨论，当</w:t>
      </w:r>
      <w:r>
        <w:pict>
          <v:shape id="_x0000_i717291" o:spt="75" alt="学科网(www.zxxk.com)--教育资源门户，提供试卷、教案、课件、论文、素材以及各类教学资源下载，还有大量而丰富的教学相关资讯！" type="#_x0000_t75" style="height:13.75pt;width:33.2pt;" o:ole="t" filled="f" o:preferrelative="t" stroked="f" coordsize="21600,21600">
            <v:path/>
            <v:fill on="f" focussize="0,0"/>
            <v:stroke on="f" joinstyle="miter"/>
            <v:imagedata r:id="rId2384" o:title="eqIda3989f6ae3a0ad7bd5f21724ce768278"/>
            <o:lock v:ext="edit" aspectratio="t"/>
            <w10:wrap type="none"/>
            <w10:anchorlock/>
          </v:shape>
        </w:pict>
      </w:r>
      <w:r>
        <w:rPr>
          <w:rFonts w:ascii="宋体" w:hAnsi="宋体" w:eastAsia="宋体" w:cs="宋体"/>
          <w:color w:val="000000"/>
        </w:rPr>
        <w:t>时与当</w:t>
      </w:r>
      <w:r>
        <w:pict>
          <v:shape id="_x0000_i717292"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2385" o:title="eqId7f33833e62f2f4b9a3d8b277c8096bb4"/>
            <o:lock v:ext="edit" aspectratio="t"/>
            <w10:wrap type="none"/>
            <w10:anchorlock/>
          </v:shape>
        </w:pict>
      </w:r>
      <w:r>
        <w:rPr>
          <w:rFonts w:ascii="宋体" w:hAnsi="宋体" w:eastAsia="宋体" w:cs="宋体"/>
          <w:color w:val="000000"/>
        </w:rPr>
        <w:t>时两种情况，分别写出小明应付的车费；</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）设小王与小张乘坐滴滴快车分别为</w:t>
      </w:r>
      <w:r>
        <w:rPr>
          <w:rFonts w:ascii="Times New Roman" w:hAnsi="Times New Roman" w:eastAsia="Times New Roman" w:cs="Times New Roman"/>
          <w:i/>
          <w:color w:val="000000"/>
        </w:rPr>
        <w:t>m</w:t>
      </w:r>
      <w:r>
        <w:rPr>
          <w:rFonts w:ascii="宋体" w:hAnsi="宋体" w:eastAsia="宋体" w:cs="宋体"/>
          <w:color w:val="000000"/>
        </w:rPr>
        <w:t>分钟，</w:t>
      </w:r>
      <w:r>
        <w:rPr>
          <w:rFonts w:ascii="Times New Roman" w:hAnsi="Times New Roman" w:eastAsia="Times New Roman" w:cs="Times New Roman"/>
          <w:i/>
          <w:color w:val="000000"/>
        </w:rPr>
        <w:t>n</w:t>
      </w:r>
      <w:r>
        <w:rPr>
          <w:rFonts w:ascii="宋体" w:hAnsi="宋体" w:eastAsia="宋体" w:cs="宋体"/>
          <w:color w:val="000000"/>
        </w:rPr>
        <w:t>分钟，根据题意得</w:t>
      </w:r>
      <w:r>
        <w:pict>
          <v:shape id="_x0000_i717293" o:spt="75" alt="学科网(www.zxxk.com)--教育资源门户，提供试卷、教案、课件、论文、素材以及各类教学资源下载，还有大量而丰富的教学相关资讯！" type="#_x0000_t75" style="height:14.2pt;width:51.8pt;" o:ole="t" filled="f" o:preferrelative="t" stroked="f" coordsize="21600,21600">
            <v:path/>
            <v:fill on="f" focussize="0,0"/>
            <v:stroke on="f" joinstyle="miter"/>
            <v:imagedata r:id="rId2386" o:title="eqId3339e711b7569987986b22b02d077c23"/>
            <o:lock v:ext="edit" aspectratio="t"/>
            <w10:wrap type="none"/>
            <w10:anchorlock/>
          </v:shape>
        </w:pict>
      </w:r>
      <w:r>
        <w:rPr>
          <w:rFonts w:ascii="宋体" w:hAnsi="宋体" w:eastAsia="宋体" w:cs="宋体"/>
          <w:color w:val="000000"/>
        </w:rPr>
        <w:t>，分别列出小王和小张的车费，进行做差比较即可求解．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解：根据计费规则，当行车里程为</w:t>
      </w:r>
      <w:r>
        <w:rPr>
          <w:rFonts w:ascii="Times New Roman" w:hAnsi="Times New Roman" w:eastAsia="Times New Roman" w:cs="Times New Roman"/>
          <w:color w:val="000000"/>
        </w:rPr>
        <w:t>5</w:t>
      </w:r>
      <w:r>
        <w:rPr>
          <w:rFonts w:ascii="宋体" w:hAnsi="宋体" w:eastAsia="宋体" w:cs="宋体"/>
          <w:color w:val="000000"/>
        </w:rPr>
        <w:t>公里，行车时间为</w:t>
      </w:r>
      <w:r>
        <w:rPr>
          <w:rFonts w:ascii="Times New Roman" w:hAnsi="Times New Roman" w:eastAsia="Times New Roman" w:cs="Times New Roman"/>
          <w:color w:val="000000"/>
        </w:rPr>
        <w:t>10</w:t>
      </w:r>
      <w:r>
        <w:rPr>
          <w:rFonts w:ascii="宋体" w:hAnsi="宋体" w:eastAsia="宋体" w:cs="宋体"/>
          <w:color w:val="000000"/>
        </w:rPr>
        <w:t>分钟时，</w:t>
      </w:r>
    </w:p>
    <w:p>
      <w:pPr>
        <w:spacing w:line="360" w:lineRule="auto"/>
        <w:jc w:val="left"/>
        <w:textAlignment w:val="center"/>
        <w:rPr>
          <w:color w:val="000000"/>
        </w:rPr>
      </w:pPr>
      <w:r>
        <w:rPr>
          <w:rFonts w:ascii="宋体" w:hAnsi="宋体" w:eastAsia="宋体" w:cs="宋体"/>
          <w:color w:val="000000"/>
        </w:rPr>
        <w:t>车费为：</w:t>
      </w:r>
      <w:r>
        <w:pict>
          <v:shape id="_x0000_i717294" o:spt="75" alt="学科网(www.zxxk.com)--教育资源门户，提供试卷、教案、课件、论文、素材以及各类教学资源下载，还有大量而丰富的教学相关资讯！" type="#_x0000_t75" style="height:14.25pt;width:93pt;" o:ole="t" filled="f" o:preferrelative="t" stroked="f" coordsize="21600,21600">
            <v:path/>
            <v:fill on="f" focussize="0,0"/>
            <v:stroke on="f" joinstyle="miter"/>
            <v:imagedata r:id="rId2387" o:title="eqIdb59a30c163565cc6708683696bcb1b2f"/>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元</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即小东需付车费</w:t>
      </w:r>
      <w:r>
        <w:rPr>
          <w:rFonts w:ascii="Times New Roman" w:hAnsi="Times New Roman" w:eastAsia="Times New Roman" w:cs="Times New Roman"/>
          <w:color w:val="000000"/>
        </w:rPr>
        <w:t>17</w:t>
      </w:r>
      <w:r>
        <w:rPr>
          <w:rFonts w:ascii="宋体" w:hAnsi="宋体" w:eastAsia="宋体" w:cs="宋体"/>
          <w:color w:val="000000"/>
        </w:rPr>
        <w:t>元．</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解：根据计费规则，当</w:t>
      </w:r>
      <w:r>
        <w:pict>
          <v:shape id="_x0000_i717295" o:spt="75" alt="学科网(www.zxxk.com)--教育资源门户，提供试卷、教案、课件、论文、素材以及各类教学资源下载，还有大量而丰富的教学相关资讯！" type="#_x0000_t75" style="height:13.75pt;width:33.2pt;" o:ole="t" filled="f" o:preferrelative="t" stroked="f" coordsize="21600,21600">
            <v:path/>
            <v:fill on="f" focussize="0,0"/>
            <v:stroke on="f" joinstyle="miter"/>
            <v:imagedata r:id="rId2388" o:title="eqIda3989f6ae3a0ad7bd5f21724ce768278"/>
            <o:lock v:ext="edit" aspectratio="t"/>
            <w10:wrap type="none"/>
            <w10:anchorlock/>
          </v:shape>
        </w:pict>
      </w:r>
      <w:r>
        <w:rPr>
          <w:rFonts w:ascii="宋体" w:hAnsi="宋体" w:eastAsia="宋体" w:cs="宋体"/>
          <w:color w:val="000000"/>
        </w:rPr>
        <w:t>时，小明应付车费：</w:t>
      </w:r>
      <w:r>
        <w:pict>
          <v:shape id="_x0000_i717296"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2389" o:title="eqId6aabbce3e51f7bc14bfd3504267c10d4"/>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当</w:t>
      </w:r>
      <w:r>
        <w:pict>
          <v:shape id="_x0000_i717297"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2390" o:title="eqId7f33833e62f2f4b9a3d8b277c8096bb4"/>
            <o:lock v:ext="edit" aspectratio="t"/>
            <w10:wrap type="none"/>
            <w10:anchorlock/>
          </v:shape>
        </w:pict>
      </w:r>
      <w:r>
        <w:rPr>
          <w:rFonts w:ascii="宋体" w:hAnsi="宋体" w:eastAsia="宋体" w:cs="宋体"/>
          <w:color w:val="000000"/>
        </w:rPr>
        <w:t>时，小明应付车费：</w:t>
      </w:r>
      <w:r>
        <w:pict>
          <v:shape id="_x0000_i717298" o:spt="75" alt="学科网(www.zxxk.com)--教育资源门户，提供试卷、教案、课件、论文、素材以及各类教学资源下载，还有大量而丰富的教学相关资讯！" type="#_x0000_t75" style="height:20.25pt;width:183.75pt;" o:ole="t" filled="f" o:preferrelative="t" stroked="f" coordsize="21600,21600">
            <v:path/>
            <v:fill on="f" focussize="0,0"/>
            <v:stroke on="f" joinstyle="miter"/>
            <v:imagedata r:id="rId2391" o:title="eqId70abf973e3b3cad75da143f1e51d02e4"/>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解：设小王与小张乘坐滴滴快车分别为</w:t>
      </w:r>
      <w:r>
        <w:rPr>
          <w:rFonts w:ascii="Times New Roman" w:hAnsi="Times New Roman" w:eastAsia="Times New Roman" w:cs="Times New Roman"/>
          <w:i/>
          <w:color w:val="000000"/>
        </w:rPr>
        <w:t>m</w:t>
      </w:r>
      <w:r>
        <w:rPr>
          <w:rFonts w:ascii="宋体" w:hAnsi="宋体" w:eastAsia="宋体" w:cs="宋体"/>
          <w:color w:val="000000"/>
        </w:rPr>
        <w:t>分钟，</w:t>
      </w:r>
      <w:r>
        <w:rPr>
          <w:rFonts w:ascii="Times New Roman" w:hAnsi="Times New Roman" w:eastAsia="Times New Roman" w:cs="Times New Roman"/>
          <w:i/>
          <w:color w:val="000000"/>
        </w:rPr>
        <w:t>n</w:t>
      </w:r>
      <w:r>
        <w:rPr>
          <w:rFonts w:ascii="宋体" w:hAnsi="宋体" w:eastAsia="宋体" w:cs="宋体"/>
          <w:color w:val="000000"/>
        </w:rPr>
        <w:t>分钟，则</w:t>
      </w:r>
      <w:r>
        <w:pict>
          <v:shape id="_x0000_i717299" o:spt="75" alt="学科网(www.zxxk.com)--教育资源门户，提供试卷、教案、课件、论文、素材以及各类教学资源下载，还有大量而丰富的教学相关资讯！" type="#_x0000_t75" style="height:14.2pt;width:51.8pt;" o:ole="t" filled="f" o:preferrelative="t" stroked="f" coordsize="21600,21600">
            <v:path/>
            <v:fill on="f" focussize="0,0"/>
            <v:stroke on="f" joinstyle="miter"/>
            <v:imagedata r:id="rId2392" o:title="eqId3339e711b7569987986b22b02d077c2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小王所付费用：</w:t>
      </w:r>
      <w:r>
        <w:pict>
          <v:shape id="_x0000_i717300" o:spt="75" alt="学科网(www.zxxk.com)--教育资源门户，提供试卷、教案、课件、论文、素材以及各类教学资源下载，还有大量而丰富的教学相关资讯！" type="#_x0000_t75" style="height:14.25pt;width:116.25pt;" o:ole="t" filled="f" o:preferrelative="t" stroked="f" coordsize="21600,21600">
            <v:path/>
            <v:fill on="f" focussize="0,0"/>
            <v:stroke on="f" joinstyle="miter"/>
            <v:imagedata r:id="rId2393" o:title="eqIda67094e9e0a2983c7ca9796416d820d8"/>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rPr>
          <w:rFonts w:ascii="宋体" w:hAnsi="宋体" w:eastAsia="宋体" w:cs="宋体"/>
          <w:color w:val="000000"/>
        </w:rPr>
        <w:t>小张所付费用：</w:t>
      </w:r>
      <w:r>
        <w:pict>
          <v:shape id="_x0000_i717301" o:spt="75" alt="学科网(www.zxxk.com)--教育资源门户，提供试卷、教案、课件、论文、素材以及各类教学资源下载，还有大量而丰富的教学相关资讯！" type="#_x0000_t75" style="height:20.25pt;width:182.25pt;" o:ole="t" filled="f" o:preferrelative="t" stroked="f" coordsize="21600,21600">
            <v:path/>
            <v:fill on="f" focussize="0,0"/>
            <v:stroke on="f" joinstyle="miter"/>
            <v:imagedata r:id="rId2394" o:title="eqId58413c912f6ec24a4fe4259b3d162149"/>
            <o:lock v:ext="edit" aspectratio="t"/>
            <w10:wrap type="none"/>
            <w10:anchorlock/>
          </v:shape>
        </w:pict>
      </w:r>
      <w:r>
        <w:rPr>
          <w:rFonts w:ascii="宋体" w:hAnsi="宋体" w:eastAsia="宋体" w:cs="宋体"/>
          <w:color w:val="000000"/>
        </w:rPr>
        <w:t>（元），</w:t>
      </w:r>
      <w:r>
        <w:pict>
          <v:shape id="_x0000_i717302" o:spt="75" alt="学科网(www.zxxk.com)--教育资源门户，提供试卷、教案、课件、论文、素材以及各类教学资源下载，还有大量而丰富的教学相关资讯！" type="#_x0000_t75" style="height:20.25pt;width:279.75pt;" o:ole="t" filled="f" o:preferrelative="t" stroked="f" coordsize="21600,21600">
            <v:path/>
            <v:fill on="f" focussize="0,0"/>
            <v:stroke on="f" joinstyle="miter"/>
            <v:imagedata r:id="rId2395" o:title="eqId7c0f12454b2bdacc50a302217c8f7f7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因此，两人所付费用一样多．</w:t>
      </w:r>
    </w:p>
    <w:p>
      <w:pPr>
        <w:spacing w:line="360" w:lineRule="auto"/>
        <w:jc w:val="left"/>
        <w:textAlignment w:val="center"/>
        <w:rPr>
          <w:color w:val="000000"/>
        </w:rPr>
      </w:pPr>
      <w:r>
        <w:rPr>
          <w:color w:val="000000"/>
        </w:rPr>
        <w:t xml:space="preserve">27. </w:t>
      </w:r>
      <w:r>
        <w:rPr>
          <w:rFonts w:ascii="宋体" w:hAnsi="宋体" w:eastAsia="宋体" w:cs="宋体"/>
          <w:color w:val="000000"/>
        </w:rPr>
        <w:t>对数轴上的点</w:t>
      </w:r>
      <w:r>
        <w:rPr>
          <w:rFonts w:ascii="Times New Roman" w:hAnsi="Times New Roman" w:eastAsia="Times New Roman" w:cs="Times New Roman"/>
          <w:i/>
          <w:color w:val="000000"/>
        </w:rPr>
        <w:t>P</w:t>
      </w:r>
      <w:r>
        <w:rPr>
          <w:rFonts w:ascii="宋体" w:hAnsi="宋体" w:eastAsia="宋体" w:cs="宋体"/>
          <w:color w:val="000000"/>
        </w:rPr>
        <w:t>进行如下操作：将点</w:t>
      </w:r>
      <w:r>
        <w:rPr>
          <w:rFonts w:ascii="Times New Roman" w:hAnsi="Times New Roman" w:eastAsia="Times New Roman" w:cs="Times New Roman"/>
          <w:i/>
          <w:color w:val="000000"/>
        </w:rPr>
        <w:t>P</w:t>
      </w:r>
      <w:r>
        <w:rPr>
          <w:rFonts w:ascii="宋体" w:hAnsi="宋体" w:eastAsia="宋体" w:cs="宋体"/>
          <w:color w:val="000000"/>
        </w:rPr>
        <w:t>沿数轴水平方向，以每秒</w:t>
      </w:r>
      <w:r>
        <w:rPr>
          <w:rFonts w:ascii="Times New Roman" w:hAnsi="Times New Roman" w:eastAsia="Times New Roman" w:cs="Times New Roman"/>
          <w:i/>
          <w:color w:val="000000"/>
        </w:rPr>
        <w:t>m</w:t>
      </w:r>
      <w:r>
        <w:rPr>
          <w:rFonts w:ascii="宋体" w:hAnsi="宋体" w:eastAsia="宋体" w:cs="宋体"/>
          <w:color w:val="000000"/>
        </w:rPr>
        <w:t>个单位长度的速度，向右平移</w:t>
      </w:r>
      <w:r>
        <w:rPr>
          <w:rFonts w:ascii="Times New Roman" w:hAnsi="Times New Roman" w:eastAsia="Times New Roman" w:cs="Times New Roman"/>
          <w:i/>
          <w:color w:val="000000"/>
        </w:rPr>
        <w:t>n</w:t>
      </w:r>
      <w:r>
        <w:rPr>
          <w:rFonts w:ascii="宋体" w:hAnsi="宋体" w:eastAsia="宋体" w:cs="宋体"/>
          <w:color w:val="000000"/>
        </w:rPr>
        <w:t>秒，得到点</w:t>
      </w:r>
      <w:r>
        <w:pict>
          <v:shape id="_x0000_i717303"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2396" o:title="eqIdcee6765a83140d745a6de4c85d9b6b50"/>
            <o:lock v:ext="edit" aspectratio="t"/>
            <w10:wrap type="none"/>
            <w10:anchorlock/>
          </v:shape>
        </w:pict>
      </w:r>
      <w:r>
        <w:rPr>
          <w:rFonts w:ascii="宋体" w:hAnsi="宋体" w:eastAsia="宋体" w:cs="宋体"/>
          <w:color w:val="000000"/>
        </w:rPr>
        <w:t>，称这样的操作为点</w:t>
      </w:r>
      <w:r>
        <w:pict>
          <v:shape id="_x0000_i71730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397" o:title="eqIddad2a36927223bd70f426ba06aea4b45"/>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m</w:t>
      </w:r>
      <w:r>
        <w:rPr>
          <w:rFonts w:ascii="宋体" w:hAnsi="宋体" w:eastAsia="宋体" w:cs="宋体"/>
          <w:color w:val="000000"/>
        </w:rPr>
        <w:t>速移”点</w:t>
      </w:r>
      <w:r>
        <w:pict>
          <v:shape id="_x0000_i717305"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2396" o:title="eqIdcee6765a83140d745a6de4c85d9b6b50"/>
            <o:lock v:ext="edit" aspectratio="t"/>
            <w10:wrap type="none"/>
            <w10:anchorlock/>
          </v:shape>
        </w:pict>
      </w:r>
      <w:r>
        <w:rPr>
          <w:rFonts w:ascii="宋体" w:hAnsi="宋体" w:eastAsia="宋体" w:cs="宋体"/>
          <w:color w:val="000000"/>
        </w:rPr>
        <w:t>称为点</w:t>
      </w:r>
      <w:r>
        <w:pict>
          <v:shape id="_x0000_i71730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397" o:title="eqIddad2a36927223bd70f426ba06aea4b45"/>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i/>
          <w:color w:val="000000"/>
        </w:rPr>
        <w:t>m</w:t>
      </w:r>
      <w:r>
        <w:rPr>
          <w:rFonts w:ascii="宋体" w:hAnsi="宋体" w:eastAsia="宋体" w:cs="宋体"/>
          <w:color w:val="000000"/>
        </w:rPr>
        <w:t>速移”点．</w:t>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在数轴上对应的数分别是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，且</w:t>
      </w:r>
      <w:r>
        <w:pict>
          <v:shape id="_x0000_i717307" o:spt="75" alt="学科网(www.zxxk.com)--教育资源门户，提供试卷、教案、课件、论文、素材以及各类教学资源下载，还有大量而丰富的教学相关资讯！" type="#_x0000_t75" style="height:21.75pt;width:99.75pt;" o:ole="t" filled="f" o:preferrelative="t" stroked="f" coordsize="21600,21600">
            <v:path/>
            <v:fill on="f" focussize="0,0"/>
            <v:stroke on="f" joinstyle="miter"/>
            <v:imagedata r:id="rId2398" o:title="eqId2c511e7e5efe144e23ba9478b3f2a8b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①若点</w:t>
      </w:r>
      <w:r>
        <w:rPr>
          <w:rFonts w:ascii="Times New Roman" w:hAnsi="Times New Roman" w:eastAsia="Times New Roman" w:cs="Times New Roman"/>
          <w:i/>
          <w:color w:val="000000"/>
        </w:rPr>
        <w:t>A</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5</w:t>
      </w:r>
      <w:r>
        <w:rPr>
          <w:rFonts w:ascii="宋体" w:hAnsi="宋体" w:eastAsia="宋体" w:cs="宋体"/>
          <w:color w:val="000000"/>
        </w:rPr>
        <w:t>速移”点</w:t>
      </w:r>
      <w:r>
        <w:pict>
          <v:shape id="_x0000_i71730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2399" o:title="eqIde7c314398e26ffc7164b82946eeb4273"/>
            <o:lock v:ext="edit" aspectratio="t"/>
            <w10:wrap type="none"/>
            <w10:anchorlock/>
          </v:shape>
        </w:pic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重合，求</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②若点</w:t>
      </w:r>
      <w:r>
        <w:rPr>
          <w:rFonts w:ascii="Times New Roman" w:hAnsi="Times New Roman" w:eastAsia="Times New Roman" w:cs="Times New Roman"/>
          <w:i/>
          <w:color w:val="000000"/>
        </w:rPr>
        <w:t>A</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2</w:t>
      </w:r>
      <w:r>
        <w:rPr>
          <w:rFonts w:ascii="宋体" w:hAnsi="宋体" w:eastAsia="宋体" w:cs="宋体"/>
          <w:color w:val="000000"/>
        </w:rPr>
        <w:t>速移”点</w:t>
      </w:r>
      <w:r>
        <w:pict>
          <v:shape id="_x0000_i71730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2400" o:title="eqIde7c314398e26ffc7164b82946eeb4273"/>
            <o:lock v:ext="edit" aspectratio="t"/>
            <w10:wrap type="none"/>
            <w10:anchorlock/>
          </v:shape>
        </w:pict>
      </w:r>
      <w:r>
        <w:rPr>
          <w:rFonts w:ascii="宋体" w:hAnsi="宋体" w:eastAsia="宋体" w:cs="宋体"/>
          <w:color w:val="000000"/>
        </w:rPr>
        <w:t>与点</w:t>
      </w:r>
      <w:r>
        <w:rPr>
          <w:rFonts w:ascii="Times New Roman" w:hAnsi="Times New Roman" w:eastAsia="Times New Roman" w:cs="Times New Roman"/>
          <w:i/>
          <w:color w:val="000000"/>
        </w:rPr>
        <w:t>B</w:t>
      </w:r>
      <w:r>
        <w:rPr>
          <w:rFonts w:ascii="宋体" w:hAnsi="宋体" w:eastAsia="宋体" w:cs="宋体"/>
          <w:color w:val="000000"/>
        </w:rPr>
        <w:t>向右平移</w:t>
      </w:r>
      <w:r>
        <w:rPr>
          <w:rFonts w:ascii="Times New Roman" w:hAnsi="Times New Roman" w:eastAsia="Times New Roman" w:cs="Times New Roman"/>
          <w:i/>
          <w:color w:val="000000"/>
        </w:rPr>
        <w:t>n</w:t>
      </w:r>
      <w:r>
        <w:rPr>
          <w:rFonts w:ascii="宋体" w:hAnsi="宋体" w:eastAsia="宋体" w:cs="宋体"/>
          <w:color w:val="000000"/>
        </w:rPr>
        <w:t>秒的“</w:t>
      </w:r>
      <w:r>
        <w:rPr>
          <w:rFonts w:ascii="Times New Roman" w:hAnsi="Times New Roman" w:eastAsia="Times New Roman" w:cs="Times New Roman"/>
          <w:color w:val="000000"/>
        </w:rPr>
        <w:t>1</w:t>
      </w:r>
      <w:r>
        <w:rPr>
          <w:rFonts w:ascii="宋体" w:hAnsi="宋体" w:eastAsia="宋体" w:cs="宋体"/>
          <w:color w:val="000000"/>
        </w:rPr>
        <w:t>速移”点</w:t>
      </w:r>
      <w:r>
        <w:pict>
          <v:shape id="_x0000_i717310"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2401" o:title="eqId3953cec61ac602ce5eb59b7912352179"/>
            <o:lock v:ext="edit" aspectratio="t"/>
            <w10:wrap type="none"/>
            <w10:anchorlock/>
          </v:shape>
        </w:pict>
      </w:r>
      <w:r>
        <w:rPr>
          <w:rFonts w:ascii="宋体" w:hAnsi="宋体" w:eastAsia="宋体" w:cs="宋体"/>
          <w:color w:val="000000"/>
        </w:rPr>
        <w:t>重合，求</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数轴上点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向右平移</w:t>
      </w:r>
      <w:r>
        <w:rPr>
          <w:rFonts w:ascii="Times New Roman" w:hAnsi="Times New Roman" w:eastAsia="Times New Roman" w:cs="Times New Roman"/>
          <w:color w:val="000000"/>
        </w:rPr>
        <w:t>3</w:t>
      </w:r>
      <w:r>
        <w:rPr>
          <w:rFonts w:ascii="宋体" w:hAnsi="宋体" w:eastAsia="宋体" w:cs="宋体"/>
          <w:color w:val="000000"/>
        </w:rPr>
        <w:t>秒的“</w:t>
      </w:r>
      <w:r>
        <w:rPr>
          <w:rFonts w:ascii="Times New Roman" w:hAnsi="Times New Roman" w:eastAsia="Times New Roman" w:cs="Times New Roman"/>
          <w:color w:val="000000"/>
        </w:rPr>
        <w:t>2</w:t>
      </w:r>
      <w:r>
        <w:rPr>
          <w:rFonts w:ascii="宋体" w:hAnsi="宋体" w:eastAsia="宋体" w:cs="宋体"/>
          <w:color w:val="000000"/>
        </w:rPr>
        <w:t>速移”点为点</w:t>
      </w:r>
      <w:r>
        <w:pict>
          <v:shape id="_x0000_i717311"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2402" o:title="eqIdb4c8a9c4957431681ddfc77895a88508"/>
            <o:lock v:ext="edit" aspectratio="t"/>
            <w10:wrap type="none"/>
            <w10:anchorlock/>
          </v:shape>
        </w:pict>
      </w:r>
      <w:r>
        <w:rPr>
          <w:rFonts w:ascii="宋体" w:hAnsi="宋体" w:eastAsia="宋体" w:cs="宋体"/>
          <w:color w:val="000000"/>
        </w:rPr>
        <w:t>，如果</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pict>
          <v:shape id="_x0000_i717312"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2402" o:title="eqIdb4c8a9c4957431681ddfc77895a88508"/>
            <o:lock v:ext="edit" aspectratio="t"/>
            <w10:wrap type="none"/>
            <w10:anchorlock/>
          </v:shape>
        </w:pict>
      </w:r>
      <w:r>
        <w:rPr>
          <w:rFonts w:ascii="宋体" w:hAnsi="宋体" w:eastAsia="宋体" w:cs="宋体"/>
          <w:color w:val="000000"/>
        </w:rPr>
        <w:t>三点中有一点是另外两点连线的中点，求点</w:t>
      </w:r>
      <w:r>
        <w:rPr>
          <w:rFonts w:ascii="Times New Roman" w:hAnsi="Times New Roman" w:eastAsia="Times New Roman" w:cs="Times New Roman"/>
          <w:i/>
          <w:color w:val="000000"/>
        </w:rPr>
        <w:t>C</w:t>
      </w:r>
      <w:r>
        <w:rPr>
          <w:rFonts w:ascii="宋体" w:hAnsi="宋体" w:eastAsia="宋体" w:cs="宋体"/>
          <w:color w:val="000000"/>
        </w:rPr>
        <w:t>表示的数；</w:t>
      </w:r>
    </w:p>
    <w:p>
      <w:pPr>
        <w:spacing w:line="360" w:lineRule="auto"/>
        <w:jc w:val="left"/>
        <w:textAlignment w:val="center"/>
        <w:rPr>
          <w:color w:val="000000"/>
        </w:rPr>
      </w:pPr>
      <w:r>
        <w:rPr>
          <w:color w:val="000000"/>
        </w:rPr>
        <w:t>（3）</w:t>
      </w:r>
      <w:r>
        <w:rPr>
          <w:rFonts w:ascii="宋体" w:hAnsi="宋体" w:eastAsia="宋体" w:cs="宋体"/>
          <w:color w:val="000000"/>
        </w:rPr>
        <w:t>数轴上</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两点间的距离为</w:t>
      </w:r>
      <w:r>
        <w:rPr>
          <w:rFonts w:ascii="Times New Roman" w:hAnsi="Times New Roman" w:eastAsia="Times New Roman" w:cs="Times New Roman"/>
          <w:color w:val="000000"/>
        </w:rPr>
        <w:t>3</w:t>
      </w:r>
      <w:r>
        <w:rPr>
          <w:rFonts w:ascii="宋体" w:hAnsi="宋体" w:eastAsia="宋体" w:cs="宋体"/>
          <w:color w:val="000000"/>
        </w:rPr>
        <w:t>，且点</w:t>
      </w:r>
      <w:r>
        <w:rPr>
          <w:rFonts w:ascii="Times New Roman" w:hAnsi="Times New Roman" w:eastAsia="Times New Roman" w:cs="Times New Roman"/>
          <w:i/>
          <w:color w:val="000000"/>
        </w:rPr>
        <w:t>E</w:t>
      </w:r>
      <w:r>
        <w:rPr>
          <w:rFonts w:ascii="宋体" w:hAnsi="宋体" w:eastAsia="宋体" w:cs="宋体"/>
          <w:color w:val="000000"/>
        </w:rPr>
        <w:t>在点</w:t>
      </w:r>
      <w:r>
        <w:rPr>
          <w:rFonts w:ascii="Times New Roman" w:hAnsi="Times New Roman" w:eastAsia="Times New Roman" w:cs="Times New Roman"/>
          <w:i/>
          <w:color w:val="000000"/>
        </w:rPr>
        <w:t>F</w:t>
      </w:r>
      <w:r>
        <w:rPr>
          <w:rFonts w:ascii="宋体" w:hAnsi="宋体" w:eastAsia="宋体" w:cs="宋体"/>
          <w:color w:val="000000"/>
        </w:rPr>
        <w:t>的左侧，点</w:t>
      </w:r>
      <w:r>
        <w:rPr>
          <w:rFonts w:ascii="Times New Roman" w:hAnsi="Times New Roman" w:eastAsia="Times New Roman" w:cs="Times New Roman"/>
          <w:i/>
          <w:color w:val="000000"/>
        </w:rPr>
        <w:t>E</w:t>
      </w:r>
      <w:r>
        <w:rPr>
          <w:rFonts w:ascii="宋体" w:hAnsi="宋体" w:eastAsia="宋体" w:cs="宋体"/>
          <w:color w:val="000000"/>
        </w:rPr>
        <w:t>向右平移</w:t>
      </w:r>
      <w:r>
        <w:rPr>
          <w:rFonts w:ascii="Times New Roman" w:hAnsi="Times New Roman" w:eastAsia="Times New Roman" w:cs="Times New Roman"/>
          <w:color w:val="000000"/>
        </w:rPr>
        <w:t>2</w:t>
      </w:r>
      <w:r>
        <w:rPr>
          <w:rFonts w:ascii="宋体" w:hAnsi="宋体" w:eastAsia="宋体" w:cs="宋体"/>
          <w:color w:val="000000"/>
        </w:rPr>
        <w:t>秒的“</w:t>
      </w:r>
      <w:r>
        <w:rPr>
          <w:rFonts w:ascii="Times New Roman" w:hAnsi="Times New Roman" w:eastAsia="Times New Roman" w:cs="Times New Roman"/>
          <w:i/>
          <w:color w:val="000000"/>
        </w:rPr>
        <w:t>x</w:t>
      </w:r>
      <w:r>
        <w:rPr>
          <w:rFonts w:ascii="宋体" w:hAnsi="宋体" w:eastAsia="宋体" w:cs="宋体"/>
          <w:color w:val="000000"/>
        </w:rPr>
        <w:t>速移”点为点</w:t>
      </w:r>
      <w:r>
        <w:pict>
          <v:shape id="_x0000_i717313" o:spt="75" alt="学科网(www.zxxk.com)--教育资源门户，提供试卷、教案、课件、论文、素材以及各类教学资源下载，还有大量而丰富的教学相关资讯！" type="#_x0000_t75" style="height:12.95pt;width:14.9pt;" o:ole="t" filled="f" o:preferrelative="t" stroked="f" coordsize="21600,21600">
            <v:path/>
            <v:fill on="f" focussize="0,0"/>
            <v:stroke on="f" joinstyle="miter"/>
            <v:imagedata r:id="rId2403" o:title="eqIdd3b1a5427d8ff23df0f3ec194756c84c"/>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向右平移</w:t>
      </w:r>
      <w:r>
        <w:rPr>
          <w:rFonts w:ascii="Times New Roman" w:hAnsi="Times New Roman" w:eastAsia="Times New Roman" w:cs="Times New Roman"/>
          <w:color w:val="000000"/>
        </w:rPr>
        <w:t>2</w:t>
      </w:r>
      <w:r>
        <w:rPr>
          <w:rFonts w:ascii="宋体" w:hAnsi="宋体" w:eastAsia="宋体" w:cs="宋体"/>
          <w:color w:val="000000"/>
        </w:rPr>
        <w:t>秒的“</w:t>
      </w:r>
      <w:r>
        <w:rPr>
          <w:rFonts w:ascii="Times New Roman" w:hAnsi="Times New Roman" w:eastAsia="Times New Roman" w:cs="Times New Roman"/>
          <w:i/>
          <w:color w:val="000000"/>
        </w:rPr>
        <w:t>y</w:t>
      </w:r>
      <w:r>
        <w:rPr>
          <w:rFonts w:ascii="宋体" w:hAnsi="宋体" w:eastAsia="宋体" w:cs="宋体"/>
          <w:color w:val="000000"/>
        </w:rPr>
        <w:t>速移”点为点</w:t>
      </w:r>
      <w:r>
        <w:pict>
          <v:shape id="_x0000_i717314"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404" o:title="eqIdf8e55590555905eb4f57889bbd16e39a"/>
            <o:lock v:ext="edit" aspectratio="t"/>
            <w10:wrap type="none"/>
            <w10:anchorlock/>
          </v:shape>
        </w:pict>
      </w:r>
      <w:r>
        <w:rPr>
          <w:rFonts w:ascii="宋体" w:hAnsi="宋体" w:eastAsia="宋体" w:cs="宋体"/>
          <w:color w:val="000000"/>
        </w:rPr>
        <w:t>，如果</w:t>
      </w:r>
      <w:r>
        <w:pict>
          <v:shape id="_x0000_i717315" o:spt="75" alt="学科网(www.zxxk.com)--教育资源门户，提供试卷、教案、课件、论文、素材以及各类教学资源下载，还有大量而丰富的教学相关资讯！" type="#_x0000_t75" style="height:13.8pt;width:59pt;" o:ole="t" filled="f" o:preferrelative="t" stroked="f" coordsize="21600,21600">
            <v:path/>
            <v:fill on="f" focussize="0,0"/>
            <v:stroke on="f" joinstyle="miter"/>
            <v:imagedata r:id="rId2405" o:title="eqId3444da697c9e634d999b126dbc7080b4"/>
            <o:lock v:ext="edit" aspectratio="t"/>
            <w10:wrap type="none"/>
            <w10:anchorlock/>
          </v:shape>
        </w:pict>
      </w:r>
      <w:r>
        <w:rPr>
          <w:rFonts w:ascii="宋体" w:hAnsi="宋体" w:eastAsia="宋体" w:cs="宋体"/>
          <w:color w:val="000000"/>
        </w:rPr>
        <w:t>，请直接用等式表示</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的数量关系．</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rPr>
          <w:rFonts w:ascii="Times New Roman" w:hAnsi="Times New Roman" w:eastAsia="Times New Roman" w:cs="Times New Roman"/>
          <w:color w:val="000000"/>
        </w:rPr>
        <w:t>4</w:t>
      </w:r>
      <w:r>
        <w:rPr>
          <w:rFonts w:ascii="宋体" w:hAnsi="宋体" w:eastAsia="宋体" w:cs="宋体"/>
          <w:color w:val="000000"/>
        </w:rPr>
        <w:t>；②</w:t>
      </w:r>
      <w:r>
        <w:rPr>
          <w:rFonts w:ascii="Times New Roman" w:hAnsi="Times New Roman" w:eastAsia="Times New Roman" w:cs="Times New Roman"/>
          <w:color w:val="000000"/>
        </w:rPr>
        <w:t>20</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7</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或</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）①根据非负数的性质求出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的值，根据新定义列出方程，解方程即可得出答案；</w:t>
      </w:r>
    </w:p>
    <w:p>
      <w:pPr>
        <w:spacing w:line="360" w:lineRule="auto"/>
        <w:jc w:val="left"/>
        <w:textAlignment w:val="center"/>
        <w:rPr>
          <w:color w:val="000000"/>
        </w:rPr>
      </w:pPr>
      <w:r>
        <w:rPr>
          <w:rFonts w:ascii="宋体" w:hAnsi="宋体" w:eastAsia="宋体" w:cs="宋体"/>
          <w:color w:val="000000"/>
        </w:rPr>
        <w:t>②求出</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宋体" w:hAnsi="宋体" w:eastAsia="宋体" w:cs="宋体"/>
          <w:color w:val="000000"/>
        </w:rPr>
        <w:t>表示的数，根据题意列出方程，解方程即可得出答案；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三点中有一点是另外两点连线</w:t>
      </w:r>
      <w:r>
        <w:rPr>
          <w:rFonts w:ascii="宋体" w:hAnsi="宋体" w:eastAsia="宋体" w:cs="宋体"/>
          <w:color w:val="000000"/>
          <w:position w:val="0"/>
        </w:rPr>
        <w:drawing>
          <wp:inline distT="0" distB="0" distL="114300" distR="114300">
            <wp:extent cx="133350" cy="177800"/>
            <wp:effectExtent l="0" t="0" r="0" b="0"/>
            <wp:docPr id="3683" name="图片 67664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 name="图片 676647096"/>
                    <pic:cNvPicPr>
                      <a:picLocks noChangeAspect="1"/>
                    </pic:cNvPicPr>
                  </pic:nvPicPr>
                  <pic:blipFill>
                    <a:blip r:embed="rId240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中点，分三种情况分别计算即可；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rPr>
          <w:rFonts w:ascii="Times New Roman" w:hAnsi="Times New Roman" w:eastAsia="Times New Roman" w:cs="Times New Roman"/>
          <w:i/>
          <w:color w:val="000000"/>
        </w:rPr>
        <w:t>E</w:t>
      </w:r>
      <w:r>
        <w:rPr>
          <w:rFonts w:ascii="宋体" w:hAnsi="宋体" w:eastAsia="宋体" w:cs="宋体"/>
          <w:color w:val="000000"/>
        </w:rPr>
        <w:t>表示的数为</w:t>
      </w:r>
      <w:r>
        <w:rPr>
          <w:rFonts w:ascii="Times New Roman" w:hAnsi="Times New Roman" w:eastAsia="Times New Roman" w:cs="Times New Roman"/>
          <w:i/>
          <w:color w:val="000000"/>
        </w:rPr>
        <w:t>e</w: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表示的数为</w:t>
      </w:r>
      <w:r>
        <w:rPr>
          <w:rFonts w:ascii="Times New Roman" w:hAnsi="Times New Roman" w:eastAsia="Times New Roman" w:cs="Times New Roman"/>
          <w:i/>
          <w:color w:val="000000"/>
        </w:rPr>
        <w:t>f</w:t>
      </w:r>
      <w:r>
        <w:rPr>
          <w:rFonts w:ascii="宋体" w:hAnsi="宋体" w:eastAsia="宋体" w:cs="宋体"/>
          <w:color w:val="000000"/>
        </w:rPr>
        <w:t>，根据</w:t>
      </w:r>
      <w:r>
        <w:rPr>
          <w:rFonts w:ascii="Times New Roman" w:hAnsi="Times New Roman" w:eastAsia="Times New Roman" w:cs="Times New Roman"/>
          <w:i/>
          <w:color w:val="000000"/>
        </w:rPr>
        <w:t>E</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EF</w:t>
      </w:r>
      <w:r>
        <w:rPr>
          <w:rFonts w:ascii="宋体" w:hAnsi="宋体" w:eastAsia="宋体" w:cs="宋体"/>
          <w:color w:val="000000"/>
        </w:rPr>
        <w:t>列方程求解即可．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w:t>
      </w:r>
      <w:r>
        <w:pict>
          <v:shape id="_x0000_i717316" o:spt="75" alt="学科网(www.zxxk.com)--教育资源门户，提供试卷、教案、课件、论文、素材以及各类教学资源下载，还有大量而丰富的教学相关资讯！" type="#_x0000_t75" style="height:18pt;width:42.75pt;" o:ole="t" filled="f" o:preferrelative="t" stroked="f" coordsize="21600,21600">
            <v:path/>
            <v:fill on="f" focussize="0,0"/>
            <v:stroke on="f" joinstyle="miter"/>
            <v:imagedata r:id="rId2407" o:title="eqId79731bd23c248c778707c2c4667afa20"/>
            <o:lock v:ext="edit" aspectratio="t"/>
            <w10:wrap type="none"/>
            <w10:anchorlock/>
          </v:shape>
        </w:pict>
      </w:r>
      <w:r>
        <w:rPr>
          <w:rFonts w:ascii="Times New Roman" w:hAnsi="Times New Roman" w:eastAsia="Times New Roman" w:cs="Times New Roman"/>
          <w:color w:val="000000"/>
        </w:rPr>
        <w:t xml:space="preserve"> ≥0</w:t>
      </w:r>
      <w:r>
        <w:rPr>
          <w:rFonts w:ascii="宋体" w:hAnsi="宋体" w:eastAsia="宋体" w:cs="宋体"/>
          <w:color w:val="000000"/>
        </w:rPr>
        <w:t>，</w:t>
      </w:r>
      <w:r>
        <w:pict>
          <v:shape id="_x0000_i717317" o:spt="75" alt="学科网(www.zxxk.com)--教育资源门户，提供试卷、教案、课件、论文、素材以及各类教学资源下载，还有大量而丰富的教学相关资讯！" type="#_x0000_t75" style="height:22.2pt;width:100.35pt;" o:ole="t" filled="f" o:preferrelative="t" stroked="f" coordsize="21600,21600">
            <v:path/>
            <v:fill on="f" focussize="0,0"/>
            <v:stroke on="f" joinstyle="miter"/>
            <v:imagedata r:id="rId2408" o:title="eqId000219d771b9583f743f987c5580c25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①根据题意得：</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5</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②点</w:t>
      </w:r>
      <w:r>
        <w:pict>
          <v:shape id="_x0000_i71731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2409" o:title="eqIde7c314398e26ffc7164b82946eeb4273"/>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rFonts w:ascii="宋体" w:hAnsi="宋体" w:eastAsia="宋体" w:cs="宋体"/>
          <w:color w:val="000000"/>
        </w:rPr>
        <w:t>，点</w:t>
      </w:r>
      <w:r>
        <w:pict>
          <v:shape id="_x0000_i717319" o:spt="75" alt="学科网(www.zxxk.com)--教育资源门户，提供试卷、教案、课件、论文、素材以及各类教学资源下载，还有大量而丰富的教学相关资讯！" type="#_x0000_t75" style="height:13pt;width:13.95pt;" o:ole="t" filled="f" o:preferrelative="t" stroked="f" coordsize="21600,21600">
            <v:path/>
            <v:fill on="f" focussize="0,0"/>
            <v:stroke on="f" joinstyle="miter"/>
            <v:imagedata r:id="rId2410" o:title="eqId3953cec61ac602ce5eb59b7912352179"/>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根据题意得</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i/>
          <w:color w:val="000000"/>
        </w:rPr>
        <w:t>c</w:t>
      </w:r>
      <w:r>
        <w:rPr>
          <w:rFonts w:ascii="宋体" w:hAnsi="宋体" w:eastAsia="宋体" w:cs="宋体"/>
          <w:color w:val="000000"/>
        </w:rPr>
        <w:t>，则点</w:t>
      </w:r>
      <w:r>
        <w:pict>
          <v:shape id="_x0000_i717320"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2411" o:title="eqIdb4c8a9c4957431681ddfc77895a88508"/>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若点</w:t>
      </w:r>
      <w:r>
        <w:pict>
          <v:shape id="_x0000_i717321" o:spt="75" alt="学科网(www.zxxk.com)--教育资源门户，提供试卷、教案、课件、论文、素材以及各类教学资源下载，还有大量而丰富的教学相关资讯！" type="#_x0000_t75" style="height:13.95pt;width:15pt;" o:ole="t" filled="f" o:preferrelative="t" stroked="f" coordsize="21600,21600">
            <v:path/>
            <v:fill on="f" focussize="0,0"/>
            <v:stroke on="f" joinstyle="miter"/>
            <v:imagedata r:id="rId2412" o:title="eqIdb4c8a9c4957431681ddfc77895a88508"/>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是</w:t>
      </w:r>
      <w:r>
        <w:rPr>
          <w:rFonts w:ascii="Times New Roman" w:hAnsi="Times New Roman" w:eastAsia="Times New Roman" w:cs="Times New Roman"/>
          <w:i/>
          <w:color w:val="000000"/>
        </w:rPr>
        <w:t>CM</w:t>
      </w:r>
      <w:r>
        <w:rPr>
          <w:rFonts w:ascii="宋体" w:hAnsi="宋体" w:eastAsia="宋体" w:cs="宋体"/>
          <w:color w:val="000000"/>
        </w:rPr>
        <w:t>的中点，则</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），解得</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若点</w:t>
      </w:r>
      <w:r>
        <w:rPr>
          <w:rFonts w:ascii="Times New Roman" w:hAnsi="Times New Roman" w:eastAsia="Times New Roman" w:cs="Times New Roman"/>
          <w:i/>
          <w:color w:val="000000"/>
        </w:rPr>
        <w:t>M</w:t>
      </w:r>
      <w:r>
        <w:rPr>
          <w:rFonts w:ascii="宋体" w:hAnsi="宋体" w:eastAsia="宋体" w:cs="宋体"/>
          <w:color w:val="000000"/>
        </w:rPr>
        <w:t>是</w:t>
      </w:r>
      <w:r>
        <w:pict>
          <v:shape id="_x0000_i717322" o:spt="75" alt="学科网(www.zxxk.com)--教育资源门户，提供试卷、教案、课件、论文、素材以及各类教学资源下载，还有大量而丰富的教学相关资讯！" type="#_x0000_t75" style="height:13.95pt;width:23.1pt;" o:ole="t" filled="f" o:preferrelative="t" stroked="f" coordsize="21600,21600">
            <v:path/>
            <v:fill on="f" focussize="0,0"/>
            <v:stroke on="f" joinstyle="miter"/>
            <v:imagedata r:id="rId2413" o:title="eqId20ecac2dad4cffdd971fd23deacff3fc"/>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的中点，则</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，解得</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是</w:t>
      </w:r>
      <w:r>
        <w:pict>
          <v:shape id="_x0000_i717323" o:spt="75" alt="学科网(www.zxxk.com)--教育资源门户，提供试卷、教案、课件、论文、素材以及各类教学资源下载，还有大量而丰富的教学相关资讯！" type="#_x0000_t75" style="height:18.75pt;width:24.75pt;" o:ole="t" filled="f" o:preferrelative="t" stroked="f" coordsize="21600,21600">
            <v:path/>
            <v:fill on="f" focussize="0,0"/>
            <v:stroke on="f" joinstyle="miter"/>
            <v:imagedata r:id="rId2415" o:title="eqId199336204fbca97766bf24b1dc5fdc53"/>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position w:val="0"/>
        </w:rPr>
        <w:drawing>
          <wp:inline distT="0" distB="0" distL="114300" distR="114300">
            <wp:extent cx="133350" cy="177800"/>
            <wp:effectExtent l="0" t="0" r="0" b="0"/>
            <wp:docPr id="3685" name="图片 67664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 name="图片 676647092"/>
                    <pic:cNvPicPr>
                      <a:picLocks noChangeAspect="1"/>
                    </pic:cNvPicPr>
                  </pic:nvPicPr>
                  <pic:blipFill>
                    <a:blip r:embed="rId24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中点，则</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c</w:t>
      </w:r>
      <w:r>
        <w:rPr>
          <w:rFonts w:ascii="宋体" w:hAnsi="宋体" w:eastAsia="宋体" w:cs="宋体"/>
          <w:color w:val="000000"/>
        </w:rPr>
        <w:t>，解得</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E</w:t>
      </w:r>
      <w:r>
        <w:rPr>
          <w:rFonts w:ascii="宋体" w:hAnsi="宋体" w:eastAsia="宋体" w:cs="宋体"/>
          <w:color w:val="000000"/>
        </w:rPr>
        <w:t>表示的数为</w:t>
      </w:r>
      <w:r>
        <w:rPr>
          <w:rFonts w:ascii="Times New Roman" w:hAnsi="Times New Roman" w:eastAsia="Times New Roman" w:cs="Times New Roman"/>
          <w:i/>
          <w:color w:val="000000"/>
        </w:rPr>
        <w:t>e</w: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表示的数为</w:t>
      </w:r>
      <w:r>
        <w:rPr>
          <w:rFonts w:ascii="Times New Roman" w:hAnsi="Times New Roman" w:eastAsia="Times New Roman" w:cs="Times New Roman"/>
          <w:i/>
          <w:color w:val="000000"/>
        </w:rPr>
        <w:t>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则点</w:t>
      </w:r>
      <w:r>
        <w:pict>
          <v:shape id="_x0000_i717324" o:spt="75" alt="学科网(www.zxxk.com)--教育资源门户，提供试卷、教案、课件、论文、素材以及各类教学资源下载，还有大量而丰富的教学相关资讯！" type="#_x0000_t75" style="height:12.95pt;width:14.9pt;" o:ole="t" filled="f" o:preferrelative="t" stroked="f" coordsize="21600,21600">
            <v:path/>
            <v:fill on="f" focussize="0,0"/>
            <v:stroke on="f" joinstyle="miter"/>
            <v:imagedata r:id="rId2416" o:title="eqIdd3b1a5427d8ff23df0f3ec194756c84c"/>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，点</w:t>
      </w:r>
      <w:r>
        <w:pict>
          <v:shape id="_x0000_i71732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417" o:title="eqIdf8e55590555905eb4f57889bbd16e39a"/>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表示的数为</w:t>
      </w:r>
      <w:r>
        <w:rPr>
          <w:rFonts w:ascii="Times New Roman" w:hAnsi="Times New Roman" w:eastAsia="Times New Roman" w:cs="Times New Roman"/>
          <w:i/>
          <w:color w:val="000000"/>
        </w:rPr>
        <w:t>f</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E</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EF</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3×3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或</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3</w:t>
      </w:r>
    </w:p>
    <w:p>
      <w:pPr>
        <w:spacing w:line="360" w:lineRule="auto"/>
        <w:jc w:val="left"/>
        <w:textAlignment w:val="center"/>
        <w:rPr>
          <w:color w:val="000000"/>
        </w:rPr>
      </w:pPr>
      <w:r>
        <w:rPr>
          <w:color w:val="000000"/>
        </w:rPr>
        <w:t>【点睛】</w:t>
      </w:r>
      <w:r>
        <w:rPr>
          <w:rFonts w:ascii="宋体" w:hAnsi="宋体" w:eastAsia="宋体" w:cs="宋体"/>
          <w:color w:val="000000"/>
        </w:rPr>
        <w:t>本题考查了数轴，非负性的性质，一元一次方程的应用，新定义，体现了分类讨论的数学思想，根据题意列出方程是解题的关键．</w:t>
      </w:r>
    </w:p>
    <w:p>
      <w:pPr>
        <w:pStyle w:val="Heading2"/>
      </w:pPr>
      <w:r>
        <w:t>汇文中学教育集团</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对于数轴上的点</w:t>
      </w:r>
      <w:r>
        <w:pict>
          <v:shape id="_x0000_i717326"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2418" o:title="eqId0ae6f48b9a53c0155a692509cf31f7e6"/>
            <o:lock v:ext="edit" aspectratio="t"/>
            <w10:wrap type="none"/>
            <w10:anchorlock/>
          </v:shape>
        </w:pict>
      </w:r>
      <w:r>
        <w:rPr>
          <w:rFonts w:ascii="宋体" w:hAnsi="宋体" w:eastAsia="宋体" w:cs="宋体"/>
          <w:color w:val="000000"/>
        </w:rPr>
        <w:t>，给出如下定义：若在数轴上存在点</w:t>
      </w:r>
      <w:r>
        <w:pict>
          <v:shape id="_x0000_i71732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19" o:title="eqIddad2a36927223bd70f426ba06aea4b45"/>
            <o:lock v:ext="edit" aspectratio="t"/>
            <w10:wrap type="none"/>
            <w10:anchorlock/>
          </v:shape>
        </w:pict>
      </w:r>
      <w:r>
        <w:rPr>
          <w:rFonts w:ascii="宋体" w:hAnsi="宋体" w:eastAsia="宋体" w:cs="宋体"/>
          <w:color w:val="000000"/>
        </w:rPr>
        <w:t>，使得点</w:t>
      </w:r>
      <w:r>
        <w:pict>
          <v:shape id="_x0000_i71732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19" o:title="eqIddad2a36927223bd70f426ba06aea4b45"/>
            <o:lock v:ext="edit" aspectratio="t"/>
            <w10:wrap type="none"/>
            <w10:anchorlock/>
          </v:shape>
        </w:pict>
      </w:r>
      <w:r>
        <w:rPr>
          <w:rFonts w:ascii="宋体" w:hAnsi="宋体" w:eastAsia="宋体" w:cs="宋体"/>
          <w:color w:val="000000"/>
        </w:rPr>
        <w:t>到点</w:t>
      </w:r>
      <w:r>
        <w:pict>
          <v:shape id="_x0000_i71732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20" o:title="eqId7f9e8449aad35c5d840a3395ea86df6d"/>
            <o:lock v:ext="edit" aspectratio="t"/>
            <w10:wrap type="none"/>
            <w10:anchorlock/>
          </v:shape>
        </w:pict>
      </w:r>
      <w:r>
        <w:rPr>
          <w:rFonts w:ascii="宋体" w:hAnsi="宋体" w:eastAsia="宋体" w:cs="宋体"/>
          <w:color w:val="000000"/>
        </w:rPr>
        <w:t>的距离是点</w:t>
      </w:r>
      <w:r>
        <w:pict>
          <v:shape id="_x0000_i71733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20" o:title="eqId7f9e8449aad35c5d840a3395ea86df6d"/>
            <o:lock v:ext="edit" aspectratio="t"/>
            <w10:wrap type="none"/>
            <w10:anchorlock/>
          </v:shape>
        </w:pict>
      </w:r>
      <w:r>
        <w:rPr>
          <w:rFonts w:ascii="宋体" w:hAnsi="宋体" w:eastAsia="宋体" w:cs="宋体"/>
          <w:color w:val="000000"/>
        </w:rPr>
        <w:t>到点</w:t>
      </w:r>
      <w:r>
        <w:pict>
          <v:shape id="_x0000_i71733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21" o:title="eqId5963abe8f421bd99a2aaa94831a951e9"/>
            <o:lock v:ext="edit" aspectratio="t"/>
            <w10:wrap type="none"/>
            <w10:anchorlock/>
          </v:shape>
        </w:pict>
      </w:r>
      <w:r>
        <w:rPr>
          <w:rFonts w:ascii="宋体" w:hAnsi="宋体" w:eastAsia="宋体" w:cs="宋体"/>
          <w:color w:val="000000"/>
        </w:rPr>
        <w:t>距离的</w:t>
      </w:r>
      <w:r>
        <w:pict>
          <v:shape id="_x0000_i717332"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2422" o:title="eqIdcf3834d7ec7531f3c3c0ce9b286f7a49"/>
            <o:lock v:ext="edit" aspectratio="t"/>
            <w10:wrap type="none"/>
            <w10:anchorlock/>
          </v:shape>
        </w:pict>
      </w:r>
      <w:r>
        <w:rPr>
          <w:rFonts w:ascii="宋体" w:hAnsi="宋体" w:eastAsia="宋体" w:cs="宋体"/>
          <w:color w:val="000000"/>
        </w:rPr>
        <w:t>倍（</w:t>
      </w:r>
      <w:r>
        <w:pict>
          <v:shape id="_x0000_i717333"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2422" o:title="eqIdcf3834d7ec7531f3c3c0ce9b286f7a49"/>
            <o:lock v:ext="edit" aspectratio="t"/>
            <w10:wrap type="none"/>
            <w10:anchorlock/>
          </v:shape>
        </w:pict>
      </w:r>
      <w:r>
        <w:rPr>
          <w:rFonts w:ascii="宋体" w:hAnsi="宋体" w:eastAsia="宋体" w:cs="宋体"/>
          <w:color w:val="000000"/>
        </w:rPr>
        <w:t>为有理数），则称点</w:t>
      </w:r>
      <w:r>
        <w:pict>
          <v:shape id="_x0000_i71733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20" o:title="eqId7f9e8449aad35c5d840a3395ea86df6d"/>
            <o:lock v:ext="edit" aspectratio="t"/>
            <w10:wrap type="none"/>
            <w10:anchorlock/>
          </v:shape>
        </w:pict>
      </w:r>
      <w:r>
        <w:rPr>
          <w:rFonts w:ascii="宋体" w:hAnsi="宋体" w:eastAsia="宋体" w:cs="宋体"/>
          <w:color w:val="000000"/>
        </w:rPr>
        <w:t>为点</w:t>
      </w:r>
      <w:r>
        <w:pict>
          <v:shape id="_x0000_i71733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21" o:title="eqId5963abe8f421bd99a2aaa94831a951e9"/>
            <o:lock v:ext="edit" aspectratio="t"/>
            <w10:wrap type="none"/>
            <w10:anchorlock/>
          </v:shape>
        </w:pict>
      </w:r>
      <w:r>
        <w:rPr>
          <w:rFonts w:ascii="宋体" w:hAnsi="宋体" w:eastAsia="宋体" w:cs="宋体"/>
          <w:color w:val="000000"/>
        </w:rPr>
        <w:t>的</w:t>
      </w:r>
      <w:r>
        <w:pict>
          <v:shape id="_x0000_i717336"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2422" o:title="eqIdcf3834d7ec7531f3c3c0ce9b286f7a49"/>
            <o:lock v:ext="edit" aspectratio="t"/>
            <w10:wrap type="none"/>
            <w10:anchorlock/>
          </v:shape>
        </w:pict>
      </w:r>
      <w:r>
        <w:rPr>
          <w:rFonts w:ascii="宋体" w:hAnsi="宋体" w:eastAsia="宋体" w:cs="宋体"/>
          <w:color w:val="000000"/>
        </w:rPr>
        <w:t>倍关联点．</w:t>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17337" o:spt="75" alt="学科网(www.zxxk.com)--教育资源门户，提供试卷、教案、课件、论文、素材以及各类教学资源下载，还有大量而丰富的教学相关资讯！" type="#_x0000_t75" style="height:13pt;width:31pt;" o:ole="t" filled="f" o:preferrelative="t" stroked="f" coordsize="21600,21600">
            <v:path/>
            <v:fill on="f" focussize="0,0"/>
            <v:stroke on="f" joinstyle="miter"/>
            <v:imagedata r:id="rId2423" o:title="eqId70605c31a0eccebfdbbb52ea328ff611"/>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点</w:t>
      </w:r>
      <w:r>
        <w:pict>
          <v:shape id="_x0000_i71733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24" o:title="eqId5963abe8f421bd99a2aaa94831a951e9"/>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1733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25" o:title="eqId7f9e8449aad35c5d840a3395ea86df6d"/>
            <o:lock v:ext="edit" aspectratio="t"/>
            <w10:wrap type="none"/>
            <w10:anchorlock/>
          </v:shape>
        </w:pict>
      </w:r>
      <w:r>
        <w:rPr>
          <w:rFonts w:ascii="宋体" w:hAnsi="宋体" w:eastAsia="宋体" w:cs="宋体"/>
          <w:color w:val="000000"/>
        </w:rPr>
        <w:t>表示的数为点</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位于原点</w:t>
      </w:r>
      <w:r>
        <w:rPr>
          <w:rFonts w:ascii="Times New Roman" w:hAnsi="Times New Roman" w:eastAsia="Times New Roman" w:cs="Times New Roman"/>
          <w:i/>
          <w:color w:val="000000"/>
        </w:rPr>
        <w:t>O</w:t>
      </w:r>
      <w:r>
        <w:rPr>
          <w:rFonts w:ascii="宋体" w:hAnsi="宋体" w:eastAsia="宋体" w:cs="宋体"/>
          <w:color w:val="000000"/>
        </w:rPr>
        <w:t>和点</w:t>
      </w:r>
      <w:r>
        <w:pict>
          <v:shape id="_x0000_i71734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24" o:title="eqId5963abe8f421bd99a2aaa94831a951e9"/>
            <o:lock v:ext="edit" aspectratio="t"/>
            <w10:wrap type="none"/>
            <w10:anchorlock/>
          </v:shape>
        </w:pict>
      </w:r>
      <w:r>
        <w:rPr>
          <w:rFonts w:ascii="宋体" w:hAnsi="宋体" w:eastAsia="宋体" w:cs="宋体"/>
          <w:color w:val="000000"/>
        </w:rPr>
        <w:t>之间，求点</w:t>
      </w:r>
      <w:r>
        <w:pict>
          <v:shape id="_x0000_i71734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26" o:title="eqIddad2a36927223bd70f426ba06aea4b45"/>
            <o:lock v:ext="edit" aspectratio="t"/>
            <w10:wrap type="none"/>
            <w10:anchorlock/>
          </v:shape>
        </w:pict>
      </w:r>
      <w:r>
        <w:rPr>
          <w:rFonts w:ascii="宋体" w:hAnsi="宋体" w:eastAsia="宋体" w:cs="宋体"/>
          <w:color w:val="000000"/>
        </w:rPr>
        <w:t>表示的数？</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点</w:t>
      </w:r>
      <w:r>
        <w:pict>
          <v:shape id="_x0000_i71734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27" o:title="eqIddad2a36927223bd70f426ba06aea4b45"/>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1734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28" o:title="eqId5963abe8f421bd99a2aaa94831a951e9"/>
            <o:lock v:ext="edit" aspectratio="t"/>
            <w10:wrap type="none"/>
            <w10:anchorlock/>
          </v:shape>
        </w:pict>
      </w:r>
      <w:r>
        <w:rPr>
          <w:rFonts w:ascii="宋体" w:hAnsi="宋体" w:eastAsia="宋体" w:cs="宋体"/>
          <w:color w:val="000000"/>
        </w:rPr>
        <w:t>表示的数为点</w:t>
      </w:r>
      <w:r>
        <w:rPr>
          <w:rFonts w:ascii="Times New Roman" w:hAnsi="Times New Roman" w:eastAsia="Times New Roman" w:cs="Times New Roman"/>
          <w:color w:val="000000"/>
        </w:rPr>
        <w:t>3</w:t>
      </w:r>
      <w:r>
        <w:rPr>
          <w:rFonts w:ascii="宋体" w:hAnsi="宋体" w:eastAsia="宋体" w:cs="宋体"/>
          <w:color w:val="000000"/>
        </w:rPr>
        <w:t>，则点</w:t>
      </w:r>
      <w:r>
        <w:pict>
          <v:shape id="_x0000_i71734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29"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pict>
          <v:shape id="_x0000_i717345"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30" o:title="eqId5963abe8f421bd99a2aaa94831a951e9"/>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i/>
          <w:color w:val="000000"/>
        </w:rPr>
        <w:t>t</w:t>
      </w:r>
      <w:r>
        <w:rPr>
          <w:rFonts w:ascii="宋体" w:hAnsi="宋体" w:eastAsia="宋体" w:cs="宋体"/>
          <w:color w:val="000000"/>
        </w:rPr>
        <w:t>，点</w:t>
      </w:r>
      <w:r>
        <w:pict>
          <v:shape id="_x0000_i71734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31" o:title="eqId7f9e8449aad35c5d840a3395ea86df6d"/>
            <o:lock v:ext="edit" aspectratio="t"/>
            <w10:wrap type="none"/>
            <w10:anchorlock/>
          </v:shape>
        </w:pict>
      </w:r>
      <w:r>
        <w:rPr>
          <w:rFonts w:ascii="宋体" w:hAnsi="宋体" w:eastAsia="宋体" w:cs="宋体"/>
          <w:color w:val="000000"/>
        </w:rPr>
        <w:t>表示的数为</w:t>
      </w:r>
      <w:r>
        <w:pict>
          <v:shape id="_x0000_i717347"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2432" o:title="eqIdcde47d197b05343b64bc5a94fd28254c"/>
            <o:lock v:ext="edit" aspectratio="t"/>
            <w10:wrap type="none"/>
            <w10:anchorlock/>
          </v:shape>
        </w:pict>
      </w:r>
      <w:r>
        <w:rPr>
          <w:rFonts w:ascii="宋体" w:hAnsi="宋体" w:eastAsia="宋体" w:cs="宋体"/>
          <w:color w:val="000000"/>
        </w:rPr>
        <w:t>，点</w:t>
      </w:r>
      <w:r>
        <w:pict>
          <v:shape id="_x0000_i71734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33" o:title="eqIddad2a36927223bd70f426ba06aea4b45"/>
            <o:lock v:ext="edit" aspectratio="t"/>
            <w10:wrap type="none"/>
            <w10:anchorlock/>
          </v:shape>
        </w:pict>
      </w:r>
      <w:r>
        <w:rPr>
          <w:rFonts w:ascii="宋体" w:hAnsi="宋体" w:eastAsia="宋体" w:cs="宋体"/>
          <w:color w:val="000000"/>
        </w:rPr>
        <w:t>位于点</w:t>
      </w:r>
      <w:r>
        <w:pict>
          <v:shape id="_x0000_i71734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30" o:title="eqId5963abe8f421bd99a2aaa94831a951e9"/>
            <o:lock v:ext="edit" aspectratio="t"/>
            <w10:wrap type="none"/>
            <w10:anchorlock/>
          </v:shape>
        </w:pict>
      </w:r>
      <w:r>
        <w:rPr>
          <w:rFonts w:ascii="宋体" w:hAnsi="宋体" w:eastAsia="宋体" w:cs="宋体"/>
          <w:color w:val="000000"/>
        </w:rPr>
        <w:t>，</w:t>
      </w:r>
      <w:r>
        <w:pict>
          <v:shape id="_x0000_i71735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31" o:title="eqId7f9e8449aad35c5d840a3395ea86df6d"/>
            <o:lock v:ext="edit" aspectratio="t"/>
            <w10:wrap type="none"/>
            <w10:anchorlock/>
          </v:shape>
        </w:pict>
      </w:r>
      <w:r>
        <w:rPr>
          <w:rFonts w:ascii="宋体" w:hAnsi="宋体" w:eastAsia="宋体" w:cs="宋体"/>
          <w:color w:val="000000"/>
        </w:rPr>
        <w:t>之间（可以与</w:t>
      </w:r>
      <w:r>
        <w:pict>
          <v:shape id="_x0000_i71735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30" o:title="eqId5963abe8f421bd99a2aaa94831a951e9"/>
            <o:lock v:ext="edit" aspectratio="t"/>
            <w10:wrap type="none"/>
            <w10:anchorlock/>
          </v:shape>
        </w:pict>
      </w:r>
      <w:r>
        <w:rPr>
          <w:rFonts w:ascii="宋体" w:hAnsi="宋体" w:eastAsia="宋体" w:cs="宋体"/>
          <w:color w:val="000000"/>
        </w:rPr>
        <w:t>，</w:t>
      </w:r>
      <w:r>
        <w:pict>
          <v:shape id="_x0000_i71735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31" o:title="eqId7f9e8449aad35c5d840a3395ea86df6d"/>
            <o:lock v:ext="edit" aspectratio="t"/>
            <w10:wrap type="none"/>
            <w10:anchorlock/>
          </v:shape>
        </w:pict>
      </w:r>
      <w:r>
        <w:rPr>
          <w:rFonts w:ascii="宋体" w:hAnsi="宋体" w:eastAsia="宋体" w:cs="宋体"/>
          <w:color w:val="000000"/>
        </w:rPr>
        <w:t>重合），直接写出</w:t>
      </w:r>
      <w:r>
        <w:pict>
          <v:shape id="_x0000_i717353" o:spt="75" alt="学科网(www.zxxk.com)--教育资源门户，提供试卷、教案、课件、论文、素材以及各类教学资源下载，还有大量而丰富的教学相关资讯！" type="#_x0000_t75" style="height:12.95pt;width:12.95pt;" o:ole="t" filled="f" o:preferrelative="t" stroked="f" coordsize="21600,21600">
            <v:path/>
            <v:fill on="f" focussize="0,0"/>
            <v:stroke on="f" joinstyle="miter"/>
            <v:imagedata r:id="rId2434" o:title="eqIdcf3834d7ec7531f3c3c0ce9b286f7a49"/>
            <o:lock v:ext="edit" aspectratio="t"/>
            <w10:wrap type="none"/>
            <w10:anchorlock/>
          </v:shape>
        </w:pict>
      </w:r>
      <w:r>
        <w:rPr>
          <w:rFonts w:ascii="宋体" w:hAnsi="宋体" w:eastAsia="宋体" w:cs="宋体"/>
          <w:color w:val="000000"/>
        </w:rPr>
        <w:t>的取值范围．</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①1②4</w:t>
      </w:r>
      <w:r>
        <w:rPr>
          <w:rFonts w:ascii="宋体" w:hAnsi="宋体" w:eastAsia="宋体" w:cs="宋体"/>
          <w:color w:val="000000"/>
        </w:rPr>
        <w:t>或</w:t>
      </w:r>
      <w:r>
        <w:pict>
          <v:shape id="_x0000_i717354"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435" o:title="eqIda391005600bdd69c96750589f9adb048"/>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7355" o:spt="75" alt="学科网(www.zxxk.com)--教育资源门户，提供试卷、教案、课件、论文、素材以及各类教学资源下载，还有大量而丰富的教学相关资讯！" type="#_x0000_t75" style="height:14.25pt;width:42.8pt;" o:ole="t" filled="f" o:preferrelative="t" stroked="f" coordsize="21600,21600">
            <v:path/>
            <v:fill on="f" focussize="0,0"/>
            <v:stroke on="f" joinstyle="miter"/>
            <v:imagedata r:id="rId2436" o:title="eqId5ca31c862890af181c5603111a77c970"/>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）表示出</w:t>
      </w:r>
      <w:r>
        <w:pict>
          <v:shape id="_x0000_i717356" o:spt="75" alt="学科网(www.zxxk.com)--教育资源门户，提供试卷、教案、课件、论文、素材以及各类教学资源下载，还有大量而丰富的教学相关资讯！" type="#_x0000_t75" style="height:12pt;width:17.25pt;" o:ole="t" filled="f" o:preferrelative="t" stroked="f" coordsize="21600,21600">
            <v:path/>
            <v:fill on="f" focussize="0,0"/>
            <v:stroke on="f" joinstyle="miter"/>
            <v:imagedata r:id="rId2437" o:title="eqIdd2be49c37e30a3ced0364c3e74d8c687"/>
            <o:lock v:ext="edit" aspectratio="t"/>
            <w10:wrap type="none"/>
            <w10:anchorlock/>
          </v:shape>
        </w:pict>
      </w:r>
      <w:r>
        <w:rPr>
          <w:rFonts w:ascii="宋体" w:hAnsi="宋体" w:eastAsia="宋体" w:cs="宋体"/>
          <w:color w:val="000000"/>
        </w:rPr>
        <w:t>的距离和</w:t>
      </w:r>
      <w:r>
        <w:pict>
          <v:shape id="_x0000_i71735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438" o:title="eqIdf52a58fbaf4fea03567e88a9f0f6e37e"/>
            <o:lock v:ext="edit" aspectratio="t"/>
            <w10:wrap type="none"/>
            <w10:anchorlock/>
          </v:shape>
        </w:pict>
      </w:r>
      <w:r>
        <w:rPr>
          <w:rFonts w:ascii="宋体" w:hAnsi="宋体" w:eastAsia="宋体" w:cs="宋体"/>
          <w:color w:val="000000"/>
        </w:rPr>
        <w:t>的距离，根据题意列式计算即可；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）根据题意得出</w:t>
      </w:r>
      <w:r>
        <w:pict>
          <v:shape id="_x0000_i717358" o:spt="75" alt="学科网(www.zxxk.com)--教育资源门户，提供试卷、教案、课件、论文、素材以及各类教学资源下载，还有大量而丰富的教学相关资讯！" type="#_x0000_t75" style="height:14.05pt;width:59.85pt;" o:ole="t" filled="f" o:preferrelative="t" stroked="f" coordsize="21600,21600">
            <v:path/>
            <v:fill on="f" focussize="0,0"/>
            <v:stroke on="f" joinstyle="miter"/>
            <v:imagedata r:id="rId2439" o:title="eqId8fa96774d815ca4200042a74d7d4b03d"/>
            <o:lock v:ext="edit" aspectratio="t"/>
            <w10:wrap type="none"/>
            <w10:anchorlock/>
          </v:shape>
        </w:pict>
      </w:r>
      <w:r>
        <w:rPr>
          <w:rFonts w:ascii="宋体" w:hAnsi="宋体" w:eastAsia="宋体" w:cs="宋体"/>
          <w:color w:val="000000"/>
        </w:rPr>
        <w:t>，设点</w:t>
      </w:r>
      <w:r>
        <w:pict>
          <v:shape id="_x0000_i71735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40" o:title="eqIddad2a36927223bd70f426ba06aea4b45"/>
            <o:lock v:ext="edit" aspectratio="t"/>
            <w10:wrap type="none"/>
            <w10:anchorlock/>
          </v:shape>
        </w:pict>
      </w:r>
      <w:r>
        <w:rPr>
          <w:rFonts w:ascii="宋体" w:hAnsi="宋体" w:eastAsia="宋体" w:cs="宋体"/>
          <w:color w:val="000000"/>
        </w:rPr>
        <w:t>表示的数为</w:t>
      </w:r>
      <w:r>
        <w:pict>
          <v:shape id="_x0000_i717360"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441" o:title="eqId294f5ba74cdf695fc9a8a8e52f421328"/>
            <o:lock v:ext="edit" aspectratio="t"/>
            <w10:wrap type="none"/>
            <w10:anchorlock/>
          </v:shape>
        </w:pict>
      </w:r>
      <w:r>
        <w:rPr>
          <w:rFonts w:ascii="宋体" w:hAnsi="宋体" w:eastAsia="宋体" w:cs="宋体"/>
          <w:color w:val="000000"/>
        </w:rPr>
        <w:t>，用含</w:t>
      </w:r>
      <w:r>
        <w:pict>
          <v:shape id="_x0000_i717361"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441" o:title="eqId294f5ba74cdf695fc9a8a8e52f421328"/>
            <o:lock v:ext="edit" aspectratio="t"/>
            <w10:wrap type="none"/>
            <w10:anchorlock/>
          </v:shape>
        </w:pict>
      </w:r>
      <w:r>
        <w:rPr>
          <w:rFonts w:ascii="宋体" w:hAnsi="宋体" w:eastAsia="宋体" w:cs="宋体"/>
          <w:color w:val="000000"/>
        </w:rPr>
        <w:t>的式子表示</w:t>
      </w:r>
      <w:r>
        <w:pict>
          <v:shape id="_x0000_i717362"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442" o:title="eqIdf0a532e15e232cb4b99a8d4d07c8957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即可求出最终结果；</w:t>
      </w:r>
    </w:p>
    <w:p>
      <w:pPr>
        <w:spacing w:line="360" w:lineRule="auto"/>
        <w:jc w:val="both"/>
        <w:textAlignment w:val="center"/>
        <w:rPr>
          <w:color w:val="000000"/>
        </w:rPr>
      </w:pPr>
      <w:r>
        <w:rPr>
          <w:rFonts w:ascii="宋体" w:hAnsi="宋体" w:eastAsia="宋体" w:cs="宋体"/>
          <w:color w:val="000000"/>
        </w:rPr>
        <w:t>本题主要考查运用数轴和距离进行列式计算，解题的关键是利用数形结合的方法进行求解．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设点</w:t>
      </w:r>
      <w:r>
        <w:pict>
          <v:shape id="_x0000_i71736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43" o:title="eqIddad2a36927223bd70f426ba06aea4b45"/>
            <o:lock v:ext="edit" aspectratio="t"/>
            <w10:wrap type="none"/>
            <w10:anchorlock/>
          </v:shape>
        </w:pict>
      </w:r>
      <w:r>
        <w:rPr>
          <w:rFonts w:ascii="宋体" w:hAnsi="宋体" w:eastAsia="宋体" w:cs="宋体"/>
          <w:color w:val="000000"/>
        </w:rPr>
        <w:t>表示的数为</w:t>
      </w:r>
      <w:r>
        <w:pict>
          <v:shape id="_x0000_i717364"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444" o:title="eqId294f5ba74cdf695fc9a8a8e52f42132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365"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445" o:title="eqId16f3d198e76391779fa3badc848c8ac8"/>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位于原点</w:t>
      </w:r>
      <w:r>
        <w:pict>
          <v:shape id="_x0000_i717366"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446" o:title="eqId1dde8112e8eb968fd042418dd632759e"/>
            <o:lock v:ext="edit" aspectratio="t"/>
            <w10:wrap type="none"/>
            <w10:anchorlock/>
          </v:shape>
        </w:pict>
      </w:r>
      <w:r>
        <w:rPr>
          <w:rFonts w:ascii="宋体" w:hAnsi="宋体" w:eastAsia="宋体" w:cs="宋体"/>
          <w:color w:val="000000"/>
        </w:rPr>
        <w:t>和点</w:t>
      </w:r>
      <w:r>
        <w:pict>
          <v:shape id="_x0000_i71736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447" o:title="eqId5963abe8f421bd99a2aaa94831a951e9"/>
            <o:lock v:ext="edit" aspectratio="t"/>
            <w10:wrap type="none"/>
            <w10:anchorlock/>
          </v:shape>
        </w:pict>
      </w:r>
      <w:r>
        <w:rPr>
          <w:rFonts w:ascii="宋体" w:hAnsi="宋体" w:eastAsia="宋体" w:cs="宋体"/>
          <w:color w:val="000000"/>
        </w:rPr>
        <w:t>之间，</w:t>
      </w:r>
      <w:r>
        <w:pict>
          <v:shape id="_x0000_i717368" o:spt="75" alt="学科网(www.zxxk.com)--教育资源门户，提供试卷、教案、课件、论文、素材以及各类教学资源下载，还有大量而丰富的教学相关资讯！" type="#_x0000_t75" style="height:13pt;width:31pt;" o:ole="t" filled="f" o:preferrelative="t" stroked="f" coordsize="21600,21600">
            <v:path/>
            <v:fill on="f" focussize="0,0"/>
            <v:stroke on="f" joinstyle="miter"/>
            <v:imagedata r:id="rId2448" o:title="eqId70605c31a0eccebfdbbb52ea328ff611"/>
            <o:lock v:ext="edit" aspectratio="t"/>
            <w10:wrap type="none"/>
            <w10:anchorlock/>
          </v:shape>
        </w:pict>
      </w:r>
    </w:p>
    <w:p>
      <w:pPr>
        <w:spacing w:line="360" w:lineRule="auto"/>
        <w:jc w:val="left"/>
        <w:textAlignment w:val="center"/>
        <w:rPr>
          <w:color w:val="000000"/>
        </w:rPr>
      </w:pPr>
      <w:r>
        <w:pict>
          <v:shape id="_x0000_i717369" o:spt="75" alt="学科网(www.zxxk.com)--教育资源门户，提供试卷、教案、课件、论文、素材以及各类教学资源下载，还有大量而丰富的教学相关资讯！" type="#_x0000_t75" style="height:22.05pt;width:108.15pt;" o:ole="t" filled="f" o:preferrelative="t" stroked="f" coordsize="21600,21600">
            <v:path/>
            <v:fill on="f" focussize="0,0"/>
            <v:stroke on="f" joinstyle="miter"/>
            <v:imagedata r:id="rId2449" o:title="eqId6d66019e176b8b2c12eac64244dbf5be"/>
            <o:lock v:ext="edit" aspectratio="t"/>
            <w10:wrap type="none"/>
            <w10:anchorlock/>
          </v:shape>
        </w:pict>
      </w:r>
    </w:p>
    <w:p>
      <w:pPr>
        <w:spacing w:line="360" w:lineRule="auto"/>
        <w:jc w:val="left"/>
        <w:textAlignment w:val="center"/>
        <w:rPr>
          <w:color w:val="000000"/>
        </w:rPr>
      </w:pPr>
      <w:r>
        <w:pict>
          <v:shape id="_x0000_i717370" o:spt="75" alt="学科网(www.zxxk.com)--教育资源门户，提供试卷、教案、课件、论文、素材以及各类教学资源下载，还有大量而丰富的教学相关资讯！" type="#_x0000_t75" style="height:13.95pt;width:38.15pt;" o:ole="t" filled="f" o:preferrelative="t" stroked="f" coordsize="21600,21600">
            <v:path/>
            <v:fill on="f" focussize="0,0"/>
            <v:stroke on="f" joinstyle="miter"/>
            <v:imagedata r:id="rId2450" o:title="eqId2f6a0c2754710818eec3febdc1b8240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设点</w:t>
      </w:r>
      <w:r>
        <w:pict>
          <v:shape id="_x0000_i71737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451" o:title="eqId7f9e8449aad35c5d840a3395ea86df6d"/>
            <o:lock v:ext="edit" aspectratio="t"/>
            <w10:wrap type="none"/>
            <w10:anchorlock/>
          </v:shape>
        </w:pict>
      </w:r>
      <w:r>
        <w:rPr>
          <w:rFonts w:ascii="宋体" w:hAnsi="宋体" w:eastAsia="宋体" w:cs="宋体"/>
          <w:color w:val="000000"/>
        </w:rPr>
        <w:t>表示的数为</w:t>
      </w:r>
      <w:r>
        <w:pict>
          <v:shape id="_x0000_i717372"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452" o:title="eqIdb6a24198bd04c29321ae5dc5a28fe4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373" o:spt="75" alt="学科网(www.zxxk.com)--教育资源门户，提供试卷、教案、课件、论文、素材以及各类教学资源下载，还有大量而丰富的教学相关资讯！" type="#_x0000_t75" style="height:22.05pt;width:95.05pt;" o:ole="t" filled="f" o:preferrelative="t" stroked="f" coordsize="21600,21600">
            <v:path/>
            <v:fill on="f" focussize="0,0"/>
            <v:stroke on="f" joinstyle="miter"/>
            <v:imagedata r:id="rId2453" o:title="eqId3e8c54a298b6529db7c19456f4bbb8bf"/>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7374" o:spt="75" alt="学科网(www.zxxk.com)--教育资源门户，提供试卷、教案、课件、论文、素材以及各类教学资源下载，还有大量而丰富的教学相关资讯！" type="#_x0000_t75" style="height:14.4pt;width:27.6pt;" o:ole="t" filled="f" o:preferrelative="t" stroked="f" coordsize="21600,21600">
            <v:path/>
            <v:fill on="f" focussize="0,0"/>
            <v:stroke on="f" joinstyle="miter"/>
            <v:imagedata r:id="rId2454" o:title="eqIdfac3649308b528fd56545ba102dc42d5"/>
            <o:lock v:ext="edit" aspectratio="t"/>
            <w10:wrap type="none"/>
            <w10:anchorlock/>
          </v:shape>
        </w:pict>
      </w:r>
      <w:r>
        <w:rPr>
          <w:rFonts w:ascii="宋体" w:hAnsi="宋体" w:eastAsia="宋体" w:cs="宋体"/>
          <w:color w:val="000000"/>
        </w:rPr>
        <w:t>或</w:t>
      </w:r>
      <w:r>
        <w:pict>
          <v:shape id="_x0000_i717375" o:spt="75" alt="学科网(www.zxxk.com)--教育资源门户，提供试卷、教案、课件、论文、素材以及各类教学资源下载，还有大量而丰富的教学相关资讯！" type="#_x0000_t75" style="height:30.75pt;width:29.25pt;" o:ole="t" filled="f" o:preferrelative="t" stroked="f" coordsize="21600,21600">
            <v:path/>
            <v:fill on="f" focussize="0,0"/>
            <v:stroke on="f" joinstyle="miter"/>
            <v:imagedata r:id="rId2455" o:title="eqIdc466cb9944dbae37b169b321a2dbf892"/>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4</w:t>
      </w:r>
      <w:r>
        <w:rPr>
          <w:rFonts w:ascii="宋体" w:hAnsi="宋体" w:eastAsia="宋体" w:cs="宋体"/>
          <w:color w:val="000000"/>
        </w:rPr>
        <w:t>或</w:t>
      </w:r>
      <w:r>
        <w:pict>
          <v:shape id="_x0000_i71737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456" o:title="eqIda391005600bdd69c96750589f9adb0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解：设点</w:t>
      </w:r>
      <w:r>
        <w:pict>
          <v:shape id="_x0000_i71737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57" o:title="eqIddad2a36927223bd70f426ba06aea4b45"/>
            <o:lock v:ext="edit" aspectratio="t"/>
            <w10:wrap type="none"/>
            <w10:anchorlock/>
          </v:shape>
        </w:pict>
      </w:r>
      <w:r>
        <w:rPr>
          <w:rFonts w:ascii="宋体" w:hAnsi="宋体" w:eastAsia="宋体" w:cs="宋体"/>
          <w:color w:val="000000"/>
        </w:rPr>
        <w:t>表示的数为</w:t>
      </w:r>
      <w:r>
        <w:pict>
          <v:shape id="_x0000_i717378"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458" o:title="eqId294f5ba74cdf695fc9a8a8e52f42132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37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459" o:title="eqId16f3d198e76391779fa3badc848c8ac8"/>
            <o:lock v:ext="edit" aspectratio="t"/>
            <w10:wrap type="none"/>
            <w10:anchorlock/>
          </v:shape>
        </w:pict>
      </w:r>
      <w:r>
        <w:rPr>
          <w:rFonts w:ascii="宋体" w:hAnsi="宋体" w:eastAsia="宋体" w:cs="宋体"/>
          <w:color w:val="000000"/>
        </w:rPr>
        <w:t>点</w:t>
      </w:r>
      <w:r>
        <w:pict>
          <v:shape id="_x0000_i71738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460" o:title="eqIddad2a36927223bd70f426ba06aea4b45"/>
            <o:lock v:ext="edit" aspectratio="t"/>
            <w10:wrap type="none"/>
            <w10:anchorlock/>
          </v:shape>
        </w:pict>
      </w:r>
      <w:r>
        <w:rPr>
          <w:rFonts w:ascii="宋体" w:hAnsi="宋体" w:eastAsia="宋体" w:cs="宋体"/>
          <w:color w:val="000000"/>
        </w:rPr>
        <w:t>位于点</w:t>
      </w:r>
      <w:r>
        <w:pict>
          <v:shape id="_x0000_i717381"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2461" o:title="eqId0ae6f48b9a53c0155a692509cf31f7e6"/>
            <o:lock v:ext="edit" aspectratio="t"/>
            <w10:wrap type="none"/>
            <w10:anchorlock/>
          </v:shape>
        </w:pict>
      </w:r>
      <w:r>
        <w:rPr>
          <w:rFonts w:ascii="宋体" w:hAnsi="宋体" w:eastAsia="宋体" w:cs="宋体"/>
          <w:color w:val="000000"/>
        </w:rPr>
        <w:t>之间（可以与</w:t>
      </w:r>
      <w:r>
        <w:pict>
          <v:shape id="_x0000_i717382"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2461" o:title="eqId0ae6f48b9a53c0155a692509cf31f7e6"/>
            <o:lock v:ext="edit" aspectratio="t"/>
            <w10:wrap type="none"/>
            <w10:anchorlock/>
          </v:shape>
        </w:pict>
      </w:r>
      <w:r>
        <w:rPr>
          <w:rFonts w:ascii="宋体" w:hAnsi="宋体" w:eastAsia="宋体" w:cs="宋体"/>
          <w:color w:val="000000"/>
        </w:rPr>
        <w:t>重合）</w:t>
      </w:r>
    </w:p>
    <w:p>
      <w:pPr>
        <w:spacing w:line="360" w:lineRule="auto"/>
        <w:jc w:val="left"/>
        <w:textAlignment w:val="center"/>
        <w:rPr>
          <w:color w:val="000000"/>
        </w:rPr>
      </w:pPr>
      <w:r>
        <w:pict>
          <v:shape id="_x0000_i717383" o:spt="75" alt="学科网(www.zxxk.com)--教育资源门户，提供试卷、教案、课件、论文、素材以及各类教学资源下载，还有大量而丰富的教学相关资讯！" type="#_x0000_t75" style="height:13.05pt;width:92pt;" o:ole="t" filled="f" o:preferrelative="t" stroked="f" coordsize="21600,21600">
            <v:path/>
            <v:fill on="f" focussize="0,0"/>
            <v:stroke on="f" joinstyle="miter"/>
            <v:imagedata r:id="rId2462" o:title="eqId0ac64392e011426f1b319034ac18d5cf"/>
            <o:lock v:ext="edit" aspectratio="t"/>
            <w10:wrap type="none"/>
            <w10:anchorlock/>
          </v:shape>
        </w:pict>
      </w:r>
    </w:p>
    <w:p>
      <w:pPr>
        <w:spacing w:line="360" w:lineRule="auto"/>
        <w:jc w:val="left"/>
        <w:textAlignment w:val="center"/>
        <w:rPr>
          <w:color w:val="000000"/>
        </w:rPr>
      </w:pPr>
      <w:r>
        <w:pict>
          <v:shape id="_x0000_i717384" o:spt="75" alt="学科网(www.zxxk.com)--教育资源门户，提供试卷、教案、课件、论文、素材以及各类教学资源下载，还有大量而丰富的教学相关资讯！" type="#_x0000_t75" style="height:13.05pt;width:97.9pt;" o:ole="t" filled="f" o:preferrelative="t" stroked="f" coordsize="21600,21600">
            <v:path/>
            <v:fill on="f" focussize="0,0"/>
            <v:stroke on="f" joinstyle="miter"/>
            <v:imagedata r:id="rId2463" o:title="eqId31f8b086d5958d1974b2e5afc2b560e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整理：</w:t>
      </w:r>
      <w:r>
        <w:pict>
          <v:shape id="_x0000_i717385" o:spt="75" alt="学科网(www.zxxk.com)--教育资源门户，提供试卷、教案、课件、论文、素材以及各类教学资源下载，还有大量而丰富的教学相关资讯！" type="#_x0000_t75" style="height:32.05pt;width:80.95pt;" o:ole="t" filled="f" o:preferrelative="t" stroked="f" coordsize="21600,21600">
            <v:path/>
            <v:fill on="f" focussize="0,0"/>
            <v:stroke on="f" joinstyle="miter"/>
            <v:imagedata r:id="rId2464" o:title="eqIdc27b519e5bda169296d6984a5b793133"/>
            <o:lock v:ext="edit" aspectratio="t"/>
            <w10:wrap type="none"/>
            <w10:anchorlock/>
          </v:shape>
        </w:pict>
      </w:r>
    </w:p>
    <w:p>
      <w:pPr>
        <w:spacing w:line="360" w:lineRule="auto"/>
        <w:jc w:val="left"/>
        <w:textAlignment w:val="center"/>
        <w:rPr>
          <w:color w:val="000000"/>
        </w:rPr>
      </w:pPr>
      <w:r>
        <w:pict>
          <v:shape id="_x0000_i717386" o:spt="75" alt="学科网(www.zxxk.com)--教育资源门户，提供试卷、教案、课件、论文、素材以及各类教学资源下载，还有大量而丰富的教学相关资讯！" type="#_x0000_t75" style="height:32.05pt;width:179.1pt;" o:ole="t" filled="f" o:preferrelative="t" stroked="f" coordsize="21600,21600">
            <v:path/>
            <v:fill on="f" focussize="0,0"/>
            <v:stroke on="f" joinstyle="miter"/>
            <v:imagedata r:id="rId2465" o:title="eqId03d4f41f01327c2119349cb3c57901d3"/>
            <o:lock v:ext="edit" aspectratio="t"/>
            <w10:wrap type="none"/>
            <w10:anchorlock/>
          </v:shape>
        </w:pict>
      </w:r>
    </w:p>
    <w:p>
      <w:pPr>
        <w:spacing w:line="360" w:lineRule="auto"/>
        <w:jc w:val="left"/>
        <w:textAlignment w:val="center"/>
        <w:rPr>
          <w:color w:val="000000"/>
        </w:rPr>
      </w:pPr>
      <w:r>
        <w:pict>
          <v:shape id="_x0000_i717387"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2466" o:title="eqId8c144961c444cc46266c54e9037a0a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29. </w:t>
      </w:r>
      <w:r>
        <w:rPr>
          <w:rFonts w:ascii="宋体" w:hAnsi="宋体" w:eastAsia="宋体" w:cs="宋体"/>
          <w:color w:val="000000"/>
        </w:rPr>
        <w:t>若一个两位数的十位和个位上的数字分别为</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，我们可将这个两位数记为</w:t>
      </w:r>
      <w:r>
        <w:pict>
          <v:shape id="_x0000_i717388" o:spt="75" alt="学科网(www.zxxk.com)--教育资源门户，提供试卷、教案、课件、论文、素材以及各类教学资源下载，还有大量而丰富的教学相关资讯！" type="#_x0000_t75" style="height:15pt;width:15.6pt;" o:ole="t" filled="f" o:preferrelative="t" stroked="f" coordsize="21600,21600">
            <v:path/>
            <v:fill on="f" focussize="0,0"/>
            <v:stroke on="f" joinstyle="miter"/>
            <v:imagedata r:id="rId2467" o:title="eqId9849398644ac4db883c21042c66d7a43"/>
            <o:lock v:ext="edit" aspectratio="t"/>
            <w10:wrap type="none"/>
            <w10:anchorlock/>
          </v:shape>
        </w:pict>
      </w:r>
      <w:r>
        <w:rPr>
          <w:rFonts w:ascii="宋体" w:hAnsi="宋体" w:eastAsia="宋体" w:cs="宋体"/>
          <w:color w:val="000000"/>
        </w:rPr>
        <w:t>．同理，一个三位数的百位、十位和个位上的数字分别为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和</w:t>
      </w:r>
      <w:r>
        <w:rPr>
          <w:rFonts w:ascii="Times New Roman" w:hAnsi="Times New Roman" w:eastAsia="Times New Roman" w:cs="Times New Roman"/>
          <w:i/>
          <w:color w:val="000000"/>
        </w:rPr>
        <w:t>c</w:t>
      </w:r>
      <w:r>
        <w:rPr>
          <w:rFonts w:ascii="宋体" w:hAnsi="宋体" w:eastAsia="宋体" w:cs="宋体"/>
          <w:i/>
          <w:color w:val="000000"/>
        </w:rPr>
        <w:t>．</w:t>
      </w:r>
      <w:r>
        <w:rPr>
          <w:rFonts w:ascii="宋体" w:hAnsi="宋体" w:eastAsia="宋体" w:cs="宋体"/>
          <w:color w:val="000000"/>
        </w:rPr>
        <w:t>则这个三位数可记为</w:t>
      </w:r>
      <w:r>
        <w:pict>
          <v:shape id="_x0000_i717389" o:spt="75" alt="学科网(www.zxxk.com)--教育资源门户，提供试卷、教案、课件、论文、素材以及各类教学资源下载，还有大量而丰富的教学相关资讯！" type="#_x0000_t75" style="height:17.25pt;width:21pt;" o:ole="t" filled="f" o:preferrelative="t" stroked="f" coordsize="21600,21600">
            <v:path/>
            <v:fill on="f" focussize="0,0"/>
            <v:stroke on="f" joinstyle="miter"/>
            <v:imagedata r:id="rId2468" o:title="eqIda675d752761f68640cb84085823063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739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469" o:title="eqIde55aa0a20848c37c1892c567b2315e04"/>
            <o:lock v:ext="edit" aspectratio="t"/>
            <w10:wrap type="none"/>
            <w10:anchorlock/>
          </v:shape>
        </w:pict>
      </w:r>
      <w:r>
        <w:rPr>
          <w:rFonts w:ascii="宋体" w:hAnsi="宋体" w:eastAsia="宋体" w:cs="宋体"/>
          <w:color w:val="000000"/>
        </w:rPr>
        <w:t>，则</w:t>
      </w:r>
      <w:r>
        <w:pict>
          <v:shape id="_x0000_i717391" o:spt="75" alt="学科网(www.zxxk.com)--教育资源门户，提供试卷、教案、课件、论文、素材以及各类教学资源下载，还有大量而丰富的教学相关资讯！" type="#_x0000_t75" style="height:17.25pt;width:48pt;" o:ole="t" filled="f" o:preferrelative="t" stroked="f" coordsize="21600,21600">
            <v:path/>
            <v:fill on="f" focussize="0,0"/>
            <v:stroke on="f" joinstyle="miter"/>
            <v:imagedata r:id="rId2470" o:title="eqId68a5d9e8676559e2dd1ddf8c92096154"/>
            <o:lock v:ext="edit" aspectratio="t"/>
            <w10:wrap type="none"/>
            <w10:anchorlock/>
          </v:shape>
        </w:pict>
      </w:r>
      <w:r>
        <w:rPr>
          <w:rFonts w:ascii="Times New Roman" w:hAnsi="Times New Roman" w:eastAsia="Times New Roman" w:cs="Times New Roman"/>
          <w:color w:val="000000"/>
        </w:rPr>
        <w:t>___________</w:t>
      </w:r>
      <w:r>
        <w:rPr>
          <w:rFonts w:ascii="宋体" w:hAnsi="宋体" w:eastAsia="宋体" w:cs="宋体"/>
          <w:color w:val="000000"/>
        </w:rPr>
        <w:t>；若</w:t>
      </w:r>
      <w:r>
        <w:pict>
          <v:shape id="_x0000_i717392"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471" o:title="eqId8cbeede118c407a800b05757b9a1393e"/>
            <o:lock v:ext="edit" aspectratio="t"/>
            <w10:wrap type="none"/>
            <w10:anchorlock/>
          </v:shape>
        </w:pict>
      </w:r>
      <w:r>
        <w:rPr>
          <w:rFonts w:ascii="宋体" w:hAnsi="宋体" w:eastAsia="宋体" w:cs="宋体"/>
          <w:color w:val="000000"/>
        </w:rPr>
        <w:t>，则</w:t>
      </w:r>
      <w:r>
        <w:pict>
          <v:shape id="_x0000_i717393" o:spt="75" alt="学科网(www.zxxk.com)--教育资源门户，提供试卷、教案、课件、论文、素材以及各类教学资源下载，还有大量而丰富的教学相关资讯！" type="#_x0000_t75" style="height:17.4pt;width:54pt;" o:ole="t" filled="f" o:preferrelative="t" stroked="f" coordsize="21600,21600">
            <v:path/>
            <v:fill on="f" focussize="0,0"/>
            <v:stroke on="f" joinstyle="miter"/>
            <v:imagedata r:id="rId2472" o:title="eqId6988161f5130de4cae7abfc6fb06b810"/>
            <o:lock v:ext="edit" aspectratio="t"/>
            <w10:wrap type="none"/>
            <w10:anchorlock/>
          </v:shape>
        </w:pic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pict>
          <v:shape id="_x0000_i717394" o:spt="75" alt="学科网(www.zxxk.com)--教育资源门户，提供试卷、教案、课件、论文、素材以及各类教学资源下载，还有大量而丰富的教学相关资讯！" type="#_x0000_t75" style="height:17.4pt;width:39pt;" o:ole="t" filled="f" o:preferrelative="t" stroked="f" coordsize="21600,21600">
            <v:path/>
            <v:fill on="f" focussize="0,0"/>
            <v:stroke on="f" joinstyle="miter"/>
            <v:imagedata r:id="rId2473" o:title="eqId1c2cffca02414344bc92f2482a7751af"/>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___________</w:t>
      </w:r>
      <w:r>
        <w:rPr>
          <w:rFonts w:ascii="宋体" w:hAnsi="宋体" w:eastAsia="宋体" w:cs="宋体"/>
          <w:color w:val="000000"/>
        </w:rPr>
        <w:t>整除，</w:t>
      </w:r>
      <w:r>
        <w:pict>
          <v:shape id="_x0000_i717395" o:spt="75" alt="学科网(www.zxxk.com)--教育资源门户，提供试卷、教案、课件、论文、素材以及各类教学资源下载，还有大量而丰富的教学相关资讯！" type="#_x0000_t75" style="height:17.25pt;width:38.25pt;" o:ole="t" filled="f" o:preferrelative="t" stroked="f" coordsize="21600,21600">
            <v:path/>
            <v:fill on="f" focussize="0,0"/>
            <v:stroke on="f" joinstyle="miter"/>
            <v:imagedata r:id="rId2474" o:title="eqId2265035ea64e913396128b9c7a838cb9"/>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___________</w:t>
      </w:r>
      <w:r>
        <w:rPr>
          <w:rFonts w:ascii="宋体" w:hAnsi="宋体" w:eastAsia="宋体" w:cs="宋体"/>
          <w:color w:val="000000"/>
        </w:rPr>
        <w:t>整除．（请从大于</w:t>
      </w:r>
      <w:r>
        <w:rPr>
          <w:rFonts w:ascii="Times New Roman" w:hAnsi="Times New Roman" w:eastAsia="Times New Roman" w:cs="Times New Roman"/>
          <w:color w:val="000000"/>
        </w:rPr>
        <w:t>3</w:t>
      </w:r>
      <w:r>
        <w:rPr>
          <w:rFonts w:ascii="宋体" w:hAnsi="宋体" w:eastAsia="宋体" w:cs="宋体"/>
          <w:color w:val="000000"/>
        </w:rPr>
        <w:t>的整数中选择合适的数填空）</w:t>
      </w:r>
    </w:p>
    <w:p>
      <w:pPr>
        <w:spacing w:line="360" w:lineRule="auto"/>
        <w:jc w:val="left"/>
        <w:textAlignment w:val="center"/>
        <w:rPr>
          <w:color w:val="000000"/>
        </w:rPr>
      </w:pPr>
      <w:r>
        <w:rPr>
          <w:color w:val="000000"/>
        </w:rPr>
        <w:t>（3）</w:t>
      </w:r>
      <w:r>
        <w:rPr>
          <w:rFonts w:ascii="宋体" w:hAnsi="宋体" w:eastAsia="宋体" w:cs="宋体"/>
          <w:color w:val="000000"/>
        </w:rPr>
        <w:t>任选一个三位数，要求个、十、百位的数字各不相同且不为零，把这个三位数的三个数字按大小重新排列，得出一个最大的数和一个最小的数，用得出的最大的数减去最小的数得到一个新数，再将这个新数按上述方式重新排列，再相减，像这样运算若干次后一定会得到同一个重复出现的数，这个数称为“卡普雷卡尔黑洞数”．</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“卡普雷卡尔黑洞数”是</w:t>
      </w:r>
      <w:r>
        <w:rPr>
          <w:rFonts w:ascii="Times New Roman" w:hAnsi="Times New Roman" w:eastAsia="Times New Roman" w:cs="Times New Roman"/>
          <w:color w:val="000000"/>
        </w:rPr>
        <w:t>___________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若设三位数为</w:t>
      </w:r>
      <w:r>
        <w:pict>
          <v:shape id="_x0000_i717396" o:spt="75" alt="学科网(www.zxxk.com)--教育资源门户，提供试卷、教案、课件、论文、素材以及各类教学资源下载，还有大量而丰富的教学相关资讯！" type="#_x0000_t75" style="height:17.25pt;width:21pt;" o:ole="t" filled="f" o:preferrelative="t" stroked="f" coordsize="21600,21600">
            <v:path/>
            <v:fill on="f" focussize="0,0"/>
            <v:stroke on="f" joinstyle="miter"/>
            <v:imagedata r:id="rId2475" o:title="eqIda675d752761f68640cb84085823063bf"/>
            <o:lock v:ext="edit" aspectratio="t"/>
            <w10:wrap type="none"/>
            <w10:anchorlock/>
          </v:shape>
        </w:pict>
      </w:r>
      <w:r>
        <w:rPr>
          <w:rFonts w:ascii="宋体" w:hAnsi="宋体" w:eastAsia="宋体" w:cs="宋体"/>
          <w:color w:val="000000"/>
        </w:rPr>
        <w:t>（不妨设</w:t>
      </w:r>
      <w:r>
        <w:pict>
          <v:shape id="_x0000_i717397"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2476" o:title="eqId497d269c30eec393e3f0e877ddbe2983"/>
            <o:lock v:ext="edit" aspectratio="t"/>
            <w10:wrap type="none"/>
            <w10:anchorlock/>
          </v:shape>
        </w:pict>
      </w:r>
      <w:r>
        <w:rPr>
          <w:rFonts w:ascii="宋体" w:hAnsi="宋体" w:eastAsia="宋体" w:cs="宋体"/>
          <w:color w:val="000000"/>
        </w:rPr>
        <w:t>），试说明其可产生“卡普雷卡尔黑洞数”．</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56</w:t>
      </w:r>
      <w:r>
        <w:rPr>
          <w:rFonts w:ascii="宋体" w:hAnsi="宋体" w:eastAsia="宋体" w:cs="宋体"/>
          <w:color w:val="000000"/>
        </w:rPr>
        <w:t>；</w:t>
      </w:r>
      <w:r>
        <w:pict>
          <v:shape id="_x0000_i717398" o:spt="75" alt="学科网(www.zxxk.com)--教育资源门户，提供试卷、教案、课件、论文、素材以及各类教学资源下载，还有大量而丰富的教学相关资讯！" type="#_x0000_t75" style="height:13.75pt;width:28.3pt;" o:ole="t" filled="f" o:preferrelative="t" stroked="f" coordsize="21600,21600">
            <v:path/>
            <v:fill on="f" focussize="0,0"/>
            <v:stroke on="f" joinstyle="miter"/>
            <v:imagedata r:id="rId2477" o:title="eqId7ab1f60c8dd1e21525232c5a451139a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color w:val="000000"/>
        </w:rPr>
        <w:t xml:space="preserve">    （3）</w:t>
      </w:r>
      <w:r>
        <w:rPr>
          <w:rFonts w:ascii="宋体" w:hAnsi="宋体" w:eastAsia="宋体" w:cs="宋体"/>
          <w:color w:val="000000"/>
        </w:rPr>
        <w:t>①</w:t>
      </w:r>
      <w:r>
        <w:rPr>
          <w:rFonts w:ascii="Times New Roman" w:hAnsi="Times New Roman" w:eastAsia="Times New Roman" w:cs="Times New Roman"/>
          <w:color w:val="000000"/>
        </w:rPr>
        <w:t>495</w:t>
      </w:r>
      <w:r>
        <w:rPr>
          <w:rFonts w:ascii="宋体" w:hAnsi="宋体" w:eastAsia="宋体" w:cs="宋体"/>
          <w:color w:val="000000"/>
        </w:rPr>
        <w:t>；</w:t>
      </w:r>
      <w:r>
        <w:rPr>
          <w:rFonts w:ascii="Times New Roman" w:hAnsi="Times New Roman" w:eastAsia="Times New Roman" w:cs="Times New Roman"/>
          <w:color w:val="000000"/>
        </w:rPr>
        <w:t>②</w:t>
      </w:r>
      <w:r>
        <w:rPr>
          <w:rFonts w:ascii="宋体" w:hAnsi="宋体" w:eastAsia="宋体" w:cs="宋体"/>
          <w:color w:val="000000"/>
        </w:rPr>
        <w:t>说明见解析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）按照所给定义进行求解即可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）按定义可得</w:t>
      </w:r>
      <w:r>
        <w:pict>
          <v:shape id="_x0000_i717399" o:spt="75" alt="学科网(www.zxxk.com)--教育资源门户，提供试卷、教案、课件、论文、素材以及各类教学资源下载，还有大量而丰富的教学相关资讯！" type="#_x0000_t75" style="height:21pt;width:96pt;" o:ole="t" filled="f" o:preferrelative="t" stroked="f" coordsize="21600,21600">
            <v:path/>
            <v:fill on="f" focussize="0,0"/>
            <v:stroke on="f" joinstyle="miter"/>
            <v:imagedata r:id="rId2478" o:title="eqId8ce1315e873f0657b21483c5084e1f2b"/>
            <o:lock v:ext="edit" aspectratio="t"/>
            <w10:wrap type="none"/>
            <w10:anchorlock/>
          </v:shape>
        </w:pict>
      </w:r>
      <w:r>
        <w:rPr>
          <w:rFonts w:ascii="宋体" w:hAnsi="宋体" w:eastAsia="宋体" w:cs="宋体"/>
          <w:color w:val="000000"/>
        </w:rPr>
        <w:t>，</w:t>
      </w:r>
      <w:r>
        <w:pict>
          <v:shape id="_x0000_i717400" o:spt="75" alt="学科网(www.zxxk.com)--教育资源门户，提供试卷、教案、课件、论文、素材以及各类教学资源下载，还有大量而丰富的教学相关资讯！" type="#_x0000_t75" style="height:21pt;width:91.2pt;" o:ole="t" filled="f" o:preferrelative="t" stroked="f" coordsize="21600,21600">
            <v:path/>
            <v:fill on="f" focussize="0,0"/>
            <v:stroke on="f" joinstyle="miter"/>
            <v:imagedata r:id="rId2479" o:title="eqId752d0d97ab812ec8c839f93af512023f"/>
            <o:lock v:ext="edit" aspectratio="t"/>
            <w10:wrap type="none"/>
            <w10:anchorlock/>
          </v:shape>
        </w:pict>
      </w:r>
      <w:r>
        <w:rPr>
          <w:rFonts w:ascii="宋体" w:hAnsi="宋体" w:eastAsia="宋体" w:cs="宋体"/>
          <w:color w:val="000000"/>
        </w:rPr>
        <w:t>据此求解即可；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选取一个数据，按照定义式子展开，化简到出现循环即可；</w:t>
      </w:r>
      <w:r>
        <w:rPr>
          <w:rFonts w:ascii="Times New Roman" w:hAnsi="Times New Roman" w:eastAsia="Times New Roman" w:cs="Times New Roman"/>
          <w:color w:val="000000"/>
        </w:rPr>
        <w:t>②</w:t>
      </w:r>
      <w:r>
        <w:rPr>
          <w:rFonts w:ascii="宋体" w:hAnsi="宋体" w:eastAsia="宋体" w:cs="宋体"/>
          <w:color w:val="000000"/>
        </w:rPr>
        <w:t>按定义式子化简，注意条件</w:t>
      </w:r>
      <w:r>
        <w:pict>
          <v:shape id="_x0000_i717401" o:spt="75" alt="学科网(www.zxxk.com)--教育资源门户，提供试卷、教案、课件、论文、素材以及各类教学资源下载，还有大量而丰富的教学相关资讯！" type="#_x0000_t75" style="height:11.25pt;width:35.25pt;" o:ole="t" filled="f" o:preferrelative="t" stroked="f" coordsize="21600,21600">
            <v:path/>
            <v:fill on="f" focussize="0,0"/>
            <v:stroke on="f" joinstyle="miter"/>
            <v:imagedata r:id="rId2480" o:title="eqIdce613eaa5df46a50174085ef5d1087fb"/>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的应用，化简到出现循环数</w:t>
      </w:r>
      <w:r>
        <w:rPr>
          <w:rFonts w:ascii="Times New Roman" w:hAnsi="Times New Roman" w:eastAsia="Times New Roman" w:cs="Times New Roman"/>
          <w:color w:val="000000"/>
        </w:rPr>
        <w:t>495</w:t>
      </w:r>
      <w:r>
        <w:rPr>
          <w:rFonts w:ascii="宋体" w:hAnsi="宋体" w:eastAsia="宋体" w:cs="宋体"/>
          <w:color w:val="000000"/>
        </w:rPr>
        <w:t>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解：由题意得</w:t>
      </w:r>
      <w:r>
        <w:pict>
          <v:shape id="_x0000_i717402" o:spt="75" alt="学科网(www.zxxk.com)--教育资源门户，提供试卷、教案、课件、论文、素材以及各类教学资源下载，还有大量而丰富的教学相关资讯！" type="#_x0000_t75" style="height:16.8pt;width:109.2pt;" o:ole="t" filled="f" o:preferrelative="t" stroked="f" coordsize="21600,21600">
            <v:path/>
            <v:fill on="f" focussize="0,0"/>
            <v:stroke on="f" joinstyle="miter"/>
            <v:imagedata r:id="rId2481" o:title="eqIde64efebd08c396a6acf0c0e96d7e6b89"/>
            <o:lock v:ext="edit" aspectratio="t"/>
            <w10:wrap type="none"/>
            <w10:anchorlock/>
          </v:shape>
        </w:pict>
      </w:r>
      <w:r>
        <w:rPr>
          <w:rFonts w:ascii="宋体" w:hAnsi="宋体" w:eastAsia="宋体" w:cs="宋体"/>
          <w:color w:val="000000"/>
        </w:rPr>
        <w:t>，</w:t>
      </w:r>
      <w:r>
        <w:pict>
          <v:shape id="_x0000_i717403" o:spt="75" alt="学科网(www.zxxk.com)--教育资源门户，提供试卷、教案、课件、论文、素材以及各类教学资源下载，还有大量而丰富的教学相关资讯！" type="#_x0000_t75" style="height:16.8pt;width:139.8pt;" o:ole="t" filled="f" o:preferrelative="t" stroked="f" coordsize="21600,21600">
            <v:path/>
            <v:fill on="f" focussize="0,0"/>
            <v:stroke on="f" joinstyle="miter"/>
            <v:imagedata r:id="rId2482" o:title="eqId905e0528356cd73635117e340c17ccc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56</w:t>
      </w:r>
      <w:r>
        <w:rPr>
          <w:rFonts w:ascii="宋体" w:hAnsi="宋体" w:eastAsia="宋体" w:cs="宋体"/>
          <w:color w:val="000000"/>
        </w:rPr>
        <w:t>；</w:t>
      </w:r>
      <w:r>
        <w:pict>
          <v:shape id="_x0000_i717404" o:spt="75" alt="学科网(www.zxxk.com)--教育资源门户，提供试卷、教案、课件、论文、素材以及各类教学资源下载，还有大量而丰富的教学相关资讯！" type="#_x0000_t75" style="height:13.75pt;width:28.3pt;" o:ole="t" filled="f" o:preferrelative="t" stroked="f" coordsize="21600,21600">
            <v:path/>
            <v:fill on="f" focussize="0,0"/>
            <v:stroke on="f" joinstyle="miter"/>
            <v:imagedata r:id="rId2483" o:title="eqId7ab1f60c8dd1e21525232c5a451139a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pict>
          <v:shape id="_x0000_i717405" o:spt="75" alt="学科网(www.zxxk.com)--教育资源门户，提供试卷、教案、课件、论文、素材以及各类教学资源下载，还有大量而丰富的教学相关资讯！" type="#_x0000_t75" style="height:21pt;width:244.2pt;" o:ole="t" filled="f" o:preferrelative="t" stroked="f" coordsize="21600,21600">
            <v:path/>
            <v:fill on="f" focussize="0,0"/>
            <v:stroke on="f" joinstyle="miter"/>
            <v:imagedata r:id="rId2484" o:title="eqId4253ec7e3952b2d4890dd3c6efeb1f93"/>
            <o:lock v:ext="edit" aspectratio="t"/>
            <w10:wrap type="none"/>
            <w10:anchorlock/>
          </v:shape>
        </w:pict>
      </w:r>
      <w:r>
        <w:rPr>
          <w:rFonts w:ascii="宋体" w:hAnsi="宋体" w:eastAsia="宋体" w:cs="宋体"/>
          <w:color w:val="000000"/>
        </w:rPr>
        <w:t>，且</w:t>
      </w:r>
      <w:r>
        <w:pict>
          <v:shape id="_x0000_i71740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485" o:title="eqId663a61ad241d5d874c9a9362f0ee917c"/>
            <o:lock v:ext="edit" aspectratio="t"/>
            <w10:wrap type="none"/>
            <w10:anchorlock/>
          </v:shape>
        </w:pict>
      </w:r>
      <w:r>
        <w:rPr>
          <w:rFonts w:ascii="宋体" w:hAnsi="宋体" w:eastAsia="宋体" w:cs="宋体"/>
          <w:color w:val="000000"/>
        </w:rPr>
        <w:t>为整数，</w:t>
      </w:r>
    </w:p>
    <w:p>
      <w:pPr>
        <w:spacing w:line="360" w:lineRule="auto"/>
        <w:jc w:val="left"/>
        <w:textAlignment w:val="center"/>
        <w:rPr>
          <w:color w:val="000000"/>
        </w:rPr>
      </w:pPr>
      <w:r>
        <w:rPr>
          <w:rFonts w:ascii="宋体" w:hAnsi="宋体" w:eastAsia="宋体" w:cs="宋体"/>
          <w:color w:val="000000"/>
        </w:rPr>
        <w:t>∴</w:t>
      </w:r>
      <w:r>
        <w:pict>
          <v:shape id="_x0000_i717407" o:spt="75" alt="学科网(www.zxxk.com)--教育资源门户，提供试卷、教案、课件、论文、素材以及各类教学资源下载，还有大量而丰富的教学相关资讯！" type="#_x0000_t75" style="height:20pt;width:47pt;" o:ole="t" filled="f" o:preferrelative="t" stroked="f" coordsize="21600,21600">
            <v:path/>
            <v:fill on="f" focussize="0,0"/>
            <v:stroke on="f" joinstyle="miter"/>
            <v:imagedata r:id="rId2486" o:title="eqId4cd083c6fd7da272a44de72ce8052298"/>
            <o:lock v:ext="edit" aspectratio="t"/>
            <w10:wrap type="none"/>
            <w10:anchorlock/>
          </v:shape>
        </w:pict>
      </w:r>
      <w:r>
        <w:rPr>
          <w:rFonts w:ascii="宋体" w:hAnsi="宋体" w:eastAsia="宋体" w:cs="宋体"/>
          <w:color w:val="000000"/>
        </w:rPr>
        <w:t>也是整数，</w:t>
      </w:r>
    </w:p>
    <w:p>
      <w:pPr>
        <w:spacing w:line="360" w:lineRule="auto"/>
        <w:jc w:val="left"/>
        <w:textAlignment w:val="center"/>
        <w:rPr>
          <w:color w:val="000000"/>
        </w:rPr>
      </w:pPr>
      <w:r>
        <w:rPr>
          <w:rFonts w:ascii="宋体" w:hAnsi="宋体" w:eastAsia="宋体" w:cs="宋体"/>
          <w:color w:val="000000"/>
        </w:rPr>
        <w:t>∴</w:t>
      </w:r>
      <w:r>
        <w:pict>
          <v:shape id="_x0000_i717408" o:spt="75" alt="学科网(www.zxxk.com)--教育资源门户，提供试卷、教案、课件、论文、素材以及各类教学资源下载，还有大量而丰富的教学相关资讯！" type="#_x0000_t75" style="height:20pt;width:47pt;" o:ole="t" filled="f" o:preferrelative="t" stroked="f" coordsize="21600,21600">
            <v:path/>
            <v:fill on="f" focussize="0,0"/>
            <v:stroke on="f" joinstyle="miter"/>
            <v:imagedata r:id="rId2487" o:title="eqId4cd083c6fd7da272a44de72ce8052298"/>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11</w:t>
      </w:r>
      <w:r>
        <w:rPr>
          <w:rFonts w:ascii="宋体" w:hAnsi="宋体" w:eastAsia="宋体" w:cs="宋体"/>
          <w:color w:val="000000"/>
        </w:rPr>
        <w:t>整除，即</w:t>
      </w:r>
      <w:r>
        <w:pict>
          <v:shape id="_x0000_i717409" o:spt="75" alt="学科网(www.zxxk.com)--教育资源门户，提供试卷、教案、课件、论文、素材以及各类教学资源下载，还有大量而丰富的教学相关资讯！" type="#_x0000_t75" style="height:17.4pt;width:39pt;" o:ole="t" filled="f" o:preferrelative="t" stroked="f" coordsize="21600,21600">
            <v:path/>
            <v:fill on="f" focussize="0,0"/>
            <v:stroke on="f" joinstyle="miter"/>
            <v:imagedata r:id="rId2488" o:title="eqId1c2cffca02414344bc92f2482a7751af"/>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11</w:t>
      </w:r>
      <w:r>
        <w:rPr>
          <w:rFonts w:ascii="宋体" w:hAnsi="宋体" w:eastAsia="宋体" w:cs="宋体"/>
          <w:color w:val="000000"/>
        </w:rPr>
        <w:t>整除；</w:t>
      </w:r>
    </w:p>
    <w:p>
      <w:pPr>
        <w:spacing w:line="360" w:lineRule="auto"/>
        <w:jc w:val="left"/>
        <w:textAlignment w:val="center"/>
        <w:rPr>
          <w:color w:val="000000"/>
        </w:rPr>
      </w:pPr>
      <w:r>
        <w:rPr>
          <w:rFonts w:ascii="宋体" w:hAnsi="宋体" w:eastAsia="宋体" w:cs="宋体"/>
          <w:color w:val="000000"/>
        </w:rPr>
        <w:t>∵</w:t>
      </w:r>
      <w:r>
        <w:pict>
          <v:shape id="_x0000_i717410" o:spt="75" alt="学科网(www.zxxk.com)--教育资源门户，提供试卷、教案、课件、论文、素材以及各类教学资源下载，还有大量而丰富的教学相关资讯！" type="#_x0000_t75" style="height:21pt;width:241.2pt;" o:ole="t" filled="f" o:preferrelative="t" stroked="f" coordsize="21600,21600">
            <v:path/>
            <v:fill on="f" focussize="0,0"/>
            <v:stroke on="f" joinstyle="miter"/>
            <v:imagedata r:id="rId2489" o:title="eqId85bc3b619e52db855e6296d4412e4cb0"/>
            <o:lock v:ext="edit" aspectratio="t"/>
            <w10:wrap type="none"/>
            <w10:anchorlock/>
          </v:shape>
        </w:pict>
      </w:r>
      <w:r>
        <w:rPr>
          <w:rFonts w:ascii="宋体" w:hAnsi="宋体" w:eastAsia="宋体" w:cs="宋体"/>
          <w:color w:val="000000"/>
        </w:rPr>
        <w:t>，且</w:t>
      </w:r>
      <w:r>
        <w:pict>
          <v:shape id="_x0000_i717411"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490" o:title="eqId663a61ad241d5d874c9a9362f0ee917c"/>
            <o:lock v:ext="edit" aspectratio="t"/>
            <w10:wrap type="none"/>
            <w10:anchorlock/>
          </v:shape>
        </w:pict>
      </w:r>
      <w:r>
        <w:rPr>
          <w:rFonts w:ascii="宋体" w:hAnsi="宋体" w:eastAsia="宋体" w:cs="宋体"/>
          <w:color w:val="000000"/>
        </w:rPr>
        <w:t>为整数，</w:t>
      </w:r>
    </w:p>
    <w:p>
      <w:pPr>
        <w:spacing w:line="360" w:lineRule="auto"/>
        <w:jc w:val="left"/>
        <w:textAlignment w:val="center"/>
        <w:rPr>
          <w:color w:val="000000"/>
        </w:rPr>
      </w:pPr>
      <w:r>
        <w:rPr>
          <w:rFonts w:ascii="宋体" w:hAnsi="宋体" w:eastAsia="宋体" w:cs="宋体"/>
          <w:color w:val="000000"/>
        </w:rPr>
        <w:t>∴</w:t>
      </w:r>
      <w:r>
        <w:pict>
          <v:shape id="_x0000_i717412" o:spt="75" alt="学科网(www.zxxk.com)--教育资源门户，提供试卷、教案、课件、论文、素材以及各类教学资源下载，还有大量而丰富的教学相关资讯！" type="#_x0000_t75" style="height:19.8pt;width:43.8pt;" o:ole="t" filled="f" o:preferrelative="t" stroked="f" coordsize="21600,21600">
            <v:path/>
            <v:fill on="f" focussize="0,0"/>
            <v:stroke on="f" joinstyle="miter"/>
            <v:imagedata r:id="rId2491" o:title="eqId116770f58ae09ed080c7a8cfb6903f91"/>
            <o:lock v:ext="edit" aspectratio="t"/>
            <w10:wrap type="none"/>
            <w10:anchorlock/>
          </v:shape>
        </w:pict>
      </w:r>
      <w:r>
        <w:rPr>
          <w:rFonts w:ascii="宋体" w:hAnsi="宋体" w:eastAsia="宋体" w:cs="宋体"/>
          <w:color w:val="000000"/>
        </w:rPr>
        <w:t>也是整数，</w:t>
      </w:r>
    </w:p>
    <w:p>
      <w:pPr>
        <w:spacing w:line="360" w:lineRule="auto"/>
        <w:jc w:val="left"/>
        <w:textAlignment w:val="center"/>
        <w:rPr>
          <w:color w:val="000000"/>
        </w:rPr>
      </w:pPr>
      <w:r>
        <w:rPr>
          <w:rFonts w:ascii="宋体" w:hAnsi="宋体" w:eastAsia="宋体" w:cs="宋体"/>
          <w:color w:val="000000"/>
        </w:rPr>
        <w:t>∴</w:t>
      </w:r>
      <w:r>
        <w:pict>
          <v:shape id="_x0000_i717413" o:spt="75" alt="学科网(www.zxxk.com)--教育资源门户，提供试卷、教案、课件、论文、素材以及各类教学资源下载，还有大量而丰富的教学相关资讯！" type="#_x0000_t75" style="height:19.8pt;width:43.8pt;" o:ole="t" filled="f" o:preferrelative="t" stroked="f" coordsize="21600,21600">
            <v:path/>
            <v:fill on="f" focussize="0,0"/>
            <v:stroke on="f" joinstyle="miter"/>
            <v:imagedata r:id="rId2492" o:title="eqId116770f58ae09ed080c7a8cfb6903f91"/>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9</w:t>
      </w:r>
      <w:r>
        <w:rPr>
          <w:rFonts w:ascii="宋体" w:hAnsi="宋体" w:eastAsia="宋体" w:cs="宋体"/>
          <w:color w:val="000000"/>
        </w:rPr>
        <w:t>整除，即</w:t>
      </w:r>
      <w:r>
        <w:pict>
          <v:shape id="_x0000_i717414" o:spt="75" alt="学科网(www.zxxk.com)--教育资源门户，提供试卷、教案、课件、论文、素材以及各类教学资源下载，还有大量而丰富的教学相关资讯！" type="#_x0000_t75" style="height:17.25pt;width:38.25pt;" o:ole="t" filled="f" o:preferrelative="t" stroked="f" coordsize="21600,21600">
            <v:path/>
            <v:fill on="f" focussize="0,0"/>
            <v:stroke on="f" joinstyle="miter"/>
            <v:imagedata r:id="rId2493" o:title="eqId2265035ea64e913396128b9c7a838cb9"/>
            <o:lock v:ext="edit" aspectratio="t"/>
            <w10:wrap type="none"/>
            <w10:anchorlock/>
          </v:shape>
        </w:pict>
      </w:r>
      <w:r>
        <w:rPr>
          <w:rFonts w:ascii="宋体" w:hAnsi="宋体" w:eastAsia="宋体" w:cs="宋体"/>
          <w:color w:val="000000"/>
        </w:rPr>
        <w:t>一定能被</w:t>
      </w:r>
      <w:r>
        <w:rPr>
          <w:rFonts w:ascii="Times New Roman" w:hAnsi="Times New Roman" w:eastAsia="Times New Roman" w:cs="Times New Roman"/>
          <w:color w:val="000000"/>
        </w:rPr>
        <w:t>9</w:t>
      </w:r>
      <w:r>
        <w:rPr>
          <w:rFonts w:ascii="宋体" w:hAnsi="宋体" w:eastAsia="宋体" w:cs="宋体"/>
          <w:color w:val="000000"/>
        </w:rPr>
        <w:t>整除；</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解：①若选的数为</w:t>
      </w:r>
      <w:r>
        <w:rPr>
          <w:rFonts w:ascii="Times New Roman" w:hAnsi="Times New Roman" w:eastAsia="Times New Roman" w:cs="Times New Roman"/>
          <w:color w:val="000000"/>
        </w:rPr>
        <w:t>325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7415" o:spt="75" alt="学科网(www.zxxk.com)--教育资源门户，提供试卷、教案、课件、论文、素材以及各类教学资源下载，还有大量而丰富的教学相关资讯！" type="#_x0000_t75" style="height:14pt;width:80pt;" o:ole="t" filled="f" o:preferrelative="t" stroked="f" coordsize="21600,21600">
            <v:path/>
            <v:fill on="f" focussize="0,0"/>
            <v:stroke on="f" joinstyle="miter"/>
            <v:imagedata r:id="rId2494" o:title="eqId3cc22fc21ac02ebad05777657208f28c"/>
            <o:lock v:ext="edit" aspectratio="t"/>
            <w10:wrap type="none"/>
            <w10:anchorlock/>
          </v:shape>
        </w:pict>
      </w:r>
      <w:r>
        <w:rPr>
          <w:rFonts w:ascii="宋体" w:hAnsi="宋体" w:eastAsia="宋体" w:cs="宋体"/>
          <w:color w:val="000000"/>
        </w:rPr>
        <w:t>，以下按照上述规则的性质计算：</w:t>
      </w:r>
    </w:p>
    <w:p>
      <w:pPr>
        <w:spacing w:line="360" w:lineRule="auto"/>
        <w:jc w:val="left"/>
        <w:textAlignment w:val="center"/>
        <w:rPr>
          <w:color w:val="000000"/>
        </w:rPr>
      </w:pPr>
      <w:r>
        <w:pict>
          <v:shape id="_x0000_i717416"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2495" o:title="eqIdd7708bd4165e0235ad3a1ab2576e52a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417"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2496" o:title="eqId9bfbd3f10081eb2ec06792e73598f64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418" o:spt="75" alt="学科网(www.zxxk.com)--教育资源门户，提供试卷、教案、课件、论文、素材以及各类教学资源下载，还有大量而丰富的教学相关资讯！" type="#_x0000_t75" style="height:14.25pt;width:80.25pt;" o:ole="t" filled="f" o:preferrelative="t" stroked="f" coordsize="21600,21600">
            <v:path/>
            <v:fill on="f" focussize="0,0"/>
            <v:stroke on="f" joinstyle="miter"/>
            <v:imagedata r:id="rId2497" o:title="eqIda1f5fa79b53e4334575e2679341c3b5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419" o:spt="75" alt="学科网(www.zxxk.com)--教育资源门户，提供试卷、教案、课件、论文、素材以及各类教学资源下载，还有大量而丰富的教学相关资讯！" type="#_x0000_t75" style="height:14.25pt;width:80.25pt;" o:ole="t" filled="f" o:preferrelative="t" stroked="f" coordsize="21600,21600">
            <v:path/>
            <v:fill on="f" focussize="0,0"/>
            <v:stroke on="f" joinstyle="miter"/>
            <v:imagedata r:id="rId2498" o:title="eqIda1f5fa79b53e4334575e2679341c3b52"/>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“卡普雷卡尔黑洞数”是</w:t>
      </w:r>
      <w:r>
        <w:rPr>
          <w:rFonts w:ascii="Times New Roman" w:hAnsi="Times New Roman" w:eastAsia="Times New Roman" w:cs="Times New Roman"/>
          <w:color w:val="000000"/>
        </w:rPr>
        <w:t>495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495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②当任选的三位数为</w:t>
      </w:r>
      <w:r>
        <w:pict>
          <v:shape id="_x0000_i717420" o:spt="75" alt="学科网(www.zxxk.com)--教育资源门户，提供试卷、教案、课件、论文、素材以及各类教学资源下载，还有大量而丰富的教学相关资讯！" type="#_x0000_t75" style="height:17.25pt;width:21pt;" o:ole="t" filled="f" o:preferrelative="t" stroked="f" coordsize="21600,21600">
            <v:path/>
            <v:fill on="f" focussize="0,0"/>
            <v:stroke on="f" joinstyle="miter"/>
            <v:imagedata r:id="rId2499" o:title="eqIda675d752761f68640cb84085823063bf"/>
            <o:lock v:ext="edit" aspectratio="t"/>
            <w10:wrap type="none"/>
            <w10:anchorlock/>
          </v:shape>
        </w:pict>
      </w:r>
      <w:r>
        <w:rPr>
          <w:rFonts w:ascii="宋体" w:hAnsi="宋体" w:eastAsia="宋体" w:cs="宋体"/>
          <w:color w:val="000000"/>
        </w:rPr>
        <w:t>时，第一次运算后得：</w:t>
      </w:r>
    </w:p>
    <w:p>
      <w:pPr>
        <w:spacing w:line="360" w:lineRule="auto"/>
        <w:jc w:val="left"/>
        <w:textAlignment w:val="center"/>
        <w:rPr>
          <w:color w:val="000000"/>
        </w:rPr>
      </w:pPr>
      <w:r>
        <w:pict>
          <v:shape id="_x0000_i717421" o:spt="75" alt="学科网(www.zxxk.com)--教育资源门户，提供试卷、教案、课件、论文、素材以及各类教学资源下载，还有大量而丰富的教学相关资讯！" type="#_x0000_t75" style="height:19.5pt;width:213.75pt;" o:ole="t" filled="f" o:preferrelative="t" stroked="f" coordsize="21600,21600">
            <v:path/>
            <v:fill on="f" focussize="0,0"/>
            <v:stroke on="f" joinstyle="miter"/>
            <v:imagedata r:id="rId2500" o:title="eqIda662d2bc218aebc5cf66932903a0cba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结果为</w:t>
      </w:r>
      <w:r>
        <w:rPr>
          <w:rFonts w:ascii="Times New Roman" w:hAnsi="Times New Roman" w:eastAsia="Times New Roman" w:cs="Times New Roman"/>
          <w:color w:val="000000"/>
        </w:rPr>
        <w:t>99</w:t>
      </w:r>
      <w:r>
        <w:rPr>
          <w:rFonts w:ascii="宋体" w:hAnsi="宋体" w:eastAsia="宋体" w:cs="宋体"/>
          <w:color w:val="000000"/>
        </w:rPr>
        <w:t>的倍数，</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422" o:spt="75" alt="学科网(www.zxxk.com)--教育资源门户，提供试卷、教案、课件、论文、素材以及各类教学资源下载，还有大量而丰富的教学相关资讯！" type="#_x0000_t75" style="height:11.25pt;width:35.25pt;" o:ole="t" filled="f" o:preferrelative="t" stroked="f" coordsize="21600,21600">
            <v:path/>
            <v:fill on="f" focussize="0,0"/>
            <v:stroke on="f" joinstyle="miter"/>
            <v:imagedata r:id="rId2501" o:title="eqIdce613eaa5df46a50174085ef5d1087f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423" o:spt="75" alt="学科网(www.zxxk.com)--教育资源门户，提供试卷、教案、课件、论文、素材以及各类教学资源下载，还有大量而丰富的教学相关资讯！" type="#_x0000_t75" style="height:14.25pt;width:75.75pt;" o:ole="t" filled="f" o:preferrelative="t" stroked="f" coordsize="21600,21600">
            <v:path/>
            <v:fill on="f" focussize="0,0"/>
            <v:stroke on="f" joinstyle="miter"/>
            <v:imagedata r:id="rId2502" o:title="eqIdb0f54afebc18e060c7798452de657b7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424"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2503" o:title="eqId3c3bbd43f99235538182e4775a01c4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rPr>
          <w:rFonts w:ascii="Times New Roman" w:hAnsi="Times New Roman" w:eastAsia="Times New Roman" w:cs="Times New Roman"/>
          <w:color w:val="000000"/>
        </w:rPr>
        <w:t>∵</w:t>
      </w:r>
      <w:r>
        <w:pict>
          <v:shape id="_x0000_i717425"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2504" o:title="eqId01865f53bf8438d475d9c2b9ebe0fae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426"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2505" o:title="eqIdbecf61736b0180788cc7afe59675542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427" o:spt="75" alt="学科网(www.zxxk.com)--教育资源门户，提供试卷、教案、课件、论文、素材以及各类教学资源下载，还有大量而丰富的教学相关资讯！" type="#_x0000_t75" style="height:13.8pt;width:96pt;" o:ole="t" filled="f" o:preferrelative="t" stroked="f" coordsize="21600,21600">
            <v:path/>
            <v:fill on="f" focussize="0,0"/>
            <v:stroke on="f" joinstyle="miter"/>
            <v:imagedata r:id="rId2506" o:title="eqId00aca25d6399af49c197fbbea1b0eed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第一次运算后可能得到：</w:t>
      </w:r>
      <w:r>
        <w:rPr>
          <w:rFonts w:ascii="Times New Roman" w:hAnsi="Times New Roman" w:eastAsia="Times New Roman" w:cs="Times New Roman"/>
          <w:color w:val="000000"/>
        </w:rPr>
        <w:t>198</w:t>
      </w:r>
      <w:r>
        <w:rPr>
          <w:rFonts w:ascii="宋体" w:hAnsi="宋体" w:eastAsia="宋体" w:cs="宋体"/>
          <w:color w:val="000000"/>
        </w:rPr>
        <w:t>，</w:t>
      </w:r>
      <w:r>
        <w:rPr>
          <w:rFonts w:ascii="Times New Roman" w:hAnsi="Times New Roman" w:eastAsia="Times New Roman" w:cs="Times New Roman"/>
          <w:color w:val="000000"/>
        </w:rPr>
        <w:t>297</w:t>
      </w:r>
      <w:r>
        <w:rPr>
          <w:rFonts w:ascii="宋体" w:hAnsi="宋体" w:eastAsia="宋体" w:cs="宋体"/>
          <w:color w:val="000000"/>
        </w:rPr>
        <w:t>，</w:t>
      </w:r>
      <w:r>
        <w:rPr>
          <w:rFonts w:ascii="Times New Roman" w:hAnsi="Times New Roman" w:eastAsia="Times New Roman" w:cs="Times New Roman"/>
          <w:color w:val="000000"/>
        </w:rPr>
        <w:t>396</w:t>
      </w:r>
      <w:r>
        <w:rPr>
          <w:rFonts w:ascii="宋体" w:hAnsi="宋体" w:eastAsia="宋体" w:cs="宋体"/>
          <w:color w:val="000000"/>
        </w:rPr>
        <w:t>，</w:t>
      </w:r>
      <w:r>
        <w:rPr>
          <w:rFonts w:ascii="Times New Roman" w:hAnsi="Times New Roman" w:eastAsia="Times New Roman" w:cs="Times New Roman"/>
          <w:color w:val="000000"/>
        </w:rPr>
        <w:t>496</w:t>
      </w:r>
      <w:r>
        <w:rPr>
          <w:rFonts w:ascii="宋体" w:hAnsi="宋体" w:eastAsia="宋体" w:cs="宋体"/>
          <w:color w:val="000000"/>
        </w:rPr>
        <w:t>，</w:t>
      </w:r>
      <w:r>
        <w:rPr>
          <w:rFonts w:ascii="Times New Roman" w:hAnsi="Times New Roman" w:eastAsia="Times New Roman" w:cs="Times New Roman"/>
          <w:color w:val="000000"/>
        </w:rPr>
        <w:t>594</w:t>
      </w:r>
      <w:r>
        <w:rPr>
          <w:rFonts w:ascii="宋体" w:hAnsi="宋体" w:eastAsia="宋体" w:cs="宋体"/>
          <w:color w:val="000000"/>
        </w:rPr>
        <w:t>，</w:t>
      </w:r>
      <w:r>
        <w:rPr>
          <w:rFonts w:ascii="Times New Roman" w:hAnsi="Times New Roman" w:eastAsia="Times New Roman" w:cs="Times New Roman"/>
          <w:color w:val="000000"/>
        </w:rPr>
        <w:t>693</w:t>
      </w:r>
      <w:r>
        <w:rPr>
          <w:rFonts w:ascii="宋体" w:hAnsi="宋体" w:eastAsia="宋体" w:cs="宋体"/>
          <w:color w:val="000000"/>
        </w:rPr>
        <w:t>，</w:t>
      </w:r>
      <w:r>
        <w:rPr>
          <w:rFonts w:ascii="Times New Roman" w:hAnsi="Times New Roman" w:eastAsia="Times New Roman" w:cs="Times New Roman"/>
          <w:color w:val="000000"/>
        </w:rPr>
        <w:t>792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再让这些数字经过运算，分别可以得到：</w:t>
      </w:r>
    </w:p>
    <w:p>
      <w:pPr>
        <w:spacing w:line="360" w:lineRule="auto"/>
        <w:jc w:val="left"/>
        <w:textAlignment w:val="center"/>
        <w:rPr>
          <w:color w:val="000000"/>
        </w:rPr>
      </w:pPr>
      <w:r>
        <w:pict>
          <v:shape id="_x0000_i717428"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2507" o:title="eqIdc5c533aabe236582a70671edc1e9ba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429"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2508" o:title="eqIdd7708bd4165e0235ad3a1ab2576e52a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430" o:spt="75" alt="学科网(www.zxxk.com)--教育资源门户，提供试卷、教案、课件、论文、素材以及各类教学资源下载，还有大量而丰富的教学相关资讯！" type="#_x0000_t75" style="height:13.8pt;width:79.8pt;" o:ole="t" filled="f" o:preferrelative="t" stroked="f" coordsize="21600,21600">
            <v:path/>
            <v:fill on="f" focussize="0,0"/>
            <v:stroke on="f" joinstyle="miter"/>
            <v:imagedata r:id="rId2509" o:title="eqIde42edb62d4e2b4e9c9a3968a3c147ee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431"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2510" o:title="eqId9bfbd3f10081eb2ec06792e73598f64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432" o:spt="75" alt="学科网(www.zxxk.com)--教育资源门户，提供试卷、教案、课件、论文、素材以及各类教学资源下载，还有大量而丰富的教学相关资讯！" type="#_x0000_t75" style="height:14.25pt;width:80.25pt;" o:ole="t" filled="f" o:preferrelative="t" stroked="f" coordsize="21600,21600">
            <v:path/>
            <v:fill on="f" focussize="0,0"/>
            <v:stroke on="f" joinstyle="miter"/>
            <v:imagedata r:id="rId2511" o:title="eqIda1f5fa79b53e4334575e2679341c3b5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433" o:spt="75" alt="学科网(www.zxxk.com)--教育资源门户，提供试卷、教案、课件、论文、素材以及各类教学资源下载，还有大量而丰富的教学相关资讯！" type="#_x0000_t75" style="height:14.25pt;width:80.25pt;" o:ole="t" filled="f" o:preferrelative="t" stroked="f" coordsize="21600,21600">
            <v:path/>
            <v:fill on="f" focussize="0,0"/>
            <v:stroke on="f" joinstyle="miter"/>
            <v:imagedata r:id="rId2512" o:title="eqIda1f5fa79b53e4334575e2679341c3b5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可以得到“卡普雷卡尔黑洞数”是</w:t>
      </w:r>
      <w:r>
        <w:rPr>
          <w:rFonts w:ascii="Times New Roman" w:hAnsi="Times New Roman" w:eastAsia="Times New Roman" w:cs="Times New Roman"/>
          <w:color w:val="000000"/>
        </w:rPr>
        <w:t>495</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本题主要考查了整式</w:t>
      </w:r>
      <w:r>
        <w:rPr>
          <w:rFonts w:ascii="宋体" w:hAnsi="宋体" w:eastAsia="宋体" w:cs="宋体"/>
          <w:color w:val="000000"/>
          <w:position w:val="0"/>
        </w:rPr>
        <w:drawing>
          <wp:inline distT="0" distB="0" distL="114300" distR="114300">
            <wp:extent cx="133350" cy="177800"/>
            <wp:effectExtent l="0" t="0" r="0" b="0"/>
            <wp:docPr id="3687" name="图片 98427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 name="图片 984277706"/>
                    <pic:cNvPicPr>
                      <a:picLocks noChangeAspect="1"/>
                    </pic:cNvPicPr>
                  </pic:nvPicPr>
                  <pic:blipFill>
                    <a:blip r:embed="rId25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加减计算，有理数加减计算，正确理解题意是解题的关键．</w:t>
      </w:r>
    </w:p>
    <w:p>
      <w:pPr>
        <w:pStyle w:val="Heading2"/>
      </w:pPr>
      <w:r>
        <w:t>海淀区</w:t>
      </w:r>
    </w:p>
    <w:p>
      <w:pPr>
        <w:spacing w:line="360" w:lineRule="auto"/>
        <w:jc w:val="both"/>
        <w:textAlignment w:val="center"/>
        <w:rPr>
          <w:color w:val="000000"/>
        </w:rPr>
      </w:pPr>
      <w:r>
        <w:rPr>
          <w:color w:val="000000"/>
        </w:rPr>
        <w:t xml:space="preserve">25. </w:t>
      </w:r>
      <w:r>
        <w:rPr>
          <w:rFonts w:ascii="宋体" w:hAnsi="宋体" w:eastAsia="宋体" w:cs="宋体"/>
          <w:color w:val="000000"/>
        </w:rPr>
        <w:t>小明用一些圆形卡片和正方形卡片做游戏．</w:t>
      </w:r>
    </w:p>
    <w:p>
      <w:pPr>
        <w:spacing w:line="360" w:lineRule="auto"/>
        <w:jc w:val="both"/>
        <w:textAlignment w:val="center"/>
        <w:rPr>
          <w:color w:val="000000"/>
        </w:rPr>
      </w:pPr>
      <w:r>
        <w:rPr>
          <w:rFonts w:ascii="宋体" w:hAnsi="宋体" w:eastAsia="宋体" w:cs="宋体"/>
          <w:color w:val="000000"/>
        </w:rPr>
        <w:t>游戏规则：</w:t>
      </w:r>
    </w:p>
    <w:p>
      <w:pPr>
        <w:spacing w:line="360" w:lineRule="auto"/>
        <w:jc w:val="both"/>
        <w:textAlignment w:val="center"/>
        <w:rPr>
          <w:color w:val="000000"/>
        </w:rPr>
      </w:pPr>
      <w:r>
        <w:rPr>
          <w:rFonts w:ascii="宋体" w:hAnsi="宋体" w:eastAsia="宋体" w:cs="宋体"/>
          <w:color w:val="000000"/>
        </w:rPr>
        <w:t>在每张圆形卡片左侧相邻位置添加一张正方形卡片，在每张正方形卡片左侧相邻位置添加一张圆形卡片．</w:t>
      </w:r>
    </w:p>
    <w:p>
      <w:pPr>
        <w:spacing w:line="360" w:lineRule="auto"/>
        <w:jc w:val="both"/>
        <w:textAlignment w:val="center"/>
        <w:rPr>
          <w:color w:val="000000"/>
        </w:rPr>
      </w:pPr>
      <w:r>
        <w:rPr>
          <w:rFonts w:ascii="宋体" w:hAnsi="宋体" w:eastAsia="宋体" w:cs="宋体"/>
          <w:color w:val="000000"/>
        </w:rPr>
        <w:t>游戏步骤：</w:t>
      </w:r>
    </w:p>
    <w:p>
      <w:pPr>
        <w:spacing w:line="360" w:lineRule="auto"/>
        <w:jc w:val="both"/>
        <w:textAlignment w:val="center"/>
        <w:rPr>
          <w:color w:val="000000"/>
        </w:rPr>
      </w:pPr>
      <w:r>
        <w:rPr>
          <w:rFonts w:ascii="宋体" w:hAnsi="宋体" w:eastAsia="宋体" w:cs="宋体"/>
          <w:color w:val="000000"/>
        </w:rPr>
        <w:t>第一次游戏操作：将初始的若干张卡片排成一排，按照游戏规则操作，得到一排新的卡片；</w:t>
      </w:r>
    </w:p>
    <w:p>
      <w:pPr>
        <w:spacing w:line="360" w:lineRule="auto"/>
        <w:jc w:val="both"/>
        <w:textAlignment w:val="center"/>
        <w:rPr>
          <w:color w:val="000000"/>
        </w:rPr>
      </w:pPr>
      <w:r>
        <w:rPr>
          <w:rFonts w:ascii="宋体" w:hAnsi="宋体" w:eastAsia="宋体" w:cs="宋体"/>
          <w:color w:val="000000"/>
        </w:rPr>
        <w:t>第二次游戏操作：在第一次游戏得到的结果上再按照游戏规则操作，又得到一排新的卡片；</w:t>
      </w:r>
    </w:p>
    <w:p>
      <w:pPr>
        <w:spacing w:line="360" w:lineRule="auto"/>
        <w:jc w:val="both"/>
        <w:textAlignment w:val="center"/>
        <w:rPr>
          <w:color w:val="000000"/>
        </w:rPr>
      </w:pP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以此类推，后续每一次游戏操作都是在上一次游戏的结果上进行的．</w:t>
      </w:r>
    </w:p>
    <w:p>
      <w:pPr>
        <w:spacing w:line="360" w:lineRule="auto"/>
        <w:jc w:val="both"/>
        <w:textAlignment w:val="center"/>
        <w:rPr>
          <w:color w:val="000000"/>
        </w:rPr>
      </w:pPr>
      <w:r>
        <w:rPr>
          <w:rFonts w:ascii="宋体" w:hAnsi="宋体" w:eastAsia="宋体" w:cs="宋体"/>
          <w:color w:val="000000"/>
        </w:rPr>
        <w:t>例如：小明初始得到的是一张正方形卡片和一张圆形卡片，排成一排，如下图所示：</w:t>
      </w:r>
    </w:p>
    <w:p>
      <w:pPr>
        <w:spacing w:line="360" w:lineRule="auto"/>
        <w:jc w:val="both"/>
        <w:textAlignment w:val="center"/>
        <w:rPr>
          <w:color w:val="000000"/>
        </w:rPr>
      </w:pPr>
      <w:r>
        <w:rPr>
          <w:color w:val="000000"/>
        </w:rPr>
        <w:drawing>
          <wp:inline distT="0" distB="0" distL="114300" distR="114300">
            <wp:extent cx="742950" cy="333375"/>
            <wp:effectExtent l="0" t="0" r="0" b="0"/>
            <wp:docPr id="3689"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0" name="图片 100015" descr="学科网(www.zxxk.com)--教育资源门户，提供试卷、教案、课件、论文、素材以及各类教学资源下载，还有大量而丰富的教学相关资讯！"/>
                    <pic:cNvPicPr>
                      <a:picLocks noChangeAspect="1"/>
                    </pic:cNvPicPr>
                  </pic:nvPicPr>
                  <pic:blipFill>
                    <a:blip r:embed="rId2514"/>
                    <a:stretch>
                      <a:fillRect/>
                    </a:stretch>
                  </pic:blipFill>
                  <pic:spPr>
                    <a:xfrm>
                      <a:off x="0" y="0"/>
                      <a:ext cx="742950" cy="3333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第一次游戏操作后得到的卡片如下图所示：</w:t>
      </w:r>
    </w:p>
    <w:p>
      <w:pPr>
        <w:spacing w:line="360" w:lineRule="auto"/>
        <w:jc w:val="both"/>
        <w:textAlignment w:val="center"/>
        <w:rPr>
          <w:color w:val="000000"/>
        </w:rPr>
      </w:pPr>
      <w:r>
        <w:rPr>
          <w:color w:val="000000"/>
        </w:rPr>
        <w:drawing>
          <wp:inline distT="0" distB="0" distL="114300" distR="114300">
            <wp:extent cx="1362075" cy="371475"/>
            <wp:effectExtent l="0" t="0" r="0" b="0"/>
            <wp:docPr id="3691"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 name="图片 100017" descr="学科网(www.zxxk.com)--教育资源门户，提供试卷、教案、课件、论文、素材以及各类教学资源下载，还有大量而丰富的教学相关资讯！"/>
                    <pic:cNvPicPr>
                      <a:picLocks noChangeAspect="1"/>
                    </pic:cNvPicPr>
                  </pic:nvPicPr>
                  <pic:blipFill>
                    <a:blip r:embed="rId2515"/>
                    <a:stretch>
                      <a:fillRect/>
                    </a:stretch>
                  </pic:blipFill>
                  <pic:spPr>
                    <a:xfrm>
                      <a:off x="0" y="0"/>
                      <a:ext cx="1362075" cy="3714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得到的卡片从左到右简记为：圆，方，方，圆．</w:t>
      </w:r>
    </w:p>
    <w:p>
      <w:pPr>
        <w:spacing w:line="360" w:lineRule="auto"/>
        <w:jc w:val="left"/>
        <w:textAlignment w:val="center"/>
        <w:rPr>
          <w:color w:val="000000"/>
        </w:rPr>
      </w:pPr>
      <w:r>
        <w:rPr>
          <w:color w:val="000000"/>
        </w:rPr>
        <w:t>（1）</w:t>
      </w:r>
      <w:r>
        <w:rPr>
          <w:rFonts w:ascii="宋体" w:hAnsi="宋体" w:eastAsia="宋体" w:cs="宋体"/>
          <w:color w:val="000000"/>
        </w:rPr>
        <w:t>若小明初始得到的是两张正方形卡片，则第一次游戏操作后得到的卡片从左到右简记为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若小明初始得到若干张卡片，第二次游戏操作后的结果如下图所示，则他初始得到的卡片从左到右简记为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4667250" cy="409575"/>
            <wp:effectExtent l="0" t="0" r="0" b="0"/>
            <wp:docPr id="3693"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 name="图片 100019" descr="学科网(www.zxxk.com)--教育资源门户，提供试卷、教案、课件、论文、素材以及各类教学资源下载，还有大量而丰富的教学相关资讯！"/>
                    <pic:cNvPicPr>
                      <a:picLocks noChangeAspect="1"/>
                    </pic:cNvPicPr>
                  </pic:nvPicPr>
                  <pic:blipFill>
                    <a:blip r:embed="rId2516"/>
                    <a:stretch>
                      <a:fillRect/>
                    </a:stretch>
                  </pic:blipFill>
                  <pic:spPr>
                    <a:xfrm>
                      <a:off x="0" y="0"/>
                      <a:ext cx="4667250" cy="409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若小明初始得到五张卡片，则第二次游戏操作后至少有</w:t>
      </w:r>
      <w:r>
        <w:rPr>
          <w:rFonts w:ascii="Times New Roman" w:hAnsi="Times New Roman" w:eastAsia="Times New Roman" w:cs="Times New Roman"/>
          <w:color w:val="000000"/>
        </w:rPr>
        <w:t>______</w:t>
      </w:r>
      <w:r>
        <w:rPr>
          <w:rFonts w:ascii="宋体" w:hAnsi="宋体" w:eastAsia="宋体" w:cs="宋体"/>
          <w:color w:val="000000"/>
        </w:rPr>
        <w:t>对位置相邻且形状相同的卡片．</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圆，方，圆，方；</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方，圆，方；</w:t>
      </w:r>
      <w:r>
        <w:rPr>
          <w:color w:val="000000"/>
        </w:rPr>
        <w:t xml:space="preserve">    （3）</w:t>
      </w:r>
      <w:r>
        <w:pict>
          <v:shape id="_x0000_i717434"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517" o:title="eqIdd91e07104b699c4012be2d26160976a2"/>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pict>
          <v:shape id="_x0000_i71743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518" o:title="eqIdbdaa19de263700a15fcf213d64a8cd57"/>
            <o:lock v:ext="edit" aspectratio="t"/>
            <w10:wrap type="none"/>
            <w10:anchorlock/>
          </v:shape>
        </w:pict>
      </w:r>
      <w:r>
        <w:rPr>
          <w:rFonts w:ascii="宋体" w:hAnsi="宋体" w:eastAsia="宋体" w:cs="宋体"/>
          <w:color w:val="000000"/>
        </w:rPr>
        <w:t>）根据游戏规则即可求解；</w:t>
      </w:r>
    </w:p>
    <w:p>
      <w:pPr>
        <w:spacing w:line="360" w:lineRule="auto"/>
        <w:jc w:val="left"/>
        <w:textAlignment w:val="center"/>
        <w:rPr>
          <w:color w:val="000000"/>
        </w:rPr>
      </w:pPr>
      <w:r>
        <w:rPr>
          <w:rFonts w:ascii="宋体" w:hAnsi="宋体" w:eastAsia="宋体" w:cs="宋体"/>
          <w:color w:val="000000"/>
        </w:rPr>
        <w:t>（</w:t>
      </w:r>
      <w:r>
        <w:pict>
          <v:shape id="_x0000_i71743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519" o:title="eqId61128ab996360a038e6e64d82fcba004"/>
            <o:lock v:ext="edit" aspectratio="t"/>
            <w10:wrap type="none"/>
            <w10:anchorlock/>
          </v:shape>
        </w:pict>
      </w:r>
      <w:r>
        <w:rPr>
          <w:rFonts w:ascii="宋体" w:hAnsi="宋体" w:eastAsia="宋体" w:cs="宋体"/>
          <w:color w:val="000000"/>
        </w:rPr>
        <w:t>）根据游戏规则即可求解；</w:t>
      </w:r>
    </w:p>
    <w:p>
      <w:pPr>
        <w:spacing w:line="360" w:lineRule="auto"/>
        <w:jc w:val="left"/>
        <w:textAlignment w:val="center"/>
        <w:rPr>
          <w:color w:val="000000"/>
        </w:rPr>
      </w:pPr>
      <w:r>
        <w:rPr>
          <w:rFonts w:ascii="宋体" w:hAnsi="宋体" w:eastAsia="宋体" w:cs="宋体"/>
          <w:color w:val="000000"/>
        </w:rPr>
        <w:t>（</w:t>
      </w:r>
      <w:r>
        <w:pict>
          <v:shape id="_x0000_i717437"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520" o:title="eqId5ca7d1107389675d32b56ec097464c14"/>
            <o:lock v:ext="edit" aspectratio="t"/>
            <w10:wrap type="none"/>
            <w10:anchorlock/>
          </v:shape>
        </w:pict>
      </w:r>
      <w:r>
        <w:rPr>
          <w:rFonts w:ascii="宋体" w:hAnsi="宋体" w:eastAsia="宋体" w:cs="宋体"/>
          <w:color w:val="000000"/>
        </w:rPr>
        <w:t>）根据游戏规则即可求解．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根据游戏规则，第一次游戏操作后如图：</w:t>
      </w:r>
    </w:p>
    <w:p>
      <w:pPr>
        <w:spacing w:line="360" w:lineRule="auto"/>
        <w:jc w:val="left"/>
        <w:textAlignment w:val="center"/>
        <w:rPr>
          <w:color w:val="000000"/>
        </w:rPr>
      </w:pPr>
      <w:r>
        <w:rPr>
          <w:color w:val="000000"/>
        </w:rPr>
        <w:drawing>
          <wp:inline distT="0" distB="0" distL="114300" distR="114300">
            <wp:extent cx="1438275" cy="390525"/>
            <wp:effectExtent l="0" t="0" r="0" b="0"/>
            <wp:docPr id="3695"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 name="图片 100021" descr="学科网(www.zxxk.com)--教育资源门户，提供试卷、教案、课件、论文、素材以及各类教学资源下载，还有大量而丰富的教学相关资讯！"/>
                    <pic:cNvPicPr>
                      <a:picLocks noChangeAspect="1"/>
                    </pic:cNvPicPr>
                  </pic:nvPicPr>
                  <pic:blipFill>
                    <a:blip r:embed="rId2521"/>
                    <a:stretch>
                      <a:fillRect/>
                    </a:stretch>
                  </pic:blipFill>
                  <pic:spPr>
                    <a:xfrm>
                      <a:off x="0" y="0"/>
                      <a:ext cx="1438275" cy="390525"/>
                    </a:xfrm>
                    <a:prstGeom prst="rect">
                      <a:avLst/>
                    </a:prstGeom>
                  </pic:spPr>
                </pic:pic>
              </a:graphicData>
            </a:graphic>
          </wp:inline>
        </w:drawing>
      </w:r>
      <w:r>
        <w:rPr>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故答案为：圆，方，圆，方；</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根据第二次游戏操作后的结果，</w:t>
      </w:r>
    </w:p>
    <w:p>
      <w:pPr>
        <w:spacing w:line="360" w:lineRule="auto"/>
        <w:jc w:val="left"/>
        <w:textAlignment w:val="center"/>
        <w:rPr>
          <w:color w:val="000000"/>
        </w:rPr>
      </w:pPr>
      <w:r>
        <w:rPr>
          <w:color w:val="000000"/>
        </w:rPr>
        <w:drawing>
          <wp:inline distT="0" distB="0" distL="114300" distR="114300">
            <wp:extent cx="4629150" cy="409575"/>
            <wp:effectExtent l="0" t="0" r="0" b="0"/>
            <wp:docPr id="3697"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 name="图片 100023" descr="学科网(www.zxxk.com)--教育资源门户，提供试卷、教案、课件、论文、素材以及各类教学资源下载，还有大量而丰富的教学相关资讯！"/>
                    <pic:cNvPicPr>
                      <a:picLocks noChangeAspect="1"/>
                    </pic:cNvPicPr>
                  </pic:nvPicPr>
                  <pic:blipFill>
                    <a:blip r:embed="rId2522"/>
                    <a:stretch>
                      <a:fillRect/>
                    </a:stretch>
                  </pic:blipFill>
                  <pic:spPr>
                    <a:xfrm>
                      <a:off x="0" y="0"/>
                      <a:ext cx="4629150" cy="4095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则第一次游戏操作后的结果为：</w:t>
      </w:r>
    </w:p>
    <w:p>
      <w:pPr>
        <w:spacing w:line="360" w:lineRule="auto"/>
        <w:jc w:val="left"/>
        <w:textAlignment w:val="center"/>
        <w:rPr>
          <w:color w:val="000000"/>
        </w:rPr>
      </w:pPr>
      <w:r>
        <w:rPr>
          <w:color w:val="000000"/>
        </w:rPr>
        <w:drawing>
          <wp:inline distT="0" distB="0" distL="114300" distR="114300">
            <wp:extent cx="2247900" cy="400050"/>
            <wp:effectExtent l="0" t="0" r="0" b="0"/>
            <wp:docPr id="3699"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 name="图片 100025" descr="学科网(www.zxxk.com)--教育资源门户，提供试卷、教案、课件、论文、素材以及各类教学资源下载，还有大量而丰富的教学相关资讯！"/>
                    <pic:cNvPicPr>
                      <a:picLocks noChangeAspect="1"/>
                    </pic:cNvPicPr>
                  </pic:nvPicPr>
                  <pic:blipFill>
                    <a:blip r:embed="rId2523"/>
                    <a:stretch>
                      <a:fillRect/>
                    </a:stretch>
                  </pic:blipFill>
                  <pic:spPr>
                    <a:xfrm>
                      <a:off x="0" y="0"/>
                      <a:ext cx="2247900" cy="4000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初始得到的卡片如下图：</w:t>
      </w:r>
    </w:p>
    <w:p>
      <w:pPr>
        <w:spacing w:line="360" w:lineRule="auto"/>
        <w:jc w:val="left"/>
        <w:textAlignment w:val="center"/>
        <w:rPr>
          <w:color w:val="000000"/>
        </w:rPr>
      </w:pPr>
      <w:r>
        <w:rPr>
          <w:color w:val="000000"/>
        </w:rPr>
        <w:drawing>
          <wp:inline distT="0" distB="0" distL="114300" distR="114300">
            <wp:extent cx="1123950" cy="381000"/>
            <wp:effectExtent l="0" t="0" r="0" b="0"/>
            <wp:docPr id="3701"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2" name="图片 100027" descr="学科网(www.zxxk.com)--教育资源门户，提供试卷、教案、课件、论文、素材以及各类教学资源下载，还有大量而丰富的教学相关资讯！"/>
                    <pic:cNvPicPr>
                      <a:picLocks noChangeAspect="1"/>
                    </pic:cNvPicPr>
                  </pic:nvPicPr>
                  <pic:blipFill>
                    <a:blip r:embed="rId2524"/>
                    <a:stretch>
                      <a:fillRect/>
                    </a:stretch>
                  </pic:blipFill>
                  <pic:spPr>
                    <a:xfrm>
                      <a:off x="0" y="0"/>
                      <a:ext cx="1123950" cy="381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故答案为：方，圆，方；</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根据游戏规则可知，若初始</w:t>
      </w:r>
      <w:r>
        <w:rPr>
          <w:color w:val="000000"/>
        </w:rPr>
        <w:drawing>
          <wp:inline distT="0" distB="0" distL="114300" distR="114300">
            <wp:extent cx="1838325" cy="428625"/>
            <wp:effectExtent l="0" t="0" r="0" b="0"/>
            <wp:docPr id="3703"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 name="图片 100029" descr="学科网(www.zxxk.com)--教育资源门户，提供试卷、教案、课件、论文、素材以及各类教学资源下载，还有大量而丰富的教学相关资讯！"/>
                    <pic:cNvPicPr>
                      <a:picLocks noChangeAspect="1"/>
                    </pic:cNvPicPr>
                  </pic:nvPicPr>
                  <pic:blipFill>
                    <a:blip r:embed="rId2525"/>
                    <a:stretch>
                      <a:fillRect/>
                    </a:stretch>
                  </pic:blipFill>
                  <pic:spPr>
                    <a:xfrm>
                      <a:off x="0" y="0"/>
                      <a:ext cx="1838325" cy="428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则</w:t>
      </w:r>
      <w:r>
        <w:rPr>
          <w:rFonts w:ascii="宋体" w:hAnsi="宋体" w:eastAsia="宋体" w:cs="宋体"/>
          <w:color w:val="000000"/>
        </w:rPr>
        <w:t>第一次游戏操作后的结果为：</w:t>
      </w:r>
    </w:p>
    <w:p>
      <w:pPr>
        <w:spacing w:line="360" w:lineRule="auto"/>
        <w:jc w:val="left"/>
        <w:textAlignment w:val="center"/>
        <w:rPr>
          <w:color w:val="000000"/>
        </w:rPr>
      </w:pPr>
      <w:r>
        <w:rPr>
          <w:color w:val="000000"/>
        </w:rPr>
        <w:drawing>
          <wp:inline distT="0" distB="0" distL="114300" distR="114300">
            <wp:extent cx="3724275" cy="390525"/>
            <wp:effectExtent l="0" t="0" r="0" b="0"/>
            <wp:docPr id="3705"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 name="图片 100031" descr="学科网(www.zxxk.com)--教育资源门户，提供试卷、教案、课件、论文、素材以及各类教学资源下载，还有大量而丰富的教学相关资讯！"/>
                    <pic:cNvPicPr>
                      <a:picLocks noChangeAspect="1"/>
                    </pic:cNvPicPr>
                  </pic:nvPicPr>
                  <pic:blipFill>
                    <a:blip r:embed="rId2526"/>
                    <a:stretch>
                      <a:fillRect/>
                    </a:stretch>
                  </pic:blipFill>
                  <pic:spPr>
                    <a:xfrm>
                      <a:off x="0" y="0"/>
                      <a:ext cx="3724275" cy="3905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第二次游戏操作后：</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356235"/>
            <wp:effectExtent l="0" t="0" r="0" b="0"/>
            <wp:docPr id="3707"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8" name="图片 100033" descr="学科网(www.zxxk.com)--教育资源门户，提供试卷、教案、课件、论文、素材以及各类教学资源下载，还有大量而丰富的教学相关资讯！"/>
                    <pic:cNvPicPr>
                      <a:picLocks noChangeAspect="1"/>
                    </pic:cNvPicPr>
                  </pic:nvPicPr>
                  <pic:blipFill>
                    <a:blip r:embed="rId2527"/>
                    <a:stretch>
                      <a:fillRect/>
                    </a:stretch>
                  </pic:blipFill>
                  <pic:spPr>
                    <a:xfrm>
                      <a:off x="0" y="0"/>
                      <a:ext cx="5238750" cy="356801"/>
                    </a:xfrm>
                    <a:prstGeom prst="rect">
                      <a:avLst/>
                    </a:prstGeom>
                  </pic:spPr>
                </pic:pic>
              </a:graphicData>
            </a:graphic>
          </wp:inline>
        </w:drawing>
      </w:r>
      <w:r>
        <w:rPr>
          <w:rFonts w:ascii="宋体" w:hAnsi="宋体" w:eastAsia="宋体" w:cs="宋体"/>
          <w:color w:val="000000"/>
        </w:rPr>
        <w:t xml:space="preserve">  </w:t>
      </w:r>
    </w:p>
    <w:p>
      <w:pPr>
        <w:spacing w:line="360" w:lineRule="auto"/>
        <w:jc w:val="left"/>
        <w:textAlignment w:val="center"/>
        <w:rPr>
          <w:color w:val="000000"/>
        </w:rPr>
      </w:pP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观察可知至少有</w:t>
      </w:r>
      <w:r>
        <w:pict>
          <v:shape id="_x0000_i717438"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528" o:title="eqIdd91e07104b699c4012be2d26160976a2"/>
            <o:lock v:ext="edit" aspectratio="t"/>
            <w10:wrap type="none"/>
            <w10:anchorlock/>
          </v:shape>
        </w:pict>
      </w:r>
      <w:r>
        <w:rPr>
          <w:rFonts w:ascii="宋体" w:hAnsi="宋体" w:eastAsia="宋体" w:cs="宋体"/>
          <w:color w:val="000000"/>
        </w:rPr>
        <w:t>对位置相邻且形状相同的卡片，</w:t>
      </w:r>
    </w:p>
    <w:p>
      <w:pPr>
        <w:spacing w:line="360" w:lineRule="auto"/>
        <w:jc w:val="left"/>
        <w:textAlignment w:val="center"/>
        <w:rPr>
          <w:color w:val="000000"/>
        </w:rPr>
      </w:pPr>
      <w:r>
        <w:rPr>
          <w:rFonts w:ascii="宋体" w:hAnsi="宋体" w:eastAsia="宋体" w:cs="宋体"/>
          <w:color w:val="000000"/>
        </w:rPr>
        <w:t>故答案为：</w:t>
      </w:r>
      <w:r>
        <w:pict>
          <v:shape id="_x0000_i717439"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529" o:title="eqIdd91e07104b699c4012be2d26160976a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此题考查了图形规律，解题的关键是读懂题意，找出图形的排列规律．</w:t>
      </w:r>
    </w:p>
    <w:p>
      <w:pPr>
        <w:spacing w:line="360" w:lineRule="auto"/>
        <w:jc w:val="both"/>
        <w:textAlignment w:val="center"/>
        <w:rPr>
          <w:color w:val="000000"/>
        </w:rPr>
      </w:pPr>
      <w:r>
        <w:rPr>
          <w:color w:val="000000"/>
        </w:rPr>
        <w:t xml:space="preserve">26. </w:t>
      </w:r>
      <w:r>
        <w:rPr>
          <w:rFonts w:ascii="宋体" w:hAnsi="宋体" w:eastAsia="宋体" w:cs="宋体"/>
          <w:color w:val="000000"/>
        </w:rPr>
        <w:t>类比同类项的概念，我们规定：所含字母相同，并且相同字母的指数之差的绝对值都小于或等于</w:t>
      </w:r>
      <w:r>
        <w:rPr>
          <w:rFonts w:ascii="Times New Roman" w:hAnsi="Times New Roman" w:eastAsia="Times New Roman" w:cs="Times New Roman"/>
          <w:color w:val="000000"/>
        </w:rPr>
        <w:t>1</w:t>
      </w:r>
      <w:r>
        <w:rPr>
          <w:rFonts w:ascii="宋体" w:hAnsi="宋体" w:eastAsia="宋体" w:cs="宋体"/>
          <w:color w:val="000000"/>
        </w:rPr>
        <w:t>的项是“准同类项”．</w:t>
      </w:r>
    </w:p>
    <w:p>
      <w:pPr>
        <w:spacing w:line="360" w:lineRule="auto"/>
        <w:jc w:val="both"/>
        <w:textAlignment w:val="center"/>
        <w:rPr>
          <w:color w:val="000000"/>
        </w:rPr>
      </w:pPr>
      <w:r>
        <w:rPr>
          <w:rFonts w:ascii="宋体" w:hAnsi="宋体" w:eastAsia="宋体" w:cs="宋体"/>
          <w:color w:val="000000"/>
        </w:rPr>
        <w:t>例如：</w:t>
      </w:r>
      <w:r>
        <w:pict>
          <v:shape id="_x0000_i717440" o:spt="75" alt="学科网(www.zxxk.com)--教育资源门户，提供试卷、教案、课件、论文、素材以及各类教学资源下载，还有大量而丰富的教学相关资讯！" type="#_x0000_t75" style="height:16.3pt;width:24pt;" o:ole="t" filled="f" o:preferrelative="t" stroked="f" coordsize="21600,21600">
            <v:path/>
            <v:fill on="f" focussize="0,0"/>
            <v:stroke on="f" joinstyle="miter"/>
            <v:imagedata r:id="rId2530" o:title="eqId9c15c65f107f963b69ec117d2e6db1da"/>
            <o:lock v:ext="edit" aspectratio="t"/>
            <w10:wrap type="none"/>
            <w10:anchorlock/>
          </v:shape>
        </w:pict>
      </w:r>
      <w:r>
        <w:rPr>
          <w:rFonts w:ascii="宋体" w:hAnsi="宋体" w:eastAsia="宋体" w:cs="宋体"/>
          <w:color w:val="000000"/>
        </w:rPr>
        <w:t>与</w:t>
      </w:r>
      <w:r>
        <w:pict>
          <v:shape id="_x0000_i717441" o:spt="75" alt="学科网(www.zxxk.com)--教育资源门户，提供试卷、教案、课件、论文、素材以及各类教学资源下载，还有大量而丰富的教学相关资讯！" type="#_x0000_t75" style="height:16.2pt;width:30pt;" o:ole="t" filled="f" o:preferrelative="t" stroked="f" coordsize="21600,21600">
            <v:path/>
            <v:fill on="f" focussize="0,0"/>
            <v:stroke on="f" joinstyle="miter"/>
            <v:imagedata r:id="rId2531" o:title="eqIdcb35961d2aae3cb2d3bcacce5a391027"/>
            <o:lock v:ext="edit" aspectratio="t"/>
            <w10:wrap type="none"/>
            <w10:anchorlock/>
          </v:shape>
        </w:pict>
      </w:r>
      <w:r>
        <w:rPr>
          <w:rFonts w:ascii="宋体" w:hAnsi="宋体" w:eastAsia="宋体" w:cs="宋体"/>
          <w:color w:val="000000"/>
        </w:rPr>
        <w:t>是“准同类项”</w:t>
      </w:r>
    </w:p>
    <w:p>
      <w:pPr>
        <w:spacing w:line="360" w:lineRule="auto"/>
        <w:jc w:val="left"/>
        <w:textAlignment w:val="center"/>
        <w:rPr>
          <w:color w:val="000000"/>
        </w:rPr>
      </w:pPr>
      <w:r>
        <w:rPr>
          <w:color w:val="000000"/>
        </w:rPr>
        <w:t>（1）</w:t>
      </w:r>
      <w:r>
        <w:rPr>
          <w:rFonts w:ascii="宋体" w:hAnsi="宋体" w:eastAsia="宋体" w:cs="宋体"/>
          <w:color w:val="000000"/>
        </w:rPr>
        <w:t>给出下列三个单项式：</w:t>
      </w:r>
    </w:p>
    <w:p>
      <w:pPr>
        <w:spacing w:line="360" w:lineRule="auto"/>
        <w:jc w:val="both"/>
        <w:textAlignment w:val="center"/>
        <w:rPr>
          <w:color w:val="000000"/>
        </w:rPr>
      </w:pPr>
      <w:r>
        <w:rPr>
          <w:rFonts w:ascii="宋体" w:hAnsi="宋体" w:eastAsia="宋体" w:cs="宋体"/>
          <w:color w:val="000000"/>
        </w:rPr>
        <w:t>①</w:t>
      </w:r>
      <w:r>
        <w:pict>
          <v:shape id="_x0000_i717442" o:spt="75" alt="学科网(www.zxxk.com)--教育资源门户，提供试卷、教案、课件、论文、素材以及各类教学资源下载，还有大量而丰富的教学相关资讯！" type="#_x0000_t75" style="height:16.1pt;width:30.1pt;" o:ole="t" filled="f" o:preferrelative="t" stroked="f" coordsize="21600,21600">
            <v:path/>
            <v:fill on="f" focussize="0,0"/>
            <v:stroke on="f" joinstyle="miter"/>
            <v:imagedata r:id="rId2532" o:title="eqId5b3104b17a8d098c7de366d8fcdbd298"/>
            <o:lock v:ext="edit" aspectratio="t"/>
            <w10:wrap type="none"/>
            <w10:anchorlock/>
          </v:shape>
        </w:pict>
      </w:r>
      <w:r>
        <w:rPr>
          <w:rFonts w:ascii="宋体" w:hAnsi="宋体" w:eastAsia="宋体" w:cs="宋体"/>
          <w:color w:val="000000"/>
        </w:rPr>
        <w:t>，②</w:t>
      </w:r>
      <w:r>
        <w:pict>
          <v:shape id="_x0000_i717443"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2533" o:title="eqId222c9d4c152148aa2e981a45422e73e1"/>
            <o:lock v:ext="edit" aspectratio="t"/>
            <w10:wrap type="none"/>
            <w10:anchorlock/>
          </v:shape>
        </w:pict>
      </w:r>
      <w:r>
        <w:rPr>
          <w:rFonts w:ascii="宋体" w:hAnsi="宋体" w:eastAsia="宋体" w:cs="宋体"/>
          <w:color w:val="000000"/>
        </w:rPr>
        <w:t>，③</w:t>
      </w:r>
      <w:r>
        <w:pict>
          <v:shape id="_x0000_i717444" o:spt="75" alt="学科网(www.zxxk.com)--教育资源门户，提供试卷、教案、课件、论文、素材以及各类教学资源下载，还有大量而丰富的教学相关资讯！" type="#_x0000_t75" style="height:16.5pt;width:36.75pt;" o:ole="t" filled="f" o:preferrelative="t" stroked="f" coordsize="21600,21600">
            <v:path/>
            <v:fill on="f" focussize="0,0"/>
            <v:stroke on="f" joinstyle="miter"/>
            <v:imagedata r:id="rId2534" o:title="eqId1d42f9a2b5817f4c1105e1d2e815a83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其中与</w:t>
      </w:r>
      <w:r>
        <w:pict>
          <v:shape id="_x0000_i717445" o:spt="75" alt="学科网(www.zxxk.com)--教育资源门户，提供试卷、教案、课件、论文、素材以及各类教学资源下载，还有大量而丰富的教学相关资讯！" type="#_x0000_t75" style="height:16pt;width:24pt;" o:ole="t" filled="f" o:preferrelative="t" stroked="f" coordsize="21600,21600">
            <v:path/>
            <v:fill on="f" focussize="0,0"/>
            <v:stroke on="f" joinstyle="miter"/>
            <v:imagedata r:id="rId2535" o:title="eqId74fa39017f15d534f0914246be69e082"/>
            <o:lock v:ext="edit" aspectratio="t"/>
            <w10:wrap type="none"/>
            <w10:anchorlock/>
          </v:shape>
        </w:pict>
      </w:r>
      <w:r>
        <w:rPr>
          <w:rFonts w:ascii="宋体" w:hAnsi="宋体" w:eastAsia="宋体" w:cs="宋体"/>
          <w:color w:val="000000"/>
        </w:rPr>
        <w:t>是“准同类项”的是</w:t>
      </w:r>
      <w:r>
        <w:rPr>
          <w:rFonts w:ascii="Times New Roman" w:hAnsi="Times New Roman" w:eastAsia="Times New Roman" w:cs="Times New Roman"/>
          <w:color w:val="000000"/>
        </w:rPr>
        <w:t>______</w:t>
      </w:r>
      <w:r>
        <w:rPr>
          <w:rFonts w:ascii="宋体" w:hAnsi="宋体" w:eastAsia="宋体" w:cs="宋体"/>
          <w:color w:val="000000"/>
        </w:rPr>
        <w:t>（填写序号）</w:t>
      </w:r>
    </w:p>
    <w:p>
      <w:pPr>
        <w:spacing w:line="360" w:lineRule="auto"/>
        <w:jc w:val="left"/>
        <w:textAlignment w:val="center"/>
        <w:rPr>
          <w:color w:val="000000"/>
        </w:rPr>
      </w:pPr>
      <w:r>
        <w:rPr>
          <w:color w:val="000000"/>
        </w:rPr>
        <w:t>（2）</w:t>
      </w:r>
      <w:r>
        <w:rPr>
          <w:rFonts w:ascii="宋体" w:hAnsi="宋体" w:eastAsia="宋体" w:cs="宋体"/>
          <w:color w:val="000000"/>
        </w:rPr>
        <w:t>已知</w:t>
      </w:r>
      <w:r>
        <w:pict>
          <v:shape id="_x0000_i71744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536" o:title="eqId5963abe8f421bd99a2aaa94831a951e9"/>
            <o:lock v:ext="edit" aspectratio="t"/>
            <w10:wrap type="none"/>
            <w10:anchorlock/>
          </v:shape>
        </w:pict>
      </w:r>
      <w:r>
        <w:rPr>
          <w:rFonts w:ascii="宋体" w:hAnsi="宋体" w:eastAsia="宋体" w:cs="宋体"/>
          <w:color w:val="000000"/>
        </w:rPr>
        <w:t>，</w:t>
      </w:r>
      <w:r>
        <w:pict>
          <v:shape id="_x0000_i71744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537" o:title="eqId7f9e8449aad35c5d840a3395ea86df6d"/>
            <o:lock v:ext="edit" aspectratio="t"/>
            <w10:wrap type="none"/>
            <w10:anchorlock/>
          </v:shape>
        </w:pict>
      </w:r>
      <w:r>
        <w:rPr>
          <w:rFonts w:ascii="宋体" w:hAnsi="宋体" w:eastAsia="宋体" w:cs="宋体"/>
          <w:color w:val="000000"/>
        </w:rPr>
        <w:t>，</w:t>
      </w:r>
      <w:r>
        <w:pict>
          <v:shape id="_x0000_i71744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538" o:title="eqIdc5db41a1f31d6baee7c69990811edb9f"/>
            <o:lock v:ext="edit" aspectratio="t"/>
            <w10:wrap type="none"/>
            <w10:anchorlock/>
          </v:shape>
        </w:pict>
      </w:r>
      <w:r>
        <w:rPr>
          <w:rFonts w:ascii="宋体" w:hAnsi="宋体" w:eastAsia="宋体" w:cs="宋体"/>
          <w:color w:val="000000"/>
        </w:rPr>
        <w:t>均为关于</w:t>
      </w:r>
      <w:r>
        <w:pict>
          <v:shape id="_x0000_i71744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539" o:title="eqId0a6936d370d6a238a608ca56f87198de"/>
            <o:lock v:ext="edit" aspectratio="t"/>
            <w10:wrap type="none"/>
            <w10:anchorlock/>
          </v:shape>
        </w:pict>
      </w:r>
      <w:r>
        <w:rPr>
          <w:rFonts w:ascii="宋体" w:hAnsi="宋体" w:eastAsia="宋体" w:cs="宋体"/>
          <w:color w:val="000000"/>
        </w:rPr>
        <w:t>，</w:t>
      </w:r>
      <w:r>
        <w:pict>
          <v:shape id="_x0000_i71745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540" o:title="eqId2c94bb12cee76221e13f9ef955b0aab1"/>
            <o:lock v:ext="edit" aspectratio="t"/>
            <w10:wrap type="none"/>
            <w10:anchorlock/>
          </v:shape>
        </w:pict>
      </w:r>
      <w:r>
        <w:rPr>
          <w:rFonts w:ascii="宋体" w:hAnsi="宋体" w:eastAsia="宋体" w:cs="宋体"/>
          <w:color w:val="000000"/>
        </w:rPr>
        <w:t>的多项式，</w:t>
      </w:r>
      <w:r>
        <w:pict>
          <v:shape id="_x0000_i717451" o:spt="75" alt="学科网(www.zxxk.com)--教育资源门户，提供试卷、教案、课件、论文、素材以及各类教学资源下载，还有大量而丰富的教学相关资讯！" type="#_x0000_t75" style="height:20.25pt;width:147pt;" o:ole="t" filled="f" o:preferrelative="t" stroked="f" coordsize="21600,21600">
            <v:path/>
            <v:fill on="f" focussize="0,0"/>
            <v:stroke on="f" joinstyle="miter"/>
            <v:imagedata r:id="rId2541" o:title="eqId99710bed2ed367ceb2cdb196e657168f"/>
            <o:lock v:ext="edit" aspectratio="t"/>
            <w10:wrap type="none"/>
            <w10:anchorlock/>
          </v:shape>
        </w:pict>
      </w:r>
      <w:r>
        <w:rPr>
          <w:rFonts w:ascii="宋体" w:hAnsi="宋体" w:eastAsia="宋体" w:cs="宋体"/>
          <w:color w:val="000000"/>
        </w:rPr>
        <w:t>，</w:t>
      </w:r>
      <w:r>
        <w:pict>
          <v:shape id="_x0000_i717452" o:spt="75" alt="学科网(www.zxxk.com)--教育资源门户，提供试卷、教案、课件、论文、素材以及各类教学资源下载，还有大量而丰富的教学相关资讯！" type="#_x0000_t75" style="height:16.5pt;width:120pt;" o:ole="t" filled="f" o:preferrelative="t" stroked="f" coordsize="21600,21600">
            <v:path/>
            <v:fill on="f" focussize="0,0"/>
            <v:stroke on="f" joinstyle="miter"/>
            <v:imagedata r:id="rId2542" o:title="eqId745aa7dcea06cd61c9d69ad3607ba10b"/>
            <o:lock v:ext="edit" aspectratio="t"/>
            <w10:wrap type="none"/>
            <w10:anchorlock/>
          </v:shape>
        </w:pict>
      </w:r>
      <w:r>
        <w:rPr>
          <w:rFonts w:ascii="宋体" w:hAnsi="宋体" w:eastAsia="宋体" w:cs="宋体"/>
          <w:color w:val="000000"/>
        </w:rPr>
        <w:t>，</w:t>
      </w:r>
      <w:r>
        <w:pict>
          <v:shape id="_x0000_i717453"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2543" o:title="eqId7b5dcae5fcbfdb8bfaf47ac8695886eb"/>
            <o:lock v:ext="edit" aspectratio="t"/>
            <w10:wrap type="none"/>
            <w10:anchorlock/>
          </v:shape>
        </w:pict>
      </w:r>
      <w:r>
        <w:rPr>
          <w:rFonts w:ascii="宋体" w:hAnsi="宋体" w:eastAsia="宋体" w:cs="宋体"/>
          <w:color w:val="000000"/>
        </w:rPr>
        <w:t>．若</w:t>
      </w:r>
      <w:r>
        <w:rPr>
          <w:rFonts w:ascii="Times New Roman" w:hAnsi="Times New Roman" w:eastAsia="Times New Roman" w:cs="Times New Roman"/>
          <w:i/>
          <w:color w:val="000000"/>
        </w:rPr>
        <w:t>C</w:t>
      </w:r>
      <w:r>
        <w:rPr>
          <w:rFonts w:ascii="宋体" w:hAnsi="宋体" w:eastAsia="宋体" w:cs="宋体"/>
          <w:color w:val="000000"/>
        </w:rPr>
        <w:t>的任意两项都是“准同类项”，求</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已知</w:t>
      </w:r>
      <w:r>
        <w:pict>
          <v:shape id="_x0000_i717454"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2544" o:title="eqId8455657dde27aabe6adb7b188e031c11"/>
            <o:lock v:ext="edit" aspectratio="t"/>
            <w10:wrap type="none"/>
            <w10:anchorlock/>
          </v:shape>
        </w:pict>
      </w:r>
      <w:r>
        <w:rPr>
          <w:rFonts w:ascii="宋体" w:hAnsi="宋体" w:eastAsia="宋体" w:cs="宋体"/>
          <w:color w:val="000000"/>
        </w:rPr>
        <w:t>，</w:t>
      </w:r>
      <w:r>
        <w:pict>
          <v:shape id="_x0000_i717455"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545" o:title="eqId2a30f3a8b673cc28bd90c50cf1a35281"/>
            <o:lock v:ext="edit" aspectratio="t"/>
            <w10:wrap type="none"/>
            <w10:anchorlock/>
          </v:shape>
        </w:pict>
      </w:r>
      <w:r>
        <w:rPr>
          <w:rFonts w:ascii="宋体" w:hAnsi="宋体" w:eastAsia="宋体" w:cs="宋体"/>
          <w:color w:val="000000"/>
        </w:rPr>
        <w:t>均为关于</w:t>
      </w:r>
      <w:r>
        <w:pict>
          <v:shape id="_x0000_i71745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546" o:title="eqId0a6936d370d6a238a608ca56f87198de"/>
            <o:lock v:ext="edit" aspectratio="t"/>
            <w10:wrap type="none"/>
            <w10:anchorlock/>
          </v:shape>
        </w:pict>
      </w:r>
      <w:r>
        <w:rPr>
          <w:rFonts w:ascii="宋体" w:hAnsi="宋体" w:eastAsia="宋体" w:cs="宋体"/>
          <w:color w:val="000000"/>
        </w:rPr>
        <w:t>，</w:t>
      </w:r>
      <w:r>
        <w:pict>
          <v:shape id="_x0000_i717457"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547" o:title="eqId2c94bb12cee76221e13f9ef955b0aab1"/>
            <o:lock v:ext="edit" aspectratio="t"/>
            <w10:wrap type="none"/>
            <w10:anchorlock/>
          </v:shape>
        </w:pict>
      </w:r>
      <w:r>
        <w:rPr>
          <w:rFonts w:ascii="宋体" w:hAnsi="宋体" w:eastAsia="宋体" w:cs="宋体"/>
          <w:color w:val="000000"/>
        </w:rPr>
        <w:t>的单项式，</w:t>
      </w:r>
      <w:r>
        <w:pict>
          <v:shape id="_x0000_i717458" o:spt="75" alt="学科网(www.zxxk.com)--教育资源门户，提供试卷、教案、课件、论文、素材以及各类教学资源下载，还有大量而丰富的教学相关资讯！" type="#_x0000_t75" style="height:16.5pt;width:54pt;" o:ole="t" filled="f" o:preferrelative="t" stroked="f" coordsize="21600,21600">
            <v:path/>
            <v:fill on="f" focussize="0,0"/>
            <v:stroke on="f" joinstyle="miter"/>
            <v:imagedata r:id="rId2548" o:title="eqId03df1e860670086421db40393a4e562d"/>
            <o:lock v:ext="edit" aspectratio="t"/>
            <w10:wrap type="none"/>
            <w10:anchorlock/>
          </v:shape>
        </w:pict>
      </w:r>
      <w:r>
        <w:rPr>
          <w:rFonts w:ascii="宋体" w:hAnsi="宋体" w:eastAsia="宋体" w:cs="宋体"/>
          <w:color w:val="000000"/>
        </w:rPr>
        <w:t>，</w:t>
      </w:r>
      <w:r>
        <w:pict>
          <v:shape id="_x0000_i717459" o:spt="75" alt="学科网(www.zxxk.com)--教育资源门户，提供试卷、教案、课件、论文、素材以及各类教学资源下载，还有大量而丰富的教学相关资讯！" type="#_x0000_t75" style="height:16.5pt;width:49.5pt;" o:ole="t" filled="f" o:preferrelative="t" stroked="f" coordsize="21600,21600">
            <v:path/>
            <v:fill on="f" focussize="0,0"/>
            <v:stroke on="f" joinstyle="miter"/>
            <v:imagedata r:id="rId2549" o:title="eqId38b58c15c48b1e6abe5ba9d62ee47066"/>
            <o:lock v:ext="edit" aspectratio="t"/>
            <w10:wrap type="none"/>
            <w10:anchorlock/>
          </v:shape>
        </w:pict>
      </w:r>
      <w:r>
        <w:rPr>
          <w:rFonts w:ascii="宋体" w:hAnsi="宋体" w:eastAsia="宋体" w:cs="宋体"/>
          <w:color w:val="000000"/>
        </w:rPr>
        <w:t>，其中</w:t>
      </w:r>
      <w:r>
        <w:pict>
          <v:shape id="_x0000_i717460" o:spt="75" alt="学科网(www.zxxk.com)--教育资源门户，提供试卷、教案、课件、论文、素材以及各类教学资源下载，还有大量而丰富的教学相关资讯！" type="#_x0000_t75" style="height:22.5pt;width:102pt;" o:ole="t" filled="f" o:preferrelative="t" stroked="f" coordsize="21600,21600">
            <v:path/>
            <v:fill on="f" focussize="0,0"/>
            <v:stroke on="f" joinstyle="miter"/>
            <v:imagedata r:id="rId2550" o:title="eqId08e5cdea03feee0093d9b66c4205b0a3"/>
            <o:lock v:ext="edit" aspectratio="t"/>
            <w10:wrap type="none"/>
            <w10:anchorlock/>
          </v:shape>
        </w:pict>
      </w:r>
      <w:r>
        <w:rPr>
          <w:rFonts w:ascii="宋体" w:hAnsi="宋体" w:eastAsia="宋体" w:cs="宋体"/>
          <w:color w:val="000000"/>
        </w:rPr>
        <w:t>，</w:t>
      </w:r>
      <w:r>
        <w:pict>
          <v:shape id="_x0000_i717461" o:spt="75" alt="学科网(www.zxxk.com)--教育资源门户，提供试卷、教案、课件、论文、素材以及各类教学资源下载，还有大量而丰富的教学相关资讯！" type="#_x0000_t75" style="height:24pt;width:100.5pt;" o:ole="t" filled="f" o:preferrelative="t" stroked="f" coordsize="21600,21600">
            <v:path/>
            <v:fill on="f" focussize="0,0"/>
            <v:stroke on="f" joinstyle="miter"/>
            <v:imagedata r:id="rId2551" o:title="eqIdb8da5af94db6eeeb9c6ff90c8154dda3"/>
            <o:lock v:ext="edit" aspectratio="t"/>
            <w10:wrap type="none"/>
            <w10:anchorlock/>
          </v:shape>
        </w:pict>
      </w:r>
      <w:r>
        <w:rPr>
          <w:rFonts w:ascii="宋体" w:hAnsi="宋体" w:eastAsia="宋体" w:cs="宋体"/>
          <w:color w:val="000000"/>
        </w:rPr>
        <w:t>，</w:t>
      </w:r>
      <w:r>
        <w:pict>
          <v:shape id="_x0000_i71746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552" o:title="eqId81dea63b8ce3e51adf66cf7b9982a248"/>
            <o:lock v:ext="edit" aspectratio="t"/>
            <w10:wrap type="none"/>
            <w10:anchorlock/>
          </v:shape>
        </w:pict>
      </w:r>
      <w:r>
        <w:rPr>
          <w:rFonts w:ascii="宋体" w:hAnsi="宋体" w:eastAsia="宋体" w:cs="宋体"/>
          <w:color w:val="000000"/>
        </w:rPr>
        <w:t>和</w:t>
      </w:r>
      <w:r>
        <w:pict>
          <v:shape id="_x0000_i717463"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553" o:title="eqIdf0a532e15e232cb4b99a8d4d07c89575"/>
            <o:lock v:ext="edit" aspectratio="t"/>
            <w10:wrap type="none"/>
            <w10:anchorlock/>
          </v:shape>
        </w:pict>
      </w:r>
      <w:r>
        <w:rPr>
          <w:rFonts w:ascii="宋体" w:hAnsi="宋体" w:eastAsia="宋体" w:cs="宋体"/>
          <w:color w:val="000000"/>
        </w:rPr>
        <w:t>都是有理数，且</w:t>
      </w:r>
      <w:r>
        <w:pict>
          <v:shape id="_x0000_i717464" o:spt="75" alt="学科网(www.zxxk.com)--教育资源门户，提供试卷、教案、课件、论文、素材以及各类教学资源下载，还有大量而丰富的教学相关资讯！" type="#_x0000_t75" style="height:14pt;width:27.95pt;" o:ole="t" filled="f" o:preferrelative="t" stroked="f" coordsize="21600,21600">
            <v:path/>
            <v:fill on="f" focussize="0,0"/>
            <v:stroke on="f" joinstyle="miter"/>
            <v:imagedata r:id="rId2554" o:title="eqId2f0d68648b10fce54dfc19c5ee60086d"/>
            <o:lock v:ext="edit" aspectratio="t"/>
            <w10:wrap type="none"/>
            <w10:anchorlock/>
          </v:shape>
        </w:pict>
      </w:r>
      <w:r>
        <w:rPr>
          <w:rFonts w:ascii="宋体" w:hAnsi="宋体" w:eastAsia="宋体" w:cs="宋体"/>
          <w:color w:val="000000"/>
        </w:rPr>
        <w:t>．若</w:t>
      </w:r>
      <w:r>
        <w:pict>
          <v:shape id="_x0000_i71746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2544" o:title="eqId8455657dde27aabe6adb7b188e031c11"/>
            <o:lock v:ext="edit" aspectratio="t"/>
            <w10:wrap type="none"/>
            <w10:anchorlock/>
          </v:shape>
        </w:pict>
      </w:r>
      <w:r>
        <w:rPr>
          <w:rFonts w:ascii="宋体" w:hAnsi="宋体" w:eastAsia="宋体" w:cs="宋体"/>
          <w:color w:val="000000"/>
        </w:rPr>
        <w:t>与</w:t>
      </w:r>
      <w:r>
        <w:pict>
          <v:shape id="_x0000_i71746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545" o:title="eqId2a30f3a8b673cc28bd90c50cf1a35281"/>
            <o:lock v:ext="edit" aspectratio="t"/>
            <w10:wrap type="none"/>
            <w10:anchorlock/>
          </v:shape>
        </w:pict>
      </w:r>
      <w:r>
        <w:rPr>
          <w:rFonts w:ascii="宋体" w:hAnsi="宋体" w:eastAsia="宋体" w:cs="宋体"/>
          <w:color w:val="000000"/>
        </w:rPr>
        <w:t>是“准同类项”，则</w:t>
      </w:r>
      <w:r>
        <w:pict>
          <v:shape id="_x0000_i71746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552" o:title="eqId81dea63b8ce3e51adf66cf7b9982a248"/>
            <o:lock v:ext="edit" aspectratio="t"/>
            <w10:wrap type="none"/>
            <w10:anchorlock/>
          </v:shape>
        </w:pict>
      </w:r>
      <w:r>
        <w:rPr>
          <w:rFonts w:ascii="宋体" w:hAnsi="宋体" w:eastAsia="宋体" w:cs="宋体"/>
          <w:color w:val="000000"/>
        </w:rPr>
        <w:t>的最大值是</w:t>
      </w:r>
      <w:r>
        <w:rPr>
          <w:rFonts w:ascii="Times New Roman" w:hAnsi="Times New Roman" w:eastAsia="Times New Roman" w:cs="Times New Roman"/>
          <w:color w:val="000000"/>
        </w:rPr>
        <w:t>______</w:t>
      </w:r>
      <w:r>
        <w:rPr>
          <w:rFonts w:ascii="宋体" w:hAnsi="宋体" w:eastAsia="宋体" w:cs="宋体"/>
          <w:color w:val="000000"/>
        </w:rPr>
        <w:t>，最小值是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①③</w:t>
      </w:r>
      <w:r>
        <w:rPr>
          <w:color w:val="000000"/>
        </w:rPr>
        <w:t xml:space="preserve">    （2）</w:t>
      </w:r>
      <w:r>
        <w:pict>
          <v:shape id="_x0000_i717468"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2555" o:title="eqIdbe604061cf1591f7069472269d4c9719"/>
            <o:lock v:ext="edit" aspectratio="t"/>
            <w10:wrap type="none"/>
            <w10:anchorlock/>
          </v:shape>
        </w:pict>
      </w:r>
      <w:r>
        <w:rPr>
          <w:rFonts w:ascii="宋体" w:hAnsi="宋体" w:eastAsia="宋体" w:cs="宋体"/>
          <w:color w:val="000000"/>
        </w:rPr>
        <w:t>或</w:t>
      </w:r>
      <w:r>
        <w:pict>
          <v:shape id="_x0000_i717469" o:spt="75" alt="学科网(www.zxxk.com)--教育资源门户，提供试卷、教案、课件、论文、素材以及各类教学资源下载，还有大量而丰富的教学相关资讯！" type="#_x0000_t75" style="height:14.4pt;width:27.6pt;" o:ole="t" filled="f" o:preferrelative="t" stroked="f" coordsize="21600,21600">
            <v:path/>
            <v:fill on="f" focussize="0,0"/>
            <v:stroke on="f" joinstyle="miter"/>
            <v:imagedata r:id="rId2556" o:title="eqIdfac3649308b528fd56545ba102dc42d5"/>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7470"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557" o:title="eqIdec85f29c0860b57a8f0cf8098c13a97e"/>
            <o:lock v:ext="edit" aspectratio="t"/>
            <w10:wrap type="none"/>
            <w10:anchorlock/>
          </v:shape>
        </w:pict>
      </w:r>
      <w:r>
        <w:rPr>
          <w:rFonts w:ascii="宋体" w:hAnsi="宋体" w:eastAsia="宋体" w:cs="宋体"/>
          <w:color w:val="000000"/>
        </w:rPr>
        <w:t>；</w:t>
      </w:r>
      <w:r>
        <w:pict>
          <v:shape id="_x0000_i717471" o:spt="75" alt="学科网(www.zxxk.com)--教育资源门户，提供试卷、教案、课件、论文、素材以及各类教学资源下载，还有大量而丰富的教学相关资讯！" type="#_x0000_t75" style="height:31pt;width:16pt;" o:ole="t" filled="f" o:preferrelative="t" stroked="f" coordsize="21600,21600">
            <v:path/>
            <v:fill on="f" focussize="0,0"/>
            <v:stroke on="f" joinstyle="miter"/>
            <v:imagedata r:id="rId2558" o:title="eqId7786c3d46d98bc9146db4e211f8207b9"/>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）根据新定义，进行判断即可求解；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）根据多项式的加减计算</w:t>
      </w:r>
      <w:r>
        <w:pict>
          <v:shape id="_x0000_i717472"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2559" o:title="eqId7b5dcae5fcbfdb8bfaf47ac8695886eb"/>
            <o:lock v:ext="edit" aspectratio="t"/>
            <w10:wrap type="none"/>
            <w10:anchorlock/>
          </v:shape>
        </w:pict>
      </w:r>
      <w:r>
        <w:rPr>
          <w:rFonts w:ascii="宋体" w:hAnsi="宋体" w:eastAsia="宋体" w:cs="宋体"/>
          <w:color w:val="000000"/>
        </w:rPr>
        <w:t>，根据</w:t>
      </w:r>
      <w:r>
        <w:rPr>
          <w:rFonts w:ascii="Times New Roman" w:hAnsi="Times New Roman" w:eastAsia="Times New Roman" w:cs="Times New Roman"/>
          <w:i/>
          <w:color w:val="000000"/>
        </w:rPr>
        <w:t>C</w:t>
      </w:r>
      <w:r>
        <w:rPr>
          <w:rFonts w:ascii="宋体" w:hAnsi="宋体" w:eastAsia="宋体" w:cs="宋体"/>
          <w:color w:val="000000"/>
        </w:rPr>
        <w:t>的任意两项都是“准同类项”，即可求解；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）根据新定义得出</w:t>
      </w:r>
      <w:r>
        <w:pict>
          <v:shape id="_x0000_i717473"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2560" o:title="eqId280860dd039e1305a5ccc455f63e8223"/>
            <o:lock v:ext="edit" aspectratio="t"/>
            <w10:wrap type="none"/>
            <w10:anchorlock/>
          </v:shape>
        </w:pict>
      </w:r>
      <w:r>
        <w:rPr>
          <w:rFonts w:ascii="宋体" w:hAnsi="宋体" w:eastAsia="宋体" w:cs="宋体"/>
          <w:color w:val="000000"/>
        </w:rPr>
        <w:t>的值，进而根据</w:t>
      </w:r>
      <w:r>
        <w:pict>
          <v:shape id="_x0000_i717474" o:spt="75" alt="学科网(www.zxxk.com)--教育资源门户，提供试卷、教案、课件、论文、素材以及各类教学资源下载，还有大量而丰富的教学相关资讯！" type="#_x0000_t75" style="height:22.5pt;width:102pt;" o:ole="t" filled="f" o:preferrelative="t" stroked="f" coordsize="21600,21600">
            <v:path/>
            <v:fill on="f" focussize="0,0"/>
            <v:stroke on="f" joinstyle="miter"/>
            <v:imagedata r:id="rId2561" o:title="eqId08e5cdea03feee0093d9b66c4205b0a3"/>
            <o:lock v:ext="edit" aspectratio="t"/>
            <w10:wrap type="none"/>
            <w10:anchorlock/>
          </v:shape>
        </w:pict>
      </w:r>
      <w:r>
        <w:rPr>
          <w:rFonts w:ascii="宋体" w:hAnsi="宋体" w:eastAsia="宋体" w:cs="宋体"/>
          <w:color w:val="000000"/>
        </w:rPr>
        <w:t>，</w:t>
      </w:r>
      <w:r>
        <w:pict>
          <v:shape id="_x0000_i717475" o:spt="75" alt="学科网(www.zxxk.com)--教育资源门户，提供试卷、教案、课件、论文、素材以及各类教学资源下载，还有大量而丰富的教学相关资讯！" type="#_x0000_t75" style="height:24pt;width:100.5pt;" o:ole="t" filled="f" o:preferrelative="t" stroked="f" coordsize="21600,21600">
            <v:path/>
            <v:fill on="f" focussize="0,0"/>
            <v:stroke on="f" joinstyle="miter"/>
            <v:imagedata r:id="rId2562" o:title="eqIdb8da5af94db6eeeb9c6ff90c8154dda3"/>
            <o:lock v:ext="edit" aspectratio="t"/>
            <w10:wrap type="none"/>
            <w10:anchorlock/>
          </v:shape>
        </w:pict>
      </w:r>
      <w:r>
        <w:rPr>
          <w:rFonts w:ascii="宋体" w:hAnsi="宋体" w:eastAsia="宋体" w:cs="宋体"/>
          <w:color w:val="000000"/>
        </w:rPr>
        <w:t>，分三种情况讨论，化简绝对值，分别求得</w:t>
      </w:r>
      <w:r>
        <w:pict>
          <v:shape id="_x0000_i71747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563" o:title="eqId81dea63b8ce3e51adf66cf7b9982a248"/>
            <o:lock v:ext="edit" aspectratio="t"/>
            <w10:wrap type="none"/>
            <w10:anchorlock/>
          </v:shape>
        </w:pict>
      </w:r>
      <w:r>
        <w:rPr>
          <w:rFonts w:ascii="宋体" w:hAnsi="宋体" w:eastAsia="宋体" w:cs="宋体"/>
          <w:color w:val="000000"/>
        </w:rPr>
        <w:t>的最大值与最小值，即可求解．</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单项式①</w:t>
      </w:r>
      <w:r>
        <w:pict>
          <v:shape id="_x0000_i717477" o:spt="75" alt="学科网(www.zxxk.com)--教育资源门户，提供试卷、教案、课件、论文、素材以及各类教学资源下载，还有大量而丰富的教学相关资讯！" type="#_x0000_t75" style="height:16.1pt;width:30.1pt;" o:ole="t" filled="f" o:preferrelative="t" stroked="f" coordsize="21600,21600">
            <v:path/>
            <v:fill on="f" focussize="0,0"/>
            <v:stroke on="f" joinstyle="miter"/>
            <v:imagedata r:id="rId2565" o:title="eqId5b3104b17a8d098c7de366d8fcdbd298"/>
            <o:lock v:ext="edit" aspectratio="t"/>
            <w10:wrap type="none"/>
            <w10:anchorlock/>
          </v:shape>
        </w:pict>
      </w:r>
      <w:r>
        <w:rPr>
          <w:rFonts w:ascii="宋体" w:hAnsi="宋体" w:eastAsia="宋体" w:cs="宋体"/>
          <w:color w:val="000000"/>
        </w:rPr>
        <w:t>，②</w:t>
      </w:r>
      <w:r>
        <w:pict>
          <v:shape id="_x0000_i717478"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2566" o:title="eqId222c9d4c152148aa2e981a45422e73e1"/>
            <o:lock v:ext="edit" aspectratio="t"/>
            <w10:wrap type="none"/>
            <w10:anchorlock/>
          </v:shape>
        </w:pict>
      </w:r>
      <w:r>
        <w:rPr>
          <w:rFonts w:ascii="宋体" w:hAnsi="宋体" w:eastAsia="宋体" w:cs="宋体"/>
          <w:color w:val="000000"/>
        </w:rPr>
        <w:t>，③</w:t>
      </w:r>
      <w:r>
        <w:pict>
          <v:shape id="_x0000_i717479" o:spt="75" alt="学科网(www.zxxk.com)--教育资源门户，提供试卷、教案、课件、论文、素材以及各类教学资源下载，还有大量而丰富的教学相关资讯！" type="#_x0000_t75" style="height:16.5pt;width:36.75pt;" o:ole="t" filled="f" o:preferrelative="t" stroked="f" coordsize="21600,21600">
            <v:path/>
            <v:fill on="f" focussize="0,0"/>
            <v:stroke on="f" joinstyle="miter"/>
            <v:imagedata r:id="rId2567" o:title="eqId1d42f9a2b5817f4c1105e1d2e815a83a"/>
            <o:lock v:ext="edit" aspectratio="t"/>
            <w10:wrap type="none"/>
            <w10:anchorlock/>
          </v:shape>
        </w:pict>
      </w:r>
      <w:r>
        <w:rPr>
          <w:rFonts w:ascii="宋体" w:hAnsi="宋体" w:eastAsia="宋体" w:cs="宋体"/>
          <w:color w:val="000000"/>
        </w:rPr>
        <w:t>中，与</w:t>
      </w:r>
      <w:r>
        <w:pict>
          <v:shape id="_x0000_i717480" o:spt="75" alt="学科网(www.zxxk.com)--教育资源门户，提供试卷、教案、课件、论文、素材以及各类教学资源下载，还有大量而丰富的教学相关资讯！" type="#_x0000_t75" style="height:16pt;width:24pt;" o:ole="t" filled="f" o:preferrelative="t" stroked="f" coordsize="21600,21600">
            <v:path/>
            <v:fill on="f" focussize="0,0"/>
            <v:stroke on="f" joinstyle="miter"/>
            <v:imagedata r:id="rId2568" o:title="eqId74fa39017f15d534f0914246be69e082"/>
            <o:lock v:ext="edit" aspectratio="t"/>
            <w10:wrap type="none"/>
            <w10:anchorlock/>
          </v:shape>
        </w:pict>
      </w:r>
      <w:r>
        <w:rPr>
          <w:rFonts w:ascii="宋体" w:hAnsi="宋体" w:eastAsia="宋体" w:cs="宋体"/>
          <w:color w:val="000000"/>
        </w:rPr>
        <w:t>是“准同类项”</w:t>
      </w:r>
      <w:r>
        <w:rPr>
          <w:rFonts w:ascii="宋体" w:hAnsi="宋体" w:eastAsia="宋体" w:cs="宋体"/>
          <w:color w:val="000000"/>
          <w:position w:val="0"/>
        </w:rPr>
        <w:drawing>
          <wp:inline distT="0" distB="0" distL="114300" distR="114300">
            <wp:extent cx="133350" cy="177800"/>
            <wp:effectExtent l="0" t="0" r="0" b="0"/>
            <wp:docPr id="3709" name="图片 90971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 name="图片 909714505"/>
                    <pic:cNvPicPr>
                      <a:picLocks noChangeAspect="1"/>
                    </pic:cNvPicPr>
                  </pic:nvPicPr>
                  <pic:blipFill>
                    <a:blip r:embed="rId256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是①</w:t>
      </w:r>
      <w:r>
        <w:pict>
          <v:shape id="_x0000_i717481" o:spt="75" alt="学科网(www.zxxk.com)--教育资源门户，提供试卷、教案、课件、论文、素材以及各类教学资源下载，还有大量而丰富的教学相关资讯！" type="#_x0000_t75" style="height:16.1pt;width:30.1pt;" o:ole="t" filled="f" o:preferrelative="t" stroked="f" coordsize="21600,21600">
            <v:path/>
            <v:fill on="f" focussize="0,0"/>
            <v:stroke on="f" joinstyle="miter"/>
            <v:imagedata r:id="rId2565" o:title="eqId5b3104b17a8d098c7de366d8fcdbd298"/>
            <o:lock v:ext="edit" aspectratio="t"/>
            <w10:wrap type="none"/>
            <w10:anchorlock/>
          </v:shape>
        </w:pict>
      </w:r>
      <w:r>
        <w:rPr>
          <w:rFonts w:ascii="宋体" w:hAnsi="宋体" w:eastAsia="宋体" w:cs="宋体"/>
          <w:color w:val="000000"/>
        </w:rPr>
        <w:t>，③</w:t>
      </w:r>
      <w:r>
        <w:pict>
          <v:shape id="_x0000_i717482" o:spt="75" alt="学科网(www.zxxk.com)--教育资源门户，提供试卷、教案、课件、论文、素材以及各类教学资源下载，还有大量而丰富的教学相关资讯！" type="#_x0000_t75" style="height:16.5pt;width:36.75pt;" o:ole="t" filled="f" o:preferrelative="t" stroked="f" coordsize="21600,21600">
            <v:path/>
            <v:fill on="f" focussize="0,0"/>
            <v:stroke on="f" joinstyle="miter"/>
            <v:imagedata r:id="rId2567" o:title="eqId1d42f9a2b5817f4c1105e1d2e815a83a"/>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故答案为：①③．</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w:t>
      </w:r>
      <w:r>
        <w:pict>
          <v:shape id="_x0000_i717483" o:spt="75" alt="学科网(www.zxxk.com)--教育资源门户，提供试卷、教案、课件、论文、素材以及各类教学资源下载，还有大量而丰富的教学相关资讯！" type="#_x0000_t75" style="height:20.25pt;width:147pt;" o:ole="t" filled="f" o:preferrelative="t" stroked="f" coordsize="21600,21600">
            <v:path/>
            <v:fill on="f" focussize="0,0"/>
            <v:stroke on="f" joinstyle="miter"/>
            <v:imagedata r:id="rId2569" o:title="eqId99710bed2ed367ceb2cdb196e657168f"/>
            <o:lock v:ext="edit" aspectratio="t"/>
            <w10:wrap type="none"/>
            <w10:anchorlock/>
          </v:shape>
        </w:pict>
      </w:r>
      <w:r>
        <w:rPr>
          <w:rFonts w:ascii="宋体" w:hAnsi="宋体" w:eastAsia="宋体" w:cs="宋体"/>
          <w:color w:val="000000"/>
        </w:rPr>
        <w:t>，</w:t>
      </w:r>
      <w:r>
        <w:pict>
          <v:shape id="_x0000_i717484" o:spt="75" alt="学科网(www.zxxk.com)--教育资源门户，提供试卷、教案、课件、论文、素材以及各类教学资源下载，还有大量而丰富的教学相关资讯！" type="#_x0000_t75" style="height:16.5pt;width:120pt;" o:ole="t" filled="f" o:preferrelative="t" stroked="f" coordsize="21600,21600">
            <v:path/>
            <v:fill on="f" focussize="0,0"/>
            <v:stroke on="f" joinstyle="miter"/>
            <v:imagedata r:id="rId2570" o:title="eqId745aa7dcea06cd61c9d69ad3607ba10b"/>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485"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2571" o:title="eqId7b5dcae5fcbfdb8bfaf47ac8695886eb"/>
            <o:lock v:ext="edit" aspectratio="t"/>
            <w10:wrap type="none"/>
            <w10:anchorlock/>
          </v:shape>
        </w:pict>
      </w:r>
      <w:r>
        <w:pict>
          <v:shape id="_x0000_i717486" o:spt="75" alt="学科网(www.zxxk.com)--教育资源门户，提供试卷、教案、课件、论文、素材以及各类教学资源下载，还有大量而丰富的教学相关资讯！" type="#_x0000_t75" style="height:21.8pt;width:253.9pt;" o:ole="t" filled="f" o:preferrelative="t" stroked="f" coordsize="21600,21600">
            <v:path/>
            <v:fill on="f" focussize="0,0"/>
            <v:stroke on="f" joinstyle="miter"/>
            <v:imagedata r:id="rId2572" o:title="eqId14984d103a47aab5337baee975b1e828"/>
            <o:lock v:ext="edit" aspectratio="t"/>
            <w10:wrap type="none"/>
            <w10:anchorlock/>
          </v:shape>
        </w:pict>
      </w:r>
    </w:p>
    <w:p>
      <w:pPr>
        <w:spacing w:line="360" w:lineRule="auto"/>
        <w:jc w:val="left"/>
        <w:textAlignment w:val="center"/>
        <w:rPr>
          <w:color w:val="000000"/>
        </w:rPr>
      </w:pPr>
      <w:r>
        <w:pict>
          <v:shape id="_x0000_i717487" o:spt="75" alt="学科网(www.zxxk.com)--教育资源门户，提供试卷、教案、课件、论文、素材以及各类教学资源下载，还有大量而丰富的教学相关资讯！" type="#_x0000_t75" style="height:19.9pt;width:243pt;" o:ole="t" filled="f" o:preferrelative="t" stroked="f" coordsize="21600,21600">
            <v:path/>
            <v:fill on="f" focussize="0,0"/>
            <v:stroke on="f" joinstyle="miter"/>
            <v:imagedata r:id="rId2573" o:title="eqId3b75acc6b5da767a45143d103145f163"/>
            <o:lock v:ext="edit" aspectratio="t"/>
            <w10:wrap type="none"/>
            <w10:anchorlock/>
          </v:shape>
        </w:pict>
      </w:r>
    </w:p>
    <w:p>
      <w:pPr>
        <w:spacing w:line="360" w:lineRule="auto"/>
        <w:jc w:val="left"/>
        <w:textAlignment w:val="center"/>
        <w:rPr>
          <w:color w:val="000000"/>
        </w:rPr>
      </w:pPr>
      <w:r>
        <w:pict>
          <v:shape id="_x0000_i717488" o:spt="75" alt="学科网(www.zxxk.com)--教育资源门户，提供试卷、教案、课件、论文、素材以及各类教学资源下载，还有大量而丰富的教学相关资讯！" type="#_x0000_t75" style="height:19.9pt;width:142.1pt;" o:ole="t" filled="f" o:preferrelative="t" stroked="f" coordsize="21600,21600">
            <v:path/>
            <v:fill on="f" focussize="0,0"/>
            <v:stroke on="f" joinstyle="miter"/>
            <v:imagedata r:id="rId2574" o:title="eqId11e7b8b3d87af584b291d57857849c8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的任意两项都是“准同类项”，</w:t>
      </w:r>
    </w:p>
    <w:p>
      <w:pPr>
        <w:spacing w:line="360" w:lineRule="auto"/>
        <w:jc w:val="left"/>
        <w:textAlignment w:val="center"/>
        <w:rPr>
          <w:color w:val="000000"/>
        </w:rPr>
      </w:pPr>
      <w:r>
        <w:rPr>
          <w:rFonts w:ascii="宋体" w:hAnsi="宋体" w:eastAsia="宋体" w:cs="宋体"/>
          <w:color w:val="000000"/>
        </w:rPr>
        <w:t>∴</w:t>
      </w:r>
      <w:r>
        <w:pict>
          <v:shape id="_x0000_i717489" o:spt="75" alt="学科网(www.zxxk.com)--教育资源门户，提供试卷、教案、课件、论文、素材以及各类教学资源下载，还有大量而丰富的教学相关资讯！" type="#_x0000_t75" style="height:39.75pt;width:51.75pt;" o:ole="t" filled="f" o:preferrelative="t" stroked="f" coordsize="21600,21600">
            <v:path/>
            <v:fill on="f" focussize="0,0"/>
            <v:stroke on="f" joinstyle="miter"/>
            <v:imagedata r:id="rId2575" o:title="eqId72e293640ad32e8a361b140f9bc42daa"/>
            <o:lock v:ext="edit" aspectratio="t"/>
            <w10:wrap type="none"/>
            <w10:anchorlock/>
          </v:shape>
        </w:pict>
      </w:r>
      <w:r>
        <w:rPr>
          <w:rFonts w:ascii="宋体" w:hAnsi="宋体" w:eastAsia="宋体" w:cs="宋体"/>
          <w:color w:val="000000"/>
        </w:rPr>
        <w:t>，且</w:t>
      </w:r>
      <w:r>
        <w:pict>
          <v:shape id="_x0000_i717490"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576" o:title="eqIdb6a24198bd04c29321ae5dc5a28fe421"/>
            <o:lock v:ext="edit" aspectratio="t"/>
            <w10:wrap type="none"/>
            <w10:anchorlock/>
          </v:shape>
        </w:pict>
      </w:r>
      <w:r>
        <w:rPr>
          <w:rFonts w:ascii="宋体" w:hAnsi="宋体" w:eastAsia="宋体" w:cs="宋体"/>
          <w:color w:val="000000"/>
        </w:rPr>
        <w:t>为正整数，</w:t>
      </w:r>
    </w:p>
    <w:p>
      <w:pPr>
        <w:spacing w:line="360" w:lineRule="auto"/>
        <w:jc w:val="left"/>
        <w:textAlignment w:val="center"/>
        <w:rPr>
          <w:color w:val="000000"/>
        </w:rPr>
      </w:pPr>
      <w:r>
        <w:rPr>
          <w:rFonts w:ascii="宋体" w:hAnsi="宋体" w:eastAsia="宋体" w:cs="宋体"/>
          <w:color w:val="000000"/>
        </w:rPr>
        <w:t>∴</w:t>
      </w:r>
      <w:r>
        <w:pict>
          <v:shape id="_x0000_i717491"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2577" o:title="eqIdbe604061cf1591f7069472269d4c9719"/>
            <o:lock v:ext="edit" aspectratio="t"/>
            <w10:wrap type="none"/>
            <w10:anchorlock/>
          </v:shape>
        </w:pict>
      </w:r>
      <w:r>
        <w:rPr>
          <w:rFonts w:ascii="宋体" w:hAnsi="宋体" w:eastAsia="宋体" w:cs="宋体"/>
          <w:color w:val="000000"/>
        </w:rPr>
        <w:t>或</w:t>
      </w:r>
      <w:r>
        <w:pict>
          <v:shape id="_x0000_i717492" o:spt="75" alt="学科网(www.zxxk.com)--教育资源门户，提供试卷、教案、课件、论文、素材以及各类教学资源下载，还有大量而丰富的教学相关资讯！" type="#_x0000_t75" style="height:14.4pt;width:27.6pt;" o:ole="t" filled="f" o:preferrelative="t" stroked="f" coordsize="21600,21600">
            <v:path/>
            <v:fill on="f" focussize="0,0"/>
            <v:stroke on="f" joinstyle="miter"/>
            <v:imagedata r:id="rId2578" o:title="eqIdfac3649308b528fd56545ba102dc42d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493" o:spt="75" alt="学科网(www.zxxk.com)--教育资源门户，提供试卷、教案、课件、论文、素材以及各类教学资源下载，还有大量而丰富的教学相关资讯！" type="#_x0000_t75" style="height:16.5pt;width:54pt;" o:ole="t" filled="f" o:preferrelative="t" stroked="f" coordsize="21600,21600">
            <v:path/>
            <v:fill on="f" focussize="0,0"/>
            <v:stroke on="f" joinstyle="miter"/>
            <v:imagedata r:id="rId2579" o:title="eqId03df1e860670086421db40393a4e562d"/>
            <o:lock v:ext="edit" aspectratio="t"/>
            <w10:wrap type="none"/>
            <w10:anchorlock/>
          </v:shape>
        </w:pict>
      </w:r>
      <w:r>
        <w:rPr>
          <w:rFonts w:ascii="宋体" w:hAnsi="宋体" w:eastAsia="宋体" w:cs="宋体"/>
          <w:color w:val="000000"/>
        </w:rPr>
        <w:t>，</w:t>
      </w:r>
      <w:r>
        <w:pict>
          <v:shape id="_x0000_i717494" o:spt="75" alt="学科网(www.zxxk.com)--教育资源门户，提供试卷、教案、课件、论文、素材以及各类教学资源下载，还有大量而丰富的教学相关资讯！" type="#_x0000_t75" style="height:16.5pt;width:49.5pt;" o:ole="t" filled="f" o:preferrelative="t" stroked="f" coordsize="21600,21600">
            <v:path/>
            <v:fill on="f" focussize="0,0"/>
            <v:stroke on="f" joinstyle="miter"/>
            <v:imagedata r:id="rId2580" o:title="eqId38b58c15c48b1e6abe5ba9d62ee47066"/>
            <o:lock v:ext="edit" aspectratio="t"/>
            <w10:wrap type="none"/>
            <w10:anchorlock/>
          </v:shape>
        </w:pict>
      </w:r>
      <w:r>
        <w:rPr>
          <w:rFonts w:ascii="宋体" w:hAnsi="宋体" w:eastAsia="宋体" w:cs="宋体"/>
          <w:color w:val="000000"/>
        </w:rPr>
        <w:t>，</w:t>
      </w:r>
      <w:r>
        <w:pict>
          <v:shape id="_x0000_i717495"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2581" o:title="eqId8455657dde27aabe6adb7b188e031c11"/>
            <o:lock v:ext="edit" aspectratio="t"/>
            <w10:wrap type="none"/>
            <w10:anchorlock/>
          </v:shape>
        </w:pict>
      </w:r>
      <w:r>
        <w:rPr>
          <w:rFonts w:ascii="宋体" w:hAnsi="宋体" w:eastAsia="宋体" w:cs="宋体"/>
          <w:color w:val="000000"/>
        </w:rPr>
        <w:t>与</w:t>
      </w:r>
      <w:r>
        <w:pict>
          <v:shape id="_x0000_i71749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2582" o:title="eqId2a30f3a8b673cc28bd90c50cf1a35281"/>
            <o:lock v:ext="edit" aspectratio="t"/>
            <w10:wrap type="none"/>
            <w10:anchorlock/>
          </v:shape>
        </w:pict>
      </w:r>
      <w:r>
        <w:rPr>
          <w:rFonts w:ascii="宋体" w:hAnsi="宋体" w:eastAsia="宋体" w:cs="宋体"/>
          <w:color w:val="000000"/>
        </w:rPr>
        <w:t>是“准同类项”，</w:t>
      </w:r>
    </w:p>
    <w:p>
      <w:pPr>
        <w:spacing w:line="360" w:lineRule="auto"/>
        <w:jc w:val="left"/>
        <w:textAlignment w:val="center"/>
        <w:rPr>
          <w:color w:val="000000"/>
        </w:rPr>
      </w:pPr>
      <w:r>
        <w:rPr>
          <w:rFonts w:ascii="宋体" w:hAnsi="宋体" w:eastAsia="宋体" w:cs="宋体"/>
          <w:color w:val="000000"/>
        </w:rPr>
        <w:t>∴</w:t>
      </w:r>
      <w:r>
        <w:pict>
          <v:shape id="_x0000_i717497" o:spt="75" alt="学科网(www.zxxk.com)--教育资源门户，提供试卷、教案、课件、论文、素材以及各类教学资源下载，还有大量而丰富的教学相关资讯！" type="#_x0000_t75" style="height:20.25pt;width:45.75pt;" o:ole="t" filled="f" o:preferrelative="t" stroked="f" coordsize="21600,21600">
            <v:path/>
            <v:fill on="f" focussize="0,0"/>
            <v:stroke on="f" joinstyle="miter"/>
            <v:imagedata r:id="rId2583" o:title="eqId22788ae9dc075eddcd0059966e4b7a64"/>
            <o:lock v:ext="edit" aspectratio="t"/>
            <w10:wrap type="none"/>
            <w10:anchorlock/>
          </v:shape>
        </w:pict>
      </w:r>
      <w:r>
        <w:rPr>
          <w:rFonts w:ascii="宋体" w:hAnsi="宋体" w:eastAsia="宋体" w:cs="宋体"/>
          <w:color w:val="000000"/>
        </w:rPr>
        <w:t>，</w:t>
      </w:r>
      <w:r>
        <w:pict>
          <v:shape id="_x0000_i717498" o:spt="75" alt="学科网(www.zxxk.com)--教育资源门户，提供试卷、教案、课件、论文、素材以及各类教学资源下载，还有大量而丰富的教学相关资讯！" type="#_x0000_t75" style="height:19.9pt;width:47.85pt;" o:ole="t" filled="f" o:preferrelative="t" stroked="f" coordsize="21600,21600">
            <v:path/>
            <v:fill on="f" focussize="0,0"/>
            <v:stroke on="f" joinstyle="miter"/>
            <v:imagedata r:id="rId2584" o:title="eqId83fe367614e7f9a13d26b3cb07c6c60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499" o:spt="75" alt="学科网(www.zxxk.com)--教育资源门户，提供试卷、教案、课件、论文、素材以及各类教学资源下载，还有大量而丰富的教学相关资讯！" type="#_x0000_t75" style="height:16.1pt;width:90pt;" o:ole="t" filled="f" o:preferrelative="t" stroked="f" coordsize="21600,21600">
            <v:path/>
            <v:fill on="f" focussize="0,0"/>
            <v:stroke on="f" joinstyle="miter"/>
            <v:imagedata r:id="rId2585" o:title="eqId9c34ed3fdedbe5622480af810f01b024"/>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500" o:spt="75" alt="学科网(www.zxxk.com)--教育资源门户，提供试卷、教案、课件、论文、素材以及各类教学资源下载，还有大量而丰富的教学相关资讯！" type="#_x0000_t75" style="height:16.1pt;width:46.2pt;" o:ole="t" filled="f" o:preferrelative="t" stroked="f" coordsize="21600,21600">
            <v:path/>
            <v:fill on="f" focussize="0,0"/>
            <v:stroke on="f" joinstyle="miter"/>
            <v:imagedata r:id="rId2586" o:title="eqId750335e0a1896eb270407e86335a85a2"/>
            <o:lock v:ext="edit" aspectratio="t"/>
            <w10:wrap type="none"/>
            <w10:anchorlock/>
          </v:shape>
        </w:pict>
      </w:r>
      <w:r>
        <w:rPr>
          <w:rFonts w:ascii="宋体" w:hAnsi="宋体" w:eastAsia="宋体" w:cs="宋体"/>
          <w:color w:val="000000"/>
        </w:rPr>
        <w:t>，</w:t>
      </w:r>
      <w:r>
        <w:pict>
          <v:shape id="_x0000_i717501" o:spt="75" alt="学科网(www.zxxk.com)--教育资源门户，提供试卷、教案、课件、论文、素材以及各类教学资源下载，还有大量而丰富的教学相关资讯！" type="#_x0000_t75" style="height:16pt;width:49.95pt;" o:ole="t" filled="f" o:preferrelative="t" stroked="f" coordsize="21600,21600">
            <v:path/>
            <v:fill on="f" focussize="0,0"/>
            <v:stroke on="f" joinstyle="miter"/>
            <v:imagedata r:id="rId2587" o:title="eqIde470404bccae41ca89c827ecf45f944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502" o:spt="75" alt="学科网(www.zxxk.com)--教育资源门户，提供试卷、教案、课件、论文、素材以及各类教学资源下载，还有大量而丰富的教学相关资讯！" type="#_x0000_t75" style="height:22.5pt;width:102pt;" o:ole="t" filled="f" o:preferrelative="t" stroked="f" coordsize="21600,21600">
            <v:path/>
            <v:fill on="f" focussize="0,0"/>
            <v:stroke on="f" joinstyle="miter"/>
            <v:imagedata r:id="rId2588" o:title="eqId08e5cdea03feee0093d9b66c4205b0a3"/>
            <o:lock v:ext="edit" aspectratio="t"/>
            <w10:wrap type="none"/>
            <w10:anchorlock/>
          </v:shape>
        </w:pict>
      </w:r>
      <w:r>
        <w:rPr>
          <w:rFonts w:ascii="宋体" w:hAnsi="宋体" w:eastAsia="宋体" w:cs="宋体"/>
          <w:color w:val="000000"/>
        </w:rPr>
        <w:t>，</w:t>
      </w:r>
      <w:r>
        <w:pict>
          <v:shape id="_x0000_i717503" o:spt="75" alt="学科网(www.zxxk.com)--教育资源门户，提供试卷、教案、课件、论文、素材以及各类教学资源下载，还有大量而丰富的教学相关资讯！" type="#_x0000_t75" style="height:24pt;width:100.5pt;" o:ole="t" filled="f" o:preferrelative="t" stroked="f" coordsize="21600,21600">
            <v:path/>
            <v:fill on="f" focussize="0,0"/>
            <v:stroke on="f" joinstyle="miter"/>
            <v:imagedata r:id="rId2589" o:title="eqIdb8da5af94db6eeeb9c6ff90c8154dda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①若</w:t>
      </w:r>
      <w:r>
        <w:pict>
          <v:shape id="_x0000_i71750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590" o:title="eqId0c0aa2ef928b6e3341d0a0dc6d8055b9"/>
            <o:lock v:ext="edit" aspectratio="t"/>
            <w10:wrap type="none"/>
            <w10:anchorlock/>
          </v:shape>
        </w:pict>
      </w:r>
      <w:r>
        <w:rPr>
          <w:rFonts w:ascii="宋体" w:hAnsi="宋体" w:eastAsia="宋体" w:cs="宋体"/>
          <w:color w:val="000000"/>
        </w:rPr>
        <w:t>，如图所示</w:t>
      </w:r>
    </w:p>
    <w:p>
      <w:pPr>
        <w:spacing w:line="360" w:lineRule="auto"/>
        <w:jc w:val="left"/>
        <w:textAlignment w:val="center"/>
        <w:rPr>
          <w:color w:val="000000"/>
        </w:rPr>
      </w:pPr>
      <w:r>
        <w:rPr>
          <w:color w:val="000000"/>
        </w:rPr>
        <w:drawing>
          <wp:inline distT="0" distB="0" distL="114300" distR="114300">
            <wp:extent cx="1905000" cy="209550"/>
            <wp:effectExtent l="0" t="0" r="0" b="0"/>
            <wp:docPr id="3711"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2" name="图片 100035" descr="学科网(www.zxxk.com)--教育资源门户，提供试卷、教案、课件、论文、素材以及各类教学资源下载，还有大量而丰富的教学相关资讯！"/>
                    <pic:cNvPicPr>
                      <a:picLocks noChangeAspect="1"/>
                    </pic:cNvPicPr>
                  </pic:nvPicPr>
                  <pic:blipFill>
                    <a:blip r:embed="rId2591"/>
                    <a:stretch>
                      <a:fillRect/>
                    </a:stretch>
                  </pic:blipFill>
                  <pic:spPr>
                    <a:xfrm>
                      <a:off x="0" y="0"/>
                      <a:ext cx="1905000" cy="209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505" o:spt="75" alt="学科网(www.zxxk.com)--教育资源门户，提供试卷、教案、课件、论文、素材以及各类教学资源下载，还有大量而丰富的教学相关资讯！" type="#_x0000_t75" style="height:13.75pt;width:153pt;" o:ole="t" filled="f" o:preferrelative="t" stroked="f" coordsize="21600,21600">
            <v:path/>
            <v:fill on="f" focussize="0,0"/>
            <v:stroke on="f" joinstyle="miter"/>
            <v:imagedata r:id="rId2592" o:title="eqIdd54bac77b314e66c822d72946637ad1f"/>
            <o:lock v:ext="edit" aspectratio="t"/>
            <w10:wrap type="none"/>
            <w10:anchorlock/>
          </v:shape>
        </w:pict>
      </w:r>
      <w:r>
        <w:rPr>
          <w:rFonts w:ascii="宋体" w:hAnsi="宋体" w:eastAsia="宋体" w:cs="宋体"/>
          <w:color w:val="000000"/>
        </w:rPr>
        <w:t>，</w:t>
      </w:r>
      <w:r>
        <w:pict>
          <v:shape id="_x0000_i717506" o:spt="75" alt="学科网(www.zxxk.com)--教育资源门户，提供试卷、教案、课件、论文、素材以及各类教学资源下载，还有大量而丰富的教学相关资讯！" type="#_x0000_t75" style="height:21.8pt;width:131.2pt;" o:ole="t" filled="f" o:preferrelative="t" stroked="f" coordsize="21600,21600">
            <v:path/>
            <v:fill on="f" focussize="0,0"/>
            <v:stroke on="f" joinstyle="miter"/>
            <v:imagedata r:id="rId2593" o:title="eqId77c40ea808bee213afcbe5f2caf7c956"/>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当</w:t>
      </w:r>
      <w:r>
        <w:pict>
          <v:shape id="_x0000_i71750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594" o:title="eqId81dea63b8ce3e51adf66cf7b9982a248"/>
            <o:lock v:ext="edit" aspectratio="t"/>
            <w10:wrap type="none"/>
            <w10:anchorlock/>
          </v:shape>
        </w:pict>
      </w:r>
      <w:r>
        <w:rPr>
          <w:rFonts w:ascii="宋体" w:hAnsi="宋体" w:eastAsia="宋体" w:cs="宋体"/>
          <w:color w:val="000000"/>
        </w:rPr>
        <w:t>取得最大值时，</w:t>
      </w:r>
      <w:r>
        <w:pict>
          <v:shape id="_x0000_i717508"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595" o:title="eqId294f5ba74cdf695fc9a8a8e52f421328"/>
            <o:lock v:ext="edit" aspectratio="t"/>
            <w10:wrap type="none"/>
            <w10:anchorlock/>
          </v:shape>
        </w:pict>
      </w:r>
      <w:r>
        <w:rPr>
          <w:rFonts w:ascii="宋体" w:hAnsi="宋体" w:eastAsia="宋体" w:cs="宋体"/>
          <w:color w:val="000000"/>
        </w:rPr>
        <w:t>也取的最大值，</w:t>
      </w:r>
      <w:r>
        <w:pict>
          <v:shape id="_x0000_i717509" o:spt="75" alt="学科网(www.zxxk.com)--教育资源门户，提供试卷、教案、课件、论文、素材以及各类教学资源下载，还有大量而丰富的教学相关资讯！" type="#_x0000_t75" style="height:14.15pt;width:30.05pt;" o:ole="t" filled="f" o:preferrelative="t" stroked="f" coordsize="21600,21600">
            <v:path/>
            <v:fill on="f" focussize="0,0"/>
            <v:stroke on="f" joinstyle="miter"/>
            <v:imagedata r:id="rId2596" o:title="eqId6c7a1d739890a8951586e23b78b035b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510" o:spt="75" alt="学科网(www.zxxk.com)--教育资源门户，提供试卷、教案、课件、论文、素材以及各类教学资源下载，还有大量而丰富的教学相关资讯！" type="#_x0000_t75" style="height:13.75pt;width:65.85pt;" o:ole="t" filled="f" o:preferrelative="t" stroked="f" coordsize="21600,21600">
            <v:path/>
            <v:fill on="f" focussize="0,0"/>
            <v:stroke on="f" joinstyle="miter"/>
            <v:imagedata r:id="rId2597" o:title="eqId52980a14f2da141f2d1b0df7f9bf0cbe"/>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∴当</w:t>
      </w:r>
      <w:r>
        <w:pict>
          <v:shape id="_x0000_i717511"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598" o:title="eqIdf0a532e15e232cb4b99a8d4d07c89575"/>
            <o:lock v:ext="edit" aspectratio="t"/>
            <w10:wrap type="none"/>
            <w10:anchorlock/>
          </v:shape>
        </w:pict>
      </w:r>
      <w:r>
        <w:rPr>
          <w:rFonts w:ascii="宋体" w:hAnsi="宋体" w:eastAsia="宋体" w:cs="宋体"/>
          <w:color w:val="000000"/>
        </w:rPr>
        <w:t>取得最小值时，</w:t>
      </w:r>
      <w:r>
        <w:pict>
          <v:shape id="_x0000_i71751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599" o:title="eqId81dea63b8ce3e51adf66cf7b9982a248"/>
            <o:lock v:ext="edit" aspectratio="t"/>
            <w10:wrap type="none"/>
            <w10:anchorlock/>
          </v:shape>
        </w:pict>
      </w:r>
      <w:r>
        <w:rPr>
          <w:rFonts w:ascii="宋体" w:hAnsi="宋体" w:eastAsia="宋体" w:cs="宋体"/>
          <w:color w:val="000000"/>
        </w:rPr>
        <w:t>取得最大值，</w:t>
      </w:r>
    </w:p>
    <w:p>
      <w:pPr>
        <w:spacing w:line="360" w:lineRule="auto"/>
        <w:jc w:val="left"/>
        <w:textAlignment w:val="center"/>
        <w:rPr>
          <w:color w:val="000000"/>
        </w:rPr>
      </w:pPr>
      <w:r>
        <w:rPr>
          <w:rFonts w:ascii="宋体" w:hAnsi="宋体" w:eastAsia="宋体" w:cs="宋体"/>
          <w:color w:val="000000"/>
        </w:rPr>
        <w:t>此时</w:t>
      </w:r>
      <w:r>
        <w:pict>
          <v:shape id="_x0000_i717513" o:spt="75" alt="学科网(www.zxxk.com)--教育资源门户，提供试卷、教案、课件、论文、素材以及各类教学资源下载，还有大量而丰富的教学相关资讯！" type="#_x0000_t75" style="height:13.75pt;width:44.05pt;" o:ole="t" filled="f" o:preferrelative="t" stroked="f" coordsize="21600,21600">
            <v:path/>
            <v:fill on="f" focussize="0,0"/>
            <v:stroke on="f" joinstyle="miter"/>
            <v:imagedata r:id="rId2600" o:title="eqId4cda338792e174aa2e27ba0ae4c8cbd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514" o:spt="75" alt="学科网(www.zxxk.com)--教育资源门户，提供试卷、教案、课件、论文、素材以及各类教学资源下载，还有大量而丰富的教学相关资讯！" type="#_x0000_t75" style="height:13.75pt;width:63.95pt;" o:ole="t" filled="f" o:preferrelative="t" stroked="f" coordsize="21600,21600">
            <v:path/>
            <v:fill on="f" focussize="0,0"/>
            <v:stroke on="f" joinstyle="miter"/>
            <v:imagedata r:id="rId2601" o:title="eqId695bc53f205586791b8550d730b6e0ef"/>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7515"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2602" o:title="eqId11b760c9b4e7c20265324b498b26cf43"/>
            <o:lock v:ext="edit" aspectratio="t"/>
            <w10:wrap type="none"/>
            <w10:anchorlock/>
          </v:shape>
        </w:pict>
      </w:r>
      <w:r>
        <w:rPr>
          <w:rFonts w:ascii="宋体" w:hAnsi="宋体" w:eastAsia="宋体" w:cs="宋体"/>
          <w:color w:val="000000"/>
        </w:rPr>
        <w:t>，即</w:t>
      </w:r>
      <w:r>
        <w:pict>
          <v:shape id="_x0000_i71751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03" o:title="eqId81dea63b8ce3e51adf66cf7b9982a248"/>
            <o:lock v:ext="edit" aspectratio="t"/>
            <w10:wrap type="none"/>
            <w10:anchorlock/>
          </v:shape>
        </w:pict>
      </w:r>
      <w:r>
        <w:rPr>
          <w:rFonts w:ascii="宋体" w:hAnsi="宋体" w:eastAsia="宋体" w:cs="宋体"/>
          <w:color w:val="000000"/>
        </w:rPr>
        <w:t>的最大值为</w:t>
      </w:r>
      <w:r>
        <w:pict>
          <v:shape id="_x0000_i717517"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604" o:title="eqIdec85f29c0860b57a8f0cf8098c13a9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w:t>
      </w:r>
      <w:r>
        <w:pict>
          <v:shape id="_x0000_i71751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605" o:title="eqId7ccaa6e503b61e9ae78d8439cba2e328"/>
            <o:lock v:ext="edit" aspectratio="t"/>
            <w10:wrap type="none"/>
            <w10:anchorlock/>
          </v:shape>
        </w:pict>
      </w:r>
      <w:r>
        <w:rPr>
          <w:rFonts w:ascii="宋体" w:hAnsi="宋体" w:eastAsia="宋体" w:cs="宋体"/>
          <w:color w:val="000000"/>
        </w:rPr>
        <w:t>，如图所示</w:t>
      </w:r>
    </w:p>
    <w:p>
      <w:pPr>
        <w:spacing w:line="360" w:lineRule="auto"/>
        <w:jc w:val="left"/>
        <w:textAlignment w:val="center"/>
        <w:rPr>
          <w:color w:val="000000"/>
        </w:rPr>
      </w:pPr>
      <w:r>
        <w:rPr>
          <w:color w:val="000000"/>
        </w:rPr>
        <w:drawing>
          <wp:inline distT="0" distB="0" distL="114300" distR="114300">
            <wp:extent cx="1905000" cy="209550"/>
            <wp:effectExtent l="0" t="0" r="0" b="0"/>
            <wp:docPr id="3713"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4" name="图片 100037" descr="学科网(www.zxxk.com)--教育资源门户，提供试卷、教案、课件、论文、素材以及各类教学资源下载，还有大量而丰富的教学相关资讯！"/>
                    <pic:cNvPicPr>
                      <a:picLocks noChangeAspect="1"/>
                    </pic:cNvPicPr>
                  </pic:nvPicPr>
                  <pic:blipFill>
                    <a:blip r:embed="rId2606"/>
                    <a:stretch>
                      <a:fillRect/>
                    </a:stretch>
                  </pic:blipFill>
                  <pic:spPr>
                    <a:xfrm>
                      <a:off x="0" y="0"/>
                      <a:ext cx="1905000" cy="209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519" o:spt="75" alt="学科网(www.zxxk.com)--教育资源门户，提供试卷、教案、课件、论文、素材以及各类教学资源下载，还有大量而丰富的教学相关资讯！" type="#_x0000_t75" style="height:13.75pt;width:126pt;" o:ole="t" filled="f" o:preferrelative="t" stroked="f" coordsize="21600,21600">
            <v:path/>
            <v:fill on="f" focussize="0,0"/>
            <v:stroke on="f" joinstyle="miter"/>
            <v:imagedata r:id="rId2607" o:title="eqId1c93ce48c366203e5c53d81c18c35cc8"/>
            <o:lock v:ext="edit" aspectratio="t"/>
            <w10:wrap type="none"/>
            <w10:anchorlock/>
          </v:shape>
        </w:pict>
      </w:r>
      <w:r>
        <w:rPr>
          <w:rFonts w:ascii="宋体" w:hAnsi="宋体" w:eastAsia="宋体" w:cs="宋体"/>
          <w:color w:val="000000"/>
        </w:rPr>
        <w:t>，</w:t>
      </w:r>
      <w:r>
        <w:pict>
          <v:shape id="_x0000_i717520" o:spt="75" alt="学科网(www.zxxk.com)--教育资源门户，提供试卷、教案、课件、论文、素材以及各类教学资源下载，还有大量而丰富的教学相关资讯！" type="#_x0000_t75" style="height:19.9pt;width:117.95pt;" o:ole="t" filled="f" o:preferrelative="t" stroked="f" coordsize="21600,21600">
            <v:path/>
            <v:fill on="f" focussize="0,0"/>
            <v:stroke on="f" joinstyle="miter"/>
            <v:imagedata r:id="rId2608" o:title="eqIdea91cf84b61b6da3b2d7b941b6ec595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521" o:spt="75" alt="学科网(www.zxxk.com)--教育资源门户，提供试卷、教案、课件、论文、素材以及各类教学资源下载，还有大量而丰富的教学相关资讯！" type="#_x0000_t75" style="height:14pt;width:27.95pt;" o:ole="t" filled="f" o:preferrelative="t" stroked="f" coordsize="21600,21600">
            <v:path/>
            <v:fill on="f" focussize="0,0"/>
            <v:stroke on="f" joinstyle="miter"/>
            <v:imagedata r:id="rId2609" o:title="eqId2f0d68648b10fce54dfc19c5ee60086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∴此情形不存在</w:t>
      </w:r>
    </w:p>
    <w:p>
      <w:pPr>
        <w:spacing w:line="360" w:lineRule="auto"/>
        <w:jc w:val="left"/>
        <w:textAlignment w:val="center"/>
        <w:rPr>
          <w:color w:val="000000"/>
        </w:rPr>
      </w:pPr>
      <w:r>
        <w:rPr>
          <w:rFonts w:ascii="宋体" w:hAnsi="宋体" w:eastAsia="宋体" w:cs="宋体"/>
          <w:color w:val="000000"/>
        </w:rPr>
        <w:t>③若</w:t>
      </w:r>
      <w:r>
        <w:pict>
          <v:shape id="_x0000_i717522"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2610" o:title="eqId8a551a88ac426439803f564a3bbee04a"/>
            <o:lock v:ext="edit" aspectratio="t"/>
            <w10:wrap type="none"/>
            <w10:anchorlock/>
          </v:shape>
        </w:pict>
      </w:r>
      <w:r>
        <w:rPr>
          <w:rFonts w:ascii="宋体" w:hAnsi="宋体" w:eastAsia="宋体" w:cs="宋体"/>
          <w:color w:val="000000"/>
        </w:rPr>
        <w:t>时，如图所示，</w:t>
      </w:r>
    </w:p>
    <w:p>
      <w:pPr>
        <w:spacing w:line="360" w:lineRule="auto"/>
        <w:jc w:val="left"/>
        <w:textAlignment w:val="center"/>
        <w:rPr>
          <w:color w:val="000000"/>
        </w:rPr>
      </w:pPr>
      <w:r>
        <w:rPr>
          <w:color w:val="000000"/>
        </w:rPr>
        <w:drawing>
          <wp:inline distT="0" distB="0" distL="114300" distR="114300">
            <wp:extent cx="1905000" cy="209550"/>
            <wp:effectExtent l="0" t="0" r="0" b="0"/>
            <wp:docPr id="3715"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 name="图片 100039" descr="学科网(www.zxxk.com)--教育资源门户，提供试卷、教案、课件、论文、素材以及各类教学资源下载，还有大量而丰富的教学相关资讯！"/>
                    <pic:cNvPicPr>
                      <a:picLocks noChangeAspect="1"/>
                    </pic:cNvPicPr>
                  </pic:nvPicPr>
                  <pic:blipFill>
                    <a:blip r:embed="rId2611"/>
                    <a:stretch>
                      <a:fillRect/>
                    </a:stretch>
                  </pic:blipFill>
                  <pic:spPr>
                    <a:xfrm>
                      <a:off x="0" y="0"/>
                      <a:ext cx="1905000" cy="209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523" o:spt="75" alt="学科网(www.zxxk.com)--教育资源门户，提供试卷、教案、课件、论文、素材以及各类教学资源下载，还有大量而丰富的教学相关资讯！" type="#_x0000_t75" style="height:13.75pt;width:127.9pt;" o:ole="t" filled="f" o:preferrelative="t" stroked="f" coordsize="21600,21600">
            <v:path/>
            <v:fill on="f" focussize="0,0"/>
            <v:stroke on="f" joinstyle="miter"/>
            <v:imagedata r:id="rId2612" o:title="eqIdcb67282a4c7cef4930b92443f508510a"/>
            <o:lock v:ext="edit" aspectratio="t"/>
            <w10:wrap type="none"/>
            <w10:anchorlock/>
          </v:shape>
        </w:pict>
      </w:r>
      <w:r>
        <w:rPr>
          <w:rFonts w:ascii="宋体" w:hAnsi="宋体" w:eastAsia="宋体" w:cs="宋体"/>
          <w:color w:val="000000"/>
        </w:rPr>
        <w:t>，</w:t>
      </w:r>
      <w:r>
        <w:pict>
          <v:shape id="_x0000_i717524" o:spt="75" alt="学科网(www.zxxk.com)--教育资源门户，提供试卷、教案、课件、论文、素材以及各类教学资源下载，还有大量而丰富的教学相关资讯！" type="#_x0000_t75" style="height:19.9pt;width:150.15pt;" o:ole="t" filled="f" o:preferrelative="t" stroked="f" coordsize="21600,21600">
            <v:path/>
            <v:fill on="f" focussize="0,0"/>
            <v:stroke on="f" joinstyle="miter"/>
            <v:imagedata r:id="rId2613" o:title="eqId0a7257b43aba0aaa74e14dad6aadd9f7"/>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525" o:spt="75" alt="学科网(www.zxxk.com)--教育资源门户，提供试卷、教案、课件、论文、素材以及各类教学资源下载，还有大量而丰富的教学相关资讯！" type="#_x0000_t75" style="height:14pt;width:27.95pt;" o:ole="t" filled="f" o:preferrelative="t" stroked="f" coordsize="21600,21600">
            <v:path/>
            <v:fill on="f" focussize="0,0"/>
            <v:stroke on="f" joinstyle="miter"/>
            <v:imagedata r:id="rId2614" o:title="eqId2f0d68648b10fce54dfc19c5ee60086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∴当</w:t>
      </w:r>
      <w:r>
        <w:pict>
          <v:shape id="_x0000_i71752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15" o:title="eqId81dea63b8ce3e51adf66cf7b9982a248"/>
            <o:lock v:ext="edit" aspectratio="t"/>
            <w10:wrap type="none"/>
            <w10:anchorlock/>
          </v:shape>
        </w:pict>
      </w:r>
      <w:r>
        <w:rPr>
          <w:rFonts w:ascii="宋体" w:hAnsi="宋体" w:eastAsia="宋体" w:cs="宋体"/>
          <w:color w:val="000000"/>
        </w:rPr>
        <w:t>取得最小值时，</w:t>
      </w:r>
      <w:r>
        <w:pict>
          <v:shape id="_x0000_i717527"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2616" o:title="eqIdb6a24198bd04c29321ae5dc5a28fe421"/>
            <o:lock v:ext="edit" aspectratio="t"/>
            <w10:wrap type="none"/>
            <w10:anchorlock/>
          </v:shape>
        </w:pict>
      </w:r>
      <w:r>
        <w:rPr>
          <w:rFonts w:ascii="宋体" w:hAnsi="宋体" w:eastAsia="宋体" w:cs="宋体"/>
          <w:color w:val="000000"/>
        </w:rPr>
        <w:t>也取得最小值为</w:t>
      </w:r>
      <w:r>
        <w:pict>
          <v:shape id="_x0000_i717528"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617" o:title="eqIdbdaa19de263700a15fcf213d64a8cd57"/>
            <o:lock v:ext="edit" aspectratio="t"/>
            <w10:wrap type="none"/>
            <w10:anchorlock/>
          </v:shape>
        </w:pict>
      </w:r>
      <w:r>
        <w:rPr>
          <w:rFonts w:ascii="宋体" w:hAnsi="宋体" w:eastAsia="宋体" w:cs="宋体"/>
          <w:color w:val="000000"/>
        </w:rPr>
        <w:t>，则</w:t>
      </w:r>
      <w:r>
        <w:pict>
          <v:shape id="_x0000_i717529"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618" o:title="eqIdf0a532e15e232cb4b99a8d4d07c89575"/>
            <o:lock v:ext="edit" aspectratio="t"/>
            <w10:wrap type="none"/>
            <w10:anchorlock/>
          </v:shape>
        </w:pict>
      </w:r>
      <w:r>
        <w:rPr>
          <w:rFonts w:ascii="宋体" w:hAnsi="宋体" w:eastAsia="宋体" w:cs="宋体"/>
          <w:color w:val="000000"/>
        </w:rPr>
        <w:t>取得最大值为</w:t>
      </w:r>
      <w:r>
        <w:pict>
          <v:shape id="_x0000_i717530"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2619" o:title="eqIddd707b69a11f8de5566f23c1a2a9ff5a"/>
            <o:lock v:ext="edit" aspectratio="t"/>
            <w10:wrap type="none"/>
            <w10:anchorlock/>
          </v:shape>
        </w:pict>
      </w:r>
      <w:r>
        <w:pict>
          <v:shape id="_x0000_i717531" o:spt="75" alt="学科网(www.zxxk.com)--教育资源门户，提供试卷、教案、课件、论文、素材以及各类教学资源下载，还有大量而丰富的教学相关资讯！" type="#_x0000_t75" style="height:13.75pt;width:75.8pt;" o:ole="t" filled="f" o:preferrelative="t" stroked="f" coordsize="21600,21600">
            <v:path/>
            <v:fill on="f" focussize="0,0"/>
            <v:stroke on="f" joinstyle="miter"/>
            <v:imagedata r:id="rId2620" o:title="eqId3f6dc53f5dda9772d6e0f96370ea1de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532" o:spt="75" alt="学科网(www.zxxk.com)--教育资源门户，提供试卷、教案、课件、论文、素材以及各类教学资源下载，还有大量而丰富的教学相关资讯！" type="#_x0000_t75" style="height:19.9pt;width:72pt;" o:ole="t" filled="f" o:preferrelative="t" stroked="f" coordsize="21600,21600">
            <v:path/>
            <v:fill on="f" focussize="0,0"/>
            <v:stroke on="f" joinstyle="miter"/>
            <v:imagedata r:id="rId2621" o:title="eqIda91791ef0e299360ee43e74d2c84331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7533"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2622" o:title="eqIdc29bfb3a0156207685bbbc596ecc4a2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753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24" o:title="eqId81dea63b8ce3e51adf66cf7b9982a248"/>
            <o:lock v:ext="edit" aspectratio="t"/>
            <w10:wrap type="none"/>
            <w10:anchorlock/>
          </v:shape>
        </w:pict>
      </w:r>
      <w:r>
        <w:rPr>
          <w:rFonts w:ascii="宋体" w:hAnsi="宋体" w:eastAsia="宋体" w:cs="宋体"/>
          <w:color w:val="000000"/>
        </w:rPr>
        <w:t>最小值</w:t>
      </w:r>
      <w:r>
        <w:rPr>
          <w:rFonts w:ascii="宋体" w:hAnsi="宋体" w:eastAsia="宋体" w:cs="宋体"/>
          <w:color w:val="000000"/>
          <w:position w:val="0"/>
        </w:rPr>
        <w:drawing>
          <wp:inline distT="0" distB="0" distL="114300" distR="114300">
            <wp:extent cx="158750" cy="190500"/>
            <wp:effectExtent l="0" t="0" r="0" b="0"/>
            <wp:docPr id="3717" name="图片 90971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 name="图片 909714503"/>
                    <pic:cNvPicPr>
                      <a:picLocks noChangeAspect="1"/>
                    </pic:cNvPicPr>
                  </pic:nvPicPr>
                  <pic:blipFill>
                    <a:blip r:embed="rId2623"/>
                    <a:stretch>
                      <a:fillRect/>
                    </a:stretch>
                  </pic:blipFill>
                  <pic:spPr>
                    <a:xfrm>
                      <a:off x="0" y="0"/>
                      <a:ext cx="158750" cy="190500"/>
                    </a:xfrm>
                    <a:prstGeom prst="rect">
                      <a:avLst/>
                    </a:prstGeom>
                  </pic:spPr>
                </pic:pic>
              </a:graphicData>
            </a:graphic>
          </wp:inline>
        </w:drawing>
      </w:r>
      <w:r>
        <w:pict>
          <v:shape id="_x0000_i717535" o:spt="75" alt="学科网(www.zxxk.com)--教育资源门户，提供试卷、教案、课件、论文、素材以及各类教学资源下载，还有大量而丰富的教学相关资讯！" type="#_x0000_t75" style="height:31pt;width:16pt;" o:ole="t" filled="f" o:preferrelative="t" stroked="f" coordsize="21600,21600">
            <v:path/>
            <v:fill on="f" focussize="0,0"/>
            <v:stroke on="f" joinstyle="miter"/>
            <v:imagedata r:id="rId2625" o:title="eqId7786c3d46d98bc9146db4e211f8207b9"/>
            <o:lock v:ext="edit" aspectratio="t"/>
            <w10:wrap type="none"/>
            <w10:anchorlock/>
          </v:shape>
        </w:pict>
      </w:r>
      <w:r>
        <w:rPr>
          <w:rFonts w:ascii="宋体" w:hAnsi="宋体" w:eastAsia="宋体" w:cs="宋体"/>
          <w:color w:val="000000"/>
        </w:rPr>
        <w:t>，最大值为</w:t>
      </w:r>
      <w:r>
        <w:pict>
          <v:shape id="_x0000_i717536"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626" o:title="eqIdec85f29c0860b57a8f0cf8098c13a97e"/>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pict>
          <v:shape id="_x0000_i717537"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627" o:title="eqIdec85f29c0860b57a8f0cf8098c13a97e"/>
            <o:lock v:ext="edit" aspectratio="t"/>
            <w10:wrap type="none"/>
            <w10:anchorlock/>
          </v:shape>
        </w:pict>
      </w:r>
      <w:r>
        <w:rPr>
          <w:rFonts w:ascii="宋体" w:hAnsi="宋体" w:eastAsia="宋体" w:cs="宋体"/>
          <w:color w:val="000000"/>
        </w:rPr>
        <w:t>；</w:t>
      </w:r>
      <w:r>
        <w:pict>
          <v:shape id="_x0000_i717538" o:spt="75" alt="学科网(www.zxxk.com)--教育资源门户，提供试卷、教案、课件、论文、素材以及各类教学资源下载，还有大量而丰富的教学相关资讯！" type="#_x0000_t75" style="height:31pt;width:16pt;" o:ole="t" filled="f" o:preferrelative="t" stroked="f" coordsize="21600,21600">
            <v:path/>
            <v:fill on="f" focussize="0,0"/>
            <v:stroke on="f" joinstyle="miter"/>
            <v:imagedata r:id="rId2628" o:title="eqId7786c3d46d98bc9146db4e211f8207b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本题考查了新定义，整式的加减，绝对值的意义，解一元一次方程，熟练掌握新定义是解题的关键．</w:t>
      </w:r>
    </w:p>
    <w:p>
      <w:pPr>
        <w:pStyle w:val="Heading2"/>
      </w:pPr>
      <w:r>
        <w:t>清华大学附属中学朝阳学校</w:t>
      </w:r>
    </w:p>
    <w:p>
      <w:pPr>
        <w:spacing w:line="360" w:lineRule="auto"/>
        <w:jc w:val="left"/>
        <w:textAlignment w:val="center"/>
        <w:rPr>
          <w:color w:val="000000"/>
        </w:rPr>
      </w:pPr>
      <w:r>
        <w:rPr>
          <w:color w:val="000000"/>
        </w:rPr>
        <w:t xml:space="preserve">27. </w:t>
      </w:r>
      <w:r>
        <w:rPr>
          <w:rFonts w:ascii="宋体" w:hAnsi="宋体" w:eastAsia="宋体" w:cs="宋体"/>
          <w:color w:val="000000"/>
        </w:rPr>
        <w:t>关于</w:t>
      </w:r>
      <w:r>
        <w:pict>
          <v:shape id="_x0000_i71753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29" o:title="eqId81dea63b8ce3e51adf66cf7b9982a248"/>
            <o:lock v:ext="edit" aspectratio="t"/>
            <w10:wrap type="none"/>
            <w10:anchorlock/>
          </v:shape>
        </w:pict>
      </w:r>
      <w:r>
        <w:rPr>
          <w:rFonts w:ascii="宋体" w:hAnsi="宋体" w:eastAsia="宋体" w:cs="宋体"/>
          <w:color w:val="000000"/>
        </w:rPr>
        <w:t>的代数式，当</w:t>
      </w:r>
      <w:r>
        <w:pict>
          <v:shape id="_x0000_i71754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29" o:title="eqId81dea63b8ce3e51adf66cf7b9982a248"/>
            <o:lock v:ext="edit" aspectratio="t"/>
            <w10:wrap type="none"/>
            <w10:anchorlock/>
          </v:shape>
        </w:pict>
      </w:r>
      <w:r>
        <w:rPr>
          <w:rFonts w:ascii="宋体" w:hAnsi="宋体" w:eastAsia="宋体" w:cs="宋体"/>
          <w:color w:val="000000"/>
        </w:rPr>
        <w:t>取任意一组相反数</w:t>
      </w:r>
      <w:r>
        <w:pict>
          <v:shape id="_x0000_i717541"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2630" o:title="eqId294f5ba74cdf695fc9a8a8e52f421328"/>
            <o:lock v:ext="edit" aspectratio="t"/>
            <w10:wrap type="none"/>
            <w10:anchorlock/>
          </v:shape>
        </w:pict>
      </w:r>
      <w:r>
        <w:rPr>
          <w:rFonts w:ascii="宋体" w:hAnsi="宋体" w:eastAsia="宋体" w:cs="宋体"/>
          <w:color w:val="000000"/>
        </w:rPr>
        <w:t>与</w:t>
      </w:r>
      <w:r>
        <w:pict>
          <v:shape id="_x0000_i717542"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2631" o:title="eqId93129dde5fa5cd84e3702e457535e274"/>
            <o:lock v:ext="edit" aspectratio="t"/>
            <w10:wrap type="none"/>
            <w10:anchorlock/>
          </v:shape>
        </w:pict>
      </w:r>
      <w:r>
        <w:rPr>
          <w:rFonts w:ascii="宋体" w:hAnsi="宋体" w:eastAsia="宋体" w:cs="宋体"/>
          <w:color w:val="000000"/>
        </w:rPr>
        <w:t>时，若代数式的值相等，则称之为</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；若代数式的值互为相反数，则称之为</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．例如代数式</w:t>
      </w:r>
      <w:r>
        <w:pict>
          <v:shape id="_x0000_i717543" o:spt="75" alt="学科网(www.zxxk.com)--教育资源门户，提供试卷、教案、课件、论文、素材以及各类教学资源下载，还有大量而丰富的教学相关资讯！" type="#_x0000_t75" style="height:16.2pt;width:13.8pt;" o:ole="t" filled="f" o:preferrelative="t" stroked="f" coordsize="21600,21600">
            <v:path/>
            <v:fill on="f" focussize="0,0"/>
            <v:stroke on="f" joinstyle="miter"/>
            <v:imagedata r:id="rId2632" o:title="eqId9b0a89e3c30f6e4d4c5db4378b05d987"/>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w:t>
      </w:r>
      <w:r>
        <w:pict>
          <v:shape id="_x0000_i717544"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2633" o:title="eqIdd800f03de80068a1172beac3a2c75587"/>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）以下代数式中，是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的有</w:t>
      </w:r>
      <w:r>
        <w:rPr>
          <w:rFonts w:ascii="Times New Roman" w:hAnsi="Times New Roman" w:eastAsia="Times New Roman" w:cs="Times New Roman"/>
          <w:color w:val="000000"/>
        </w:rPr>
        <w:t>__________</w: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的有</w:t>
      </w:r>
      <w:r>
        <w:rPr>
          <w:rFonts w:ascii="Times New Roman" w:hAnsi="Times New Roman" w:eastAsia="Times New Roman" w:cs="Times New Roman"/>
          <w:color w:val="000000"/>
        </w:rPr>
        <w:t>____________</w:t>
      </w:r>
      <w:r>
        <w:rPr>
          <w:rFonts w:ascii="宋体" w:hAnsi="宋体" w:eastAsia="宋体" w:cs="宋体"/>
          <w:color w:val="000000"/>
        </w:rPr>
        <w:t>；（将正确选项的序号填写在横线上）</w:t>
      </w:r>
    </w:p>
    <w:p>
      <w:pPr>
        <w:spacing w:line="360" w:lineRule="auto"/>
        <w:jc w:val="left"/>
        <w:textAlignment w:val="center"/>
        <w:rPr>
          <w:color w:val="000000"/>
        </w:rPr>
      </w:pPr>
      <w:r>
        <w:rPr>
          <w:rFonts w:ascii="Times New Roman" w:hAnsi="Times New Roman" w:eastAsia="Times New Roman" w:cs="Times New Roman"/>
          <w:color w:val="000000"/>
        </w:rPr>
        <w:t>①</w:t>
      </w:r>
      <w:r>
        <w:pict>
          <v:shape id="_x0000_i717545" o:spt="75" alt="学科网(www.zxxk.com)--教育资源门户，提供试卷、教案、课件、论文、素材以及各类教学资源下载，还有大量而丰富的教学相关资讯！" type="#_x0000_t75" style="height:20.25pt;width:27.75pt;" o:ole="t" filled="f" o:preferrelative="t" stroked="f" coordsize="21600,21600">
            <v:path/>
            <v:fill on="f" focussize="0,0"/>
            <v:stroke on="f" joinstyle="miter"/>
            <v:imagedata r:id="rId2634" o:title="eqId0166048aeb5b6df13036cb84320a55c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②</w:t>
      </w:r>
      <w:r>
        <w:pict>
          <v:shape id="_x0000_i717546" o:spt="75" alt="学科网(www.zxxk.com)--教育资源门户，提供试卷、教案、课件、论文、素材以及各类教学资源下载，还有大量而丰富的教学相关资讯！" type="#_x0000_t75" style="height:15.75pt;width:30.65pt;" o:ole="t" filled="f" o:preferrelative="t" stroked="f" coordsize="21600,21600">
            <v:path/>
            <v:fill on="f" focussize="0,0"/>
            <v:stroke on="f" joinstyle="miter"/>
            <v:imagedata r:id="rId2635" o:title="eqIdf6d00724c9e378367fbfd1dfb4cc37c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③</w:t>
      </w:r>
      <w:r>
        <w:pict>
          <v:shape id="_x0000_i717547" o:spt="75" alt="学科网(www.zxxk.com)--教育资源门户，提供试卷、教案、课件、论文、素材以及各类教学资源下载，还有大量而丰富的教学相关资讯！" type="#_x0000_t75" style="height:16pt;width:38pt;" o:ole="t" filled="f" o:preferrelative="t" stroked="f" coordsize="21600,21600">
            <v:path/>
            <v:fill on="f" focussize="0,0"/>
            <v:stroke on="f" joinstyle="miter"/>
            <v:imagedata r:id="rId2636" o:title="eqIdae591c3243fd4c443ce67a9a76aa7dc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）对于整式</w:t>
      </w:r>
      <w:r>
        <w:pict>
          <v:shape id="_x0000_i717548"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2637" o:title="eqIdfb8264a1c6581dd52e1d847d05c8385a"/>
            <o:lock v:ext="edit" aspectratio="t"/>
            <w10:wrap type="none"/>
            <w10:anchorlock/>
          </v:shape>
        </w:pict>
      </w:r>
      <w:r>
        <w:rPr>
          <w:rFonts w:ascii="宋体" w:hAnsi="宋体" w:eastAsia="宋体" w:cs="宋体"/>
          <w:color w:val="000000"/>
        </w:rPr>
        <w:t>，当</w:t>
      </w:r>
      <w:r>
        <w:pict>
          <v:shape id="_x0000_i71754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38" o:title="eqId81dea63b8ce3e51adf66cf7b9982a248"/>
            <o:lock v:ext="edit" aspectratio="t"/>
            <w10:wrap type="none"/>
            <w10:anchorlock/>
          </v:shape>
        </w:pict>
      </w:r>
      <w:r>
        <w:rPr>
          <w:rFonts w:ascii="宋体" w:hAnsi="宋体" w:eastAsia="宋体" w:cs="宋体"/>
          <w:color w:val="000000"/>
        </w:rPr>
        <w:t>分别取</w:t>
      </w:r>
      <w:r>
        <w:rPr>
          <w:rFonts w:ascii="Times New Roman" w:hAnsi="Times New Roman" w:eastAsia="Times New Roman" w:cs="Times New Roman"/>
          <w:color w:val="000000"/>
        </w:rPr>
        <w:t>2</w:t>
      </w:r>
      <w:r>
        <w:rPr>
          <w:rFonts w:ascii="宋体" w:hAnsi="宋体" w:eastAsia="宋体" w:cs="宋体"/>
          <w:color w:val="000000"/>
        </w:rPr>
        <w:t>与</w:t>
      </w:r>
      <w:r>
        <w:rPr>
          <w:rFonts w:ascii="Times New Roman" w:hAnsi="Times New Roman" w:eastAsia="Times New Roman" w:cs="Times New Roman"/>
          <w:color w:val="000000"/>
        </w:rPr>
        <w:t>-2</w:t>
      </w:r>
      <w:r>
        <w:rPr>
          <w:rFonts w:ascii="宋体" w:hAnsi="宋体" w:eastAsia="宋体" w:cs="宋体"/>
          <w:color w:val="000000"/>
        </w:rPr>
        <w:t>时，求整式的值分别是多少．</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）对于整式</w:t>
      </w:r>
      <w:r>
        <w:pict>
          <v:shape id="_x0000_i717550" o:spt="75" alt="学科网(www.zxxk.com)--教育资源门户，提供试卷、教案、课件、论文、素材以及各类教学资源下载，还有大量而丰富的教学相关资讯！" type="#_x0000_t75" style="height:15.75pt;width:89.25pt;" o:ole="t" filled="f" o:preferrelative="t" stroked="f" coordsize="21600,21600">
            <v:path/>
            <v:fill on="f" focussize="0,0"/>
            <v:stroke on="f" joinstyle="miter"/>
            <v:imagedata r:id="rId2639" o:title="eqId135255387c7814e21212ce2c18aeb81c"/>
            <o:lock v:ext="edit" aspectratio="t"/>
            <w10:wrap type="none"/>
            <w10:anchorlock/>
          </v:shape>
        </w:pict>
      </w:r>
      <w:r>
        <w:rPr>
          <w:rFonts w:ascii="宋体" w:hAnsi="宋体" w:eastAsia="宋体" w:cs="宋体"/>
          <w:color w:val="000000"/>
        </w:rPr>
        <w:t>，当</w:t>
      </w:r>
      <w:r>
        <w:pict>
          <v:shape id="_x0000_i71755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40" o:title="eqId81dea63b8ce3e51adf66cf7b9982a248"/>
            <o:lock v:ext="edit" aspectratio="t"/>
            <w10:wrap type="none"/>
            <w10:anchorlock/>
          </v:shape>
        </w:pict>
      </w:r>
      <w:r>
        <w:rPr>
          <w:rFonts w:ascii="宋体" w:hAnsi="宋体" w:eastAsia="宋体" w:cs="宋体"/>
          <w:color w:val="000000"/>
        </w:rPr>
        <w:t>分别取</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时，这九个整式的值之和是</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24125" cy="1247775"/>
            <wp:effectExtent l="0" t="0" r="0" b="0"/>
            <wp:docPr id="3719"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 name="图片 100015" descr="学科网(www.zxxk.com)--教育资源门户，提供试卷、教案、课件、论文、素材以及各类教学资源下载，还有大量而丰富的教学相关资讯！"/>
                    <pic:cNvPicPr>
                      <a:picLocks noChangeAspect="1"/>
                    </pic:cNvPicPr>
                  </pic:nvPicPr>
                  <pic:blipFill>
                    <a:blip r:embed="rId2641"/>
                    <a:stretch>
                      <a:fillRect/>
                    </a:stretch>
                  </pic:blipFill>
                  <pic:spPr>
                    <a:xfrm>
                      <a:off x="0" y="0"/>
                      <a:ext cx="2524125" cy="12477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）①③；②；（</w:t>
      </w:r>
      <w:r>
        <w:rPr>
          <w:rFonts w:ascii="Times New Roman" w:hAnsi="Times New Roman" w:eastAsia="Times New Roman" w:cs="Times New Roman"/>
          <w:color w:val="000000"/>
        </w:rPr>
        <w:t>2</w:t>
      </w:r>
      <w:r>
        <w:rPr>
          <w:rFonts w:ascii="宋体" w:hAnsi="宋体" w:eastAsia="宋体" w:cs="宋体"/>
          <w:color w:val="000000"/>
        </w:rPr>
        <w:t>）当</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宋体" w:hAnsi="宋体" w:eastAsia="宋体" w:cs="宋体"/>
          <w:color w:val="000000"/>
        </w:rPr>
        <w:t>时整式的值为</w:t>
      </w:r>
      <w:r>
        <w:rPr>
          <w:rFonts w:ascii="Times New Roman" w:hAnsi="Times New Roman" w:eastAsia="Times New Roman" w:cs="Times New Roman"/>
          <w:color w:val="000000"/>
        </w:rPr>
        <w:t>-5</w:t>
      </w:r>
      <w:r>
        <w:rPr>
          <w:rFonts w:ascii="宋体" w:hAnsi="宋体" w:eastAsia="宋体" w:cs="宋体"/>
          <w:color w:val="000000"/>
        </w:rPr>
        <w:t>；当</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宋体" w:hAnsi="宋体" w:eastAsia="宋体" w:cs="宋体"/>
          <w:color w:val="000000"/>
        </w:rPr>
        <w:t>时整式的值为</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69</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）根据定义即可判定；</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）分别代入计算即可；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pict>
          <v:shape id="_x0000_i717552"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2642" o:title="eqId2af9764aa29ce1378f9c6f6c3ceea928"/>
            <o:lock v:ext="edit" aspectratio="t"/>
            <w10:wrap type="none"/>
            <w10:anchorlock/>
          </v:shape>
        </w:pict>
      </w:r>
      <w:r>
        <w:rPr>
          <w:rFonts w:ascii="宋体" w:hAnsi="宋体" w:eastAsia="宋体" w:cs="宋体"/>
          <w:color w:val="000000"/>
        </w:rPr>
        <w:t>、</w:t>
      </w:r>
      <w:r>
        <w:pict>
          <v:shape id="_x0000_i717553"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2643" o:title="eqIdd800f03de80068a1172beac3a2c75587"/>
            <o:lock v:ext="edit" aspectratio="t"/>
            <w10:wrap type="none"/>
            <w10:anchorlock/>
          </v:shape>
        </w:pict>
      </w:r>
      <w:r>
        <w:rPr>
          <w:rFonts w:ascii="宋体" w:hAnsi="宋体" w:eastAsia="宋体" w:cs="宋体"/>
          <w:color w:val="000000"/>
        </w:rPr>
        <w:t>、</w:t>
      </w:r>
      <w:r>
        <w:pict>
          <v:shape id="_x0000_i71755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44" o:title="eqId81dea63b8ce3e51adf66cf7b9982a248"/>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分别取</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时，它们的和为</w:t>
      </w:r>
      <w:r>
        <w:rPr>
          <w:rFonts w:ascii="Times New Roman" w:hAnsi="Times New Roman" w:eastAsia="Times New Roman" w:cs="Times New Roman"/>
          <w:color w:val="000000"/>
        </w:rPr>
        <w:t>0</w:t>
      </w:r>
      <w:r>
        <w:rPr>
          <w:rFonts w:ascii="宋体" w:hAnsi="宋体" w:eastAsia="宋体" w:cs="宋体"/>
          <w:color w:val="000000"/>
        </w:rPr>
        <w:t>，只需要求出九个式子中</w:t>
      </w:r>
      <w:r>
        <w:pict>
          <v:shape id="_x0000_i717555" o:spt="75" alt="学科网(www.zxxk.com)--教育资源门户，提供试卷、教案、课件、论文、素材以及各类教学资源下载，还有大量而丰富的教学相关资讯！" type="#_x0000_t75" style="height:16pt;width:29pt;" o:ole="t" filled="f" o:preferrelative="t" stroked="f" coordsize="21600,21600">
            <v:path/>
            <v:fill on="f" focussize="0,0"/>
            <v:stroke on="f" joinstyle="miter"/>
            <v:imagedata r:id="rId2645" o:title="eqId81843351cfa63bb76c9f39aa96434283"/>
            <o:lock v:ext="edit" aspectratio="t"/>
            <w10:wrap type="none"/>
            <w10:anchorlock/>
          </v:shape>
        </w:pict>
      </w:r>
      <w:r>
        <w:rPr>
          <w:rFonts w:ascii="宋体" w:hAnsi="宋体" w:eastAsia="宋体" w:cs="宋体"/>
          <w:color w:val="000000"/>
        </w:rPr>
        <w:t>即可．</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7556" o:spt="75" alt="学科网(www.zxxk.com)--教育资源门户，提供试卷、教案、课件、论文、素材以及各类教学资源下载，还有大量而丰富的教学相关资讯！" type="#_x0000_t75" style="height:20.25pt;width:72pt;" o:ole="t" filled="f" o:preferrelative="t" stroked="f" coordsize="21600,21600">
            <v:path/>
            <v:fill on="f" focussize="0,0"/>
            <v:stroke on="f" joinstyle="miter"/>
            <v:imagedata r:id="rId2646" o:title="eqIda11dbeddc1562db076f27df000c14aa8"/>
            <o:lock v:ext="edit" aspectratio="t"/>
            <w10:wrap type="none"/>
            <w10:anchorlock/>
          </v:shape>
        </w:pict>
      </w:r>
      <w:r>
        <w:rPr>
          <w:rFonts w:ascii="宋体" w:hAnsi="宋体" w:eastAsia="宋体" w:cs="宋体"/>
          <w:color w:val="000000"/>
        </w:rPr>
        <w:t>，</w:t>
      </w:r>
      <w:r>
        <w:pict>
          <v:shape id="_x0000_i717557" o:spt="75" alt="学科网(www.zxxk.com)--教育资源门户，提供试卷、教案、课件、论文、素材以及各类教学资源下载，还有大量而丰富的教学相关资讯！" type="#_x0000_t75" style="height:22.9pt;width:121.1pt;" o:ole="t" filled="f" o:preferrelative="t" stroked="f" coordsize="21600,21600">
            <v:path/>
            <v:fill on="f" focussize="0,0"/>
            <v:stroke on="f" joinstyle="miter"/>
            <v:imagedata r:id="rId2647" o:title="eqId24542f95c0b9731e88a78561636fc317"/>
            <o:lock v:ext="edit" aspectratio="t"/>
            <w10:wrap type="none"/>
            <w10:anchorlock/>
          </v:shape>
        </w:pict>
      </w:r>
      <w:r>
        <w:rPr>
          <w:rFonts w:ascii="宋体" w:hAnsi="宋体" w:eastAsia="宋体" w:cs="宋体"/>
          <w:color w:val="000000"/>
        </w:rPr>
        <w:t>，</w:t>
      </w:r>
      <w:r>
        <w:pict>
          <v:shape id="_x0000_i717558" o:spt="75" alt="学科网(www.zxxk.com)--教育资源门户，提供试卷、教案、课件、论文、素材以及各类教学资源下载，还有大量而丰富的教学相关资讯！" type="#_x0000_t75" style="height:22.05pt;width:101.15pt;" o:ole="t" filled="f" o:preferrelative="t" stroked="f" coordsize="21600,21600">
            <v:path/>
            <v:fill on="f" focussize="0,0"/>
            <v:stroke on="f" joinstyle="miter"/>
            <v:imagedata r:id="rId2648" o:title="eqIdadd3fcd086e80230f324e64e9b152ebb"/>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有①③，</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有②</w:t>
      </w:r>
    </w:p>
    <w:p>
      <w:pPr>
        <w:spacing w:line="360" w:lineRule="auto"/>
        <w:jc w:val="left"/>
        <w:textAlignment w:val="center"/>
        <w:rPr>
          <w:color w:val="000000"/>
        </w:rPr>
      </w:pPr>
      <w:r>
        <w:rPr>
          <w:rFonts w:ascii="宋体" w:hAnsi="宋体" w:eastAsia="宋体" w:cs="宋体"/>
          <w:color w:val="000000"/>
        </w:rPr>
        <w:t>故答案为：①③；②；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宋体" w:hAnsi="宋体" w:eastAsia="宋体" w:cs="宋体"/>
          <w:color w:val="000000"/>
        </w:rPr>
        <w:t>时，原式</w:t>
      </w:r>
      <w:r>
        <w:rPr>
          <w:rFonts w:ascii="Times New Roman" w:hAnsi="Times New Roman" w:eastAsia="Times New Roman" w:cs="Times New Roman"/>
          <w:color w:val="000000"/>
        </w:rPr>
        <w:t>=-2</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+2+1=-5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∴整式的值为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宋体" w:hAnsi="宋体" w:eastAsia="宋体" w:cs="宋体"/>
          <w:color w:val="000000"/>
        </w:rPr>
        <w:t>时，原式</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∴整式的值为</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pict>
          <v:shape id="_x0000_i717559"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2649" o:title="eqId2af9764aa29ce1378f9c6f6c3ceea928"/>
            <o:lock v:ext="edit" aspectratio="t"/>
            <w10:wrap type="none"/>
            <w10:anchorlock/>
          </v:shape>
        </w:pict>
      </w:r>
      <w:r>
        <w:rPr>
          <w:rFonts w:ascii="宋体" w:hAnsi="宋体" w:eastAsia="宋体" w:cs="宋体"/>
          <w:color w:val="000000"/>
        </w:rPr>
        <w:t>、</w:t>
      </w:r>
      <w:r>
        <w:pict>
          <v:shape id="_x0000_i717560"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2650" o:title="eqIdd800f03de80068a1172beac3a2c75587"/>
            <o:lock v:ext="edit" aspectratio="t"/>
            <w10:wrap type="none"/>
            <w10:anchorlock/>
          </v:shape>
        </w:pict>
      </w:r>
      <w:r>
        <w:rPr>
          <w:rFonts w:ascii="宋体" w:hAnsi="宋体" w:eastAsia="宋体" w:cs="宋体"/>
          <w:color w:val="000000"/>
        </w:rPr>
        <w:t>、</w:t>
      </w:r>
      <w:r>
        <w:pict>
          <v:shape id="_x0000_i71756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651" o:title="eqId81dea63b8ce3e51adf66cf7b9982a248"/>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奇代数式</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分别取</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时，它们的和为</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而</w:t>
      </w:r>
      <w:r>
        <w:pict>
          <v:shape id="_x0000_i717562" o:spt="75" alt="学科网(www.zxxk.com)--教育资源门户，提供试卷、教案、课件、论文、素材以及各类教学资源下载，还有大量而丰富的教学相关资讯！" type="#_x0000_t75" style="height:16pt;width:29pt;" o:ole="t" filled="f" o:preferrelative="t" stroked="f" coordsize="21600,21600">
            <v:path/>
            <v:fill on="f" focussize="0,0"/>
            <v:stroke on="f" joinstyle="miter"/>
            <v:imagedata r:id="rId2652" o:title="eqId81843351cfa63bb76c9f39aa96434283"/>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分别取</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时，九个整式的值之和是</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]+0</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1=69</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69</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此题主要考查代数式求值，涉及新定义，解题的关键是理解</w:t>
      </w:r>
      <w:r>
        <w:rPr>
          <w:rFonts w:ascii="Times New Roman" w:hAnsi="Times New Roman" w:eastAsia="Times New Roman" w:cs="Times New Roman"/>
          <w:color w:val="000000"/>
        </w:rPr>
        <w:t>“</w:t>
      </w:r>
      <w:r>
        <w:rPr>
          <w:rFonts w:ascii="宋体" w:hAnsi="宋体" w:eastAsia="宋体" w:cs="宋体"/>
          <w:color w:val="000000"/>
        </w:rPr>
        <w:t>偶代数式</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奇代数式</w:t>
      </w:r>
      <w:r>
        <w:rPr>
          <w:rFonts w:ascii="Times New Roman" w:hAnsi="Times New Roman" w:eastAsia="Times New Roman" w:cs="Times New Roman"/>
          <w:color w:val="000000"/>
        </w:rPr>
        <w:t>”</w:t>
      </w:r>
      <w:r>
        <w:rPr>
          <w:rFonts w:ascii="宋体" w:hAnsi="宋体" w:eastAsia="宋体" w:cs="宋体"/>
          <w:color w:val="000000"/>
        </w:rPr>
        <w:t>的定义并运用．</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对于数轴上的点</w:t>
      </w:r>
      <w:r>
        <w:rPr>
          <w:rFonts w:ascii="Times New Roman" w:hAnsi="Times New Roman" w:eastAsia="Times New Roman" w:cs="Times New Roman"/>
          <w:color w:val="000000"/>
        </w:rPr>
        <w:t>P</w:t>
      </w:r>
      <w:r>
        <w:rPr>
          <w:rFonts w:ascii="宋体" w:hAnsi="宋体" w:eastAsia="宋体" w:cs="宋体"/>
          <w:color w:val="000000"/>
        </w:rPr>
        <w:t>，</w:t>
      </w:r>
      <w:r>
        <w:rPr>
          <w:rFonts w:ascii="Times New Roman" w:hAnsi="Times New Roman" w:eastAsia="Times New Roman" w:cs="Times New Roman"/>
          <w:color w:val="000000"/>
        </w:rPr>
        <w:t>Q</w:t>
      </w:r>
      <w:r>
        <w:rPr>
          <w:rFonts w:ascii="宋体" w:hAnsi="宋体" w:eastAsia="宋体" w:cs="宋体"/>
          <w:color w:val="000000"/>
        </w:rPr>
        <w:t>，给出如下定义：若点</w:t>
      </w:r>
      <w:r>
        <w:rPr>
          <w:rFonts w:ascii="Times New Roman" w:hAnsi="Times New Roman" w:eastAsia="Times New Roman" w:cs="Times New Roman"/>
          <w:color w:val="000000"/>
        </w:rPr>
        <w:t>P</w:t>
      </w:r>
      <w:r>
        <w:rPr>
          <w:rFonts w:ascii="宋体" w:hAnsi="宋体" w:eastAsia="宋体" w:cs="宋体"/>
          <w:color w:val="000000"/>
        </w:rPr>
        <w:t>到点</w:t>
      </w:r>
      <w:r>
        <w:rPr>
          <w:rFonts w:ascii="Times New Roman" w:hAnsi="Times New Roman" w:eastAsia="Times New Roman" w:cs="Times New Roman"/>
          <w:color w:val="000000"/>
        </w:rPr>
        <w:t>Q</w:t>
      </w:r>
      <w:r>
        <w:rPr>
          <w:rFonts w:ascii="宋体" w:hAnsi="宋体" w:eastAsia="宋体" w:cs="宋体"/>
          <w:color w:val="000000"/>
        </w:rPr>
        <w:t>的距离为</w:t>
      </w:r>
      <w:r>
        <w:rPr>
          <w:rFonts w:ascii="Times New Roman" w:hAnsi="Times New Roman" w:eastAsia="Times New Roman" w:cs="Times New Roman"/>
          <w:color w:val="000000"/>
        </w:rPr>
        <w:t>d(d≥0)</w:t>
      </w:r>
      <w:r>
        <w:rPr>
          <w:rFonts w:ascii="宋体" w:hAnsi="宋体" w:eastAsia="宋体" w:cs="宋体"/>
          <w:color w:val="000000"/>
        </w:rPr>
        <w:t>，则称</w:t>
      </w:r>
      <w:r>
        <w:rPr>
          <w:rFonts w:ascii="Times New Roman" w:hAnsi="Times New Roman" w:eastAsia="Times New Roman" w:cs="Times New Roman"/>
          <w:color w:val="000000"/>
        </w:rPr>
        <w:t>d</w:t>
      </w:r>
      <w:r>
        <w:rPr>
          <w:rFonts w:ascii="宋体" w:hAnsi="宋体" w:eastAsia="宋体" w:cs="宋体"/>
          <w:color w:val="000000"/>
        </w:rPr>
        <w:t>为点</w:t>
      </w:r>
      <w:r>
        <w:rPr>
          <w:rFonts w:ascii="Times New Roman" w:hAnsi="Times New Roman" w:eastAsia="Times New Roman" w:cs="Times New Roman"/>
          <w:color w:val="000000"/>
        </w:rPr>
        <w:t>P</w:t>
      </w:r>
      <w:r>
        <w:rPr>
          <w:rFonts w:ascii="宋体" w:hAnsi="宋体" w:eastAsia="宋体" w:cs="宋体"/>
          <w:color w:val="000000"/>
        </w:rPr>
        <w:t>到点</w:t>
      </w:r>
      <w:r>
        <w:rPr>
          <w:rFonts w:ascii="Times New Roman" w:hAnsi="Times New Roman" w:eastAsia="Times New Roman" w:cs="Times New Roman"/>
          <w:color w:val="000000"/>
        </w:rPr>
        <w:t>Q</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追随值，记作</w:t>
      </w:r>
      <w:r>
        <w:rPr>
          <w:rFonts w:ascii="Times New Roman" w:hAnsi="Times New Roman" w:eastAsia="Times New Roman" w:cs="Times New Roman"/>
          <w:color w:val="000000"/>
        </w:rPr>
        <w:t>d[PQ]</w:t>
      </w:r>
      <w:r>
        <w:rPr>
          <w:rFonts w:ascii="宋体" w:hAnsi="宋体" w:eastAsia="宋体" w:cs="宋体"/>
          <w:color w:val="000000"/>
        </w:rPr>
        <w:t>．例如，在数轴上点</w:t>
      </w:r>
      <w:r>
        <w:rPr>
          <w:rFonts w:ascii="Times New Roman" w:hAnsi="Times New Roman" w:eastAsia="Times New Roman" w:cs="Times New Roman"/>
          <w:color w:val="000000"/>
        </w:rPr>
        <w:t>P</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color w:val="000000"/>
        </w:rPr>
        <w:t>Q</w:t>
      </w:r>
      <w:r>
        <w:rPr>
          <w:rFonts w:ascii="宋体" w:hAnsi="宋体" w:eastAsia="宋体" w:cs="宋体"/>
          <w:color w:val="000000"/>
        </w:rPr>
        <w:t>表示的数是</w:t>
      </w:r>
      <w:r>
        <w:rPr>
          <w:rFonts w:ascii="Times New Roman" w:hAnsi="Times New Roman" w:eastAsia="Times New Roman" w:cs="Times New Roman"/>
          <w:color w:val="000000"/>
        </w:rPr>
        <w:t>5</w:t>
      </w:r>
      <w:r>
        <w:rPr>
          <w:rFonts w:ascii="宋体" w:hAnsi="宋体" w:eastAsia="宋体" w:cs="宋体"/>
          <w:color w:val="000000"/>
        </w:rPr>
        <w:t>，则点</w:t>
      </w:r>
      <w:r>
        <w:rPr>
          <w:rFonts w:ascii="Times New Roman" w:hAnsi="Times New Roman" w:eastAsia="Times New Roman" w:cs="Times New Roman"/>
          <w:color w:val="000000"/>
        </w:rPr>
        <w:t>P</w:t>
      </w:r>
      <w:r>
        <w:rPr>
          <w:rFonts w:ascii="宋体" w:hAnsi="宋体" w:eastAsia="宋体" w:cs="宋体"/>
          <w:color w:val="000000"/>
        </w:rPr>
        <w:t>到点</w:t>
      </w:r>
      <w:r>
        <w:rPr>
          <w:rFonts w:ascii="Times New Roman" w:hAnsi="Times New Roman" w:eastAsia="Times New Roman" w:cs="Times New Roman"/>
          <w:color w:val="000000"/>
        </w:rPr>
        <w:t>Q</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追随值为</w:t>
      </w:r>
      <w:r>
        <w:rPr>
          <w:rFonts w:ascii="Times New Roman" w:hAnsi="Times New Roman" w:eastAsia="Times New Roman" w:cs="Times New Roman"/>
          <w:color w:val="000000"/>
        </w:rPr>
        <w:t>d[PQ]=3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问题解决：</w:t>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color w:val="000000"/>
        </w:rPr>
        <w:t>M</w:t>
      </w:r>
      <w:r>
        <w:rPr>
          <w:rFonts w:ascii="宋体" w:hAnsi="宋体" w:eastAsia="宋体" w:cs="宋体"/>
          <w:color w:val="000000"/>
        </w:rPr>
        <w:t>，</w:t>
      </w:r>
      <w:r>
        <w:rPr>
          <w:rFonts w:ascii="Times New Roman" w:hAnsi="Times New Roman" w:eastAsia="Times New Roman" w:cs="Times New Roman"/>
          <w:color w:val="000000"/>
        </w:rPr>
        <w:t>N</w:t>
      </w:r>
      <w:r>
        <w:rPr>
          <w:rFonts w:ascii="宋体" w:hAnsi="宋体" w:eastAsia="宋体" w:cs="宋体"/>
          <w:color w:val="000000"/>
        </w:rPr>
        <w:t>都在数轴上，点</w:t>
      </w:r>
      <w:r>
        <w:rPr>
          <w:rFonts w:ascii="Times New Roman" w:hAnsi="Times New Roman" w:eastAsia="Times New Roman" w:cs="Times New Roman"/>
          <w:color w:val="000000"/>
        </w:rPr>
        <w:t>M</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，且点</w:t>
      </w:r>
      <w:r>
        <w:rPr>
          <w:rFonts w:ascii="Times New Roman" w:hAnsi="Times New Roman" w:eastAsia="Times New Roman" w:cs="Times New Roman"/>
          <w:color w:val="000000"/>
        </w:rPr>
        <w:t>N</w:t>
      </w:r>
      <w:r>
        <w:rPr>
          <w:rFonts w:ascii="宋体" w:hAnsi="宋体" w:eastAsia="宋体" w:cs="宋体"/>
          <w:color w:val="000000"/>
        </w:rPr>
        <w:t>到点</w:t>
      </w:r>
      <w:r>
        <w:rPr>
          <w:rFonts w:ascii="Times New Roman" w:hAnsi="Times New Roman" w:eastAsia="Times New Roman" w:cs="Times New Roman"/>
          <w:color w:val="000000"/>
        </w:rPr>
        <w:t>M</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w:t>
      </w:r>
      <w:r>
        <w:rPr>
          <w:rFonts w:ascii="Times New Roman" w:hAnsi="Times New Roman" w:eastAsia="Times New Roman" w:cs="Times New Roman"/>
          <w:color w:val="000000"/>
        </w:rPr>
        <w:t>d[MN]=a(a≥0)</w:t>
      </w:r>
      <w:r>
        <w:rPr>
          <w:rFonts w:ascii="宋体" w:hAnsi="宋体" w:eastAsia="宋体" w:cs="宋体"/>
          <w:color w:val="000000"/>
        </w:rPr>
        <w:t>，则点</w:t>
      </w:r>
      <w:r>
        <w:rPr>
          <w:rFonts w:ascii="Times New Roman" w:hAnsi="Times New Roman" w:eastAsia="Times New Roman" w:cs="Times New Roman"/>
          <w:color w:val="000000"/>
        </w:rPr>
        <w:t>N</w:t>
      </w:r>
      <w:r>
        <w:rPr>
          <w:rFonts w:ascii="宋体" w:hAnsi="宋体" w:eastAsia="宋体" w:cs="宋体"/>
          <w:color w:val="000000"/>
        </w:rPr>
        <w:t>表示的数是</w:t>
      </w:r>
      <w:r>
        <w:rPr>
          <w:color w:val="000000"/>
          <w:u w:val="single"/>
        </w:rPr>
        <w:t>_____</w:t>
      </w:r>
      <w:r>
        <w:rPr>
          <w:color w:val="000000"/>
        </w:rPr>
        <w:t>(</w:t>
      </w:r>
      <w:r>
        <w:rPr>
          <w:rFonts w:ascii="宋体" w:hAnsi="宋体" w:eastAsia="宋体" w:cs="宋体"/>
          <w:color w:val="000000"/>
        </w:rPr>
        <w:t>用含</w:t>
      </w:r>
      <w:r>
        <w:rPr>
          <w:rFonts w:ascii="Times New Roman" w:hAnsi="Times New Roman" w:eastAsia="Times New Roman" w:cs="Times New Roman"/>
          <w:color w:val="000000"/>
        </w:rPr>
        <w:t>a</w:t>
      </w:r>
      <w:r>
        <w:rPr>
          <w:rFonts w:ascii="宋体" w:hAnsi="宋体" w:eastAsia="宋体" w:cs="宋体"/>
          <w:color w:val="000000"/>
        </w:rPr>
        <w:t>的代数式表示</w:t>
      </w:r>
      <w:r>
        <w:rPr>
          <w:color w:val="000000"/>
        </w:rPr>
        <w:t>)</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如图，点</w:t>
      </w:r>
      <w:r>
        <w:rPr>
          <w:rFonts w:ascii="Times New Roman" w:hAnsi="Times New Roman" w:eastAsia="Times New Roman" w:cs="Times New Roman"/>
          <w:color w:val="000000"/>
        </w:rPr>
        <w:t>C</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，在数轴上有两个动点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都沿着正方向同时移动，其中</w:t>
      </w:r>
      <w:r>
        <w:rPr>
          <w:rFonts w:ascii="Times New Roman" w:hAnsi="Times New Roman" w:eastAsia="Times New Roman" w:cs="Times New Roman"/>
          <w:color w:val="000000"/>
        </w:rPr>
        <w:t>A</w:t>
      </w:r>
      <w:r>
        <w:rPr>
          <w:rFonts w:ascii="宋体" w:hAnsi="宋体" w:eastAsia="宋体" w:cs="宋体"/>
          <w:color w:val="000000"/>
        </w:rPr>
        <w:t>点的速度为每秒</w:t>
      </w:r>
      <w:r>
        <w:rPr>
          <w:rFonts w:ascii="Times New Roman" w:hAnsi="Times New Roman" w:eastAsia="Times New Roman" w:cs="Times New Roman"/>
          <w:color w:val="000000"/>
        </w:rPr>
        <w:t>3</w:t>
      </w:r>
      <w:r>
        <w:rPr>
          <w:rFonts w:ascii="宋体" w:hAnsi="宋体" w:eastAsia="宋体" w:cs="宋体"/>
          <w:color w:val="000000"/>
        </w:rPr>
        <w:t>个单位，</w:t>
      </w:r>
      <w:r>
        <w:rPr>
          <w:rFonts w:ascii="Times New Roman" w:hAnsi="Times New Roman" w:eastAsia="Times New Roman" w:cs="Times New Roman"/>
          <w:color w:val="000000"/>
        </w:rPr>
        <w:t>B</w:t>
      </w:r>
      <w:r>
        <w:rPr>
          <w:rFonts w:ascii="宋体" w:hAnsi="宋体" w:eastAsia="宋体" w:cs="宋体"/>
          <w:color w:val="000000"/>
        </w:rPr>
        <w:t>点的速度为每秒</w:t>
      </w:r>
      <w:r>
        <w:rPr>
          <w:rFonts w:ascii="Times New Roman" w:hAnsi="Times New Roman" w:eastAsia="Times New Roman" w:cs="Times New Roman"/>
          <w:color w:val="000000"/>
        </w:rPr>
        <w:t>1</w:t>
      </w:r>
      <w:r>
        <w:rPr>
          <w:rFonts w:ascii="宋体" w:hAnsi="宋体" w:eastAsia="宋体" w:cs="宋体"/>
          <w:color w:val="000000"/>
        </w:rPr>
        <w:t>个单位，点</w:t>
      </w:r>
      <w:r>
        <w:rPr>
          <w:rFonts w:ascii="Times New Roman" w:hAnsi="Times New Roman" w:eastAsia="Times New Roman" w:cs="Times New Roman"/>
          <w:color w:val="000000"/>
        </w:rPr>
        <w:t>A</w:t>
      </w:r>
      <w:r>
        <w:rPr>
          <w:rFonts w:ascii="宋体" w:hAnsi="宋体" w:eastAsia="宋体" w:cs="宋体"/>
          <w:color w:val="000000"/>
        </w:rPr>
        <w:t>从点</w:t>
      </w:r>
      <w:r>
        <w:rPr>
          <w:rFonts w:ascii="Times New Roman" w:hAnsi="Times New Roman" w:eastAsia="Times New Roman" w:cs="Times New Roman"/>
          <w:color w:val="000000"/>
        </w:rPr>
        <w:t>C</w:t>
      </w:r>
      <w:r>
        <w:rPr>
          <w:rFonts w:ascii="宋体" w:hAnsi="宋体" w:eastAsia="宋体" w:cs="宋体"/>
          <w:color w:val="000000"/>
        </w:rPr>
        <w:t>出发，点</w:t>
      </w:r>
      <w:r>
        <w:rPr>
          <w:rFonts w:ascii="Times New Roman" w:hAnsi="Times New Roman" w:eastAsia="Times New Roman" w:cs="Times New Roman"/>
          <w:color w:val="000000"/>
        </w:rPr>
        <w:t>B</w:t>
      </w:r>
      <w:r>
        <w:rPr>
          <w:rFonts w:ascii="宋体" w:hAnsi="宋体" w:eastAsia="宋体" w:cs="宋体"/>
          <w:color w:val="000000"/>
        </w:rPr>
        <w:t>表示的数是</w:t>
      </w:r>
      <w:r>
        <w:rPr>
          <w:rFonts w:ascii="Times New Roman" w:hAnsi="Times New Roman" w:eastAsia="Times New Roman" w:cs="Times New Roman"/>
          <w:color w:val="000000"/>
        </w:rPr>
        <w:t>b</w:t>
      </w:r>
      <w:r>
        <w:rPr>
          <w:rFonts w:ascii="宋体" w:hAnsi="宋体" w:eastAsia="宋体" w:cs="宋体"/>
          <w:color w:val="000000"/>
        </w:rPr>
        <w:t>，设运动时间为</w:t>
      </w:r>
      <w:r>
        <w:rPr>
          <w:rFonts w:ascii="Times New Roman" w:hAnsi="Times New Roman" w:eastAsia="Times New Roman" w:cs="Times New Roman"/>
          <w:color w:val="000000"/>
        </w:rPr>
        <w:t>t(t&gt;0)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①当</w:t>
      </w:r>
      <w:r>
        <w:rPr>
          <w:rFonts w:ascii="Times New Roman" w:hAnsi="Times New Roman" w:eastAsia="Times New Roman" w:cs="Times New Roman"/>
          <w:color w:val="000000"/>
        </w:rPr>
        <w:t>b=4</w:t>
      </w:r>
      <w:r>
        <w:rPr>
          <w:rFonts w:ascii="宋体" w:hAnsi="宋体" w:eastAsia="宋体" w:cs="宋体"/>
          <w:color w:val="000000"/>
        </w:rPr>
        <w:t>时，问</w:t>
      </w:r>
      <w:r>
        <w:rPr>
          <w:rFonts w:ascii="Times New Roman" w:hAnsi="Times New Roman" w:eastAsia="Times New Roman" w:cs="Times New Roman"/>
          <w:color w:val="000000"/>
        </w:rPr>
        <w:t>t</w:t>
      </w:r>
      <w:r>
        <w:rPr>
          <w:rFonts w:ascii="宋体" w:hAnsi="宋体" w:eastAsia="宋体" w:cs="宋体"/>
          <w:color w:val="000000"/>
        </w:rPr>
        <w:t>为何值时，点</w:t>
      </w:r>
      <w:r>
        <w:rPr>
          <w:rFonts w:ascii="Times New Roman" w:hAnsi="Times New Roman" w:eastAsia="Times New Roman" w:cs="Times New Roman"/>
          <w:color w:val="000000"/>
        </w:rPr>
        <w:t>A</w:t>
      </w:r>
      <w:r>
        <w:rPr>
          <w:rFonts w:ascii="宋体" w:hAnsi="宋体" w:eastAsia="宋体" w:cs="宋体"/>
          <w:color w:val="000000"/>
        </w:rPr>
        <w:t>到点</w:t>
      </w:r>
      <w:r>
        <w:rPr>
          <w:rFonts w:ascii="Times New Roman" w:hAnsi="Times New Roman" w:eastAsia="Times New Roman" w:cs="Times New Roman"/>
          <w:color w:val="000000"/>
        </w:rPr>
        <w:t>B</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w:t>
      </w:r>
      <w:r>
        <w:rPr>
          <w:rFonts w:ascii="Times New Roman" w:hAnsi="Times New Roman" w:eastAsia="Times New Roman" w:cs="Times New Roman"/>
          <w:color w:val="000000"/>
        </w:rPr>
        <w:t>d[AB]=2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w:t>
      </w:r>
      <w:r>
        <w:rPr>
          <w:rFonts w:ascii="Times New Roman" w:hAnsi="Times New Roman" w:eastAsia="Times New Roman" w:cs="Times New Roman"/>
          <w:color w:val="000000"/>
        </w:rPr>
        <w:t>0&lt;t≤3</w:t>
      </w:r>
      <w:r>
        <w:rPr>
          <w:rFonts w:ascii="宋体" w:hAnsi="宋体" w:eastAsia="宋体" w:cs="宋体"/>
          <w:color w:val="000000"/>
        </w:rPr>
        <w:t>时，点</w:t>
      </w:r>
      <w:r>
        <w:rPr>
          <w:rFonts w:ascii="Times New Roman" w:hAnsi="Times New Roman" w:eastAsia="Times New Roman" w:cs="Times New Roman"/>
          <w:color w:val="000000"/>
        </w:rPr>
        <w:t>A</w:t>
      </w:r>
      <w:r>
        <w:rPr>
          <w:rFonts w:ascii="宋体" w:hAnsi="宋体" w:eastAsia="宋体" w:cs="宋体"/>
          <w:color w:val="000000"/>
        </w:rPr>
        <w:t>到点</w:t>
      </w:r>
      <w:r>
        <w:rPr>
          <w:rFonts w:ascii="Times New Roman" w:hAnsi="Times New Roman" w:eastAsia="Times New Roman" w:cs="Times New Roman"/>
          <w:color w:val="000000"/>
        </w:rPr>
        <w:t>B</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w:t>
      </w:r>
      <w:r>
        <w:rPr>
          <w:rFonts w:ascii="Times New Roman" w:hAnsi="Times New Roman" w:eastAsia="Times New Roman" w:cs="Times New Roman"/>
          <w:color w:val="000000"/>
        </w:rPr>
        <w:t>d[AB]≤6</w:t>
      </w:r>
      <w:r>
        <w:rPr>
          <w:rFonts w:ascii="宋体" w:hAnsi="宋体" w:eastAsia="宋体" w:cs="宋体"/>
          <w:color w:val="000000"/>
        </w:rPr>
        <w:t>，求</w:t>
      </w:r>
      <w:r>
        <w:rPr>
          <w:rFonts w:ascii="Times New Roman" w:hAnsi="Times New Roman" w:eastAsia="Times New Roman" w:cs="Times New Roman"/>
          <w:color w:val="000000"/>
        </w:rPr>
        <w:t>b</w:t>
      </w:r>
      <w:r>
        <w:rPr>
          <w:rFonts w:ascii="宋体" w:hAnsi="宋体" w:eastAsia="宋体" w:cs="宋体"/>
          <w:color w:val="000000"/>
        </w:rPr>
        <w:t>的取值范围．</w:t>
      </w:r>
    </w:p>
    <w:p>
      <w:pPr>
        <w:spacing w:line="360" w:lineRule="auto"/>
        <w:jc w:val="left"/>
        <w:textAlignment w:val="center"/>
        <w:rPr>
          <w:color w:val="000000"/>
        </w:rPr>
      </w:pPr>
      <w:r>
        <w:rPr>
          <w:color w:val="000000"/>
        </w:rPr>
        <w:drawing>
          <wp:inline distT="0" distB="0" distL="114300" distR="114300">
            <wp:extent cx="2895600" cy="428625"/>
            <wp:effectExtent l="0" t="0" r="0" b="0"/>
            <wp:docPr id="3721"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 name="图片 100017" descr="学科网(www.zxxk.com)--教育资源门户，提供试卷、教案、课件、论文、素材以及各类教学资源下载，还有大量而丰富的教学相关资讯！"/>
                    <pic:cNvPicPr>
                      <a:picLocks noChangeAspect="1"/>
                    </pic:cNvPicPr>
                  </pic:nvPicPr>
                  <pic:blipFill>
                    <a:blip r:embed="rId2653"/>
                    <a:stretch>
                      <a:fillRect/>
                    </a:stretch>
                  </pic:blipFill>
                  <pic:spPr>
                    <a:xfrm>
                      <a:off x="0" y="0"/>
                      <a:ext cx="2895600" cy="428625"/>
                    </a:xfrm>
                    <a:prstGeom prst="rect">
                      <a:avLst/>
                    </a:prstGeom>
                  </pic:spPr>
                </pic:pic>
              </a:graphicData>
            </a:graphic>
          </wp:inline>
        </w:drawing>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(2)</w:t>
      </w:r>
      <w:r>
        <w:pict>
          <v:shape id="_x0000_i717563"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2654" o:title="eqIdf89eef3148f2d4d09379767b4af69132"/>
            <o:lock v:ext="edit" aspectratio="t"/>
            <w10:wrap type="none"/>
            <w10:anchorlock/>
          </v:shape>
        </w:pict>
      </w:r>
      <w:r>
        <w:rPr>
          <w:rFonts w:ascii="宋体" w:hAnsi="宋体" w:eastAsia="宋体" w:cs="宋体"/>
          <w:color w:val="000000"/>
        </w:rPr>
        <w:t>或</w:t>
      </w:r>
      <w:r>
        <w:pict>
          <v:shape id="_x0000_i717564"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655" o:title="eqId533a7b702ada1dd80123e4041271d521"/>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(3)1≤b＜7.</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Times New Roman" w:hAnsi="Times New Roman" w:eastAsia="Times New Roman" w:cs="Times New Roman"/>
          <w:color w:val="000000"/>
        </w:rPr>
        <w:t>(1)</w:t>
      </w:r>
      <w:r>
        <w:rPr>
          <w:rFonts w:ascii="宋体" w:hAnsi="宋体" w:eastAsia="宋体" w:cs="宋体"/>
          <w:color w:val="000000"/>
        </w:rPr>
        <w:t>根据</w:t>
      </w:r>
      <w:r>
        <w:rPr>
          <w:rFonts w:ascii="Times New Roman" w:hAnsi="Times New Roman" w:eastAsia="Times New Roman" w:cs="Times New Roman"/>
          <w:color w:val="000000"/>
        </w:rPr>
        <w:t>d</w:t>
      </w:r>
      <w:r>
        <w:rPr>
          <w:rFonts w:ascii="宋体" w:hAnsi="宋体" w:eastAsia="宋体" w:cs="宋体"/>
          <w:color w:val="000000"/>
        </w:rPr>
        <w:t>追随值的定义，分点</w:t>
      </w:r>
      <w:r>
        <w:rPr>
          <w:rFonts w:ascii="Times New Roman" w:hAnsi="Times New Roman" w:eastAsia="Times New Roman" w:cs="Times New Roman"/>
          <w:color w:val="000000"/>
        </w:rPr>
        <w:t>N</w:t>
      </w:r>
      <w:r>
        <w:rPr>
          <w:rFonts w:ascii="宋体" w:hAnsi="宋体" w:eastAsia="宋体" w:cs="宋体"/>
          <w:color w:val="000000"/>
        </w:rPr>
        <w:t>在点</w:t>
      </w:r>
      <w:r>
        <w:rPr>
          <w:rFonts w:ascii="Times New Roman" w:hAnsi="Times New Roman" w:eastAsia="Times New Roman" w:cs="Times New Roman"/>
          <w:color w:val="000000"/>
        </w:rPr>
        <w:t>M</w:t>
      </w:r>
      <w:r>
        <w:rPr>
          <w:rFonts w:ascii="宋体" w:hAnsi="宋体" w:eastAsia="宋体" w:cs="宋体"/>
          <w:color w:val="000000"/>
        </w:rPr>
        <w:t>左侧和点</w:t>
      </w:r>
      <w:r>
        <w:rPr>
          <w:rFonts w:ascii="Times New Roman" w:hAnsi="Times New Roman" w:eastAsia="Times New Roman" w:cs="Times New Roman"/>
          <w:color w:val="000000"/>
        </w:rPr>
        <w:t>N</w:t>
      </w:r>
      <w:r>
        <w:rPr>
          <w:rFonts w:ascii="宋体" w:hAnsi="宋体" w:eastAsia="宋体" w:cs="宋体"/>
          <w:color w:val="000000"/>
        </w:rPr>
        <w:t>在点</w:t>
      </w:r>
      <w:r>
        <w:rPr>
          <w:rFonts w:ascii="Times New Roman" w:hAnsi="Times New Roman" w:eastAsia="Times New Roman" w:cs="Times New Roman"/>
          <w:color w:val="000000"/>
        </w:rPr>
        <w:t>M</w:t>
      </w:r>
      <w:r>
        <w:rPr>
          <w:rFonts w:ascii="宋体" w:hAnsi="宋体" w:eastAsia="宋体" w:cs="宋体"/>
          <w:color w:val="000000"/>
        </w:rPr>
        <w:t>右侧两种情况，直接写出答案即可；</w:t>
      </w:r>
    </w:p>
    <w:p>
      <w:pPr>
        <w:spacing w:line="360" w:lineRule="auto"/>
        <w:jc w:val="left"/>
        <w:textAlignment w:val="center"/>
        <w:rPr>
          <w:color w:val="000000"/>
        </w:rPr>
      </w:pPr>
      <w:r>
        <w:rPr>
          <w:rFonts w:ascii="Times New Roman" w:hAnsi="Times New Roman" w:eastAsia="Times New Roman" w:cs="Times New Roman"/>
          <w:color w:val="000000"/>
        </w:rPr>
        <w:t>(2)①</w:t>
      </w:r>
      <w:r>
        <w:rPr>
          <w:rFonts w:ascii="宋体" w:hAnsi="宋体" w:eastAsia="宋体" w:cs="宋体"/>
          <w:color w:val="000000"/>
        </w:rPr>
        <w:t>分点</w:t>
      </w:r>
      <w:r>
        <w:rPr>
          <w:rFonts w:ascii="Times New Roman" w:hAnsi="Times New Roman" w:eastAsia="Times New Roman" w:cs="Times New Roman"/>
          <w:color w:val="000000"/>
        </w:rPr>
        <w:t>A</w:t>
      </w:r>
      <w:r>
        <w:rPr>
          <w:rFonts w:ascii="宋体" w:hAnsi="宋体" w:eastAsia="宋体" w:cs="宋体"/>
          <w:color w:val="000000"/>
        </w:rPr>
        <w:t>在点</w:t>
      </w:r>
      <w:r>
        <w:rPr>
          <w:rFonts w:ascii="Times New Roman" w:hAnsi="Times New Roman" w:eastAsia="Times New Roman" w:cs="Times New Roman"/>
          <w:color w:val="000000"/>
        </w:rPr>
        <w:t>B</w:t>
      </w:r>
      <w:r>
        <w:rPr>
          <w:rFonts w:ascii="宋体" w:hAnsi="宋体" w:eastAsia="宋体" w:cs="宋体"/>
          <w:color w:val="000000"/>
        </w:rPr>
        <w:t>左侧和点</w:t>
      </w:r>
      <w:r>
        <w:rPr>
          <w:rFonts w:ascii="Times New Roman" w:hAnsi="Times New Roman" w:eastAsia="Times New Roman" w:cs="Times New Roman"/>
          <w:color w:val="000000"/>
        </w:rPr>
        <w:t>A</w:t>
      </w:r>
      <w:r>
        <w:rPr>
          <w:rFonts w:ascii="宋体" w:hAnsi="宋体" w:eastAsia="宋体" w:cs="宋体"/>
          <w:color w:val="000000"/>
        </w:rPr>
        <w:t>在点</w:t>
      </w:r>
      <w:r>
        <w:rPr>
          <w:rFonts w:ascii="Times New Roman" w:hAnsi="Times New Roman" w:eastAsia="Times New Roman" w:cs="Times New Roman"/>
          <w:color w:val="000000"/>
        </w:rPr>
        <w:t>B</w:t>
      </w:r>
      <w:r>
        <w:rPr>
          <w:rFonts w:ascii="宋体" w:hAnsi="宋体" w:eastAsia="宋体" w:cs="宋体"/>
          <w:color w:val="000000"/>
        </w:rPr>
        <w:t>右侧两种情况，类比行程问题中的追及问题，根据“追及时间</w:t>
      </w:r>
      <w:r>
        <w:rPr>
          <w:rFonts w:ascii="Times New Roman" w:hAnsi="Times New Roman" w:eastAsia="Times New Roman" w:cs="Times New Roman"/>
          <w:color w:val="000000"/>
        </w:rPr>
        <w:t>=</w:t>
      </w:r>
      <w:r>
        <w:rPr>
          <w:rFonts w:ascii="宋体" w:hAnsi="宋体" w:eastAsia="宋体" w:cs="宋体"/>
          <w:color w:val="000000"/>
        </w:rPr>
        <w:t>追及路程÷速度差”计算即可；</w:t>
      </w:r>
    </w:p>
    <w:p>
      <w:pPr>
        <w:spacing w:line="360" w:lineRule="auto"/>
        <w:jc w:val="left"/>
        <w:textAlignment w:val="center"/>
        <w:rPr>
          <w:color w:val="000000"/>
        </w:rPr>
      </w:pPr>
      <w:r>
        <w:rPr>
          <w:rFonts w:ascii="Times New Roman" w:hAnsi="Times New Roman" w:eastAsia="Times New Roman" w:cs="Times New Roman"/>
          <w:color w:val="000000"/>
        </w:rPr>
        <w:t>②分别讨论点B和点A相对位置，得到随着时间的增大，d追随值的变化关系，问题可解.</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color w:val="000000"/>
        </w:rPr>
        <w:t>N</w:t>
      </w:r>
      <w:r>
        <w:rPr>
          <w:rFonts w:ascii="宋体" w:hAnsi="宋体" w:eastAsia="宋体" w:cs="宋体"/>
          <w:color w:val="000000"/>
        </w:rPr>
        <w:t>在点</w:t>
      </w:r>
      <w:r>
        <w:rPr>
          <w:rFonts w:ascii="Times New Roman" w:hAnsi="Times New Roman" w:eastAsia="Times New Roman" w:cs="Times New Roman"/>
          <w:color w:val="000000"/>
        </w:rPr>
        <w:t>M</w:t>
      </w:r>
      <w:r>
        <w:rPr>
          <w:rFonts w:ascii="宋体" w:hAnsi="宋体" w:eastAsia="宋体" w:cs="宋体"/>
          <w:color w:val="000000"/>
        </w:rPr>
        <w:t>右侧时，点</w:t>
      </w:r>
      <w:r>
        <w:rPr>
          <w:rFonts w:ascii="Times New Roman" w:hAnsi="Times New Roman" w:eastAsia="Times New Roman" w:cs="Times New Roman"/>
          <w:color w:val="000000"/>
        </w:rPr>
        <w:t>N</w:t>
      </w:r>
      <w:r>
        <w:rPr>
          <w:rFonts w:ascii="宋体" w:hAnsi="宋体" w:eastAsia="宋体" w:cs="宋体"/>
          <w:color w:val="000000"/>
        </w:rPr>
        <w:t>表示的数是</w:t>
      </w:r>
      <w:r>
        <w:rPr>
          <w:rFonts w:ascii="Times New Roman" w:hAnsi="Times New Roman" w:eastAsia="Times New Roman" w:cs="Times New Roman"/>
          <w:color w:val="000000"/>
        </w:rPr>
        <w:t>1+a</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color w:val="000000"/>
        </w:rPr>
        <w:t>N</w:t>
      </w:r>
      <w:r>
        <w:rPr>
          <w:rFonts w:ascii="宋体" w:hAnsi="宋体" w:eastAsia="宋体" w:cs="宋体"/>
          <w:color w:val="000000"/>
        </w:rPr>
        <w:t>在点</w:t>
      </w:r>
      <w:r>
        <w:rPr>
          <w:rFonts w:ascii="Times New Roman" w:hAnsi="Times New Roman" w:eastAsia="Times New Roman" w:cs="Times New Roman"/>
          <w:color w:val="000000"/>
        </w:rPr>
        <w:t>M</w:t>
      </w:r>
      <w:r>
        <w:rPr>
          <w:rFonts w:ascii="宋体" w:hAnsi="宋体" w:eastAsia="宋体" w:cs="宋体"/>
          <w:color w:val="000000"/>
        </w:rPr>
        <w:t>左侧时，点</w:t>
      </w:r>
      <w:r>
        <w:rPr>
          <w:rFonts w:ascii="Times New Roman" w:hAnsi="Times New Roman" w:eastAsia="Times New Roman" w:cs="Times New Roman"/>
          <w:color w:val="000000"/>
        </w:rPr>
        <w:t>N</w:t>
      </w:r>
      <w:r>
        <w:rPr>
          <w:rFonts w:ascii="宋体" w:hAnsi="宋体" w:eastAsia="宋体" w:cs="宋体"/>
          <w:color w:val="000000"/>
        </w:rPr>
        <w:t>表示的数是</w:t>
      </w:r>
      <w:r>
        <w:rPr>
          <w:rFonts w:ascii="Times New Roman" w:hAnsi="Times New Roman" w:eastAsia="Times New Roman" w:cs="Times New Roman"/>
          <w:color w:val="000000"/>
        </w:rPr>
        <w:t>1-a</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(2)①b=4</w:t>
      </w:r>
      <w:r>
        <w:rPr>
          <w:rFonts w:ascii="宋体" w:hAnsi="宋体" w:eastAsia="宋体" w:cs="宋体"/>
          <w:color w:val="000000"/>
        </w:rPr>
        <w:t>时，</w:t>
      </w:r>
      <w:r>
        <w:rPr>
          <w:rFonts w:ascii="Times New Roman" w:hAnsi="Times New Roman" w:eastAsia="Times New Roman" w:cs="Times New Roman"/>
          <w:color w:val="000000"/>
        </w:rPr>
        <w:t>AB</w:t>
      </w:r>
      <w:r>
        <w:rPr>
          <w:rFonts w:ascii="宋体" w:hAnsi="宋体" w:eastAsia="宋体" w:cs="宋体"/>
          <w:color w:val="000000"/>
        </w:rPr>
        <w:t>相距</w:t>
      </w:r>
      <w:r>
        <w:rPr>
          <w:rFonts w:ascii="Times New Roman" w:hAnsi="Times New Roman" w:eastAsia="Times New Roman" w:cs="Times New Roman"/>
          <w:color w:val="000000"/>
        </w:rPr>
        <w:t>3</w:t>
      </w:r>
      <w:r>
        <w:rPr>
          <w:rFonts w:ascii="宋体" w:hAnsi="宋体" w:eastAsia="宋体" w:cs="宋体"/>
          <w:color w:val="000000"/>
        </w:rPr>
        <w:t>个单位，</w:t>
      </w:r>
    </w:p>
    <w:p>
      <w:pPr>
        <w:spacing w:line="360" w:lineRule="auto"/>
        <w:jc w:val="left"/>
        <w:textAlignment w:val="center"/>
        <w:rPr>
          <w:color w:val="000000"/>
        </w:rPr>
      </w:pPr>
      <w:r>
        <w:rPr>
          <w:rFonts w:ascii="宋体" w:hAnsi="宋体" w:eastAsia="宋体" w:cs="宋体"/>
          <w:color w:val="000000"/>
        </w:rPr>
        <w:t>当点</w:t>
      </w:r>
      <w:r>
        <w:rPr>
          <w:rFonts w:ascii="Times New Roman" w:hAnsi="Times New Roman" w:eastAsia="Times New Roman" w:cs="Times New Roman"/>
          <w:color w:val="000000"/>
        </w:rPr>
        <w:t>A</w:t>
      </w:r>
      <w:r>
        <w:rPr>
          <w:rFonts w:ascii="宋体" w:hAnsi="宋体" w:eastAsia="宋体" w:cs="宋体"/>
          <w:color w:val="000000"/>
        </w:rPr>
        <w:t>在点</w:t>
      </w:r>
      <w:r>
        <w:rPr>
          <w:rFonts w:ascii="Times New Roman" w:hAnsi="Times New Roman" w:eastAsia="Times New Roman" w:cs="Times New Roman"/>
          <w:color w:val="000000"/>
        </w:rPr>
        <w:t>B</w:t>
      </w:r>
      <w:r>
        <w:rPr>
          <w:rFonts w:ascii="宋体" w:hAnsi="宋体" w:eastAsia="宋体" w:cs="宋体"/>
          <w:color w:val="000000"/>
        </w:rPr>
        <w:t>左侧时，</w:t>
      </w:r>
      <w:r>
        <w:rPr>
          <w:rFonts w:ascii="Times New Roman" w:hAnsi="Times New Roman" w:eastAsia="Times New Roman" w:cs="Times New Roman"/>
          <w:color w:val="000000"/>
        </w:rPr>
        <w:t>t=(3-2)</w:t>
      </w:r>
      <w:r>
        <w:rPr>
          <w:rFonts w:ascii="宋体" w:hAnsi="宋体" w:eastAsia="宋体" w:cs="宋体"/>
          <w:color w:val="000000"/>
        </w:rPr>
        <w:t>÷</w:t>
      </w:r>
      <w:r>
        <w:rPr>
          <w:rFonts w:ascii="Times New Roman" w:hAnsi="Times New Roman" w:eastAsia="Times New Roman" w:cs="Times New Roman"/>
          <w:color w:val="000000"/>
        </w:rPr>
        <w:t>(3-1)=</w:t>
      </w:r>
      <w:r>
        <w:pict>
          <v:shape id="_x0000_i71756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656" o:title="eqId8eff998d034284391ca064755fa6bf1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rPr>
          <w:rFonts w:ascii="Times New Roman" w:hAnsi="Times New Roman" w:eastAsia="Times New Roman" w:cs="Times New Roman"/>
          <w:color w:val="000000"/>
        </w:rPr>
        <w:t>A</w:t>
      </w:r>
      <w:r>
        <w:rPr>
          <w:rFonts w:ascii="宋体" w:hAnsi="宋体" w:eastAsia="宋体" w:cs="宋体"/>
          <w:color w:val="000000"/>
        </w:rPr>
        <w:t>在点</w:t>
      </w:r>
      <w:r>
        <w:rPr>
          <w:rFonts w:ascii="Times New Roman" w:hAnsi="Times New Roman" w:eastAsia="Times New Roman" w:cs="Times New Roman"/>
          <w:color w:val="000000"/>
        </w:rPr>
        <w:t>B</w:t>
      </w:r>
      <w:r>
        <w:rPr>
          <w:rFonts w:ascii="宋体" w:hAnsi="宋体" w:eastAsia="宋体" w:cs="宋体"/>
          <w:color w:val="000000"/>
        </w:rPr>
        <w:t>右侧时，</w:t>
      </w:r>
      <w:r>
        <w:rPr>
          <w:rFonts w:ascii="Times New Roman" w:hAnsi="Times New Roman" w:eastAsia="Times New Roman" w:cs="Times New Roman"/>
          <w:color w:val="000000"/>
        </w:rPr>
        <w:t>t=(3+2)</w:t>
      </w:r>
      <w:r>
        <w:rPr>
          <w:rFonts w:ascii="宋体" w:hAnsi="宋体" w:eastAsia="宋体" w:cs="宋体"/>
          <w:color w:val="000000"/>
        </w:rPr>
        <w:t>÷</w:t>
      </w:r>
      <w:r>
        <w:rPr>
          <w:rFonts w:ascii="Times New Roman" w:hAnsi="Times New Roman" w:eastAsia="Times New Roman" w:cs="Times New Roman"/>
          <w:color w:val="000000"/>
        </w:rPr>
        <w:t>(3-1)=</w:t>
      </w:r>
      <w:r>
        <w:pict>
          <v:shape id="_x0000_i717566"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657" o:title="eqId9658fb1429b9378cdeb5316778391c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当点</w:t>
      </w:r>
      <w:r>
        <w:rPr>
          <w:rFonts w:ascii="Times New Roman" w:hAnsi="Times New Roman" w:eastAsia="Times New Roman" w:cs="Times New Roman"/>
          <w:color w:val="000000"/>
        </w:rPr>
        <w:t>B</w:t>
      </w:r>
      <w:r>
        <w:rPr>
          <w:rFonts w:ascii="宋体" w:hAnsi="宋体" w:eastAsia="宋体" w:cs="宋体"/>
          <w:color w:val="000000"/>
        </w:rPr>
        <w:t>在点</w:t>
      </w:r>
      <w:r>
        <w:rPr>
          <w:rFonts w:ascii="Times New Roman" w:hAnsi="Times New Roman" w:eastAsia="Times New Roman" w:cs="Times New Roman"/>
          <w:color w:val="000000"/>
        </w:rPr>
        <w:t>A</w:t>
      </w:r>
      <w:r>
        <w:rPr>
          <w:rFonts w:ascii="宋体" w:hAnsi="宋体" w:eastAsia="宋体" w:cs="宋体"/>
          <w:color w:val="000000"/>
        </w:rPr>
        <w:t>左侧或重合时，即</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时，随着时间的增大，</w:t>
      </w:r>
      <w:r>
        <w:rPr>
          <w:rFonts w:ascii="Times New Roman" w:hAnsi="Times New Roman" w:eastAsia="Times New Roman" w:cs="Times New Roman"/>
          <w:color w:val="000000"/>
        </w:rPr>
        <w:t>d</w:t>
      </w:r>
      <w:r>
        <w:rPr>
          <w:rFonts w:ascii="宋体" w:hAnsi="宋体" w:eastAsia="宋体" w:cs="宋体"/>
          <w:color w:val="000000"/>
        </w:rPr>
        <w:t>追随值会越来越大，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0&lt;t≤3</w:t>
      </w:r>
      <w:r>
        <w:rPr>
          <w:rFonts w:ascii="宋体" w:hAnsi="宋体" w:eastAsia="宋体" w:cs="宋体"/>
          <w:color w:val="000000"/>
        </w:rPr>
        <w:t>，点</w:t>
      </w:r>
      <w:r>
        <w:rPr>
          <w:rFonts w:ascii="Times New Roman" w:hAnsi="Times New Roman" w:eastAsia="Times New Roman" w:cs="Times New Roman"/>
          <w:color w:val="000000"/>
        </w:rPr>
        <w:t>A</w:t>
      </w:r>
      <w:r>
        <w:rPr>
          <w:rFonts w:ascii="宋体" w:hAnsi="宋体" w:eastAsia="宋体" w:cs="宋体"/>
          <w:color w:val="000000"/>
        </w:rPr>
        <w:t>到点</w:t>
      </w:r>
      <w:r>
        <w:rPr>
          <w:rFonts w:ascii="Times New Roman" w:hAnsi="Times New Roman" w:eastAsia="Times New Roman" w:cs="Times New Roman"/>
          <w:color w:val="000000"/>
        </w:rPr>
        <w:t>B</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w:t>
      </w:r>
      <w:r>
        <w:rPr>
          <w:rFonts w:ascii="Times New Roman" w:hAnsi="Times New Roman" w:eastAsia="Times New Roman" w:cs="Times New Roman"/>
          <w:color w:val="000000"/>
        </w:rPr>
        <w:t>d[AB]≤6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1-d+3</w:t>
      </w:r>
      <w:r>
        <w:rPr>
          <w:rFonts w:ascii="宋体" w:hAnsi="宋体" w:eastAsia="宋体" w:cs="宋体"/>
          <w:color w:val="000000"/>
        </w:rPr>
        <w:t>×</w:t>
      </w:r>
      <w:r>
        <w:rPr>
          <w:rFonts w:ascii="Times New Roman" w:hAnsi="Times New Roman" w:eastAsia="Times New Roman" w:cs="Times New Roman"/>
          <w:color w:val="000000"/>
        </w:rPr>
        <w:t>(3-1)</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d=1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rPr>
          <w:rFonts w:ascii="Times New Roman" w:hAnsi="Times New Roman" w:eastAsia="Times New Roman" w:cs="Times New Roman"/>
          <w:color w:val="000000"/>
        </w:rPr>
        <w:t>B</w:t>
      </w:r>
      <w:r>
        <w:rPr>
          <w:rFonts w:ascii="宋体" w:hAnsi="宋体" w:eastAsia="宋体" w:cs="宋体"/>
          <w:color w:val="000000"/>
        </w:rPr>
        <w:t>在点</w:t>
      </w:r>
      <w:r>
        <w:rPr>
          <w:rFonts w:ascii="Times New Roman" w:hAnsi="Times New Roman" w:eastAsia="Times New Roman" w:cs="Times New Roman"/>
          <w:color w:val="000000"/>
        </w:rPr>
        <w:t>A</w:t>
      </w:r>
      <w:r>
        <w:rPr>
          <w:rFonts w:ascii="宋体" w:hAnsi="宋体" w:eastAsia="宋体" w:cs="宋体"/>
          <w:color w:val="000000"/>
        </w:rPr>
        <w:t>右侧时，即</w:t>
      </w:r>
      <w:r>
        <w:rPr>
          <w:rFonts w:ascii="Times New Roman" w:hAnsi="Times New Roman" w:eastAsia="Times New Roman" w:cs="Times New Roman"/>
          <w:color w:val="000000"/>
        </w:rPr>
        <w:t>d&gt;1</w:t>
      </w:r>
      <w:r>
        <w:rPr>
          <w:rFonts w:ascii="宋体" w:hAnsi="宋体" w:eastAsia="宋体" w:cs="宋体"/>
          <w:color w:val="000000"/>
        </w:rPr>
        <w:t>时，在</w:t>
      </w:r>
      <w:r>
        <w:rPr>
          <w:rFonts w:ascii="Times New Roman" w:hAnsi="Times New Roman" w:eastAsia="Times New Roman" w:cs="Times New Roman"/>
          <w:color w:val="000000"/>
        </w:rPr>
        <w:t>AB</w:t>
      </w:r>
      <w:r>
        <w:rPr>
          <w:rFonts w:ascii="宋体" w:hAnsi="宋体" w:eastAsia="宋体" w:cs="宋体"/>
          <w:color w:val="000000"/>
        </w:rPr>
        <w:t>重合之前，随着时间</w:t>
      </w:r>
      <w:r>
        <w:rPr>
          <w:rFonts w:ascii="宋体" w:hAnsi="宋体" w:eastAsia="宋体" w:cs="宋体"/>
          <w:color w:val="000000"/>
          <w:position w:val="0"/>
        </w:rPr>
        <w:drawing>
          <wp:inline distT="0" distB="0" distL="114300" distR="114300">
            <wp:extent cx="133350" cy="177800"/>
            <wp:effectExtent l="0" t="0" r="0" b="0"/>
            <wp:docPr id="3723" name="图片 47508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4" name="图片 475089939"/>
                    <pic:cNvPicPr>
                      <a:picLocks noChangeAspect="1"/>
                    </pic:cNvPicPr>
                  </pic:nvPicPr>
                  <pic:blipFill>
                    <a:blip r:embed="rId265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增大，</w:t>
      </w:r>
      <w:r>
        <w:rPr>
          <w:rFonts w:ascii="Times New Roman" w:hAnsi="Times New Roman" w:eastAsia="Times New Roman" w:cs="Times New Roman"/>
          <w:color w:val="000000"/>
        </w:rPr>
        <w:t>d</w:t>
      </w:r>
      <w:r>
        <w:rPr>
          <w:rFonts w:ascii="宋体" w:hAnsi="宋体" w:eastAsia="宋体" w:cs="宋体"/>
          <w:color w:val="000000"/>
        </w:rPr>
        <w:t>追随值会越来越小，</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color w:val="000000"/>
        </w:rPr>
        <w:t>A</w:t>
      </w:r>
      <w:r>
        <w:rPr>
          <w:rFonts w:ascii="宋体" w:hAnsi="宋体" w:eastAsia="宋体" w:cs="宋体"/>
          <w:color w:val="000000"/>
        </w:rPr>
        <w:t>到点</w:t>
      </w:r>
      <w:r>
        <w:rPr>
          <w:rFonts w:ascii="Times New Roman" w:hAnsi="Times New Roman" w:eastAsia="Times New Roman" w:cs="Times New Roman"/>
          <w:color w:val="000000"/>
        </w:rPr>
        <w:t>B</w:t>
      </w:r>
      <w:r>
        <w:rPr>
          <w:rFonts w:ascii="宋体" w:hAnsi="宋体" w:eastAsia="宋体" w:cs="宋体"/>
          <w:color w:val="000000"/>
        </w:rPr>
        <w:t>的</w:t>
      </w:r>
      <w:r>
        <w:rPr>
          <w:rFonts w:ascii="Times New Roman" w:hAnsi="Times New Roman" w:eastAsia="Times New Roman" w:cs="Times New Roman"/>
          <w:color w:val="000000"/>
        </w:rPr>
        <w:t>d</w:t>
      </w:r>
      <w:r>
        <w:rPr>
          <w:rFonts w:ascii="宋体" w:hAnsi="宋体" w:eastAsia="宋体" w:cs="宋体"/>
          <w:color w:val="000000"/>
        </w:rPr>
        <w:t>追随值</w:t>
      </w:r>
      <w:r>
        <w:rPr>
          <w:rFonts w:ascii="Times New Roman" w:hAnsi="Times New Roman" w:eastAsia="Times New Roman" w:cs="Times New Roman"/>
          <w:color w:val="000000"/>
        </w:rPr>
        <w:t>d[AB]≤6</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7</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1&lt;d</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综合两种情况，</w:t>
      </w:r>
      <w:r>
        <w:rPr>
          <w:rFonts w:ascii="Times New Roman" w:hAnsi="Times New Roman" w:eastAsia="Times New Roman" w:cs="Times New Roman"/>
          <w:color w:val="000000"/>
        </w:rPr>
        <w:t>d</w:t>
      </w:r>
      <w:r>
        <w:rPr>
          <w:rFonts w:ascii="宋体" w:hAnsi="宋体" w:eastAsia="宋体" w:cs="宋体"/>
          <w:color w:val="000000"/>
        </w:rPr>
        <w:t>的取值范围是</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7.</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(2)①</w:t>
      </w:r>
      <w:r>
        <w:pict>
          <v:shape id="_x0000_i717567"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659" o:title="eqId8eff998d034284391ca064755fa6bf1b"/>
            <o:lock v:ext="edit" aspectratio="t"/>
            <w10:wrap type="none"/>
            <w10:anchorlock/>
          </v:shape>
        </w:pict>
      </w:r>
      <w:r>
        <w:rPr>
          <w:rFonts w:ascii="宋体" w:hAnsi="宋体" w:eastAsia="宋体" w:cs="宋体"/>
          <w:color w:val="000000"/>
        </w:rPr>
        <w:t>或</w:t>
      </w:r>
      <w:r>
        <w:pict>
          <v:shape id="_x0000_i717568"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660" o:title="eqId9658fb1429b9378cdeb5316778391c4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②1≤b＜7.</w:t>
      </w:r>
    </w:p>
    <w:p>
      <w:pPr>
        <w:spacing w:line="360" w:lineRule="auto"/>
        <w:jc w:val="left"/>
        <w:textAlignment w:val="center"/>
        <w:rPr>
          <w:color w:val="000000"/>
        </w:rPr>
      </w:pPr>
      <w:r>
        <w:rPr>
          <w:color w:val="000000"/>
        </w:rPr>
        <w:t>【点睛】</w:t>
      </w:r>
      <w:r>
        <w:rPr>
          <w:rFonts w:ascii="宋体" w:hAnsi="宋体" w:eastAsia="宋体" w:cs="宋体"/>
          <w:color w:val="000000"/>
        </w:rPr>
        <w:t>本题考查了数轴上两点之间的距离和动点问题</w:t>
      </w:r>
      <w:r>
        <w:rPr>
          <w:rFonts w:ascii="Times New Roman" w:hAnsi="Times New Roman" w:eastAsia="Times New Roman" w:cs="Times New Roman"/>
          <w:color w:val="000000"/>
        </w:rPr>
        <w:t>.</w:t>
      </w:r>
    </w:p>
    <w:p>
      <w:pPr>
        <w:pStyle w:val="Heading2"/>
      </w:pPr>
      <w:r>
        <w:t>第一七一中学</w:t>
      </w:r>
    </w:p>
    <w:p>
      <w:pPr>
        <w:spacing w:line="360" w:lineRule="auto"/>
        <w:jc w:val="both"/>
        <w:textAlignment w:val="center"/>
        <w:rPr>
          <w:color w:val="000000"/>
        </w:rPr>
      </w:pPr>
      <w:r>
        <w:rPr>
          <w:color w:val="000000"/>
        </w:rPr>
        <w:t xml:space="preserve">27. </w:t>
      </w:r>
      <w:r>
        <w:rPr>
          <w:rFonts w:ascii="宋体" w:hAnsi="宋体" w:eastAsia="宋体" w:cs="宋体"/>
          <w:color w:val="000000"/>
        </w:rPr>
        <w:t>我们规定：使得</w:t>
      </w:r>
      <w:r>
        <w:pict>
          <v:shape id="_x0000_i717569"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2661" o:title="eqIdc97a0871c8e973ea26c6cb7ed738dae5"/>
            <o:lock v:ext="edit" aspectratio="t"/>
            <w10:wrap type="none"/>
            <w10:anchorlock/>
          </v:shape>
        </w:pict>
      </w:r>
      <w:r>
        <w:rPr>
          <w:rFonts w:ascii="宋体" w:hAnsi="宋体" w:eastAsia="宋体" w:cs="宋体"/>
          <w:color w:val="000000"/>
        </w:rPr>
        <w:t>成立的一对数</w:t>
      </w:r>
      <w:r>
        <w:pict>
          <v:shape id="_x0000_i717570" o:spt="75" alt="学科网(www.zxxk.com)--教育资源门户，提供试卷、教案、课件、论文、素材以及各类教学资源下载，还有大量而丰富的教学相关资讯！" type="#_x0000_t75" style="height:16pt;width:20pt;" o:ole="t" filled="f" o:preferrelative="t" stroked="f" coordsize="21600,21600">
            <v:path/>
            <v:fill on="f" focussize="0,0"/>
            <v:stroke on="f" joinstyle="miter"/>
            <v:imagedata r:id="rId2662" o:title="eqId632244ea6931507f8656e1cc3437d392"/>
            <o:lock v:ext="edit" aspectratio="t"/>
            <w10:wrap type="none"/>
            <w10:anchorlock/>
          </v:shape>
        </w:pict>
      </w:r>
      <w:r>
        <w:rPr>
          <w:rFonts w:ascii="宋体" w:hAnsi="宋体" w:eastAsia="宋体" w:cs="宋体"/>
          <w:color w:val="000000"/>
        </w:rPr>
        <w:t>为“积差等数对”，记为</w:t>
      </w:r>
      <w:r>
        <w:rPr>
          <w:rFonts w:ascii="Times New Roman" w:hAnsi="Times New Roman" w:eastAsia="Times New Roman" w:cs="Times New Roman"/>
          <w:color w:val="000000"/>
        </w:rPr>
        <w:t xml:space="preserve"> </w:t>
      </w:r>
      <w:r>
        <w:pict>
          <v:shape id="_x0000_i717571"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2663" o:title="eqId63313f7ac7402fcb5a9a840db64c6f0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例如，因为</w:t>
      </w:r>
      <w:r>
        <w:rPr>
          <w:rFonts w:ascii="Times New Roman" w:hAnsi="Times New Roman" w:eastAsia="Times New Roman" w:cs="Times New Roman"/>
          <w:color w:val="000000"/>
        </w:rPr>
        <w:t xml:space="preserve"> </w:t>
      </w:r>
      <w:r>
        <w:pict>
          <v:shape id="_x0000_i717572" o:spt="75" alt="学科网(www.zxxk.com)--教育资源门户，提供试卷、教案、课件、论文、素材以及各类教学资源下载，还有大量而丰富的教学相关资讯！" type="#_x0000_t75" style="height:13.5pt;width:92.25pt;" o:ole="t" filled="f" o:preferrelative="t" stroked="f" coordsize="21600,21600">
            <v:path/>
            <v:fill on="f" focussize="0,0"/>
            <v:stroke on="f" joinstyle="miter"/>
            <v:imagedata r:id="rId2664" o:title="eqId8447963d6aa98da278a1d3da1f1acc18"/>
            <o:lock v:ext="edit" aspectratio="t"/>
            <w10:wrap type="none"/>
            <w10:anchorlock/>
          </v:shape>
        </w:pict>
      </w:r>
      <w:r>
        <w:rPr>
          <w:rFonts w:ascii="宋体" w:hAnsi="宋体" w:eastAsia="宋体" w:cs="宋体"/>
          <w:color w:val="000000"/>
        </w:rPr>
        <w:t>，</w:t>
      </w:r>
      <w:r>
        <w:pict>
          <v:shape id="_x0000_i717573" o:spt="75" alt="学科网(www.zxxk.com)--教育资源门户，提供试卷、教案、课件、论文、素材以及各类教学资源下载，还有大量而丰富的教学相关资讯！" type="#_x0000_t75" style="height:20.25pt;width:90.75pt;" o:ole="t" filled="f" o:preferrelative="t" stroked="f" coordsize="21600,21600">
            <v:path/>
            <v:fill on="f" focussize="0,0"/>
            <v:stroke on="f" joinstyle="miter"/>
            <v:imagedata r:id="rId2665" o:title="eqId63d23e6d55ec72b96aef2b9fba619e41"/>
            <o:lock v:ext="edit" aspectratio="t"/>
            <w10:wrap type="none"/>
            <w10:anchorlock/>
          </v:shape>
        </w:pict>
      </w:r>
      <w:r>
        <w:rPr>
          <w:rFonts w:ascii="宋体" w:hAnsi="宋体" w:eastAsia="宋体" w:cs="宋体"/>
          <w:color w:val="000000"/>
        </w:rPr>
        <w:t>，所以数对</w:t>
      </w:r>
      <w:r>
        <w:pict>
          <v:shape id="_x0000_i717574" o:spt="75" alt="学科网(www.zxxk.com)--教育资源门户，提供试卷、教案、课件、论文、素材以及各类教学资源下载，还有大量而丰富的教学相关资讯！" type="#_x0000_t75" style="height:20.25pt;width:83.25pt;" o:ole="t" filled="f" o:preferrelative="t" stroked="f" coordsize="21600,21600">
            <v:path/>
            <v:fill on="f" focussize="0,0"/>
            <v:stroke on="f" joinstyle="miter"/>
            <v:imagedata r:id="rId2666" o:title="eqIdb7222d8d0903866ffb0e9ea10f4e994d"/>
            <o:lock v:ext="edit" aspectratio="t"/>
            <w10:wrap type="none"/>
            <w10:anchorlock/>
          </v:shape>
        </w:pict>
      </w:r>
      <w:r>
        <w:rPr>
          <w:rFonts w:ascii="宋体" w:hAnsi="宋体" w:eastAsia="宋体" w:cs="宋体"/>
          <w:color w:val="000000"/>
        </w:rPr>
        <w:t>都是“积差等数对”</w:t>
      </w:r>
    </w:p>
    <w:p>
      <w:pPr>
        <w:spacing w:line="360" w:lineRule="auto"/>
        <w:jc w:val="left"/>
        <w:textAlignment w:val="center"/>
        <w:rPr>
          <w:color w:val="000000"/>
        </w:rPr>
      </w:pPr>
      <w:r>
        <w:rPr>
          <w:color w:val="000000"/>
        </w:rPr>
        <w:t>（1）</w:t>
      </w:r>
      <w:r>
        <w:rPr>
          <w:rFonts w:ascii="宋体" w:hAnsi="宋体" w:eastAsia="宋体" w:cs="宋体"/>
          <w:color w:val="000000"/>
        </w:rPr>
        <w:t>下列数对中，是“积差等数对”的是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 xml:space="preserve">① </w:t>
      </w:r>
      <w:r>
        <w:pict>
          <v:shape id="_x0000_i717575" o:spt="75" alt="学科网(www.zxxk.com)--教育资源门户，提供试卷、教案、课件、论文、素材以及各类教学资源下载，还有大量而丰富的教学相关资讯！" type="#_x0000_t75" style="height:33.75pt;width:33.75pt;" o:ole="t" filled="f" o:preferrelative="t" stroked="f" coordsize="21600,21600">
            <v:path/>
            <v:fill on="f" focussize="0,0"/>
            <v:stroke on="f" joinstyle="miter"/>
            <v:imagedata r:id="rId2667" o:title="eqId3e39a81409b98bb904302b4be7c9ce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② </w:t>
      </w:r>
      <w:r>
        <w:pict>
          <v:shape id="_x0000_i717576"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2668" o:title="eqId40749cd5506fb645b540f75ea6b980a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③ </w:t>
      </w:r>
      <w:r>
        <w:pict>
          <v:shape id="_x0000_i717577" o:spt="75" alt="学科网(www.zxxk.com)--教育资源门户，提供试卷、教案、课件、论文、素材以及各类教学资源下载，还有大量而丰富的教学相关资讯！" type="#_x0000_t75" style="height:33.75pt;width:48.75pt;" o:ole="t" filled="f" o:preferrelative="t" stroked="f" coordsize="21600,21600">
            <v:path/>
            <v:fill on="f" focussize="0,0"/>
            <v:stroke on="f" joinstyle="miter"/>
            <v:imagedata r:id="rId2669" o:title="eqId2c0aecde8b71e969b31497f02fcf837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7578"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2670" o:title="eqId07a42647183195ee7310f04ba4f6ddde"/>
            <o:lock v:ext="edit" aspectratio="t"/>
            <w10:wrap type="none"/>
            <w10:anchorlock/>
          </v:shape>
        </w:pict>
      </w:r>
      <w:r>
        <w:rPr>
          <w:rFonts w:ascii="宋体" w:hAnsi="宋体" w:eastAsia="宋体" w:cs="宋体"/>
          <w:color w:val="000000"/>
        </w:rPr>
        <w:t>是“积差等数对”，求</w:t>
      </w:r>
      <w:r>
        <w:rPr>
          <w:rFonts w:ascii="Times New Roman" w:hAnsi="Times New Roman" w:eastAsia="Times New Roman" w:cs="Times New Roman"/>
          <w:color w:val="000000"/>
        </w:rPr>
        <w:t xml:space="preserve"> </w:t>
      </w:r>
      <w:r>
        <w:pict>
          <v:shape id="_x0000_i717579"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2671" o:title="eqIdf0a532e15e232cb4b99a8d4d07c89575"/>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17580"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2672" o:title="eqId7b5e761af39bc1725915c3c9ee7febee"/>
            <o:lock v:ext="edit" aspectratio="t"/>
            <w10:wrap type="none"/>
            <w10:anchorlock/>
          </v:shape>
        </w:pict>
      </w:r>
      <w:r>
        <w:rPr>
          <w:rFonts w:ascii="宋体" w:hAnsi="宋体" w:eastAsia="宋体" w:cs="宋体"/>
          <w:color w:val="000000"/>
        </w:rPr>
        <w:t>是“积差等数对”，求代数式</w:t>
      </w:r>
      <w:r>
        <w:rPr>
          <w:rFonts w:ascii="Times New Roman" w:hAnsi="Times New Roman" w:eastAsia="Times New Roman" w:cs="Times New Roman"/>
          <w:color w:val="000000"/>
        </w:rPr>
        <w:t xml:space="preserve"> </w:t>
      </w:r>
      <w:r>
        <w:pict>
          <v:shape id="_x0000_i717581" o:spt="75" alt="学科网(www.zxxk.com)--教育资源门户，提供试卷、教案、课件、论文、素材以及各类教学资源下载，还有大量而丰富的教学相关资讯！" type="#_x0000_t75" style="height:21.75pt;width:216.75pt;" o:ole="t" filled="f" o:preferrelative="t" stroked="f" coordsize="21600,21600">
            <v:path/>
            <v:fill on="f" focussize="0,0"/>
            <v:stroke on="f" joinstyle="miter"/>
            <v:imagedata r:id="rId2673" o:title="eqIdb36f0f35ef415d19ab4b61634b9b183b"/>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①③</w:t>
      </w:r>
      <w:r>
        <w:rPr>
          <w:color w:val="000000"/>
        </w:rPr>
        <w:t xml:space="preserve">    （2）</w:t>
      </w:r>
      <w:r>
        <w:pict>
          <v:shape id="_x0000_i717582" o:spt="75" alt="学科网(www.zxxk.com)--教育资源门户，提供试卷、教案、课件、论文、素材以及各类教学资源下载，还有大量而丰富的教学相关资讯！" type="#_x0000_t75" style="height:30.6pt;width:38.4pt;" o:ole="t" filled="f" o:preferrelative="t" stroked="f" coordsize="21600,21600">
            <v:path/>
            <v:fill on="f" focussize="0,0"/>
            <v:stroke on="f" joinstyle="miter"/>
            <v:imagedata r:id="rId2674" o:title="eqId7960bba587cd1a6f3f448fef80272435"/>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8</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）根据新定义内容进行计算，从而作出判断；</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）根据新定义内容列方程求解；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）将原式去括号，合并同类项进行化简，然后根据新定义内容列出等式并化简，最后代入求值．</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Times New Roman" w:hAnsi="Times New Roman" w:eastAsia="Times New Roman" w:cs="Times New Roman"/>
          <w:color w:val="000000"/>
        </w:rPr>
        <w:t>①∵</w:t>
      </w:r>
      <w:r>
        <w:pict>
          <v:shape id="_x0000_i717583" o:spt="75" alt="学科网(www.zxxk.com)--教育资源门户，提供试卷、教案、课件、论文、素材以及各类教学资源下载，还有大量而丰富的教学相关资讯！" type="#_x0000_t75" style="height:30.75pt;width:84pt;" o:ole="t" filled="f" o:preferrelative="t" stroked="f" coordsize="21600,21600">
            <v:path/>
            <v:fill on="f" focussize="0,0"/>
            <v:stroke on="f" joinstyle="miter"/>
            <v:imagedata r:id="rId2675" o:title="eqId529deef52792b8a7e91866d05acd228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7584" o:spt="75" alt="学科网(www.zxxk.com)--教育资源门户，提供试卷、教案、课件、论文、素材以及各类教学资源下载，还有大量而丰富的教学相关资讯！" type="#_x0000_t75" style="height:33.75pt;width:33.75pt;" o:ole="t" filled="f" o:preferrelative="t" stroked="f" coordsize="21600,21600">
            <v:path/>
            <v:fill on="f" focussize="0,0"/>
            <v:stroke on="f" joinstyle="miter"/>
            <v:imagedata r:id="rId2676" o:title="eqId3e39a81409b98bb904302b4be7c9ce4f"/>
            <o:lock v:ext="edit" aspectratio="t"/>
            <w10:wrap type="none"/>
            <w10:anchorlock/>
          </v:shape>
        </w:pict>
      </w:r>
      <w:r>
        <w:rPr>
          <w:rFonts w:ascii="宋体" w:hAnsi="宋体" w:eastAsia="宋体" w:cs="宋体"/>
          <w:color w:val="000000"/>
        </w:rPr>
        <w:t>是“积差等数对”；</w:t>
      </w:r>
    </w:p>
    <w:p>
      <w:pPr>
        <w:spacing w:line="360" w:lineRule="auto"/>
        <w:jc w:val="both"/>
        <w:textAlignment w:val="center"/>
        <w:rPr>
          <w:color w:val="000000"/>
        </w:rPr>
      </w:pPr>
      <w:r>
        <w:rPr>
          <w:rFonts w:ascii="Times New Roman" w:hAnsi="Times New Roman" w:eastAsia="Times New Roman" w:cs="Times New Roman"/>
          <w:color w:val="000000"/>
        </w:rPr>
        <w:t> ②∵</w:t>
      </w:r>
      <w:r>
        <w:pict>
          <v:shape id="_x0000_i717585"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2677" o:title="eqIdc172814d19726655b54b8cad00e516e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7586"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2678" o:title="eqId40749cd5506fb645b540f75ea6b980a3"/>
            <o:lock v:ext="edit" aspectratio="t"/>
            <w10:wrap type="none"/>
            <w10:anchorlock/>
          </v:shape>
        </w:pict>
      </w:r>
      <w:r>
        <w:rPr>
          <w:rFonts w:ascii="宋体" w:hAnsi="宋体" w:eastAsia="宋体" w:cs="宋体"/>
          <w:color w:val="000000"/>
        </w:rPr>
        <w:t>不是“积差等数对”；</w:t>
      </w:r>
    </w:p>
    <w:p>
      <w:pPr>
        <w:spacing w:line="360" w:lineRule="auto"/>
        <w:jc w:val="both"/>
        <w:textAlignment w:val="center"/>
        <w:rPr>
          <w:color w:val="000000"/>
        </w:rPr>
      </w:pPr>
      <w:r>
        <w:rPr>
          <w:rFonts w:ascii="Times New Roman" w:hAnsi="Times New Roman" w:eastAsia="Times New Roman" w:cs="Times New Roman"/>
          <w:color w:val="000000"/>
        </w:rPr>
        <w:t>③∵</w:t>
      </w:r>
      <w:r>
        <w:pict>
          <v:shape id="_x0000_i717587" o:spt="75" alt="学科网(www.zxxk.com)--教育资源门户，提供试卷、教案、课件、论文、素材以及各类教学资源下载，还有大量而丰富的教学相关资讯！" type="#_x0000_t75" style="height:30.75pt;width:129.75pt;" o:ole="t" filled="f" o:preferrelative="t" stroked="f" coordsize="21600,21600">
            <v:path/>
            <v:fill on="f" focussize="0,0"/>
            <v:stroke on="f" joinstyle="miter"/>
            <v:imagedata r:id="rId2679" o:title="eqId948db98f5cab7a736a4e5e1ea2d9ef5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w:t>
      </w:r>
      <w:r>
        <w:pict>
          <v:shape id="_x0000_i717588" o:spt="75" alt="学科网(www.zxxk.com)--教育资源门户，提供试卷、教案、课件、论文、素材以及各类教学资源下载，还有大量而丰富的教学相关资讯！" type="#_x0000_t75" style="height:33.75pt;width:48.75pt;" o:ole="t" filled="f" o:preferrelative="t" stroked="f" coordsize="21600,21600">
            <v:path/>
            <v:fill on="f" focussize="0,0"/>
            <v:stroke on="f" joinstyle="miter"/>
            <v:imagedata r:id="rId2680" o:title="eqId2c0aecde8b71e969b31497f02fcf837d"/>
            <o:lock v:ext="edit" aspectratio="t"/>
            <w10:wrap type="none"/>
            <w10:anchorlock/>
          </v:shape>
        </w:pict>
      </w:r>
      <w:r>
        <w:rPr>
          <w:rFonts w:ascii="宋体" w:hAnsi="宋体" w:eastAsia="宋体" w:cs="宋体"/>
          <w:color w:val="000000"/>
        </w:rPr>
        <w:t>是“积差等数对”；</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①③</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w:t>
      </w:r>
      <w:r>
        <w:pict>
          <v:shape id="_x0000_i717589"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2681" o:title="eqId07a42647183195ee7310f04ba4f6ddde"/>
            <o:lock v:ext="edit" aspectratio="t"/>
            <w10:wrap type="none"/>
            <w10:anchorlock/>
          </v:shape>
        </w:pict>
      </w:r>
      <w:r>
        <w:rPr>
          <w:rFonts w:ascii="宋体" w:hAnsi="宋体" w:eastAsia="宋体" w:cs="宋体"/>
          <w:color w:val="000000"/>
        </w:rPr>
        <w:t>是“积差等数对”，</w:t>
      </w:r>
    </w:p>
    <w:p>
      <w:pPr>
        <w:spacing w:line="360" w:lineRule="auto"/>
        <w:jc w:val="both"/>
        <w:textAlignment w:val="center"/>
        <w:rPr>
          <w:color w:val="000000"/>
        </w:rPr>
      </w:pPr>
      <w:r>
        <w:rPr>
          <w:rFonts w:ascii="宋体" w:hAnsi="宋体" w:eastAsia="宋体" w:cs="宋体"/>
          <w:color w:val="000000"/>
        </w:rPr>
        <w:t>∴</w:t>
      </w:r>
      <w:r>
        <w:pict>
          <v:shape id="_x0000_i717590"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2682" o:title="eqId1b1d27f3a8901b34864a1288a6548a1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7591" o:spt="75" alt="学科网(www.zxxk.com)--教育资源门户，提供试卷、教案、课件、论文、素材以及各类教学资源下载，还有大量而丰富的教学相关资讯！" type="#_x0000_t75" style="height:30.75pt;width:38.25pt;" o:ole="t" filled="f" o:preferrelative="t" stroked="f" coordsize="21600,21600">
            <v:path/>
            <v:fill on="f" focussize="0,0"/>
            <v:stroke on="f" joinstyle="miter"/>
            <v:imagedata r:id="rId2683" o:title="eqIdb01a7c0e1acdbf43bd54a26eeec385b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的值为</w:t>
      </w:r>
      <w:r>
        <w:pict>
          <v:shape id="_x0000_i717592" o:spt="75" alt="学科网(www.zxxk.com)--教育资源门户，提供试卷、教案、课件、论文、素材以及各类教学资源下载，还有大量而丰富的教学相关资讯！" type="#_x0000_t75" style="height:31.3pt;width:20.1pt;" o:ole="t" filled="f" o:preferrelative="t" stroked="f" coordsize="21600,21600">
            <v:path/>
            <v:fill on="f" focussize="0,0"/>
            <v:stroke on="f" joinstyle="miter"/>
            <v:imagedata r:id="rId2684" o:title="eqIdaf6ddf31b7d9225a4239883af72d153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原式</w:t>
      </w:r>
      <w:r>
        <w:pict>
          <v:shape id="_x0000_i717593" o:spt="75" alt="学科网(www.zxxk.com)--教育资源门户，提供试卷、教案、课件、论文、素材以及各类教学资源下载，还有大量而丰富的教学相关资讯！" type="#_x0000_t75" style="height:20.25pt;width:207.75pt;" o:ole="t" filled="f" o:preferrelative="t" stroked="f" coordsize="21600,21600">
            <v:path/>
            <v:fill on="f" focussize="0,0"/>
            <v:stroke on="f" joinstyle="miter"/>
            <v:imagedata r:id="rId2685" o:title="eqId80a9350c712bd995369da911c31999ce"/>
            <o:lock v:ext="edit" aspectratio="t"/>
            <w10:wrap type="none"/>
            <w10:anchorlock/>
          </v:shape>
        </w:pict>
      </w:r>
    </w:p>
    <w:p>
      <w:pPr>
        <w:spacing w:line="360" w:lineRule="auto"/>
        <w:jc w:val="both"/>
        <w:textAlignment w:val="center"/>
        <w:rPr>
          <w:color w:val="000000"/>
        </w:rPr>
      </w:pPr>
      <w:r>
        <w:pict>
          <v:shape id="_x0000_i717594" o:spt="75" alt="学科网(www.zxxk.com)--教育资源门户，提供试卷、教案、课件、论文、素材以及各类教学资源下载，还有大量而丰富的教学相关资讯！" type="#_x0000_t75" style="height:15.75pt;width:204.75pt;" o:ole="t" filled="f" o:preferrelative="t" stroked="f" coordsize="21600,21600">
            <v:path/>
            <v:fill on="f" focussize="0,0"/>
            <v:stroke on="f" joinstyle="miter"/>
            <v:imagedata r:id="rId2686" o:title="eqIdec4fb735bfbc957d1217cd5713440f27"/>
            <o:lock v:ext="edit" aspectratio="t"/>
            <w10:wrap type="none"/>
            <w10:anchorlock/>
          </v:shape>
        </w:pict>
      </w:r>
    </w:p>
    <w:p>
      <w:pPr>
        <w:spacing w:line="360" w:lineRule="auto"/>
        <w:jc w:val="both"/>
        <w:textAlignment w:val="center"/>
        <w:rPr>
          <w:color w:val="000000"/>
        </w:rPr>
      </w:pPr>
      <w:r>
        <w:pict>
          <v:shape id="_x0000_i717595" o:spt="75" alt="学科网(www.zxxk.com)--教育资源门户，提供试卷、教案、课件、论文、素材以及各类教学资源下载，还有大量而丰富的教学相关资讯！" type="#_x0000_t75" style="height:14.25pt;width:104.25pt;" o:ole="t" filled="f" o:preferrelative="t" stroked="f" coordsize="21600,21600">
            <v:path/>
            <v:fill on="f" focussize="0,0"/>
            <v:stroke on="f" joinstyle="miter"/>
            <v:imagedata r:id="rId2687" o:title="eqId59df5f68e62ec2a9c89a00fe495d5a3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7596"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2688" o:title="eqId7b5e761af39bc1725915c3c9ee7febee"/>
            <o:lock v:ext="edit" aspectratio="t"/>
            <w10:wrap type="none"/>
            <w10:anchorlock/>
          </v:shape>
        </w:pict>
      </w:r>
      <w:r>
        <w:rPr>
          <w:rFonts w:ascii="宋体" w:hAnsi="宋体" w:eastAsia="宋体" w:cs="宋体"/>
          <w:color w:val="000000"/>
        </w:rPr>
        <w:t>是“积差等数对”，</w:t>
      </w:r>
    </w:p>
    <w:p>
      <w:pPr>
        <w:spacing w:line="360" w:lineRule="auto"/>
        <w:jc w:val="both"/>
        <w:textAlignment w:val="center"/>
        <w:rPr>
          <w:color w:val="000000"/>
        </w:rPr>
      </w:pPr>
      <w:r>
        <w:rPr>
          <w:rFonts w:ascii="宋体" w:hAnsi="宋体" w:eastAsia="宋体" w:cs="宋体"/>
          <w:color w:val="000000"/>
        </w:rPr>
        <w:t>∴</w:t>
      </w:r>
      <w:r>
        <w:pict>
          <v:shape id="_x0000_i717597" o:spt="75" alt="学科网(www.zxxk.com)--教育资源门户，提供试卷、教案、课件、论文、素材以及各类教学资源下载，还有大量而丰富的教学相关资讯！" type="#_x0000_t75" style="height:11.25pt;width:56.25pt;" o:ole="t" filled="f" o:preferrelative="t" stroked="f" coordsize="21600,21600">
            <v:path/>
            <v:fill on="f" focussize="0,0"/>
            <v:stroke on="f" joinstyle="miter"/>
            <v:imagedata r:id="rId2689" o:title="eqIdafb237c41683cf87691b605250eccf8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∴原式</w:t>
      </w:r>
      <w:r>
        <w:pict>
          <v:shape id="_x0000_i717598" o:spt="75" alt="学科网(www.zxxk.com)--教育资源门户，提供试卷、教案、课件、论文、素材以及各类教学资源下载，还有大量而丰富的教学相关资讯！" type="#_x0000_t75" style="height:20.25pt;width:108pt;" o:ole="t" filled="f" o:preferrelative="t" stroked="f" coordsize="21600,21600">
            <v:path/>
            <v:fill on="f" focussize="0,0"/>
            <v:stroke on="f" joinstyle="miter"/>
            <v:imagedata r:id="rId2690" o:title="eqId58f72a3ca24f668ce54e52e7e711c75e"/>
            <o:lock v:ext="edit" aspectratio="t"/>
            <w10:wrap type="none"/>
            <w10:anchorlock/>
          </v:shape>
        </w:pict>
      </w:r>
    </w:p>
    <w:p>
      <w:pPr>
        <w:spacing w:line="360" w:lineRule="auto"/>
        <w:jc w:val="both"/>
        <w:textAlignment w:val="center"/>
        <w:rPr>
          <w:color w:val="000000"/>
        </w:rPr>
      </w:pPr>
      <w:r>
        <w:pict>
          <v:shape id="_x0000_i717599" o:spt="75" alt="学科网(www.zxxk.com)--教育资源门户，提供试卷、教案、课件、论文、素材以及各类教学资源下载，还有大量而丰富的教学相关资讯！" type="#_x0000_t75" style="height:14.25pt;width:87pt;" o:ole="t" filled="f" o:preferrelative="t" stroked="f" coordsize="21600,21600">
            <v:path/>
            <v:fill on="f" focussize="0,0"/>
            <v:stroke on="f" joinstyle="miter"/>
            <v:imagedata r:id="rId2691" o:title="eqId000fa3a17ef80d0d53588d090fa230c8"/>
            <o:lock v:ext="edit" aspectratio="t"/>
            <w10:wrap type="none"/>
            <w10:anchorlock/>
          </v:shape>
        </w:pict>
      </w:r>
    </w:p>
    <w:p>
      <w:pPr>
        <w:spacing w:line="360" w:lineRule="auto"/>
        <w:jc w:val="both"/>
        <w:textAlignment w:val="center"/>
        <w:rPr>
          <w:color w:val="000000"/>
        </w:rPr>
      </w:pPr>
      <w:r>
        <w:pict>
          <v:shape id="_x0000_i717600" o:spt="75" alt="学科网(www.zxxk.com)--教育资源门户，提供试卷、教案、课件、论文、素材以及各类教学资源下载，还有大量而丰富的教学相关资讯！" type="#_x0000_t75" style="height:11.9pt;width:21.75pt;" o:ole="t" filled="f" o:preferrelative="t" stroked="f" coordsize="21600,21600">
            <v:path/>
            <v:fill on="f" focussize="0,0"/>
            <v:stroke on="f" joinstyle="miter"/>
            <v:imagedata r:id="rId2692" o:title="eqId83eea16a869e4978f7da6f3ee2df7ae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【点睛】</w:t>
      </w:r>
      <w:r>
        <w:rPr>
          <w:rFonts w:ascii="宋体" w:hAnsi="宋体" w:eastAsia="宋体" w:cs="宋体"/>
          <w:color w:val="000000"/>
        </w:rPr>
        <w:t>本题考查了定义新运算，有理数的运算，解一元一次方程，整式的加减</w:t>
      </w:r>
      <w:r>
        <w:rPr>
          <w:rFonts w:ascii="Times New Roman" w:hAnsi="Times New Roman" w:eastAsia="Times New Roman" w:cs="Times New Roman"/>
          <w:color w:val="000000"/>
        </w:rPr>
        <w:t>—</w:t>
      </w:r>
      <w:r>
        <w:rPr>
          <w:rFonts w:ascii="宋体" w:hAnsi="宋体" w:eastAsia="宋体" w:cs="宋体"/>
          <w:color w:val="000000"/>
        </w:rPr>
        <w:t>化简求值，理解“积差等数对”的定义是解题关键．</w:t>
      </w:r>
    </w:p>
    <w:p>
      <w:pPr>
        <w:spacing w:line="360" w:lineRule="auto"/>
        <w:jc w:val="both"/>
        <w:textAlignment w:val="center"/>
        <w:rPr>
          <w:color w:val="000000"/>
        </w:rPr>
      </w:pPr>
      <w:r>
        <w:rPr>
          <w:color w:val="000000"/>
        </w:rPr>
        <w:t xml:space="preserve">28. </w:t>
      </w:r>
      <w:r>
        <w:rPr>
          <w:rFonts w:ascii="Times New Roman" w:hAnsi="Times New Roman" w:eastAsia="Times New Roman" w:cs="Times New Roman"/>
          <w:color w:val="000000"/>
        </w:rPr>
        <w:t>[</w:t>
      </w:r>
      <w:r>
        <w:rPr>
          <w:rFonts w:ascii="宋体" w:hAnsi="宋体" w:eastAsia="宋体" w:cs="宋体"/>
          <w:color w:val="000000"/>
        </w:rPr>
        <w:t>背景知识</w:t>
      </w:r>
      <w:r>
        <w:rPr>
          <w:rFonts w:ascii="Times New Roman" w:hAnsi="Times New Roman" w:eastAsia="Times New Roman" w:cs="Times New Roman"/>
          <w:color w:val="000000"/>
        </w:rPr>
        <w:t>]</w:t>
      </w:r>
      <w:r>
        <w:rPr>
          <w:rFonts w:ascii="宋体" w:hAnsi="宋体" w:eastAsia="宋体" w:cs="宋体"/>
          <w:color w:val="000000"/>
        </w:rPr>
        <w:t>：数轴是初中数学的一个重要工具，利用数轴可以将数与形完美地结合．在数轴上，若</w:t>
      </w:r>
      <w:r>
        <w:pict>
          <v:shape id="_x0000_i71760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693" o:title="eqIdc5db41a1f31d6baee7c69990811edb9f"/>
            <o:lock v:ext="edit" aspectratio="t"/>
            <w10:wrap type="none"/>
            <w10:anchorlock/>
          </v:shape>
        </w:pict>
      </w:r>
      <w:r>
        <w:rPr>
          <w:rFonts w:ascii="宋体" w:hAnsi="宋体" w:eastAsia="宋体" w:cs="宋体"/>
          <w:color w:val="000000"/>
        </w:rPr>
        <w:t>到</w:t>
      </w:r>
      <w:r>
        <w:pict>
          <v:shape id="_x0000_i71760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694" o:title="eqId5963abe8f421bd99a2aaa94831a951e9"/>
            <o:lock v:ext="edit" aspectratio="t"/>
            <w10:wrap type="none"/>
            <w10:anchorlock/>
          </v:shape>
        </w:pict>
      </w:r>
      <w:r>
        <w:rPr>
          <w:rFonts w:ascii="宋体" w:hAnsi="宋体" w:eastAsia="宋体" w:cs="宋体"/>
          <w:color w:val="000000"/>
        </w:rPr>
        <w:t>的距离刚好是</w:t>
      </w:r>
      <w:r>
        <w:rPr>
          <w:rFonts w:ascii="Times New Roman" w:hAnsi="Times New Roman" w:eastAsia="Times New Roman" w:cs="Times New Roman"/>
          <w:color w:val="000000"/>
        </w:rPr>
        <w:t>4</w:t>
      </w:r>
      <w:r>
        <w:rPr>
          <w:rFonts w:ascii="宋体" w:hAnsi="宋体" w:eastAsia="宋体" w:cs="宋体"/>
          <w:color w:val="000000"/>
        </w:rPr>
        <w:t>，则</w:t>
      </w:r>
      <w:r>
        <w:pict>
          <v:shape id="_x0000_i71760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693" o:title="eqIdc5db41a1f31d6baee7c69990811edb9f"/>
            <o:lock v:ext="edit" aspectratio="t"/>
            <w10:wrap type="none"/>
            <w10:anchorlock/>
          </v:shape>
        </w:pict>
      </w:r>
      <w:r>
        <w:rPr>
          <w:rFonts w:ascii="宋体" w:hAnsi="宋体" w:eastAsia="宋体" w:cs="宋体"/>
          <w:color w:val="000000"/>
        </w:rPr>
        <w:t>点叫做</w:t>
      </w:r>
      <w:r>
        <w:pict>
          <v:shape id="_x0000_i71760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694" o:title="eqId5963abe8f421bd99a2aaa94831a951e9"/>
            <o:lock v:ext="edit" aspectratio="t"/>
            <w10:wrap type="none"/>
            <w10:anchorlock/>
          </v:shape>
        </w:pict>
      </w:r>
      <w:r>
        <w:rPr>
          <w:rFonts w:ascii="宋体" w:hAnsi="宋体" w:eastAsia="宋体" w:cs="宋体"/>
          <w:color w:val="000000"/>
        </w:rPr>
        <w:t>的“幸福点”，若</w:t>
      </w:r>
      <w:r>
        <w:pict>
          <v:shape id="_x0000_i71760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693" o:title="eqIdc5db41a1f31d6baee7c69990811edb9f"/>
            <o:lock v:ext="edit" aspectratio="t"/>
            <w10:wrap type="none"/>
            <w10:anchorlock/>
          </v:shape>
        </w:pict>
      </w:r>
      <w:r>
        <w:rPr>
          <w:rFonts w:ascii="宋体" w:hAnsi="宋体" w:eastAsia="宋体" w:cs="宋体"/>
          <w:color w:val="000000"/>
        </w:rPr>
        <w:t>到</w:t>
      </w:r>
      <w:r>
        <w:pict>
          <v:shape id="_x0000_i71760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694" o:title="eqId5963abe8f421bd99a2aaa94831a951e9"/>
            <o:lock v:ext="edit" aspectratio="t"/>
            <w10:wrap type="none"/>
            <w10:anchorlock/>
          </v:shape>
        </w:pict>
      </w:r>
      <w:r>
        <w:rPr>
          <w:rFonts w:ascii="宋体" w:hAnsi="宋体" w:eastAsia="宋体" w:cs="宋体"/>
          <w:color w:val="000000"/>
        </w:rPr>
        <w:t>、</w:t>
      </w:r>
      <w:r>
        <w:pict>
          <v:shape id="_x0000_i71760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695" o:title="eqId7f9e8449aad35c5d840a3395ea86df6d"/>
            <o:lock v:ext="edit" aspectratio="t"/>
            <w10:wrap type="none"/>
            <w10:anchorlock/>
          </v:shape>
        </w:pict>
      </w:r>
      <w:r>
        <w:rPr>
          <w:rFonts w:ascii="宋体" w:hAnsi="宋体" w:eastAsia="宋体" w:cs="宋体"/>
          <w:color w:val="000000"/>
        </w:rPr>
        <w:t>的距离之和为</w:t>
      </w:r>
      <w:r>
        <w:rPr>
          <w:rFonts w:ascii="Times New Roman" w:hAnsi="Times New Roman" w:eastAsia="Times New Roman" w:cs="Times New Roman"/>
          <w:color w:val="000000"/>
        </w:rPr>
        <w:t>10</w:t>
      </w:r>
      <w:r>
        <w:rPr>
          <w:rFonts w:ascii="宋体" w:hAnsi="宋体" w:eastAsia="宋体" w:cs="宋体"/>
          <w:color w:val="000000"/>
        </w:rPr>
        <w:t>，则</w:t>
      </w:r>
      <w:r>
        <w:pict>
          <v:shape id="_x0000_i71760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693" o:title="eqIdc5db41a1f31d6baee7c69990811edb9f"/>
            <o:lock v:ext="edit" aspectratio="t"/>
            <w10:wrap type="none"/>
            <w10:anchorlock/>
          </v:shape>
        </w:pict>
      </w:r>
      <w:r>
        <w:rPr>
          <w:rFonts w:ascii="宋体" w:hAnsi="宋体" w:eastAsia="宋体" w:cs="宋体"/>
          <w:color w:val="000000"/>
        </w:rPr>
        <w:t>叫做</w:t>
      </w:r>
      <w:r>
        <w:pict>
          <v:shape id="_x0000_i717609" o:spt="75" alt="学科网(www.zxxk.com)--教育资源门户，提供试卷、教案、课件、论文、素材以及各类教学资源下载，还有大量而丰富的教学相关资讯！" type="#_x0000_t75" style="height:13.8pt;width:22.2pt;" o:ole="t" filled="f" o:preferrelative="t" stroked="f" coordsize="21600,21600">
            <v:path/>
            <v:fill on="f" focussize="0,0"/>
            <v:stroke on="f" joinstyle="miter"/>
            <v:imagedata r:id="rId2696" o:title="eqIde52586ca2a3b783bc8092415e2d4bf6d"/>
            <o:lock v:ext="edit" aspectratio="t"/>
            <w10:wrap type="none"/>
            <w10:anchorlock/>
          </v:shape>
        </w:pict>
      </w:r>
      <w:r>
        <w:rPr>
          <w:rFonts w:ascii="宋体" w:hAnsi="宋体" w:eastAsia="宋体" w:cs="宋体"/>
          <w:color w:val="000000"/>
        </w:rPr>
        <w:t>的“幸福中心”．</w:t>
      </w:r>
    </w:p>
    <w:p>
      <w:pPr>
        <w:spacing w:line="360" w:lineRule="auto"/>
        <w:jc w:val="both"/>
        <w:textAlignment w:val="center"/>
        <w:rPr>
          <w:color w:val="000000"/>
        </w:rPr>
      </w:pPr>
      <w:r>
        <w:rPr>
          <w:color w:val="000000"/>
        </w:rPr>
        <w:drawing>
          <wp:inline distT="0" distB="0" distL="114300" distR="114300">
            <wp:extent cx="3124200" cy="742950"/>
            <wp:effectExtent l="0" t="0" r="0" b="0"/>
            <wp:docPr id="372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 name="图片 100005" descr="学科网(www.zxxk.com)--教育资源门户，提供试卷、教案、课件、论文、素材以及各类教学资源下载，还有大量而丰富的教学相关资讯！"/>
                    <pic:cNvPicPr>
                      <a:picLocks noChangeAspect="1"/>
                    </pic:cNvPicPr>
                  </pic:nvPicPr>
                  <pic:blipFill>
                    <a:blip r:embed="rId2697"/>
                    <a:stretch>
                      <a:fillRect/>
                    </a:stretch>
                  </pic:blipFill>
                  <pic:spPr>
                    <a:xfrm>
                      <a:off x="0" y="0"/>
                      <a:ext cx="3124200" cy="742950"/>
                    </a:xfrm>
                    <a:prstGeom prst="rect">
                      <a:avLst/>
                    </a:prstGeom>
                  </pic:spPr>
                </pic:pic>
              </a:graphicData>
            </a:graphic>
          </wp:inline>
        </w:drawing>
      </w:r>
    </w:p>
    <w:p>
      <w:pPr>
        <w:spacing w:line="360" w:lineRule="auto"/>
        <w:jc w:val="both"/>
        <w:textAlignment w:val="center"/>
        <w:rPr>
          <w:color w:val="000000"/>
        </w:rPr>
      </w:pPr>
      <w:r>
        <w:rPr>
          <w:color w:val="000000"/>
        </w:rPr>
        <w:drawing>
          <wp:inline distT="0" distB="0" distL="114300" distR="114300">
            <wp:extent cx="2562225" cy="742950"/>
            <wp:effectExtent l="0" t="0" r="9525" b="0"/>
            <wp:docPr id="372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 name="图片 100007" descr="学科网(www.zxxk.com)--教育资源门户，提供试卷、教案、课件、论文、素材以及各类教学资源下载，还有大量而丰富的教学相关资讯！"/>
                    <pic:cNvPicPr>
                      <a:picLocks noChangeAspect="1"/>
                    </pic:cNvPicPr>
                  </pic:nvPicPr>
                  <pic:blipFill>
                    <a:blip r:embed="rId2698"/>
                    <a:stretch>
                      <a:fillRect/>
                    </a:stretch>
                  </pic:blipFill>
                  <pic:spPr>
                    <a:xfrm>
                      <a:off x="0" y="0"/>
                      <a:ext cx="2562225" cy="742950"/>
                    </a:xfrm>
                    <a:prstGeom prst="rect">
                      <a:avLst/>
                    </a:prstGeom>
                  </pic:spPr>
                </pic:pic>
              </a:graphicData>
            </a:graphic>
          </wp:inline>
        </w:drawing>
      </w:r>
    </w:p>
    <w:p>
      <w:pPr>
        <w:spacing w:line="360" w:lineRule="auto"/>
        <w:jc w:val="both"/>
        <w:textAlignment w:val="center"/>
        <w:rPr>
          <w:color w:val="000000"/>
        </w:rPr>
      </w:pPr>
      <w:r>
        <w:rPr>
          <w:color w:val="000000"/>
        </w:rPr>
        <w:drawing>
          <wp:inline distT="0" distB="0" distL="114300" distR="114300">
            <wp:extent cx="3810000" cy="790575"/>
            <wp:effectExtent l="0" t="0" r="0" b="9525"/>
            <wp:docPr id="372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 name="图片 100009" descr="学科网(www.zxxk.com)--教育资源门户，提供试卷、教案、课件、论文、素材以及各类教学资源下载，还有大量而丰富的教学相关资讯！"/>
                    <pic:cNvPicPr>
                      <a:picLocks noChangeAspect="1"/>
                    </pic:cNvPicPr>
                  </pic:nvPicPr>
                  <pic:blipFill>
                    <a:blip r:embed="rId2699"/>
                    <a:stretch>
                      <a:fillRect/>
                    </a:stretch>
                  </pic:blipFill>
                  <pic:spPr>
                    <a:xfrm>
                      <a:off x="0" y="0"/>
                      <a:ext cx="3810000" cy="7905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，点</w:t>
      </w:r>
      <w:r>
        <w:pict>
          <v:shape id="_x0000_i71761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00" o:title="eqId5963abe8f421bd99a2aaa94831a951e9"/>
            <o:lock v:ext="edit" aspectratio="t"/>
            <w10:wrap type="none"/>
            <w10:anchorlock/>
          </v:shape>
        </w:pict>
      </w:r>
      <w:r>
        <w:rPr>
          <w:rFonts w:ascii="宋体" w:hAnsi="宋体" w:eastAsia="宋体" w:cs="宋体"/>
          <w:color w:val="000000"/>
        </w:rPr>
        <w:t>表示的数为</w:t>
      </w:r>
      <w:r>
        <w:pict>
          <v:shape id="_x0000_i71761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701" o:title="eqIdacbc6a613224461ade69362d46550474"/>
            <o:lock v:ext="edit" aspectratio="t"/>
            <w10:wrap type="none"/>
            <w10:anchorlock/>
          </v:shape>
        </w:pict>
      </w:r>
      <w:r>
        <w:rPr>
          <w:rFonts w:ascii="宋体" w:hAnsi="宋体" w:eastAsia="宋体" w:cs="宋体"/>
          <w:color w:val="000000"/>
        </w:rPr>
        <w:t>，则</w:t>
      </w:r>
      <w:r>
        <w:pict>
          <v:shape id="_x0000_i71761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00" o:title="eqId5963abe8f421bd99a2aaa94831a951e9"/>
            <o:lock v:ext="edit" aspectratio="t"/>
            <w10:wrap type="none"/>
            <w10:anchorlock/>
          </v:shape>
        </w:pict>
      </w:r>
      <w:r>
        <w:rPr>
          <w:rFonts w:ascii="宋体" w:hAnsi="宋体" w:eastAsia="宋体" w:cs="宋体"/>
          <w:color w:val="000000"/>
        </w:rPr>
        <w:t>的幸福点</w:t>
      </w:r>
      <w:r>
        <w:pict>
          <v:shape id="_x0000_i71761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02" o:title="eqIdc5db41a1f31d6baee7c69990811edb9f"/>
            <o:lock v:ext="edit" aspectratio="t"/>
            <w10:wrap type="none"/>
            <w10:anchorlock/>
          </v:shape>
        </w:pict>
      </w:r>
      <w:r>
        <w:rPr>
          <w:rFonts w:ascii="宋体" w:hAnsi="宋体" w:eastAsia="宋体" w:cs="宋体"/>
          <w:color w:val="000000"/>
        </w:rPr>
        <w:t>所表示的数应该是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17614" o:spt="75" alt="学科网(www.zxxk.com)--教育资源门户，提供试卷、教案、课件、论文、素材以及各类教学资源下载，还有大量而丰富的教学相关资讯！" type="#_x0000_t75" style="height:14.4pt;width:36.3pt;" o:ole="t" filled="f" o:preferrelative="t" stroked="f" coordsize="21600,21600">
            <v:path/>
            <v:fill on="f" focussize="0,0"/>
            <v:stroke on="f" joinstyle="miter"/>
            <v:imagedata r:id="rId2703" o:title="eqIde6670479a0083dd2dfd5ad55b47b1ab6"/>
            <o:lock v:ext="edit" aspectratio="t"/>
            <w10:wrap type="none"/>
            <w10:anchorlock/>
          </v:shape>
        </w:pict>
      </w:r>
      <w:r>
        <w:rPr>
          <w:rFonts w:ascii="宋体" w:hAnsi="宋体" w:eastAsia="宋体" w:cs="宋体"/>
          <w:color w:val="000000"/>
        </w:rPr>
        <w:t>为数轴上两点，点</w:t>
      </w:r>
      <w:r>
        <w:pict>
          <v:shape id="_x0000_i71761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2704" o:title="eqIdac047e91852b91af639feec23a9598b2"/>
            <o:lock v:ext="edit" aspectratio="t"/>
            <w10:wrap type="none"/>
            <w10:anchorlock/>
          </v:shape>
        </w:pict>
      </w:r>
      <w:r>
        <w:rPr>
          <w:rFonts w:ascii="宋体" w:hAnsi="宋体" w:eastAsia="宋体" w:cs="宋体"/>
          <w:color w:val="000000"/>
        </w:rPr>
        <w:t>所表示的数为</w:t>
      </w:r>
      <w:r>
        <w:rPr>
          <w:rFonts w:ascii="Times New Roman" w:hAnsi="Times New Roman" w:eastAsia="Times New Roman" w:cs="Times New Roman"/>
          <w:color w:val="000000"/>
        </w:rPr>
        <w:t>4</w:t>
      </w:r>
      <w:r>
        <w:rPr>
          <w:rFonts w:ascii="宋体" w:hAnsi="宋体" w:eastAsia="宋体" w:cs="宋体"/>
          <w:color w:val="000000"/>
        </w:rPr>
        <w:t>，点</w:t>
      </w:r>
      <w:r>
        <w:pict>
          <v:shape id="_x0000_i71761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705" o:title="eqId54a5d7d3b6b63fe5c24c3907b7a8eaa3"/>
            <o:lock v:ext="edit" aspectratio="t"/>
            <w10:wrap type="none"/>
            <w10:anchorlock/>
          </v:shape>
        </w:pict>
      </w:r>
      <w:r>
        <w:rPr>
          <w:rFonts w:ascii="宋体" w:hAnsi="宋体" w:eastAsia="宋体" w:cs="宋体"/>
          <w:color w:val="000000"/>
        </w:rPr>
        <w:t>所表示的数为</w:t>
      </w:r>
      <w:r>
        <w:pict>
          <v:shape id="_x0000_i717617"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2706" o:title="eqId274a9dc37509f01c2606fb3086a46f4f"/>
            <o:lock v:ext="edit" aspectratio="t"/>
            <w10:wrap type="none"/>
            <w10:anchorlock/>
          </v:shape>
        </w:pict>
      </w:r>
      <w:r>
        <w:rPr>
          <w:rFonts w:ascii="宋体" w:hAnsi="宋体" w:eastAsia="宋体" w:cs="宋体"/>
          <w:color w:val="000000"/>
        </w:rPr>
        <w:t>，点</w:t>
      </w:r>
      <w:r>
        <w:pict>
          <v:shape id="_x0000_i71761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07" o:title="eqIdc5db41a1f31d6baee7c69990811edb9f"/>
            <o:lock v:ext="edit" aspectratio="t"/>
            <w10:wrap type="none"/>
            <w10:anchorlock/>
          </v:shape>
        </w:pict>
      </w:r>
      <w:r>
        <w:rPr>
          <w:rFonts w:ascii="宋体" w:hAnsi="宋体" w:eastAsia="宋体" w:cs="宋体"/>
          <w:color w:val="000000"/>
        </w:rPr>
        <w:t>是</w:t>
      </w:r>
      <w:r>
        <w:pict>
          <v:shape id="_x0000_i717619" o:spt="75" alt="学科网(www.zxxk.com)--教育资源门户，提供试卷、教案、课件、论文、素材以及各类教学资源下载，还有大量而丰富的教学相关资讯！" type="#_x0000_t75" style="height:14.4pt;width:36.3pt;" o:ole="t" filled="f" o:preferrelative="t" stroked="f" coordsize="21600,21600">
            <v:path/>
            <v:fill on="f" focussize="0,0"/>
            <v:stroke on="f" joinstyle="miter"/>
            <v:imagedata r:id="rId2703" o:title="eqIde6670479a0083dd2dfd5ad55b47b1ab6"/>
            <o:lock v:ext="edit" aspectratio="t"/>
            <w10:wrap type="none"/>
            <w10:anchorlock/>
          </v:shape>
        </w:pict>
      </w:r>
      <w:r>
        <w:rPr>
          <w:rFonts w:ascii="宋体" w:hAnsi="宋体" w:eastAsia="宋体" w:cs="宋体"/>
          <w:color w:val="000000"/>
        </w:rPr>
        <w:t>的幸福中心，则</w:t>
      </w:r>
      <w:r>
        <w:pict>
          <v:shape id="_x0000_i71762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07" o:title="eqIdc5db41a1f31d6baee7c69990811edb9f"/>
            <o:lock v:ext="edit" aspectratio="t"/>
            <w10:wrap type="none"/>
            <w10:anchorlock/>
          </v:shape>
        </w:pict>
      </w:r>
      <w:r>
        <w:rPr>
          <w:rFonts w:ascii="宋体" w:hAnsi="宋体" w:eastAsia="宋体" w:cs="宋体"/>
          <w:color w:val="000000"/>
        </w:rPr>
        <w:t>所表示的数应该是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，点</w:t>
      </w:r>
      <w:r>
        <w:pict>
          <v:shape id="_x0000_i71762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08" o:title="eqId5963abe8f421bd99a2aaa94831a951e9"/>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0</w:t>
      </w:r>
      <w:r>
        <w:rPr>
          <w:rFonts w:ascii="宋体" w:hAnsi="宋体" w:eastAsia="宋体" w:cs="宋体"/>
          <w:color w:val="000000"/>
        </w:rPr>
        <w:t>，点</w:t>
      </w:r>
      <w:r>
        <w:pict>
          <v:shape id="_x0000_i71762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09" o:title="eqId7f9e8449aad35c5d840a3395ea86df6d"/>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4</w:t>
      </w:r>
      <w:r>
        <w:rPr>
          <w:rFonts w:ascii="宋体" w:hAnsi="宋体" w:eastAsia="宋体" w:cs="宋体"/>
          <w:color w:val="000000"/>
        </w:rPr>
        <w:t>，若</w:t>
      </w:r>
      <w:r>
        <w:pict>
          <v:shape id="_x0000_i71762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08" o:title="eqId5963abe8f421bd99a2aaa94831a951e9"/>
            <o:lock v:ext="edit" aspectratio="t"/>
            <w10:wrap type="none"/>
            <w10:anchorlock/>
          </v:shape>
        </w:pict>
      </w:r>
      <w:r>
        <w:rPr>
          <w:rFonts w:ascii="宋体" w:hAnsi="宋体" w:eastAsia="宋体" w:cs="宋体"/>
          <w:color w:val="000000"/>
        </w:rPr>
        <w:t>点、</w:t>
      </w:r>
      <w:r>
        <w:pict>
          <v:shape id="_x0000_i71762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09" o:title="eqId7f9e8449aad35c5d840a3395ea86df6d"/>
            <o:lock v:ext="edit" aspectratio="t"/>
            <w10:wrap type="none"/>
            <w10:anchorlock/>
          </v:shape>
        </w:pict>
      </w:r>
      <w:r>
        <w:rPr>
          <w:rFonts w:ascii="宋体" w:hAnsi="宋体" w:eastAsia="宋体" w:cs="宋体"/>
          <w:color w:val="000000"/>
        </w:rPr>
        <w:t>点同时以</w:t>
      </w:r>
      <w:r>
        <w:rPr>
          <w:rFonts w:ascii="Times New Roman" w:hAnsi="Times New Roman" w:eastAsia="Times New Roman" w:cs="Times New Roman"/>
          <w:color w:val="000000"/>
        </w:rPr>
        <w:t>1</w:t>
      </w:r>
      <w:r>
        <w:rPr>
          <w:rFonts w:ascii="宋体" w:hAnsi="宋体" w:eastAsia="宋体" w:cs="宋体"/>
          <w:color w:val="000000"/>
        </w:rPr>
        <w:t>个单位长度</w:t>
      </w:r>
      <w:r>
        <w:rPr>
          <w:rFonts w:ascii="Times New Roman" w:hAnsi="Times New Roman" w:eastAsia="Times New Roman" w:cs="Times New Roman"/>
          <w:color w:val="000000"/>
        </w:rPr>
        <w:t>/</w:t>
      </w:r>
      <w:r>
        <w:rPr>
          <w:rFonts w:ascii="宋体" w:hAnsi="宋体" w:eastAsia="宋体" w:cs="宋体"/>
          <w:color w:val="000000"/>
        </w:rPr>
        <w:t>秒的速度向左运动，与此同时点</w:t>
      </w:r>
      <w:r>
        <w:pict>
          <v:shape id="_x0000_i71762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10" o:title="eqIddad2a36927223bd70f426ba06aea4b45"/>
            <o:lock v:ext="edit" aspectratio="t"/>
            <w10:wrap type="none"/>
            <w10:anchorlock/>
          </v:shape>
        </w:pict>
      </w:r>
      <w:r>
        <w:rPr>
          <w:rFonts w:ascii="宋体" w:hAnsi="宋体" w:eastAsia="宋体" w:cs="宋体"/>
          <w:color w:val="000000"/>
        </w:rPr>
        <w:t>从</w:t>
      </w:r>
      <w:r>
        <w:rPr>
          <w:rFonts w:ascii="Times New Roman" w:hAnsi="Times New Roman" w:eastAsia="Times New Roman" w:cs="Times New Roman"/>
          <w:color w:val="000000"/>
        </w:rPr>
        <w:t>10</w:t>
      </w:r>
      <w:r>
        <w:rPr>
          <w:rFonts w:ascii="宋体" w:hAnsi="宋体" w:eastAsia="宋体" w:cs="宋体"/>
          <w:color w:val="000000"/>
        </w:rPr>
        <w:t>处以</w:t>
      </w:r>
      <w:r>
        <w:rPr>
          <w:rFonts w:ascii="Times New Roman" w:hAnsi="Times New Roman" w:eastAsia="Times New Roman" w:cs="Times New Roman"/>
          <w:color w:val="000000"/>
        </w:rPr>
        <w:t>2</w:t>
      </w:r>
      <w:r>
        <w:rPr>
          <w:rFonts w:ascii="宋体" w:hAnsi="宋体" w:eastAsia="宋体" w:cs="宋体"/>
          <w:color w:val="000000"/>
        </w:rPr>
        <w:t>个单位长度</w:t>
      </w:r>
      <w:r>
        <w:rPr>
          <w:rFonts w:ascii="Times New Roman" w:hAnsi="Times New Roman" w:eastAsia="Times New Roman" w:cs="Times New Roman"/>
          <w:color w:val="000000"/>
        </w:rPr>
        <w:t>/</w:t>
      </w:r>
      <w:r>
        <w:rPr>
          <w:rFonts w:ascii="宋体" w:hAnsi="宋体" w:eastAsia="宋体" w:cs="宋体"/>
          <w:color w:val="000000"/>
        </w:rPr>
        <w:t>秒的速度向左运动，经过多长时间后，点</w:t>
      </w:r>
      <w:r>
        <w:pict>
          <v:shape id="_x0000_i71762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10" o:title="eqIddad2a36927223bd70f426ba06aea4b45"/>
            <o:lock v:ext="edit" aspectratio="t"/>
            <w10:wrap type="none"/>
            <w10:anchorlock/>
          </v:shape>
        </w:pict>
      </w:r>
      <w:r>
        <w:rPr>
          <w:rFonts w:ascii="宋体" w:hAnsi="宋体" w:eastAsia="宋体" w:cs="宋体"/>
          <w:color w:val="000000"/>
        </w:rPr>
        <w:t>是</w:t>
      </w:r>
      <w:r>
        <w:pict>
          <v:shape id="_x0000_i71762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2708" o:title="eqId5963abe8f421bd99a2aaa94831a951e9"/>
            <o:lock v:ext="edit" aspectratio="t"/>
            <w10:wrap type="none"/>
            <w10:anchorlock/>
          </v:shape>
        </w:pict>
      </w:r>
      <w:r>
        <w:rPr>
          <w:rFonts w:ascii="宋体" w:hAnsi="宋体" w:eastAsia="宋体" w:cs="宋体"/>
          <w:color w:val="000000"/>
        </w:rPr>
        <w:t>、</w:t>
      </w:r>
      <w:r>
        <w:pict>
          <v:shape id="_x0000_i71762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09" o:title="eqId7f9e8449aad35c5d840a3395ea86df6d"/>
            <o:lock v:ext="edit" aspectratio="t"/>
            <w10:wrap type="none"/>
            <w10:anchorlock/>
          </v:shape>
        </w:pict>
      </w:r>
      <w:r>
        <w:rPr>
          <w:rFonts w:ascii="宋体" w:hAnsi="宋体" w:eastAsia="宋体" w:cs="宋体"/>
          <w:color w:val="000000"/>
        </w:rPr>
        <w:t>的幸福中心？</w:t>
      </w:r>
    </w:p>
    <w:p>
      <w:pPr>
        <w:spacing w:line="360" w:lineRule="auto"/>
        <w:textAlignment w:val="center"/>
        <w:rPr>
          <w:color w:val="000000"/>
        </w:rPr>
      </w:pPr>
      <w:r>
        <w:rPr>
          <w:color w:val="2E75B6"/>
        </w:rPr>
        <w:t>【答案】</w:t>
      </w:r>
      <w:r>
        <w:rPr>
          <w:color w:val="000000"/>
        </w:rPr>
        <w:t>（1）</w:t>
      </w:r>
      <w:r>
        <w:pict>
          <v:shape id="_x0000_i717629"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711" o:title="eqIdd13ce3ebd1112220c639562739f1f9d1"/>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3</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6</w:t>
      </w:r>
      <w:r>
        <w:rPr>
          <w:rFonts w:ascii="宋体" w:hAnsi="宋体" w:eastAsia="宋体" w:cs="宋体"/>
          <w:color w:val="000000"/>
        </w:rPr>
        <w:t>或</w:t>
      </w:r>
      <w:r>
        <w:pict>
          <v:shape id="_x0000_i717630"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2712" o:title="eqId3edbd40e04e2a943051fa83d6e511add"/>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经过</w:t>
      </w:r>
      <w:r>
        <w:rPr>
          <w:rFonts w:ascii="Times New Roman" w:hAnsi="Times New Roman" w:eastAsia="Times New Roman" w:cs="Times New Roman"/>
          <w:color w:val="000000"/>
        </w:rPr>
        <w:t>3</w:t>
      </w:r>
      <w:r>
        <w:rPr>
          <w:rFonts w:ascii="宋体" w:hAnsi="宋体" w:eastAsia="宋体" w:cs="宋体"/>
          <w:color w:val="000000"/>
        </w:rPr>
        <w:t>秒或</w:t>
      </w:r>
      <w:r>
        <w:rPr>
          <w:rFonts w:ascii="Times New Roman" w:hAnsi="Times New Roman" w:eastAsia="Times New Roman" w:cs="Times New Roman"/>
          <w:color w:val="000000"/>
        </w:rPr>
        <w:t>13</w:t>
      </w:r>
      <w:r>
        <w:rPr>
          <w:rFonts w:ascii="宋体" w:hAnsi="宋体" w:eastAsia="宋体" w:cs="宋体"/>
          <w:color w:val="000000"/>
        </w:rPr>
        <w:t>秒后，点</w:t>
      </w:r>
      <w:r>
        <w:pict>
          <v:shape id="_x0000_i71763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14" o:title="eqIddad2a36927223bd70f426ba06aea4b45"/>
            <o:lock v:ext="edit" aspectratio="t"/>
            <w10:wrap type="none"/>
            <w10:anchorlock/>
          </v:shape>
        </w:pict>
      </w:r>
      <w:r>
        <w:rPr>
          <w:rFonts w:ascii="宋体" w:hAnsi="宋体" w:eastAsia="宋体" w:cs="宋体"/>
          <w:color w:val="000000"/>
          <w:position w:val="0"/>
        </w:rPr>
        <w:drawing>
          <wp:inline distT="0" distB="0" distL="114300" distR="114300">
            <wp:extent cx="132080" cy="167640"/>
            <wp:effectExtent l="0" t="0" r="1270" b="3175"/>
            <wp:docPr id="3731" name="图片 694306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 name="图片 694306136"/>
                    <pic:cNvPicPr>
                      <a:picLocks noChangeAspect="1"/>
                    </pic:cNvPicPr>
                  </pic:nvPicPr>
                  <pic:blipFill>
                    <a:blip r:embed="rId2713"/>
                    <a:stretch>
                      <a:fillRect/>
                    </a:stretch>
                  </pic:blipFill>
                  <pic:spPr>
                    <a:xfrm>
                      <a:off x="0" y="0"/>
                      <a:ext cx="132080" cy="167640"/>
                    </a:xfrm>
                    <a:prstGeom prst="rect">
                      <a:avLst/>
                    </a:prstGeom>
                  </pic:spPr>
                </pic:pic>
              </a:graphicData>
            </a:graphic>
          </wp:inline>
        </w:drawing>
      </w:r>
      <w:r>
        <w:pict>
          <v:shape id="_x0000_i71763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715" o:title="eqIdf52a58fbaf4fea03567e88a9f0f6e37e"/>
            <o:lock v:ext="edit" aspectratio="t"/>
            <w10:wrap type="none"/>
            <w10:anchorlock/>
          </v:shape>
        </w:pict>
      </w:r>
      <w:r>
        <w:rPr>
          <w:rFonts w:ascii="宋体" w:hAnsi="宋体" w:eastAsia="宋体" w:cs="宋体"/>
          <w:color w:val="000000"/>
        </w:rPr>
        <w:t>幸福中心</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）由“幸福点”的定义即可求解；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pict>
          <v:shape id="_x0000_i71763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16" o:title="eqIdc5db41a1f31d6baee7c69990811edb9f"/>
            <o:lock v:ext="edit" aspectratio="t"/>
            <w10:wrap type="none"/>
            <w10:anchorlock/>
          </v:shape>
        </w:pict>
      </w:r>
      <w:r>
        <w:rPr>
          <w:rFonts w:ascii="宋体" w:hAnsi="宋体" w:eastAsia="宋体" w:cs="宋体"/>
          <w:color w:val="000000"/>
        </w:rPr>
        <w:t>点的不同位置进行分类讨论：①</w:t>
      </w:r>
      <w:r>
        <w:pict>
          <v:shape id="_x0000_i71763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16" o:title="eqIdc5db41a1f31d6baee7c69990811edb9f"/>
            <o:lock v:ext="edit" aspectratio="t"/>
            <w10:wrap type="none"/>
            <w10:anchorlock/>
          </v:shape>
        </w:pict>
      </w:r>
      <w:r>
        <w:rPr>
          <w:rFonts w:ascii="宋体" w:hAnsi="宋体" w:eastAsia="宋体" w:cs="宋体"/>
          <w:color w:val="000000"/>
        </w:rPr>
        <w:t>在</w:t>
      </w:r>
      <w:r>
        <w:pict>
          <v:shape id="_x0000_i71763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717" o:title="eqId54a5d7d3b6b63fe5c24c3907b7a8eaa3"/>
            <o:lock v:ext="edit" aspectratio="t"/>
            <w10:wrap type="none"/>
            <w10:anchorlock/>
          </v:shape>
        </w:pict>
      </w:r>
      <w:r>
        <w:rPr>
          <w:rFonts w:ascii="宋体" w:hAnsi="宋体" w:eastAsia="宋体" w:cs="宋体"/>
          <w:color w:val="000000"/>
        </w:rPr>
        <w:t>点的左边时，②</w:t>
      </w:r>
      <w:r>
        <w:pict>
          <v:shape id="_x0000_i71763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16" o:title="eqIdc5db41a1f31d6baee7c69990811edb9f"/>
            <o:lock v:ext="edit" aspectratio="t"/>
            <w10:wrap type="none"/>
            <w10:anchorlock/>
          </v:shape>
        </w:pict>
      </w:r>
      <w:r>
        <w:rPr>
          <w:rFonts w:ascii="宋体" w:hAnsi="宋体" w:eastAsia="宋体" w:cs="宋体"/>
          <w:color w:val="000000"/>
        </w:rPr>
        <w:t>在线段</w:t>
      </w:r>
      <w:r>
        <w:pict>
          <v:shape id="_x0000_i717637"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718" o:title="eqId411461db15ee8086332c531e086c40c7"/>
            <o:lock v:ext="edit" aspectratio="t"/>
            <w10:wrap type="none"/>
            <w10:anchorlock/>
          </v:shape>
        </w:pict>
      </w:r>
      <w:r>
        <w:rPr>
          <w:rFonts w:ascii="宋体" w:hAnsi="宋体" w:eastAsia="宋体" w:cs="宋体"/>
          <w:color w:val="000000"/>
        </w:rPr>
        <w:t>上时，③</w:t>
      </w:r>
      <w:r>
        <w:pict>
          <v:shape id="_x0000_i71763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16" o:title="eqIdc5db41a1f31d6baee7c69990811edb9f"/>
            <o:lock v:ext="edit" aspectratio="t"/>
            <w10:wrap type="none"/>
            <w10:anchorlock/>
          </v:shape>
        </w:pict>
      </w:r>
      <w:r>
        <w:rPr>
          <w:rFonts w:ascii="宋体" w:hAnsi="宋体" w:eastAsia="宋体" w:cs="宋体"/>
          <w:color w:val="000000"/>
        </w:rPr>
        <w:t>在</w:t>
      </w:r>
      <w:r>
        <w:pict>
          <v:shape id="_x0000_i71763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2719" o:title="eqIdac047e91852b91af639feec23a9598b2"/>
            <o:lock v:ext="edit" aspectratio="t"/>
            <w10:wrap type="none"/>
            <w10:anchorlock/>
          </v:shape>
        </w:pict>
      </w:r>
      <w:r>
        <w:rPr>
          <w:rFonts w:ascii="宋体" w:hAnsi="宋体" w:eastAsia="宋体" w:cs="宋体"/>
          <w:color w:val="000000"/>
        </w:rPr>
        <w:t>点的右边时，用数轴上两点之间的距离，列出一元一次方程，即可求解；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）由幸福中心</w:t>
      </w:r>
      <w:r>
        <w:rPr>
          <w:rFonts w:ascii="宋体" w:hAnsi="宋体" w:eastAsia="宋体" w:cs="宋体"/>
          <w:color w:val="000000"/>
          <w:position w:val="0"/>
        </w:rPr>
        <w:drawing>
          <wp:inline distT="0" distB="0" distL="114300" distR="114300">
            <wp:extent cx="133350" cy="177800"/>
            <wp:effectExtent l="0" t="0" r="0" b="0"/>
            <wp:docPr id="3733" name="图片 694306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4" name="图片 694306132"/>
                    <pic:cNvPicPr>
                      <a:picLocks noChangeAspect="1"/>
                    </pic:cNvPicPr>
                  </pic:nvPicPr>
                  <pic:blipFill>
                    <a:blip r:embed="rId272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定义，根据</w:t>
      </w:r>
      <w:r>
        <w:pict>
          <v:shape id="_x0000_i71764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21" o:title="eqIddad2a36927223bd70f426ba06aea4b45"/>
            <o:lock v:ext="edit" aspectratio="t"/>
            <w10:wrap type="none"/>
            <w10:anchorlock/>
          </v:shape>
        </w:pict>
      </w:r>
      <w:r>
        <w:rPr>
          <w:rFonts w:ascii="宋体" w:hAnsi="宋体" w:eastAsia="宋体" w:cs="宋体"/>
          <w:color w:val="000000"/>
        </w:rPr>
        <w:t>点的不同位置进行分类讨论：①</w:t>
      </w:r>
      <w:r>
        <w:pict>
          <v:shape id="_x0000_i71764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21" o:title="eqIddad2a36927223bd70f426ba06aea4b45"/>
            <o:lock v:ext="edit" aspectratio="t"/>
            <w10:wrap type="none"/>
            <w10:anchorlock/>
          </v:shape>
        </w:pict>
      </w:r>
      <w:r>
        <w:rPr>
          <w:rFonts w:ascii="宋体" w:hAnsi="宋体" w:eastAsia="宋体" w:cs="宋体"/>
          <w:color w:val="000000"/>
        </w:rPr>
        <w:t>在</w:t>
      </w:r>
      <w:r>
        <w:pict>
          <v:shape id="_x0000_i71764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22" o:title="eqId7f9e8449aad35c5d840a3395ea86df6d"/>
            <o:lock v:ext="edit" aspectratio="t"/>
            <w10:wrap type="none"/>
            <w10:anchorlock/>
          </v:shape>
        </w:pict>
      </w:r>
      <w:r>
        <w:rPr>
          <w:rFonts w:ascii="宋体" w:hAnsi="宋体" w:eastAsia="宋体" w:cs="宋体"/>
          <w:color w:val="000000"/>
        </w:rPr>
        <w:t>点的右边时，②</w:t>
      </w:r>
      <w:r>
        <w:pict>
          <v:shape id="_x0000_i71764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21" o:title="eqIddad2a36927223bd70f426ba06aea4b45"/>
            <o:lock v:ext="edit" aspectratio="t"/>
            <w10:wrap type="none"/>
            <w10:anchorlock/>
          </v:shape>
        </w:pict>
      </w:r>
      <w:r>
        <w:rPr>
          <w:rFonts w:ascii="宋体" w:hAnsi="宋体" w:eastAsia="宋体" w:cs="宋体"/>
          <w:color w:val="000000"/>
        </w:rPr>
        <w:t>在线段</w:t>
      </w:r>
      <w:r>
        <w:pict>
          <v:shape id="_x0000_i71764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723" o:title="eqIdf52a58fbaf4fea03567e88a9f0f6e37e"/>
            <o:lock v:ext="edit" aspectratio="t"/>
            <w10:wrap type="none"/>
            <w10:anchorlock/>
          </v:shape>
        </w:pict>
      </w:r>
      <w:r>
        <w:rPr>
          <w:rFonts w:ascii="宋体" w:hAnsi="宋体" w:eastAsia="宋体" w:cs="宋体"/>
          <w:color w:val="000000"/>
        </w:rPr>
        <w:t>上时，③</w:t>
      </w:r>
      <w:r>
        <w:pict>
          <v:shape id="_x0000_i71764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21" o:title="eqIddad2a36927223bd70f426ba06aea4b45"/>
            <o:lock v:ext="edit" aspectratio="t"/>
            <w10:wrap type="none"/>
            <w10:anchorlock/>
          </v:shape>
        </w:pict>
      </w:r>
      <w:r>
        <w:rPr>
          <w:rFonts w:ascii="宋体" w:hAnsi="宋体" w:eastAsia="宋体" w:cs="宋体"/>
          <w:color w:val="000000"/>
        </w:rPr>
        <w:t>在</w:t>
      </w:r>
      <w:r>
        <w:pict>
          <v:shape id="_x0000_i71764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22" o:title="eqId7f9e8449aad35c5d840a3395ea86df6d"/>
            <o:lock v:ext="edit" aspectratio="t"/>
            <w10:wrap type="none"/>
            <w10:anchorlock/>
          </v:shape>
        </w:pict>
      </w:r>
      <w:r>
        <w:rPr>
          <w:rFonts w:ascii="宋体" w:hAnsi="宋体" w:eastAsia="宋体" w:cs="宋体"/>
          <w:color w:val="000000"/>
        </w:rPr>
        <w:t>点的左边时，用数轴上两点之间的距离，结合点在数轴上的平移规律，列出一元一次方程，即可求解；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解：设</w:t>
      </w:r>
      <w:r>
        <w:pict>
          <v:shape id="_x0000_i71764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24" o:title="eqIdc5db41a1f31d6baee7c69990811edb9f"/>
            <o:lock v:ext="edit" aspectratio="t"/>
            <w10:wrap type="none"/>
            <w10:anchorlock/>
          </v:shape>
        </w:pict>
      </w:r>
      <w:r>
        <w:rPr>
          <w:rFonts w:ascii="宋体" w:hAnsi="宋体" w:eastAsia="宋体" w:cs="宋体"/>
          <w:color w:val="000000"/>
        </w:rPr>
        <w:t>表示的数为</w:t>
      </w:r>
      <w:r>
        <w:pict>
          <v:shape id="_x0000_i71764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725" o:title="eqId81dea63b8ce3e51adf66cf7b9982a248"/>
            <o:lock v:ext="edit" aspectratio="t"/>
            <w10:wrap type="none"/>
            <w10:anchorlock/>
          </v:shape>
        </w:pict>
      </w:r>
      <w:r>
        <w:rPr>
          <w:rFonts w:ascii="宋体" w:hAnsi="宋体" w:eastAsia="宋体" w:cs="宋体"/>
          <w:color w:val="000000"/>
        </w:rPr>
        <w:t>，则有</w:t>
      </w:r>
    </w:p>
    <w:p>
      <w:pPr>
        <w:spacing w:line="360" w:lineRule="auto"/>
        <w:jc w:val="left"/>
        <w:textAlignment w:val="center"/>
        <w:rPr>
          <w:color w:val="000000"/>
        </w:rPr>
      </w:pPr>
      <w:r>
        <w:pict>
          <v:shape id="_x0000_i717649" o:spt="75" alt="学科网(www.zxxk.com)--教育资源门户，提供试卷、教案、课件、论文、素材以及各类教学资源下载，还有大量而丰富的教学相关资讯！" type="#_x0000_t75" style="height:21.85pt;width:63pt;" o:ole="t" filled="f" o:preferrelative="t" stroked="f" coordsize="21600,21600">
            <v:path/>
            <v:fill on="f" focussize="0,0"/>
            <v:stroke on="f" joinstyle="miter"/>
            <v:imagedata r:id="rId2726" o:title="eqIdb858032755b223340c7096c47fce4e0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650" o:spt="75" alt="学科网(www.zxxk.com)--教育资源门户，提供试卷、教案、课件、论文、素材以及各类教学资源下载，还有大量而丰富的教学相关资讯！" type="#_x0000_t75" style="height:13.65pt;width:34.35pt;" o:ole="t" filled="f" o:preferrelative="t" stroked="f" coordsize="21600,21600">
            <v:path/>
            <v:fill on="f" focussize="0,0"/>
            <v:stroke on="f" joinstyle="miter"/>
            <v:imagedata r:id="rId2727" o:title="eqIdbaf2917e77945b30da7be9b48b0b317a"/>
            <o:lock v:ext="edit" aspectratio="t"/>
            <w10:wrap type="none"/>
            <w10:anchorlock/>
          </v:shape>
        </w:pict>
      </w:r>
      <w:r>
        <w:rPr>
          <w:rFonts w:ascii="宋体" w:hAnsi="宋体" w:eastAsia="宋体" w:cs="宋体"/>
          <w:color w:val="000000"/>
        </w:rPr>
        <w:t>或</w:t>
      </w:r>
      <w:r>
        <w:pict>
          <v:shape id="_x0000_i717651"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728" o:title="eqId5ca7d1107389675d32b56ec097464c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w:t>
      </w:r>
      <w:r>
        <w:pict>
          <v:shape id="_x0000_i717652"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729" o:title="eqIdd13ce3ebd1112220c639562739f1f9d1"/>
            <o:lock v:ext="edit" aspectratio="t"/>
            <w10:wrap type="none"/>
            <w10:anchorlock/>
          </v:shape>
        </w:pict>
      </w:r>
      <w:r>
        <w:rPr>
          <w:rFonts w:ascii="宋体" w:hAnsi="宋体" w:eastAsia="宋体" w:cs="宋体"/>
          <w:color w:val="000000"/>
        </w:rPr>
        <w:t>或</w:t>
      </w:r>
      <w:r>
        <w:pict>
          <v:shape id="_x0000_i717653"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2730" o:title="eqId5ca7d1107389675d32b56ec097464c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解：①</w:t>
      </w:r>
      <w:r>
        <w:pict>
          <v:shape id="_x0000_i71765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31" o:title="eqIdc5db41a1f31d6baee7c69990811edb9f"/>
            <o:lock v:ext="edit" aspectratio="t"/>
            <w10:wrap type="none"/>
            <w10:anchorlock/>
          </v:shape>
        </w:pict>
      </w:r>
      <w:r>
        <w:rPr>
          <w:rFonts w:ascii="宋体" w:hAnsi="宋体" w:eastAsia="宋体" w:cs="宋体"/>
          <w:color w:val="000000"/>
        </w:rPr>
        <w:t>在</w:t>
      </w:r>
      <w:r>
        <w:pict>
          <v:shape id="_x0000_i71765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732" o:title="eqId54a5d7d3b6b63fe5c24c3907b7a8eaa3"/>
            <o:lock v:ext="edit" aspectratio="t"/>
            <w10:wrap type="none"/>
            <w10:anchorlock/>
          </v:shape>
        </w:pict>
      </w:r>
      <w:r>
        <w:rPr>
          <w:rFonts w:ascii="宋体" w:hAnsi="宋体" w:eastAsia="宋体" w:cs="宋体"/>
          <w:color w:val="000000"/>
        </w:rPr>
        <w:t>点的左边时，</w:t>
      </w:r>
    </w:p>
    <w:p>
      <w:pPr>
        <w:spacing w:line="360" w:lineRule="auto"/>
        <w:jc w:val="left"/>
        <w:textAlignment w:val="center"/>
        <w:rPr>
          <w:color w:val="000000"/>
        </w:rPr>
      </w:pPr>
      <w:r>
        <w:pict>
          <v:shape id="_x0000_i717656"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733" o:title="eqId16f3d198e76391779fa3badc848c8ac8"/>
            <o:lock v:ext="edit" aspectratio="t"/>
            <w10:wrap type="none"/>
            <w10:anchorlock/>
          </v:shape>
        </w:pict>
      </w:r>
      <w:r>
        <w:rPr>
          <w:rFonts w:ascii="宋体" w:hAnsi="宋体" w:eastAsia="宋体" w:cs="宋体"/>
          <w:color w:val="000000"/>
        </w:rPr>
        <w:t>点</w:t>
      </w:r>
      <w:r>
        <w:pict>
          <v:shape id="_x0000_i71765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34" o:title="eqIdc5db41a1f31d6baee7c69990811edb9f"/>
            <o:lock v:ext="edit" aspectratio="t"/>
            <w10:wrap type="none"/>
            <w10:anchorlock/>
          </v:shape>
        </w:pict>
      </w:r>
      <w:r>
        <w:rPr>
          <w:rFonts w:ascii="宋体" w:hAnsi="宋体" w:eastAsia="宋体" w:cs="宋体"/>
          <w:color w:val="000000"/>
        </w:rPr>
        <w:t>是</w:t>
      </w:r>
      <w:r>
        <w:pict>
          <v:shape id="_x0000_i717658" o:spt="75" alt="学科网(www.zxxk.com)--教育资源门户，提供试卷、教案、课件、论文、素材以及各类教学资源下载，还有大量而丰富的教学相关资讯！" type="#_x0000_t75" style="height:14.4pt;width:36.3pt;" o:ole="t" filled="f" o:preferrelative="t" stroked="f" coordsize="21600,21600">
            <v:path/>
            <v:fill on="f" focussize="0,0"/>
            <v:stroke on="f" joinstyle="miter"/>
            <v:imagedata r:id="rId2735" o:title="eqIde6670479a0083dd2dfd5ad55b47b1ab6"/>
            <o:lock v:ext="edit" aspectratio="t"/>
            <w10:wrap type="none"/>
            <w10:anchorlock/>
          </v:shape>
        </w:pict>
      </w:r>
      <w:r>
        <w:rPr>
          <w:rFonts w:ascii="宋体" w:hAnsi="宋体" w:eastAsia="宋体" w:cs="宋体"/>
          <w:color w:val="000000"/>
        </w:rPr>
        <w:t>的幸福中心，</w:t>
      </w:r>
    </w:p>
    <w:p>
      <w:pPr>
        <w:spacing w:line="360" w:lineRule="auto"/>
        <w:jc w:val="left"/>
        <w:textAlignment w:val="center"/>
        <w:rPr>
          <w:color w:val="000000"/>
        </w:rPr>
      </w:pPr>
      <w:r>
        <w:pict>
          <v:shape id="_x0000_i717659" o:spt="75" alt="学科网(www.zxxk.com)--教育资源门户，提供试卷、教案、课件、论文、素材以及各类教学资源下载，还有大量而丰富的教学相关资讯！" type="#_x0000_t75" style="height:14.15pt;width:99.05pt;" o:ole="t" filled="f" o:preferrelative="t" stroked="f" coordsize="21600,21600">
            <v:path/>
            <v:fill on="f" focussize="0,0"/>
            <v:stroke on="f" joinstyle="miter"/>
            <v:imagedata r:id="rId2736" o:title="eqIda410d95f0602643fe7201561f89c2e6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66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737" o:title="eqIda089c207e39a24d0d82aa853ac2bbb8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1766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38" o:title="eqIdc5db41a1f31d6baee7c69990811edb9f"/>
            <o:lock v:ext="edit" aspectratio="t"/>
            <w10:wrap type="none"/>
            <w10:anchorlock/>
          </v:shape>
        </w:pict>
      </w:r>
      <w:r>
        <w:rPr>
          <w:rFonts w:ascii="宋体" w:hAnsi="宋体" w:eastAsia="宋体" w:cs="宋体"/>
          <w:color w:val="000000"/>
        </w:rPr>
        <w:t>在线段</w:t>
      </w:r>
      <w:r>
        <w:pict>
          <v:shape id="_x0000_i717662"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2739" o:title="eqId411461db15ee8086332c531e086c40c7"/>
            <o:lock v:ext="edit" aspectratio="t"/>
            <w10:wrap type="none"/>
            <w10:anchorlock/>
          </v:shape>
        </w:pict>
      </w:r>
      <w:r>
        <w:rPr>
          <w:rFonts w:ascii="宋体" w:hAnsi="宋体" w:eastAsia="宋体" w:cs="宋体"/>
          <w:color w:val="000000"/>
        </w:rPr>
        <w:t>上时，</w:t>
      </w:r>
    </w:p>
    <w:p>
      <w:pPr>
        <w:spacing w:line="360" w:lineRule="auto"/>
        <w:jc w:val="left"/>
        <w:textAlignment w:val="center"/>
        <w:rPr>
          <w:color w:val="000000"/>
        </w:rPr>
      </w:pPr>
      <w:r>
        <w:pict>
          <v:shape id="_x0000_i717663" o:spt="75" alt="学科网(www.zxxk.com)--教育资源门户，提供试卷、教案、课件、论文、素材以及各类教学资源下载，还有大量而丰富的教学相关资讯！" type="#_x0000_t75" style="height:14.15pt;width:69.1pt;" o:ole="t" filled="f" o:preferrelative="t" stroked="f" coordsize="21600,21600">
            <v:path/>
            <v:fill on="f" focussize="0,0"/>
            <v:stroke on="f" joinstyle="miter"/>
            <v:imagedata r:id="rId2740" o:title="eqIde38e19b090e1fa964e15804e489f3a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66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741" o:title="eqId2de0d10ef8b748d4531250c37c5d3f9e"/>
            <o:lock v:ext="edit" aspectratio="t"/>
            <w10:wrap type="none"/>
            <w10:anchorlock/>
          </v:shape>
        </w:pic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此种情况不存在；</w:t>
      </w:r>
    </w:p>
    <w:p>
      <w:pPr>
        <w:spacing w:line="360" w:lineRule="auto"/>
        <w:jc w:val="left"/>
        <w:textAlignment w:val="center"/>
        <w:rPr>
          <w:color w:val="000000"/>
        </w:rPr>
      </w:pPr>
      <w:r>
        <w:rPr>
          <w:rFonts w:ascii="宋体" w:hAnsi="宋体" w:eastAsia="宋体" w:cs="宋体"/>
          <w:color w:val="000000"/>
        </w:rPr>
        <w:t>③</w:t>
      </w:r>
      <w:r>
        <w:pict>
          <v:shape id="_x0000_i71766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42" o:title="eqIdc5db41a1f31d6baee7c69990811edb9f"/>
            <o:lock v:ext="edit" aspectratio="t"/>
            <w10:wrap type="none"/>
            <w10:anchorlock/>
          </v:shape>
        </w:pict>
      </w:r>
      <w:r>
        <w:rPr>
          <w:rFonts w:ascii="宋体" w:hAnsi="宋体" w:eastAsia="宋体" w:cs="宋体"/>
          <w:color w:val="000000"/>
        </w:rPr>
        <w:t>在</w:t>
      </w:r>
      <w:r>
        <w:pict>
          <v:shape id="_x0000_i717666"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2743" o:title="eqIdac047e91852b91af639feec23a9598b2"/>
            <o:lock v:ext="edit" aspectratio="t"/>
            <w10:wrap type="none"/>
            <w10:anchorlock/>
          </v:shape>
        </w:pict>
      </w:r>
      <w:r>
        <w:rPr>
          <w:rFonts w:ascii="宋体" w:hAnsi="宋体" w:eastAsia="宋体" w:cs="宋体"/>
          <w:color w:val="000000"/>
        </w:rPr>
        <w:t>点的右边时，</w:t>
      </w:r>
    </w:p>
    <w:p>
      <w:pPr>
        <w:spacing w:line="360" w:lineRule="auto"/>
        <w:jc w:val="left"/>
        <w:textAlignment w:val="center"/>
        <w:rPr>
          <w:color w:val="000000"/>
        </w:rPr>
      </w:pPr>
      <w:r>
        <w:pict>
          <v:shape id="_x0000_i71766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744" o:title="eqId16f3d198e76391779fa3badc848c8ac8"/>
            <o:lock v:ext="edit" aspectratio="t"/>
            <w10:wrap type="none"/>
            <w10:anchorlock/>
          </v:shape>
        </w:pict>
      </w:r>
      <w:r>
        <w:rPr>
          <w:rFonts w:ascii="宋体" w:hAnsi="宋体" w:eastAsia="宋体" w:cs="宋体"/>
          <w:color w:val="000000"/>
        </w:rPr>
        <w:t>点</w:t>
      </w:r>
      <w:r>
        <w:pict>
          <v:shape id="_x0000_i71766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45" o:title="eqIdc5db41a1f31d6baee7c69990811edb9f"/>
            <o:lock v:ext="edit" aspectratio="t"/>
            <w10:wrap type="none"/>
            <w10:anchorlock/>
          </v:shape>
        </w:pict>
      </w:r>
      <w:r>
        <w:rPr>
          <w:rFonts w:ascii="宋体" w:hAnsi="宋体" w:eastAsia="宋体" w:cs="宋体"/>
          <w:color w:val="000000"/>
        </w:rPr>
        <w:t>是</w:t>
      </w:r>
      <w:r>
        <w:pict>
          <v:shape id="_x0000_i717669" o:spt="75" alt="学科网(www.zxxk.com)--教育资源门户，提供试卷、教案、课件、论文、素材以及各类教学资源下载，还有大量而丰富的教学相关资讯！" type="#_x0000_t75" style="height:14.4pt;width:36.3pt;" o:ole="t" filled="f" o:preferrelative="t" stroked="f" coordsize="21600,21600">
            <v:path/>
            <v:fill on="f" focussize="0,0"/>
            <v:stroke on="f" joinstyle="miter"/>
            <v:imagedata r:id="rId2746" o:title="eqIde6670479a0083dd2dfd5ad55b47b1ab6"/>
            <o:lock v:ext="edit" aspectratio="t"/>
            <w10:wrap type="none"/>
            <w10:anchorlock/>
          </v:shape>
        </w:pict>
      </w:r>
      <w:r>
        <w:rPr>
          <w:rFonts w:ascii="宋体" w:hAnsi="宋体" w:eastAsia="宋体" w:cs="宋体"/>
          <w:color w:val="000000"/>
        </w:rPr>
        <w:t>的幸福中心，</w:t>
      </w:r>
    </w:p>
    <w:p>
      <w:pPr>
        <w:spacing w:line="360" w:lineRule="auto"/>
        <w:jc w:val="left"/>
        <w:textAlignment w:val="center"/>
        <w:rPr>
          <w:color w:val="000000"/>
        </w:rPr>
      </w:pPr>
      <w:r>
        <w:pict>
          <v:shape id="_x0000_i717670" o:spt="75" alt="学科网(www.zxxk.com)--教育资源门户，提供试卷、教案、课件、论文、素材以及各类教学资源下载，还有大量而丰富的教学相关资讯！" type="#_x0000_t75" style="height:20pt;width:108.2pt;" o:ole="t" filled="f" o:preferrelative="t" stroked="f" coordsize="21600,21600">
            <v:path/>
            <v:fill on="f" focussize="0,0"/>
            <v:stroke on="f" joinstyle="miter"/>
            <v:imagedata r:id="rId2747" o:title="eqId29b5813b95bfcb94d0bf5fba2c1c185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671"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2748" o:title="eqId39cc033406da2cdd342308972c6701f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767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749"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6</w:t>
      </w:r>
      <w:r>
        <w:rPr>
          <w:rFonts w:ascii="宋体" w:hAnsi="宋体" w:eastAsia="宋体" w:cs="宋体"/>
          <w:color w:val="000000"/>
        </w:rPr>
        <w:t>或</w:t>
      </w:r>
      <w:r>
        <w:pict>
          <v:shape id="_x0000_i717673"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2750" o:title="eqId3edbd40e04e2a943051fa83d6e511ad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w:t>
      </w:r>
      <w:r>
        <w:rPr>
          <w:rFonts w:ascii="Times New Roman" w:hAnsi="Times New Roman" w:eastAsia="Times New Roman" w:cs="Times New Roman"/>
          <w:color w:val="000000"/>
        </w:rPr>
        <w:t>6</w:t>
      </w:r>
      <w:r>
        <w:rPr>
          <w:rFonts w:ascii="宋体" w:hAnsi="宋体" w:eastAsia="宋体" w:cs="宋体"/>
          <w:color w:val="000000"/>
        </w:rPr>
        <w:t>或</w:t>
      </w:r>
      <w:r>
        <w:pict>
          <v:shape id="_x0000_i717674"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2751" o:title="eqId3edbd40e04e2a943051fa83d6e511ad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解：①</w:t>
      </w:r>
      <w:r>
        <w:pict>
          <v:shape id="_x0000_i71767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52" o:title="eqIddad2a36927223bd70f426ba06aea4b45"/>
            <o:lock v:ext="edit" aspectratio="t"/>
            <w10:wrap type="none"/>
            <w10:anchorlock/>
          </v:shape>
        </w:pict>
      </w:r>
      <w:r>
        <w:rPr>
          <w:rFonts w:ascii="宋体" w:hAnsi="宋体" w:eastAsia="宋体" w:cs="宋体"/>
          <w:color w:val="000000"/>
        </w:rPr>
        <w:t>在</w:t>
      </w:r>
      <w:r>
        <w:pict>
          <v:shape id="_x0000_i71767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53" o:title="eqId7f9e8449aad35c5d840a3395ea86df6d"/>
            <o:lock v:ext="edit" aspectratio="t"/>
            <w10:wrap type="none"/>
            <w10:anchorlock/>
          </v:shape>
        </w:pict>
      </w:r>
      <w:r>
        <w:rPr>
          <w:rFonts w:ascii="宋体" w:hAnsi="宋体" w:eastAsia="宋体" w:cs="宋体"/>
          <w:color w:val="000000"/>
        </w:rPr>
        <w:t>点的右边时，</w:t>
      </w:r>
    </w:p>
    <w:p>
      <w:pPr>
        <w:spacing w:line="360" w:lineRule="auto"/>
        <w:jc w:val="left"/>
        <w:textAlignment w:val="center"/>
        <w:rPr>
          <w:color w:val="000000"/>
        </w:rPr>
      </w:pPr>
      <w:r>
        <w:pict>
          <v:shape id="_x0000_i71767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754" o:title="eqId16f3d198e76391779fa3badc848c8ac8"/>
            <o:lock v:ext="edit" aspectratio="t"/>
            <w10:wrap type="none"/>
            <w10:anchorlock/>
          </v:shape>
        </w:pict>
      </w:r>
      <w:r>
        <w:rPr>
          <w:rFonts w:ascii="宋体" w:hAnsi="宋体" w:eastAsia="宋体" w:cs="宋体"/>
          <w:color w:val="000000"/>
        </w:rPr>
        <w:t>点</w:t>
      </w:r>
      <w:r>
        <w:pict>
          <v:shape id="_x0000_i71767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55" o:title="eqIddad2a36927223bd70f426ba06aea4b45"/>
            <o:lock v:ext="edit" aspectratio="t"/>
            <w10:wrap type="none"/>
            <w10:anchorlock/>
          </v:shape>
        </w:pict>
      </w:r>
      <w:r>
        <w:rPr>
          <w:rFonts w:ascii="宋体" w:hAnsi="宋体" w:eastAsia="宋体" w:cs="宋体"/>
          <w:color w:val="000000"/>
        </w:rPr>
        <w:t>是</w:t>
      </w:r>
      <w:r>
        <w:pict>
          <v:shape id="_x0000_i717679" o:spt="75" alt="学科网(www.zxxk.com)--教育资源门户，提供试卷、教案、课件、论文、素材以及各类教学资源下载，还有大量而丰富的教学相关资讯！" type="#_x0000_t75" style="height:13.8pt;width:22.2pt;" o:ole="t" filled="f" o:preferrelative="t" stroked="f" coordsize="21600,21600">
            <v:path/>
            <v:fill on="f" focussize="0,0"/>
            <v:stroke on="f" joinstyle="miter"/>
            <v:imagedata r:id="rId2756" o:title="eqIde52586ca2a3b783bc8092415e2d4bf6d"/>
            <o:lock v:ext="edit" aspectratio="t"/>
            <w10:wrap type="none"/>
            <w10:anchorlock/>
          </v:shape>
        </w:pict>
      </w:r>
      <w:r>
        <w:rPr>
          <w:rFonts w:ascii="宋体" w:hAnsi="宋体" w:eastAsia="宋体" w:cs="宋体"/>
          <w:color w:val="000000"/>
        </w:rPr>
        <w:t>的幸福中心，</w:t>
      </w:r>
    </w:p>
    <w:p>
      <w:pPr>
        <w:spacing w:line="360" w:lineRule="auto"/>
        <w:jc w:val="left"/>
        <w:textAlignment w:val="center"/>
        <w:rPr>
          <w:color w:val="000000"/>
        </w:rPr>
      </w:pPr>
      <w:r>
        <w:pict>
          <v:shape id="_x0000_i717680" o:spt="75" alt="学科网(www.zxxk.com)--教育资源门户，提供试卷、教案、课件、论文、素材以及各类教学资源下载，还有大量而丰富的教学相关资讯！" type="#_x0000_t75" style="height:20pt;width:178.95pt;" o:ole="t" filled="f" o:preferrelative="t" stroked="f" coordsize="21600,21600">
            <v:path/>
            <v:fill on="f" focussize="0,0"/>
            <v:stroke on="f" joinstyle="miter"/>
            <v:imagedata r:id="rId2757" o:title="eqIdd34fad98f19986b4e2a9c218d509670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681" o:spt="75" alt="学科网(www.zxxk.com)--教育资源门户，提供试卷、教案、课件、论文、素材以及各类教学资源下载，还有大量而丰富的教学相关资讯！" type="#_x0000_t75" style="height:13.9pt;width:24.95pt;" o:ole="t" filled="f" o:preferrelative="t" stroked="f" coordsize="21600,21600">
            <v:path/>
            <v:fill on="f" focussize="0,0"/>
            <v:stroke on="f" joinstyle="miter"/>
            <v:imagedata r:id="rId2758" o:title="eqIdf66884efff7400f92b530d69d029778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17682"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59" o:title="eqIddad2a36927223bd70f426ba06aea4b45"/>
            <o:lock v:ext="edit" aspectratio="t"/>
            <w10:wrap type="none"/>
            <w10:anchorlock/>
          </v:shape>
        </w:pict>
      </w:r>
      <w:r>
        <w:rPr>
          <w:rFonts w:ascii="宋体" w:hAnsi="宋体" w:eastAsia="宋体" w:cs="宋体"/>
          <w:color w:val="000000"/>
        </w:rPr>
        <w:t>在线段</w:t>
      </w:r>
      <w:r>
        <w:pict>
          <v:shape id="_x0000_i71768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760" o:title="eqIdf52a58fbaf4fea03567e88a9f0f6e37e"/>
            <o:lock v:ext="edit" aspectratio="t"/>
            <w10:wrap type="none"/>
            <w10:anchorlock/>
          </v:shape>
        </w:pict>
      </w:r>
      <w:r>
        <w:rPr>
          <w:rFonts w:ascii="宋体" w:hAnsi="宋体" w:eastAsia="宋体" w:cs="宋体"/>
          <w:color w:val="000000"/>
        </w:rPr>
        <w:t>上时，</w:t>
      </w:r>
    </w:p>
    <w:p>
      <w:pPr>
        <w:spacing w:line="360" w:lineRule="auto"/>
        <w:jc w:val="left"/>
        <w:textAlignment w:val="center"/>
        <w:rPr>
          <w:color w:val="000000"/>
        </w:rPr>
      </w:pPr>
      <w:r>
        <w:pict>
          <v:shape id="_x0000_i717684" o:spt="75" alt="学科网(www.zxxk.com)--教育资源门户，提供试卷、教案、课件、论文、素材以及各类教学资源下载，还有大量而丰富的教学相关资讯！" type="#_x0000_t75" style="height:13.2pt;width:63pt;" o:ole="t" filled="f" o:preferrelative="t" stroked="f" coordsize="21600,21600">
            <v:path/>
            <v:fill on="f" focussize="0,0"/>
            <v:stroke on="f" joinstyle="miter"/>
            <v:imagedata r:id="rId2761" o:title="eqIdbc869db22586a339bb68822e90fb01a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68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762" o:title="eqId2de0d10ef8b748d4531250c37c5d3f9e"/>
            <o:lock v:ext="edit" aspectratio="t"/>
            <w10:wrap type="none"/>
            <w10:anchorlock/>
          </v:shape>
        </w:pic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此种情况不存在；</w:t>
      </w:r>
    </w:p>
    <w:p>
      <w:pPr>
        <w:spacing w:line="360" w:lineRule="auto"/>
        <w:jc w:val="left"/>
        <w:textAlignment w:val="center"/>
        <w:rPr>
          <w:color w:val="000000"/>
        </w:rPr>
      </w:pPr>
      <w:r>
        <w:rPr>
          <w:rFonts w:ascii="宋体" w:hAnsi="宋体" w:eastAsia="宋体" w:cs="宋体"/>
          <w:color w:val="000000"/>
        </w:rPr>
        <w:t>③</w:t>
      </w:r>
      <w:r>
        <w:pict>
          <v:shape id="_x0000_i717686"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63" o:title="eqIddad2a36927223bd70f426ba06aea4b45"/>
            <o:lock v:ext="edit" aspectratio="t"/>
            <w10:wrap type="none"/>
            <w10:anchorlock/>
          </v:shape>
        </w:pict>
      </w:r>
      <w:r>
        <w:rPr>
          <w:rFonts w:ascii="宋体" w:hAnsi="宋体" w:eastAsia="宋体" w:cs="宋体"/>
          <w:color w:val="000000"/>
        </w:rPr>
        <w:t>在</w:t>
      </w:r>
      <w:r>
        <w:pict>
          <v:shape id="_x0000_i71768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2764" o:title="eqId7f9e8449aad35c5d840a3395ea86df6d"/>
            <o:lock v:ext="edit" aspectratio="t"/>
            <w10:wrap type="none"/>
            <w10:anchorlock/>
          </v:shape>
        </w:pict>
      </w:r>
      <w:r>
        <w:rPr>
          <w:rFonts w:ascii="宋体" w:hAnsi="宋体" w:eastAsia="宋体" w:cs="宋体"/>
          <w:color w:val="000000"/>
        </w:rPr>
        <w:t>点的左边时，</w:t>
      </w:r>
    </w:p>
    <w:p>
      <w:pPr>
        <w:spacing w:line="360" w:lineRule="auto"/>
        <w:jc w:val="left"/>
        <w:textAlignment w:val="center"/>
        <w:rPr>
          <w:color w:val="000000"/>
        </w:rPr>
      </w:pPr>
      <w:r>
        <w:pict>
          <v:shape id="_x0000_i717688"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2765" o:title="eqId16f3d198e76391779fa3badc848c8ac8"/>
            <o:lock v:ext="edit" aspectratio="t"/>
            <w10:wrap type="none"/>
            <w10:anchorlock/>
          </v:shape>
        </w:pict>
      </w:r>
      <w:r>
        <w:rPr>
          <w:rFonts w:ascii="宋体" w:hAnsi="宋体" w:eastAsia="宋体" w:cs="宋体"/>
          <w:color w:val="000000"/>
        </w:rPr>
        <w:t>点</w:t>
      </w:r>
      <w:r>
        <w:pict>
          <v:shape id="_x0000_i71768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66" o:title="eqIddad2a36927223bd70f426ba06aea4b45"/>
            <o:lock v:ext="edit" aspectratio="t"/>
            <w10:wrap type="none"/>
            <w10:anchorlock/>
          </v:shape>
        </w:pict>
      </w:r>
      <w:r>
        <w:rPr>
          <w:rFonts w:ascii="宋体" w:hAnsi="宋体" w:eastAsia="宋体" w:cs="宋体"/>
          <w:color w:val="000000"/>
        </w:rPr>
        <w:t>是</w:t>
      </w:r>
      <w:r>
        <w:pict>
          <v:shape id="_x0000_i717690" o:spt="75" alt="学科网(www.zxxk.com)--教育资源门户，提供试卷、教案、课件、论文、素材以及各类教学资源下载，还有大量而丰富的教学相关资讯！" type="#_x0000_t75" style="height:13.8pt;width:22.2pt;" o:ole="t" filled="f" o:preferrelative="t" stroked="f" coordsize="21600,21600">
            <v:path/>
            <v:fill on="f" focussize="0,0"/>
            <v:stroke on="f" joinstyle="miter"/>
            <v:imagedata r:id="rId2767" o:title="eqIde52586ca2a3b783bc8092415e2d4bf6d"/>
            <o:lock v:ext="edit" aspectratio="t"/>
            <w10:wrap type="none"/>
            <w10:anchorlock/>
          </v:shape>
        </w:pict>
      </w:r>
      <w:r>
        <w:rPr>
          <w:rFonts w:ascii="宋体" w:hAnsi="宋体" w:eastAsia="宋体" w:cs="宋体"/>
          <w:color w:val="000000"/>
        </w:rPr>
        <w:t>的幸福中心，</w:t>
      </w:r>
    </w:p>
    <w:p>
      <w:pPr>
        <w:spacing w:line="360" w:lineRule="auto"/>
        <w:jc w:val="left"/>
        <w:textAlignment w:val="center"/>
        <w:rPr>
          <w:color w:val="000000"/>
        </w:rPr>
      </w:pPr>
      <w:r>
        <w:pict>
          <v:shape id="_x0000_i717691" o:spt="75" alt="学科网(www.zxxk.com)--教育资源门户，提供试卷、教案、课件、论文、素材以及各类教学资源下载，还有大量而丰富的教学相关资讯！" type="#_x0000_t75" style="height:20pt;width:188.1pt;" o:ole="t" filled="f" o:preferrelative="t" stroked="f" coordsize="21600,21600">
            <v:path/>
            <v:fill on="f" focussize="0,0"/>
            <v:stroke on="f" joinstyle="miter"/>
            <v:imagedata r:id="rId2768" o:title="eqId54172637bd1d1b3f303b6f72ab878e7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692" o:spt="75" alt="学科网(www.zxxk.com)--教育资源门户，提供试卷、教案、课件、论文、素材以及各类教学资源下载，还有大量而丰富的教学相关资讯！" type="#_x0000_t75" style="height:13.8pt;width:30pt;" o:ole="t" filled="f" o:preferrelative="t" stroked="f" coordsize="21600,21600">
            <v:path/>
            <v:fill on="f" focussize="0,0"/>
            <v:stroke on="f" joinstyle="miter"/>
            <v:imagedata r:id="rId2769" o:title="eqId287b62170e50d727a9c1474dec21dd9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综上所述：经过</w:t>
      </w:r>
      <w:r>
        <w:rPr>
          <w:rFonts w:ascii="Times New Roman" w:hAnsi="Times New Roman" w:eastAsia="Times New Roman" w:cs="Times New Roman"/>
          <w:color w:val="000000"/>
        </w:rPr>
        <w:t>3</w:t>
      </w:r>
      <w:r>
        <w:rPr>
          <w:rFonts w:ascii="宋体" w:hAnsi="宋体" w:eastAsia="宋体" w:cs="宋体"/>
          <w:color w:val="000000"/>
        </w:rPr>
        <w:t>秒或</w:t>
      </w:r>
      <w:r>
        <w:rPr>
          <w:rFonts w:ascii="Times New Roman" w:hAnsi="Times New Roman" w:eastAsia="Times New Roman" w:cs="Times New Roman"/>
          <w:color w:val="000000"/>
        </w:rPr>
        <w:t>13</w:t>
      </w:r>
      <w:r>
        <w:rPr>
          <w:rFonts w:ascii="宋体" w:hAnsi="宋体" w:eastAsia="宋体" w:cs="宋体"/>
          <w:color w:val="000000"/>
        </w:rPr>
        <w:t>秒后，点</w:t>
      </w:r>
      <w:r>
        <w:pict>
          <v:shape id="_x0000_i71769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70" o:title="eqIddad2a36927223bd70f426ba06aea4b45"/>
            <o:lock v:ext="edit" aspectratio="t"/>
            <w10:wrap type="none"/>
            <w10:anchorlock/>
          </v:shape>
        </w:pict>
      </w:r>
      <w:r>
        <w:rPr>
          <w:rFonts w:ascii="宋体" w:hAnsi="宋体" w:eastAsia="宋体" w:cs="宋体"/>
          <w:color w:val="000000"/>
        </w:rPr>
        <w:t>是</w:t>
      </w:r>
      <w:r>
        <w:pict>
          <v:shape id="_x0000_i71769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2771" o:title="eqIdf52a58fbaf4fea03567e88a9f0f6e37e"/>
            <o:lock v:ext="edit" aspectratio="t"/>
            <w10:wrap type="none"/>
            <w10:anchorlock/>
          </v:shape>
        </w:pict>
      </w:r>
      <w:r>
        <w:rPr>
          <w:rFonts w:ascii="宋体" w:hAnsi="宋体" w:eastAsia="宋体" w:cs="宋体"/>
          <w:color w:val="000000"/>
        </w:rPr>
        <w:t>幸福中心．</w:t>
      </w:r>
    </w:p>
    <w:p>
      <w:pPr>
        <w:spacing w:line="360" w:lineRule="auto"/>
        <w:jc w:val="left"/>
        <w:textAlignment w:val="center"/>
        <w:rPr>
          <w:color w:val="000000"/>
        </w:rPr>
      </w:pPr>
      <w:r>
        <w:rPr>
          <w:color w:val="000000"/>
        </w:rPr>
        <w:t>【点睛】</w:t>
      </w:r>
      <w:r>
        <w:rPr>
          <w:rFonts w:ascii="宋体" w:hAnsi="宋体" w:eastAsia="宋体" w:cs="宋体"/>
          <w:color w:val="000000"/>
        </w:rPr>
        <w:t>本题考查了新定义，点在数轴上的平移规律，数轴上两点之间的距离，一元一次方程在数轴上的动点问题中的应用，理解新定义，掌握数轴上两点之间距离的求法：“数轴上两点之间的距离是右边点表示的数减去左边点表示的数”，并能由</w:t>
      </w:r>
      <w:r>
        <w:pict>
          <v:shape id="_x0000_i71769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2772" o:title="eqIddad2a36927223bd70f426ba06aea4b45"/>
            <o:lock v:ext="edit" aspectratio="t"/>
            <w10:wrap type="none"/>
            <w10:anchorlock/>
          </v:shape>
        </w:pict>
      </w:r>
      <w:r>
        <w:rPr>
          <w:rFonts w:ascii="宋体" w:hAnsi="宋体" w:eastAsia="宋体" w:cs="宋体"/>
          <w:color w:val="000000"/>
        </w:rPr>
        <w:t>的不同位置进行分类是解题的关键．</w:t>
      </w:r>
    </w:p>
    <w:p>
      <w:pPr>
        <w:pStyle w:val="Heading2"/>
      </w:pPr>
      <w:r>
        <w:t>第一六一中学分校</w:t>
      </w:r>
    </w:p>
    <w:p>
      <w:pPr>
        <w:spacing w:line="360" w:lineRule="auto"/>
        <w:jc w:val="left"/>
        <w:textAlignment w:val="center"/>
        <w:rPr>
          <w:color w:val="000000"/>
        </w:rPr>
      </w:pPr>
      <w:r>
        <w:rPr>
          <w:color w:val="000000"/>
        </w:rPr>
        <w:t xml:space="preserve">31. </w:t>
      </w:r>
      <w:r>
        <w:rPr>
          <w:rFonts w:ascii="宋体" w:hAnsi="宋体" w:eastAsia="宋体" w:cs="宋体"/>
          <w:color w:val="000000"/>
        </w:rPr>
        <w:t>如下表，从左向右依次在每个小格子中都填入一个有理数，使得其中任意四个相邻小格子中所填数之和都等于</w:t>
      </w:r>
      <w:r>
        <w:rPr>
          <w:rFonts w:ascii="Times New Roman" w:hAnsi="Times New Roman" w:eastAsia="Times New Roman" w:cs="Times New Roman"/>
          <w:color w:val="000000"/>
        </w:rPr>
        <w:t>15</w:t>
      </w:r>
      <w:r>
        <w:rPr>
          <w:rFonts w:ascii="宋体" w:hAnsi="宋体" w:eastAsia="宋体" w:cs="宋体"/>
          <w:color w:val="000000"/>
        </w:rPr>
        <w:t>．已知第</w:t>
      </w:r>
      <w:r>
        <w:rPr>
          <w:rFonts w:ascii="Times New Roman" w:hAnsi="Times New Roman" w:eastAsia="Times New Roman" w:cs="Times New Roman"/>
          <w:color w:val="000000"/>
        </w:rPr>
        <w:t>3</w:t>
      </w:r>
      <w:r>
        <w:rPr>
          <w:rFonts w:ascii="宋体" w:hAnsi="宋体" w:eastAsia="宋体" w:cs="宋体"/>
          <w:color w:val="000000"/>
        </w:rPr>
        <w:t>个数为</w:t>
      </w:r>
      <w:r>
        <w:rPr>
          <w:rFonts w:ascii="Times New Roman" w:hAnsi="Times New Roman" w:eastAsia="Times New Roman" w:cs="Times New Roman"/>
          <w:color w:val="000000"/>
        </w:rPr>
        <w:t>7</w:t>
      </w:r>
      <w:r>
        <w:rPr>
          <w:rFonts w:ascii="宋体" w:hAnsi="宋体" w:eastAsia="宋体" w:cs="宋体"/>
          <w:color w:val="000000"/>
        </w:rPr>
        <w:t>，第</w:t>
      </w:r>
      <w:r>
        <w:rPr>
          <w:rFonts w:ascii="Times New Roman" w:hAnsi="Times New Roman" w:eastAsia="Times New Roman" w:cs="Times New Roman"/>
          <w:color w:val="000000"/>
        </w:rPr>
        <w:t>5</w:t>
      </w:r>
      <w:r>
        <w:rPr>
          <w:rFonts w:ascii="宋体" w:hAnsi="宋体" w:eastAsia="宋体" w:cs="宋体"/>
          <w:color w:val="000000"/>
        </w:rPr>
        <w:t>个数为</w:t>
      </w:r>
      <w:r>
        <w:pict>
          <v:shape id="_x0000_i71769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773" o:title="eqId6f1e94f660b7d05de4be4b5fbd9041f4"/>
            <o:lock v:ext="edit" aspectratio="t"/>
            <w10:wrap type="none"/>
            <w10:anchorlock/>
          </v:shape>
        </w:pict>
      </w:r>
      <w:r>
        <w:rPr>
          <w:rFonts w:ascii="宋体" w:hAnsi="宋体" w:eastAsia="宋体" w:cs="宋体"/>
          <w:color w:val="000000"/>
        </w:rPr>
        <w:t>，第</w:t>
      </w:r>
      <w:r>
        <w:rPr>
          <w:rFonts w:ascii="Times New Roman" w:hAnsi="Times New Roman" w:eastAsia="Times New Roman" w:cs="Times New Roman"/>
          <w:color w:val="000000"/>
        </w:rPr>
        <w:t>16</w:t>
      </w:r>
      <w:r>
        <w:rPr>
          <w:rFonts w:ascii="宋体" w:hAnsi="宋体" w:eastAsia="宋体" w:cs="宋体"/>
          <w:color w:val="000000"/>
        </w:rPr>
        <w:t>个数为</w:t>
      </w:r>
      <w:r>
        <w:rPr>
          <w:rFonts w:ascii="Times New Roman" w:hAnsi="Times New Roman" w:eastAsia="Times New Roman" w:cs="Times New Roman"/>
          <w:color w:val="000000"/>
        </w:rPr>
        <w:t>2</w:t>
      </w:r>
      <w:r>
        <w:rPr>
          <w:rFonts w:ascii="宋体" w:hAnsi="宋体" w:eastAsia="宋体" w:cs="宋体"/>
          <w:color w:val="000000"/>
        </w:rPr>
        <w:t>，第</w:t>
      </w:r>
      <w:r>
        <w:rPr>
          <w:rFonts w:ascii="Times New Roman" w:hAnsi="Times New Roman" w:eastAsia="Times New Roman" w:cs="Times New Roman"/>
          <w:color w:val="000000"/>
        </w:rPr>
        <w:t>78</w:t>
      </w:r>
      <w:r>
        <w:rPr>
          <w:rFonts w:ascii="宋体" w:hAnsi="宋体" w:eastAsia="宋体" w:cs="宋体"/>
          <w:color w:val="000000"/>
        </w:rPr>
        <w:t>个数为</w:t>
      </w:r>
      <w:r>
        <w:pict>
          <v:shape id="_x0000_i717697"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2774" o:title="eqIdd26c761c61d4a107a90eddeae185908f"/>
            <o:lock v:ext="edit" aspectratio="t"/>
            <w10:wrap type="none"/>
            <w10:anchorlock/>
          </v:shape>
        </w:pic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的值为</w:t>
      </w:r>
      <w:r>
        <w:rPr>
          <w:color w:val="000000"/>
        </w:rPr>
        <w:t>______</w:t>
      </w:r>
      <w:r>
        <w:rPr>
          <w:rFonts w:ascii="宋体" w:hAnsi="宋体" w:eastAsia="宋体" w:cs="宋体"/>
          <w:color w:val="000000"/>
        </w:rPr>
        <w:t>，第</w:t>
      </w:r>
      <w:r>
        <w:rPr>
          <w:rFonts w:ascii="Times New Roman" w:hAnsi="Times New Roman" w:eastAsia="Times New Roman" w:cs="Times New Roman"/>
          <w:color w:val="000000"/>
        </w:rPr>
        <w:t>2025</w:t>
      </w:r>
      <w:r>
        <w:rPr>
          <w:rFonts w:ascii="宋体" w:hAnsi="宋体" w:eastAsia="宋体" w:cs="宋体"/>
          <w:color w:val="000000"/>
        </w:rPr>
        <w:t>个数为</w:t>
      </w:r>
      <w:r>
        <w:rPr>
          <w:color w:val="000000"/>
        </w:rPr>
        <w:t>______</w:t>
      </w:r>
      <w:r>
        <w:rPr>
          <w:rFonts w:ascii="宋体" w:hAnsi="宋体" w:eastAsia="宋体" w:cs="宋体"/>
          <w:color w:val="000000"/>
        </w:rPr>
        <w:t>．</w:t>
      </w:r>
    </w:p>
    <w:tbl>
      <w:tblPr>
        <w:tblStyle w:val="4"/>
        <w:tblW w:w="6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04"/>
        <w:gridCol w:w="504"/>
        <w:gridCol w:w="507"/>
        <w:gridCol w:w="505"/>
        <w:gridCol w:w="780"/>
        <w:gridCol w:w="476"/>
        <w:gridCol w:w="476"/>
        <w:gridCol w:w="476"/>
        <w:gridCol w:w="476"/>
        <w:gridCol w:w="476"/>
        <w:gridCol w:w="476"/>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w:t>
            </w:r>
          </w:p>
        </w:tc>
        <w:tc>
          <w:tcPr>
            <w:tcW w:w="51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7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pict>
                <v:shape id="_x0000_i71769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775" o:title="eqId6f1e94f660b7d05de4be4b5fbd9041f4"/>
                  <o:lock v:ext="edit" aspectratio="t"/>
                  <w10:wrap type="none"/>
                  <w10:anchorlock/>
                </v:shape>
              </w:pict>
            </w: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4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p>
        </w:tc>
      </w:tr>
    </w:tbl>
    <w:p>
      <w:pPr>
        <w:spacing w:line="360" w:lineRule="auto"/>
        <w:textAlignment w:val="center"/>
        <w:rPr>
          <w:color w:val="000000"/>
        </w:rPr>
      </w:pPr>
      <w:r>
        <w:rPr>
          <w:color w:val="2E75B6"/>
        </w:rPr>
        <w:t>【答案】</w:t>
      </w:r>
      <w:r>
        <w:rPr>
          <w:color w:val="000000"/>
        </w:rPr>
        <w:t xml:space="preserve">    ①. </w:t>
      </w:r>
      <w:r>
        <w:pict>
          <v:shape id="_x0000_i717699"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2776" o:title="eqId3edbd40e04e2a943051fa83d6e511add"/>
            <o:lock v:ext="edit" aspectratio="t"/>
            <w10:wrap type="none"/>
            <w10:anchorlock/>
          </v:shape>
        </w:pict>
      </w:r>
      <w:r>
        <w:rPr>
          <w:color w:val="000000"/>
        </w:rPr>
        <w:t xml:space="preserve">    ②. </w:t>
      </w:r>
      <w:r>
        <w:pict>
          <v:shape id="_x0000_i71770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777" o:title="eqIdd13ce3ebd1112220c639562739f1f9d1"/>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本题主要考查有理数的加法及数字的变化规律，根据题意，任意四个相邻格子中的和等于</w:t>
      </w:r>
      <w:r>
        <w:rPr>
          <w:rFonts w:ascii="Times New Roman" w:hAnsi="Times New Roman" w:eastAsia="Times New Roman" w:cs="Times New Roman"/>
          <w:color w:val="000000"/>
        </w:rPr>
        <w:t>15</w:t>
      </w:r>
      <w:r>
        <w:rPr>
          <w:rFonts w:ascii="宋体" w:hAnsi="宋体" w:eastAsia="宋体" w:cs="宋体"/>
          <w:color w:val="000000"/>
        </w:rPr>
        <w:t>，列出等式，找出规律，计算出</w:t>
      </w:r>
      <w:r>
        <w:rPr>
          <w:rFonts w:ascii="Times New Roman" w:hAnsi="Times New Roman" w:eastAsia="Times New Roman" w:cs="Times New Roman"/>
          <w:i/>
          <w:color w:val="000000"/>
        </w:rPr>
        <w:t>m</w:t>
      </w:r>
      <w:r>
        <w:rPr>
          <w:rFonts w:ascii="宋体" w:hAnsi="宋体" w:eastAsia="宋体" w:cs="宋体"/>
          <w:color w:val="000000"/>
        </w:rPr>
        <w:t>的值；再求出第</w:t>
      </w:r>
      <w:r>
        <w:rPr>
          <w:rFonts w:ascii="Times New Roman" w:hAnsi="Times New Roman" w:eastAsia="Times New Roman" w:cs="Times New Roman"/>
          <w:color w:val="000000"/>
        </w:rPr>
        <w:t>2025</w:t>
      </w:r>
      <w:r>
        <w:rPr>
          <w:rFonts w:ascii="宋体" w:hAnsi="宋体" w:eastAsia="宋体" w:cs="宋体"/>
          <w:color w:val="000000"/>
        </w:rPr>
        <w:t>个数是几即可．</w:t>
      </w:r>
    </w:p>
    <w:p>
      <w:pPr>
        <w:spacing w:line="360" w:lineRule="auto"/>
        <w:jc w:val="left"/>
        <w:textAlignment w:val="center"/>
        <w:rPr>
          <w:color w:val="000000"/>
        </w:rPr>
      </w:pPr>
      <w:r>
        <w:rPr>
          <w:color w:val="000000"/>
        </w:rPr>
        <w:t>【详解】</w:t>
      </w:r>
      <w:r>
        <w:rPr>
          <w:rFonts w:ascii="宋体" w:hAnsi="宋体" w:eastAsia="宋体" w:cs="宋体"/>
          <w:color w:val="000000"/>
        </w:rPr>
        <w:t>解：∵任意四个相邻小格子中所填数之和都等于</w:t>
      </w:r>
      <w:r>
        <w:rPr>
          <w:rFonts w:ascii="Times New Roman" w:hAnsi="Times New Roman" w:eastAsia="Times New Roman" w:cs="Times New Roman"/>
          <w:color w:val="000000"/>
        </w:rPr>
        <w:t>15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5</w:t>
      </w:r>
      <w:r>
        <w:rPr>
          <w:rFonts w:ascii="宋体" w:hAnsi="宋体" w:eastAsia="宋体" w:cs="宋体"/>
          <w:color w:val="000000"/>
        </w:rPr>
        <w:t>个数</w:t>
      </w:r>
      <w:r>
        <w:pict>
          <v:shape id="_x0000_i717701" o:spt="75" alt="学科网(www.zxxk.com)--教育资源门户，提供试卷、教案、课件、论文、素材以及各类教学资源下载，还有大量而丰富的教学相关资讯！" type="#_x0000_t75" style="height:19.9pt;width:51pt;" o:ole="t" filled="f" o:preferrelative="t" stroked="f" coordsize="21600,21600">
            <v:path/>
            <v:fill on="f" focussize="0,0"/>
            <v:stroke on="f" joinstyle="miter"/>
            <v:imagedata r:id="rId2778" o:title="eqIdee87cec7c529ff43fec8a81db83fe28a"/>
            <o:lock v:ext="edit" aspectratio="t"/>
            <w10:wrap type="none"/>
            <w10:anchorlock/>
          </v:shape>
        </w:pict>
      </w:r>
      <w:r>
        <w:rPr>
          <w:rFonts w:ascii="宋体" w:hAnsi="宋体" w:eastAsia="宋体" w:cs="宋体"/>
          <w:color w:val="000000"/>
        </w:rPr>
        <w:t>与第</w:t>
      </w:r>
      <w:r>
        <w:rPr>
          <w:rFonts w:ascii="Times New Roman" w:hAnsi="Times New Roman" w:eastAsia="Times New Roman" w:cs="Times New Roman"/>
          <w:color w:val="000000"/>
        </w:rPr>
        <w:t>1</w:t>
      </w:r>
      <w:r>
        <w:rPr>
          <w:rFonts w:ascii="宋体" w:hAnsi="宋体" w:eastAsia="宋体" w:cs="宋体"/>
          <w:color w:val="000000"/>
        </w:rPr>
        <w:t>个数相同，都为</w:t>
      </w:r>
      <w:r>
        <w:pict>
          <v:shape id="_x0000_i71770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779" o:title="eqId6f1e94f660b7d05de4be4b5fbd9041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16</w:t>
      </w:r>
      <w:r>
        <w:rPr>
          <w:rFonts w:ascii="宋体" w:hAnsi="宋体" w:eastAsia="宋体" w:cs="宋体"/>
          <w:color w:val="000000"/>
        </w:rPr>
        <w:t>个数</w:t>
      </w:r>
      <w:r>
        <w:pict>
          <v:shape id="_x0000_i717703" o:spt="75" alt="学科网(www.zxxk.com)--教育资源门户，提供试卷、教案、课件、论文、素材以及各类教学资源下载，还有大量而丰富的教学相关资讯！" type="#_x0000_t75" style="height:19.9pt;width:58.15pt;" o:ole="t" filled="f" o:preferrelative="t" stroked="f" coordsize="21600,21600">
            <v:path/>
            <v:fill on="f" focussize="0,0"/>
            <v:stroke on="f" joinstyle="miter"/>
            <v:imagedata r:id="rId2780" o:title="eqIda98c3f8062f1ce54dfb0a9e6eefc2bc6"/>
            <o:lock v:ext="edit" aspectratio="t"/>
            <w10:wrap type="none"/>
            <w10:anchorlock/>
          </v:shape>
        </w:pict>
      </w:r>
      <w:r>
        <w:rPr>
          <w:rFonts w:ascii="宋体" w:hAnsi="宋体" w:eastAsia="宋体" w:cs="宋体"/>
          <w:color w:val="000000"/>
        </w:rPr>
        <w:t>与第</w:t>
      </w:r>
      <w:r>
        <w:rPr>
          <w:rFonts w:ascii="Times New Roman" w:hAnsi="Times New Roman" w:eastAsia="Times New Roman" w:cs="Times New Roman"/>
          <w:color w:val="000000"/>
        </w:rPr>
        <w:t>4</w:t>
      </w:r>
      <w:r>
        <w:rPr>
          <w:rFonts w:ascii="宋体" w:hAnsi="宋体" w:eastAsia="宋体" w:cs="宋体"/>
          <w:color w:val="000000"/>
        </w:rPr>
        <w:t>个数相同，都为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78</w:t>
      </w:r>
      <w:r>
        <w:rPr>
          <w:rFonts w:ascii="宋体" w:hAnsi="宋体" w:eastAsia="宋体" w:cs="宋体"/>
          <w:color w:val="000000"/>
        </w:rPr>
        <w:t>个数</w:t>
      </w:r>
      <w:r>
        <w:pict>
          <v:shape id="_x0000_i717704" o:spt="75" alt="学科网(www.zxxk.com)--教育资源门户，提供试卷、教案、课件、论文、素材以及各类教学资源下载，还有大量而丰富的教学相关资讯！" type="#_x0000_t75" style="height:19.9pt;width:82.9pt;" o:ole="t" filled="f" o:preferrelative="t" stroked="f" coordsize="21600,21600">
            <v:path/>
            <v:fill on="f" focussize="0,0"/>
            <v:stroke on="f" joinstyle="miter"/>
            <v:imagedata r:id="rId2781" o:title="eqId313129366c9925ed2a27707924c26c20"/>
            <o:lock v:ext="edit" aspectratio="t"/>
            <w10:wrap type="none"/>
            <w10:anchorlock/>
          </v:shape>
        </w:pict>
      </w:r>
      <w:r>
        <w:rPr>
          <w:rFonts w:ascii="宋体" w:hAnsi="宋体" w:eastAsia="宋体" w:cs="宋体"/>
          <w:color w:val="000000"/>
        </w:rPr>
        <w:t>与第</w:t>
      </w:r>
      <w:r>
        <w:rPr>
          <w:rFonts w:ascii="Times New Roman" w:hAnsi="Times New Roman" w:eastAsia="Times New Roman" w:cs="Times New Roman"/>
          <w:color w:val="000000"/>
        </w:rPr>
        <w:t>2</w:t>
      </w:r>
      <w:r>
        <w:rPr>
          <w:rFonts w:ascii="宋体" w:hAnsi="宋体" w:eastAsia="宋体" w:cs="宋体"/>
          <w:color w:val="000000"/>
        </w:rPr>
        <w:t>个数相同，都为</w:t>
      </w:r>
      <w:r>
        <w:pict>
          <v:shape id="_x0000_i717705"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2782" o:title="eqIdd26c761c61d4a107a90eddeae185908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706" o:spt="75" alt="学科网(www.zxxk.com)--教育资源门户，提供试卷、教案、课件、论文、素材以及各类教学资源下载，还有大量而丰富的教学相关资讯！" type="#_x0000_t75" style="height:12.75pt;width:113.25pt;" o:ole="t" filled="f" o:preferrelative="t" stroked="f" coordsize="21600,21600">
            <v:path/>
            <v:fill on="f" focussize="0,0"/>
            <v:stroke on="f" joinstyle="miter"/>
            <v:imagedata r:id="rId2783" o:title="eqId055205cb76bd0602ed7af260b1670c9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707" o:spt="75" alt="学科网(www.zxxk.com)--教育资源门户，提供试卷、教案、课件、论文、素材以及各类教学资源下载，还有大量而丰富的教学相关资讯！" type="#_x0000_t75" style="height:14pt;width:37pt;" o:ole="t" filled="f" o:preferrelative="t" stroked="f" coordsize="21600,21600">
            <v:path/>
            <v:fill on="f" focussize="0,0"/>
            <v:stroke on="f" joinstyle="miter"/>
            <v:imagedata r:id="rId2784" o:title="eqIdcdbf6506e9de40da0f3c51b81b35a90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7708" o:spt="75" alt="学科网(www.zxxk.com)--教育资源门户，提供试卷、教案、课件、论文、素材以及各类教学资源下载，还有大量而丰富的教学相关资讯！" type="#_x0000_t75" style="height:15pt;width:145.15pt;" o:ole="t" filled="f" o:preferrelative="t" stroked="f" coordsize="21600,21600">
            <v:path/>
            <v:fill on="f" focussize="0,0"/>
            <v:stroke on="f" joinstyle="miter"/>
            <v:imagedata r:id="rId2785" o:title="eqId5ca86799b2f73d904517172f1ec65b7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709" o:spt="75" alt="学科网(www.zxxk.com)--教育资源门户，提供试卷、教案、课件、论文、素材以及各类教学资源下载，还有大量而丰富的教学相关资讯！" type="#_x0000_t75" style="height:14.15pt;width:89.9pt;" o:ole="t" filled="f" o:preferrelative="t" stroked="f" coordsize="21600,21600">
            <v:path/>
            <v:fill on="f" focussize="0,0"/>
            <v:stroke on="f" joinstyle="miter"/>
            <v:imagedata r:id="rId2786" o:title="eqIdc6daaecda87818d7d70fa2fb8d0a124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color w:val="000000"/>
        </w:rPr>
        <w:t>2025</w:t>
      </w:r>
      <w:r>
        <w:rPr>
          <w:rFonts w:ascii="宋体" w:hAnsi="宋体" w:eastAsia="宋体" w:cs="宋体"/>
          <w:color w:val="000000"/>
        </w:rPr>
        <w:t>个数是</w:t>
      </w:r>
      <w:r>
        <w:pict>
          <v:shape id="_x0000_i71771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787" o:title="eqIdd13ce3ebd1112220c639562739f1f9d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7711"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2788" o:title="eqId3edbd40e04e2a943051fa83d6e511add"/>
            <o:lock v:ext="edit" aspectratio="t"/>
            <w10:wrap type="none"/>
            <w10:anchorlock/>
          </v:shape>
        </w:pict>
      </w:r>
      <w:r>
        <w:rPr>
          <w:rFonts w:ascii="宋体" w:hAnsi="宋体" w:eastAsia="宋体" w:cs="宋体"/>
          <w:color w:val="000000"/>
        </w:rPr>
        <w:t>；</w:t>
      </w:r>
      <w:r>
        <w:pict>
          <v:shape id="_x0000_i717712"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789" o:title="eqIdd13ce3ebd1112220c639562739f1f9d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32. </w:t>
      </w:r>
      <w:r>
        <w:rPr>
          <w:rFonts w:ascii="宋体" w:hAnsi="宋体" w:eastAsia="宋体" w:cs="宋体"/>
          <w:color w:val="000000"/>
        </w:rPr>
        <w:t>阅读下面材料：</w:t>
      </w:r>
    </w:p>
    <w:p>
      <w:pPr>
        <w:spacing w:line="360" w:lineRule="auto"/>
        <w:jc w:val="left"/>
        <w:textAlignment w:val="center"/>
        <w:rPr>
          <w:color w:val="000000"/>
        </w:rPr>
      </w:pPr>
      <w:r>
        <w:rPr>
          <w:rFonts w:ascii="宋体" w:hAnsi="宋体" w:eastAsia="宋体" w:cs="宋体"/>
          <w:color w:val="000000"/>
        </w:rPr>
        <w:t>小曦在研究数学问题时遇到一个定义：对于排好顺序的三个数：</w:t>
      </w:r>
      <w:r>
        <w:pict>
          <v:shape id="_x0000_i717713"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2790" o:title="eqIdc814128ea2139e33db94ea590e7c2223"/>
            <o:lock v:ext="edit" aspectratio="t"/>
            <w10:wrap type="none"/>
            <w10:anchorlock/>
          </v:shape>
        </w:pict>
      </w:r>
      <w:r>
        <w:rPr>
          <w:rFonts w:ascii="宋体" w:hAnsi="宋体" w:eastAsia="宋体" w:cs="宋体"/>
          <w:color w:val="000000"/>
        </w:rPr>
        <w:t>，</w:t>
      </w:r>
      <w:r>
        <w:pict>
          <v:shape id="_x0000_i717714"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2791" o:title="eqIdaec19b68e3add9d5bfcc6269a1855b87"/>
            <o:lock v:ext="edit" aspectratio="t"/>
            <w10:wrap type="none"/>
            <w10:anchorlock/>
          </v:shape>
        </w:pict>
      </w:r>
      <w:r>
        <w:rPr>
          <w:rFonts w:ascii="宋体" w:hAnsi="宋体" w:eastAsia="宋体" w:cs="宋体"/>
          <w:color w:val="000000"/>
        </w:rPr>
        <w:t>，</w:t>
      </w:r>
      <w:r>
        <w:pict>
          <v:shape id="_x0000_i71771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2792" o:title="eqId291c25fc6a69d6d0ccfb8d839b9b4462"/>
            <o:lock v:ext="edit" aspectratio="t"/>
            <w10:wrap type="none"/>
            <w10:anchorlock/>
          </v:shape>
        </w:pict>
      </w:r>
      <w:r>
        <w:rPr>
          <w:rFonts w:ascii="宋体" w:hAnsi="宋体" w:eastAsia="宋体" w:cs="宋体"/>
          <w:color w:val="000000"/>
        </w:rPr>
        <w:t>，称为数列</w:t>
      </w:r>
      <w:r>
        <w:pict>
          <v:shape id="_x0000_i717716"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2790" o:title="eqIdc814128ea2139e33db94ea590e7c2223"/>
            <o:lock v:ext="edit" aspectratio="t"/>
            <w10:wrap type="none"/>
            <w10:anchorlock/>
          </v:shape>
        </w:pict>
      </w:r>
      <w:r>
        <w:rPr>
          <w:rFonts w:ascii="宋体" w:hAnsi="宋体" w:eastAsia="宋体" w:cs="宋体"/>
          <w:color w:val="000000"/>
        </w:rPr>
        <w:t>，</w:t>
      </w:r>
      <w:r>
        <w:pict>
          <v:shape id="_x0000_i717717"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2791" o:title="eqIdaec19b68e3add9d5bfcc6269a1855b87"/>
            <o:lock v:ext="edit" aspectratio="t"/>
            <w10:wrap type="none"/>
            <w10:anchorlock/>
          </v:shape>
        </w:pict>
      </w:r>
      <w:r>
        <w:rPr>
          <w:rFonts w:ascii="宋体" w:hAnsi="宋体" w:eastAsia="宋体" w:cs="宋体"/>
          <w:color w:val="000000"/>
        </w:rPr>
        <w:t>，</w:t>
      </w:r>
      <w:r>
        <w:pict>
          <v:shape id="_x0000_i71771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2792" o:title="eqId291c25fc6a69d6d0ccfb8d839b9b4462"/>
            <o:lock v:ext="edit" aspectratio="t"/>
            <w10:wrap type="none"/>
            <w10:anchorlock/>
          </v:shape>
        </w:pict>
      </w:r>
      <w:r>
        <w:rPr>
          <w:rFonts w:ascii="宋体" w:hAnsi="宋体" w:eastAsia="宋体" w:cs="宋体"/>
          <w:color w:val="000000"/>
        </w:rPr>
        <w:t>．计算</w:t>
      </w:r>
      <w:r>
        <w:pict>
          <v:shape id="_x0000_i717719"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2793" o:title="eqIdfbcbd2a766b7cce3d1e35dd6b6c2530a"/>
            <o:lock v:ext="edit" aspectratio="t"/>
            <w10:wrap type="none"/>
            <w10:anchorlock/>
          </v:shape>
        </w:pict>
      </w:r>
      <w:r>
        <w:rPr>
          <w:rFonts w:ascii="宋体" w:hAnsi="宋体" w:eastAsia="宋体" w:cs="宋体"/>
          <w:color w:val="000000"/>
        </w:rPr>
        <w:t>，</w:t>
      </w:r>
      <w:r>
        <w:pict>
          <v:shape id="_x0000_i717720" o:spt="75" alt="学科网(www.zxxk.com)--教育资源门户，提供试卷、教案、课件、论文、素材以及各类教学资源下载，还有大量而丰富的教学相关资讯！" type="#_x0000_t75" style="height:27.75pt;width:39.75pt;" o:ole="t" filled="f" o:preferrelative="t" stroked="f" coordsize="21600,21600">
            <v:path/>
            <v:fill on="f" focussize="0,0"/>
            <v:stroke on="f" joinstyle="miter"/>
            <v:imagedata r:id="rId2794" o:title="eqId6d7dc1fab57ab7c4ed0a3b4102a79d0f"/>
            <o:lock v:ext="edit" aspectratio="t"/>
            <w10:wrap type="none"/>
            <w10:anchorlock/>
          </v:shape>
        </w:pict>
      </w:r>
      <w:r>
        <w:rPr>
          <w:rFonts w:ascii="宋体" w:hAnsi="宋体" w:eastAsia="宋体" w:cs="宋体"/>
          <w:color w:val="000000"/>
        </w:rPr>
        <w:t>，</w:t>
      </w:r>
      <w:r>
        <w:pict>
          <v:shape id="_x0000_i717721" o:spt="75" alt="学科网(www.zxxk.com)--教育资源门户，提供试卷、教案、课件、论文、素材以及各类教学资源下载，还有大量而丰富的教学相关资讯！" type="#_x0000_t75" style="height:27.75pt;width:59.25pt;" o:ole="t" filled="f" o:preferrelative="t" stroked="f" coordsize="21600,21600">
            <v:path/>
            <v:fill on="f" focussize="0,0"/>
            <v:stroke on="f" joinstyle="miter"/>
            <v:imagedata r:id="rId2795" o:title="eqId2db667fc3fa0590234f9fb3dc7b56311"/>
            <o:lock v:ext="edit" aspectratio="t"/>
            <w10:wrap type="none"/>
            <w10:anchorlock/>
          </v:shape>
        </w:pict>
      </w:r>
      <w:r>
        <w:rPr>
          <w:rFonts w:ascii="宋体" w:hAnsi="宋体" w:eastAsia="宋体" w:cs="宋体"/>
          <w:color w:val="000000"/>
        </w:rPr>
        <w:t>，将这三个数的最小值称为数列</w:t>
      </w:r>
      <w:r>
        <w:pict>
          <v:shape id="_x0000_i717722" o:spt="75" alt="学科网(www.zxxk.com)--教育资源门户，提供试卷、教案、课件、论文、素材以及各类教学资源下载，还有大量而丰富的教学相关资讯！" type="#_x0000_t75" style="height:19pt;width:13pt;" o:ole="t" filled="f" o:preferrelative="t" stroked="f" coordsize="21600,21600">
            <v:path/>
            <v:fill on="f" focussize="0,0"/>
            <v:stroke on="f" joinstyle="miter"/>
            <v:imagedata r:id="rId2790" o:title="eqIdc814128ea2139e33db94ea590e7c2223"/>
            <o:lock v:ext="edit" aspectratio="t"/>
            <w10:wrap type="none"/>
            <w10:anchorlock/>
          </v:shape>
        </w:pict>
      </w:r>
      <w:r>
        <w:rPr>
          <w:rFonts w:ascii="宋体" w:hAnsi="宋体" w:eastAsia="宋体" w:cs="宋体"/>
          <w:color w:val="000000"/>
        </w:rPr>
        <w:t>，</w:t>
      </w:r>
      <w:r>
        <w:pict>
          <v:shape id="_x0000_i717723" o:spt="75" alt="学科网(www.zxxk.com)--教育资源门户，提供试卷、教案、课件、论文、素材以及各类教学资源下载，还有大量而丰富的教学相关资讯！" type="#_x0000_t75" style="height:19pt;width:13.95pt;" o:ole="t" filled="f" o:preferrelative="t" stroked="f" coordsize="21600,21600">
            <v:path/>
            <v:fill on="f" focussize="0,0"/>
            <v:stroke on="f" joinstyle="miter"/>
            <v:imagedata r:id="rId2791" o:title="eqIdaec19b68e3add9d5bfcc6269a1855b87"/>
            <o:lock v:ext="edit" aspectratio="t"/>
            <w10:wrap type="none"/>
            <w10:anchorlock/>
          </v:shape>
        </w:pict>
      </w:r>
      <w:r>
        <w:rPr>
          <w:rFonts w:ascii="宋体" w:hAnsi="宋体" w:eastAsia="宋体" w:cs="宋体"/>
          <w:color w:val="000000"/>
        </w:rPr>
        <w:t>，</w:t>
      </w:r>
      <w:r>
        <w:pict>
          <v:shape id="_x0000_i71772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2792" o:title="eqId291c25fc6a69d6d0ccfb8d839b9b4462"/>
            <o:lock v:ext="edit" aspectratio="t"/>
            <w10:wrap type="none"/>
            <w10:anchorlock/>
          </v:shape>
        </w:pict>
      </w:r>
      <w:r>
        <w:rPr>
          <w:rFonts w:ascii="宋体" w:hAnsi="宋体" w:eastAsia="宋体" w:cs="宋体"/>
          <w:color w:val="000000"/>
        </w:rPr>
        <w:t>的价值．例如，对于数列</w:t>
      </w:r>
      <w:r>
        <w:rPr>
          <w:rFonts w:ascii="Times New Roman" w:hAnsi="Times New Roman" w:eastAsia="Times New Roman" w:cs="Times New Roman"/>
          <w:color w:val="000000"/>
        </w:rPr>
        <w:t>2</w:t>
      </w:r>
      <w:r>
        <w:rPr>
          <w:rFonts w:ascii="宋体" w:hAnsi="宋体" w:eastAsia="宋体" w:cs="宋体"/>
          <w:color w:val="000000"/>
        </w:rPr>
        <w:t>，</w:t>
      </w:r>
      <w:r>
        <w:pict>
          <v:shape id="_x0000_i71772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796"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，因为</w:t>
      </w:r>
      <w:r>
        <w:pict>
          <v:shape id="_x0000_i717726" o:spt="75" alt="学科网(www.zxxk.com)--教育资源门户，提供试卷、教案、课件、论文、素材以及各类教学资源下载，还有大量而丰富的教学相关资讯！" type="#_x0000_t75" style="height:15pt;width:30pt;" o:ole="t" filled="f" o:preferrelative="t" stroked="f" coordsize="21600,21600">
            <v:path/>
            <v:fill on="f" focussize="0,0"/>
            <v:stroke on="f" joinstyle="miter"/>
            <v:imagedata r:id="rId2797" o:title="eqId38025ab70b7875d5d615a3a931eb8b44"/>
            <o:lock v:ext="edit" aspectratio="t"/>
            <w10:wrap type="none"/>
            <w10:anchorlock/>
          </v:shape>
        </w:pict>
      </w:r>
      <w:r>
        <w:rPr>
          <w:rFonts w:ascii="宋体" w:hAnsi="宋体" w:eastAsia="宋体" w:cs="宋体"/>
          <w:color w:val="000000"/>
        </w:rPr>
        <w:t>，</w:t>
      </w:r>
      <w:r>
        <w:pict>
          <v:shape id="_x0000_i717727" o:spt="75" alt="学科网(www.zxxk.com)--教育资源门户，提供试卷、教案、课件、论文、素材以及各类教学资源下载，还有大量而丰富的教学相关资讯！" type="#_x0000_t75" style="height:27pt;width:60pt;" o:ole="t" filled="f" o:preferrelative="t" stroked="f" coordsize="21600,21600">
            <v:path/>
            <v:fill on="f" focussize="0,0"/>
            <v:stroke on="f" joinstyle="miter"/>
            <v:imagedata r:id="rId2798" o:title="eqId168fcd428e9d22f5518b6439e0db55d3"/>
            <o:lock v:ext="edit" aspectratio="t"/>
            <w10:wrap type="none"/>
            <w10:anchorlock/>
          </v:shape>
        </w:pict>
      </w:r>
      <w:r>
        <w:rPr>
          <w:rFonts w:ascii="宋体" w:hAnsi="宋体" w:eastAsia="宋体" w:cs="宋体"/>
          <w:color w:val="000000"/>
        </w:rPr>
        <w:t>，</w:t>
      </w:r>
      <w:r>
        <w:pict>
          <v:shape id="_x0000_i717728" o:spt="75" alt="学科网(www.zxxk.com)--教育资源门户，提供试卷、教案、课件、论文、素材以及各类教学资源下载，还有大量而丰富的教学相关资讯！" type="#_x0000_t75" style="height:27.85pt;width:72.85pt;" o:ole="t" filled="f" o:preferrelative="t" stroked="f" coordsize="21600,21600">
            <v:path/>
            <v:fill on="f" focussize="0,0"/>
            <v:stroke on="f" joinstyle="miter"/>
            <v:imagedata r:id="rId2799" o:title="eqIdb390ca80a1004dd3c54cefee456135b2"/>
            <o:lock v:ext="edit" aspectratio="t"/>
            <w10:wrap type="none"/>
            <w10:anchorlock/>
          </v:shape>
        </w:pict>
      </w:r>
      <w:r>
        <w:rPr>
          <w:rFonts w:ascii="宋体" w:hAnsi="宋体" w:eastAsia="宋体" w:cs="宋体"/>
          <w:color w:val="000000"/>
        </w:rPr>
        <w:t>，所以数列</w:t>
      </w:r>
      <w:r>
        <w:rPr>
          <w:rFonts w:ascii="Times New Roman" w:hAnsi="Times New Roman" w:eastAsia="Times New Roman" w:cs="Times New Roman"/>
          <w:color w:val="000000"/>
        </w:rPr>
        <w:t>2</w:t>
      </w:r>
      <w:r>
        <w:rPr>
          <w:rFonts w:ascii="宋体" w:hAnsi="宋体" w:eastAsia="宋体" w:cs="宋体"/>
          <w:color w:val="000000"/>
        </w:rPr>
        <w:t>，</w:t>
      </w:r>
      <w:r>
        <w:pict>
          <v:shape id="_x0000_i717729"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796"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的价值为</w:t>
      </w:r>
      <w:r>
        <w:pict>
          <v:shape id="_x0000_i717730"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2800" o:title="eqIdf89eef3148f2d4d09379767b4af6913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小曦进一步发现：当改变这三个数的顺序时，所得到的数列都可以按照上述方法计算其相应的价值．如数列</w:t>
      </w:r>
      <w:r>
        <w:pict>
          <v:shape id="_x0000_i717731"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801"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的价值为</w:t>
      </w:r>
      <w:r>
        <w:pict>
          <v:shape id="_x0000_i717732"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2802" o:title="eqIdf89eef3148f2d4d09379767b4af69132"/>
            <o:lock v:ext="edit" aspectratio="t"/>
            <w10:wrap type="none"/>
            <w10:anchorlock/>
          </v:shape>
        </w:pict>
      </w:r>
      <w:r>
        <w:rPr>
          <w:rFonts w:ascii="宋体" w:hAnsi="宋体" w:eastAsia="宋体" w:cs="宋体"/>
          <w:color w:val="000000"/>
        </w:rPr>
        <w:t>；数列</w:t>
      </w:r>
      <w:r>
        <w:rPr>
          <w:rFonts w:ascii="Times New Roman" w:hAnsi="Times New Roman" w:eastAsia="Times New Roman" w:cs="Times New Roman"/>
          <w:color w:val="000000"/>
        </w:rPr>
        <w:t>3</w:t>
      </w:r>
      <w:r>
        <w:rPr>
          <w:rFonts w:ascii="宋体" w:hAnsi="宋体" w:eastAsia="宋体" w:cs="宋体"/>
          <w:color w:val="000000"/>
        </w:rPr>
        <w:t>，</w:t>
      </w:r>
      <w:r>
        <w:pict>
          <v:shape id="_x0000_i717733"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801"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的价值为</w:t>
      </w:r>
      <w:r>
        <w:rPr>
          <w:rFonts w:ascii="Times New Roman" w:hAnsi="Times New Roman" w:eastAsia="Times New Roman" w:cs="Times New Roman"/>
          <w:color w:val="000000"/>
        </w:rPr>
        <w:t>1</w:t>
      </w:r>
      <w:r>
        <w:rPr>
          <w:rFonts w:ascii="宋体" w:hAnsi="宋体" w:eastAsia="宋体" w:cs="宋体"/>
          <w:color w:val="000000"/>
        </w:rPr>
        <w:t>；</w:t>
      </w:r>
      <w:r>
        <w:pict>
          <v:shape id="_x0000_i717734" o:spt="75" alt="学科网(www.zxxk.com)--教育资源门户，提供试卷、教案、课件、论文、素材以及各类教学资源下载，还有大量而丰富的教学相关资讯！" type="#_x0000_t75" style="height:6pt;width:12.75pt;" o:ole="t" filled="f" o:preferrelative="t" stroked="f" coordsize="21600,21600">
            <v:path/>
            <v:fill on="f" focussize="0,0"/>
            <v:stroke on="f" joinstyle="miter"/>
            <v:imagedata r:id="rId2803" o:title="eqId07096af3b99fd1cb11c31f19a2c6408e"/>
            <o:lock v:ext="edit" aspectratio="t"/>
            <w10:wrap type="none"/>
            <w10:anchorlock/>
          </v:shape>
        </w:pict>
      </w:r>
      <w:r>
        <w:rPr>
          <w:rFonts w:ascii="宋体" w:hAnsi="宋体" w:eastAsia="宋体" w:cs="宋体"/>
          <w:color w:val="000000"/>
        </w:rPr>
        <w:t>．经过研究，小曦发现，对于“</w:t>
      </w:r>
      <w:r>
        <w:rPr>
          <w:rFonts w:ascii="Times New Roman" w:hAnsi="Times New Roman" w:eastAsia="Times New Roman" w:cs="Times New Roman"/>
          <w:color w:val="000000"/>
        </w:rPr>
        <w:t>2</w:t>
      </w:r>
      <w:r>
        <w:rPr>
          <w:rFonts w:ascii="宋体" w:hAnsi="宋体" w:eastAsia="宋体" w:cs="宋体"/>
          <w:color w:val="000000"/>
        </w:rPr>
        <w:t>，</w:t>
      </w:r>
      <w:r>
        <w:pict>
          <v:shape id="_x0000_i71773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2801"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”这三个数，按照不同的排列顺序得到的不同数列中，价值的最小值为</w:t>
      </w:r>
      <w:r>
        <w:pict>
          <v:shape id="_x0000_i717736"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2802" o:title="eqIdf89eef3148f2d4d09379767b4af6913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根据以上材料，回答下列问题：</w:t>
      </w:r>
    </w:p>
    <w:p>
      <w:pPr>
        <w:spacing w:line="360" w:lineRule="auto"/>
        <w:jc w:val="left"/>
        <w:textAlignment w:val="center"/>
        <w:rPr>
          <w:color w:val="000000"/>
        </w:rPr>
      </w:pPr>
      <w:r>
        <w:rPr>
          <w:color w:val="000000"/>
        </w:rPr>
        <w:t>（1）</w:t>
      </w:r>
      <w:r>
        <w:rPr>
          <w:rFonts w:ascii="宋体" w:hAnsi="宋体" w:eastAsia="宋体" w:cs="宋体"/>
          <w:color w:val="000000"/>
        </w:rPr>
        <w:t>数列</w:t>
      </w:r>
      <w:r>
        <w:pict>
          <v:shape id="_x0000_i717737"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2804" o:title="eqId3edbd40e04e2a943051fa83d6e511add"/>
            <o:lock v:ext="edit" aspectratio="t"/>
            <w10:wrap type="none"/>
            <w10:anchorlock/>
          </v:shape>
        </w:pict>
      </w:r>
      <w:r>
        <w:rPr>
          <w:rFonts w:ascii="宋体" w:hAnsi="宋体" w:eastAsia="宋体" w:cs="宋体"/>
          <w:color w:val="000000"/>
        </w:rPr>
        <w:t>，</w:t>
      </w:r>
      <w:r>
        <w:pict>
          <v:shape id="_x0000_i717738"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05"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的价值为</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w:t>
      </w:r>
      <w:r>
        <w:pict>
          <v:shape id="_x0000_i717739"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06" o:title="eqId01317332a203c898536b1d0459f51d23"/>
            <o:lock v:ext="edit" aspectratio="t"/>
            <w10:wrap type="none"/>
            <w10:anchorlock/>
          </v:shape>
        </w:pict>
      </w:r>
      <w:r>
        <w:rPr>
          <w:rFonts w:ascii="宋体" w:hAnsi="宋体" w:eastAsia="宋体" w:cs="宋体"/>
          <w:color w:val="000000"/>
        </w:rPr>
        <w:t>，</w:t>
      </w:r>
      <w:r>
        <w:pict>
          <v:shape id="_x0000_i71774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07"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”这三个数按照不同的顺序排列，可得到若干个数列，这些数列的价值的最小值为</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宋体" w:hAnsi="宋体" w:eastAsia="宋体" w:cs="宋体"/>
          <w:color w:val="000000"/>
        </w:rPr>
        <w:t>，取得价值最小值的数列为</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宋体" w:hAnsi="宋体" w:eastAsia="宋体" w:cs="宋体"/>
          <w:color w:val="000000"/>
        </w:rPr>
        <w:t>（写出一个即可）；</w:t>
      </w:r>
    </w:p>
    <w:p>
      <w:pPr>
        <w:spacing w:line="360" w:lineRule="auto"/>
        <w:jc w:val="left"/>
        <w:textAlignment w:val="center"/>
        <w:rPr>
          <w:color w:val="000000"/>
        </w:rPr>
      </w:pPr>
      <w:r>
        <w:rPr>
          <w:color w:val="000000"/>
        </w:rPr>
        <w:t>（3）</w:t>
      </w:r>
      <w:r>
        <w:rPr>
          <w:rFonts w:ascii="宋体" w:hAnsi="宋体" w:eastAsia="宋体" w:cs="宋体"/>
          <w:color w:val="000000"/>
        </w:rPr>
        <w:t>将</w:t>
      </w:r>
      <w:r>
        <w:rPr>
          <w:rFonts w:ascii="Times New Roman" w:hAnsi="Times New Roman" w:eastAsia="Times New Roman" w:cs="Times New Roman"/>
          <w:color w:val="000000"/>
        </w:rPr>
        <w:t>2</w:t>
      </w:r>
      <w:r>
        <w:rPr>
          <w:rFonts w:ascii="宋体" w:hAnsi="宋体" w:eastAsia="宋体" w:cs="宋体"/>
          <w:color w:val="000000"/>
        </w:rPr>
        <w:t>，</w:t>
      </w:r>
      <w:r>
        <w:pict>
          <v:shape id="_x0000_i717741" o:spt="75" alt="学科网(www.zxxk.com)--教育资源门户，提供试卷、教案、课件、论文、素材以及各类教学资源下载，还有大量而丰富的教学相关资讯！" type="#_x0000_t75" style="height:10.8pt;width:12.9pt;" o:ole="t" filled="f" o:preferrelative="t" stroked="f" coordsize="21600,21600">
            <v:path/>
            <v:fill on="f" focussize="0,0"/>
            <v:stroke on="f" joinstyle="miter"/>
            <v:imagedata r:id="rId2808" o:title="eqId4a94acdfb41489d5694b5a64b9e99754"/>
            <o:lock v:ext="edit" aspectratio="t"/>
            <w10:wrap type="none"/>
            <w10:anchorlock/>
          </v:shape>
        </w:pict>
      </w:r>
      <w:r>
        <w:rPr>
          <w:rFonts w:ascii="宋体" w:hAnsi="宋体" w:eastAsia="宋体" w:cs="宋体"/>
          <w:color w:val="000000"/>
        </w:rPr>
        <w:t>，</w:t>
      </w:r>
      <w:r>
        <w:pict>
          <v:shape id="_x0000_i717742"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2809" o:title="eqId399e7902cf319a4ecc40aebda074eda4"/>
            <o:lock v:ext="edit" aspectratio="t"/>
            <w10:wrap type="none"/>
            <w10:anchorlock/>
          </v:shape>
        </w:pict>
      </w:r>
      <w:r>
        <w:rPr>
          <w:rFonts w:ascii="宋体" w:hAnsi="宋体" w:eastAsia="宋体" w:cs="宋体"/>
          <w:color w:val="000000"/>
        </w:rPr>
        <w:t>这三个数按照不同的顺序排列，可得到若干个数列，若这些数列的价值的最小值为</w:t>
      </w:r>
      <w:r>
        <w:rPr>
          <w:rFonts w:ascii="Times New Roman" w:hAnsi="Times New Roman" w:eastAsia="Times New Roman" w:cs="Times New Roman"/>
          <w:color w:val="000000"/>
        </w:rPr>
        <w:t>1</w:t>
      </w:r>
      <w:r>
        <w:rPr>
          <w:rFonts w:ascii="宋体" w:hAnsi="宋体" w:eastAsia="宋体" w:cs="宋体"/>
          <w:color w:val="000000"/>
        </w:rPr>
        <w:t>，则</w:t>
      </w:r>
      <w:r>
        <w:pict>
          <v:shape id="_x0000_i7177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810" o:title="eqId0a6936d370d6a238a608ca56f87198de"/>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7744"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2811" o:title="eqIdcaa585b9257ed0798213a9ae9b87d291"/>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7745"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12" o:title="eqId01317332a203c898536b1d0459f51d23"/>
            <o:lock v:ext="edit" aspectratio="t"/>
            <w10:wrap type="none"/>
            <w10:anchorlock/>
          </v:shape>
        </w:pict>
      </w:r>
      <w:r>
        <w:rPr>
          <w:rFonts w:ascii="宋体" w:hAnsi="宋体" w:eastAsia="宋体" w:cs="宋体"/>
          <w:color w:val="000000"/>
        </w:rPr>
        <w:t>，</w:t>
      </w:r>
      <w:r>
        <w:pict>
          <v:shape id="_x0000_i717746"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13" o:title="eqId81fb134b2b48acc99213fff6ccfee65f"/>
            <o:lock v:ext="edit" aspectratio="t"/>
            <w10:wrap type="none"/>
            <w10:anchorlock/>
          </v:shape>
        </w:pict>
      </w:r>
      <w:r>
        <w:rPr>
          <w:rFonts w:ascii="宋体" w:hAnsi="宋体" w:eastAsia="宋体" w:cs="宋体"/>
          <w:color w:val="000000"/>
        </w:rPr>
        <w:t>（答案不唯一）</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9</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）根据定义，代入直接可求；</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）数列共</w:t>
      </w:r>
      <w:r>
        <w:rPr>
          <w:rFonts w:ascii="Times New Roman" w:hAnsi="Times New Roman" w:eastAsia="Times New Roman" w:cs="Times New Roman"/>
          <w:color w:val="000000"/>
        </w:rPr>
        <w:t>6</w:t>
      </w:r>
      <w:r>
        <w:rPr>
          <w:rFonts w:ascii="宋体" w:hAnsi="宋体" w:eastAsia="宋体" w:cs="宋体"/>
          <w:color w:val="000000"/>
        </w:rPr>
        <w:t>种排列方式，分别求出每一种情况的价值，即可求解；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）分三种情况求解：①</w:t>
      </w:r>
      <w:r>
        <w:pict>
          <v:shape id="_x0000_i717747" o:spt="75" alt="学科网(www.zxxk.com)--教育资源门户，提供试卷、教案、课件、论文、素材以及各类教学资源下载，还有大量而丰富的教学相关资讯！" type="#_x0000_t75" style="height:33pt;width:48pt;" o:ole="t" filled="f" o:preferrelative="t" stroked="f" coordsize="21600,21600">
            <v:path/>
            <v:fill on="f" focussize="0,0"/>
            <v:stroke on="f" joinstyle="miter"/>
            <v:imagedata r:id="rId2814" o:title="eqIdde98673aa0a9578eea565dc28fd162e4"/>
            <o:lock v:ext="edit" aspectratio="t"/>
            <w10:wrap type="none"/>
            <w10:anchorlock/>
          </v:shape>
        </w:pict>
      </w:r>
      <w:r>
        <w:rPr>
          <w:rFonts w:ascii="宋体" w:hAnsi="宋体" w:eastAsia="宋体" w:cs="宋体"/>
          <w:color w:val="000000"/>
        </w:rPr>
        <w:t>，②</w:t>
      </w:r>
      <w:r>
        <w:pict>
          <v:shape id="_x0000_i717748" o:spt="75" alt="学科网(www.zxxk.com)--教育资源门户，提供试卷、教案、课件、论文、素材以及各类教学资源下载，还有大量而丰富的教学相关资讯！" type="#_x0000_t75" style="height:33pt;width:54.75pt;" o:ole="t" filled="f" o:preferrelative="t" stroked="f" coordsize="21600,21600">
            <v:path/>
            <v:fill on="f" focussize="0,0"/>
            <v:stroke on="f" joinstyle="miter"/>
            <v:imagedata r:id="rId2815" o:title="eqId4061cc05a08f590b5541486d99a62cdf"/>
            <o:lock v:ext="edit" aspectratio="t"/>
            <w10:wrap type="none"/>
            <w10:anchorlock/>
          </v:shape>
        </w:pict>
      </w:r>
      <w:r>
        <w:rPr>
          <w:rFonts w:ascii="宋体" w:hAnsi="宋体" w:eastAsia="宋体" w:cs="宋体"/>
          <w:color w:val="000000"/>
        </w:rPr>
        <w:t>，③</w:t>
      </w:r>
      <w:r>
        <w:pict>
          <v:shape id="_x0000_i717749" o:spt="75" alt="学科网(www.zxxk.com)--教育资源门户，提供试卷、教案、课件、论文、素材以及各类教学资源下载，还有大量而丰富的教学相关资讯！" type="#_x0000_t75" style="height:33pt;width:80.25pt;" o:ole="t" filled="f" o:preferrelative="t" stroked="f" coordsize="21600,21600">
            <v:path/>
            <v:fill on="f" focussize="0,0"/>
            <v:stroke on="f" joinstyle="miter"/>
            <v:imagedata r:id="rId2816" o:title="eqId67940672ecc559950a42807ecd38d4fb"/>
            <o:lock v:ext="edit" aspectratio="t"/>
            <w10:wrap type="none"/>
            <w10:anchorlock/>
          </v:shape>
        </w:pict>
      </w:r>
      <w:r>
        <w:rPr>
          <w:rFonts w:ascii="宋体" w:hAnsi="宋体" w:eastAsia="宋体" w:cs="宋体"/>
          <w:color w:val="000000"/>
        </w:rPr>
        <w:t>，分别求解</w:t>
      </w:r>
      <w:r>
        <w:rPr>
          <w:rFonts w:ascii="Times New Roman" w:hAnsi="Times New Roman" w:eastAsia="Times New Roman" w:cs="Times New Roman"/>
          <w:i/>
          <w:color w:val="000000"/>
        </w:rPr>
        <w:t>a</w:t>
      </w:r>
      <w:r>
        <w:rPr>
          <w:rFonts w:ascii="宋体" w:hAnsi="宋体" w:eastAsia="宋体" w:cs="宋体"/>
          <w:color w:val="000000"/>
        </w:rPr>
        <w:t>值，并将</w:t>
      </w:r>
      <w:r>
        <w:rPr>
          <w:rFonts w:ascii="Times New Roman" w:hAnsi="Times New Roman" w:eastAsia="Times New Roman" w:cs="Times New Roman"/>
          <w:i/>
          <w:color w:val="000000"/>
        </w:rPr>
        <w:t>a</w:t>
      </w:r>
      <w:r>
        <w:rPr>
          <w:rFonts w:ascii="宋体" w:hAnsi="宋体" w:eastAsia="宋体" w:cs="宋体"/>
          <w:color w:val="000000"/>
        </w:rPr>
        <w:t>代入检验即可．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pict>
          <v:shape id="_x0000_i717750" o:spt="75" alt="学科网(www.zxxk.com)--教育资源门户，提供试卷、教案、课件、论文、素材以及各类教学资源下载，还有大量而丰富的教学相关资讯！" type="#_x0000_t75" style="height:15pt;width:42pt;" o:ole="t" filled="f" o:preferrelative="t" stroked="f" coordsize="21600,21600">
            <v:path/>
            <v:fill on="f" focussize="0,0"/>
            <v:stroke on="f" joinstyle="miter"/>
            <v:imagedata r:id="rId2817" o:title="eqId10ed4fd90b02f0a2b82f9a66c2c6f4da"/>
            <o:lock v:ext="edit" aspectratio="t"/>
            <w10:wrap type="none"/>
            <w10:anchorlock/>
          </v:shape>
        </w:pict>
      </w:r>
      <w:r>
        <w:rPr>
          <w:rFonts w:ascii="宋体" w:hAnsi="宋体" w:eastAsia="宋体" w:cs="宋体"/>
          <w:color w:val="000000"/>
        </w:rPr>
        <w:t>，</w:t>
      </w:r>
      <w:r>
        <w:pict>
          <v:shape id="_x0000_i717751" o:spt="75" alt="学科网(www.zxxk.com)--教育资源门户，提供试卷、教案、课件、论文、素材以及各类教学资源下载，还有大量而丰富的教学相关资讯！" type="#_x0000_t75" style="height:33pt;width:80.25pt;" o:ole="t" filled="f" o:preferrelative="t" stroked="f" coordsize="21600,21600">
            <v:path/>
            <v:fill on="f" focussize="0,0"/>
            <v:stroke on="f" joinstyle="miter"/>
            <v:imagedata r:id="rId2818" o:title="eqId1a7cbcdb9aff5866889d8e055865d240"/>
            <o:lock v:ext="edit" aspectratio="t"/>
            <w10:wrap type="none"/>
            <w10:anchorlock/>
          </v:shape>
        </w:pict>
      </w:r>
      <w:r>
        <w:rPr>
          <w:rFonts w:ascii="宋体" w:hAnsi="宋体" w:eastAsia="宋体" w:cs="宋体"/>
          <w:color w:val="000000"/>
        </w:rPr>
        <w:t>，</w:t>
      </w:r>
      <w:r>
        <w:pict>
          <v:shape id="_x0000_i717752" o:spt="75" alt="学科网(www.zxxk.com)--教育资源门户，提供试卷、教案、课件、论文、素材以及各类教学资源下载，还有大量而丰富的教学相关资讯！" type="#_x0000_t75" style="height:33pt;width:89.25pt;" o:ole="t" filled="f" o:preferrelative="t" stroked="f" coordsize="21600,21600">
            <v:path/>
            <v:fill on="f" focussize="0,0"/>
            <v:stroke on="f" joinstyle="miter"/>
            <v:imagedata r:id="rId2819" o:title="eqId245cb1fa6370c7fa9684b98d6fbf6ede"/>
            <o:lock v:ext="edit" aspectratio="t"/>
            <w10:wrap type="none"/>
            <w10:anchorlock/>
          </v:shape>
        </w:pic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753" o:spt="75" alt="学科网(www.zxxk.com)--教育资源门户，提供试卷、教案、课件、论文、素材以及各类教学资源下载，还有大量而丰富的教学相关资讯！" type="#_x0000_t75" style="height:30.75pt;width:56.25pt;" o:ole="t" filled="f" o:preferrelative="t" stroked="f" coordsize="21600,21600">
            <v:path/>
            <v:fill on="f" focussize="0,0"/>
            <v:stroke on="f" joinstyle="miter"/>
            <v:imagedata r:id="rId2820" o:title="eqId1c40464649762f6d4ff51f8d8885e300"/>
            <o:lock v:ext="edit" aspectratio="t"/>
            <w10:wrap type="none"/>
            <w10:anchorlock/>
          </v:shape>
        </w:pict>
      </w:r>
    </w:p>
    <w:p>
      <w:pPr>
        <w:spacing w:line="360" w:lineRule="auto"/>
        <w:jc w:val="left"/>
        <w:textAlignment w:val="center"/>
        <w:rPr>
          <w:color w:val="000000"/>
        </w:rPr>
      </w:pPr>
      <w:r>
        <w:pict>
          <v:shape id="_x0000_i71775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821" o:title="eqId2de0d10ef8b748d4531250c37c5d3f9e"/>
            <o:lock v:ext="edit" aspectratio="t"/>
            <w10:wrap type="none"/>
            <w10:anchorlock/>
          </v:shape>
        </w:pict>
      </w:r>
      <w:r>
        <w:rPr>
          <w:rFonts w:ascii="宋体" w:hAnsi="宋体" w:eastAsia="宋体" w:cs="宋体"/>
          <w:color w:val="000000"/>
        </w:rPr>
        <w:t>数列</w:t>
      </w:r>
      <w:r>
        <w:pict>
          <v:shape id="_x0000_i717755"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2822" o:title="eqId3edbd40e04e2a943051fa83d6e511add"/>
            <o:lock v:ext="edit" aspectratio="t"/>
            <w10:wrap type="none"/>
            <w10:anchorlock/>
          </v:shape>
        </w:pict>
      </w:r>
      <w:r>
        <w:rPr>
          <w:rFonts w:ascii="宋体" w:hAnsi="宋体" w:eastAsia="宋体" w:cs="宋体"/>
          <w:color w:val="000000"/>
        </w:rPr>
        <w:t>，</w:t>
      </w:r>
      <w:r>
        <w:pict>
          <v:shape id="_x0000_i717756"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23"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的价值为</w:t>
      </w:r>
      <w:r>
        <w:pict>
          <v:shape id="_x0000_i717757"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2824" o:title="eqIdcaa585b9257ed0798213a9ae9b87d291"/>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pict>
          <v:shape id="_x0000_i717758"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2825" o:title="eqIdcaa585b9257ed0798213a9ae9b87d29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①当数列为</w:t>
      </w:r>
      <w:r>
        <w:rPr>
          <w:rFonts w:ascii="Times New Roman" w:hAnsi="Times New Roman" w:eastAsia="Times New Roman" w:cs="Times New Roman"/>
          <w:color w:val="000000"/>
        </w:rPr>
        <w:t>“</w:t>
      </w:r>
      <w:r>
        <w:pict>
          <v:shape id="_x0000_i717759"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26" o:title="eqId01317332a203c898536b1d0459f51d23"/>
            <o:lock v:ext="edit" aspectratio="t"/>
            <w10:wrap type="none"/>
            <w10:anchorlock/>
          </v:shape>
        </w:pict>
      </w:r>
      <w:r>
        <w:rPr>
          <w:rFonts w:ascii="宋体" w:hAnsi="宋体" w:eastAsia="宋体" w:cs="宋体"/>
          <w:color w:val="000000"/>
        </w:rPr>
        <w:t>，</w:t>
      </w:r>
      <w:r>
        <w:pict>
          <v:shape id="_x0000_i71776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27"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w:t>
      </w:r>
      <w:r>
        <w:pict>
          <v:shape id="_x0000_i717761" o:spt="75" alt="学科网(www.zxxk.com)--教育资源门户，提供试卷、教案、课件、论文、素材以及各类教学资源下载，还有大量而丰富的教学相关资讯！" type="#_x0000_t75" style="height:15pt;width:35.25pt;" o:ole="t" filled="f" o:preferrelative="t" stroked="f" coordsize="21600,21600">
            <v:path/>
            <v:fill on="f" focussize="0,0"/>
            <v:stroke on="f" joinstyle="miter"/>
            <v:imagedata r:id="rId2828" o:title="eqId77e527b6a16120c66c01dd179a28f2a9"/>
            <o:lock v:ext="edit" aspectratio="t"/>
            <w10:wrap type="none"/>
            <w10:anchorlock/>
          </v:shape>
        </w:pict>
      </w:r>
      <w:r>
        <w:rPr>
          <w:rFonts w:ascii="宋体" w:hAnsi="宋体" w:eastAsia="宋体" w:cs="宋体"/>
          <w:color w:val="000000"/>
        </w:rPr>
        <w:t>，</w:t>
      </w:r>
      <w:r>
        <w:pict>
          <v:shape id="_x0000_i717762" o:spt="75" alt="学科网(www.zxxk.com)--教育资源门户，提供试卷、教案、课件、论文、素材以及各类教学资源下载，还有大量而丰富的教学相关资讯！" type="#_x0000_t75" style="height:33pt;width:72.75pt;" o:ole="t" filled="f" o:preferrelative="t" stroked="f" coordsize="21600,21600">
            <v:path/>
            <v:fill on="f" focussize="0,0"/>
            <v:stroke on="f" joinstyle="miter"/>
            <v:imagedata r:id="rId2829" o:title="eqId15de5fa6c4e3aa5018ec8c1cc626afb8"/>
            <o:lock v:ext="edit" aspectratio="t"/>
            <w10:wrap type="none"/>
            <w10:anchorlock/>
          </v:shape>
        </w:pict>
      </w:r>
      <w:r>
        <w:rPr>
          <w:rFonts w:ascii="宋体" w:hAnsi="宋体" w:eastAsia="宋体" w:cs="宋体"/>
          <w:color w:val="000000"/>
        </w:rPr>
        <w:t>，</w:t>
      </w:r>
      <w:r>
        <w:pict>
          <v:shape id="_x0000_i717763" o:spt="75" alt="学科网(www.zxxk.com)--教育资源门户，提供试卷、教案、课件、论文、素材以及各类教学资源下载，还有大量而丰富的教学相关资讯！" type="#_x0000_t75" style="height:33pt;width:87pt;" o:ole="t" filled="f" o:preferrelative="t" stroked="f" coordsize="21600,21600">
            <v:path/>
            <v:fill on="f" focussize="0,0"/>
            <v:stroke on="f" joinstyle="miter"/>
            <v:imagedata r:id="rId2830" o:title="eqId2d19b0d1f07f014282e432e4608fe6f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764" o:spt="75" alt="学科网(www.zxxk.com)--教育资源门户，提供试卷、教案、课件、论文、素材以及各类教学资源下载，还有大量而丰富的教学相关资讯！" type="#_x0000_t75" style="height:31.15pt;width:48pt;" o:ole="t" filled="f" o:preferrelative="t" stroked="f" coordsize="21600,21600">
            <v:path/>
            <v:fill on="f" focussize="0,0"/>
            <v:stroke on="f" joinstyle="miter"/>
            <v:imagedata r:id="rId2831" o:title="eqId0d6c0af9c65d7589c3e51f724381fc7c"/>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∴其价值为</w:t>
      </w:r>
      <w:r>
        <w:pict>
          <v:shape id="_x0000_i717765"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832" o:title="eqIda391005600bdd69c96750589f9adb0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②当数列为</w:t>
      </w:r>
      <w:r>
        <w:rPr>
          <w:rFonts w:ascii="Times New Roman" w:hAnsi="Times New Roman" w:eastAsia="Times New Roman" w:cs="Times New Roman"/>
          <w:color w:val="000000"/>
        </w:rPr>
        <w:t>“</w:t>
      </w:r>
      <w:r>
        <w:pict>
          <v:shape id="_x0000_i717766"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33" o:title="eqId01317332a203c898536b1d0459f51d2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776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34" o:title="eqId81fb134b2b48acc99213fff6ccfee65f"/>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时，</w:t>
      </w:r>
      <w:r>
        <w:pict>
          <v:shape id="_x0000_i717768" o:spt="75" alt="学科网(www.zxxk.com)--教育资源门户，提供试卷、教案、课件、论文、素材以及各类教学资源下载，还有大量而丰富的教学相关资讯！" type="#_x0000_t75" style="height:15pt;width:35.25pt;" o:ole="t" filled="f" o:preferrelative="t" stroked="f" coordsize="21600,21600">
            <v:path/>
            <v:fill on="f" focussize="0,0"/>
            <v:stroke on="f" joinstyle="miter"/>
            <v:imagedata r:id="rId2835" o:title="eqId77e527b6a16120c66c01dd179a28f2a9"/>
            <o:lock v:ext="edit" aspectratio="t"/>
            <w10:wrap type="none"/>
            <w10:anchorlock/>
          </v:shape>
        </w:pict>
      </w:r>
      <w:r>
        <w:rPr>
          <w:rFonts w:ascii="宋体" w:hAnsi="宋体" w:eastAsia="宋体" w:cs="宋体"/>
          <w:color w:val="000000"/>
        </w:rPr>
        <w:t>，</w:t>
      </w:r>
      <w:r>
        <w:pict>
          <v:shape id="_x0000_i717769" o:spt="75" alt="学科网(www.zxxk.com)--教育资源门户，提供试卷、教案、课件、论文、素材以及各类教学资源下载，还有大量而丰富的教学相关资讯！" type="#_x0000_t75" style="height:33pt;width:57pt;" o:ole="t" filled="f" o:preferrelative="t" stroked="f" coordsize="21600,21600">
            <v:path/>
            <v:fill on="f" focussize="0,0"/>
            <v:stroke on="f" joinstyle="miter"/>
            <v:imagedata r:id="rId2836" o:title="eqId050c89c150966c67e81d9fa9c3f595d3"/>
            <o:lock v:ext="edit" aspectratio="t"/>
            <w10:wrap type="none"/>
            <w10:anchorlock/>
          </v:shape>
        </w:pict>
      </w:r>
      <w:r>
        <w:rPr>
          <w:rFonts w:ascii="宋体" w:hAnsi="宋体" w:eastAsia="宋体" w:cs="宋体"/>
          <w:color w:val="000000"/>
        </w:rPr>
        <w:t>，</w:t>
      </w:r>
      <w:r>
        <w:pict>
          <v:shape id="_x0000_i717770" o:spt="75" alt="学科网(www.zxxk.com)--教育资源门户，提供试卷、教案、课件、论文、素材以及各类教学资源下载，还有大量而丰富的教学相关资讯！" type="#_x0000_t75" style="height:33pt;width:87pt;" o:ole="t" filled="f" o:preferrelative="t" stroked="f" coordsize="21600,21600">
            <v:path/>
            <v:fill on="f" focussize="0,0"/>
            <v:stroke on="f" joinstyle="miter"/>
            <v:imagedata r:id="rId2837" o:title="eqIdb622b0a2ba1c09dc7b488d539251746e"/>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771" o:spt="75" alt="学科网(www.zxxk.com)--教育资源门户，提供试卷、教案、课件、论文、素材以及各类教学资源下载，还有大量而丰富的教学相关资讯！" type="#_x0000_t75" style="height:31.15pt;width:48pt;" o:ole="t" filled="f" o:preferrelative="t" stroked="f" coordsize="21600,21600">
            <v:path/>
            <v:fill on="f" focussize="0,0"/>
            <v:stroke on="f" joinstyle="miter"/>
            <v:imagedata r:id="rId2838" o:title="eqIdf1121e360cbb613b76c5e5d08c5bcca4"/>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∴其价值为</w:t>
      </w:r>
      <w:r>
        <w:pict>
          <v:shape id="_x0000_i717772"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839" o:title="eqId533a7b702ada1dd80123e4041271d5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③当数列为</w:t>
      </w:r>
      <w:r>
        <w:rPr>
          <w:rFonts w:ascii="Times New Roman" w:hAnsi="Times New Roman" w:eastAsia="Times New Roman" w:cs="Times New Roman"/>
          <w:color w:val="000000"/>
        </w:rPr>
        <w:t>“</w:t>
      </w:r>
      <w:r>
        <w:pict>
          <v:shape id="_x0000_i717773"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40" o:title="eqId81fb134b2b48acc99213fff6ccfee65f"/>
            <o:lock v:ext="edit" aspectratio="t"/>
            <w10:wrap type="none"/>
            <w10:anchorlock/>
          </v:shape>
        </w:pict>
      </w:r>
      <w:r>
        <w:rPr>
          <w:rFonts w:ascii="宋体" w:hAnsi="宋体" w:eastAsia="宋体" w:cs="宋体"/>
          <w:color w:val="000000"/>
        </w:rPr>
        <w:t>，</w:t>
      </w:r>
      <w:r>
        <w:pict>
          <v:shape id="_x0000_i717774"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41" o:title="eqId01317332a203c898536b1d0459f51d2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w:t>
      </w:r>
      <w:r>
        <w:pict>
          <v:shape id="_x0000_i717775"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2842" o:title="eqId47e0e64ea4fcdbc0bcde1203969752e0"/>
            <o:lock v:ext="edit" aspectratio="t"/>
            <w10:wrap type="none"/>
            <w10:anchorlock/>
          </v:shape>
        </w:pict>
      </w:r>
      <w:r>
        <w:rPr>
          <w:rFonts w:ascii="宋体" w:hAnsi="宋体" w:eastAsia="宋体" w:cs="宋体"/>
          <w:color w:val="000000"/>
        </w:rPr>
        <w:t>，</w:t>
      </w:r>
      <w:r>
        <w:pict>
          <v:shape id="_x0000_i717776" o:spt="75" alt="学科网(www.zxxk.com)--教育资源门户，提供试卷、教案、课件、论文、素材以及各类教学资源下载，还有大量而丰富的教学相关资讯！" type="#_x0000_t75" style="height:33pt;width:72.75pt;" o:ole="t" filled="f" o:preferrelative="t" stroked="f" coordsize="21600,21600">
            <v:path/>
            <v:fill on="f" focussize="0,0"/>
            <v:stroke on="f" joinstyle="miter"/>
            <v:imagedata r:id="rId2843" o:title="eqId0ac8e62d7cd68bf35d9ed2fdcf7ab0d2"/>
            <o:lock v:ext="edit" aspectratio="t"/>
            <w10:wrap type="none"/>
            <w10:anchorlock/>
          </v:shape>
        </w:pict>
      </w:r>
      <w:r>
        <w:rPr>
          <w:rFonts w:ascii="宋体" w:hAnsi="宋体" w:eastAsia="宋体" w:cs="宋体"/>
          <w:color w:val="000000"/>
        </w:rPr>
        <w:t>，</w:t>
      </w:r>
      <w:r>
        <w:pict>
          <v:shape id="_x0000_i717777" o:spt="75" alt="学科网(www.zxxk.com)--教育资源门户，提供试卷、教案、课件、论文、素材以及各类教学资源下载，还有大量而丰富的教学相关资讯！" type="#_x0000_t75" style="height:33pt;width:87pt;" o:ole="t" filled="f" o:preferrelative="t" stroked="f" coordsize="21600,21600">
            <v:path/>
            <v:fill on="f" focussize="0,0"/>
            <v:stroke on="f" joinstyle="miter"/>
            <v:imagedata r:id="rId2844" o:title="eqIde654b7200b00a10fd526730ae75d64df"/>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778" o:spt="75" alt="学科网(www.zxxk.com)--教育资源门户，提供试卷、教案、课件、论文、素材以及各类教学资源下载，还有大量而丰富的教学相关资讯！" type="#_x0000_t75" style="height:31.15pt;width:48pt;" o:ole="t" filled="f" o:preferrelative="t" stroked="f" coordsize="21600,21600">
            <v:path/>
            <v:fill on="f" focussize="0,0"/>
            <v:stroke on="f" joinstyle="miter"/>
            <v:imagedata r:id="rId2845" o:title="eqId131acaf8f5bd0d76b19a6d1c789bab9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∴其价值为</w:t>
      </w:r>
      <w:r>
        <w:pict>
          <v:shape id="_x0000_i717779"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846" o:title="eqIda391005600bdd69c96750589f9adb0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④当数列为</w:t>
      </w:r>
      <w:r>
        <w:rPr>
          <w:rFonts w:ascii="Times New Roman" w:hAnsi="Times New Roman" w:eastAsia="Times New Roman" w:cs="Times New Roman"/>
          <w:color w:val="000000"/>
        </w:rPr>
        <w:t>“</w:t>
      </w:r>
      <w:r>
        <w:pict>
          <v:shape id="_x0000_i71778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47"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7781"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48" o:title="eqId01317332a203c898536b1d0459f51d23"/>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时，</w:t>
      </w:r>
      <w:r>
        <w:pict>
          <v:shape id="_x0000_i717782"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2849" o:title="eqId47e0e64ea4fcdbc0bcde1203969752e0"/>
            <o:lock v:ext="edit" aspectratio="t"/>
            <w10:wrap type="none"/>
            <w10:anchorlock/>
          </v:shape>
        </w:pict>
      </w:r>
      <w:r>
        <w:rPr>
          <w:rFonts w:ascii="宋体" w:hAnsi="宋体" w:eastAsia="宋体" w:cs="宋体"/>
          <w:color w:val="000000"/>
        </w:rPr>
        <w:t>，</w:t>
      </w:r>
      <w:r>
        <w:pict>
          <v:shape id="_x0000_i717783" o:spt="75" alt="学科网(www.zxxk.com)--教育资源门户，提供试卷、教案、课件、论文、素材以及各类教学资源下载，还有大量而丰富的教学相关资讯！" type="#_x0000_t75" style="height:30.75pt;width:56.25pt;" o:ole="t" filled="f" o:preferrelative="t" stroked="f" coordsize="21600,21600">
            <v:path/>
            <v:fill on="f" focussize="0,0"/>
            <v:stroke on="f" joinstyle="miter"/>
            <v:imagedata r:id="rId2850" o:title="eqId602e24541a23f331b19b2e56f0049060"/>
            <o:lock v:ext="edit" aspectratio="t"/>
            <w10:wrap type="none"/>
            <w10:anchorlock/>
          </v:shape>
        </w:pict>
      </w:r>
      <w:r>
        <w:rPr>
          <w:rFonts w:ascii="宋体" w:hAnsi="宋体" w:eastAsia="宋体" w:cs="宋体"/>
          <w:color w:val="000000"/>
        </w:rPr>
        <w:t>，</w:t>
      </w:r>
      <w:r>
        <w:pict>
          <v:shape id="_x0000_i717784" o:spt="75" alt="学科网(www.zxxk.com)--教育资源门户，提供试卷、教案、课件、论文、素材以及各类教学资源下载，还有大量而丰富的教学相关资讯！" type="#_x0000_t75" style="height:33pt;width:87pt;" o:ole="t" filled="f" o:preferrelative="t" stroked="f" coordsize="21600,21600">
            <v:path/>
            <v:fill on="f" focussize="0,0"/>
            <v:stroke on="f" joinstyle="miter"/>
            <v:imagedata r:id="rId2851" o:title="eqIdd58d3cfc0e83e7accf1630eb1ec4403f"/>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785" o:spt="75" alt="学科网(www.zxxk.com)--教育资源门户，提供试卷、教案、课件、论文、素材以及各类教学资源下载，还有大量而丰富的教学相关资讯！" type="#_x0000_t75" style="height:31.15pt;width:43.15pt;" o:ole="t" filled="f" o:preferrelative="t" stroked="f" coordsize="21600,21600">
            <v:path/>
            <v:fill on="f" focussize="0,0"/>
            <v:stroke on="f" joinstyle="miter"/>
            <v:imagedata r:id="rId2852" o:title="eqId9e823f1d5463c90d2c3af537e70937d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∴其价值为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⑤当数列为</w:t>
      </w:r>
      <w:r>
        <w:rPr>
          <w:rFonts w:ascii="Times New Roman" w:hAnsi="Times New Roman" w:eastAsia="Times New Roman" w:cs="Times New Roman"/>
          <w:color w:val="000000"/>
        </w:rPr>
        <w:t>“1</w:t>
      </w:r>
      <w:r>
        <w:rPr>
          <w:rFonts w:ascii="宋体" w:hAnsi="宋体" w:eastAsia="宋体" w:cs="宋体"/>
          <w:color w:val="000000"/>
        </w:rPr>
        <w:t>，</w:t>
      </w:r>
      <w:r>
        <w:pict>
          <v:shape id="_x0000_i717786"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53" o:title="eqId01317332a203c898536b1d0459f51d23"/>
            <o:lock v:ext="edit" aspectratio="t"/>
            <w10:wrap type="none"/>
            <w10:anchorlock/>
          </v:shape>
        </w:pict>
      </w:r>
      <w:r>
        <w:rPr>
          <w:rFonts w:ascii="宋体" w:hAnsi="宋体" w:eastAsia="宋体" w:cs="宋体"/>
          <w:color w:val="000000"/>
        </w:rPr>
        <w:t>，</w:t>
      </w:r>
      <w:r>
        <w:pict>
          <v:shape id="_x0000_i71778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54" o:title="eqId81fb134b2b48acc99213fff6ccfee65f"/>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时，</w:t>
      </w:r>
      <w:r>
        <w:pict>
          <v:shape id="_x0000_i717788"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2855" o:title="eqIda95887ebde10072e961559be1c8472e2"/>
            <o:lock v:ext="edit" aspectratio="t"/>
            <w10:wrap type="none"/>
            <w10:anchorlock/>
          </v:shape>
        </w:pict>
      </w:r>
      <w:r>
        <w:rPr>
          <w:rFonts w:ascii="宋体" w:hAnsi="宋体" w:eastAsia="宋体" w:cs="宋体"/>
          <w:color w:val="000000"/>
        </w:rPr>
        <w:t>，</w:t>
      </w:r>
      <w:r>
        <w:pict>
          <v:shape id="_x0000_i717789" o:spt="75" alt="学科网(www.zxxk.com)--教育资源门户，提供试卷、教案、课件、论文、素材以及各类教学资源下载，还有大量而丰富的教学相关资讯！" type="#_x0000_t75" style="height:33pt;width:65.25pt;" o:ole="t" filled="f" o:preferrelative="t" stroked="f" coordsize="21600,21600">
            <v:path/>
            <v:fill on="f" focussize="0,0"/>
            <v:stroke on="f" joinstyle="miter"/>
            <v:imagedata r:id="rId2856" o:title="eqIdbc3787003c80f155e7e208d597291614"/>
            <o:lock v:ext="edit" aspectratio="t"/>
            <w10:wrap type="none"/>
            <w10:anchorlock/>
          </v:shape>
        </w:pict>
      </w:r>
      <w:r>
        <w:rPr>
          <w:rFonts w:ascii="宋体" w:hAnsi="宋体" w:eastAsia="宋体" w:cs="宋体"/>
          <w:color w:val="000000"/>
        </w:rPr>
        <w:t>，</w:t>
      </w:r>
      <w:r>
        <w:pict>
          <v:shape id="_x0000_i717790" o:spt="75" alt="学科网(www.zxxk.com)--教育资源门户，提供试卷、教案、课件、论文、素材以及各类教学资源下载，还有大量而丰富的教学相关资讯！" type="#_x0000_t75" style="height:33pt;width:95.25pt;" o:ole="t" filled="f" o:preferrelative="t" stroked="f" coordsize="21600,21600">
            <v:path/>
            <v:fill on="f" focussize="0,0"/>
            <v:stroke on="f" joinstyle="miter"/>
            <v:imagedata r:id="rId2857" o:title="eqIdd8a559230b03a4657ca82d47833ec39d"/>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791" o:spt="75" alt="学科网(www.zxxk.com)--教育资源门户，提供试卷、教案、课件、论文、素材以及各类教学资源下载，还有大量而丰富的教学相关资讯！" type="#_x0000_t75" style="height:31.15pt;width:46.15pt;" o:ole="t" filled="f" o:preferrelative="t" stroked="f" coordsize="21600,21600">
            <v:path/>
            <v:fill on="f" focussize="0,0"/>
            <v:stroke on="f" joinstyle="miter"/>
            <v:imagedata r:id="rId2858" o:title="eqId0891dc5753363a683a4e09874cd4862e"/>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∴其价值为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⑥当数列为</w:t>
      </w:r>
      <w:r>
        <w:rPr>
          <w:rFonts w:ascii="Times New Roman" w:hAnsi="Times New Roman" w:eastAsia="Times New Roman" w:cs="Times New Roman"/>
          <w:color w:val="000000"/>
        </w:rPr>
        <w:t>“1</w:t>
      </w:r>
      <w:r>
        <w:rPr>
          <w:rFonts w:ascii="宋体" w:hAnsi="宋体" w:eastAsia="宋体" w:cs="宋体"/>
          <w:color w:val="000000"/>
        </w:rPr>
        <w:t>，</w:t>
      </w:r>
      <w:r>
        <w:pict>
          <v:shape id="_x0000_i717792"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59" o:title="eqId81fb134b2b48acc99213fff6ccfee65f"/>
            <o:lock v:ext="edit" aspectratio="t"/>
            <w10:wrap type="none"/>
            <w10:anchorlock/>
          </v:shape>
        </w:pict>
      </w:r>
      <w:r>
        <w:rPr>
          <w:rFonts w:ascii="宋体" w:hAnsi="宋体" w:eastAsia="宋体" w:cs="宋体"/>
          <w:color w:val="000000"/>
        </w:rPr>
        <w:t>，</w:t>
      </w:r>
      <w:r>
        <w:pict>
          <v:shape id="_x0000_i717793"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60" o:title="eqId01317332a203c898536b1d0459f51d23"/>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时，</w:t>
      </w:r>
      <w:r>
        <w:pict>
          <v:shape id="_x0000_i717794"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2861" o:title="eqIda95887ebde10072e961559be1c8472e2"/>
            <o:lock v:ext="edit" aspectratio="t"/>
            <w10:wrap type="none"/>
            <w10:anchorlock/>
          </v:shape>
        </w:pict>
      </w:r>
      <w:r>
        <w:rPr>
          <w:rFonts w:ascii="宋体" w:hAnsi="宋体" w:eastAsia="宋体" w:cs="宋体"/>
          <w:color w:val="000000"/>
        </w:rPr>
        <w:t>，</w:t>
      </w:r>
      <w:r>
        <w:pict>
          <v:shape id="_x0000_i717795" o:spt="75" alt="学科网(www.zxxk.com)--教育资源门户，提供试卷、教案、课件、论文、素材以及各类教学资源下载，还有大量而丰富的教学相关资讯！" type="#_x0000_t75" style="height:33pt;width:60pt;" o:ole="t" filled="f" o:preferrelative="t" stroked="f" coordsize="21600,21600">
            <v:path/>
            <v:fill on="f" focussize="0,0"/>
            <v:stroke on="f" joinstyle="miter"/>
            <v:imagedata r:id="rId2862" o:title="eqId204d574e95d2b931c7e2e206ba230c0f"/>
            <o:lock v:ext="edit" aspectratio="t"/>
            <w10:wrap type="none"/>
            <w10:anchorlock/>
          </v:shape>
        </w:pict>
      </w:r>
      <w:r>
        <w:rPr>
          <w:rFonts w:ascii="宋体" w:hAnsi="宋体" w:eastAsia="宋体" w:cs="宋体"/>
          <w:color w:val="000000"/>
        </w:rPr>
        <w:t>，</w:t>
      </w:r>
      <w:r>
        <w:pict>
          <v:shape id="_x0000_i717796" o:spt="75" alt="学科网(www.zxxk.com)--教育资源门户，提供试卷、教案、课件、论文、素材以及各类教学资源下载，还有大量而丰富的教学相关资讯！" type="#_x0000_t75" style="height:33pt;width:95.25pt;" o:ole="t" filled="f" o:preferrelative="t" stroked="f" coordsize="21600,21600">
            <v:path/>
            <v:fill on="f" focussize="0,0"/>
            <v:stroke on="f" joinstyle="miter"/>
            <v:imagedata r:id="rId2863" o:title="eqIdd44e1a48de8f53f7d7d9f2c109057438"/>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7797" o:spt="75" alt="学科网(www.zxxk.com)--教育资源门户，提供试卷、教案、课件、论文、素材以及各类教学资源下载，还有大量而丰富的教学相关资讯！" type="#_x0000_t75" style="height:31.15pt;width:25.9pt;" o:ole="t" filled="f" o:preferrelative="t" stroked="f" coordsize="21600,21600">
            <v:path/>
            <v:fill on="f" focussize="0,0"/>
            <v:stroke on="f" joinstyle="miter"/>
            <v:imagedata r:id="rId2864" o:title="eqId3b3cad1abb7d85431846ad2be57fd091"/>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∴其价值为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当数列为：</w:t>
      </w:r>
      <w:r>
        <w:pict>
          <v:shape id="_x0000_i717798"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65"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7799"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66" o:title="eqId01317332a203c898536b1d0459f51d23"/>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w:t>
      </w:r>
      <w:r>
        <w:pict>
          <v:shape id="_x0000_i717800"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66" o:title="eqId01317332a203c898536b1d0459f51d23"/>
            <o:lock v:ext="edit" aspectratio="t"/>
            <w10:wrap type="none"/>
            <w10:anchorlock/>
          </v:shape>
        </w:pict>
      </w:r>
      <w:r>
        <w:rPr>
          <w:rFonts w:ascii="宋体" w:hAnsi="宋体" w:eastAsia="宋体" w:cs="宋体"/>
          <w:color w:val="000000"/>
        </w:rPr>
        <w:t>，</w:t>
      </w:r>
      <w:r>
        <w:pict>
          <v:shape id="_x0000_i717801"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65" o:title="eqId81fb134b2b48acc99213fff6ccfee65f"/>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w:t>
      </w:r>
      <w:r>
        <w:pict>
          <v:shape id="_x0000_i717802"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65" o:title="eqId81fb134b2b48acc99213fff6ccfee65f"/>
            <o:lock v:ext="edit" aspectratio="t"/>
            <w10:wrap type="none"/>
            <w10:anchorlock/>
          </v:shape>
        </w:pict>
      </w:r>
      <w:r>
        <w:rPr>
          <w:rFonts w:ascii="宋体" w:hAnsi="宋体" w:eastAsia="宋体" w:cs="宋体"/>
          <w:color w:val="000000"/>
        </w:rPr>
        <w:t>，</w:t>
      </w:r>
      <w:r>
        <w:pict>
          <v:shape id="_x0000_i717803"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66" o:title="eqId01317332a203c898536b1d0459f51d23"/>
            <o:lock v:ext="edit" aspectratio="t"/>
            <w10:wrap type="none"/>
            <w10:anchorlock/>
          </v:shape>
        </w:pict>
      </w:r>
      <w:r>
        <w:rPr>
          <w:rFonts w:ascii="宋体" w:hAnsi="宋体" w:eastAsia="宋体" w:cs="宋体"/>
          <w:color w:val="000000"/>
        </w:rPr>
        <w:t>时，数列的价值的最小值为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pict>
          <v:shape id="_x0000_i717804"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2867" o:title="eqId01317332a203c898536b1d0459f51d23"/>
            <o:lock v:ext="edit" aspectratio="t"/>
            <w10:wrap type="none"/>
            <w10:anchorlock/>
          </v:shape>
        </w:pict>
      </w:r>
      <w:r>
        <w:rPr>
          <w:rFonts w:ascii="宋体" w:hAnsi="宋体" w:eastAsia="宋体" w:cs="宋体"/>
          <w:color w:val="000000"/>
        </w:rPr>
        <w:t>，</w:t>
      </w:r>
      <w:r>
        <w:pict>
          <v:shape id="_x0000_i717805"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2868" o:title="eqId81fb134b2b48acc99213fff6ccfee65f"/>
            <o:lock v:ext="edit" aspectratio="t"/>
            <w10:wrap type="none"/>
            <w10:anchorlock/>
          </v:shape>
        </w:pict>
      </w:r>
      <w:r>
        <w:rPr>
          <w:rFonts w:ascii="宋体" w:hAnsi="宋体" w:eastAsia="宋体" w:cs="宋体"/>
          <w:color w:val="000000"/>
        </w:rPr>
        <w:t>（答案不唯一）．</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解：①当</w:t>
      </w:r>
      <w:r>
        <w:pict>
          <v:shape id="_x0000_i717806" o:spt="75" alt="学科网(www.zxxk.com)--教育资源门户，提供试卷、教案、课件、论文、素材以及各类教学资源下载，还有大量而丰富的教学相关资讯！" type="#_x0000_t75" style="height:33pt;width:48pt;" o:ole="t" filled="f" o:preferrelative="t" stroked="f" coordsize="21600,21600">
            <v:path/>
            <v:fill on="f" focussize="0,0"/>
            <v:stroke on="f" joinstyle="miter"/>
            <v:imagedata r:id="rId2869" o:title="eqIdde98673aa0a9578eea565dc28fd162e4"/>
            <o:lock v:ext="edit" aspectratio="t"/>
            <w10:wrap type="none"/>
            <w10:anchorlock/>
          </v:shape>
        </w:pict>
      </w:r>
      <w:r>
        <w:rPr>
          <w:rFonts w:ascii="宋体" w:hAnsi="宋体" w:eastAsia="宋体" w:cs="宋体"/>
          <w:color w:val="000000"/>
        </w:rPr>
        <w:t>，则</w:t>
      </w:r>
      <w:r>
        <w:pict>
          <v:shape id="_x0000_i717807" o:spt="75" alt="学科网(www.zxxk.com)--教育资源门户，提供试卷、教案、课件、论文、素材以及各类教学资源下载，还有大量而丰富的教学相关资讯！" type="#_x0000_t75" style="height:13.95pt;width:28pt;" o:ole="t" filled="f" o:preferrelative="t" stroked="f" coordsize="21600,21600">
            <v:path/>
            <v:fill on="f" focussize="0,0"/>
            <v:stroke on="f" joinstyle="miter"/>
            <v:imagedata r:id="rId2870" o:title="eqId3b4d795709b0abcf47bceec2250f2f9b"/>
            <o:lock v:ext="edit" aspectratio="t"/>
            <w10:wrap type="none"/>
            <w10:anchorlock/>
          </v:shape>
        </w:pict>
      </w:r>
      <w:r>
        <w:rPr>
          <w:rFonts w:ascii="宋体" w:hAnsi="宋体" w:eastAsia="宋体" w:cs="宋体"/>
          <w:color w:val="000000"/>
        </w:rPr>
        <w:t>，不合题意；</w:t>
      </w:r>
    </w:p>
    <w:p>
      <w:pPr>
        <w:spacing w:line="360" w:lineRule="auto"/>
        <w:jc w:val="left"/>
        <w:textAlignment w:val="center"/>
        <w:rPr>
          <w:color w:val="000000"/>
        </w:rPr>
      </w:pPr>
      <w:r>
        <w:rPr>
          <w:rFonts w:ascii="宋体" w:hAnsi="宋体" w:eastAsia="宋体" w:cs="宋体"/>
          <w:color w:val="000000"/>
        </w:rPr>
        <w:t>②当</w:t>
      </w:r>
      <w:r>
        <w:pict>
          <v:shape id="_x0000_i717808" o:spt="75" alt="学科网(www.zxxk.com)--教育资源门户，提供试卷、教案、课件、论文、素材以及各类教学资源下载，还有大量而丰富的教学相关资讯！" type="#_x0000_t75" style="height:33pt;width:54.75pt;" o:ole="t" filled="f" o:preferrelative="t" stroked="f" coordsize="21600,21600">
            <v:path/>
            <v:fill on="f" focussize="0,0"/>
            <v:stroke on="f" joinstyle="miter"/>
            <v:imagedata r:id="rId2871" o:title="eqId4061cc05a08f590b5541486d99a62cdf"/>
            <o:lock v:ext="edit" aspectratio="t"/>
            <w10:wrap type="none"/>
            <w10:anchorlock/>
          </v:shape>
        </w:pict>
      </w:r>
      <w:r>
        <w:rPr>
          <w:rFonts w:ascii="宋体" w:hAnsi="宋体" w:eastAsia="宋体" w:cs="宋体"/>
          <w:color w:val="000000"/>
        </w:rPr>
        <w:t>，则</w:t>
      </w:r>
      <w:r>
        <w:pict>
          <v:shape id="_x0000_i717809"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2872" o:title="eqIdab839d8569171afab5ed55c22013aa72"/>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9</w:t>
      </w:r>
      <w:r>
        <w:rPr>
          <w:rFonts w:ascii="宋体" w:hAnsi="宋体" w:eastAsia="宋体" w:cs="宋体"/>
          <w:color w:val="000000"/>
        </w:rPr>
        <w:t>，当</w:t>
      </w:r>
      <w:r>
        <w:pict>
          <v:shape id="_x0000_i717810"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2872" o:title="eqIdab839d8569171afab5ed55c22013aa72"/>
            <o:lock v:ext="edit" aspectratio="t"/>
            <w10:wrap type="none"/>
            <w10:anchorlock/>
          </v:shape>
        </w:pict>
      </w:r>
      <w:r>
        <w:rPr>
          <w:rFonts w:ascii="宋体" w:hAnsi="宋体" w:eastAsia="宋体" w:cs="宋体"/>
          <w:color w:val="000000"/>
        </w:rPr>
        <w:t>时，</w:t>
      </w:r>
      <w:r>
        <w:pict>
          <v:shape id="_x0000_i717811" o:spt="75" alt="学科网(www.zxxk.com)--教育资源门户，提供试卷、教案、课件、论文、素材以及各类教学资源下载，还有大量而丰富的教学相关资讯！" type="#_x0000_t75" style="height:33pt;width:96.75pt;" o:ole="t" filled="f" o:preferrelative="t" stroked="f" coordsize="21600,21600">
            <v:path/>
            <v:fill on="f" focussize="0,0"/>
            <v:stroke on="f" joinstyle="miter"/>
            <v:imagedata r:id="rId2873" o:title="eqId71c8c0103902ee61349edb167fca634e"/>
            <o:lock v:ext="edit" aspectratio="t"/>
            <w10:wrap type="none"/>
            <w10:anchorlock/>
          </v:shape>
        </w:pict>
      </w:r>
      <w:r>
        <w:rPr>
          <w:rFonts w:ascii="宋体" w:hAnsi="宋体" w:eastAsia="宋体" w:cs="宋体"/>
          <w:color w:val="000000"/>
        </w:rPr>
        <w:t>，故</w:t>
      </w:r>
      <w:r>
        <w:pict>
          <v:shape id="_x0000_i717812"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2872" o:title="eqIdab839d8569171afab5ed55c22013aa72"/>
            <o:lock v:ext="edit" aspectratio="t"/>
            <w10:wrap type="none"/>
            <w10:anchorlock/>
          </v:shape>
        </w:pict>
      </w:r>
      <w:r>
        <w:rPr>
          <w:rFonts w:ascii="宋体" w:hAnsi="宋体" w:eastAsia="宋体" w:cs="宋体"/>
          <w:color w:val="000000"/>
        </w:rPr>
        <w:t>不合题意舍去；</w:t>
      </w:r>
    </w:p>
    <w:p>
      <w:pPr>
        <w:spacing w:line="360" w:lineRule="auto"/>
        <w:jc w:val="left"/>
        <w:textAlignment w:val="center"/>
        <w:rPr>
          <w:color w:val="000000"/>
        </w:rPr>
      </w:pPr>
      <w:r>
        <w:rPr>
          <w:rFonts w:ascii="宋体" w:hAnsi="宋体" w:eastAsia="宋体" w:cs="宋体"/>
          <w:color w:val="000000"/>
        </w:rPr>
        <w:t>③当</w:t>
      </w:r>
      <w:r>
        <w:pict>
          <v:shape id="_x0000_i717813" o:spt="75" alt="学科网(www.zxxk.com)--教育资源门户，提供试卷、教案、课件、论文、素材以及各类教学资源下载，还有大量而丰富的教学相关资讯！" type="#_x0000_t75" style="height:33pt;width:80.25pt;" o:ole="t" filled="f" o:preferrelative="t" stroked="f" coordsize="21600,21600">
            <v:path/>
            <v:fill on="f" focussize="0,0"/>
            <v:stroke on="f" joinstyle="miter"/>
            <v:imagedata r:id="rId2874" o:title="eqId67940672ecc559950a42807ecd38d4fb"/>
            <o:lock v:ext="edit" aspectratio="t"/>
            <w10:wrap type="none"/>
            <w10:anchorlock/>
          </v:shape>
        </w:pict>
      </w:r>
      <w:r>
        <w:rPr>
          <w:rFonts w:ascii="宋体" w:hAnsi="宋体" w:eastAsia="宋体" w:cs="宋体"/>
          <w:color w:val="000000"/>
        </w:rPr>
        <w:t>，则</w:t>
      </w:r>
      <w:r>
        <w:pict>
          <v:shape id="_x0000_i717814"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2875" o:title="eqId36e15cbd7c42d7b15d7ba8d2b28ab8df"/>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，当</w:t>
      </w:r>
      <w:r>
        <w:pict>
          <v:shape id="_x0000_i717815"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2875" o:title="eqId36e15cbd7c42d7b15d7ba8d2b28ab8df"/>
            <o:lock v:ext="edit" aspectratio="t"/>
            <w10:wrap type="none"/>
            <w10:anchorlock/>
          </v:shape>
        </w:pict>
      </w:r>
      <w:r>
        <w:rPr>
          <w:rFonts w:ascii="宋体" w:hAnsi="宋体" w:eastAsia="宋体" w:cs="宋体"/>
          <w:color w:val="000000"/>
        </w:rPr>
        <w:t>时，</w:t>
      </w:r>
      <w:r>
        <w:pict>
          <v:shape id="_x0000_i717816" o:spt="75" alt="学科网(www.zxxk.com)--教育资源门户，提供试卷、教案、课件、论文、素材以及各类教学资源下载，还有大量而丰富的教学相关资讯！" type="#_x0000_t75" style="height:33pt;width:74.25pt;" o:ole="t" filled="f" o:preferrelative="t" stroked="f" coordsize="21600,21600">
            <v:path/>
            <v:fill on="f" focussize="0,0"/>
            <v:stroke on="f" joinstyle="miter"/>
            <v:imagedata r:id="rId2876" o:title="eqId892f8caee42231c0f2cc7dfa136c4f4a"/>
            <o:lock v:ext="edit" aspectratio="t"/>
            <w10:wrap type="none"/>
            <w10:anchorlock/>
          </v:shape>
        </w:pict>
      </w:r>
      <w:r>
        <w:rPr>
          <w:rFonts w:ascii="宋体" w:hAnsi="宋体" w:eastAsia="宋体" w:cs="宋体"/>
          <w:color w:val="000000"/>
        </w:rPr>
        <w:t>，故</w:t>
      </w:r>
      <w:r>
        <w:pict>
          <v:shape id="_x0000_i717817"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2875" o:title="eqId36e15cbd7c42d7b15d7ba8d2b28ab8df"/>
            <o:lock v:ext="edit" aspectratio="t"/>
            <w10:wrap type="none"/>
            <w10:anchorlock/>
          </v:shape>
        </w:pict>
      </w:r>
      <w:r>
        <w:rPr>
          <w:rFonts w:ascii="宋体" w:hAnsi="宋体" w:eastAsia="宋体" w:cs="宋体"/>
          <w:color w:val="000000"/>
        </w:rPr>
        <w:t>不合题意舍去；</w:t>
      </w:r>
    </w:p>
    <w:p>
      <w:pPr>
        <w:spacing w:line="360" w:lineRule="auto"/>
        <w:jc w:val="left"/>
        <w:textAlignment w:val="center"/>
        <w:rPr>
          <w:color w:val="000000"/>
        </w:rPr>
      </w:pPr>
      <w:r>
        <w:pict>
          <v:shape id="_x0000_i717818" o:spt="75" alt="学科网(www.zxxk.com)--教育资源门户，提供试卷、教案、课件、论文、素材以及各类教学资源下载，还有大量而丰富的教学相关资讯！" type="#_x0000_t75" style="height:9.75pt;width:15.75pt;" o:ole="t" filled="f" o:preferrelative="t" stroked="f" coordsize="21600,21600">
            <v:path/>
            <v:fill on="f" focussize="0,0"/>
            <v:stroke on="f" joinstyle="miter"/>
            <v:imagedata r:id="rId2877" o:title="eqId0fd73eaa3827941790b67134498ebd92"/>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9</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9</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本题考查了绝对值，有理数的大小比较，理解题意．解题的关键在于利用绝对值的性质进行计算．</w:t>
      </w:r>
    </w:p>
    <w:p>
      <w:pPr>
        <w:pStyle w:val="Heading2"/>
      </w:pPr>
      <w:r>
        <w:t>第三十五中学</w:t>
      </w:r>
    </w:p>
    <w:p>
      <w:pPr>
        <w:spacing w:line="360" w:lineRule="auto"/>
        <w:jc w:val="left"/>
        <w:textAlignment w:val="center"/>
        <w:rPr>
          <w:color w:val="000000"/>
        </w:rPr>
      </w:pPr>
      <w:r>
        <w:rPr>
          <w:color w:val="000000"/>
        </w:rPr>
        <w:t xml:space="preserve">27. </w:t>
      </w:r>
      <w:r>
        <w:rPr>
          <w:rFonts w:ascii="宋体" w:hAnsi="宋体" w:eastAsia="宋体" w:cs="宋体"/>
          <w:color w:val="000000"/>
        </w:rPr>
        <w:t>在学习有理数这一章知识的过程中，我校初一年级李华同学对数学运算非常感兴趣，并自主探究了一种新运算“</w:t>
      </w:r>
      <w:r>
        <w:pict>
          <v:shape id="_x0000_i717819" o:spt="75" alt="学科网(www.zxxk.com)--教育资源门户，提供试卷、教案、课件、论文、素材以及各类教学资源下载，还有大量而丰富的教学相关资讯！" type="#_x0000_t75" style="height:15pt;width:13.5pt;" o:ole="t" filled="f" o:preferrelative="t" stroked="f" coordsize="21600,21600">
            <v:path/>
            <v:fill on="f" focussize="0,0"/>
            <v:stroke on="f" joinstyle="miter"/>
            <v:imagedata r:id="rId2878" o:title="eqId4bdab174944d785d960c68902b8279e1"/>
            <o:lock v:ext="edit" aspectratio="t"/>
            <w10:wrap type="none"/>
            <w10:anchorlock/>
          </v:shape>
        </w:pict>
      </w:r>
      <w:r>
        <w:rPr>
          <w:rFonts w:ascii="宋体" w:hAnsi="宋体" w:eastAsia="宋体" w:cs="宋体"/>
          <w:color w:val="000000"/>
        </w:rPr>
        <w:t>”，规则如下：对两个有理数</w:t>
      </w:r>
      <w:r>
        <w:pict>
          <v:shape id="_x0000_i71782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879" o:title="eqId0a6936d370d6a238a608ca56f87198de"/>
            <o:lock v:ext="edit" aspectratio="t"/>
            <w10:wrap type="none"/>
            <w10:anchorlock/>
          </v:shape>
        </w:pict>
      </w:r>
      <w:r>
        <w:rPr>
          <w:rFonts w:ascii="宋体" w:hAnsi="宋体" w:eastAsia="宋体" w:cs="宋体"/>
          <w:color w:val="000000"/>
        </w:rPr>
        <w:t>、</w:t>
      </w:r>
      <w:r>
        <w:pict>
          <v:shape id="_x0000_i717821"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880" o:title="eqId2c94bb12cee76221e13f9ef955b0aab1"/>
            <o:lock v:ext="edit" aspectratio="t"/>
            <w10:wrap type="none"/>
            <w10:anchorlock/>
          </v:shape>
        </w:pict>
      </w:r>
      <w:r>
        <w:rPr>
          <w:rFonts w:ascii="宋体" w:hAnsi="宋体" w:eastAsia="宋体" w:cs="宋体"/>
          <w:color w:val="000000"/>
        </w:rPr>
        <w:t>，定义</w:t>
      </w:r>
      <w:r>
        <w:pict>
          <v:shape id="_x0000_i717822" o:spt="75" alt="学科网(www.zxxk.com)--教育资源门户，提供试卷、教案、课件、论文、素材以及各类教学资源下载，还有大量而丰富的教学相关资讯！" type="#_x0000_t75" style="height:32.65pt;width:99.65pt;" o:ole="t" filled="f" o:preferrelative="t" stroked="f" coordsize="21600,21600">
            <v:path/>
            <v:fill on="f" focussize="0,0"/>
            <v:stroke on="f" joinstyle="miter"/>
            <v:imagedata r:id="rId2881" o:title="eqIdb2fea654252d665b2c9e124ea20d9bd1"/>
            <o:lock v:ext="edit" aspectratio="t"/>
            <w10:wrap type="none"/>
            <w10:anchorlock/>
          </v:shape>
        </w:pict>
      </w:r>
      <w:r>
        <w:rPr>
          <w:rFonts w:ascii="宋体" w:hAnsi="宋体" w:eastAsia="宋体" w:cs="宋体"/>
          <w:color w:val="000000"/>
        </w:rPr>
        <w:t>．请你根据上述运算规则解决以下问题：</w:t>
      </w:r>
    </w:p>
    <w:p>
      <w:pPr>
        <w:spacing w:line="360" w:lineRule="auto"/>
        <w:jc w:val="left"/>
        <w:textAlignment w:val="center"/>
        <w:rPr>
          <w:color w:val="000000"/>
        </w:rPr>
      </w:pPr>
      <w:r>
        <w:rPr>
          <w:color w:val="000000"/>
        </w:rPr>
        <w:t>（1）</w:t>
      </w:r>
      <w:r>
        <w:rPr>
          <w:rFonts w:ascii="宋体" w:hAnsi="宋体" w:eastAsia="宋体" w:cs="宋体"/>
          <w:color w:val="000000"/>
        </w:rPr>
        <w:t>计算：</w:t>
      </w:r>
      <w:r>
        <w:pict>
          <v:shape id="_x0000_i717823" o:spt="75" alt="学科网(www.zxxk.com)--教育资源门户，提供试卷、教案、课件、论文、素材以及各类教学资源下载，还有大量而丰富的教学相关资讯！" type="#_x0000_t75" style="height:15.05pt;width:32.65pt;" o:ole="t" filled="f" o:preferrelative="t" stroked="f" coordsize="21600,21600">
            <v:path/>
            <v:fill on="f" focussize="0,0"/>
            <v:stroke on="f" joinstyle="miter"/>
            <v:imagedata r:id="rId2882" o:title="eqIdf82e4b554fd41d89931a327014b7218d"/>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r>
        <w:pict>
          <v:shape id="_x0000_i717824" o:spt="75" alt="学科网(www.zxxk.com)--教育资源门户，提供试卷、教案、课件、论文、素材以及各类教学资源下载，还有大量而丰富的教学相关资讯！" type="#_x0000_t75" style="height:15.05pt;width:69.5pt;" o:ole="t" filled="f" o:preferrelative="t" stroked="f" coordsize="21600,21600">
            <v:path/>
            <v:fill on="f" focussize="0,0"/>
            <v:stroke on="f" joinstyle="miter"/>
            <v:imagedata r:id="rId2883" o:title="eqIdb6f561e0263736bf291de8e7b3c92c25"/>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7825" o:spt="75" alt="学科网(www.zxxk.com)--教育资源门户，提供试卷、教案、课件、论文、素材以及各类教学资源下载，还有大量而丰富的教学相关资讯！" type="#_x0000_t75" style="height:20.1pt;width:80.35pt;" o:ole="t" filled="f" o:preferrelative="t" stroked="f" coordsize="21600,21600">
            <v:path/>
            <v:fill on="f" focussize="0,0"/>
            <v:stroke on="f" joinstyle="miter"/>
            <v:imagedata r:id="rId2884" o:title="eqIdbbabd62cadcf7f20214ed9759fab04cc"/>
            <o:lock v:ext="edit" aspectratio="t"/>
            <w10:wrap type="none"/>
            <w10:anchorlock/>
          </v:shape>
        </w:pict>
      </w:r>
      <w:r>
        <w:rPr>
          <w:rFonts w:ascii="宋体" w:hAnsi="宋体" w:eastAsia="宋体" w:cs="宋体"/>
          <w:color w:val="000000"/>
        </w:rPr>
        <w:t>，则所有满足条件的</w:t>
      </w:r>
      <w:r>
        <w:pict>
          <v:shape id="_x0000_i71782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885" o:title="eqId81dea63b8ce3e51adf66cf7b9982a248"/>
            <o:lock v:ext="edit" aspectratio="t"/>
            <w10:wrap type="none"/>
            <w10:anchorlock/>
          </v:shape>
        </w:pict>
      </w:r>
      <w:r>
        <w:rPr>
          <w:rFonts w:ascii="宋体" w:hAnsi="宋体" w:eastAsia="宋体" w:cs="宋体"/>
          <w:color w:val="000000"/>
        </w:rPr>
        <w:t>的和为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7827"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886" o:title="eqIdd91e07104b699c4012be2d26160976a2"/>
            <o:lock v:ext="edit" aspectratio="t"/>
            <w10:wrap type="none"/>
            <w10:anchorlock/>
          </v:shape>
        </w:pict>
      </w:r>
      <w:r>
        <w:rPr>
          <w:rFonts w:ascii="宋体" w:hAnsi="宋体" w:eastAsia="宋体" w:cs="宋体"/>
          <w:color w:val="000000"/>
        </w:rPr>
        <w:t>；</w:t>
      </w:r>
      <w:r>
        <w:pict>
          <v:shape id="_x0000_i71782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887" o:title="eqId9e946baf1316ac1f219398ecedadf6cf"/>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3</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本题考查了绝对值的意义，新定义运算，利用分类讨论的思想解决问题是解题关键．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）根据已知新运算规则计算即可；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）分四种情况讨论：①当</w:t>
      </w:r>
      <w:r>
        <w:pict>
          <v:shape id="_x0000_i71782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888" o:title="eqId7ccaa6e503b61e9ae78d8439cba2e328"/>
            <o:lock v:ext="edit" aspectratio="t"/>
            <w10:wrap type="none"/>
            <w10:anchorlock/>
          </v:shape>
        </w:pict>
      </w:r>
      <w:r>
        <w:rPr>
          <w:rFonts w:ascii="宋体" w:hAnsi="宋体" w:eastAsia="宋体" w:cs="宋体"/>
          <w:color w:val="000000"/>
        </w:rPr>
        <w:t>时；②当</w:t>
      </w:r>
      <w:r>
        <w:pict>
          <v:shape id="_x0000_i717830" o:spt="75" alt="学科网(www.zxxk.com)--教育资源门户，提供试卷、教案、课件、论文、素材以及各类教学资源下载，还有大量而丰富的教学相关资讯！" type="#_x0000_t75" style="height:30.8pt;width:44.85pt;" o:ole="t" filled="f" o:preferrelative="t" stroked="f" coordsize="21600,21600">
            <v:path/>
            <v:fill on="f" focussize="0,0"/>
            <v:stroke on="f" joinstyle="miter"/>
            <v:imagedata r:id="rId2889" o:title="eqIdeafb44caac8d60caa70b19a1ac94df3a"/>
            <o:lock v:ext="edit" aspectratio="t"/>
            <w10:wrap type="none"/>
            <w10:anchorlock/>
          </v:shape>
        </w:pict>
      </w:r>
      <w:r>
        <w:rPr>
          <w:rFonts w:ascii="宋体" w:hAnsi="宋体" w:eastAsia="宋体" w:cs="宋体"/>
          <w:color w:val="000000"/>
        </w:rPr>
        <w:t>时；③当</w:t>
      </w:r>
      <w:r>
        <w:pict>
          <v:shape id="_x0000_i717831" o:spt="75" alt="学科网(www.zxxk.com)--教育资源门户，提供试卷、教案、课件、论文、素材以及各类教学资源下载，还有大量而丰富的教学相关资讯！" type="#_x0000_t75" style="height:30.75pt;width:47.25pt;" o:ole="t" filled="f" o:preferrelative="t" stroked="f" coordsize="21600,21600">
            <v:path/>
            <v:fill on="f" focussize="0,0"/>
            <v:stroke on="f" joinstyle="miter"/>
            <v:imagedata r:id="rId2890" o:title="eqId30b377b5ed716cb4af266a92689e13a8"/>
            <o:lock v:ext="edit" aspectratio="t"/>
            <w10:wrap type="none"/>
            <w10:anchorlock/>
          </v:shape>
        </w:pict>
      </w:r>
      <w:r>
        <w:rPr>
          <w:rFonts w:ascii="宋体" w:hAnsi="宋体" w:eastAsia="宋体" w:cs="宋体"/>
          <w:color w:val="000000"/>
        </w:rPr>
        <w:t>时；④当</w:t>
      </w:r>
      <w:r>
        <w:pict>
          <v:shape id="_x0000_i71783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891" o:title="eqId0c0aa2ef928b6e3341d0a0dc6d8055b9"/>
            <o:lock v:ext="edit" aspectratio="t"/>
            <w10:wrap type="none"/>
            <w10:anchorlock/>
          </v:shape>
        </w:pict>
      </w:r>
      <w:r>
        <w:rPr>
          <w:rFonts w:ascii="宋体" w:hAnsi="宋体" w:eastAsia="宋体" w:cs="宋体"/>
          <w:color w:val="000000"/>
        </w:rPr>
        <w:t>时，根据绝对值的意义，分别求解，即可得到答案．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7833" o:spt="75" alt="学科网(www.zxxk.com)--教育资源门户，提供试卷、教案、课件、论文、素材以及各类教学资源下载，还有大量而丰富的教学相关资讯！" type="#_x0000_t75" style="height:33pt;width:113.25pt;" o:ole="t" filled="f" o:preferrelative="t" stroked="f" coordsize="21600,21600">
            <v:path/>
            <v:fill on="f" focussize="0,0"/>
            <v:stroke on="f" joinstyle="miter"/>
            <v:imagedata r:id="rId2892" o:title="eqId7fd1af9160d0728b9b66fc3b6381f3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834" o:spt="75" alt="学科网(www.zxxk.com)--教育资源门户，提供试卷、教案、课件、论文、素材以及各类教学资源下载，还有大量而丰富的教学相关资讯！" type="#_x0000_t75" style="height:33pt;width:242.25pt;" o:ole="t" filled="f" o:preferrelative="t" stroked="f" coordsize="21600,21600">
            <v:path/>
            <v:fill on="f" focussize="0,0"/>
            <v:stroke on="f" joinstyle="miter"/>
            <v:imagedata r:id="rId2893" o:title="eqId43559e0b7c1041570fa11c9a93105ea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7835"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2894" o:title="eqIdd91e07104b699c4012be2d26160976a2"/>
            <o:lock v:ext="edit" aspectratio="t"/>
            <w10:wrap type="none"/>
            <w10:anchorlock/>
          </v:shape>
        </w:pict>
      </w:r>
      <w:r>
        <w:rPr>
          <w:rFonts w:ascii="宋体" w:hAnsi="宋体" w:eastAsia="宋体" w:cs="宋体"/>
          <w:color w:val="000000"/>
        </w:rPr>
        <w:t>；</w:t>
      </w:r>
      <w:r>
        <w:pict>
          <v:shape id="_x0000_i71783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895" o:title="eqId9e946baf1316ac1f219398ecedadf6c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 xml:space="preserve"> </w:t>
      </w:r>
      <w:r>
        <w:rPr>
          <w:rFonts w:ascii="宋体" w:hAnsi="宋体" w:eastAsia="宋体" w:cs="宋体"/>
          <w:color w:val="000000"/>
        </w:rPr>
        <w:t>分四种情况讨论：</w:t>
      </w:r>
    </w:p>
    <w:p>
      <w:pPr>
        <w:spacing w:line="360" w:lineRule="auto"/>
        <w:jc w:val="left"/>
        <w:textAlignment w:val="center"/>
        <w:rPr>
          <w:color w:val="000000"/>
        </w:rPr>
      </w:pPr>
      <w:r>
        <w:rPr>
          <w:rFonts w:ascii="宋体" w:hAnsi="宋体" w:eastAsia="宋体" w:cs="宋体"/>
          <w:color w:val="000000"/>
        </w:rPr>
        <w:t>①当</w:t>
      </w:r>
      <w:r>
        <w:pict>
          <v:shape id="_x0000_i717837"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896" o:title="eqId7ccaa6e503b61e9ae78d8439cba2e328"/>
            <o:lock v:ext="edit" aspectratio="t"/>
            <w10:wrap type="none"/>
            <w10:anchorlock/>
          </v:shape>
        </w:pict>
      </w:r>
      <w:r>
        <w:rPr>
          <w:rFonts w:ascii="宋体" w:hAnsi="宋体" w:eastAsia="宋体" w:cs="宋体"/>
          <w:color w:val="000000"/>
        </w:rPr>
        <w:t>时，</w:t>
      </w:r>
      <w:r>
        <w:pict>
          <v:shape id="_x0000_i717838"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2897" o:title="eqId463cedbf92bbf7c870860d06208ea81f"/>
            <o:lock v:ext="edit" aspectratio="t"/>
            <w10:wrap type="none"/>
            <w10:anchorlock/>
          </v:shape>
        </w:pict>
      </w:r>
      <w:r>
        <w:rPr>
          <w:rFonts w:ascii="宋体" w:hAnsi="宋体" w:eastAsia="宋体" w:cs="宋体"/>
          <w:color w:val="000000"/>
        </w:rPr>
        <w:t>，</w:t>
      </w:r>
      <w:r>
        <w:pict>
          <v:shape id="_x0000_i717839" o:spt="75" alt="学科网(www.zxxk.com)--教育资源门户，提供试卷、教案、课件、论文、素材以及各类教学资源下载，还有大量而丰富的教学相关资讯！" type="#_x0000_t75" style="height:14.05pt;width:43.95pt;" o:ole="t" filled="f" o:preferrelative="t" stroked="f" coordsize="21600,21600">
            <v:path/>
            <v:fill on="f" focussize="0,0"/>
            <v:stroke on="f" joinstyle="miter"/>
            <v:imagedata r:id="rId2898" o:title="eqIdf0816af6b31d78271aa83dfdca1afc14"/>
            <o:lock v:ext="edit" aspectratio="t"/>
            <w10:wrap type="none"/>
            <w10:anchorlock/>
          </v:shape>
        </w:pict>
      </w:r>
      <w:r>
        <w:rPr>
          <w:rFonts w:ascii="宋体" w:hAnsi="宋体" w:eastAsia="宋体" w:cs="宋体"/>
          <w:color w:val="000000"/>
        </w:rPr>
        <w:t>，则</w:t>
      </w:r>
      <w:r>
        <w:pict>
          <v:shape id="_x0000_i717840" o:spt="75" alt="学科网(www.zxxk.com)--教育资源门户，提供试卷、教案、课件、论文、素材以及各类教学资源下载，还有大量而丰富的教学相关资讯！" type="#_x0000_t75" style="height:19.5pt;width:60pt;" o:ole="t" filled="f" o:preferrelative="t" stroked="f" coordsize="21600,21600">
            <v:path/>
            <v:fill on="f" focussize="0,0"/>
            <v:stroke on="f" joinstyle="miter"/>
            <v:imagedata r:id="rId2899" o:title="eqId6e7f7ec23a8fb15411bbc49226dbf533"/>
            <o:lock v:ext="edit" aspectratio="t"/>
            <w10:wrap type="none"/>
            <w10:anchorlock/>
          </v:shape>
        </w:pict>
      </w:r>
      <w:r>
        <w:rPr>
          <w:rFonts w:ascii="宋体" w:hAnsi="宋体" w:eastAsia="宋体" w:cs="宋体"/>
          <w:color w:val="000000"/>
        </w:rPr>
        <w:t>，</w:t>
      </w:r>
      <w:r>
        <w:pict>
          <v:shape id="_x0000_i717841"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2900" o:title="eqId89acd63cc09659a77a8fb69453a39d6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842" o:spt="75" alt="学科网(www.zxxk.com)--教育资源门户，提供试卷、教案、课件、论文、素材以及各类教学资源下载，还有大量而丰富的教学相关资讯！" type="#_x0000_t75" style="height:35.25pt;width:338.25pt;" o:ole="t" filled="f" o:preferrelative="t" stroked="f" coordsize="21600,21600">
            <v:path/>
            <v:fill on="f" focussize="0,0"/>
            <v:stroke on="f" joinstyle="miter"/>
            <v:imagedata r:id="rId2901" o:title="eqId99b924baa7c49c69a5e8f797ac86920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843"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2902" o:title="eqId9b384412acba251d87902ab928902f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w:t>
      </w:r>
      <w:r>
        <w:pict>
          <v:shape id="_x0000_i717844" o:spt="75" alt="学科网(www.zxxk.com)--教育资源门户，提供试卷、教案、课件、论文、素材以及各类教学资源下载，还有大量而丰富的教学相关资讯！" type="#_x0000_t75" style="height:30.8pt;width:44.85pt;" o:ole="t" filled="f" o:preferrelative="t" stroked="f" coordsize="21600,21600">
            <v:path/>
            <v:fill on="f" focussize="0,0"/>
            <v:stroke on="f" joinstyle="miter"/>
            <v:imagedata r:id="rId2903" o:title="eqIdeafb44caac8d60caa70b19a1ac94df3a"/>
            <o:lock v:ext="edit" aspectratio="t"/>
            <w10:wrap type="none"/>
            <w10:anchorlock/>
          </v:shape>
        </w:pict>
      </w:r>
      <w:r>
        <w:rPr>
          <w:rFonts w:ascii="宋体" w:hAnsi="宋体" w:eastAsia="宋体" w:cs="宋体"/>
          <w:color w:val="000000"/>
        </w:rPr>
        <w:t>时，</w:t>
      </w:r>
      <w:r>
        <w:pict>
          <v:shape id="_x0000_i717845" o:spt="75" alt="学科网(www.zxxk.com)--教育资源门户，提供试卷、教案、课件、论文、素材以及各类教学资源下载，还有大量而丰富的教学相关资讯！" type="#_x0000_t75" style="height:12pt;width:36pt;" o:ole="t" filled="f" o:preferrelative="t" stroked="f" coordsize="21600,21600">
            <v:path/>
            <v:fill on="f" focussize="0,0"/>
            <v:stroke on="f" joinstyle="miter"/>
            <v:imagedata r:id="rId2904" o:title="eqId7359b82594f095a99cbe4008e151302d"/>
            <o:lock v:ext="edit" aspectratio="t"/>
            <w10:wrap type="none"/>
            <w10:anchorlock/>
          </v:shape>
        </w:pict>
      </w:r>
      <w:r>
        <w:rPr>
          <w:rFonts w:ascii="宋体" w:hAnsi="宋体" w:eastAsia="宋体" w:cs="宋体"/>
          <w:color w:val="000000"/>
        </w:rPr>
        <w:t>，</w:t>
      </w:r>
      <w:r>
        <w:pict>
          <v:shape id="_x0000_i717846" o:spt="75" alt="学科网(www.zxxk.com)--教育资源门户，提供试卷、教案、课件、论文、素材以及各类教学资源下载，还有大量而丰富的教学相关资讯！" type="#_x0000_t75" style="height:14.05pt;width:43.95pt;" o:ole="t" filled="f" o:preferrelative="t" stroked="f" coordsize="21600,21600">
            <v:path/>
            <v:fill on="f" focussize="0,0"/>
            <v:stroke on="f" joinstyle="miter"/>
            <v:imagedata r:id="rId2905" o:title="eqIdf0816af6b31d78271aa83dfdca1afc14"/>
            <o:lock v:ext="edit" aspectratio="t"/>
            <w10:wrap type="none"/>
            <w10:anchorlock/>
          </v:shape>
        </w:pict>
      </w:r>
      <w:r>
        <w:rPr>
          <w:rFonts w:ascii="宋体" w:hAnsi="宋体" w:eastAsia="宋体" w:cs="宋体"/>
          <w:color w:val="000000"/>
        </w:rPr>
        <w:t>，则</w:t>
      </w:r>
      <w:r>
        <w:pict>
          <v:shape id="_x0000_i717847" o:spt="75" alt="学科网(www.zxxk.com)--教育资源门户，提供试卷、教案、课件、论文、素材以及各类教学资源下载，还有大量而丰富的教学相关资讯！" type="#_x0000_t75" style="height:20.25pt;width:60pt;" o:ole="t" filled="f" o:preferrelative="t" stroked="f" coordsize="21600,21600">
            <v:path/>
            <v:fill on="f" focussize="0,0"/>
            <v:stroke on="f" joinstyle="miter"/>
            <v:imagedata r:id="rId2906" o:title="eqIde7b496fd277f89f98ff832a3a30fa660"/>
            <o:lock v:ext="edit" aspectratio="t"/>
            <w10:wrap type="none"/>
            <w10:anchorlock/>
          </v:shape>
        </w:pict>
      </w:r>
      <w:r>
        <w:rPr>
          <w:rFonts w:ascii="宋体" w:hAnsi="宋体" w:eastAsia="宋体" w:cs="宋体"/>
          <w:color w:val="000000"/>
        </w:rPr>
        <w:t>，</w:t>
      </w:r>
      <w:r>
        <w:pict>
          <v:shape id="_x0000_i717848"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2907" o:title="eqId89acd63cc09659a77a8fb69453a39d6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849" o:spt="75" alt="学科网(www.zxxk.com)--教育资源门户，提供试卷、教案、课件、论文、素材以及各类教学资源下载，还有大量而丰富的教学相关资讯！" type="#_x0000_t75" style="height:35.25pt;width:386.35pt;" o:ole="t" filled="f" o:preferrelative="t" stroked="f" coordsize="21600,21600">
            <v:path/>
            <v:fill on="f" focussize="0,0"/>
            <v:stroke on="f" joinstyle="miter"/>
            <v:imagedata r:id="rId2908" o:title="eqId5a30d799a6b7dedb3bb15e7e0e1bda7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850"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2909" o:title="eqId9b384412acba251d87902ab928902f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③当</w:t>
      </w:r>
      <w:r>
        <w:pict>
          <v:shape id="_x0000_i717851" o:spt="75" alt="学科网(www.zxxk.com)--教育资源门户，提供试卷、教案、课件、论文、素材以及各类教学资源下载，还有大量而丰富的教学相关资讯！" type="#_x0000_t75" style="height:30.75pt;width:47.25pt;" o:ole="t" filled="f" o:preferrelative="t" stroked="f" coordsize="21600,21600">
            <v:path/>
            <v:fill on="f" focussize="0,0"/>
            <v:stroke on="f" joinstyle="miter"/>
            <v:imagedata r:id="rId2910" o:title="eqId30b377b5ed716cb4af266a92689e13a8"/>
            <o:lock v:ext="edit" aspectratio="t"/>
            <w10:wrap type="none"/>
            <w10:anchorlock/>
          </v:shape>
        </w:pict>
      </w:r>
      <w:r>
        <w:rPr>
          <w:rFonts w:ascii="宋体" w:hAnsi="宋体" w:eastAsia="宋体" w:cs="宋体"/>
          <w:color w:val="000000"/>
        </w:rPr>
        <w:t>时，</w:t>
      </w:r>
      <w:r>
        <w:pict>
          <v:shape id="_x0000_i717852" o:spt="75" alt="学科网(www.zxxk.com)--教育资源门户，提供试卷、教案、课件、论文、素材以及各类教学资源下载，还有大量而丰富的教学相关资讯！" type="#_x0000_t75" style="height:12pt;width:36pt;" o:ole="t" filled="f" o:preferrelative="t" stroked="f" coordsize="21600,21600">
            <v:path/>
            <v:fill on="f" focussize="0,0"/>
            <v:stroke on="f" joinstyle="miter"/>
            <v:imagedata r:id="rId2911" o:title="eqId7359b82594f095a99cbe4008e151302d"/>
            <o:lock v:ext="edit" aspectratio="t"/>
            <w10:wrap type="none"/>
            <w10:anchorlock/>
          </v:shape>
        </w:pict>
      </w:r>
      <w:r>
        <w:rPr>
          <w:rFonts w:ascii="宋体" w:hAnsi="宋体" w:eastAsia="宋体" w:cs="宋体"/>
          <w:color w:val="000000"/>
        </w:rPr>
        <w:t>，</w:t>
      </w:r>
      <w:r>
        <w:pict>
          <v:shape id="_x0000_i717853" o:spt="75" alt="学科网(www.zxxk.com)--教育资源门户，提供试卷、教案、课件、论文、素材以及各类教学资源下载，还有大量而丰富的教学相关资讯！" type="#_x0000_t75" style="height:14.25pt;width:42.75pt;" o:ole="t" filled="f" o:preferrelative="t" stroked="f" coordsize="21600,21600">
            <v:path/>
            <v:fill on="f" focussize="0,0"/>
            <v:stroke on="f" joinstyle="miter"/>
            <v:imagedata r:id="rId2912" o:title="eqIddba2be63f7f3b954fa3c7b18078426c6"/>
            <o:lock v:ext="edit" aspectratio="t"/>
            <w10:wrap type="none"/>
            <w10:anchorlock/>
          </v:shape>
        </w:pict>
      </w:r>
      <w:r>
        <w:rPr>
          <w:rFonts w:ascii="宋体" w:hAnsi="宋体" w:eastAsia="宋体" w:cs="宋体"/>
          <w:color w:val="000000"/>
        </w:rPr>
        <w:t>，则</w:t>
      </w:r>
      <w:r>
        <w:pict>
          <v:shape id="_x0000_i717854" o:spt="75" alt="学科网(www.zxxk.com)--教育资源门户，提供试卷、教案、课件、论文、素材以及各类教学资源下载，还有大量而丰富的教学相关资讯！" type="#_x0000_t75" style="height:20.25pt;width:60pt;" o:ole="t" filled="f" o:preferrelative="t" stroked="f" coordsize="21600,21600">
            <v:path/>
            <v:fill on="f" focussize="0,0"/>
            <v:stroke on="f" joinstyle="miter"/>
            <v:imagedata r:id="rId2913" o:title="eqIde7b496fd277f89f98ff832a3a30fa660"/>
            <o:lock v:ext="edit" aspectratio="t"/>
            <w10:wrap type="none"/>
            <w10:anchorlock/>
          </v:shape>
        </w:pict>
      </w:r>
      <w:r>
        <w:rPr>
          <w:rFonts w:ascii="宋体" w:hAnsi="宋体" w:eastAsia="宋体" w:cs="宋体"/>
          <w:color w:val="000000"/>
        </w:rPr>
        <w:t>，</w:t>
      </w:r>
      <w:r>
        <w:pict>
          <v:shape id="_x0000_i717855"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2914" o:title="eqId89acd63cc09659a77a8fb69453a39d6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856" o:spt="75" alt="学科网(www.zxxk.com)--教育资源门户，提供试卷、教案、课件、论文、素材以及各类教学资源下载，还有大量而丰富的教学相关资讯！" type="#_x0000_t75" style="height:35.25pt;width:384pt;" o:ole="t" filled="f" o:preferrelative="t" stroked="f" coordsize="21600,21600">
            <v:path/>
            <v:fill on="f" focussize="0,0"/>
            <v:stroke on="f" joinstyle="miter"/>
            <v:imagedata r:id="rId2915" o:title="eqIdf0925cbc4c4b7d9733617501a66dea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857"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916" o:title="eqId707ea658f3a9359f5740d5aab48f79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④当</w:t>
      </w:r>
      <w:r>
        <w:pict>
          <v:shape id="_x0000_i717858"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917" o:title="eqId0c0aa2ef928b6e3341d0a0dc6d8055b9"/>
            <o:lock v:ext="edit" aspectratio="t"/>
            <w10:wrap type="none"/>
            <w10:anchorlock/>
          </v:shape>
        </w:pict>
      </w:r>
      <w:r>
        <w:rPr>
          <w:rFonts w:ascii="宋体" w:hAnsi="宋体" w:eastAsia="宋体" w:cs="宋体"/>
          <w:color w:val="000000"/>
        </w:rPr>
        <w:t>时，</w:t>
      </w:r>
      <w:r>
        <w:pict>
          <v:shape id="_x0000_i717859" o:spt="75" alt="学科网(www.zxxk.com)--教育资源门户，提供试卷、教案、课件、论文、素材以及各类教学资源下载，还有大量而丰富的教学相关资讯！" type="#_x0000_t75" style="height:13.95pt;width:42pt;" o:ole="t" filled="f" o:preferrelative="t" stroked="f" coordsize="21600,21600">
            <v:path/>
            <v:fill on="f" focussize="0,0"/>
            <v:stroke on="f" joinstyle="miter"/>
            <v:imagedata r:id="rId2918" o:title="eqIddf7fc38ead8a6dad022cf3621f0e48f1"/>
            <o:lock v:ext="edit" aspectratio="t"/>
            <w10:wrap type="none"/>
            <w10:anchorlock/>
          </v:shape>
        </w:pict>
      </w:r>
      <w:r>
        <w:rPr>
          <w:rFonts w:ascii="宋体" w:hAnsi="宋体" w:eastAsia="宋体" w:cs="宋体"/>
          <w:color w:val="000000"/>
        </w:rPr>
        <w:t>，</w:t>
      </w:r>
      <w:r>
        <w:pict>
          <v:shape id="_x0000_i717860"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2919" o:title="eqId8e630c4c3fd6c3cb45636fef9128fcfd"/>
            <o:lock v:ext="edit" aspectratio="t"/>
            <w10:wrap type="none"/>
            <w10:anchorlock/>
          </v:shape>
        </w:pict>
      </w:r>
      <w:r>
        <w:rPr>
          <w:rFonts w:ascii="宋体" w:hAnsi="宋体" w:eastAsia="宋体" w:cs="宋体"/>
          <w:color w:val="000000"/>
        </w:rPr>
        <w:t>，则</w:t>
      </w:r>
      <w:r>
        <w:pict>
          <v:shape id="_x0000_i717861" o:spt="75" alt="学科网(www.zxxk.com)--教育资源门户，提供试卷、教案、课件、论文、素材以及各类教学资源下载，还有大量而丰富的教学相关资讯！" type="#_x0000_t75" style="height:20.25pt;width:60pt;" o:ole="t" filled="f" o:preferrelative="t" stroked="f" coordsize="21600,21600">
            <v:path/>
            <v:fill on="f" focussize="0,0"/>
            <v:stroke on="f" joinstyle="miter"/>
            <v:imagedata r:id="rId2920" o:title="eqIde7b496fd277f89f98ff832a3a30fa660"/>
            <o:lock v:ext="edit" aspectratio="t"/>
            <w10:wrap type="none"/>
            <w10:anchorlock/>
          </v:shape>
        </w:pict>
      </w:r>
      <w:r>
        <w:rPr>
          <w:rFonts w:ascii="宋体" w:hAnsi="宋体" w:eastAsia="宋体" w:cs="宋体"/>
          <w:color w:val="000000"/>
        </w:rPr>
        <w:t>，</w:t>
      </w:r>
      <w:r>
        <w:pict>
          <v:shape id="_x0000_i717862"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2921" o:title="eqId82f80a8fc13fe6f9a41412c0d0ef43b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863" o:spt="75" alt="学科网(www.zxxk.com)--教育资源门户，提供试卷、教案、课件、论文、素材以及各类教学资源下载，还有大量而丰富的教学相关资讯！" type="#_x0000_t75" style="height:35.25pt;width:285pt;" o:ole="t" filled="f" o:preferrelative="t" stroked="f" coordsize="21600,21600">
            <v:path/>
            <v:fill on="f" focussize="0,0"/>
            <v:stroke on="f" joinstyle="miter"/>
            <v:imagedata r:id="rId2922" o:title="eqId898060d5dcade3f2c1b82030b286a7a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786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2923" o:title="eqId707ea658f3a9359f5740d5aab48f79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86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924" o:title="eqId2de0d10ef8b748d4531250c37c5d3f9e"/>
            <o:lock v:ext="edit" aspectratio="t"/>
            <w10:wrap type="none"/>
            <w10:anchorlock/>
          </v:shape>
        </w:pict>
      </w:r>
      <w:r>
        <w:rPr>
          <w:rFonts w:ascii="宋体" w:hAnsi="宋体" w:eastAsia="宋体" w:cs="宋体"/>
          <w:color w:val="000000"/>
        </w:rPr>
        <w:t>满足条件的</w:t>
      </w:r>
      <w:r>
        <w:pict>
          <v:shape id="_x0000_i71786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925" o:title="eqId81dea63b8ce3e51adf66cf7b9982a248"/>
            <o:lock v:ext="edit" aspectratio="t"/>
            <w10:wrap type="none"/>
            <w10:anchorlock/>
          </v:shape>
        </w:pict>
      </w:r>
      <w:r>
        <w:rPr>
          <w:rFonts w:ascii="宋体" w:hAnsi="宋体" w:eastAsia="宋体" w:cs="宋体"/>
          <w:color w:val="000000"/>
        </w:rPr>
        <w:t>的值为</w:t>
      </w:r>
      <w:r>
        <w:pict>
          <v:shape id="_x0000_i717867"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926" o:title="eqIdbdaa19de263700a15fcf213d64a8cd57"/>
            <o:lock v:ext="edit" aspectratio="t"/>
            <w10:wrap type="none"/>
            <w10:anchorlock/>
          </v:shape>
        </w:pict>
      </w:r>
      <w:r>
        <w:rPr>
          <w:rFonts w:ascii="宋体" w:hAnsi="宋体" w:eastAsia="宋体" w:cs="宋体"/>
          <w:color w:val="000000"/>
        </w:rPr>
        <w:t>和</w:t>
      </w:r>
      <w:r>
        <w:pict>
          <v:shape id="_x0000_i717868"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2927" o:title="eqId61128ab996360a038e6e64d82fcba0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86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2928" o:title="eqId2de0d10ef8b748d4531250c37c5d3f9e"/>
            <o:lock v:ext="edit" aspectratio="t"/>
            <w10:wrap type="none"/>
            <w10:anchorlock/>
          </v:shape>
        </w:pict>
      </w:r>
      <w:r>
        <w:rPr>
          <w:rFonts w:ascii="宋体" w:hAnsi="宋体" w:eastAsia="宋体" w:cs="宋体"/>
          <w:color w:val="000000"/>
        </w:rPr>
        <w:t>所有满足条件的</w:t>
      </w:r>
      <w:r>
        <w:pict>
          <v:shape id="_x0000_i71787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929" o:title="eqId81dea63b8ce3e51adf66cf7b9982a248"/>
            <o:lock v:ext="edit" aspectratio="t"/>
            <w10:wrap type="none"/>
            <w10:anchorlock/>
          </v:shape>
        </w:pict>
      </w:r>
      <w:r>
        <w:rPr>
          <w:rFonts w:ascii="宋体" w:hAnsi="宋体" w:eastAsia="宋体" w:cs="宋体"/>
          <w:color w:val="000000"/>
        </w:rPr>
        <w:t>的和为</w:t>
      </w:r>
      <w:r>
        <w:pict>
          <v:shape id="_x0000_i717871" o:spt="75" alt="学科网(www.zxxk.com)--教育资源门户，提供试卷、教案、课件、论文、素材以及各类教学资源下载，还有大量而丰富的教学相关资讯！" type="#_x0000_t75" style="height:13.95pt;width:41pt;" o:ole="t" filled="f" o:preferrelative="t" stroked="f" coordsize="21600,21600">
            <v:path/>
            <v:fill on="f" focussize="0,0"/>
            <v:stroke on="f" joinstyle="miter"/>
            <v:imagedata r:id="rId2930" o:title="eqIdfdc114012e9d5888ca8ac6b6eacd306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阅读下面信息：</w:t>
      </w:r>
    </w:p>
    <w:p>
      <w:pPr>
        <w:spacing w:line="360" w:lineRule="auto"/>
        <w:jc w:val="left"/>
        <w:textAlignment w:val="center"/>
        <w:rPr>
          <w:color w:val="000000"/>
        </w:rPr>
      </w:pPr>
      <w:r>
        <w:rPr>
          <w:rFonts w:ascii="宋体" w:hAnsi="宋体" w:eastAsia="宋体" w:cs="宋体"/>
          <w:color w:val="000000"/>
        </w:rPr>
        <w:t>①数轴上两点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表示数分别为</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宋体" w:hAnsi="宋体" w:eastAsia="宋体" w:cs="宋体"/>
          <w:color w:val="000000"/>
        </w:rPr>
        <w:t>，那么点</w:t>
      </w:r>
      <w:r>
        <w:rPr>
          <w:rFonts w:ascii="Times New Roman" w:hAnsi="Times New Roman" w:eastAsia="Times New Roman" w:cs="Times New Roman"/>
          <w:i/>
          <w:color w:val="000000"/>
        </w:rPr>
        <w:t>M</w:t>
      </w:r>
      <w:r>
        <w:rPr>
          <w:rFonts w:ascii="宋体" w:hAnsi="宋体" w:eastAsia="宋体" w:cs="宋体"/>
          <w:color w:val="000000"/>
        </w:rPr>
        <w:t>与点</w:t>
      </w:r>
      <w:r>
        <w:rPr>
          <w:rFonts w:ascii="Times New Roman" w:hAnsi="Times New Roman" w:eastAsia="Times New Roman" w:cs="Times New Roman"/>
          <w:i/>
          <w:color w:val="000000"/>
        </w:rPr>
        <w:t>N</w:t>
      </w:r>
      <w:r>
        <w:rPr>
          <w:rFonts w:ascii="宋体" w:hAnsi="宋体" w:eastAsia="宋体" w:cs="宋体"/>
          <w:color w:val="000000"/>
        </w:rPr>
        <w:t>之间的距记为</w:t>
      </w:r>
      <w:r>
        <w:rPr>
          <w:rFonts w:ascii="Times New Roman" w:hAnsi="Times New Roman" w:eastAsia="Times New Roman" w:cs="Times New Roman"/>
          <w:color w:val="000000"/>
        </w:rPr>
        <w:t>|</w:t>
      </w:r>
      <w:r>
        <w:rPr>
          <w:rFonts w:ascii="Times New Roman" w:hAnsi="Times New Roman" w:eastAsia="Times New Roman" w:cs="Times New Roman"/>
          <w:i/>
          <w:color w:val="000000"/>
        </w:rPr>
        <w:t>MN</w:t>
      </w:r>
      <w:r>
        <w:rPr>
          <w:rFonts w:ascii="Times New Roman" w:hAnsi="Times New Roman" w:eastAsia="Times New Roman" w:cs="Times New Roman"/>
          <w:color w:val="000000"/>
        </w:rPr>
        <w:t>|</w:t>
      </w:r>
      <w:r>
        <w:rPr>
          <w:rFonts w:ascii="宋体" w:hAnsi="宋体" w:eastAsia="宋体" w:cs="宋体"/>
          <w:color w:val="000000"/>
        </w:rPr>
        <w:t>且</w:t>
      </w:r>
      <w:r>
        <w:rPr>
          <w:rFonts w:ascii="Times New Roman" w:hAnsi="Times New Roman" w:eastAsia="Times New Roman" w:cs="Times New Roman"/>
          <w:color w:val="000000"/>
        </w:rPr>
        <w:t>|</w:t>
      </w:r>
      <w:r>
        <w:rPr>
          <w:rFonts w:ascii="Times New Roman" w:hAnsi="Times New Roman" w:eastAsia="Times New Roman" w:cs="Times New Roman"/>
          <w:i/>
          <w:color w:val="000000"/>
        </w:rPr>
        <w:t>MN</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②当数轴上三点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满足</w:t>
      </w:r>
      <w:r>
        <w:rPr>
          <w:rFonts w:ascii="Times New Roman" w:hAnsi="Times New Roman" w:eastAsia="Times New Roman" w:cs="Times New Roman"/>
          <w:color w:val="000000"/>
        </w:rPr>
        <w:t>|</w:t>
      </w:r>
      <w:r>
        <w:rPr>
          <w:rFonts w:ascii="Times New Roman" w:hAnsi="Times New Roman" w:eastAsia="Times New Roman" w:cs="Times New Roman"/>
          <w:i/>
          <w:color w:val="000000"/>
        </w:rPr>
        <w:t>CA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Times New Roman" w:hAnsi="Times New Roman" w:eastAsia="Times New Roman" w:cs="Times New Roman"/>
          <w:i/>
          <w:color w:val="000000"/>
        </w:rPr>
        <w:t>CB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）时，则称点</w:t>
      </w:r>
      <w:r>
        <w:rPr>
          <w:rFonts w:ascii="Times New Roman" w:hAnsi="Times New Roman" w:eastAsia="Times New Roman" w:cs="Times New Roman"/>
          <w:i/>
          <w:color w:val="000000"/>
        </w:rPr>
        <w:t>C</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position w:val="0"/>
        </w:rPr>
        <w:drawing>
          <wp:inline distT="0" distB="0" distL="114300" distR="114300">
            <wp:extent cx="133350" cy="177800"/>
            <wp:effectExtent l="0" t="0" r="0" b="13335"/>
            <wp:docPr id="3735" name="图片 92121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 name="图片 921216804"/>
                    <pic:cNvPicPr>
                      <a:picLocks noChangeAspect="1"/>
                    </pic:cNvPicPr>
                  </pic:nvPicPr>
                  <pic:blipFill>
                    <a:blip r:embed="rId2931"/>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i/>
          <w:color w:val="000000"/>
        </w:rPr>
        <w:t>k</w:t>
      </w:r>
      <w:r>
        <w:rPr>
          <w:rFonts w:ascii="宋体" w:hAnsi="宋体" w:eastAsia="宋体" w:cs="宋体"/>
          <w:color w:val="000000"/>
        </w:rPr>
        <w:t>相关点”．例如，当点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表示的数分别为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时，</w:t>
      </w:r>
      <w:r>
        <w:rPr>
          <w:rFonts w:ascii="Times New Roman" w:hAnsi="Times New Roman" w:eastAsia="Times New Roman" w:cs="Times New Roman"/>
          <w:color w:val="000000"/>
        </w:rPr>
        <w:t>|</w:t>
      </w:r>
      <w:r>
        <w:rPr>
          <w:rFonts w:ascii="Times New Roman" w:hAnsi="Times New Roman" w:eastAsia="Times New Roman" w:cs="Times New Roman"/>
          <w:i/>
          <w:color w:val="000000"/>
        </w:rPr>
        <w:t>CA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CB</w:t>
      </w:r>
      <w:r>
        <w:rPr>
          <w:rFonts w:ascii="Times New Roman" w:hAnsi="Times New Roman" w:eastAsia="Times New Roman" w:cs="Times New Roman"/>
          <w:color w:val="000000"/>
        </w:rPr>
        <w:t>|</w:t>
      </w:r>
      <w:r>
        <w:rPr>
          <w:rFonts w:ascii="宋体" w:hAnsi="宋体" w:eastAsia="宋体" w:cs="宋体"/>
          <w:color w:val="000000"/>
        </w:rPr>
        <w:t>，所以</w:t>
      </w:r>
      <w:r>
        <w:rPr>
          <w:rFonts w:ascii="Times New Roman" w:hAnsi="Times New Roman" w:eastAsia="Times New Roman" w:cs="Times New Roman"/>
          <w:i/>
          <w:color w:val="000000"/>
        </w:rPr>
        <w:t>C</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相关点”．</w:t>
      </w:r>
    </w:p>
    <w:p>
      <w:pPr>
        <w:spacing w:line="360" w:lineRule="auto"/>
        <w:jc w:val="left"/>
        <w:textAlignment w:val="center"/>
        <w:rPr>
          <w:color w:val="000000"/>
        </w:rPr>
      </w:pPr>
      <w:r>
        <w:rPr>
          <w:rFonts w:ascii="宋体" w:hAnsi="宋体" w:eastAsia="宋体" w:cs="宋体"/>
          <w:color w:val="000000"/>
        </w:rPr>
        <w:t>根据以上信息，回答下列问题：</w:t>
      </w:r>
    </w:p>
    <w:p>
      <w:pPr>
        <w:spacing w:line="360" w:lineRule="auto"/>
        <w:jc w:val="left"/>
        <w:textAlignment w:val="center"/>
        <w:rPr>
          <w:color w:val="000000"/>
        </w:rPr>
      </w:pPr>
      <w:r>
        <w:rPr>
          <w:rFonts w:ascii="宋体" w:hAnsi="宋体" w:eastAsia="宋体" w:cs="宋体"/>
          <w:color w:val="000000"/>
        </w:rPr>
        <w:t>已知点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在数轴上表示的数分别为</w:t>
      </w:r>
      <w:r>
        <w:rPr>
          <w:rFonts w:ascii="Times New Roman" w:hAnsi="Times New Roman" w:eastAsia="Times New Roman" w:cs="Times New Roman"/>
          <w:color w:val="000000"/>
        </w:rPr>
        <w:t>6</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，动点</w:t>
      </w:r>
      <w:r>
        <w:rPr>
          <w:rFonts w:ascii="Times New Roman" w:hAnsi="Times New Roman" w:eastAsia="Times New Roman" w:cs="Times New Roman"/>
          <w:i/>
          <w:color w:val="000000"/>
        </w:rPr>
        <w:t>P</w:t>
      </w:r>
      <w:r>
        <w:rPr>
          <w:rFonts w:ascii="宋体" w:hAnsi="宋体" w:eastAsia="宋体" w:cs="宋体"/>
          <w:color w:val="000000"/>
        </w:rPr>
        <w:t>在数轴上表示的数为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）若点</w:t>
      </w:r>
      <w:r>
        <w:rPr>
          <w:rFonts w:ascii="Times New Roman" w:hAnsi="Times New Roman" w:eastAsia="Times New Roman" w:cs="Times New Roman"/>
          <w:i/>
          <w:color w:val="000000"/>
        </w:rPr>
        <w:t>P</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相关点”，则</w:t>
      </w:r>
      <w:r>
        <w:rPr>
          <w:rFonts w:ascii="Times New Roman" w:hAnsi="Times New Roman" w:eastAsia="Times New Roman" w:cs="Times New Roman"/>
          <w:i/>
          <w:color w:val="000000"/>
        </w:rPr>
        <w:t>x</w:t>
      </w:r>
      <w:r>
        <w:rPr>
          <w:rFonts w:ascii="宋体" w:hAnsi="宋体" w:eastAsia="宋体" w:cs="宋体"/>
          <w:color w:val="000000"/>
        </w:rPr>
        <w:t>＝</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rPr>
          <w:rFonts w:ascii="Times New Roman" w:hAnsi="Times New Roman" w:eastAsia="Times New Roman" w:cs="Times New Roman"/>
          <w:i/>
          <w:color w:val="000000"/>
        </w:rPr>
        <w:t>x</w:t>
      </w:r>
      <w:r>
        <w:rPr>
          <w:rFonts w:ascii="宋体" w:hAnsi="宋体" w:eastAsia="宋体" w:cs="宋体"/>
          <w:color w:val="000000"/>
        </w:rPr>
        <w:t>满足</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，且点</w:t>
      </w:r>
      <w:r>
        <w:rPr>
          <w:rFonts w:ascii="Times New Roman" w:hAnsi="Times New Roman" w:eastAsia="Times New Roman" w:cs="Times New Roman"/>
          <w:i/>
          <w:color w:val="000000"/>
        </w:rPr>
        <w:t>P</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相关点”，则</w:t>
      </w:r>
      <w:r>
        <w:rPr>
          <w:rFonts w:ascii="Times New Roman" w:hAnsi="Times New Roman" w:eastAsia="Times New Roman" w:cs="Times New Roman"/>
          <w:i/>
          <w:color w:val="000000"/>
        </w:rPr>
        <w:t>k</w:t>
      </w:r>
      <w:r>
        <w:rPr>
          <w:rFonts w:ascii="宋体" w:hAnsi="宋体" w:eastAsia="宋体" w:cs="宋体"/>
          <w:color w:val="000000"/>
        </w:rPr>
        <w:t>的取值范围是</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）若动点</w:t>
      </w:r>
      <w:r>
        <w:rPr>
          <w:rFonts w:ascii="Times New Roman" w:hAnsi="Times New Roman" w:eastAsia="Times New Roman" w:cs="Times New Roman"/>
          <w:i/>
          <w:color w:val="000000"/>
        </w:rPr>
        <w:t>P</w:t>
      </w:r>
      <w:r>
        <w:rPr>
          <w:rFonts w:ascii="宋体" w:hAnsi="宋体" w:eastAsia="宋体" w:cs="宋体"/>
          <w:color w:val="000000"/>
        </w:rPr>
        <w:t>从</w:t>
      </w:r>
      <w:r>
        <w:rPr>
          <w:rFonts w:ascii="Times New Roman" w:hAnsi="Times New Roman" w:eastAsia="Times New Roman" w:cs="Times New Roman"/>
          <w:i/>
          <w:color w:val="000000"/>
        </w:rPr>
        <w:t>A</w:t>
      </w:r>
      <w:r>
        <w:rPr>
          <w:rFonts w:ascii="宋体" w:hAnsi="宋体" w:eastAsia="宋体" w:cs="宋体"/>
          <w:color w:val="000000"/>
        </w:rPr>
        <w:t>点出发以每秒</w:t>
      </w:r>
      <w:r>
        <w:rPr>
          <w:rFonts w:ascii="Times New Roman" w:hAnsi="Times New Roman" w:eastAsia="Times New Roman" w:cs="Times New Roman"/>
          <w:color w:val="000000"/>
        </w:rPr>
        <w:t>1</w:t>
      </w:r>
      <w:r>
        <w:rPr>
          <w:rFonts w:ascii="宋体" w:hAnsi="宋体" w:eastAsia="宋体" w:cs="宋体"/>
          <w:color w:val="000000"/>
        </w:rPr>
        <w:t>个单位的速度向左运动，同时动点</w:t>
      </w:r>
      <w:r>
        <w:rPr>
          <w:rFonts w:ascii="Times New Roman" w:hAnsi="Times New Roman" w:eastAsia="Times New Roman" w:cs="Times New Roman"/>
          <w:i/>
          <w:color w:val="000000"/>
        </w:rPr>
        <w:t>Q</w:t>
      </w:r>
      <w:r>
        <w:rPr>
          <w:rFonts w:ascii="宋体" w:hAnsi="宋体" w:eastAsia="宋体" w:cs="宋体"/>
          <w:color w:val="000000"/>
        </w:rPr>
        <w:t>从</w:t>
      </w:r>
      <w:r>
        <w:rPr>
          <w:rFonts w:ascii="Times New Roman" w:hAnsi="Times New Roman" w:eastAsia="Times New Roman" w:cs="Times New Roman"/>
          <w:i/>
          <w:color w:val="000000"/>
        </w:rPr>
        <w:t>B</w:t>
      </w:r>
      <w:r>
        <w:rPr>
          <w:rFonts w:ascii="宋体" w:hAnsi="宋体" w:eastAsia="宋体" w:cs="宋体"/>
          <w:color w:val="000000"/>
        </w:rPr>
        <w:t>点出发以每秒</w:t>
      </w:r>
      <w:r>
        <w:rPr>
          <w:rFonts w:ascii="Times New Roman" w:hAnsi="Times New Roman" w:eastAsia="Times New Roman" w:cs="Times New Roman"/>
          <w:color w:val="000000"/>
        </w:rPr>
        <w:t>2</w:t>
      </w:r>
      <w:r>
        <w:rPr>
          <w:rFonts w:ascii="宋体" w:hAnsi="宋体" w:eastAsia="宋体" w:cs="宋体"/>
          <w:color w:val="000000"/>
        </w:rPr>
        <w:t>个单位的速度向右运动，运动</w:t>
      </w:r>
      <w:r>
        <w:rPr>
          <w:rFonts w:ascii="Times New Roman" w:hAnsi="Times New Roman" w:eastAsia="Times New Roman" w:cs="Times New Roman"/>
          <w:i/>
          <w:color w:val="000000"/>
        </w:rPr>
        <w:t>t</w:t>
      </w:r>
      <w:r>
        <w:rPr>
          <w:rFonts w:ascii="宋体" w:hAnsi="宋体" w:eastAsia="宋体" w:cs="宋体"/>
          <w:color w:val="000000"/>
        </w:rPr>
        <w:t>秒时，点</w:t>
      </w:r>
      <w:r>
        <w:rPr>
          <w:rFonts w:ascii="Times New Roman" w:hAnsi="Times New Roman" w:eastAsia="Times New Roman" w:cs="Times New Roman"/>
          <w:i/>
          <w:color w:val="000000"/>
        </w:rPr>
        <w:t>Q</w:t>
      </w:r>
      <w:r>
        <w:rPr>
          <w:rFonts w:ascii="宋体" w:hAnsi="宋体" w:eastAsia="宋体" w:cs="宋体"/>
          <w:color w:val="000000"/>
        </w:rPr>
        <w:t>恰好是“</w:t>
      </w:r>
      <w:r>
        <w:rPr>
          <w:rFonts w:ascii="Times New Roman" w:hAnsi="Times New Roman" w:eastAsia="Times New Roman" w:cs="Times New Roman"/>
          <w:i/>
          <w:color w:val="000000"/>
        </w:rPr>
        <w:t>P</w:t>
      </w:r>
      <w:r>
        <w:rPr>
          <w:rFonts w:ascii="宋体" w:hAnsi="宋体" w:eastAsia="宋体" w:cs="宋体"/>
          <w:color w:val="000000"/>
        </w:rPr>
        <w:t>对</w:t>
      </w:r>
      <w:r>
        <w:rPr>
          <w:rFonts w:ascii="Times New Roman" w:hAnsi="Times New Roman" w:eastAsia="Times New Roman" w:cs="Times New Roman"/>
          <w:i/>
          <w:color w:val="000000"/>
        </w:rPr>
        <w:t>A</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相关点”，求</w:t>
      </w:r>
      <w:r>
        <w:rPr>
          <w:rFonts w:ascii="Times New Roman" w:hAnsi="Times New Roman" w:eastAsia="Times New Roman" w:cs="Times New Roman"/>
          <w:i/>
          <w:color w:val="000000"/>
        </w:rPr>
        <w:t>t</w:t>
      </w:r>
      <w:r>
        <w:rPr>
          <w:rFonts w:ascii="宋体" w:hAnsi="宋体" w:eastAsia="宋体" w:cs="宋体"/>
          <w:color w:val="000000"/>
        </w:rPr>
        <w:t>的值．</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或</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7872" o:spt="75" alt="学科网(www.zxxk.com)--教育资源门户，提供试卷、教案、课件、论文、素材以及各类教学资源下载，还有大量而丰富的教学相关资讯！" type="#_x0000_t75" style="height:31.15pt;width:47.15pt;" o:ole="t" filled="f" o:preferrelative="t" stroked="f" coordsize="21600,21600">
            <v:path/>
            <v:fill on="f" focussize="0,0"/>
            <v:stroke on="f" joinstyle="miter"/>
            <v:imagedata r:id="rId2932" o:title="eqIdfd2cc205907292765d1803c4ffb47aae"/>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或</w:t>
      </w:r>
      <w:r>
        <w:pict>
          <v:shape id="_x0000_i717873" o:spt="75" alt="学科网(www.zxxk.com)--教育资源门户，提供试卷、教案、课件、论文、素材以及各类教学资源下载，还有大量而丰富的教学相关资讯！" type="#_x0000_t75" style="height:30.85pt;width:18.15pt;" o:ole="t" filled="f" o:preferrelative="t" stroked="f" coordsize="21600,21600">
            <v:path/>
            <v:fill on="f" focussize="0,0"/>
            <v:stroke on="f" joinstyle="miter"/>
            <v:imagedata r:id="rId2933" o:title="eqId88819f8e8257e060979442e5b56bdd52"/>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相关点</w:t>
      </w:r>
      <w:r>
        <w:rPr>
          <w:rFonts w:ascii="Times New Roman" w:hAnsi="Times New Roman" w:eastAsia="Times New Roman" w:cs="Times New Roman"/>
          <w:color w:val="000000"/>
        </w:rPr>
        <w:t>”</w:t>
      </w:r>
      <w:r>
        <w:rPr>
          <w:rFonts w:ascii="宋体" w:hAnsi="宋体" w:eastAsia="宋体" w:cs="宋体"/>
          <w:color w:val="000000"/>
        </w:rPr>
        <w:t>的定义，分点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左边和点</w:t>
      </w:r>
      <w:r>
        <w:rPr>
          <w:rFonts w:ascii="Times New Roman" w:hAnsi="Times New Roman" w:eastAsia="Times New Roman" w:cs="Times New Roman"/>
          <w:i/>
          <w:color w:val="000000"/>
        </w:rPr>
        <w:t>P</w:t>
      </w:r>
      <w:r>
        <w:rPr>
          <w:rFonts w:ascii="宋体" w:hAnsi="宋体" w:eastAsia="宋体" w:cs="宋体"/>
          <w:color w:val="000000"/>
        </w:rPr>
        <w:t>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之间列方程求解即可；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）首先求出</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时</w:t>
      </w:r>
      <w:r>
        <w:rPr>
          <w:rFonts w:ascii="Times New Roman" w:hAnsi="Times New Roman" w:eastAsia="Times New Roman" w:cs="Times New Roman"/>
          <w:i/>
          <w:color w:val="000000"/>
        </w:rPr>
        <w:t>x</w:t>
      </w:r>
      <w:r>
        <w:rPr>
          <w:rFonts w:ascii="宋体" w:hAnsi="宋体" w:eastAsia="宋体" w:cs="宋体"/>
          <w:color w:val="000000"/>
        </w:rPr>
        <w:t>的取值范围，再根据点</w:t>
      </w:r>
      <w:r>
        <w:rPr>
          <w:rFonts w:ascii="Times New Roman" w:hAnsi="Times New Roman" w:eastAsia="Times New Roman" w:cs="Times New Roman"/>
          <w:i/>
          <w:color w:val="000000"/>
        </w:rPr>
        <w:t>P</w:t>
      </w:r>
      <w:r>
        <w:rPr>
          <w:rFonts w:ascii="宋体" w:hAnsi="宋体" w:eastAsia="宋体" w:cs="宋体"/>
          <w:color w:val="000000"/>
        </w:rPr>
        <w:t>是</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相关点</w:t>
      </w:r>
      <w:r>
        <w:rPr>
          <w:rFonts w:ascii="Times New Roman" w:hAnsi="Times New Roman" w:eastAsia="Times New Roman" w:cs="Times New Roman"/>
          <w:color w:val="000000"/>
        </w:rPr>
        <w:t>”</w:t>
      </w:r>
      <w:r>
        <w:rPr>
          <w:rFonts w:ascii="宋体" w:hAnsi="宋体" w:eastAsia="宋体" w:cs="宋体"/>
          <w:color w:val="000000"/>
        </w:rPr>
        <w:t>列出相应方程，求出得到</w:t>
      </w:r>
      <w:r>
        <w:rPr>
          <w:rFonts w:ascii="Times New Roman" w:hAnsi="Times New Roman" w:eastAsia="Times New Roman" w:cs="Times New Roman"/>
          <w:i/>
          <w:color w:val="000000"/>
        </w:rPr>
        <w:t>x</w:t>
      </w:r>
      <w:r>
        <w:rPr>
          <w:rFonts w:ascii="宋体" w:hAnsi="宋体" w:eastAsia="宋体" w:cs="宋体"/>
          <w:color w:val="000000"/>
        </w:rPr>
        <w:t>的不等式组，解出不等式组即可得到</w:t>
      </w:r>
      <w:r>
        <w:rPr>
          <w:rFonts w:ascii="Times New Roman" w:hAnsi="Times New Roman" w:eastAsia="Times New Roman" w:cs="Times New Roman"/>
          <w:i/>
          <w:color w:val="000000"/>
        </w:rPr>
        <w:t>k</w:t>
      </w:r>
      <w:r>
        <w:rPr>
          <w:rFonts w:ascii="宋体" w:hAnsi="宋体" w:eastAsia="宋体" w:cs="宋体"/>
          <w:color w:val="000000"/>
        </w:rPr>
        <w:t>的取值范围；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）分别表示出</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，根据题意分两种情况列出方程求解即可．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）根据题意得，</w:t>
      </w:r>
      <w:r>
        <w:rPr>
          <w:rFonts w:ascii="Times New Roman" w:hAnsi="Times New Roman" w:eastAsia="Times New Roman" w:cs="Times New Roman"/>
          <w:color w:val="000000"/>
        </w:rPr>
        <w:t>|</w:t>
      </w:r>
      <w:r>
        <w:rPr>
          <w:rFonts w:ascii="Times New Roman" w:hAnsi="Times New Roman" w:eastAsia="Times New Roman" w:cs="Times New Roman"/>
          <w:i/>
          <w:color w:val="000000"/>
        </w:rPr>
        <w:t>PA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PB</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情形①：当点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的左边时，则有，</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），解得，</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情形②：点</w:t>
      </w:r>
      <w:r>
        <w:rPr>
          <w:rFonts w:ascii="Times New Roman" w:hAnsi="Times New Roman" w:eastAsia="Times New Roman" w:cs="Times New Roman"/>
          <w:i/>
          <w:color w:val="000000"/>
        </w:rPr>
        <w:t>P</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间，则有，</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+3</w:t>
      </w:r>
      <w:r>
        <w:rPr>
          <w:rFonts w:ascii="宋体" w:hAnsi="宋体" w:eastAsia="宋体" w:cs="宋体"/>
          <w:color w:val="000000"/>
        </w:rPr>
        <w:t>），解得，</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12</w:t>
      </w:r>
      <w:r>
        <w:rPr>
          <w:rFonts w:ascii="宋体" w:hAnsi="宋体" w:eastAsia="宋体" w:cs="宋体"/>
          <w:color w:val="000000"/>
        </w:rPr>
        <w:t>或</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对</w:t>
      </w:r>
      <w:r>
        <w:rPr>
          <w:rFonts w:ascii="Times New Roman" w:hAnsi="Times New Roman" w:eastAsia="Times New Roman" w:cs="Times New Roman"/>
          <w:i/>
          <w:color w:val="000000"/>
        </w:rPr>
        <w:t>B</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相关点”，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pict>
          <v:shape id="_x0000_i717874"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2934" o:title="eqId443d44d41b70f0613de20eeb74e92d1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pict>
          <v:shape id="_x0000_i717875" o:spt="75" alt="学科网(www.zxxk.com)--教育资源门户，提供试卷、教案、课件、论文、素材以及各类教学资源下载，还有大量而丰富的教学相关资讯！" type="#_x0000_t75" style="height:30.75pt;width:33.75pt;" o:ole="t" filled="f" o:preferrelative="t" stroked="f" coordsize="21600,21600">
            <v:path/>
            <v:fill on="f" focussize="0,0"/>
            <v:stroke on="f" joinstyle="miter"/>
            <v:imagedata r:id="rId2935" o:title="eqId443d44d41b70f0613de20eeb74e92d1e"/>
            <o:lock v:ext="edit" aspectratio="t"/>
            <w10:wrap type="none"/>
            <w10:anchorlock/>
          </v:shape>
        </w:pict>
      </w:r>
      <w:r>
        <w:rPr>
          <w:rFonts w:ascii="Times New Roman" w:hAnsi="Times New Roman" w:eastAsia="Times New Roman" w:cs="Times New Roman"/>
          <w:color w:val="000000"/>
        </w:rPr>
        <w:t>≤1</w:t>
      </w:r>
      <w:r>
        <w:rPr>
          <w:rFonts w:ascii="宋体" w:hAnsi="宋体" w:eastAsia="宋体" w:cs="宋体"/>
          <w:color w:val="000000"/>
        </w:rPr>
        <w:t>，即：﹣</w:t>
      </w:r>
      <w:r>
        <w:rPr>
          <w:rFonts w:ascii="Times New Roman" w:hAnsi="Times New Roman" w:eastAsia="Times New Roman" w:cs="Times New Roman"/>
          <w:color w:val="000000"/>
        </w:rPr>
        <w:t>2≤</w:t>
      </w:r>
      <w:r>
        <w:pict>
          <v:shape id="_x0000_i717876" o:spt="75" alt="学科网(www.zxxk.com)--教育资源门户，提供试卷、教案、课件、论文、素材以及各类教学资源下载，还有大量而丰富的教学相关资讯！" type="#_x0000_t75" style="height:30.75pt;width:65.25pt;" o:ole="t" filled="f" o:preferrelative="t" stroked="f" coordsize="21600,21600">
            <v:path/>
            <v:fill on="f" focussize="0,0"/>
            <v:stroke on="f" joinstyle="miter"/>
            <v:imagedata r:id="rId2936" o:title="eqIdf353c4b23a1c13fc583d8483b2aeb863"/>
            <o:lock v:ext="edit" aspectratio="t"/>
            <w10:wrap type="none"/>
            <w10:anchorlock/>
          </v:shape>
        </w:pic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pict>
          <v:shape id="_x0000_i717877"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2937" o:title="eqId956fe8dac78e3d5b1453c1d1ac7a0b8e"/>
            <o:lock v:ext="edit" aspectratio="t"/>
            <w10:wrap type="none"/>
            <w10:anchorlock/>
          </v:shape>
        </w:pic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rPr>
        <w:t>+1≤9</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rPr>
          <w:rFonts w:ascii="Times New Roman" w:hAnsi="Times New Roman" w:eastAsia="Times New Roman" w:cs="Times New Roman"/>
          <w:i/>
          <w:color w:val="000000"/>
        </w:rPr>
        <w:t>k</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rPr>
          <w:rFonts w:ascii="Times New Roman" w:hAnsi="Times New Roman" w:eastAsia="Times New Roman" w:cs="Times New Roman"/>
          <w:i/>
          <w:color w:val="000000"/>
        </w:rPr>
        <w:t>k</w:t>
      </w:r>
      <w:r>
        <w:rPr>
          <w:rFonts w:ascii="Times New Roman" w:hAnsi="Times New Roman" w:eastAsia="Times New Roman" w:cs="Times New Roman"/>
          <w:color w:val="000000"/>
        </w:rPr>
        <w:t>≥</w:t>
      </w:r>
      <w:r>
        <w:pict>
          <v:shape id="_x0000_i717878" o:spt="75" alt="学科网(www.zxxk.com)--教育资源门户，提供试卷、教案、课件、论文、素材以及各类教学资源下载，还有大量而丰富的教学相关资讯！" type="#_x0000_t75" style="height:31.25pt;width:12.25pt;" o:ole="t" filled="f" o:preferrelative="t" stroked="f" coordsize="21600,21600">
            <v:path/>
            <v:fill on="f" focussize="0,0"/>
            <v:stroke on="f" joinstyle="miter"/>
            <v:imagedata r:id="rId2938" o:title="eqIdfd72ee6ae527cd10405540b75979d95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7879" o:spt="75" alt="学科网(www.zxxk.com)--教育资源门户，提供试卷、教案、课件、论文、素材以及各类教学资源下载，还有大量而丰富的教学相关资讯！" type="#_x0000_t75" style="height:31.15pt;width:47.15pt;" o:ole="t" filled="f" o:preferrelative="t" stroked="f" coordsize="21600,21600">
            <v:path/>
            <v:fill on="f" focussize="0,0"/>
            <v:stroke on="f" joinstyle="miter"/>
            <v:imagedata r:id="rId2939" o:title="eqIdfd2cc205907292765d1803c4ffb47aa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7880" o:spt="75" alt="学科网(www.zxxk.com)--教育资源门户，提供试卷、教案、课件、论文、素材以及各类教学资源下载，还有大量而丰富的教学相关资讯！" type="#_x0000_t75" style="height:31.15pt;width:47.15pt;" o:ole="t" filled="f" o:preferrelative="t" stroked="f" coordsize="21600,21600">
            <v:path/>
            <v:fill on="f" focussize="0,0"/>
            <v:stroke on="f" joinstyle="miter"/>
            <v:imagedata r:id="rId2940" o:title="eqIdfd2cc205907292765d1803c4ffb47aa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）∵运动</w:t>
      </w:r>
      <w:r>
        <w:rPr>
          <w:rFonts w:ascii="Times New Roman" w:hAnsi="Times New Roman" w:eastAsia="Times New Roman" w:cs="Times New Roman"/>
          <w:i/>
          <w:color w:val="000000"/>
        </w:rPr>
        <w:t>t</w:t>
      </w:r>
      <w:r>
        <w:rPr>
          <w:rFonts w:ascii="宋体" w:hAnsi="宋体" w:eastAsia="宋体" w:cs="宋体"/>
          <w:color w:val="000000"/>
        </w:rPr>
        <w:t>秒后，</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表示的数为﹣</w:t>
      </w:r>
      <w:r>
        <w:rPr>
          <w:rFonts w:ascii="Times New Roman" w:hAnsi="Times New Roman" w:eastAsia="Times New Roman" w:cs="Times New Roman"/>
          <w:color w:val="000000"/>
        </w:rPr>
        <w:t>3+2</w:t>
      </w:r>
      <w:r>
        <w:rPr>
          <w:rFonts w:ascii="Times New Roman" w:hAnsi="Times New Roman" w:eastAsia="Times New Roman" w:cs="Times New Roman"/>
          <w:i/>
          <w:color w:val="000000"/>
        </w:rPr>
        <w:t>t</w: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恰好是“</w:t>
      </w:r>
      <w:r>
        <w:rPr>
          <w:rFonts w:ascii="Times New Roman" w:hAnsi="Times New Roman" w:eastAsia="Times New Roman" w:cs="Times New Roman"/>
          <w:i/>
          <w:color w:val="000000"/>
        </w:rPr>
        <w:t>P</w:t>
      </w:r>
      <w:r>
        <w:rPr>
          <w:rFonts w:ascii="宋体" w:hAnsi="宋体" w:eastAsia="宋体" w:cs="宋体"/>
          <w:color w:val="000000"/>
        </w:rPr>
        <w:t>对</w:t>
      </w:r>
      <w:r>
        <w:rPr>
          <w:rFonts w:ascii="Times New Roman" w:hAnsi="Times New Roman" w:eastAsia="Times New Roman" w:cs="Times New Roman"/>
          <w:i/>
          <w:color w:val="000000"/>
        </w:rPr>
        <w:t>A</w:t>
      </w:r>
      <w:r>
        <w:rPr>
          <w:rFonts w:ascii="宋体" w:hAnsi="宋体" w:eastAsia="宋体" w:cs="宋体"/>
          <w:color w:val="000000"/>
        </w:rPr>
        <w:t>的</w:t>
      </w:r>
      <w:r>
        <w:rPr>
          <w:rFonts w:ascii="Times New Roman" w:hAnsi="Times New Roman" w:eastAsia="Times New Roman" w:cs="Times New Roman"/>
          <w:color w:val="000000"/>
        </w:rPr>
        <w:t>2</w:t>
      </w:r>
      <w:r>
        <w:rPr>
          <w:rFonts w:ascii="宋体" w:hAnsi="宋体" w:eastAsia="宋体" w:cs="宋体"/>
          <w:color w:val="000000"/>
        </w:rPr>
        <w:t>相关点”，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QP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QA</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3+2</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6+</w:t>
      </w:r>
      <w:r>
        <w:rPr>
          <w:rFonts w:ascii="Times New Roman" w:hAnsi="Times New Roman" w:eastAsia="Times New Roman" w:cs="Times New Roman"/>
          <w:i/>
          <w:color w:val="000000"/>
        </w:rPr>
        <w:t>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3+2</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9+3</w:t>
      </w:r>
      <w:r>
        <w:rPr>
          <w:rFonts w:ascii="Times New Roman" w:hAnsi="Times New Roman" w:eastAsia="Times New Roman" w:cs="Times New Roman"/>
          <w:i/>
          <w:color w:val="000000"/>
        </w:rPr>
        <w:t>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9+2</w:t>
      </w:r>
      <w:r>
        <w:rPr>
          <w:rFonts w:ascii="Times New Roman" w:hAnsi="Times New Roman" w:eastAsia="Times New Roman" w:cs="Times New Roman"/>
          <w:i/>
          <w:color w:val="000000"/>
        </w:rPr>
        <w:t>t</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9+3</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9+2</w:t>
      </w:r>
      <w:r>
        <w:rPr>
          <w:rFonts w:ascii="Times New Roman" w:hAnsi="Times New Roman" w:eastAsia="Times New Roman" w:cs="Times New Roman"/>
          <w:i/>
          <w:color w:val="000000"/>
        </w:rPr>
        <w:t>t</w:t>
      </w:r>
      <w:r>
        <w:rPr>
          <w:rFonts w:ascii="宋体" w:hAnsi="宋体" w:eastAsia="宋体" w:cs="宋体"/>
          <w:color w:val="000000"/>
        </w:rPr>
        <w:t>），或﹣</w:t>
      </w:r>
      <w:r>
        <w:rPr>
          <w:rFonts w:ascii="Times New Roman" w:hAnsi="Times New Roman" w:eastAsia="Times New Roman" w:cs="Times New Roman"/>
          <w:color w:val="000000"/>
        </w:rPr>
        <w:t>9+3</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9+2</w:t>
      </w:r>
      <w:r>
        <w:rPr>
          <w:rFonts w:ascii="Times New Roman" w:hAnsi="Times New Roman" w:eastAsia="Times New Roman" w:cs="Times New Roman"/>
          <w:i/>
          <w:color w:val="000000"/>
        </w:rPr>
        <w:t>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或</w:t>
      </w:r>
      <w:r>
        <w:rPr>
          <w:rFonts w:ascii="Times New Roman" w:hAnsi="Times New Roman" w:eastAsia="Times New Roman" w:cs="Times New Roman"/>
          <w:i/>
          <w:color w:val="000000"/>
        </w:rPr>
        <w:t>t</w:t>
      </w:r>
      <w:r>
        <w:rPr>
          <w:rFonts w:ascii="宋体" w:hAnsi="宋体" w:eastAsia="宋体" w:cs="宋体"/>
          <w:color w:val="000000"/>
        </w:rPr>
        <w:t>＝</w:t>
      </w:r>
      <w:r>
        <w:pict>
          <v:shape id="_x0000_i717881" o:spt="75" alt="学科网(www.zxxk.com)--教育资源门户，提供试卷、教案、课件、论文、素材以及各类教学资源下载，还有大量而丰富的教学相关资讯！" type="#_x0000_t75" style="height:30.85pt;width:18.15pt;" o:ole="t" filled="f" o:preferrelative="t" stroked="f" coordsize="21600,21600">
            <v:path/>
            <v:fill on="f" focussize="0,0"/>
            <v:stroke on="f" joinstyle="miter"/>
            <v:imagedata r:id="rId2941" o:title="eqId88819f8e8257e060979442e5b56bdd5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本题考查了一元一次方程在数轴上的动点问题中的应用，理清题中的数量关系并正确列式是解题的关键．</w:t>
      </w:r>
    </w:p>
    <w:p>
      <w:pPr>
        <w:pStyle w:val="Heading2"/>
      </w:pPr>
      <w:r>
        <w:t>第二十七中学</w:t>
      </w:r>
    </w:p>
    <w:p>
      <w:pPr>
        <w:spacing w:line="360" w:lineRule="auto"/>
        <w:jc w:val="left"/>
        <w:textAlignment w:val="center"/>
        <w:rPr>
          <w:color w:val="000000"/>
        </w:rPr>
      </w:pPr>
      <w:r>
        <w:rPr>
          <w:color w:val="000000"/>
        </w:rPr>
        <w:t xml:space="preserve">27. </w:t>
      </w:r>
      <w:r>
        <w:rPr>
          <w:rFonts w:ascii="宋体" w:hAnsi="宋体" w:eastAsia="宋体" w:cs="宋体"/>
          <w:color w:val="000000"/>
        </w:rPr>
        <w:t>对于数轴上不重合的两点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，给出如下定义：若数轴上存在一点</w:t>
      </w:r>
      <w:r>
        <w:rPr>
          <w:rFonts w:ascii="Times New Roman" w:hAnsi="Times New Roman" w:eastAsia="Times New Roman" w:cs="Times New Roman"/>
          <w:i/>
          <w:color w:val="000000"/>
        </w:rPr>
        <w:t>M</w:t>
      </w:r>
      <w:r>
        <w:rPr>
          <w:rFonts w:ascii="宋体" w:hAnsi="宋体" w:eastAsia="宋体" w:cs="宋体"/>
          <w:color w:val="000000"/>
        </w:rPr>
        <w:t>，通过比较线段</w:t>
      </w:r>
      <w:r>
        <w:rPr>
          <w:rFonts w:ascii="Times New Roman" w:hAnsi="Times New Roman" w:eastAsia="Times New Roman" w:cs="Times New Roman"/>
          <w:i/>
          <w:color w:val="000000"/>
        </w:rPr>
        <w:t>AM</w:t>
      </w:r>
      <w:r>
        <w:rPr>
          <w:rFonts w:ascii="宋体" w:hAnsi="宋体" w:eastAsia="宋体" w:cs="宋体"/>
          <w:color w:val="000000"/>
        </w:rPr>
        <w:t>和</w:t>
      </w:r>
      <w:r>
        <w:rPr>
          <w:rFonts w:ascii="Times New Roman" w:hAnsi="Times New Roman" w:eastAsia="Times New Roman" w:cs="Times New Roman"/>
          <w:i/>
          <w:color w:val="000000"/>
        </w:rPr>
        <w:t>BM</w:t>
      </w:r>
      <w:r>
        <w:rPr>
          <w:rFonts w:ascii="宋体" w:hAnsi="宋体" w:eastAsia="宋体" w:cs="宋体"/>
          <w:color w:val="000000"/>
        </w:rPr>
        <w:t>的长度，将较短线段的长度定义为点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．若线段</w:t>
      </w:r>
      <w:r>
        <w:rPr>
          <w:rFonts w:ascii="Times New Roman" w:hAnsi="Times New Roman" w:eastAsia="Times New Roman" w:cs="Times New Roman"/>
          <w:i/>
          <w:color w:val="000000"/>
        </w:rPr>
        <w:t>AM</w:t>
      </w:r>
      <w:r>
        <w:rPr>
          <w:rFonts w:ascii="宋体" w:hAnsi="宋体" w:eastAsia="宋体" w:cs="宋体"/>
          <w:color w:val="000000"/>
        </w:rPr>
        <w:t>和</w:t>
      </w:r>
      <w:r>
        <w:rPr>
          <w:rFonts w:ascii="Times New Roman" w:hAnsi="Times New Roman" w:eastAsia="Times New Roman" w:cs="Times New Roman"/>
          <w:i/>
          <w:color w:val="000000"/>
        </w:rPr>
        <w:t>BM</w:t>
      </w:r>
      <w:r>
        <w:rPr>
          <w:rFonts w:ascii="宋体" w:hAnsi="宋体" w:eastAsia="宋体" w:cs="宋体"/>
          <w:color w:val="000000"/>
        </w:rPr>
        <w:t>的长度相等，将线段</w:t>
      </w:r>
      <w:r>
        <w:rPr>
          <w:rFonts w:ascii="Times New Roman" w:hAnsi="Times New Roman" w:eastAsia="Times New Roman" w:cs="Times New Roman"/>
          <w:i/>
          <w:color w:val="000000"/>
        </w:rPr>
        <w:t>AM</w:t>
      </w:r>
      <w:r>
        <w:rPr>
          <w:rFonts w:ascii="宋体" w:hAnsi="宋体" w:eastAsia="宋体" w:cs="宋体"/>
          <w:color w:val="000000"/>
        </w:rPr>
        <w:t>或</w:t>
      </w:r>
      <w:r>
        <w:rPr>
          <w:rFonts w:ascii="Times New Roman" w:hAnsi="Times New Roman" w:eastAsia="Times New Roman" w:cs="Times New Roman"/>
          <w:i/>
          <w:color w:val="000000"/>
        </w:rPr>
        <w:t>BM</w:t>
      </w:r>
      <w:r>
        <w:rPr>
          <w:rFonts w:ascii="宋体" w:hAnsi="宋体" w:eastAsia="宋体" w:cs="宋体"/>
          <w:color w:val="000000"/>
        </w:rPr>
        <w:t>的长度定义为点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609975" cy="1543050"/>
            <wp:effectExtent l="0" t="0" r="9525" b="0"/>
            <wp:docPr id="3737"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 name="图片 100011" descr="学科网(www.zxxk.com)--教育资源门户，提供试卷、教案、课件、论文、素材以及各类教学资源下载，还有大量而丰富的教学相关资讯！"/>
                    <pic:cNvPicPr>
                      <a:picLocks noChangeAspect="1"/>
                    </pic:cNvPicPr>
                  </pic:nvPicPr>
                  <pic:blipFill>
                    <a:blip r:embed="rId2942"/>
                    <a:stretch>
                      <a:fillRect/>
                    </a:stretch>
                  </pic:blipFill>
                  <pic:spPr>
                    <a:xfrm>
                      <a:off x="0" y="0"/>
                      <a:ext cx="3609975" cy="15430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当数轴上原点为</w:t>
      </w:r>
      <w:r>
        <w:rPr>
          <w:rFonts w:ascii="Times New Roman" w:hAnsi="Times New Roman" w:eastAsia="Times New Roman" w:cs="Times New Roman"/>
          <w:i/>
          <w:color w:val="000000"/>
        </w:rPr>
        <w:t>O</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5</w:t>
      </w:r>
      <w:r>
        <w:rPr>
          <w:rFonts w:ascii="宋体" w:hAnsi="宋体" w:eastAsia="宋体" w:cs="宋体"/>
          <w:color w:val="000000"/>
        </w:rPr>
        <w:t>时</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，若点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，则</w:t>
      </w:r>
      <w:r>
        <w:rPr>
          <w:rFonts w:ascii="Times New Roman" w:hAnsi="Times New Roman" w:eastAsia="Times New Roman" w:cs="Times New Roman"/>
          <w:i/>
          <w:color w:val="000000"/>
        </w:rPr>
        <w:t>m</w:t>
      </w:r>
      <w:r>
        <w:rPr>
          <w:rFonts w:ascii="宋体" w:hAnsi="宋体" w:eastAsia="宋体" w:cs="宋体"/>
          <w:color w:val="000000"/>
        </w:rPr>
        <w:t>的值为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在数轴上，点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color w:val="000000"/>
        </w:rPr>
        <w:t>-6</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以每秒</w:t>
      </w:r>
      <w:r>
        <w:rPr>
          <w:rFonts w:ascii="Times New Roman" w:hAnsi="Times New Roman" w:eastAsia="Times New Roman" w:cs="Times New Roman"/>
          <w:color w:val="000000"/>
        </w:rPr>
        <w:t>2</w:t>
      </w:r>
      <w:r>
        <w:rPr>
          <w:rFonts w:ascii="宋体" w:hAnsi="宋体" w:eastAsia="宋体" w:cs="宋体"/>
          <w:color w:val="000000"/>
        </w:rPr>
        <w:t>个单位长度的速度向正半轴方向移动时，点</w:t>
      </w:r>
      <w:r>
        <w:rPr>
          <w:rFonts w:ascii="Times New Roman" w:hAnsi="Times New Roman" w:eastAsia="Times New Roman" w:cs="Times New Roman"/>
          <w:i/>
          <w:color w:val="000000"/>
        </w:rPr>
        <w:t>B</w:t>
      </w:r>
      <w:r>
        <w:rPr>
          <w:rFonts w:ascii="宋体" w:hAnsi="宋体" w:eastAsia="宋体" w:cs="宋体"/>
          <w:color w:val="000000"/>
        </w:rPr>
        <w:t>同时以每秒</w:t>
      </w:r>
      <w:r>
        <w:rPr>
          <w:rFonts w:ascii="Times New Roman" w:hAnsi="Times New Roman" w:eastAsia="Times New Roman" w:cs="Times New Roman"/>
          <w:color w:val="000000"/>
        </w:rPr>
        <w:t>1</w:t>
      </w:r>
      <w:r>
        <w:rPr>
          <w:rFonts w:ascii="宋体" w:hAnsi="宋体" w:eastAsia="宋体" w:cs="宋体"/>
          <w:color w:val="000000"/>
        </w:rPr>
        <w:t>个单位长度的速度向负半轴方向移动，设移动的时间为</w:t>
      </w:r>
      <w:r>
        <w:pict>
          <v:shape id="_x0000_i717882" o:spt="75" alt="学科网(www.zxxk.com)--教育资源门户，提供试卷、教案、课件、论文、素材以及各类教学资源下载，还有大量而丰富的教学相关资讯！" type="#_x0000_t75" style="height:20.25pt;width:39.75pt;" o:ole="t" filled="f" o:preferrelative="t" stroked="f" coordsize="21600,21600">
            <v:path/>
            <v:fill on="f" focussize="0,0"/>
            <v:stroke on="f" joinstyle="miter"/>
            <v:imagedata r:id="rId2943" o:title="eqIdecf4b43b6792b9ae78a1c8cae4e60524"/>
            <o:lock v:ext="edit" aspectratio="t"/>
            <w10:wrap type="none"/>
            <w10:anchorlock/>
          </v:shape>
        </w:pict>
      </w:r>
      <w:r>
        <w:rPr>
          <w:rFonts w:ascii="宋体" w:hAnsi="宋体" w:eastAsia="宋体" w:cs="宋体"/>
          <w:color w:val="000000"/>
        </w:rPr>
        <w:t>秒，当点</w:t>
      </w:r>
      <w:r>
        <w:rPr>
          <w:rFonts w:ascii="Times New Roman" w:hAnsi="Times New Roman" w:eastAsia="Times New Roman" w:cs="Times New Roman"/>
          <w:i/>
          <w:color w:val="000000"/>
        </w:rPr>
        <w:t>P</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2</w:t>
      </w:r>
      <w:r>
        <w:rPr>
          <w:rFonts w:ascii="宋体" w:hAnsi="宋体" w:eastAsia="宋体" w:cs="宋体"/>
          <w:color w:val="000000"/>
        </w:rPr>
        <w:t>时，求</w:t>
      </w:r>
      <w:r>
        <w:rPr>
          <w:rFonts w:ascii="Times New Roman" w:hAnsi="Times New Roman" w:eastAsia="Times New Roman" w:cs="Times New Roman"/>
          <w:i/>
          <w:color w:val="000000"/>
        </w:rPr>
        <w:t>t</w: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rPr>
          <w:rFonts w:ascii="Times New Roman" w:hAnsi="Times New Roman" w:eastAsia="Times New Roman" w:cs="Times New Roman"/>
          <w:color w:val="000000"/>
        </w:rPr>
        <w:t xml:space="preserve">  </w:t>
      </w:r>
      <w:r>
        <w:pict>
          <v:shape id="_x0000_i71788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2944" o:title="eqIdbdaa19de263700a15fcf213d64a8cd57"/>
            <o:lock v:ext="edit" aspectratio="t"/>
            <w10:wrap type="none"/>
            <w10:anchorlock/>
          </v:shape>
        </w:pict>
      </w:r>
      <w:r>
        <w:rPr>
          <w:rFonts w:ascii="宋体" w:hAnsi="宋体" w:eastAsia="宋体" w:cs="宋体"/>
          <w:color w:val="000000"/>
        </w:rPr>
        <w:t>；②﹣</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8</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i/>
          <w:color w:val="000000"/>
        </w:rPr>
        <w:t>t</w:t>
      </w:r>
      <w:r>
        <w:rPr>
          <w:rFonts w:ascii="宋体" w:hAnsi="宋体" w:eastAsia="宋体" w:cs="宋体"/>
          <w:color w:val="000000"/>
        </w:rPr>
        <w:t>的值为</w:t>
      </w:r>
      <w:r>
        <w:pict>
          <v:shape id="_x0000_i717884"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2945" o:title="eqIdf89eef3148f2d4d09379767b4af69132"/>
            <o:lock v:ext="edit" aspectratio="t"/>
            <w10:wrap type="none"/>
            <w10:anchorlock/>
          </v:shape>
        </w:pict>
      </w:r>
      <w:r>
        <w:rPr>
          <w:rFonts w:ascii="宋体" w:hAnsi="宋体" w:eastAsia="宋体" w:cs="宋体"/>
          <w:color w:val="000000"/>
        </w:rPr>
        <w:t>或</w:t>
      </w:r>
      <w:r>
        <w:pict>
          <v:shape id="_x0000_i717885"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2946" o:title="eqId5991e9ec7666f533a528a4173c58f0ff"/>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Times New Roman" w:hAnsi="Times New Roman" w:eastAsia="Times New Roman" w:cs="Times New Roman"/>
          <w:color w:val="000000"/>
        </w:rPr>
        <w:t>(1))①</w:t>
      </w:r>
      <w:r>
        <w:rPr>
          <w:rFonts w:ascii="宋体" w:hAnsi="宋体" w:eastAsia="宋体" w:cs="宋体"/>
          <w:color w:val="000000"/>
        </w:rPr>
        <w:t>分别求出</w:t>
      </w:r>
      <w:r>
        <w:rPr>
          <w:rFonts w:ascii="Times New Roman" w:hAnsi="Times New Roman" w:eastAsia="Times New Roman" w:cs="Times New Roman"/>
          <w:i/>
          <w:color w:val="000000"/>
        </w:rPr>
        <w:t>OA</w:t>
      </w:r>
      <w:r>
        <w:rPr>
          <w:rFonts w:ascii="宋体" w:hAnsi="宋体" w:eastAsia="宋体" w:cs="宋体"/>
          <w:color w:val="000000"/>
        </w:rPr>
        <w:t>、</w:t>
      </w:r>
      <w:r>
        <w:rPr>
          <w:rFonts w:ascii="Times New Roman" w:hAnsi="Times New Roman" w:eastAsia="Times New Roman" w:cs="Times New Roman"/>
          <w:i/>
          <w:color w:val="000000"/>
        </w:rPr>
        <w:t>OB</w:t>
      </w:r>
      <w:r>
        <w:rPr>
          <w:rFonts w:ascii="宋体" w:hAnsi="宋体" w:eastAsia="宋体" w:cs="宋体"/>
          <w:color w:val="000000"/>
        </w:rPr>
        <w:t>的长，然后比较大小，较短线段的长就是</w:t>
      </w:r>
      <w:r>
        <w:rPr>
          <w:rFonts w:ascii="Times New Roman" w:hAnsi="Times New Roman" w:eastAsia="Times New Roman" w:cs="Times New Roman"/>
          <w:i/>
          <w:color w:val="000000"/>
        </w:rPr>
        <w:t>O</w:t>
      </w:r>
      <w:r>
        <w:rPr>
          <w:rFonts w:ascii="宋体" w:hAnsi="宋体" w:eastAsia="宋体" w:cs="宋体"/>
          <w:color w:val="000000"/>
        </w:rPr>
        <w:t>点到线段</w:t>
      </w:r>
      <w:r>
        <w:rPr>
          <w:rFonts w:ascii="Times New Roman" w:hAnsi="Times New Roman" w:eastAsia="Times New Roman" w:cs="Times New Roman"/>
          <w:i/>
          <w:color w:val="000000"/>
        </w:rPr>
        <w:t>AB</w:t>
      </w:r>
      <w:r>
        <w:rPr>
          <w:rFonts w:ascii="宋体" w:hAnsi="宋体" w:eastAsia="宋体" w:cs="宋体"/>
          <w:color w:val="000000"/>
        </w:rPr>
        <w:t>的“绝对距离”．</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分三种情况：点</w:t>
      </w:r>
      <w:r>
        <w:rPr>
          <w:rFonts w:ascii="Times New Roman" w:hAnsi="Times New Roman" w:eastAsia="Times New Roman" w:cs="Times New Roman"/>
          <w:i/>
          <w:color w:val="000000"/>
        </w:rPr>
        <w:t>M</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左边时；点</w:t>
      </w:r>
      <w:r>
        <w:rPr>
          <w:rFonts w:ascii="Times New Roman" w:hAnsi="Times New Roman" w:eastAsia="Times New Roman" w:cs="Times New Roman"/>
          <w:i/>
          <w:color w:val="000000"/>
        </w:rPr>
        <w:t>M</w:t>
      </w:r>
      <w:r>
        <w:rPr>
          <w:rFonts w:ascii="宋体" w:hAnsi="宋体" w:eastAsia="宋体" w:cs="宋体"/>
          <w:color w:val="000000"/>
        </w:rPr>
        <w:t>在</w:t>
      </w:r>
      <w:r>
        <w:rPr>
          <w:rFonts w:ascii="Times New Roman" w:hAnsi="Times New Roman" w:eastAsia="Times New Roman" w:cs="Times New Roman"/>
          <w:i/>
          <w:color w:val="000000"/>
        </w:rPr>
        <w:t>A</w:t>
      </w:r>
      <w:r>
        <w:rPr>
          <w:rFonts w:ascii="宋体" w:hAnsi="宋体" w:eastAsia="宋体" w:cs="宋体"/>
          <w:i/>
          <w:color w:val="000000"/>
        </w:rPr>
        <w:t>、</w:t>
      </w:r>
      <w:r>
        <w:rPr>
          <w:rFonts w:ascii="Times New Roman" w:hAnsi="Times New Roman" w:eastAsia="Times New Roman" w:cs="Times New Roman"/>
          <w:i/>
          <w:color w:val="000000"/>
        </w:rPr>
        <w:t>B</w:t>
      </w:r>
      <w:r>
        <w:rPr>
          <w:rFonts w:ascii="宋体" w:hAnsi="宋体" w:eastAsia="宋体" w:cs="宋体"/>
          <w:color w:val="000000"/>
        </w:rPr>
        <w:t>中间时；点</w:t>
      </w:r>
      <w:r>
        <w:rPr>
          <w:rFonts w:ascii="Times New Roman" w:hAnsi="Times New Roman" w:eastAsia="Times New Roman" w:cs="Times New Roman"/>
          <w:i/>
          <w:color w:val="000000"/>
        </w:rPr>
        <w:t>M</w:t>
      </w:r>
      <w:r>
        <w:rPr>
          <w:rFonts w:ascii="宋体" w:hAnsi="宋体" w:eastAsia="宋体" w:cs="宋体"/>
          <w:color w:val="000000"/>
        </w:rPr>
        <w:t>在</w:t>
      </w:r>
      <w:r>
        <w:rPr>
          <w:rFonts w:ascii="Times New Roman" w:hAnsi="Times New Roman" w:eastAsia="Times New Roman" w:cs="Times New Roman"/>
          <w:i/>
          <w:color w:val="000000"/>
        </w:rPr>
        <w:t>B</w:t>
      </w:r>
      <w:r>
        <w:rPr>
          <w:rFonts w:ascii="宋体" w:hAnsi="宋体" w:eastAsia="宋体" w:cs="宋体"/>
          <w:color w:val="000000"/>
        </w:rPr>
        <w:t>点右侧时．</w:t>
      </w:r>
    </w:p>
    <w:p>
      <w:pPr>
        <w:spacing w:line="360" w:lineRule="auto"/>
        <w:jc w:val="left"/>
        <w:textAlignment w:val="center"/>
        <w:rPr>
          <w:color w:val="000000"/>
        </w:rPr>
      </w:pPr>
      <w:r>
        <w:rPr>
          <w:rFonts w:ascii="宋体" w:hAnsi="宋体" w:eastAsia="宋体" w:cs="宋体"/>
          <w:color w:val="000000"/>
        </w:rPr>
        <w:t>(2)求出点</w:t>
      </w:r>
      <w:r>
        <w:rPr>
          <w:rFonts w:ascii="Times New Roman" w:hAnsi="Times New Roman" w:eastAsia="Times New Roman" w:cs="Times New Roman"/>
          <w:i/>
          <w:color w:val="000000"/>
        </w:rPr>
        <w:t>P</w:t>
      </w:r>
      <w:r>
        <w:rPr>
          <w:rFonts w:ascii="宋体" w:hAnsi="宋体" w:eastAsia="宋体" w:cs="宋体"/>
          <w:color w:val="000000"/>
        </w:rPr>
        <w:t>运动到点</w:t>
      </w:r>
      <w:r>
        <w:rPr>
          <w:rFonts w:ascii="Times New Roman" w:hAnsi="Times New Roman" w:eastAsia="Times New Roman" w:cs="Times New Roman"/>
          <w:i/>
          <w:color w:val="000000"/>
        </w:rPr>
        <w:t>A</w:t>
      </w:r>
      <w:r>
        <w:rPr>
          <w:rFonts w:ascii="宋体" w:hAnsi="宋体" w:eastAsia="宋体" w:cs="宋体"/>
          <w:color w:val="000000"/>
        </w:rPr>
        <w:t>时需要的时间为</w:t>
      </w:r>
      <w:r>
        <w:pict>
          <v:shape id="_x0000_i717886"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2947" o:title="eqIda4b8503f4706b8321e4e79a87eadea84"/>
            <o:lock v:ext="edit" aspectratio="t"/>
            <w10:wrap type="none"/>
            <w10:anchorlock/>
          </v:shape>
        </w:pict>
      </w:r>
      <w:r>
        <w:rPr>
          <w:rFonts w:ascii="宋体" w:hAnsi="宋体" w:eastAsia="宋体" w:cs="宋体"/>
          <w:color w:val="000000"/>
        </w:rPr>
        <w:t>秒，点</w:t>
      </w:r>
      <w:r>
        <w:rPr>
          <w:rFonts w:ascii="Times New Roman" w:hAnsi="Times New Roman" w:eastAsia="Times New Roman" w:cs="Times New Roman"/>
          <w:i/>
          <w:color w:val="000000"/>
        </w:rPr>
        <w:t>B</w:t>
      </w:r>
      <w:r>
        <w:rPr>
          <w:rFonts w:ascii="宋体" w:hAnsi="宋体" w:eastAsia="宋体" w:cs="宋体"/>
          <w:color w:val="000000"/>
        </w:rPr>
        <w:t>运动到点</w:t>
      </w:r>
      <w:r>
        <w:rPr>
          <w:rFonts w:ascii="Times New Roman" w:hAnsi="Times New Roman" w:eastAsia="Times New Roman" w:cs="Times New Roman"/>
          <w:i/>
          <w:color w:val="000000"/>
        </w:rPr>
        <w:t>A</w:t>
      </w:r>
      <w:r>
        <w:rPr>
          <w:rFonts w:ascii="宋体" w:hAnsi="宋体" w:eastAsia="宋体" w:cs="宋体"/>
          <w:color w:val="000000"/>
        </w:rPr>
        <w:t>时需要的时间为</w:t>
      </w:r>
      <w:r>
        <w:rPr>
          <w:rFonts w:ascii="Times New Roman" w:hAnsi="Times New Roman" w:eastAsia="Times New Roman" w:cs="Times New Roman"/>
          <w:color w:val="000000"/>
        </w:rPr>
        <w:t>5</w:t>
      </w:r>
      <w:r>
        <w:rPr>
          <w:rFonts w:ascii="宋体" w:hAnsi="宋体" w:eastAsia="宋体" w:cs="宋体"/>
          <w:color w:val="000000"/>
        </w:rPr>
        <w:t>秒，点</w:t>
      </w:r>
      <w:r>
        <w:rPr>
          <w:rFonts w:ascii="Times New Roman" w:hAnsi="Times New Roman" w:eastAsia="Times New Roman" w:cs="Times New Roman"/>
          <w:i/>
          <w:color w:val="000000"/>
        </w:rPr>
        <w:t>P</w:t>
      </w:r>
      <w:r>
        <w:rPr>
          <w:rFonts w:ascii="宋体" w:hAnsi="宋体" w:eastAsia="宋体" w:cs="宋体"/>
          <w:i/>
          <w:color w:val="000000"/>
        </w:rPr>
        <w:t>、</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相遇需要的时间为</w:t>
      </w:r>
      <w:r>
        <w:pict>
          <v:shape id="_x0000_i717887"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948" o:title="eqIda391005600bdd69c96750589f9adb048"/>
            <o:lock v:ext="edit" aspectratio="t"/>
            <w10:wrap type="none"/>
            <w10:anchorlock/>
          </v:shape>
        </w:pict>
      </w:r>
      <w:r>
        <w:rPr>
          <w:rFonts w:ascii="宋体" w:hAnsi="宋体" w:eastAsia="宋体" w:cs="宋体"/>
          <w:color w:val="000000"/>
        </w:rPr>
        <w:t>秒．再表示出移动时间为</w:t>
      </w:r>
      <w:r>
        <w:rPr>
          <w:rFonts w:ascii="Times New Roman" w:hAnsi="Times New Roman" w:eastAsia="Times New Roman" w:cs="Times New Roman"/>
          <w:i/>
          <w:color w:val="000000"/>
        </w:rPr>
        <w:t>t</w:t>
      </w:r>
      <w:r>
        <w:rPr>
          <w:rFonts w:ascii="宋体" w:hAnsi="宋体" w:eastAsia="宋体" w:cs="宋体"/>
          <w:color w:val="000000"/>
        </w:rPr>
        <w:t>秒时，点</w:t>
      </w:r>
      <w:r>
        <w:rPr>
          <w:rFonts w:ascii="Times New Roman" w:hAnsi="Times New Roman" w:eastAsia="Times New Roman" w:cs="Times New Roman"/>
          <w:i/>
          <w:color w:val="000000"/>
        </w:rPr>
        <w:t>P</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表示的数，然后分四种情况进行讨论：①</w:t>
      </w:r>
      <w:r>
        <w:pict>
          <v:shape id="_x0000_i717888" o:spt="75" alt="学科网(www.zxxk.com)--教育资源门户，提供试卷、教案、课件、论文、素材以及各类教学资源下载，还有大量而丰富的教学相关资讯！" type="#_x0000_t75" style="height:30.75pt;width:45pt;" o:ole="t" filled="f" o:preferrelative="t" stroked="f" coordsize="21600,21600">
            <v:path/>
            <v:fill on="f" focussize="0,0"/>
            <v:stroke on="f" joinstyle="miter"/>
            <v:imagedata r:id="rId2949" o:title="eqId88692d0c971512453c68dfc09b4e08ba"/>
            <o:lock v:ext="edit" aspectratio="t"/>
            <w10:wrap type="none"/>
            <w10:anchorlock/>
          </v:shape>
        </w:pict>
      </w:r>
      <w:r>
        <w:rPr>
          <w:rFonts w:ascii="宋体" w:hAnsi="宋体" w:eastAsia="宋体" w:cs="宋体"/>
          <w:color w:val="000000"/>
        </w:rPr>
        <w:t>；②</w:t>
      </w:r>
      <w:r>
        <w:pict>
          <v:shape id="_x0000_i717889"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2950" o:title="eqIdc405f19921d82835bc3e391875a3ff89"/>
            <o:lock v:ext="edit" aspectratio="t"/>
            <w10:wrap type="none"/>
            <w10:anchorlock/>
          </v:shape>
        </w:pict>
      </w:r>
      <w:r>
        <w:rPr>
          <w:rFonts w:ascii="宋体" w:hAnsi="宋体" w:eastAsia="宋体" w:cs="宋体"/>
          <w:color w:val="000000"/>
        </w:rPr>
        <w:t>；③</w:t>
      </w:r>
      <w:r>
        <w:pict>
          <v:shape id="_x0000_i717890" o:spt="75" alt="学科网(www.zxxk.com)--教育资源门户，提供试卷、教案、课件、论文、素材以及各类教学资源下载，还有大量而丰富的教学相关资讯！" type="#_x0000_t75" style="height:31.5pt;width:43.5pt;" o:ole="t" filled="f" o:preferrelative="t" stroked="f" coordsize="21600,21600">
            <v:path/>
            <v:fill on="f" focussize="0,0"/>
            <v:stroke on="f" joinstyle="miter"/>
            <v:imagedata r:id="rId2951" o:title="eqIdad118df7989864c763e33b87942b863f"/>
            <o:lock v:ext="edit" aspectratio="t"/>
            <w10:wrap type="none"/>
            <w10:anchorlock/>
          </v:shape>
        </w:pict>
      </w:r>
      <w:r>
        <w:rPr>
          <w:rFonts w:ascii="宋体" w:hAnsi="宋体" w:eastAsia="宋体" w:cs="宋体"/>
          <w:color w:val="000000"/>
        </w:rPr>
        <w:t>；④</w:t>
      </w:r>
      <w:r>
        <w:rPr>
          <w:rFonts w:ascii="Times New Roman" w:hAnsi="Times New Roman" w:eastAsia="Times New Roman" w:cs="Times New Roman"/>
          <w:i/>
          <w:color w:val="000000"/>
        </w:rPr>
        <w:t>t</w:t>
      </w:r>
      <w:r>
        <w:rPr>
          <w:rFonts w:ascii="Times New Roman" w:hAnsi="Times New Roman" w:eastAsia="Times New Roman" w:cs="Times New Roman"/>
          <w:color w:val="000000"/>
        </w:rPr>
        <w:t>&gt;5</w:t>
      </w:r>
      <w:r>
        <w:rPr>
          <w:rFonts w:ascii="宋体" w:hAnsi="宋体" w:eastAsia="宋体" w:cs="宋体"/>
          <w:color w:val="000000"/>
        </w:rPr>
        <w:t>．根据点</w:t>
      </w:r>
      <w:r>
        <w:rPr>
          <w:rFonts w:ascii="Times New Roman" w:hAnsi="Times New Roman" w:eastAsia="Times New Roman" w:cs="Times New Roman"/>
          <w:i/>
          <w:color w:val="000000"/>
        </w:rPr>
        <w:t>P</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的“绝对距离”为</w:t>
      </w:r>
      <w:r>
        <w:rPr>
          <w:rFonts w:ascii="Times New Roman" w:hAnsi="Times New Roman" w:eastAsia="Times New Roman" w:cs="Times New Roman"/>
          <w:color w:val="000000"/>
        </w:rPr>
        <w:t>2</w:t>
      </w:r>
      <w:r>
        <w:rPr>
          <w:rFonts w:ascii="宋体" w:hAnsi="宋体" w:eastAsia="宋体" w:cs="宋体"/>
          <w:color w:val="000000"/>
        </w:rPr>
        <w:t>列出方程，解方程即可．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i/>
          <w:color w:val="000000"/>
        </w:rPr>
        <w:t>OA</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OB</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1&lt;5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O</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的“绝对距离”为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p>
    <w:p>
      <w:pPr>
        <w:spacing w:line="360" w:lineRule="auto"/>
        <w:jc w:val="left"/>
        <w:textAlignment w:val="center"/>
        <w:rPr>
          <w:color w:val="000000"/>
        </w:rPr>
      </w:pPr>
      <w:r>
        <w:rPr>
          <w:rFonts w:ascii="宋体" w:hAnsi="宋体" w:eastAsia="宋体" w:cs="宋体"/>
          <w:color w:val="000000"/>
        </w:rPr>
        <w:t>②点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，则可分三种情况：</w:t>
      </w:r>
    </w:p>
    <w:p>
      <w:pPr>
        <w:spacing w:line="360" w:lineRule="auto"/>
        <w:jc w:val="left"/>
        <w:textAlignment w:val="center"/>
        <w:rPr>
          <w:color w:val="000000"/>
        </w:rPr>
      </w:pPr>
      <w:r>
        <w:rPr>
          <w:rFonts w:ascii="Times New Roman" w:hAnsi="Times New Roman" w:eastAsia="Times New Roman" w:cs="Times New Roman"/>
          <w:color w:val="000000"/>
        </w:rPr>
        <w:t>Ⅰ</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position w:val="0"/>
        </w:rPr>
        <w:drawing>
          <wp:inline distT="0" distB="0" distL="114300" distR="114300">
            <wp:extent cx="133350" cy="177800"/>
            <wp:effectExtent l="0" t="0" r="0" b="13335"/>
            <wp:docPr id="3739" name="图片 55091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 name="图片 550915644"/>
                    <pic:cNvPicPr>
                      <a:picLocks noChangeAspect="1"/>
                    </pic:cNvPicPr>
                  </pic:nvPicPr>
                  <pic:blipFill>
                    <a:blip r:embed="rId295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左边时，</w:t>
      </w:r>
      <w:r>
        <w:pict>
          <v:shape id="_x0000_i717891" o:spt="75" alt="学科网(www.zxxk.com)--教育资源门户，提供试卷、教案、课件、论文、素材以及各类教学资源下载，还有大量而丰富的教学相关资讯！" type="#_x0000_t75" style="height:12.75pt;width:51pt;" o:ole="t" filled="f" o:preferrelative="t" stroked="f" coordsize="21600,21600">
            <v:path/>
            <v:fill on="f" focussize="0,0"/>
            <v:stroke on="f" joinstyle="miter"/>
            <v:imagedata r:id="rId2953" o:title="eqId9673ed34e5d8aac559669d8fa220678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892"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2954" o:title="eqId9bab7f7dd8bca96319382511f490014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893" o:spt="75" alt="学科网(www.zxxk.com)--教育资源门户，提供试卷、教案、课件、论文、素材以及各类教学资源下载，还有大量而丰富的教学相关资讯！" type="#_x0000_t75" style="height:14pt;width:37pt;" o:ole="t" filled="f" o:preferrelative="t" stroked="f" coordsize="21600,21600">
            <v:path/>
            <v:fill on="f" focussize="0,0"/>
            <v:stroke on="f" joinstyle="miter"/>
            <v:imagedata r:id="rId2955" o:title="eqIdcdbf6506e9de40da0f3c51b81b35a901"/>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Ⅱ</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之间时，</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894"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2956" o:title="eqId34be13b2e6190baf7a3aa1cbc62259de"/>
            <o:lock v:ext="edit" aspectratio="t"/>
            <w10:wrap type="none"/>
            <w10:anchorlock/>
          </v:shape>
        </w:pict>
      </w:r>
      <w:r>
        <w:rPr>
          <w:rFonts w:ascii="宋体" w:hAnsi="宋体" w:eastAsia="宋体" w:cs="宋体"/>
          <w:color w:val="000000"/>
        </w:rPr>
        <w:t>，</w:t>
      </w:r>
      <w:r>
        <w:pict>
          <v:shape id="_x0000_i717895"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2957" o:title="eqId87d0ba3494c2697faad42223c056d6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如果</w:t>
      </w:r>
      <w:r>
        <w:pict>
          <v:shape id="_x0000_i717896"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2958" o:title="eqId03e6208e416d648e0411c24bc1a69362"/>
            <o:lock v:ext="edit" aspectratio="t"/>
            <w10:wrap type="none"/>
            <w10:anchorlock/>
          </v:shape>
        </w:pict>
      </w:r>
      <w:r>
        <w:rPr>
          <w:rFonts w:ascii="宋体" w:hAnsi="宋体" w:eastAsia="宋体" w:cs="宋体"/>
          <w:color w:val="000000"/>
        </w:rPr>
        <w:t>，那么</w:t>
      </w:r>
      <w:r>
        <w:pict>
          <v:shape id="_x0000_i717897" o:spt="75" alt="学科网(www.zxxk.com)--教育资源门户，提供试卷、教案、课件、论文、素材以及各类教学资源下载，还有大量而丰富的教学相关资讯！" type="#_x0000_t75" style="height:13.75pt;width:31.3pt;" o:ole="t" filled="f" o:preferrelative="t" stroked="f" coordsize="21600,21600">
            <v:path/>
            <v:fill on="f" focussize="0,0"/>
            <v:stroke on="f" joinstyle="miter"/>
            <v:imagedata r:id="rId2959" o:title="eqIde94f16d5ed858699bfea5039a7bf8ae6"/>
            <o:lock v:ext="edit" aspectratio="t"/>
            <w10:wrap type="none"/>
            <w10:anchorlock/>
          </v:shape>
        </w:pict>
      </w:r>
      <w:r>
        <w:rPr>
          <w:rFonts w:ascii="宋体" w:hAnsi="宋体" w:eastAsia="宋体" w:cs="宋体"/>
          <w:color w:val="000000"/>
        </w:rPr>
        <w:t>，此时</w:t>
      </w:r>
      <w:r>
        <w:pict>
          <v:shape id="_x0000_i717898"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2960" o:title="eqId3d8daff829bd19af7ac43793b18d6f73"/>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Ⅲ</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的右边时，</w:t>
      </w:r>
      <w:r>
        <w:pict>
          <v:shape id="_x0000_i717899" o:spt="75" alt="学科网(www.zxxk.com)--教育资源门户，提供试卷、教案、课件、论文、素材以及各类教学资源下载，还有大量而丰富的教学相关资讯！" type="#_x0000_t75" style="height:12.75pt;width:51pt;" o:ole="t" filled="f" o:preferrelative="t" stroked="f" coordsize="21600,21600">
            <v:path/>
            <v:fill on="f" focussize="0,0"/>
            <v:stroke on="f" joinstyle="miter"/>
            <v:imagedata r:id="rId2961" o:title="eqId2d0f1dbdef28294c2b3f90ee993148c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到线段</w:t>
      </w:r>
      <w:r>
        <w:rPr>
          <w:rFonts w:ascii="Times New Roman" w:hAnsi="Times New Roman" w:eastAsia="Times New Roman" w:cs="Times New Roman"/>
          <w:i/>
          <w:color w:val="000000"/>
        </w:rPr>
        <w:t>AB</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绝对距离</w:t>
      </w:r>
      <w:r>
        <w:rPr>
          <w:rFonts w:ascii="Times New Roman" w:hAnsi="Times New Roman" w:eastAsia="Times New Roman" w:cs="Times New Roman"/>
          <w:color w:val="000000"/>
        </w:rPr>
        <w:t>”</w:t>
      </w:r>
      <w:r>
        <w:rPr>
          <w:rFonts w:ascii="宋体" w:hAnsi="宋体" w:eastAsia="宋体" w:cs="宋体"/>
          <w:color w:val="000000"/>
        </w:rPr>
        <w:t>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00" o:spt="75" alt="学科网(www.zxxk.com)--教育资源门户，提供试卷、教案、课件、论文、素材以及各类教学资源下载，还有大量而丰富的教学相关资讯！" type="#_x0000_t75" style="height:14.25pt;width:45.75pt;" o:ole="t" filled="f" o:preferrelative="t" stroked="f" coordsize="21600,21600">
            <v:path/>
            <v:fill on="f" focussize="0,0"/>
            <v:stroke on="f" joinstyle="miter"/>
            <v:imagedata r:id="rId2962" o:title="eqIdcd37da92373d8cd25f7caf38a4c4352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01" o:spt="75" alt="学科网(www.zxxk.com)--教育资源门户，提供试卷、教案、课件、论文、素材以及各类教学资源下载，还有大量而丰富的教学相关资讯！" type="#_x0000_t75" style="height:13.95pt;width:30pt;" o:ole="t" filled="f" o:preferrelative="t" stroked="f" coordsize="21600,21600">
            <v:path/>
            <v:fill on="f" focussize="0,0"/>
            <v:stroke on="f" joinstyle="miter"/>
            <v:imagedata r:id="rId2963" o:title="eqId94174f37421d296a192b2df66c05f875"/>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综上，所求</w:t>
      </w:r>
      <w:r>
        <w:rPr>
          <w:rFonts w:ascii="Times New Roman" w:hAnsi="Times New Roman" w:eastAsia="Times New Roman" w:cs="Times New Roman"/>
          <w:i/>
          <w:color w:val="000000"/>
        </w:rPr>
        <w:t>m</w:t>
      </w:r>
      <w:r>
        <w:rPr>
          <w:rFonts w:ascii="宋体" w:hAnsi="宋体" w:eastAsia="宋体" w:cs="宋体"/>
          <w:color w:val="000000"/>
        </w:rPr>
        <w:t>的值为﹣</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或</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运动到点</w:t>
      </w:r>
      <w:r>
        <w:rPr>
          <w:rFonts w:ascii="Times New Roman" w:hAnsi="Times New Roman" w:eastAsia="Times New Roman" w:cs="Times New Roman"/>
          <w:i/>
          <w:color w:val="000000"/>
        </w:rPr>
        <w:t>A</w:t>
      </w:r>
      <w:r>
        <w:rPr>
          <w:rFonts w:ascii="宋体" w:hAnsi="宋体" w:eastAsia="宋体" w:cs="宋体"/>
          <w:color w:val="000000"/>
        </w:rPr>
        <w:t>时需要的时间为</w:t>
      </w:r>
      <w:r>
        <w:pict>
          <v:shape id="_x0000_i717902"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2964" o:title="eqIda4b8503f4706b8321e4e79a87eadea84"/>
            <o:lock v:ext="edit" aspectratio="t"/>
            <w10:wrap type="none"/>
            <w10:anchorlock/>
          </v:shape>
        </w:pict>
      </w:r>
      <w:r>
        <w:rPr>
          <w:rFonts w:ascii="宋体" w:hAnsi="宋体" w:eastAsia="宋体" w:cs="宋体"/>
          <w:color w:val="000000"/>
        </w:rPr>
        <w:t>秒，点</w:t>
      </w:r>
      <w:r>
        <w:rPr>
          <w:rFonts w:ascii="Times New Roman" w:hAnsi="Times New Roman" w:eastAsia="Times New Roman" w:cs="Times New Roman"/>
          <w:i/>
          <w:color w:val="000000"/>
        </w:rPr>
        <w:t>B</w:t>
      </w:r>
      <w:r>
        <w:rPr>
          <w:rFonts w:ascii="宋体" w:hAnsi="宋体" w:eastAsia="宋体" w:cs="宋体"/>
          <w:color w:val="000000"/>
        </w:rPr>
        <w:t>运动到点</w:t>
      </w:r>
      <w:r>
        <w:rPr>
          <w:rFonts w:ascii="Times New Roman" w:hAnsi="Times New Roman" w:eastAsia="Times New Roman" w:cs="Times New Roman"/>
          <w:i/>
          <w:color w:val="000000"/>
        </w:rPr>
        <w:t>A</w:t>
      </w:r>
      <w:r>
        <w:rPr>
          <w:rFonts w:ascii="宋体" w:hAnsi="宋体" w:eastAsia="宋体" w:cs="宋体"/>
          <w:color w:val="000000"/>
        </w:rPr>
        <w:t>时需要的时间为</w:t>
      </w:r>
      <w:r>
        <w:rPr>
          <w:rFonts w:ascii="Times New Roman" w:hAnsi="Times New Roman" w:eastAsia="Times New Roman" w:cs="Times New Roman"/>
          <w:color w:val="000000"/>
        </w:rPr>
        <w:t>5</w:t>
      </w:r>
      <w:r>
        <w:rPr>
          <w:rFonts w:ascii="宋体" w:hAnsi="宋体" w:eastAsia="宋体" w:cs="宋体"/>
          <w:color w:val="000000"/>
        </w:rPr>
        <w:t>秒，点</w:t>
      </w:r>
      <w:r>
        <w:rPr>
          <w:rFonts w:ascii="Times New Roman" w:hAnsi="Times New Roman" w:eastAsia="Times New Roman" w:cs="Times New Roman"/>
          <w:i/>
          <w:color w:val="000000"/>
        </w:rPr>
        <w:t>P</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相遇需要的时间为</w:t>
      </w:r>
      <w:r>
        <w:pict>
          <v:shape id="_x0000_i717903"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965" o:title="eqIda391005600bdd69c96750589f9adb048"/>
            <o:lock v:ext="edit" aspectratio="t"/>
            <w10:wrap type="none"/>
            <w10:anchorlock/>
          </v:shape>
        </w:pict>
      </w:r>
      <w:r>
        <w:rPr>
          <w:rFonts w:ascii="宋体" w:hAnsi="宋体" w:eastAsia="宋体" w:cs="宋体"/>
          <w:color w:val="000000"/>
        </w:rPr>
        <w:t>秒．</w:t>
      </w:r>
    </w:p>
    <w:p>
      <w:pPr>
        <w:spacing w:line="360" w:lineRule="auto"/>
        <w:jc w:val="left"/>
        <w:textAlignment w:val="center"/>
        <w:rPr>
          <w:color w:val="000000"/>
        </w:rPr>
      </w:pPr>
      <w:r>
        <w:rPr>
          <w:rFonts w:ascii="宋体" w:hAnsi="宋体" w:eastAsia="宋体" w:cs="宋体"/>
          <w:color w:val="000000"/>
        </w:rPr>
        <w:t>当移动的时间为</w:t>
      </w:r>
      <w:r>
        <w:pict>
          <v:shape id="_x0000_i717904" o:spt="75" alt="学科网(www.zxxk.com)--教育资源门户，提供试卷、教案、课件、论文、素材以及各类教学资源下载，还有大量而丰富的教学相关资讯！" type="#_x0000_t75" style="height:20.25pt;width:39.75pt;" o:ole="t" filled="f" o:preferrelative="t" stroked="f" coordsize="21600,21600">
            <v:path/>
            <v:fill on="f" focussize="0,0"/>
            <v:stroke on="f" joinstyle="miter"/>
            <v:imagedata r:id="rId2966" o:title="eqIdecf4b43b6792b9ae78a1c8cae4e60524"/>
            <o:lock v:ext="edit" aspectratio="t"/>
            <w10:wrap type="none"/>
            <w10:anchorlock/>
          </v:shape>
        </w:pict>
      </w:r>
      <w:r>
        <w:rPr>
          <w:rFonts w:ascii="宋体" w:hAnsi="宋体" w:eastAsia="宋体" w:cs="宋体"/>
          <w:color w:val="000000"/>
        </w:rPr>
        <w:t>秒时，点</w:t>
      </w:r>
      <w:r>
        <w:rPr>
          <w:rFonts w:ascii="Times New Roman" w:hAnsi="Times New Roman" w:eastAsia="Times New Roman" w:cs="Times New Roman"/>
          <w:i/>
          <w:color w:val="000000"/>
        </w:rPr>
        <w:t>P</w:t>
      </w:r>
      <w:r>
        <w:rPr>
          <w:rFonts w:ascii="宋体" w:hAnsi="宋体" w:eastAsia="宋体" w:cs="宋体"/>
          <w:color w:val="000000"/>
        </w:rPr>
        <w:t>表示的数为</w:t>
      </w:r>
      <w:r>
        <w:pict>
          <v:shape id="_x0000_i717905" o:spt="75" alt="学科网(www.zxxk.com)--教育资源门户，提供试卷、教案、课件、论文、素材以及各类教学资源下载，还有大量而丰富的教学相关资讯！" type="#_x0000_t75" style="height:14.25pt;width:36.7pt;" o:ole="t" filled="f" o:preferrelative="t" stroked="f" coordsize="21600,21600">
            <v:path/>
            <v:fill on="f" focussize="0,0"/>
            <v:stroke on="f" joinstyle="miter"/>
            <v:imagedata r:id="rId2967" o:title="eqId12237cf6d61f601b31c35ad27e9907fb"/>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pict>
          <v:shape id="_x0000_i717906"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2968" o:title="eqIdc39ca538b6ad2ae348e907330c1c7c4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分四种情况：</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当</w:t>
      </w:r>
      <w:r>
        <w:pict>
          <v:shape id="_x0000_i717907" o:spt="75" alt="学科网(www.zxxk.com)--教育资源门户，提供试卷、教案、课件、论文、素材以及各类教学资源下载，还有大量而丰富的教学相关资讯！" type="#_x0000_t75" style="height:30.75pt;width:45pt;" o:ole="t" filled="f" o:preferrelative="t" stroked="f" coordsize="21600,21600">
            <v:path/>
            <v:fill on="f" focussize="0,0"/>
            <v:stroke on="f" joinstyle="miter"/>
            <v:imagedata r:id="rId2969" o:title="eqId88692d0c971512453c68dfc09b4e08ba"/>
            <o:lock v:ext="edit" aspectratio="t"/>
            <w10:wrap type="none"/>
            <w10:anchorlock/>
          </v:shape>
        </w:pict>
      </w:r>
      <w:r>
        <w:rPr>
          <w:rFonts w:ascii="宋体" w:hAnsi="宋体" w:eastAsia="宋体" w:cs="宋体"/>
          <w:color w:val="000000"/>
        </w:rPr>
        <w:t>时，</w:t>
      </w:r>
      <w:r>
        <w:pict>
          <v:shape id="_x0000_i717908"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2970" o:title="eqId22970e7eb790d1763bee36ceeee5715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09" o:spt="75" alt="学科网(www.zxxk.com)--教育资源门户，提供试卷、教案、课件、论文、素材以及各类教学资源下载，还有大量而丰富的教学相关资讯！" type="#_x0000_t75" style="height:20.25pt;width:150.75pt;" o:ole="t" filled="f" o:preferrelative="t" stroked="f" coordsize="21600,21600">
            <v:path/>
            <v:fill on="f" focussize="0,0"/>
            <v:stroke on="f" joinstyle="miter"/>
            <v:imagedata r:id="rId2971" o:title="eqIdee5526bf36efc082a09875447b4706f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10" o:spt="75" alt="学科网(www.zxxk.com)--教育资源门户，提供试卷、教案、课件、论文、素材以及各类教学资源下载，还有大量而丰富的教学相关资讯！" type="#_x0000_t75" style="height:31pt;width:27pt;" o:ole="t" filled="f" o:preferrelative="t" stroked="f" coordsize="21600,21600">
            <v:path/>
            <v:fill on="f" focussize="0,0"/>
            <v:stroke on="f" joinstyle="miter"/>
            <v:imagedata r:id="rId2972" o:title="eqId3129ddd2ea97fd010b9e0b644225da8c"/>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当</w:t>
      </w:r>
      <w:r>
        <w:pict>
          <v:shape id="_x0000_i717911"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2973" o:title="eqIdc405f19921d82835bc3e391875a3ff89"/>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17912" o:spt="75" alt="学科网(www.zxxk.com)--教育资源门户，提供试卷、教案、课件、论文、素材以及各类教学资源下载，还有大量而丰富的教学相关资讯！" type="#_x0000_t75" style="height:20.25pt;width:132.75pt;" o:ole="t" filled="f" o:preferrelative="t" stroked="f" coordsize="21600,21600">
            <v:path/>
            <v:fill on="f" focussize="0,0"/>
            <v:stroke on="f" joinstyle="miter"/>
            <v:imagedata r:id="rId2974" o:title="eqIda757b65d929e6c30b02756b5c61a6c3e"/>
            <o:lock v:ext="edit" aspectratio="t"/>
            <w10:wrap type="none"/>
            <w10:anchorlock/>
          </v:shape>
        </w:pict>
      </w:r>
      <w:r>
        <w:rPr>
          <w:rFonts w:ascii="宋体" w:hAnsi="宋体" w:eastAsia="宋体" w:cs="宋体"/>
          <w:color w:val="000000"/>
        </w:rPr>
        <w:t>，</w:t>
      </w:r>
      <w:r>
        <w:pict>
          <v:shape id="_x0000_i717913" o:spt="75" alt="学科网(www.zxxk.com)--教育资源门户，提供试卷、教案、课件、论文、素材以及各类教学资源下载，还有大量而丰富的教学相关资讯！" type="#_x0000_t75" style="height:20.25pt;width:141pt;" o:ole="t" filled="f" o:preferrelative="t" stroked="f" coordsize="21600,21600">
            <v:path/>
            <v:fill on="f" focussize="0,0"/>
            <v:stroke on="f" joinstyle="miter"/>
            <v:imagedata r:id="rId2975" o:title="eqIde186a7b5ad0a88f3aa3999ab27f29e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如果</w:t>
      </w:r>
      <w:r>
        <w:pict>
          <v:shape id="_x0000_i717914"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2976" o:title="eqIddb0de5f8b562852156638fe0f4521c48"/>
            <o:lock v:ext="edit" aspectratio="t"/>
            <w10:wrap type="none"/>
            <w10:anchorlock/>
          </v:shape>
        </w:pict>
      </w:r>
      <w:r>
        <w:rPr>
          <w:rFonts w:ascii="宋体" w:hAnsi="宋体" w:eastAsia="宋体" w:cs="宋体"/>
          <w:color w:val="000000"/>
        </w:rPr>
        <w:t>，</w:t>
      </w:r>
      <w:r>
        <w:pict>
          <v:shape id="_x0000_i717915"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2977" o:title="eqId38b986da923cb8e3eb9cc37b42fb84b8"/>
            <o:lock v:ext="edit" aspectratio="t"/>
            <w10:wrap type="none"/>
            <w10:anchorlock/>
          </v:shape>
        </w:pict>
      </w:r>
      <w:r>
        <w:rPr>
          <w:rFonts w:ascii="宋体" w:hAnsi="宋体" w:eastAsia="宋体" w:cs="宋体"/>
          <w:color w:val="000000"/>
        </w:rPr>
        <w:t>，此时</w:t>
      </w:r>
      <w:r>
        <w:pict>
          <v:shape id="_x0000_i717916" o:spt="75" alt="学科网(www.zxxk.com)--教育资源门户，提供试卷、教案、课件、论文、素材以及各类教学资源下载，还有大量而丰富的教学相关资讯！" type="#_x0000_t75" style="height:30.75pt;width:66pt;" o:ole="t" filled="f" o:preferrelative="t" stroked="f" coordsize="21600,21600">
            <v:path/>
            <v:fill on="f" focussize="0,0"/>
            <v:stroke on="f" joinstyle="miter"/>
            <v:imagedata r:id="rId2978" o:title="eqId15a51c414c2745b4c4534d00be9fe94a"/>
            <o:lock v:ext="edit" aspectratio="t"/>
            <w10:wrap type="none"/>
            <w10:anchorlock/>
          </v:shape>
        </w:pict>
      </w:r>
      <w:r>
        <w:rPr>
          <w:rFonts w:ascii="宋体" w:hAnsi="宋体" w:eastAsia="宋体" w:cs="宋体"/>
          <w:color w:val="000000"/>
        </w:rPr>
        <w:t>，不合题意，舍去；</w:t>
      </w:r>
    </w:p>
    <w:p>
      <w:pPr>
        <w:spacing w:line="360" w:lineRule="auto"/>
        <w:jc w:val="left"/>
        <w:textAlignment w:val="center"/>
        <w:rPr>
          <w:color w:val="000000"/>
        </w:rPr>
      </w:pPr>
      <w:r>
        <w:rPr>
          <w:rFonts w:ascii="宋体" w:hAnsi="宋体" w:eastAsia="宋体" w:cs="宋体"/>
          <w:color w:val="000000"/>
        </w:rPr>
        <w:t>如果</w:t>
      </w:r>
      <w:r>
        <w:pict>
          <v:shape id="_x0000_i717917"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2979" o:title="eqId1da6e044f267e540d7b23f151216fe3f"/>
            <o:lock v:ext="edit" aspectratio="t"/>
            <w10:wrap type="none"/>
            <w10:anchorlock/>
          </v:shape>
        </w:pict>
      </w:r>
      <w:r>
        <w:rPr>
          <w:rFonts w:ascii="宋体" w:hAnsi="宋体" w:eastAsia="宋体" w:cs="宋体"/>
          <w:color w:val="000000"/>
        </w:rPr>
        <w:t>，</w:t>
      </w:r>
      <w:r>
        <w:pict>
          <v:shape id="_x0000_i717918"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980" o:title="eqId8cbeede118c407a800b05757b9a1393e"/>
            <o:lock v:ext="edit" aspectratio="t"/>
            <w10:wrap type="none"/>
            <w10:anchorlock/>
          </v:shape>
        </w:pict>
      </w:r>
      <w:r>
        <w:rPr>
          <w:rFonts w:ascii="宋体" w:hAnsi="宋体" w:eastAsia="宋体" w:cs="宋体"/>
          <w:color w:val="000000"/>
        </w:rPr>
        <w:t>，此时</w:t>
      </w:r>
      <w:r>
        <w:pict>
          <v:shape id="_x0000_i717919"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2981" o:title="eqId87b74768937a81136d958598047797f2"/>
            <o:lock v:ext="edit" aspectratio="t"/>
            <w10:wrap type="none"/>
            <w10:anchorlock/>
          </v:shape>
        </w:pict>
      </w:r>
      <w:r>
        <w:rPr>
          <w:rFonts w:ascii="宋体" w:hAnsi="宋体" w:eastAsia="宋体" w:cs="宋体"/>
          <w:color w:val="000000"/>
        </w:rPr>
        <w:t>，不合题意，舍去；</w:t>
      </w:r>
    </w:p>
    <w:p>
      <w:pPr>
        <w:spacing w:line="360" w:lineRule="auto"/>
        <w:jc w:val="left"/>
        <w:textAlignment w:val="center"/>
        <w:rPr>
          <w:color w:val="000000"/>
        </w:rPr>
      </w:pPr>
      <w:r>
        <w:rPr>
          <w:rFonts w:ascii="Times New Roman" w:hAnsi="Times New Roman" w:eastAsia="Times New Roman" w:cs="Times New Roman"/>
          <w:color w:val="000000"/>
        </w:rPr>
        <w:t>③</w:t>
      </w:r>
      <w:r>
        <w:rPr>
          <w:rFonts w:ascii="宋体" w:hAnsi="宋体" w:eastAsia="宋体" w:cs="宋体"/>
          <w:color w:val="000000"/>
        </w:rPr>
        <w:t>当</w:t>
      </w:r>
      <w:r>
        <w:pict>
          <v:shape id="_x0000_i717920" o:spt="75" alt="学科网(www.zxxk.com)--教育资源门户，提供试卷、教案、课件、论文、素材以及各类教学资源下载，还有大量而丰富的教学相关资讯！" type="#_x0000_t75" style="height:31.5pt;width:43.5pt;" o:ole="t" filled="f" o:preferrelative="t" stroked="f" coordsize="21600,21600">
            <v:path/>
            <v:fill on="f" focussize="0,0"/>
            <v:stroke on="f" joinstyle="miter"/>
            <v:imagedata r:id="rId2982" o:title="eqIdad118df7989864c763e33b87942b863f"/>
            <o:lock v:ext="edit" aspectratio="t"/>
            <w10:wrap type="none"/>
            <w10:anchorlock/>
          </v:shape>
        </w:pict>
      </w:r>
      <w:r>
        <w:rPr>
          <w:rFonts w:ascii="宋体" w:hAnsi="宋体" w:eastAsia="宋体" w:cs="宋体"/>
          <w:color w:val="000000"/>
        </w:rPr>
        <w:t>时，</w:t>
      </w:r>
      <w:r>
        <w:pict>
          <v:shape id="_x0000_i717921"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2983" o:title="eqId3385db8dcab1ad0726779c629aed8bab"/>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22" o:spt="75" alt="学科网(www.zxxk.com)--教育资源门户，提供试卷、教案、课件、论文、素材以及各类教学资源下载，还有大量而丰富的教学相关资讯！" type="#_x0000_t75" style="height:20.25pt;width:167.25pt;" o:ole="t" filled="f" o:preferrelative="t" stroked="f" coordsize="21600,21600">
            <v:path/>
            <v:fill on="f" focussize="0,0"/>
            <v:stroke on="f" joinstyle="miter"/>
            <v:imagedata r:id="rId2984" o:title="eqId3a24f7cff30240839c60f795a03bc7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23"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2985" o:title="eqId08ada7c406cac4bb96ce95ae134c207b"/>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Times New Roman" w:hAnsi="Times New Roman" w:eastAsia="Times New Roman" w:cs="Times New Roman"/>
          <w:color w:val="000000"/>
        </w:rPr>
        <w:t>④</w:t>
      </w:r>
      <w:r>
        <w:rPr>
          <w:rFonts w:ascii="宋体" w:hAnsi="宋体" w:eastAsia="宋体" w:cs="宋体"/>
          <w:color w:val="000000"/>
        </w:rPr>
        <w:t>当</w:t>
      </w:r>
      <w:r>
        <w:pict>
          <v:shape id="_x0000_i717924"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2986" o:title="eqId29f302cfbf5925b7f62335c65f672f22"/>
            <o:lock v:ext="edit" aspectratio="t"/>
            <w10:wrap type="none"/>
            <w10:anchorlock/>
          </v:shape>
        </w:pict>
      </w:r>
      <w:r>
        <w:rPr>
          <w:rFonts w:ascii="宋体" w:hAnsi="宋体" w:eastAsia="宋体" w:cs="宋体"/>
          <w:color w:val="000000"/>
        </w:rPr>
        <w:t>时，</w:t>
      </w:r>
      <w:r>
        <w:pict>
          <v:shape id="_x0000_i717925" o:spt="75" alt="学科网(www.zxxk.com)--教育资源门户，提供试卷、教案、课件、论文、素材以及各类教学资源下载，还有大量而丰富的教学相关资讯！" type="#_x0000_t75" style="height:12.75pt;width:45.75pt;" o:ole="t" filled="f" o:preferrelative="t" stroked="f" coordsize="21600,21600">
            <v:path/>
            <v:fill on="f" focussize="0,0"/>
            <v:stroke on="f" joinstyle="miter"/>
            <v:imagedata r:id="rId2987" o:title="eqId22970e7eb790d1763bee36ceeee5715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26" o:spt="75" alt="学科网(www.zxxk.com)--教育资源门户，提供试卷、教案、课件、论文、素材以及各类教学资源下载，还有大量而丰富的教学相关资讯！" type="#_x0000_t75" style="height:20.25pt;width:159.75pt;" o:ole="t" filled="f" o:preferrelative="t" stroked="f" coordsize="21600,21600">
            <v:path/>
            <v:fill on="f" focussize="0,0"/>
            <v:stroke on="f" joinstyle="miter"/>
            <v:imagedata r:id="rId2988" o:title="eqId948f50e208286a4ebd58dd98f4c92e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27" o:spt="75" alt="学科网(www.zxxk.com)--教育资源门户，提供试卷、教案、课件、论文、素材以及各类教学资源下载，还有大量而丰富的教学相关资讯！" type="#_x0000_t75" style="height:30.75pt;width:45pt;" o:ole="t" filled="f" o:preferrelative="t" stroked="f" coordsize="21600,21600">
            <v:path/>
            <v:fill on="f" focussize="0,0"/>
            <v:stroke on="f" joinstyle="miter"/>
            <v:imagedata r:id="rId2989" o:title="eqId942880cbaa529c835c3d7b9dba3ec053"/>
            <o:lock v:ext="edit" aspectratio="t"/>
            <w10:wrap type="none"/>
            <w10:anchorlock/>
          </v:shape>
        </w:pict>
      </w:r>
      <w:r>
        <w:rPr>
          <w:rFonts w:ascii="宋体" w:hAnsi="宋体" w:eastAsia="宋体" w:cs="宋体"/>
          <w:color w:val="000000"/>
        </w:rPr>
        <w:t>，不合题意，舍去．</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综上，所求</w:t>
      </w:r>
      <w:r>
        <w:rPr>
          <w:rFonts w:ascii="Times New Roman" w:hAnsi="Times New Roman" w:eastAsia="Times New Roman" w:cs="Times New Roman"/>
          <w:i/>
          <w:color w:val="000000"/>
        </w:rPr>
        <w:t>t</w:t>
      </w:r>
      <w:r>
        <w:rPr>
          <w:rFonts w:ascii="宋体" w:hAnsi="宋体" w:eastAsia="宋体" w:cs="宋体"/>
          <w:color w:val="000000"/>
        </w:rPr>
        <w:t>的值为</w:t>
      </w:r>
      <w:r>
        <w:pict>
          <v:shape id="_x0000_i717928"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2990" o:title="eqIdf89eef3148f2d4d09379767b4af69132"/>
            <o:lock v:ext="edit" aspectratio="t"/>
            <w10:wrap type="none"/>
            <w10:anchorlock/>
          </v:shape>
        </w:pict>
      </w:r>
      <w:r>
        <w:rPr>
          <w:rFonts w:ascii="宋体" w:hAnsi="宋体" w:eastAsia="宋体" w:cs="宋体"/>
          <w:color w:val="000000"/>
        </w:rPr>
        <w:t>或</w:t>
      </w:r>
      <w:r>
        <w:pict>
          <v:shape id="_x0000_i717929"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2991" o:title="eqId5991e9ec7666f533a528a4173c58f0ff"/>
            <o:lock v:ext="edit" aspectratio="t"/>
            <w10:wrap type="none"/>
            <w10:anchorlock/>
          </v:shape>
        </w:pict>
      </w:r>
    </w:p>
    <w:p>
      <w:pPr>
        <w:spacing w:line="360" w:lineRule="auto"/>
        <w:jc w:val="left"/>
        <w:textAlignment w:val="center"/>
        <w:rPr>
          <w:color w:val="000000"/>
        </w:rPr>
      </w:pPr>
      <w:r>
        <w:rPr>
          <w:color w:val="000000"/>
        </w:rPr>
        <w:t>【点睛】</w:t>
      </w:r>
      <w:r>
        <w:rPr>
          <w:rFonts w:ascii="宋体" w:hAnsi="宋体" w:eastAsia="宋体" w:cs="宋体"/>
          <w:color w:val="000000"/>
        </w:rPr>
        <w:t>本题考查了新定义，一元一次方程的应用，数轴上两点间的距离．理解点到线段的</w:t>
      </w:r>
      <w:r>
        <w:rPr>
          <w:rFonts w:ascii="Times New Roman" w:hAnsi="Times New Roman" w:eastAsia="Times New Roman" w:cs="Times New Roman"/>
          <w:color w:val="000000"/>
        </w:rPr>
        <w:t xml:space="preserve"> </w:t>
      </w:r>
      <w:r>
        <w:rPr>
          <w:rFonts w:ascii="宋体" w:hAnsi="宋体" w:eastAsia="宋体" w:cs="宋体"/>
          <w:color w:val="000000"/>
        </w:rPr>
        <w:t>“绝对距离”的定义，进行分类讨论是解题的关键．</w:t>
      </w:r>
    </w:p>
    <w:p>
      <w:pPr>
        <w:spacing w:line="360" w:lineRule="auto"/>
        <w:jc w:val="left"/>
        <w:textAlignment w:val="center"/>
        <w:rPr>
          <w:color w:val="000000"/>
        </w:rPr>
      </w:pPr>
      <w:r>
        <w:rPr>
          <w:color w:val="000000"/>
        </w:rPr>
        <w:t xml:space="preserve">28. </w:t>
      </w:r>
      <w:r>
        <w:rPr>
          <w:rFonts w:ascii="宋体" w:hAnsi="宋体" w:eastAsia="宋体" w:cs="宋体"/>
          <w:color w:val="000000"/>
        </w:rPr>
        <w:t>我们规定：若关于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7930" o:spt="75" alt="学科网(www.zxxk.com)--教育资源门户，提供试卷、教案、课件、论文、素材以及各类教学资源下载，还有大量而丰富的教学相关资讯！" type="#_x0000_t75" style="height:13.95pt;width:33pt;" o:ole="t" filled="f" o:preferrelative="t" stroked="f" coordsize="21600,21600">
            <v:path/>
            <v:fill on="f" focussize="0,0"/>
            <v:stroke on="f" joinstyle="miter"/>
            <v:imagedata r:id="rId2992" o:title="eqId40cb7125a7b832153bb37fb614a73e6e"/>
            <o:lock v:ext="edit" aspectratio="t"/>
            <w10:wrap type="none"/>
            <w10:anchorlock/>
          </v:shape>
        </w:pict>
      </w:r>
      <w:r>
        <w:rPr>
          <w:rFonts w:ascii="宋体" w:hAnsi="宋体" w:eastAsia="宋体" w:cs="宋体"/>
          <w:color w:val="000000"/>
        </w:rPr>
        <w:t>的解为</w:t>
      </w:r>
      <w:r>
        <w:pict>
          <v:shape id="_x0000_i717931"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993" o:title="eqIdad725dea8faf8d43a97a97bd9f02245b"/>
            <o:lock v:ext="edit" aspectratio="t"/>
            <w10:wrap type="none"/>
            <w10:anchorlock/>
          </v:shape>
        </w:pict>
      </w:r>
      <w:r>
        <w:rPr>
          <w:rFonts w:ascii="宋体" w:hAnsi="宋体" w:eastAsia="宋体" w:cs="宋体"/>
          <w:color w:val="000000"/>
        </w:rPr>
        <w:t>，则称该方程为</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 xml:space="preserve">”． </w:t>
      </w:r>
      <w:r>
        <w:rPr>
          <w:rFonts w:ascii="宋体" w:hAnsi="宋体" w:eastAsia="宋体" w:cs="宋体"/>
          <w:color w:val="000000"/>
        </w:rPr>
        <w:t>例如：方程</w:t>
      </w:r>
      <w:r>
        <w:pict>
          <v:shape id="_x0000_i717932"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2994" o:title="eqId5a8068f1472e337aa6016c5d3a07ce60"/>
            <o:lock v:ext="edit" aspectratio="t"/>
            <w10:wrap type="none"/>
            <w10:anchorlock/>
          </v:shape>
        </w:pict>
      </w:r>
      <w:r>
        <w:rPr>
          <w:rFonts w:ascii="宋体" w:hAnsi="宋体" w:eastAsia="宋体" w:cs="宋体"/>
          <w:color w:val="000000"/>
        </w:rPr>
        <w:t>的解为</w:t>
      </w:r>
      <w:r>
        <w:pict>
          <v:shape id="_x0000_i71793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2995" o:title="eqId639c3d2ff5ee566fcc1b69c65712a661"/>
            <o:lock v:ext="edit" aspectratio="t"/>
            <w10:wrap type="none"/>
            <w10:anchorlock/>
          </v:shape>
        </w:pict>
      </w:r>
      <w:r>
        <w:rPr>
          <w:rFonts w:ascii="宋体" w:hAnsi="宋体" w:eastAsia="宋体" w:cs="宋体"/>
          <w:color w:val="000000"/>
        </w:rPr>
        <w:t>，而</w:t>
      </w:r>
      <w:r>
        <w:pict>
          <v:shape id="_x0000_i717934" o:spt="75" alt="学科网(www.zxxk.com)--教育资源门户，提供试卷、教案、课件、论文、素材以及各类教学资源下载，还有大量而丰富的教学相关资讯！" type="#_x0000_t75" style="height:13.1pt;width:57.95pt;" o:ole="t" filled="f" o:preferrelative="t" stroked="f" coordsize="21600,21600">
            <v:path/>
            <v:fill on="f" focussize="0,0"/>
            <v:stroke on="f" joinstyle="miter"/>
            <v:imagedata r:id="rId2996" o:title="eqId9590113eb7ccd98dddbb2544b44ed6c0"/>
            <o:lock v:ext="edit" aspectratio="t"/>
            <w10:wrap type="none"/>
            <w10:anchorlock/>
          </v:shape>
        </w:pict>
      </w:r>
      <w:r>
        <w:rPr>
          <w:rFonts w:ascii="宋体" w:hAnsi="宋体" w:eastAsia="宋体" w:cs="宋体"/>
          <w:color w:val="000000"/>
        </w:rPr>
        <w:t>，则方程</w:t>
      </w:r>
      <w:r>
        <w:pict>
          <v:shape id="_x0000_i717935"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2994" o:title="eqId5a8068f1472e337aa6016c5d3a07ce60"/>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请根据上述规定解答下列问题：</w:t>
      </w:r>
    </w:p>
    <w:p>
      <w:pPr>
        <w:spacing w:line="360" w:lineRule="auto"/>
        <w:jc w:val="left"/>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）已知关于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7936" o:spt="75" alt="学科网(www.zxxk.com)--教育资源门户，提供试卷、教案、课件、论文、素材以及各类教学资源下载，还有大量而丰富的教学相关资讯！" type="#_x0000_t75" style="height:14pt;width:36pt;" o:ole="t" filled="f" o:preferrelative="t" stroked="f" coordsize="21600,21600">
            <v:path/>
            <v:fill on="f" focussize="0,0"/>
            <v:stroke on="f" joinstyle="miter"/>
            <v:imagedata r:id="rId2997" o:title="eqIda87ed3b98a90b07ef1c34b1e6cecff3c"/>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）已知关于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7937" o:spt="75" alt="学科网(www.zxxk.com)--教育资源门户，提供试卷、教案、课件、论文、素材以及各类教学资源下载，还有大量而丰富的教学相关资讯！" type="#_x0000_t75" style="height:13.95pt;width:66pt;" o:ole="t" filled="f" o:preferrelative="t" stroked="f" coordsize="21600,21600">
            <v:path/>
            <v:fill on="f" focussize="0,0"/>
            <v:stroke on="f" joinstyle="miter"/>
            <v:imagedata r:id="rId2998" o:title="eqIdaf44eb46c2e1b977bd6b334ea89bc0d1"/>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w:t>
      </w:r>
      <w:r>
        <w:rPr>
          <w:rFonts w:ascii="宋体" w:hAnsi="宋体" w:eastAsia="宋体" w:cs="宋体"/>
          <w:color w:val="000000"/>
        </w:rPr>
        <w:t>，并且它的解是</w:t>
      </w:r>
      <w:r>
        <w:pict>
          <v:shape id="_x0000_i717938" o:spt="75" alt="学科网(www.zxxk.com)--教育资源门户，提供试卷、教案、课件、论文、素材以及各类教学资源下载，还有大量而丰富的教学相关资讯！" type="#_x0000_t75" style="height:14.6pt;width:29.2pt;" o:ole="t" filled="f" o:preferrelative="t" stroked="f" coordsize="21600,21600">
            <v:path/>
            <v:fill on="f" focussize="0,0"/>
            <v:stroke on="f" joinstyle="miter"/>
            <v:imagedata r:id="rId2999" o:title="eqIda1be7302f2e9ff02fee3fcf26e77b1c9"/>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w:t>
      </w:r>
      <w:r>
        <w:pict>
          <v:shape id="_x0000_i717939" o:spt="75" alt="学科网(www.zxxk.com)--教育资源门户，提供试卷、教案、课件、论文、素材以及各类教学资源下载，还有大量而丰富的教学相关资讯！" type="#_x0000_t75" style="height:31.15pt;width:25.8pt;" o:ole="t" filled="f" o:preferrelative="t" stroked="f" coordsize="21600,21600">
            <v:path/>
            <v:fill on="f" focussize="0,0"/>
            <v:stroke on="f" joinstyle="miter"/>
            <v:imagedata r:id="rId3000" o:title="eqIdca42ab16f1081d801df899f2c58349ac"/>
            <o:lock v:ext="edit" aspectratio="t"/>
            <w10:wrap type="none"/>
            <w10:anchorlock/>
          </v:shape>
        </w:pict>
      </w:r>
      <w:r>
        <w:rPr>
          <w:rFonts w:ascii="Times New Roman" w:hAnsi="Times New Roman" w:eastAsia="Times New Roman" w:cs="Times New Roman"/>
          <w:color w:val="000000"/>
        </w:rPr>
        <w:t>；（2）</w:t>
      </w:r>
      <w:r>
        <w:pict>
          <v:shape id="_x0000_i717940" o:spt="75" alt="学科网(www.zxxk.com)--教育资源门户，提供试卷、教案、课件、论文、素材以及各类教学资源下载，还有大量而丰富的教学相关资讯！" type="#_x0000_t75" style="height:14pt;width:37pt;" o:ole="t" filled="f" o:preferrelative="t" stroked="f" coordsize="21600,21600">
            <v:path/>
            <v:fill on="f" focussize="0,0"/>
            <v:stroke on="f" joinstyle="miter"/>
            <v:imagedata r:id="rId3001" o:title="eqIdcdbf6506e9de40da0f3c51b81b35a901"/>
            <o:lock v:ext="edit" aspectratio="t"/>
            <w10:wrap type="none"/>
            <w10:anchorlock/>
          </v:shape>
        </w:pict>
      </w:r>
      <w:r>
        <w:rPr>
          <w:rFonts w:ascii="Times New Roman" w:hAnsi="Times New Roman" w:eastAsia="Times New Roman" w:cs="Times New Roman"/>
          <w:color w:val="000000"/>
        </w:rPr>
        <w:t>；</w:t>
      </w:r>
      <w:r>
        <w:pict>
          <v:shape id="_x0000_i717941" o:spt="75" alt="学科网(www.zxxk.com)--教育资源门户，提供试卷、教案、课件、论文、素材以及各类教学资源下载，还有大量而丰富的教学相关资讯！" type="#_x0000_t75" style="height:30.75pt;width:38.25pt;" o:ole="t" filled="f" o:preferrelative="t" stroked="f" coordsize="21600,21600">
            <v:path/>
            <v:fill on="f" focussize="0,0"/>
            <v:stroke on="f" joinstyle="miter"/>
            <v:imagedata r:id="rId3002" o:title="eqId6319d1ff8abad14e7f9a57bc8f76cdfa"/>
            <o:lock v:ext="edit" aspectratio="t"/>
            <w10:wrap type="none"/>
            <w10:anchorlock/>
          </v:shape>
        </w:pi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（1）根据和解方程定义</w:t>
      </w:r>
      <w:r>
        <w:rPr>
          <w:rFonts w:ascii="Times New Roman" w:hAnsi="Times New Roman" w:eastAsia="Times New Roman" w:cs="Times New Roman"/>
          <w:color w:val="000000"/>
        </w:rPr>
        <w:t>,</w:t>
      </w:r>
      <w:r>
        <w:rPr>
          <w:rFonts w:ascii="宋体" w:hAnsi="宋体" w:eastAsia="宋体" w:cs="宋体"/>
          <w:color w:val="000000"/>
        </w:rPr>
        <w:t>将</w:t>
      </w:r>
      <w:r>
        <w:rPr>
          <w:rFonts w:ascii="Times New Roman" w:hAnsi="Times New Roman" w:eastAsia="Times New Roman" w:cs="Times New Roman"/>
          <w:color w:val="000000"/>
        </w:rPr>
        <w:t>x=</w:t>
      </w:r>
      <w:r>
        <w:pict>
          <v:shape id="_x0000_i717942"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003" o:title="eqId20afd2b8dc768264b6b63709eb4ce761"/>
            <o:lock v:ext="edit" aspectratio="t"/>
            <w10:wrap type="none"/>
            <w10:anchorlock/>
          </v:shape>
        </w:pict>
      </w:r>
      <w:r>
        <w:rPr>
          <w:rFonts w:ascii="宋体" w:hAnsi="宋体" w:eastAsia="宋体" w:cs="宋体"/>
          <w:color w:val="000000"/>
        </w:rPr>
        <w:t>代入方程求解即可</w:t>
      </w:r>
      <w:r>
        <w:rPr>
          <w:rFonts w:ascii="Times New Roman" w:hAnsi="Times New Roman" w:eastAsia="Times New Roman" w:cs="Times New Roman"/>
          <w:color w:val="000000"/>
        </w:rPr>
        <w:t>,（2）</w:t>
      </w:r>
      <w:r>
        <w:rPr>
          <w:rFonts w:ascii="宋体" w:hAnsi="宋体" w:eastAsia="宋体" w:cs="宋体"/>
          <w:color w:val="000000"/>
        </w:rPr>
        <w:t>根据和解方程定义</w:t>
      </w:r>
      <w:r>
        <w:rPr>
          <w:rFonts w:ascii="Times New Roman" w:hAnsi="Times New Roman" w:eastAsia="Times New Roman" w:cs="Times New Roman"/>
          <w:color w:val="000000"/>
        </w:rPr>
        <w:t>,</w:t>
      </w:r>
      <w:r>
        <w:rPr>
          <w:rFonts w:ascii="宋体" w:hAnsi="宋体" w:eastAsia="宋体" w:cs="宋体"/>
          <w:color w:val="000000"/>
        </w:rPr>
        <w:t>将</w:t>
      </w:r>
      <w:r>
        <w:rPr>
          <w:rFonts w:ascii="Times New Roman" w:hAnsi="Times New Roman" w:eastAsia="Times New Roman" w:cs="Times New Roman"/>
          <w:color w:val="000000"/>
        </w:rPr>
        <w:t>x=</w:t>
      </w:r>
      <w:r>
        <w:pict>
          <v:shape id="_x0000_i717943"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3004" o:title="eqId75b51fa937efbb84b0dbaa4418bfcdbf"/>
            <o:lock v:ext="edit" aspectratio="t"/>
            <w10:wrap type="none"/>
            <w10:anchorlock/>
          </v:shape>
        </w:pict>
      </w:r>
      <w:r>
        <w:rPr>
          <w:rFonts w:ascii="宋体" w:hAnsi="宋体" w:eastAsia="宋体" w:cs="宋体"/>
          <w:color w:val="000000"/>
        </w:rPr>
        <w:t>和x</w:t>
      </w:r>
      <w:r>
        <w:pict>
          <v:shape id="_x0000_i717944" o:spt="75" alt="学科网(www.zxxk.com)--教育资源门户，提供试卷、教案、课件、论文、素材以及各类教学资源下载，还有大量而丰富的教学相关资讯！" type="#_x0000_t75" style="height:9.75pt;width:20.25pt;" o:ole="t" filled="f" o:preferrelative="t" stroked="f" coordsize="21600,21600">
            <v:path/>
            <v:fill on="f" focussize="0,0"/>
            <v:stroke on="f" joinstyle="miter"/>
            <v:imagedata r:id="rId3005" o:title="eqId943ab6118382535d5984648c1703b417"/>
            <o:lock v:ext="edit" aspectratio="t"/>
            <w10:wrap type="none"/>
            <w10:anchorlock/>
          </v:shape>
        </w:pict>
      </w:r>
      <w:r>
        <w:rPr>
          <w:rFonts w:ascii="宋体" w:hAnsi="宋体" w:eastAsia="宋体" w:cs="宋体"/>
          <w:color w:val="000000"/>
        </w:rPr>
        <w:t>代入方程求解即可</w:t>
      </w:r>
      <w:r>
        <w:rPr>
          <w:rFonts w:ascii="Times New Roman" w:hAnsi="Times New Roman" w:eastAsia="Times New Roman" w:cs="Times New Roman"/>
          <w:color w:val="000000"/>
        </w:rPr>
        <w:t>.</w:t>
      </w:r>
    </w:p>
    <w:p>
      <w:pPr>
        <w:spacing w:line="360" w:lineRule="auto"/>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关于</w:t>
      </w:r>
      <w:r>
        <w:rPr>
          <w:rFonts w:ascii="Times New Roman" w:hAnsi="Times New Roman" w:eastAsia="Times New Roman" w:cs="Times New Roman"/>
          <w:color w:val="000000"/>
        </w:rPr>
        <w:t>x</w:t>
      </w:r>
      <w:r>
        <w:rPr>
          <w:rFonts w:ascii="宋体" w:hAnsi="宋体" w:eastAsia="宋体" w:cs="宋体"/>
          <w:color w:val="000000"/>
        </w:rPr>
        <w:t>的一元一次方程</w:t>
      </w:r>
      <w:r>
        <w:pict>
          <v:shape id="_x0000_i717945"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3006" o:title="eqId324dab00775e07ac63374a6f74ecda5d"/>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46"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3007" o:title="eqId20afd2b8dc768264b6b63709eb4ce761"/>
            <o:lock v:ext="edit" aspectratio="t"/>
            <w10:wrap type="none"/>
            <w10:anchorlock/>
          </v:shape>
        </w:pict>
      </w:r>
      <w:r>
        <w:rPr>
          <w:rFonts w:ascii="宋体" w:hAnsi="宋体" w:eastAsia="宋体" w:cs="宋体"/>
          <w:color w:val="000000"/>
        </w:rPr>
        <w:t>是方程</w:t>
      </w:r>
      <w:r>
        <w:pict>
          <v:shape id="_x0000_i717947"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3008" o:title="eqId324dab00775e07ac63374a6f74ecda5d"/>
            <o:lock v:ext="edit" aspectratio="t"/>
            <w10:wrap type="none"/>
            <w10:anchorlock/>
          </v:shape>
        </w:pict>
      </w:r>
      <w:r>
        <w:rPr>
          <w:rFonts w:ascii="宋体" w:hAnsi="宋体" w:eastAsia="宋体" w:cs="宋体"/>
          <w:color w:val="000000"/>
        </w:rPr>
        <w:t>的解．</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48" o:spt="75" alt="学科网(www.zxxk.com)--教育资源门户，提供试卷、教案、课件、论文、素材以及各类教学资源下载，还有大量而丰富的教学相关资讯！" type="#_x0000_t75" style="height:20.25pt;width:66.75pt;" o:ole="t" filled="f" o:preferrelative="t" stroked="f" coordsize="21600,21600">
            <v:path/>
            <v:fill on="f" focussize="0,0"/>
            <v:stroke on="f" joinstyle="miter"/>
            <v:imagedata r:id="rId3009" o:title="eqIdd7655669e0209ee8d44867d6e950fdef"/>
            <o:lock v:ext="edit" aspectratio="t"/>
            <w10:wrap type="none"/>
            <w10:anchorlock/>
          </v:shape>
        </w:pic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49" o:spt="75" alt="学科网(www.zxxk.com)--教育资源门户，提供试卷、教案、课件、论文、素材以及各类教学资源下载，还有大量而丰富的教学相关资讯！" type="#_x0000_t75" style="height:30.75pt;width:47.25pt;" o:ole="t" filled="f" o:preferrelative="t" stroked="f" coordsize="21600,21600">
            <v:path/>
            <v:fill on="f" focussize="0,0"/>
            <v:stroke on="f" joinstyle="miter"/>
            <v:imagedata r:id="rId3010" o:title="eqIdff454f0468eeb812ae2e13f99692960a"/>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关于</w:t>
      </w:r>
      <w:r>
        <w:rPr>
          <w:rFonts w:ascii="Times New Roman" w:hAnsi="Times New Roman" w:eastAsia="Times New Roman" w:cs="Times New Roman"/>
          <w:color w:val="000000"/>
        </w:rPr>
        <w:t>x</w:t>
      </w:r>
      <w:r>
        <w:rPr>
          <w:rFonts w:ascii="宋体" w:hAnsi="宋体" w:eastAsia="宋体" w:cs="宋体"/>
          <w:color w:val="000000"/>
        </w:rPr>
        <w:t>的一元一次方程</w:t>
      </w:r>
      <w:r>
        <w:pict>
          <v:shape id="_x0000_i717950"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3011" o:title="eqIdef4365416fe7c6c00a03455379745717"/>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w:t>
      </w:r>
      <w:r>
        <w:rPr>
          <w:rFonts w:ascii="宋体" w:hAnsi="宋体" w:eastAsia="宋体" w:cs="宋体"/>
          <w:color w:val="000000"/>
        </w:rPr>
        <w:t>和解方程</w: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51"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3012" o:title="eqId75b51fa937efbb84b0dbaa4418bfcdbf"/>
            <o:lock v:ext="edit" aspectratio="t"/>
            <w10:wrap type="none"/>
            <w10:anchorlock/>
          </v:shape>
        </w:pict>
      </w:r>
      <w:r>
        <w:rPr>
          <w:rFonts w:ascii="宋体" w:hAnsi="宋体" w:eastAsia="宋体" w:cs="宋体"/>
          <w:color w:val="000000"/>
        </w:rPr>
        <w:t>是方程</w:t>
      </w:r>
      <w:r>
        <w:pict>
          <v:shape id="_x0000_i717952"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3013" o:title="eqIdef4365416fe7c6c00a03455379745717"/>
            <o:lock v:ext="edit" aspectratio="t"/>
            <w10:wrap type="none"/>
            <w10:anchorlock/>
          </v:shape>
        </w:pict>
      </w:r>
      <w:r>
        <w:rPr>
          <w:rFonts w:ascii="宋体" w:hAnsi="宋体" w:eastAsia="宋体" w:cs="宋体"/>
          <w:color w:val="000000"/>
        </w:rPr>
        <w:t>的解．</w:t>
      </w:r>
    </w:p>
    <w:p>
      <w:pPr>
        <w:spacing w:line="360" w:lineRule="auto"/>
        <w:jc w:val="left"/>
        <w:textAlignment w:val="center"/>
        <w:rPr>
          <w:color w:val="000000"/>
        </w:rPr>
      </w:pPr>
      <w:r>
        <w:rPr>
          <w:rFonts w:ascii="宋体" w:hAnsi="宋体" w:eastAsia="宋体" w:cs="宋体"/>
          <w:color w:val="000000"/>
        </w:rPr>
        <w:t>又</w:t>
      </w:r>
      <w:r>
        <w:rPr>
          <w:rFonts w:ascii="Times New Roman" w:hAnsi="Times New Roman" w:eastAsia="Times New Roman" w:cs="Times New Roman"/>
          <w:color w:val="000000"/>
        </w:rPr>
        <w:t>∵</w:t>
      </w:r>
      <w:r>
        <w:pict>
          <v:shape id="_x0000_i717953" o:spt="75" alt="学科网(www.zxxk.com)--教育资源门户，提供试卷、教案、课件、论文、素材以及各类教学资源下载，还有大量而丰富的教学相关资讯！" type="#_x0000_t75" style="height:9.75pt;width:29.25pt;" o:ole="t" filled="f" o:preferrelative="t" stroked="f" coordsize="21600,21600">
            <v:path/>
            <v:fill on="f" focussize="0,0"/>
            <v:stroke on="f" joinstyle="miter"/>
            <v:imagedata r:id="rId3014" o:title="eqId8cb135846745c2046d85380201eca693"/>
            <o:lock v:ext="edit" aspectratio="t"/>
            <w10:wrap type="none"/>
            <w10:anchorlock/>
          </v:shape>
        </w:pict>
      </w:r>
      <w:r>
        <w:rPr>
          <w:rFonts w:ascii="宋体" w:hAnsi="宋体" w:eastAsia="宋体" w:cs="宋体"/>
          <w:color w:val="000000"/>
        </w:rPr>
        <w:t>是它的解，</w:t>
      </w:r>
    </w:p>
    <w:p>
      <w:pPr>
        <w:spacing w:line="360" w:lineRule="auto"/>
        <w:jc w:val="left"/>
        <w:textAlignment w:val="center"/>
        <w:rPr>
          <w:color w:val="000000"/>
        </w:rPr>
      </w:pPr>
      <w:r>
        <w:pict>
          <v:shape id="_x0000_i717954"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3015" o:title="eqIdc4e538b4dae60ed98c19c2cc4ce99b5b"/>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55"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3016" o:title="eqId2265e2125dfe5f49fb567cc85bce13b4"/>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把</w:t>
      </w:r>
      <w:r>
        <w:pict>
          <v:shape id="_x0000_i717956" o:spt="75" alt="学科网(www.zxxk.com)--教育资源门户，提供试卷、教案、课件、论文、素材以及各类教学资源下载，还有大量而丰富的教学相关资讯！" type="#_x0000_t75" style="height:9.75pt;width:29.25pt;" o:ole="t" filled="f" o:preferrelative="t" stroked="f" coordsize="21600,21600">
            <v:path/>
            <v:fill on="f" focussize="0,0"/>
            <v:stroke on="f" joinstyle="miter"/>
            <v:imagedata r:id="rId3017" o:title="eqId8cb135846745c2046d85380201eca693"/>
            <o:lock v:ext="edit" aspectratio="t"/>
            <w10:wrap type="none"/>
            <w10:anchorlock/>
          </v:shape>
        </w:pict>
      </w:r>
      <w:r>
        <w:rPr>
          <w:rFonts w:ascii="宋体" w:hAnsi="宋体" w:eastAsia="宋体" w:cs="宋体"/>
          <w:color w:val="000000"/>
        </w:rPr>
        <w:t>代入方程，得</w:t>
      </w:r>
      <w:r>
        <w:pict>
          <v:shape id="_x0000_i717957"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3018" o:title="eqIda3e938ecd14e038315cc22cf05f5d4a1"/>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58"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3019" o:title="eqIdbdbe6ab6be58196406b167be4be8a5e8"/>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5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020" o:title="eqIdd0e10f28a19c0f13d21042a2172643a8"/>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pict>
          <v:shape id="_x0000_i717960"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3021" o:title="eqId026d5f5ebc23faa51a3387400ddeabb4"/>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61"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3022" o:title="eqId81ce5ae2ab61d5e556d6f2f9e1562293"/>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本题考查了一元一次方程的求解,和解方程的定义</w:t>
      </w:r>
      <w:r>
        <w:rPr>
          <w:rFonts w:ascii="Times New Roman" w:hAnsi="Times New Roman" w:eastAsia="Times New Roman" w:cs="Times New Roman"/>
          <w:color w:val="000000"/>
        </w:rPr>
        <w:t>,</w:t>
      </w:r>
      <w:r>
        <w:rPr>
          <w:rFonts w:ascii="宋体" w:hAnsi="宋体" w:eastAsia="宋体" w:cs="宋体"/>
          <w:color w:val="000000"/>
        </w:rPr>
        <w:t>中等难度</w:t>
      </w:r>
      <w:r>
        <w:rPr>
          <w:rFonts w:ascii="Times New Roman" w:hAnsi="Times New Roman" w:eastAsia="Times New Roman" w:cs="Times New Roman"/>
          <w:color w:val="000000"/>
        </w:rPr>
        <w:t>,</w:t>
      </w:r>
      <w:r>
        <w:rPr>
          <w:rFonts w:ascii="宋体" w:hAnsi="宋体" w:eastAsia="宋体" w:cs="宋体"/>
          <w:color w:val="000000"/>
        </w:rPr>
        <w:t>理解和解方程的定义</w:t>
      </w:r>
      <w:r>
        <w:rPr>
          <w:rFonts w:ascii="Times New Roman" w:hAnsi="Times New Roman" w:eastAsia="Times New Roman" w:cs="Times New Roman"/>
          <w:color w:val="000000"/>
        </w:rPr>
        <w:t>,</w:t>
      </w:r>
      <w:r>
        <w:rPr>
          <w:rFonts w:ascii="宋体" w:hAnsi="宋体" w:eastAsia="宋体" w:cs="宋体"/>
          <w:color w:val="000000"/>
        </w:rPr>
        <w:t>将解代入方程求解是解题关键.</w:t>
      </w:r>
    </w:p>
    <w:p>
      <w:pPr>
        <w:pStyle w:val="Heading2"/>
      </w:pPr>
      <w:r>
        <w:t>第八中学</w:t>
      </w:r>
    </w:p>
    <w:p>
      <w:pPr>
        <w:spacing w:line="360" w:lineRule="auto"/>
        <w:jc w:val="both"/>
        <w:textAlignment w:val="center"/>
        <w:rPr>
          <w:color w:val="000000"/>
        </w:rPr>
      </w:pPr>
      <w:r>
        <w:rPr>
          <w:color w:val="000000"/>
        </w:rPr>
        <w:t xml:space="preserve">26. </w:t>
      </w:r>
      <w:r>
        <w:rPr>
          <w:rFonts w:ascii="宋体" w:hAnsi="宋体" w:eastAsia="宋体" w:cs="宋体"/>
          <w:color w:val="000000"/>
        </w:rPr>
        <w:t>在数轴上有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四点，</w:t>
      </w:r>
      <w:r>
        <w:rPr>
          <w:rFonts w:ascii="Times New Roman" w:hAnsi="Times New Roman" w:eastAsia="Times New Roman" w:cs="Times New Roman"/>
          <w:i/>
          <w:color w:val="000000"/>
        </w:rPr>
        <w:t>A</w:t>
      </w:r>
      <w:r>
        <w:rPr>
          <w:rFonts w:ascii="宋体" w:hAnsi="宋体" w:eastAsia="宋体" w:cs="宋体"/>
          <w:color w:val="000000"/>
        </w:rPr>
        <w:t>点表示的数是</w:t>
      </w:r>
      <w:r>
        <w:pict>
          <v:shape id="_x0000_i717962"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3023"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点表示的数是</w:t>
      </w:r>
      <w:r>
        <w:rPr>
          <w:rFonts w:ascii="Times New Roman" w:hAnsi="Times New Roman" w:eastAsia="Times New Roman" w:cs="Times New Roman"/>
          <w:color w:val="000000"/>
        </w:rPr>
        <w:t>6</w:t>
      </w:r>
      <w:r>
        <w:rPr>
          <w:rFonts w:ascii="宋体" w:hAnsi="宋体" w:eastAsia="宋体" w:cs="宋体"/>
          <w:color w:val="000000"/>
        </w:rPr>
        <w:t>，</w:t>
      </w:r>
      <w:r>
        <w:pict>
          <v:shape id="_x0000_i717963"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3024" o:title="eqId4494a85de0be0b97a69348115aef8513"/>
            <o:lock v:ext="edit" aspectratio="t"/>
            <w10:wrap type="none"/>
            <w10:anchorlock/>
          </v:shape>
        </w:pict>
      </w:r>
      <w:r>
        <w:rPr>
          <w:rFonts w:ascii="宋体" w:hAnsi="宋体" w:eastAsia="宋体" w:cs="宋体"/>
          <w:color w:val="000000"/>
        </w:rPr>
        <w:t>，</w:t>
      </w:r>
      <w:r>
        <w:pict>
          <v:shape id="_x0000_i717964" o:spt="75" alt="学科网(www.zxxk.com)--教育资源门户，提供试卷、教案、课件、论文、素材以及各类教学资源下载，还有大量而丰富的教学相关资讯！" type="#_x0000_t75" style="height:12pt;width:33.75pt;" o:ole="t" filled="f" o:preferrelative="t" stroked="f" coordsize="21600,21600">
            <v:path/>
            <v:fill on="f" focussize="0,0"/>
            <v:stroke on="f" joinstyle="miter"/>
            <v:imagedata r:id="rId3025" o:title="eqId714cc3707bba3bfdb56e251999be8592"/>
            <o:lock v:ext="edit" aspectratio="t"/>
            <w10:wrap type="none"/>
            <w10:anchorlock/>
          </v:shape>
        </w:pict>
      </w:r>
      <w:r>
        <w:rPr>
          <w:rFonts w:ascii="宋体" w:hAnsi="宋体" w:eastAsia="宋体" w:cs="宋体"/>
          <w:color w:val="000000"/>
        </w:rPr>
        <w:t>，则</w:t>
      </w:r>
      <w:r>
        <w:pict>
          <v:shape id="_x0000_i717965"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3026" o:title="eqIde1ec5d678ec42846e1d28301e3bfd4be"/>
            <o:lock v:ext="edit" aspectratio="t"/>
            <w10:wrap type="none"/>
            <w10:anchorlock/>
          </v:shape>
        </w:pic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或</w:t>
      </w:r>
      <w:r>
        <w:rPr>
          <w:rFonts w:ascii="Times New Roman" w:hAnsi="Times New Roman" w:eastAsia="Times New Roman" w:cs="Times New Roman"/>
          <w:color w:val="000000"/>
        </w:rPr>
        <w:t>15</w:t>
      </w:r>
      <w:r>
        <w:rPr>
          <w:rFonts w:ascii="宋体" w:hAnsi="宋体" w:eastAsia="宋体" w:cs="宋体"/>
          <w:color w:val="000000"/>
        </w:rPr>
        <w:t>或</w:t>
      </w:r>
      <w:r>
        <w:rPr>
          <w:rFonts w:ascii="Times New Roman" w:hAnsi="Times New Roman" w:eastAsia="Times New Roman" w:cs="Times New Roman"/>
          <w:color w:val="000000"/>
        </w:rPr>
        <w:t>19</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本题考查了数轴上两点之间的距离，解一元一次方程．正确表示数轴上两点之间的距离是解题的关键．</w:t>
      </w:r>
    </w:p>
    <w:p>
      <w:pPr>
        <w:spacing w:line="360" w:lineRule="auto"/>
        <w:jc w:val="left"/>
        <w:textAlignment w:val="center"/>
        <w:rPr>
          <w:color w:val="000000"/>
        </w:rPr>
      </w:pPr>
      <w:r>
        <w:rPr>
          <w:rFonts w:ascii="宋体" w:hAnsi="宋体" w:eastAsia="宋体" w:cs="宋体"/>
          <w:color w:val="000000"/>
        </w:rPr>
        <w:t>设</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点表示</w:t>
      </w:r>
      <w:r>
        <w:rPr>
          <w:rFonts w:ascii="宋体" w:hAnsi="宋体" w:eastAsia="宋体" w:cs="宋体"/>
          <w:color w:val="000000"/>
          <w:position w:val="0"/>
        </w:rPr>
        <w:drawing>
          <wp:inline distT="0" distB="0" distL="114300" distR="114300">
            <wp:extent cx="133350" cy="177800"/>
            <wp:effectExtent l="0" t="0" r="0" b="0"/>
            <wp:docPr id="3741" name="图片 181431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2" name="图片 1814312865"/>
                    <pic:cNvPicPr>
                      <a:picLocks noChangeAspect="1"/>
                    </pic:cNvPicPr>
                  </pic:nvPicPr>
                  <pic:blipFill>
                    <a:blip r:embed="rId302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数分别为</w:t>
      </w:r>
      <w:r>
        <w:pict>
          <v:shape id="_x0000_i717966"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3028" o:title="eqId62ff2912fd8d93b6e692936d95b727c5"/>
            <o:lock v:ext="edit" aspectratio="t"/>
            <w10:wrap type="none"/>
            <w10:anchorlock/>
          </v:shape>
        </w:pict>
      </w:r>
      <w:r>
        <w:rPr>
          <w:rFonts w:ascii="宋体" w:hAnsi="宋体" w:eastAsia="宋体" w:cs="宋体"/>
          <w:color w:val="000000"/>
        </w:rPr>
        <w:t>，依题意得，</w:t>
      </w:r>
      <w:r>
        <w:pict>
          <v:shape id="_x0000_i717967" o:spt="75" alt="学科网(www.zxxk.com)--教育资源门户，提供试卷、教案、课件、论文、素材以及各类教学资源下载，还有大量而丰富的教学相关资讯！" type="#_x0000_t75" style="height:20.05pt;width:54.05pt;" o:ole="t" filled="f" o:preferrelative="t" stroked="f" coordsize="21600,21600">
            <v:path/>
            <v:fill on="f" focussize="0,0"/>
            <v:stroke on="f" joinstyle="miter"/>
            <v:imagedata r:id="rId3029" o:title="eqId249ff8c2ab26ec47bc7370584693ef30"/>
            <o:lock v:ext="edit" aspectratio="t"/>
            <w10:wrap type="none"/>
            <w10:anchorlock/>
          </v:shape>
        </w:pict>
      </w:r>
      <w:r>
        <w:rPr>
          <w:rFonts w:ascii="宋体" w:hAnsi="宋体" w:eastAsia="宋体" w:cs="宋体"/>
          <w:color w:val="000000"/>
        </w:rPr>
        <w:t>，</w:t>
      </w:r>
      <w:r>
        <w:pict>
          <v:shape id="_x0000_i717968" o:spt="75" alt="学科网(www.zxxk.com)--教育资源门户，提供试卷、教案、课件、论文、素材以及各类教学资源下载，还有大量而丰富的教学相关资讯！" type="#_x0000_t75" style="height:20.05pt;width:47.9pt;" o:ole="t" filled="f" o:preferrelative="t" stroked="f" coordsize="21600,21600">
            <v:path/>
            <v:fill on="f" focussize="0,0"/>
            <v:stroke on="f" joinstyle="miter"/>
            <v:imagedata r:id="rId3030" o:title="eqIdbd4be87717deff758f481e7819ef143c"/>
            <o:lock v:ext="edit" aspectratio="t"/>
            <w10:wrap type="none"/>
            <w10:anchorlock/>
          </v:shape>
        </w:pict>
      </w:r>
      <w:r>
        <w:rPr>
          <w:rFonts w:ascii="宋体" w:hAnsi="宋体" w:eastAsia="宋体" w:cs="宋体"/>
          <w:color w:val="000000"/>
        </w:rPr>
        <w:t>，可求得，</w:t>
      </w:r>
      <w:r>
        <w:pict>
          <v:shape id="_x0000_i717969"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3031" o:title="eqIdf1196cabb09094c19177086f4ffae7d6"/>
            <o:lock v:ext="edit" aspectratio="t"/>
            <w10:wrap type="none"/>
            <w10:anchorlock/>
          </v:shape>
        </w:pict>
      </w:r>
      <w:r>
        <w:rPr>
          <w:rFonts w:ascii="宋体" w:hAnsi="宋体" w:eastAsia="宋体" w:cs="宋体"/>
          <w:color w:val="000000"/>
        </w:rPr>
        <w:t>或</w:t>
      </w:r>
      <w:r>
        <w:pict>
          <v:shape id="_x0000_i717970"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3032" o:title="eqIdab839d8569171afab5ed55c22013aa72"/>
            <o:lock v:ext="edit" aspectratio="t"/>
            <w10:wrap type="none"/>
            <w10:anchorlock/>
          </v:shape>
        </w:pict>
      </w:r>
      <w:r>
        <w:rPr>
          <w:rFonts w:ascii="宋体" w:hAnsi="宋体" w:eastAsia="宋体" w:cs="宋体"/>
          <w:color w:val="000000"/>
        </w:rPr>
        <w:t>；</w:t>
      </w:r>
      <w:r>
        <w:pict>
          <v:shape id="_x0000_i717971"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033" o:title="eqId3320a13248a3a1208ff6ee85c9d26f36"/>
            <o:lock v:ext="edit" aspectratio="t"/>
            <w10:wrap type="none"/>
            <w10:anchorlock/>
          </v:shape>
        </w:pict>
      </w:r>
      <w:r>
        <w:rPr>
          <w:rFonts w:ascii="宋体" w:hAnsi="宋体" w:eastAsia="宋体" w:cs="宋体"/>
          <w:color w:val="000000"/>
        </w:rPr>
        <w:t>或</w:t>
      </w:r>
      <w:r>
        <w:pict>
          <v:shape id="_x0000_i717972" o:spt="75" alt="学科网(www.zxxk.com)--教育资源门户，提供试卷、教案、课件、论文、素材以及各类教学资源下载，还有大量而丰富的教学相关资讯！" type="#_x0000_t75" style="height:14.55pt;width:27pt;" o:ole="t" filled="f" o:preferrelative="t" stroked="f" coordsize="21600,21600">
            <v:path/>
            <v:fill on="f" focussize="0,0"/>
            <v:stroke on="f" joinstyle="miter"/>
            <v:imagedata r:id="rId3034" o:title="eqId019eb94a6a2b38308811470d860e1a20"/>
            <o:lock v:ext="edit" aspectratio="t"/>
            <w10:wrap type="none"/>
            <w10:anchorlock/>
          </v:shape>
        </w:pict>
      </w:r>
      <w:r>
        <w:rPr>
          <w:rFonts w:ascii="宋体" w:hAnsi="宋体" w:eastAsia="宋体" w:cs="宋体"/>
          <w:color w:val="000000"/>
        </w:rPr>
        <w:t>；分当</w:t>
      </w:r>
      <w:r>
        <w:pict>
          <v:shape id="_x0000_i717973"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3031" o:title="eqIdf1196cabb09094c19177086f4ffae7d6"/>
            <o:lock v:ext="edit" aspectratio="t"/>
            <w10:wrap type="none"/>
            <w10:anchorlock/>
          </v:shape>
        </w:pict>
      </w:r>
      <w:r>
        <w:rPr>
          <w:rFonts w:ascii="宋体" w:hAnsi="宋体" w:eastAsia="宋体" w:cs="宋体"/>
          <w:color w:val="000000"/>
        </w:rPr>
        <w:t>，</w:t>
      </w:r>
      <w:r>
        <w:pict>
          <v:shape id="_x0000_i71797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033" o:title="eqId3320a13248a3a1208ff6ee85c9d26f36"/>
            <o:lock v:ext="edit" aspectratio="t"/>
            <w10:wrap type="none"/>
            <w10:anchorlock/>
          </v:shape>
        </w:pict>
      </w:r>
      <w:r>
        <w:rPr>
          <w:rFonts w:ascii="宋体" w:hAnsi="宋体" w:eastAsia="宋体" w:cs="宋体"/>
          <w:color w:val="000000"/>
        </w:rPr>
        <w:t>时，当</w:t>
      </w:r>
      <w:r>
        <w:pict>
          <v:shape id="_x0000_i717975"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3031" o:title="eqIdf1196cabb09094c19177086f4ffae7d6"/>
            <o:lock v:ext="edit" aspectratio="t"/>
            <w10:wrap type="none"/>
            <w10:anchorlock/>
          </v:shape>
        </w:pict>
      </w:r>
      <w:r>
        <w:rPr>
          <w:rFonts w:ascii="宋体" w:hAnsi="宋体" w:eastAsia="宋体" w:cs="宋体"/>
          <w:color w:val="000000"/>
        </w:rPr>
        <w:t>，</w:t>
      </w:r>
      <w:r>
        <w:pict>
          <v:shape id="_x0000_i717976" o:spt="75" alt="学科网(www.zxxk.com)--教育资源门户，提供试卷、教案、课件、论文、素材以及各类教学资源下载，还有大量而丰富的教学相关资讯！" type="#_x0000_t75" style="height:14.55pt;width:27pt;" o:ole="t" filled="f" o:preferrelative="t" stroked="f" coordsize="21600,21600">
            <v:path/>
            <v:fill on="f" focussize="0,0"/>
            <v:stroke on="f" joinstyle="miter"/>
            <v:imagedata r:id="rId3034" o:title="eqId019eb94a6a2b38308811470d860e1a20"/>
            <o:lock v:ext="edit" aspectratio="t"/>
            <w10:wrap type="none"/>
            <w10:anchorlock/>
          </v:shape>
        </w:pict>
      </w:r>
      <w:r>
        <w:rPr>
          <w:rFonts w:ascii="宋体" w:hAnsi="宋体" w:eastAsia="宋体" w:cs="宋体"/>
          <w:color w:val="000000"/>
        </w:rPr>
        <w:t>时，当</w:t>
      </w:r>
      <w:r>
        <w:pict>
          <v:shape id="_x0000_i717977"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3032" o:title="eqIdab839d8569171afab5ed55c22013aa72"/>
            <o:lock v:ext="edit" aspectratio="t"/>
            <w10:wrap type="none"/>
            <w10:anchorlock/>
          </v:shape>
        </w:pict>
      </w:r>
      <w:r>
        <w:rPr>
          <w:rFonts w:ascii="宋体" w:hAnsi="宋体" w:eastAsia="宋体" w:cs="宋体"/>
          <w:color w:val="000000"/>
        </w:rPr>
        <w:t>，</w:t>
      </w:r>
      <w:r>
        <w:pict>
          <v:shape id="_x0000_i717978"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033" o:title="eqId3320a13248a3a1208ff6ee85c9d26f36"/>
            <o:lock v:ext="edit" aspectratio="t"/>
            <w10:wrap type="none"/>
            <w10:anchorlock/>
          </v:shape>
        </w:pict>
      </w:r>
      <w:r>
        <w:rPr>
          <w:rFonts w:ascii="宋体" w:hAnsi="宋体" w:eastAsia="宋体" w:cs="宋体"/>
          <w:color w:val="000000"/>
        </w:rPr>
        <w:t>时，当</w:t>
      </w:r>
      <w:r>
        <w:pict>
          <v:shape id="_x0000_i717979"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3032" o:title="eqIdab839d8569171afab5ed55c22013aa72"/>
            <o:lock v:ext="edit" aspectratio="t"/>
            <w10:wrap type="none"/>
            <w10:anchorlock/>
          </v:shape>
        </w:pict>
      </w:r>
      <w:r>
        <w:rPr>
          <w:rFonts w:ascii="宋体" w:hAnsi="宋体" w:eastAsia="宋体" w:cs="宋体"/>
          <w:color w:val="000000"/>
        </w:rPr>
        <w:t>，</w:t>
      </w:r>
      <w:r>
        <w:pict>
          <v:shape id="_x0000_i717980" o:spt="75" alt="学科网(www.zxxk.com)--教育资源门户，提供试卷、教案、课件、论文、素材以及各类教学资源下载，还有大量而丰富的教学相关资讯！" type="#_x0000_t75" style="height:14.55pt;width:27pt;" o:ole="t" filled="f" o:preferrelative="t" stroked="f" coordsize="21600,21600">
            <v:path/>
            <v:fill on="f" focussize="0,0"/>
            <v:stroke on="f" joinstyle="miter"/>
            <v:imagedata r:id="rId3034" o:title="eqId019eb94a6a2b38308811470d860e1a20"/>
            <o:lock v:ext="edit" aspectratio="t"/>
            <w10:wrap type="none"/>
            <w10:anchorlock/>
          </v:shape>
        </w:pict>
      </w:r>
      <w:r>
        <w:rPr>
          <w:rFonts w:ascii="宋体" w:hAnsi="宋体" w:eastAsia="宋体" w:cs="宋体"/>
          <w:color w:val="000000"/>
        </w:rPr>
        <w:t>时，分别计算</w:t>
      </w:r>
      <w:r>
        <w:pict>
          <v:shape id="_x0000_i71798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035" o:title="eqId9d78abbad68bbbf12af10cd40ef4c353"/>
            <o:lock v:ext="edit" aspectratio="t"/>
            <w10:wrap type="none"/>
            <w10:anchorlock/>
          </v:shape>
        </w:pict>
      </w:r>
      <w:r>
        <w:rPr>
          <w:rFonts w:ascii="宋体" w:hAnsi="宋体" w:eastAsia="宋体" w:cs="宋体"/>
          <w:color w:val="000000"/>
        </w:rPr>
        <w:t>即可．</w:t>
      </w:r>
    </w:p>
    <w:p>
      <w:pPr>
        <w:spacing w:line="360" w:lineRule="auto"/>
        <w:jc w:val="left"/>
        <w:textAlignment w:val="center"/>
        <w:rPr>
          <w:color w:val="000000"/>
        </w:rPr>
      </w:pPr>
      <w:r>
        <w:rPr>
          <w:color w:val="000000"/>
        </w:rPr>
        <w:t>【详解】</w:t>
      </w:r>
      <w:r>
        <w:rPr>
          <w:rFonts w:ascii="宋体" w:hAnsi="宋体" w:eastAsia="宋体" w:cs="宋体"/>
          <w:color w:val="000000"/>
        </w:rPr>
        <w:t>解：设</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点表示的数分别为</w:t>
      </w:r>
      <w:r>
        <w:pict>
          <v:shape id="_x0000_i717982"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3036" o:title="eqId62ff2912fd8d93b6e692936d95b727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依题意得，</w:t>
      </w:r>
      <w:r>
        <w:pict>
          <v:shape id="_x0000_i717983" o:spt="75" alt="学科网(www.zxxk.com)--教育资源门户，提供试卷、教案、课件、论文、素材以及各类教学资源下载，还有大量而丰富的教学相关资讯！" type="#_x0000_t75" style="height:20.05pt;width:54.05pt;" o:ole="t" filled="f" o:preferrelative="t" stroked="f" coordsize="21600,21600">
            <v:path/>
            <v:fill on="f" focussize="0,0"/>
            <v:stroke on="f" joinstyle="miter"/>
            <v:imagedata r:id="rId3037" o:title="eqId249ff8c2ab26ec47bc7370584693ef30"/>
            <o:lock v:ext="edit" aspectratio="t"/>
            <w10:wrap type="none"/>
            <w10:anchorlock/>
          </v:shape>
        </w:pict>
      </w:r>
      <w:r>
        <w:rPr>
          <w:rFonts w:ascii="宋体" w:hAnsi="宋体" w:eastAsia="宋体" w:cs="宋体"/>
          <w:color w:val="000000"/>
        </w:rPr>
        <w:t>，</w:t>
      </w:r>
      <w:r>
        <w:pict>
          <v:shape id="_x0000_i717984" o:spt="75" alt="学科网(www.zxxk.com)--教育资源门户，提供试卷、教案、课件、论文、素材以及各类教学资源下载，还有大量而丰富的教学相关资讯！" type="#_x0000_t75" style="height:20.05pt;width:47.9pt;" o:ole="t" filled="f" o:preferrelative="t" stroked="f" coordsize="21600,21600">
            <v:path/>
            <v:fill on="f" focussize="0,0"/>
            <v:stroke on="f" joinstyle="miter"/>
            <v:imagedata r:id="rId3038" o:title="eqIdbd4be87717deff758f481e7819ef143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7985" o:spt="75" alt="学科网(www.zxxk.com)--教育资源门户，提供试卷、教案、课件、论文、素材以及各类教学资源下载，还有大量而丰富的教学相关资讯！" type="#_x0000_t75" style="height:13.9pt;width:50.05pt;" o:ole="t" filled="f" o:preferrelative="t" stroked="f" coordsize="21600,21600">
            <v:path/>
            <v:fill on="f" focussize="0,0"/>
            <v:stroke on="f" joinstyle="miter"/>
            <v:imagedata r:id="rId3039" o:title="eqId1532d4f0647fbc49d4addf82a9543715"/>
            <o:lock v:ext="edit" aspectratio="t"/>
            <w10:wrap type="none"/>
            <w10:anchorlock/>
          </v:shape>
        </w:pict>
      </w:r>
      <w:r>
        <w:rPr>
          <w:rFonts w:ascii="宋体" w:hAnsi="宋体" w:eastAsia="宋体" w:cs="宋体"/>
          <w:color w:val="000000"/>
        </w:rPr>
        <w:t>或</w:t>
      </w:r>
      <w:r>
        <w:pict>
          <v:shape id="_x0000_i717986" o:spt="75" alt="学科网(www.zxxk.com)--教育资源门户，提供试卷、教案、课件、论文、素材以及各类教学资源下载，还有大量而丰富的教学相关资讯！" type="#_x0000_t75" style="height:13.9pt;width:57pt;" o:ole="t" filled="f" o:preferrelative="t" stroked="f" coordsize="21600,21600">
            <v:path/>
            <v:fill on="f" focussize="0,0"/>
            <v:stroke on="f" joinstyle="miter"/>
            <v:imagedata r:id="rId3040" o:title="eqIde02497d709fae2a38f4935451cb6f314"/>
            <o:lock v:ext="edit" aspectratio="t"/>
            <w10:wrap type="none"/>
            <w10:anchorlock/>
          </v:shape>
        </w:pict>
      </w:r>
      <w:r>
        <w:rPr>
          <w:rFonts w:ascii="宋体" w:hAnsi="宋体" w:eastAsia="宋体" w:cs="宋体"/>
          <w:color w:val="000000"/>
        </w:rPr>
        <w:t>，解得，</w:t>
      </w:r>
      <w:r>
        <w:pict>
          <v:shape id="_x0000_i717987"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3041" o:title="eqIdf1196cabb09094c19177086f4ffae7d6"/>
            <o:lock v:ext="edit" aspectratio="t"/>
            <w10:wrap type="none"/>
            <w10:anchorlock/>
          </v:shape>
        </w:pict>
      </w:r>
      <w:r>
        <w:rPr>
          <w:rFonts w:ascii="宋体" w:hAnsi="宋体" w:eastAsia="宋体" w:cs="宋体"/>
          <w:color w:val="000000"/>
        </w:rPr>
        <w:t>或</w:t>
      </w:r>
      <w:r>
        <w:pict>
          <v:shape id="_x0000_i717988"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3042" o:title="eqIdab839d8569171afab5ed55c22013aa7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7989"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3043" o:title="eqId6d8e5c07584783acbb224f9d33383baf"/>
            <o:lock v:ext="edit" aspectratio="t"/>
            <w10:wrap type="none"/>
            <w10:anchorlock/>
          </v:shape>
        </w:pict>
      </w:r>
      <w:r>
        <w:rPr>
          <w:rFonts w:ascii="宋体" w:hAnsi="宋体" w:eastAsia="宋体" w:cs="宋体"/>
          <w:color w:val="000000"/>
        </w:rPr>
        <w:t>或</w:t>
      </w:r>
      <w:r>
        <w:pict>
          <v:shape id="_x0000_i717990" o:spt="75" alt="学科网(www.zxxk.com)--教育资源门户，提供试卷、教案、课件、论文、素材以及各类教学资源下载，还有大量而丰富的教学相关资讯！" type="#_x0000_t75" style="height:13.9pt;width:50.05pt;" o:ole="t" filled="f" o:preferrelative="t" stroked="f" coordsize="21600,21600">
            <v:path/>
            <v:fill on="f" focussize="0,0"/>
            <v:stroke on="f" joinstyle="miter"/>
            <v:imagedata r:id="rId3044" o:title="eqId65132580027c88f1d9fcc684426d8f11"/>
            <o:lock v:ext="edit" aspectratio="t"/>
            <w10:wrap type="none"/>
            <w10:anchorlock/>
          </v:shape>
        </w:pict>
      </w:r>
      <w:r>
        <w:rPr>
          <w:rFonts w:ascii="宋体" w:hAnsi="宋体" w:eastAsia="宋体" w:cs="宋体"/>
          <w:color w:val="000000"/>
        </w:rPr>
        <w:t>，解得，</w:t>
      </w:r>
      <w:r>
        <w:pict>
          <v:shape id="_x0000_i717991"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045" o:title="eqId3320a13248a3a1208ff6ee85c9d26f36"/>
            <o:lock v:ext="edit" aspectratio="t"/>
            <w10:wrap type="none"/>
            <w10:anchorlock/>
          </v:shape>
        </w:pict>
      </w:r>
      <w:r>
        <w:rPr>
          <w:rFonts w:ascii="宋体" w:hAnsi="宋体" w:eastAsia="宋体" w:cs="宋体"/>
          <w:color w:val="000000"/>
        </w:rPr>
        <w:t>或</w:t>
      </w:r>
      <w:r>
        <w:pict>
          <v:shape id="_x0000_i717992" o:spt="75" alt="学科网(www.zxxk.com)--教育资源门户，提供试卷、教案、课件、论文、素材以及各类教学资源下载，还有大量而丰富的教学相关资讯！" type="#_x0000_t75" style="height:14.55pt;width:27pt;" o:ole="t" filled="f" o:preferrelative="t" stroked="f" coordsize="21600,21600">
            <v:path/>
            <v:fill on="f" focussize="0,0"/>
            <v:stroke on="f" joinstyle="miter"/>
            <v:imagedata r:id="rId3046" o:title="eqId019eb94a6a2b38308811470d860e1a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7993"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3047" o:title="eqIdf1196cabb09094c19177086f4ffae7d6"/>
            <o:lock v:ext="edit" aspectratio="t"/>
            <w10:wrap type="none"/>
            <w10:anchorlock/>
          </v:shape>
        </w:pict>
      </w:r>
      <w:r>
        <w:rPr>
          <w:rFonts w:ascii="宋体" w:hAnsi="宋体" w:eastAsia="宋体" w:cs="宋体"/>
          <w:color w:val="000000"/>
        </w:rPr>
        <w:t>，</w:t>
      </w:r>
      <w:r>
        <w:pict>
          <v:shape id="_x0000_i71799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048" o:title="eqId3320a13248a3a1208ff6ee85c9d26f36"/>
            <o:lock v:ext="edit" aspectratio="t"/>
            <w10:wrap type="none"/>
            <w10:anchorlock/>
          </v:shape>
        </w:pict>
      </w:r>
      <w:r>
        <w:rPr>
          <w:rFonts w:ascii="宋体" w:hAnsi="宋体" w:eastAsia="宋体" w:cs="宋体"/>
          <w:color w:val="000000"/>
        </w:rPr>
        <w:t>时，</w:t>
      </w:r>
      <w:r>
        <w:pict>
          <v:shape id="_x0000_i717995" o:spt="75" alt="学科网(www.zxxk.com)--教育资源门户，提供试卷、教案、课件、论文、素材以及各类教学资源下载，还有大量而丰富的教学相关资讯！" type="#_x0000_t75" style="height:20.05pt;width:92.9pt;" o:ole="t" filled="f" o:preferrelative="t" stroked="f" coordsize="21600,21600">
            <v:path/>
            <v:fill on="f" focussize="0,0"/>
            <v:stroke on="f" joinstyle="miter"/>
            <v:imagedata r:id="rId3049" o:title="eqId35b6b4d445763bda6ba758b2eac3749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7996"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3050" o:title="eqIdf1196cabb09094c19177086f4ffae7d6"/>
            <o:lock v:ext="edit" aspectratio="t"/>
            <w10:wrap type="none"/>
            <w10:anchorlock/>
          </v:shape>
        </w:pict>
      </w:r>
      <w:r>
        <w:rPr>
          <w:rFonts w:ascii="宋体" w:hAnsi="宋体" w:eastAsia="宋体" w:cs="宋体"/>
          <w:color w:val="000000"/>
        </w:rPr>
        <w:t>，</w:t>
      </w:r>
      <w:r>
        <w:pict>
          <v:shape id="_x0000_i717997" o:spt="75" alt="学科网(www.zxxk.com)--教育资源门户，提供试卷、教案、课件、论文、素材以及各类教学资源下载，还有大量而丰富的教学相关资讯！" type="#_x0000_t75" style="height:14.55pt;width:27pt;" o:ole="t" filled="f" o:preferrelative="t" stroked="f" coordsize="21600,21600">
            <v:path/>
            <v:fill on="f" focussize="0,0"/>
            <v:stroke on="f" joinstyle="miter"/>
            <v:imagedata r:id="rId3051" o:title="eqId019eb94a6a2b38308811470d860e1a20"/>
            <o:lock v:ext="edit" aspectratio="t"/>
            <w10:wrap type="none"/>
            <w10:anchorlock/>
          </v:shape>
        </w:pict>
      </w:r>
      <w:r>
        <w:rPr>
          <w:rFonts w:ascii="宋体" w:hAnsi="宋体" w:eastAsia="宋体" w:cs="宋体"/>
          <w:color w:val="000000"/>
        </w:rPr>
        <w:t>时，</w:t>
      </w:r>
      <w:r>
        <w:pict>
          <v:shape id="_x0000_i717998" o:spt="75" alt="学科网(www.zxxk.com)--教育资源门户，提供试卷、教案、课件、论文、素材以及各类教学资源下载，还有大量而丰富的教学相关资讯！" type="#_x0000_t75" style="height:20.05pt;width:92.05pt;" o:ole="t" filled="f" o:preferrelative="t" stroked="f" coordsize="21600,21600">
            <v:path/>
            <v:fill on="f" focussize="0,0"/>
            <v:stroke on="f" joinstyle="miter"/>
            <v:imagedata r:id="rId3052" o:title="eqId94e6fa4c62643f946cb464551d0365c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7999"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3053" o:title="eqIdab839d8569171afab5ed55c22013aa72"/>
            <o:lock v:ext="edit" aspectratio="t"/>
            <w10:wrap type="none"/>
            <w10:anchorlock/>
          </v:shape>
        </w:pict>
      </w:r>
      <w:r>
        <w:rPr>
          <w:rFonts w:ascii="宋体" w:hAnsi="宋体" w:eastAsia="宋体" w:cs="宋体"/>
          <w:color w:val="000000"/>
        </w:rPr>
        <w:t>，</w:t>
      </w:r>
      <w:r>
        <w:pict>
          <v:shape id="_x0000_i718000"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054" o:title="eqId3320a13248a3a1208ff6ee85c9d26f36"/>
            <o:lock v:ext="edit" aspectratio="t"/>
            <w10:wrap type="none"/>
            <w10:anchorlock/>
          </v:shape>
        </w:pict>
      </w:r>
      <w:r>
        <w:rPr>
          <w:rFonts w:ascii="宋体" w:hAnsi="宋体" w:eastAsia="宋体" w:cs="宋体"/>
          <w:color w:val="000000"/>
        </w:rPr>
        <w:t>时，</w:t>
      </w:r>
      <w:r>
        <w:pict>
          <v:shape id="_x0000_i718001" o:spt="75" alt="学科网(www.zxxk.com)--教育资源门户，提供试卷、教案、课件、论文、素材以及各类教学资源下载，还有大量而丰富的教学相关资讯！" type="#_x0000_t75" style="height:20.05pt;width:73.85pt;" o:ole="t" filled="f" o:preferrelative="t" stroked="f" coordsize="21600,21600">
            <v:path/>
            <v:fill on="f" focussize="0,0"/>
            <v:stroke on="f" joinstyle="miter"/>
            <v:imagedata r:id="rId3055" o:title="eqId84288f28b438675039b260c3a4d088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8002" o:spt="75" alt="学科网(www.zxxk.com)--教育资源门户，提供试卷、教案、课件、论文、素材以及各类教学资源下载，还有大量而丰富的教学相关资讯！" type="#_x0000_t75" style="height:14.1pt;width:28.15pt;" o:ole="t" filled="f" o:preferrelative="t" stroked="f" coordsize="21600,21600">
            <v:path/>
            <v:fill on="f" focussize="0,0"/>
            <v:stroke on="f" joinstyle="miter"/>
            <v:imagedata r:id="rId3056" o:title="eqIdab839d8569171afab5ed55c22013aa72"/>
            <o:lock v:ext="edit" aspectratio="t"/>
            <w10:wrap type="none"/>
            <w10:anchorlock/>
          </v:shape>
        </w:pict>
      </w:r>
      <w:r>
        <w:rPr>
          <w:rFonts w:ascii="宋体" w:hAnsi="宋体" w:eastAsia="宋体" w:cs="宋体"/>
          <w:color w:val="000000"/>
        </w:rPr>
        <w:t>，</w:t>
      </w:r>
      <w:r>
        <w:pict>
          <v:shape id="_x0000_i718003" o:spt="75" alt="学科网(www.zxxk.com)--教育资源门户，提供试卷、教案、课件、论文、素材以及各类教学资源下载，还有大量而丰富的教学相关资讯！" type="#_x0000_t75" style="height:14.55pt;width:27pt;" o:ole="t" filled="f" o:preferrelative="t" stroked="f" coordsize="21600,21600">
            <v:path/>
            <v:fill on="f" focussize="0,0"/>
            <v:stroke on="f" joinstyle="miter"/>
            <v:imagedata r:id="rId3057" o:title="eqId019eb94a6a2b38308811470d860e1a20"/>
            <o:lock v:ext="edit" aspectratio="t"/>
            <w10:wrap type="none"/>
            <w10:anchorlock/>
          </v:shape>
        </w:pict>
      </w:r>
      <w:r>
        <w:rPr>
          <w:rFonts w:ascii="宋体" w:hAnsi="宋体" w:eastAsia="宋体" w:cs="宋体"/>
          <w:color w:val="000000"/>
        </w:rPr>
        <w:t>时，</w:t>
      </w:r>
      <w:r>
        <w:pict>
          <v:shape id="_x0000_i718004" o:spt="75" alt="学科网(www.zxxk.com)--教育资源门户，提供试卷、教案、课件、论文、素材以及各类教学资源下载，还有大量而丰富的教学相关资讯！" type="#_x0000_t75" style="height:20.05pt;width:74.95pt;" o:ole="t" filled="f" o:preferrelative="t" stroked="f" coordsize="21600,21600">
            <v:path/>
            <v:fill on="f" focussize="0,0"/>
            <v:stroke on="f" joinstyle="miter"/>
            <v:imagedata r:id="rId3058" o:title="eqIdc2851622a19ade1a8d3cf501720ba77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800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059" o:title="eqId9d78abbad68bbbf12af10cd40ef4c353"/>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或</w:t>
      </w:r>
      <w:r>
        <w:rPr>
          <w:rFonts w:ascii="Times New Roman" w:hAnsi="Times New Roman" w:eastAsia="Times New Roman" w:cs="Times New Roman"/>
          <w:color w:val="000000"/>
        </w:rPr>
        <w:t>15</w:t>
      </w:r>
      <w:r>
        <w:rPr>
          <w:rFonts w:ascii="宋体" w:hAnsi="宋体" w:eastAsia="宋体" w:cs="宋体"/>
          <w:color w:val="000000"/>
        </w:rPr>
        <w:t>或</w:t>
      </w:r>
      <w:r>
        <w:rPr>
          <w:rFonts w:ascii="Times New Roman" w:hAnsi="Times New Roman" w:eastAsia="Times New Roman" w:cs="Times New Roman"/>
          <w:color w:val="000000"/>
        </w:rPr>
        <w:t>19</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或</w:t>
      </w:r>
      <w:r>
        <w:rPr>
          <w:rFonts w:ascii="Times New Roman" w:hAnsi="Times New Roman" w:eastAsia="Times New Roman" w:cs="Times New Roman"/>
          <w:color w:val="000000"/>
        </w:rPr>
        <w:t>15</w:t>
      </w:r>
      <w:r>
        <w:rPr>
          <w:rFonts w:ascii="宋体" w:hAnsi="宋体" w:eastAsia="宋体" w:cs="宋体"/>
          <w:color w:val="000000"/>
        </w:rPr>
        <w:t>或</w:t>
      </w:r>
      <w:r>
        <w:rPr>
          <w:rFonts w:ascii="Times New Roman" w:hAnsi="Times New Roman" w:eastAsia="Times New Roman" w:cs="Times New Roman"/>
          <w:color w:val="000000"/>
        </w:rPr>
        <w:t>19</w:t>
      </w:r>
      <w:r>
        <w:rPr>
          <w:rFonts w:ascii="宋体" w:hAnsi="宋体" w:eastAsia="宋体" w:cs="宋体"/>
          <w:color w:val="000000"/>
        </w:rPr>
        <w:t>．</w:t>
      </w: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3×3</w:t>
      </w:r>
      <w:r>
        <w:rPr>
          <w:rFonts w:ascii="宋体" w:hAnsi="宋体" w:eastAsia="宋体" w:cs="宋体"/>
          <w:color w:val="000000"/>
        </w:rPr>
        <w:t>的方格中，每行、每列及对角线上的</w:t>
      </w:r>
      <w:r>
        <w:rPr>
          <w:rFonts w:ascii="Times New Roman" w:hAnsi="Times New Roman" w:eastAsia="Times New Roman" w:cs="Times New Roman"/>
          <w:color w:val="000000"/>
        </w:rPr>
        <w:t>3</w:t>
      </w:r>
      <w:r>
        <w:rPr>
          <w:rFonts w:ascii="宋体" w:hAnsi="宋体" w:eastAsia="宋体" w:cs="宋体"/>
          <w:color w:val="000000"/>
        </w:rPr>
        <w:t>个代数式的和都相等，我们把这样的方格图叫做</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．如图的</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中，每行、每列及对角线上的</w:t>
      </w:r>
      <w:r>
        <w:rPr>
          <w:rFonts w:ascii="Times New Roman" w:hAnsi="Times New Roman" w:eastAsia="Times New Roman" w:cs="Times New Roman"/>
          <w:color w:val="000000"/>
        </w:rPr>
        <w:t>3</w:t>
      </w:r>
      <w:r>
        <w:rPr>
          <w:rFonts w:ascii="宋体" w:hAnsi="宋体" w:eastAsia="宋体" w:cs="宋体"/>
          <w:color w:val="000000"/>
        </w:rPr>
        <w:t>个代数式的和都等于</w:t>
      </w:r>
      <w:r>
        <w:rPr>
          <w:rFonts w:ascii="Times New Roman" w:hAnsi="Times New Roman" w:eastAsia="Times New Roman" w:cs="Times New Roman"/>
          <w:color w:val="000000"/>
        </w:rPr>
        <w:t>15.</w:t>
      </w:r>
    </w:p>
    <w:p>
      <w:pPr>
        <w:spacing w:line="360" w:lineRule="auto"/>
        <w:jc w:val="left"/>
        <w:textAlignment w:val="center"/>
        <w:rPr>
          <w:color w:val="000000"/>
        </w:rPr>
      </w:pPr>
      <w:r>
        <w:rPr>
          <w:color w:val="000000"/>
        </w:rPr>
        <w:drawing>
          <wp:inline distT="0" distB="0" distL="114300" distR="114300">
            <wp:extent cx="819150" cy="800100"/>
            <wp:effectExtent l="0" t="0" r="0" b="0"/>
            <wp:docPr id="3743"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 name="图片 100021" descr="学科网(www.zxxk.com)--教育资源门户，提供试卷、教案、课件、论文、素材以及各类教学资源下载，还有大量而丰富的教学相关资讯！"/>
                    <pic:cNvPicPr>
                      <a:picLocks noChangeAspect="1"/>
                    </pic:cNvPicPr>
                  </pic:nvPicPr>
                  <pic:blipFill>
                    <a:blip r:embed="rId3060"/>
                    <a:stretch>
                      <a:fillRect/>
                    </a:stretch>
                  </pic:blipFill>
                  <pic:spPr>
                    <a:xfrm>
                      <a:off x="0" y="0"/>
                      <a:ext cx="819150" cy="800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w:t>
      </w:r>
      <w:r>
        <w:rPr>
          <w:rFonts w:ascii="Times New Roman" w:hAnsi="Times New Roman" w:eastAsia="Times New Roman" w:cs="Times New Roman"/>
          <w:color w:val="000000"/>
        </w:rPr>
        <w:t>1</w:t>
      </w:r>
      <w:r>
        <w:rPr>
          <w:rFonts w:ascii="宋体" w:hAnsi="宋体" w:eastAsia="宋体" w:cs="宋体"/>
          <w:color w:val="000000"/>
        </w:rPr>
        <w:t>是显示部分代数式的</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，可得</w:t>
      </w:r>
      <w:r>
        <w:rPr>
          <w:rFonts w:ascii="Times New Roman" w:hAnsi="Times New Roman" w:eastAsia="Times New Roman" w:cs="Times New Roman"/>
          <w:color w:val="000000"/>
        </w:rPr>
        <w:t>a=_______</w:t>
      </w:r>
      <w:r>
        <w:rPr>
          <w:rFonts w:ascii="宋体" w:hAnsi="宋体" w:eastAsia="宋体" w:cs="宋体"/>
          <w:color w:val="000000"/>
        </w:rPr>
        <w:t>（含</w:t>
      </w:r>
      <w:r>
        <w:rPr>
          <w:rFonts w:ascii="Times New Roman" w:hAnsi="Times New Roman" w:eastAsia="Times New Roman" w:cs="Times New Roman"/>
          <w:color w:val="000000"/>
        </w:rPr>
        <w:t>b</w:t>
      </w:r>
      <w:r>
        <w:rPr>
          <w:rFonts w:ascii="宋体" w:hAnsi="宋体" w:eastAsia="宋体" w:cs="宋体"/>
          <w:color w:val="000000"/>
        </w:rPr>
        <w:t>的代数式表示）；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是显示部分代数式的</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，可得</w:t>
      </w:r>
      <w:r>
        <w:rPr>
          <w:rFonts w:ascii="Times New Roman" w:hAnsi="Times New Roman" w:eastAsia="Times New Roman" w:cs="Times New Roman"/>
          <w:color w:val="000000"/>
        </w:rPr>
        <w:t>a=__________,b=__________;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3</w:t>
      </w:r>
      <w:r>
        <w:rPr>
          <w:rFonts w:ascii="宋体" w:hAnsi="宋体" w:eastAsia="宋体" w:cs="宋体"/>
          <w:color w:val="000000"/>
        </w:rPr>
        <w:t>是显示部分代数式的</w:t>
      </w:r>
      <w:r>
        <w:rPr>
          <w:rFonts w:ascii="Times New Roman" w:hAnsi="Times New Roman" w:eastAsia="Times New Roman" w:cs="Times New Roman"/>
          <w:color w:val="000000"/>
        </w:rPr>
        <w:t>“</w:t>
      </w:r>
      <w:r>
        <w:rPr>
          <w:rFonts w:ascii="宋体" w:hAnsi="宋体" w:eastAsia="宋体" w:cs="宋体"/>
          <w:color w:val="000000"/>
        </w:rPr>
        <w:t>等和格</w:t>
      </w:r>
      <w:r>
        <w:rPr>
          <w:rFonts w:ascii="Times New Roman" w:hAnsi="Times New Roman" w:eastAsia="Times New Roman" w:cs="Times New Roman"/>
          <w:color w:val="000000"/>
        </w:rPr>
        <w:t>”</w:t>
      </w:r>
      <w:r>
        <w:rPr>
          <w:rFonts w:ascii="宋体" w:hAnsi="宋体" w:eastAsia="宋体" w:cs="宋体"/>
          <w:color w:val="000000"/>
        </w:rPr>
        <w:t>，求</w:t>
      </w:r>
      <w:r>
        <w:rPr>
          <w:rFonts w:ascii="Times New Roman" w:hAnsi="Times New Roman" w:eastAsia="Times New Roman" w:cs="Times New Roman"/>
          <w:color w:val="000000"/>
        </w:rPr>
        <w:t>b</w:t>
      </w:r>
      <w:r>
        <w:rPr>
          <w:rFonts w:ascii="宋体" w:hAnsi="宋体" w:eastAsia="宋体" w:cs="宋体"/>
          <w:color w:val="000000"/>
        </w:rPr>
        <w:t>的值．（写出具体求解过程）</w:t>
      </w:r>
    </w:p>
    <w:p>
      <w:pPr>
        <w:spacing w:line="360" w:lineRule="auto"/>
        <w:jc w:val="left"/>
        <w:textAlignment w:val="center"/>
        <w:rPr>
          <w:color w:val="000000"/>
        </w:rPr>
      </w:pPr>
      <w:r>
        <w:rPr>
          <w:color w:val="000000"/>
        </w:rPr>
        <w:drawing>
          <wp:inline distT="0" distB="0" distL="114300" distR="114300">
            <wp:extent cx="4143375" cy="1047750"/>
            <wp:effectExtent l="0" t="0" r="0" b="0"/>
            <wp:docPr id="3745"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 name="图片 100023" descr="学科网(www.zxxk.com)--教育资源门户，提供试卷、教案、课件、论文、素材以及各类教学资源下载，还有大量而丰富的教学相关资讯！"/>
                    <pic:cNvPicPr>
                      <a:picLocks noChangeAspect="1"/>
                    </pic:cNvPicPr>
                  </pic:nvPicPr>
                  <pic:blipFill>
                    <a:blip r:embed="rId3061"/>
                    <a:stretch>
                      <a:fillRect/>
                    </a:stretch>
                  </pic:blipFill>
                  <pic:spPr>
                    <a:xfrm>
                      <a:off x="0" y="0"/>
                      <a:ext cx="4143375" cy="1047750"/>
                    </a:xfrm>
                    <a:prstGeom prst="rect">
                      <a:avLst/>
                    </a:prstGeom>
                  </pic:spPr>
                </pic:pic>
              </a:graphicData>
            </a:graphic>
          </wp:inline>
        </w:drawing>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 xml:space="preserve">-b;(2) </w:t>
      </w:r>
      <w:r>
        <w:rPr>
          <w:rFonts w:ascii="宋体" w:hAnsi="宋体" w:eastAsia="宋体" w:cs="宋体"/>
          <w:color w:val="000000"/>
        </w:rPr>
        <w:t>：</w:t>
      </w:r>
      <w:r>
        <w:rPr>
          <w:rFonts w:ascii="Times New Roman" w:hAnsi="Times New Roman" w:eastAsia="Times New Roman" w:cs="Times New Roman"/>
          <w:color w:val="000000"/>
        </w:rPr>
        <w:t>a=-2</w:t>
      </w:r>
      <w:r>
        <w:rPr>
          <w:rFonts w:ascii="宋体" w:hAnsi="宋体" w:eastAsia="宋体" w:cs="宋体"/>
          <w:color w:val="000000"/>
        </w:rPr>
        <w:t>，</w:t>
      </w:r>
      <w:r>
        <w:rPr>
          <w:rFonts w:ascii="Times New Roman" w:hAnsi="Times New Roman" w:eastAsia="Times New Roman" w:cs="Times New Roman"/>
          <w:color w:val="000000"/>
        </w:rPr>
        <w:t>b=2;(3)9.</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）由每行、每列的</w:t>
      </w:r>
      <w:r>
        <w:rPr>
          <w:rFonts w:ascii="Times New Roman" w:hAnsi="Times New Roman" w:eastAsia="Times New Roman" w:cs="Times New Roman"/>
          <w:color w:val="000000"/>
        </w:rPr>
        <w:t>3</w:t>
      </w:r>
      <w:r>
        <w:rPr>
          <w:rFonts w:ascii="宋体" w:hAnsi="宋体" w:eastAsia="宋体" w:cs="宋体"/>
          <w:color w:val="000000"/>
        </w:rPr>
        <w:t>个代数式的和相等，列出关系式，即可确定</w:t>
      </w:r>
      <w:r>
        <w:rPr>
          <w:rFonts w:ascii="Times New Roman" w:hAnsi="Times New Roman" w:eastAsia="Times New Roman" w:cs="Times New Roman"/>
          <w:color w:val="000000"/>
        </w:rPr>
        <w:t>a</w:t>
      </w:r>
      <w:r>
        <w:rPr>
          <w:rFonts w:ascii="宋体" w:hAnsi="宋体" w:eastAsia="宋体" w:cs="宋体"/>
          <w:color w:val="000000"/>
        </w:rPr>
        <w:t>与</w:t>
      </w:r>
      <w:r>
        <w:rPr>
          <w:rFonts w:ascii="Times New Roman" w:hAnsi="Times New Roman" w:eastAsia="Times New Roman" w:cs="Times New Roman"/>
          <w:color w:val="000000"/>
        </w:rPr>
        <w:t>b</w:t>
      </w:r>
      <w:r>
        <w:rPr>
          <w:rFonts w:ascii="宋体" w:hAnsi="宋体" w:eastAsia="宋体" w:cs="宋体"/>
          <w:color w:val="000000"/>
        </w:rPr>
        <w:t>的关系；</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）由第一行与第三列、对角线上与第二行的和相等，可得</w:t>
      </w:r>
      <w:r>
        <w:rPr>
          <w:rFonts w:ascii="Times New Roman" w:hAnsi="Times New Roman" w:eastAsia="Times New Roman" w:cs="Times New Roman"/>
          <w:color w:val="000000"/>
        </w:rPr>
        <w:t>a</w:t>
      </w:r>
      <w:r>
        <w:rPr>
          <w:rFonts w:ascii="宋体" w:hAnsi="宋体" w:eastAsia="宋体" w:cs="宋体"/>
          <w:color w:val="000000"/>
        </w:rPr>
        <w:t>与</w:t>
      </w:r>
      <w:r>
        <w:rPr>
          <w:rFonts w:ascii="Times New Roman" w:hAnsi="Times New Roman" w:eastAsia="Times New Roman" w:cs="Times New Roman"/>
          <w:color w:val="000000"/>
        </w:rPr>
        <w:t>b</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）根据“等和格</w:t>
      </w:r>
      <w:r>
        <w:rPr>
          <w:rFonts w:ascii="Times New Roman" w:hAnsi="Times New Roman" w:eastAsia="Times New Roman" w:cs="Times New Roman"/>
          <w:color w:val="000000"/>
        </w:rPr>
        <w:t>"</w:t>
      </w:r>
      <w:r>
        <w:rPr>
          <w:rFonts w:ascii="宋体" w:hAnsi="宋体" w:eastAsia="宋体" w:cs="宋体"/>
          <w:color w:val="000000"/>
        </w:rPr>
        <w:t>的定义列方程，然后整理代入，即可求出</w:t>
      </w:r>
      <w:r>
        <w:rPr>
          <w:rFonts w:ascii="Times New Roman" w:hAnsi="Times New Roman" w:eastAsia="Times New Roman" w:cs="Times New Roman"/>
          <w:color w:val="000000"/>
        </w:rPr>
        <w:t>b</w:t>
      </w:r>
      <w:r>
        <w:rPr>
          <w:rFonts w:ascii="宋体" w:hAnsi="宋体" w:eastAsia="宋体" w:cs="宋体"/>
          <w:color w:val="000000"/>
        </w:rPr>
        <w:t>的值</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）由题意得：</w:t>
      </w:r>
      <w:r>
        <w:rPr>
          <w:rFonts w:ascii="Times New Roman" w:hAnsi="Times New Roman" w:eastAsia="Times New Roman" w:cs="Times New Roman"/>
          <w:color w:val="000000"/>
        </w:rPr>
        <w:t>-2a+a=3b+2a</w:t>
      </w:r>
      <w:r>
        <w:rPr>
          <w:rFonts w:ascii="宋体" w:hAnsi="宋体" w:eastAsia="宋体" w:cs="宋体"/>
          <w:color w:val="000000"/>
        </w:rPr>
        <w:t>，即</w:t>
      </w:r>
      <w:r>
        <w:rPr>
          <w:rFonts w:ascii="Times New Roman" w:hAnsi="Times New Roman" w:eastAsia="Times New Roman" w:cs="Times New Roman"/>
          <w:color w:val="000000"/>
        </w:rPr>
        <w:t>a=-b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）由题意得：</w:t>
      </w:r>
    </w:p>
    <w:p>
      <w:pPr>
        <w:spacing w:line="360" w:lineRule="auto"/>
        <w:jc w:val="left"/>
        <w:textAlignment w:val="center"/>
        <w:rPr>
          <w:color w:val="000000"/>
        </w:rPr>
      </w:pPr>
      <w:r>
        <w:pict>
          <v:shape id="_x0000_i718006" o:spt="75" alt="学科网(www.zxxk.com)--教育资源门户，提供试卷、教案、课件、论文、素材以及各类教学资源下载，还有大量而丰富的教学相关资讯！" type="#_x0000_t75" style="height:36pt;width:108pt;" o:ole="t" filled="f" o:preferrelative="t" stroked="f" coordsize="21600,21600">
            <v:path/>
            <v:fill on="f" focussize="0,0"/>
            <v:stroke on="f" joinstyle="miter"/>
            <v:imagedata r:id="rId3062" o:title="eqIdfb2510cc64044a8b23d16b95bbd8a869"/>
            <o:lock v:ext="edit" aspectratio="t"/>
            <w10:wrap type="none"/>
            <w10:anchorlock/>
          </v:shape>
        </w:pic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解得：</w:t>
      </w:r>
      <w:r>
        <w:pict>
          <v:shape id="_x0000_i718007" o:spt="75" alt="学科网(www.zxxk.com)--教育资源门户，提供试卷、教案、课件、论文、素材以及各类教学资源下载，还有大量而丰富的教学相关资讯！" type="#_x0000_t75" style="height:36pt;width:41.25pt;" o:ole="t" filled="f" o:preferrelative="t" stroked="f" coordsize="21600,21600">
            <v:path/>
            <v:fill on="f" focussize="0,0"/>
            <v:stroke on="f" joinstyle="miter"/>
            <v:imagedata r:id="rId3063" o:title="eqId4d5a59ac7d06118a6462acbd449b3297"/>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a=-2</w:t>
      </w:r>
      <w:r>
        <w:rPr>
          <w:rFonts w:ascii="宋体" w:hAnsi="宋体" w:eastAsia="宋体" w:cs="宋体"/>
          <w:color w:val="000000"/>
        </w:rPr>
        <w:t>，</w:t>
      </w:r>
      <w:r>
        <w:rPr>
          <w:rFonts w:ascii="Times New Roman" w:hAnsi="Times New Roman" w:eastAsia="Times New Roman" w:cs="Times New Roman"/>
          <w:color w:val="000000"/>
        </w:rPr>
        <w:t>b=2</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）由题意得：</w:t>
      </w:r>
      <w:r>
        <w:pict>
          <v:shape id="_x0000_i718008" o:spt="75" alt="学科网(www.zxxk.com)--教育资源门户，提供试卷、教案、课件、论文、素材以及各类教学资源下载，还有大量而丰富的教学相关资讯！" type="#_x0000_t75" style="height:15.75pt;width:162.75pt;" o:ole="t" filled="f" o:preferrelative="t" stroked="f" coordsize="21600,21600">
            <v:path/>
            <v:fill on="f" focussize="0,0"/>
            <v:stroke on="f" joinstyle="miter"/>
            <v:imagedata r:id="rId3064" o:title="eqIddb357bbbe101b084bf3ebfa166ef865d"/>
            <o:lock v:ext="edit" aspectratio="t"/>
            <w10:wrap type="none"/>
            <w10:anchorlock/>
          </v:shape>
        </w:pict>
      </w:r>
      <w:r>
        <w:rPr>
          <w:rFonts w:ascii="宋体" w:hAnsi="宋体" w:eastAsia="宋体" w:cs="宋体"/>
          <w:color w:val="000000"/>
        </w:rPr>
        <w:t>，即：</w:t>
      </w:r>
      <w:r>
        <w:pict>
          <v:shape id="_x0000_i718009" o:spt="75" alt="学科网(www.zxxk.com)--教育资源门户，提供试卷、教案、课件、论文、素材以及各类教学资源下载，还有大量而丰富的教学相关资讯！" type="#_x0000_t75" style="height:15.75pt;width:56.25pt;" o:ole="t" filled="f" o:preferrelative="t" stroked="f" coordsize="21600,21600">
            <v:path/>
            <v:fill on="f" focussize="0,0"/>
            <v:stroke on="f" joinstyle="miter"/>
            <v:imagedata r:id="rId3065" o:title="eqIda7030c239a5976404ce654457d03ac49"/>
            <o:lock v:ext="edit" aspectratio="t"/>
            <w10:wrap type="none"/>
            <w10:anchorlock/>
          </v:shape>
        </w:pict>
      </w:r>
    </w:p>
    <w:p>
      <w:pPr>
        <w:spacing w:line="360" w:lineRule="auto"/>
        <w:jc w:val="left"/>
        <w:textAlignment w:val="center"/>
        <w:rPr>
          <w:color w:val="000000"/>
        </w:rPr>
      </w:pPr>
      <w:r>
        <w:pict>
          <v:shape id="_x0000_i718010" o:spt="75" alt="学科网(www.zxxk.com)--教育资源门户，提供试卷、教案、课件、论文、素材以及各类教学资源下载，还有大量而丰富的教学相关资讯！" type="#_x0000_t75" style="height:15.75pt;width:186pt;" o:ole="t" filled="f" o:preferrelative="t" stroked="f" coordsize="21600,21600">
            <v:path/>
            <v:fill on="f" focussize="0,0"/>
            <v:stroke on="f" joinstyle="miter"/>
            <v:imagedata r:id="rId3066" o:title="eqIda8b7f0d82b98184e0f10cdcfe09c4a0c"/>
            <o:lock v:ext="edit" aspectratio="t"/>
            <w10:wrap type="none"/>
            <w10:anchorlock/>
          </v:shape>
        </w:pict>
      </w:r>
      <w:r>
        <w:rPr>
          <w:rFonts w:ascii="宋体" w:hAnsi="宋体" w:eastAsia="宋体" w:cs="宋体"/>
          <w:color w:val="000000"/>
        </w:rPr>
        <w:t>，可得：</w:t>
      </w:r>
    </w:p>
    <w:p>
      <w:pPr>
        <w:spacing w:line="360" w:lineRule="auto"/>
        <w:jc w:val="left"/>
        <w:textAlignment w:val="center"/>
        <w:rPr>
          <w:color w:val="000000"/>
        </w:rPr>
      </w:pPr>
      <w:r>
        <w:pict>
          <v:shape id="_x0000_i718011" o:spt="75" alt="学科网(www.zxxk.com)--教育资源门户，提供试卷、教案、课件、论文、素材以及各类教学资源下载，还有大量而丰富的教学相关资讯！" type="#_x0000_t75" style="height:15.75pt;width:84.75pt;" o:ole="t" filled="f" o:preferrelative="t" stroked="f" coordsize="21600,21600">
            <v:path/>
            <v:fill on="f" focussize="0,0"/>
            <v:stroke on="f" joinstyle="miter"/>
            <v:imagedata r:id="rId3067" o:title="eqId17d49cc322485b339cbfb726cd3f2b43"/>
            <o:lock v:ext="edit" aspectratio="t"/>
            <w10:wrap type="none"/>
            <w10:anchorlock/>
          </v:shape>
        </w:pict>
      </w:r>
      <w:r>
        <w:rPr>
          <w:rFonts w:ascii="Times New Roman" w:hAnsi="Times New Roman" w:eastAsia="Times New Roman" w:cs="Times New Roman"/>
          <w:color w:val="000000"/>
        </w:rPr>
        <w:t>;</w:t>
      </w:r>
      <w:r>
        <w:pict>
          <v:shape id="_x0000_i718012" o:spt="75" alt="学科网(www.zxxk.com)--教育资源门户，提供试卷、教案、课件、论文、素材以及各类教学资源下载，还有大量而丰富的教学相关资讯！" type="#_x0000_t75" style="height:21.75pt;width:171pt;" o:ole="t" filled="f" o:preferrelative="t" stroked="f" coordsize="21600,21600">
            <v:path/>
            <v:fill on="f" focussize="0,0"/>
            <v:stroke on="f" joinstyle="miter"/>
            <v:imagedata r:id="rId3068" o:title="eqIdb3d150074b81556060c78b43287753eb"/>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9.</w:t>
      </w:r>
    </w:p>
    <w:p>
      <w:pPr>
        <w:spacing w:line="360" w:lineRule="auto"/>
        <w:jc w:val="left"/>
        <w:textAlignment w:val="center"/>
        <w:rPr>
          <w:color w:val="000000"/>
        </w:rPr>
      </w:pPr>
      <w:r>
        <w:rPr>
          <w:color w:val="000000"/>
        </w:rPr>
        <w:t>【点睛】</w:t>
      </w:r>
      <w:r>
        <w:rPr>
          <w:rFonts w:ascii="宋体" w:hAnsi="宋体" w:eastAsia="宋体" w:cs="宋体"/>
          <w:color w:val="000000"/>
        </w:rPr>
        <w:t>本题考查了二元一次方程组的应用，解答本题的关键是充分利用“每行，每列及对角线上的3个数（或代数式）的和都相等"列出等式.</w:t>
      </w:r>
    </w:p>
    <w:p>
      <w:pPr>
        <w:pStyle w:val="Heading2"/>
      </w:pPr>
      <w:r>
        <w:t>第十三中学分校</w:t>
      </w:r>
    </w:p>
    <w:p>
      <w:pPr>
        <w:spacing w:line="360" w:lineRule="auto"/>
        <w:jc w:val="both"/>
        <w:textAlignment w:val="center"/>
        <w:rPr>
          <w:color w:val="000000"/>
        </w:rPr>
      </w:pPr>
      <w:r>
        <w:rPr>
          <w:color w:val="000000"/>
        </w:rPr>
        <w:t xml:space="preserve">26. </w:t>
      </w:r>
      <w:r>
        <w:rPr>
          <w:rFonts w:ascii="宋体" w:hAnsi="宋体" w:eastAsia="宋体" w:cs="宋体"/>
          <w:color w:val="000000"/>
        </w:rPr>
        <w:t>定义：若一个多项式的各项系数之和为</w:t>
      </w:r>
      <w:r>
        <w:rPr>
          <w:rFonts w:ascii="Times New Roman" w:hAnsi="Times New Roman" w:eastAsia="Times New Roman" w:cs="Times New Roman"/>
          <w:color w:val="000000"/>
        </w:rPr>
        <w:t>7</w:t>
      </w:r>
      <w:r>
        <w:rPr>
          <w:rFonts w:ascii="宋体" w:hAnsi="宋体" w:eastAsia="宋体" w:cs="宋体"/>
          <w:color w:val="000000"/>
        </w:rPr>
        <w:t>的整数倍，则称这个多项式为“</w:t>
      </w:r>
      <w:r>
        <w:rPr>
          <w:rFonts w:ascii="Times New Roman" w:hAnsi="Times New Roman" w:eastAsia="Times New Roman" w:cs="Times New Roman"/>
          <w:color w:val="000000"/>
        </w:rPr>
        <w:t>7</w:t>
      </w:r>
      <w:r>
        <w:rPr>
          <w:rFonts w:ascii="宋体" w:hAnsi="宋体" w:eastAsia="宋体" w:cs="宋体"/>
          <w:color w:val="000000"/>
        </w:rPr>
        <w:t>倍系数多项式”，称这个多项式的各项系数之和为“</w:t>
      </w:r>
      <w:r>
        <w:rPr>
          <w:rFonts w:ascii="Times New Roman" w:hAnsi="Times New Roman" w:eastAsia="Times New Roman" w:cs="Times New Roman"/>
          <w:color w:val="000000"/>
        </w:rPr>
        <w:t>7</w:t>
      </w:r>
      <w:r>
        <w:rPr>
          <w:rFonts w:ascii="宋体" w:hAnsi="宋体" w:eastAsia="宋体" w:cs="宋体"/>
          <w:color w:val="000000"/>
        </w:rPr>
        <w:t>倍系数和”．</w:t>
      </w:r>
    </w:p>
    <w:p>
      <w:pPr>
        <w:spacing w:line="360" w:lineRule="auto"/>
        <w:jc w:val="both"/>
        <w:textAlignment w:val="center"/>
        <w:rPr>
          <w:color w:val="000000"/>
        </w:rPr>
      </w:pPr>
      <w:r>
        <w:rPr>
          <w:rFonts w:ascii="宋体" w:hAnsi="宋体" w:eastAsia="宋体" w:cs="宋体"/>
          <w:color w:val="000000"/>
        </w:rPr>
        <w:t>例如：多项式</w:t>
      </w:r>
      <w:r>
        <w:pict>
          <v:shape id="_x0000_i718013" o:spt="75" alt="学科网(www.zxxk.com)--教育资源门户，提供试卷、教案、课件、论文、素材以及各类教学资源下载，还有大量而丰富的教学相关资讯！" type="#_x0000_t75" style="height:16.3pt;width:45.1pt;" o:ole="t" filled="f" o:preferrelative="t" stroked="f" coordsize="21600,21600">
            <v:path/>
            <v:fill on="f" focussize="0,0"/>
            <v:stroke on="f" joinstyle="miter"/>
            <v:imagedata r:id="rId3069" o:title="eqId80949a84b08f1cf840a5dcf338bae246"/>
            <o:lock v:ext="edit" aspectratio="t"/>
            <w10:wrap type="none"/>
            <w10:anchorlock/>
          </v:shape>
        </w:pict>
      </w:r>
      <w:r>
        <w:rPr>
          <w:rFonts w:ascii="宋体" w:hAnsi="宋体" w:eastAsia="宋体" w:cs="宋体"/>
          <w:color w:val="000000"/>
        </w:rPr>
        <w:t>的系数和为</w:t>
      </w:r>
      <w:r>
        <w:pict>
          <v:shape id="_x0000_i718014" o:spt="75" alt="学科网(www.zxxk.com)--教育资源门户，提供试卷、教案、课件、论文、素材以及各类教学资源下载，还有大量而丰富的教学相关资讯！" type="#_x0000_t75" style="height:13.75pt;width:88.9pt;" o:ole="t" filled="f" o:preferrelative="t" stroked="f" coordsize="21600,21600">
            <v:path/>
            <v:fill on="f" focussize="0,0"/>
            <v:stroke on="f" joinstyle="miter"/>
            <v:imagedata r:id="rId3070" o:title="eqId2326c499419f41377e3dab5f449a0b61"/>
            <o:lock v:ext="edit" aspectratio="t"/>
            <w10:wrap type="none"/>
            <w10:anchorlock/>
          </v:shape>
        </w:pict>
      </w:r>
      <w:r>
        <w:rPr>
          <w:rFonts w:ascii="宋体" w:hAnsi="宋体" w:eastAsia="宋体" w:cs="宋体"/>
          <w:color w:val="000000"/>
        </w:rPr>
        <w:t>，所以多项式</w:t>
      </w:r>
      <w:r>
        <w:pict>
          <v:shape id="_x0000_i718015" o:spt="75" alt="学科网(www.zxxk.com)--教育资源门户，提供试卷、教案、课件、论文、素材以及各类教学资源下载，还有大量而丰富的教学相关资讯！" type="#_x0000_t75" style="height:16.3pt;width:45.1pt;" o:ole="t" filled="f" o:preferrelative="t" stroked="f" coordsize="21600,21600">
            <v:path/>
            <v:fill on="f" focussize="0,0"/>
            <v:stroke on="f" joinstyle="miter"/>
            <v:imagedata r:id="rId3069" o:title="eqId80949a84b08f1cf840a5dcf338bae246"/>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7</w:t>
      </w:r>
      <w:r>
        <w:rPr>
          <w:rFonts w:ascii="宋体" w:hAnsi="宋体" w:eastAsia="宋体" w:cs="宋体"/>
          <w:color w:val="000000"/>
        </w:rPr>
        <w:t>倍系数多项式”，它的“</w:t>
      </w:r>
      <w:r>
        <w:rPr>
          <w:rFonts w:ascii="Times New Roman" w:hAnsi="Times New Roman" w:eastAsia="Times New Roman" w:cs="Times New Roman"/>
          <w:color w:val="000000"/>
        </w:rPr>
        <w:t>7</w:t>
      </w:r>
      <w:r>
        <w:rPr>
          <w:rFonts w:ascii="宋体" w:hAnsi="宋体" w:eastAsia="宋体" w:cs="宋体"/>
          <w:color w:val="000000"/>
        </w:rPr>
        <w:t>倍系数和”为</w:t>
      </w:r>
      <w:r>
        <w:rPr>
          <w:rFonts w:ascii="Times New Roman" w:hAnsi="Times New Roman" w:eastAsia="Times New Roman" w:cs="Times New Roman"/>
          <w:color w:val="000000"/>
        </w:rPr>
        <w:t>28</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请根据这个定义解答下列问题：</w:t>
      </w:r>
    </w:p>
    <w:p>
      <w:pPr>
        <w:spacing w:line="360" w:lineRule="auto"/>
        <w:jc w:val="left"/>
        <w:textAlignment w:val="center"/>
        <w:rPr>
          <w:color w:val="000000"/>
        </w:rPr>
      </w:pPr>
      <w:r>
        <w:rPr>
          <w:color w:val="000000"/>
        </w:rPr>
        <w:t>（1）</w:t>
      </w:r>
      <w:r>
        <w:rPr>
          <w:rFonts w:ascii="宋体" w:hAnsi="宋体" w:eastAsia="宋体" w:cs="宋体"/>
          <w:color w:val="000000"/>
        </w:rPr>
        <w:t>在下列多项式中，属于“</w:t>
      </w:r>
      <w:r>
        <w:rPr>
          <w:rFonts w:ascii="Times New Roman" w:hAnsi="Times New Roman" w:eastAsia="Times New Roman" w:cs="Times New Roman"/>
          <w:color w:val="000000"/>
        </w:rPr>
        <w:t>7</w:t>
      </w:r>
      <w:r>
        <w:rPr>
          <w:rFonts w:ascii="宋体" w:hAnsi="宋体" w:eastAsia="宋体" w:cs="宋体"/>
          <w:color w:val="000000"/>
        </w:rPr>
        <w:t>倍系数多项式”的是</w:t>
      </w:r>
      <w:r>
        <w:rPr>
          <w:rFonts w:ascii="Times New Roman" w:hAnsi="Times New Roman" w:eastAsia="Times New Roman" w:cs="Times New Roman"/>
          <w:color w:val="000000"/>
          <w:u w:val="single"/>
        </w:rPr>
        <w:t xml:space="preserve">     </w:t>
      </w:r>
      <w:r>
        <w:rPr>
          <w:rFonts w:ascii="宋体" w:hAnsi="宋体" w:eastAsia="宋体" w:cs="宋体"/>
          <w:color w:val="000000"/>
        </w:rPr>
        <w:t>；（在横线上填写序号）</w:t>
      </w:r>
    </w:p>
    <w:p>
      <w:pPr>
        <w:spacing w:line="360" w:lineRule="auto"/>
        <w:jc w:val="both"/>
        <w:textAlignment w:val="center"/>
        <w:rPr>
          <w:color w:val="000000"/>
        </w:rPr>
      </w:pPr>
      <w:r>
        <w:rPr>
          <w:rFonts w:ascii="宋体" w:hAnsi="宋体" w:eastAsia="宋体" w:cs="宋体"/>
          <w:color w:val="000000"/>
        </w:rPr>
        <w:t>①</w:t>
      </w:r>
      <w:r>
        <w:pict>
          <v:shape id="_x0000_i718016" o:spt="75" alt="学科网(www.zxxk.com)--教育资源门户，提供试卷、教案、课件、论文、素材以及各类教学资源下载，还有大量而丰富的教学相关资讯！" type="#_x0000_t75" style="height:16pt;width:44pt;" o:ole="t" filled="f" o:preferrelative="t" stroked="f" coordsize="21600,21600">
            <v:path/>
            <v:fill on="f" focussize="0,0"/>
            <v:stroke on="f" joinstyle="miter"/>
            <v:imagedata r:id="rId3071" o:title="eqIdab88758bdde70065802e083c2b40d507"/>
            <o:lock v:ext="edit" aspectratio="t"/>
            <w10:wrap type="none"/>
            <w10:anchorlock/>
          </v:shape>
        </w:pict>
      </w:r>
      <w:r>
        <w:rPr>
          <w:rFonts w:ascii="宋体" w:hAnsi="宋体" w:eastAsia="宋体" w:cs="宋体"/>
          <w:color w:val="000000"/>
        </w:rPr>
        <w:t>；②</w:t>
      </w:r>
      <w:r>
        <w:pict>
          <v:shape id="_x0000_i718017" o:spt="75" alt="学科网(www.zxxk.com)--教育资源门户，提供试卷、教案、课件、论文、素材以及各类教学资源下载，还有大量而丰富的教学相关资讯！" type="#_x0000_t75" style="height:13.75pt;width:38.2pt;" o:ole="t" filled="f" o:preferrelative="t" stroked="f" coordsize="21600,21600">
            <v:path/>
            <v:fill on="f" focussize="0,0"/>
            <v:stroke on="f" joinstyle="miter"/>
            <v:imagedata r:id="rId3072" o:title="eqId0ef231f3c755a3084925ea17610fe255"/>
            <o:lock v:ext="edit" aspectratio="t"/>
            <w10:wrap type="none"/>
            <w10:anchorlock/>
          </v:shape>
        </w:pict>
      </w:r>
      <w:r>
        <w:rPr>
          <w:rFonts w:ascii="宋体" w:hAnsi="宋体" w:eastAsia="宋体" w:cs="宋体"/>
          <w:color w:val="000000"/>
        </w:rPr>
        <w:t>；③</w:t>
      </w:r>
      <w:r>
        <w:pict>
          <v:shape id="_x0000_i718018" o:spt="75" alt="学科网(www.zxxk.com)--教育资源门户，提供试卷、教案、课件、论文、素材以及各类教学资源下载，还有大量而丰富的教学相关资讯！" type="#_x0000_t75" style="height:18.15pt;width:100.15pt;" o:ole="t" filled="f" o:preferrelative="t" stroked="f" coordsize="21600,21600">
            <v:path/>
            <v:fill on="f" focussize="0,0"/>
            <v:stroke on="f" joinstyle="miter"/>
            <v:imagedata r:id="rId3073" o:title="eqId2d6a08d4bf12e179428dfee4dcf6d4f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若多项式</w:t>
      </w:r>
      <w:r>
        <w:pict>
          <v:shape id="_x0000_i718019" o:spt="75" alt="学科网(www.zxxk.com)--教育资源门户，提供试卷、教案、课件、论文、素材以及各类教学资源下载，还有大量而丰富的教学相关资讯！" type="#_x0000_t75" style="height:16.3pt;width:45.7pt;" o:ole="t" filled="f" o:preferrelative="t" stroked="f" coordsize="21600,21600">
            <v:path/>
            <v:fill on="f" focussize="0,0"/>
            <v:stroke on="f" joinstyle="miter"/>
            <v:imagedata r:id="rId3074" o:title="eqId31af34d011502e78830606c495e11d1d"/>
            <o:lock v:ext="edit" aspectratio="t"/>
            <w10:wrap type="none"/>
            <w10:anchorlock/>
          </v:shape>
        </w:pict>
      </w:r>
      <w:r>
        <w:rPr>
          <w:rFonts w:ascii="宋体" w:hAnsi="宋体" w:eastAsia="宋体" w:cs="宋体"/>
          <w:color w:val="000000"/>
        </w:rPr>
        <w:t>是关于</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w:t>
      </w:r>
      <w:r>
        <w:rPr>
          <w:rFonts w:ascii="Times New Roman" w:hAnsi="Times New Roman" w:eastAsia="Times New Roman" w:cs="Times New Roman"/>
          <w:color w:val="000000"/>
        </w:rPr>
        <w:t>7</w:t>
      </w:r>
      <w:r>
        <w:rPr>
          <w:rFonts w:ascii="宋体" w:hAnsi="宋体" w:eastAsia="宋体" w:cs="宋体"/>
          <w:color w:val="000000"/>
        </w:rPr>
        <w:t>倍系数多项式”（其中</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均为整数），则多项式</w:t>
      </w:r>
      <w:r>
        <w:pict>
          <v:shape id="_x0000_i718020" o:spt="75" alt="学科网(www.zxxk.com)--教育资源门户，提供试卷、教案、课件、论文、素材以及各类教学资源下载，还有大量而丰富的教学相关资讯！" type="#_x0000_t75" style="height:16.3pt;width:51.95pt;" o:ole="t" filled="f" o:preferrelative="t" stroked="f" coordsize="21600,21600">
            <v:path/>
            <v:fill on="f" focussize="0,0"/>
            <v:stroke on="f" joinstyle="miter"/>
            <v:imagedata r:id="rId3075" o:title="eqId363f9f7be217b9de8b5431dd4e464008"/>
            <o:lock v:ext="edit" aspectratio="t"/>
            <w10:wrap type="none"/>
            <w10:anchorlock/>
          </v:shape>
        </w:pict>
      </w:r>
      <w:r>
        <w:rPr>
          <w:rFonts w:ascii="宋体" w:hAnsi="宋体" w:eastAsia="宋体" w:cs="宋体"/>
          <w:color w:val="000000"/>
        </w:rPr>
        <w:t>也是关于</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的“</w:t>
      </w:r>
      <w:r>
        <w:rPr>
          <w:rFonts w:ascii="Times New Roman" w:hAnsi="Times New Roman" w:eastAsia="Times New Roman" w:cs="Times New Roman"/>
          <w:color w:val="000000"/>
        </w:rPr>
        <w:t>7</w:t>
      </w:r>
      <w:r>
        <w:rPr>
          <w:rFonts w:ascii="宋体" w:hAnsi="宋体" w:eastAsia="宋体" w:cs="宋体"/>
          <w:color w:val="000000"/>
        </w:rPr>
        <w:t>倍系数多项式”吗</w:t>
      </w:r>
      <w:r>
        <w:rPr>
          <w:rFonts w:ascii="Times New Roman" w:hAnsi="Times New Roman" w:eastAsia="Times New Roman" w:cs="Times New Roman"/>
          <w:color w:val="000000"/>
        </w:rPr>
        <w:t>?</w:t>
      </w:r>
      <w:r>
        <w:rPr>
          <w:rFonts w:ascii="宋体" w:hAnsi="宋体" w:eastAsia="宋体" w:cs="宋体"/>
          <w:color w:val="000000"/>
        </w:rPr>
        <w:t>若是，请说明理由；若不是，请举出反例．</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①③</w:t>
      </w:r>
      <w:r>
        <w:rPr>
          <w:color w:val="000000"/>
        </w:rPr>
        <w:t xml:space="preserve">    （2）</w:t>
      </w:r>
      <w:r>
        <w:rPr>
          <w:rFonts w:ascii="宋体" w:hAnsi="宋体" w:eastAsia="宋体" w:cs="宋体"/>
          <w:color w:val="000000"/>
        </w:rPr>
        <w:t>是，理由见详解</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本题考查了多项式的新定义，</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）分别算一下这三个多项式各系数之和是否为</w:t>
      </w:r>
      <w:r>
        <w:rPr>
          <w:rFonts w:ascii="Times New Roman" w:hAnsi="Times New Roman" w:eastAsia="Times New Roman" w:cs="Times New Roman"/>
          <w:color w:val="000000"/>
        </w:rPr>
        <w:t>7</w:t>
      </w:r>
      <w:r>
        <w:rPr>
          <w:rFonts w:ascii="宋体" w:hAnsi="宋体" w:eastAsia="宋体" w:cs="宋体"/>
          <w:color w:val="000000"/>
        </w:rPr>
        <w:t>的整数陪，即可求出答案；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）根据题意可知，</w:t>
      </w:r>
      <w:r>
        <w:pict>
          <v:shape id="_x0000_i718021"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3076" o:title="eqId1d1bf948e6b45801a73bc9c8e3f6559e"/>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7</w:t>
      </w:r>
      <w:r>
        <w:rPr>
          <w:rFonts w:ascii="宋体" w:hAnsi="宋体" w:eastAsia="宋体" w:cs="宋体"/>
          <w:color w:val="000000"/>
        </w:rPr>
        <w:t>的整数倍，推出</w:t>
      </w:r>
      <w:r>
        <w:pict>
          <v:shape id="_x0000_i718022" o:spt="75" alt="学科网(www.zxxk.com)--教育资源门户，提供试卷、教案、课件、论文、素材以及各类教学资源下载，还有大量而丰富的教学相关资讯！" type="#_x0000_t75" style="height:12.6pt;width:53.4pt;" o:ole="t" filled="f" o:preferrelative="t" stroked="f" coordsize="21600,21600">
            <v:path/>
            <v:fill on="f" focussize="0,0"/>
            <v:stroke on="f" joinstyle="miter"/>
            <v:imagedata r:id="rId3077" o:title="eqIdf7c23561633f6dad524aacf930d92425"/>
            <o:lock v:ext="edit" aspectratio="t"/>
            <w10:wrap type="none"/>
            <w10:anchorlock/>
          </v:shape>
        </w:pict>
      </w:r>
      <w:r>
        <w:rPr>
          <w:rFonts w:ascii="宋体" w:hAnsi="宋体" w:eastAsia="宋体" w:cs="宋体"/>
          <w:color w:val="000000"/>
        </w:rPr>
        <w:t>，根据要求推一下</w:t>
      </w:r>
      <w:r>
        <w:pict>
          <v:shape id="_x0000_i718023" o:spt="75" alt="学科网(www.zxxk.com)--教育资源门户，提供试卷、教案、课件、论文、素材以及各类教学资源下载，还有大量而丰富的教学相关资讯！" type="#_x0000_t75" style="height:14pt;width:41pt;" o:ole="t" filled="f" o:preferrelative="t" stroked="f" coordsize="21600,21600">
            <v:path/>
            <v:fill on="f" focussize="0,0"/>
            <v:stroke on="f" joinstyle="miter"/>
            <v:imagedata r:id="rId3078" o:title="eqId9817a48b819ab971e79bad7b20250294"/>
            <o:lock v:ext="edit" aspectratio="t"/>
            <w10:wrap type="none"/>
            <w10:anchorlock/>
          </v:shape>
        </w:pict>
      </w:r>
      <w:r>
        <w:rPr>
          <w:rFonts w:ascii="宋体" w:hAnsi="宋体" w:eastAsia="宋体" w:cs="宋体"/>
          <w:color w:val="000000"/>
        </w:rPr>
        <w:t>是否是</w:t>
      </w:r>
      <w:r>
        <w:rPr>
          <w:rFonts w:ascii="Times New Roman" w:hAnsi="Times New Roman" w:eastAsia="Times New Roman" w:cs="Times New Roman"/>
          <w:color w:val="000000"/>
        </w:rPr>
        <w:t>7</w:t>
      </w:r>
      <w:r>
        <w:rPr>
          <w:rFonts w:ascii="宋体" w:hAnsi="宋体" w:eastAsia="宋体" w:cs="宋体"/>
          <w:color w:val="000000"/>
        </w:rPr>
        <w:t>的整数倍即可．</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）①因为</w:t>
      </w:r>
      <w:r>
        <w:pict>
          <v:shape id="_x0000_i718024" o:spt="75" alt="学科网(www.zxxk.com)--教育资源门户，提供试卷、教案、课件、论文、素材以及各类教学资源下载，还有大量而丰富的教学相关资讯！" type="#_x0000_t75" style="height:15pt;width:78.6pt;" o:ole="t" filled="f" o:preferrelative="t" stroked="f" coordsize="21600,21600">
            <v:path/>
            <v:fill on="f" focussize="0,0"/>
            <v:stroke on="f" joinstyle="miter"/>
            <v:imagedata r:id="rId3079" o:title="eqId38e7911fe114fa0fe13176d5bbc104d2"/>
            <o:lock v:ext="edit" aspectratio="t"/>
            <w10:wrap type="none"/>
            <w10:anchorlock/>
          </v:shape>
        </w:pict>
      </w:r>
      <w:r>
        <w:rPr>
          <w:rFonts w:ascii="宋体" w:hAnsi="宋体" w:eastAsia="宋体" w:cs="宋体"/>
          <w:color w:val="000000"/>
        </w:rPr>
        <w:t>，</w:t>
      </w:r>
      <w:r>
        <w:pict>
          <v:shape id="_x0000_i718025"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080" o:title="eqIdacbc6a613224461ade69362d46550474"/>
            <o:lock v:ext="edit" aspectratio="t"/>
            <w10:wrap type="none"/>
            <w10:anchorlock/>
          </v:shape>
        </w:pict>
      </w:r>
      <w:r>
        <w:rPr>
          <w:rFonts w:ascii="宋体" w:hAnsi="宋体" w:eastAsia="宋体" w:cs="宋体"/>
          <w:color w:val="000000"/>
        </w:rPr>
        <w:t>是整式，所以这个多项式是“</w:t>
      </w:r>
      <w:r>
        <w:rPr>
          <w:rFonts w:ascii="Times New Roman" w:hAnsi="Times New Roman" w:eastAsia="Times New Roman" w:cs="Times New Roman"/>
          <w:color w:val="000000"/>
        </w:rPr>
        <w:t>7</w:t>
      </w:r>
      <w:r>
        <w:rPr>
          <w:rFonts w:ascii="宋体" w:hAnsi="宋体" w:eastAsia="宋体" w:cs="宋体"/>
          <w:color w:val="000000"/>
        </w:rPr>
        <w:t>倍系数多项式”；</w:t>
      </w:r>
    </w:p>
    <w:p>
      <w:pPr>
        <w:spacing w:line="360" w:lineRule="auto"/>
        <w:jc w:val="both"/>
        <w:textAlignment w:val="center"/>
        <w:rPr>
          <w:color w:val="000000"/>
        </w:rPr>
      </w:pPr>
      <w:r>
        <w:rPr>
          <w:rFonts w:ascii="宋体" w:hAnsi="宋体" w:eastAsia="宋体" w:cs="宋体"/>
          <w:color w:val="000000"/>
        </w:rPr>
        <w:t>②因为</w:t>
      </w:r>
      <w:r>
        <w:pict>
          <v:shape id="_x0000_i718026" o:spt="75" alt="学科网(www.zxxk.com)--教育资源门户，提供试卷、教案、课件、论文、素材以及各类教学资源下载，还有大量而丰富的教学相关资讯！" type="#_x0000_t75" style="height:27.6pt;width:63pt;" o:ole="t" filled="f" o:preferrelative="t" stroked="f" coordsize="21600,21600">
            <v:path/>
            <v:fill on="f" focussize="0,0"/>
            <v:stroke on="f" joinstyle="miter"/>
            <v:imagedata r:id="rId3081" o:title="eqId4ed28e9c41298d192ac79d1c3fec526b"/>
            <o:lock v:ext="edit" aspectratio="t"/>
            <w10:wrap type="none"/>
            <w10:anchorlock/>
          </v:shape>
        </w:pict>
      </w:r>
      <w:r>
        <w:rPr>
          <w:rFonts w:ascii="宋体" w:hAnsi="宋体" w:eastAsia="宋体" w:cs="宋体"/>
          <w:color w:val="000000"/>
        </w:rPr>
        <w:t>，</w:t>
      </w:r>
      <w:r>
        <w:pict>
          <v:shape id="_x0000_i718027"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082" o:title="eqIded9a8ceaf89d3d6c829df9e134f93b01"/>
            <o:lock v:ext="edit" aspectratio="t"/>
            <w10:wrap type="none"/>
            <w10:anchorlock/>
          </v:shape>
        </w:pict>
      </w:r>
      <w:r>
        <w:rPr>
          <w:rFonts w:ascii="宋体" w:hAnsi="宋体" w:eastAsia="宋体" w:cs="宋体"/>
          <w:color w:val="000000"/>
        </w:rPr>
        <w:t>不是整数，所以这个多项式不是“</w:t>
      </w:r>
      <w:r>
        <w:rPr>
          <w:rFonts w:ascii="Times New Roman" w:hAnsi="Times New Roman" w:eastAsia="Times New Roman" w:cs="Times New Roman"/>
          <w:color w:val="000000"/>
        </w:rPr>
        <w:t>7</w:t>
      </w:r>
      <w:r>
        <w:rPr>
          <w:rFonts w:ascii="宋体" w:hAnsi="宋体" w:eastAsia="宋体" w:cs="宋体"/>
          <w:color w:val="000000"/>
        </w:rPr>
        <w:t>倍系数多项式”；</w:t>
      </w:r>
    </w:p>
    <w:p>
      <w:pPr>
        <w:spacing w:line="360" w:lineRule="auto"/>
        <w:jc w:val="both"/>
        <w:textAlignment w:val="center"/>
        <w:rPr>
          <w:color w:val="000000"/>
        </w:rPr>
      </w:pPr>
      <w:r>
        <w:rPr>
          <w:rFonts w:ascii="宋体" w:hAnsi="宋体" w:eastAsia="宋体" w:cs="宋体"/>
          <w:color w:val="000000"/>
        </w:rPr>
        <w:t>③因为</w:t>
      </w:r>
      <w:r>
        <w:pict>
          <v:shape id="_x0000_i718028" o:spt="75" alt="学科网(www.zxxk.com)--教育资源门户，提供试卷、教案、课件、论文、素材以及各类教学资源下载，还有大量而丰富的教学相关资讯！" type="#_x0000_t75" style="height:15pt;width:96pt;" o:ole="t" filled="f" o:preferrelative="t" stroked="f" coordsize="21600,21600">
            <v:path/>
            <v:fill on="f" focussize="0,0"/>
            <v:stroke on="f" joinstyle="miter"/>
            <v:imagedata r:id="rId3083" o:title="eqId702610f4e981ea45f7f9c427f87e463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是整数，所以这个多项式不是“</w:t>
      </w:r>
      <w:r>
        <w:rPr>
          <w:rFonts w:ascii="Times New Roman" w:hAnsi="Times New Roman" w:eastAsia="Times New Roman" w:cs="Times New Roman"/>
          <w:color w:val="000000"/>
        </w:rPr>
        <w:t>7</w:t>
      </w:r>
      <w:r>
        <w:rPr>
          <w:rFonts w:ascii="宋体" w:hAnsi="宋体" w:eastAsia="宋体" w:cs="宋体"/>
          <w:color w:val="000000"/>
        </w:rPr>
        <w:t>倍系数多项式；</w:t>
      </w:r>
    </w:p>
    <w:p>
      <w:pPr>
        <w:spacing w:line="360" w:lineRule="auto"/>
        <w:jc w:val="both"/>
        <w:textAlignment w:val="center"/>
        <w:rPr>
          <w:color w:val="000000"/>
        </w:rPr>
      </w:pPr>
      <w:r>
        <w:rPr>
          <w:rFonts w:ascii="宋体" w:hAnsi="宋体" w:eastAsia="宋体" w:cs="宋体"/>
          <w:color w:val="000000"/>
        </w:rPr>
        <w:t>故答案选：①③；</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是，理由如下：</w:t>
      </w:r>
    </w:p>
    <w:p>
      <w:pPr>
        <w:spacing w:line="360" w:lineRule="auto"/>
        <w:jc w:val="both"/>
        <w:textAlignment w:val="center"/>
        <w:rPr>
          <w:color w:val="000000"/>
        </w:rPr>
      </w:pPr>
      <w:r>
        <w:pict>
          <v:shape id="_x0000_i71802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084" o:title="eqId16f3d198e76391779fa3badc848c8ac8"/>
            <o:lock v:ext="edit" aspectratio="t"/>
            <w10:wrap type="none"/>
            <w10:anchorlock/>
          </v:shape>
        </w:pict>
      </w:r>
      <w:r>
        <w:rPr>
          <w:rFonts w:ascii="宋体" w:hAnsi="宋体" w:eastAsia="宋体" w:cs="宋体"/>
          <w:color w:val="000000"/>
        </w:rPr>
        <w:t>多项式</w:t>
      </w:r>
      <w:r>
        <w:pict>
          <v:shape id="_x0000_i718030" o:spt="75" alt="学科网(www.zxxk.com)--教育资源门户，提供试卷、教案、课件、论文、素材以及各类教学资源下载，还有大量而丰富的教学相关资讯！" type="#_x0000_t75" style="height:16.3pt;width:45.7pt;" o:ole="t" filled="f" o:preferrelative="t" stroked="f" coordsize="21600,21600">
            <v:path/>
            <v:fill on="f" focussize="0,0"/>
            <v:stroke on="f" joinstyle="miter"/>
            <v:imagedata r:id="rId3085" o:title="eqId31af34d011502e78830606c495e11d1d"/>
            <o:lock v:ext="edit" aspectratio="t"/>
            <w10:wrap type="none"/>
            <w10:anchorlock/>
          </v:shape>
        </w:pict>
      </w:r>
      <w:r>
        <w:rPr>
          <w:rFonts w:ascii="宋体" w:hAnsi="宋体" w:eastAsia="宋体" w:cs="宋体"/>
          <w:color w:val="000000"/>
        </w:rPr>
        <w:t>是关于</w:t>
      </w:r>
      <w:r>
        <w:pict>
          <v:shape id="_x0000_i71803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086" o:title="eqId81dea63b8ce3e51adf66cf7b9982a248"/>
            <o:lock v:ext="edit" aspectratio="t"/>
            <w10:wrap type="none"/>
            <w10:anchorlock/>
          </v:shape>
        </w:pict>
      </w:r>
      <w:r>
        <w:rPr>
          <w:rFonts w:ascii="宋体" w:hAnsi="宋体" w:eastAsia="宋体" w:cs="宋体"/>
          <w:color w:val="000000"/>
        </w:rPr>
        <w:t>，</w:t>
      </w:r>
      <w:r>
        <w:pict>
          <v:shape id="_x0000_i718032"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087" o:title="eqIdd053b14c8588eee2acbbe44fc37a6886"/>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7</w:t>
      </w:r>
      <w:r>
        <w:rPr>
          <w:rFonts w:ascii="宋体" w:hAnsi="宋体" w:eastAsia="宋体" w:cs="宋体"/>
          <w:color w:val="000000"/>
        </w:rPr>
        <w:t>倍系数多项式”，</w:t>
      </w:r>
    </w:p>
    <w:p>
      <w:pPr>
        <w:spacing w:line="360" w:lineRule="auto"/>
        <w:jc w:val="both"/>
        <w:textAlignment w:val="center"/>
        <w:rPr>
          <w:color w:val="000000"/>
        </w:rPr>
      </w:pPr>
      <w:r>
        <w:pict>
          <v:shape id="_x0000_i718033" o:spt="75" alt="学科网(www.zxxk.com)--教育资源门户，提供试卷、教案、课件、论文、素材以及各类教学资源下载，还有大量而丰富的教学相关资讯！" type="#_x0000_t75" style="height:12.6pt;width:41.4pt;" o:ole="t" filled="f" o:preferrelative="t" stroked="f" coordsize="21600,21600">
            <v:path/>
            <v:fill on="f" focussize="0,0"/>
            <v:stroke on="f" joinstyle="miter"/>
            <v:imagedata r:id="rId3088" o:title="eqId37e44d8a1b2163e356488c4be99cd7ed"/>
            <o:lock v:ext="edit" aspectratio="t"/>
            <w10:wrap type="none"/>
            <w10:anchorlock/>
          </v:shape>
        </w:pict>
      </w:r>
      <w:r>
        <w:rPr>
          <w:rFonts w:ascii="宋体" w:hAnsi="宋体" w:eastAsia="宋体" w:cs="宋体"/>
          <w:color w:val="000000"/>
        </w:rPr>
        <w:t>是</w:t>
      </w:r>
      <w:r>
        <w:rPr>
          <w:rFonts w:ascii="Times New Roman" w:hAnsi="Times New Roman" w:eastAsia="Times New Roman" w:cs="Times New Roman"/>
          <w:color w:val="000000"/>
        </w:rPr>
        <w:t>7</w:t>
      </w:r>
      <w:r>
        <w:rPr>
          <w:rFonts w:ascii="宋体" w:hAnsi="宋体" w:eastAsia="宋体" w:cs="宋体"/>
          <w:color w:val="000000"/>
        </w:rPr>
        <w:t>的整数倍，</w:t>
      </w:r>
    </w:p>
    <w:p>
      <w:pPr>
        <w:spacing w:line="360" w:lineRule="auto"/>
        <w:jc w:val="both"/>
        <w:textAlignment w:val="center"/>
        <w:rPr>
          <w:color w:val="000000"/>
        </w:rPr>
      </w:pPr>
      <w:r>
        <w:rPr>
          <w:rFonts w:ascii="宋体" w:hAnsi="宋体" w:eastAsia="宋体" w:cs="宋体"/>
          <w:color w:val="000000"/>
        </w:rPr>
        <w:t>设</w:t>
      </w:r>
      <w:r>
        <w:pict>
          <v:shape id="_x0000_i718034" o:spt="75" alt="学科网(www.zxxk.com)--教育资源门户，提供试卷、教案、课件、论文、素材以及各类教学资源下载，还有大量而丰富的教学相关资讯！" type="#_x0000_t75" style="height:15pt;width:62.4pt;" o:ole="t" filled="f" o:preferrelative="t" stroked="f" coordsize="21600,21600">
            <v:path/>
            <v:fill on="f" focussize="0,0"/>
            <v:stroke on="f" joinstyle="miter"/>
            <v:imagedata r:id="rId3089" o:title="eqId85ea4d0e9cbe4ae59f27aa39e337315f"/>
            <o:lock v:ext="edit" aspectratio="t"/>
            <w10:wrap type="none"/>
            <w10:anchorlock/>
          </v:shape>
        </w:pict>
      </w:r>
      <w:r>
        <w:rPr>
          <w:rFonts w:ascii="宋体" w:hAnsi="宋体" w:eastAsia="宋体" w:cs="宋体"/>
          <w:color w:val="000000"/>
        </w:rPr>
        <w:t>为整数，且</w:t>
      </w:r>
      <w:r>
        <w:pict>
          <v:shape id="_x0000_i718035" o:spt="75" alt="学科网(www.zxxk.com)--教育资源门户，提供试卷、教案、课件、论文、素材以及各类教学资源下载，还有大量而丰富的教学相关资讯！" type="#_x0000_t75" style="height:14.95pt;width:27.6pt;" o:ole="t" filled="f" o:preferrelative="t" stroked="f" coordsize="21600,21600">
            <v:path/>
            <v:fill on="f" focussize="0,0"/>
            <v:stroke on="f" joinstyle="miter"/>
            <v:imagedata r:id="rId3090" o:title="eqId73e027a997221ef026f78ca1da69bba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则</w:t>
      </w:r>
      <w:r>
        <w:pict>
          <v:shape id="_x0000_i718036" o:spt="75" alt="学科网(www.zxxk.com)--教育资源门户，提供试卷、教案、课件、论文、素材以及各类教学资源下载，还有大量而丰富的教学相关资讯！" type="#_x0000_t75" style="height:12.6pt;width:53.4pt;" o:ole="t" filled="f" o:preferrelative="t" stroked="f" coordsize="21600,21600">
            <v:path/>
            <v:fill on="f" focussize="0,0"/>
            <v:stroke on="f" joinstyle="miter"/>
            <v:imagedata r:id="rId3091" o:title="eqIdf7c23561633f6dad524aacf930d9242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03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092" o:title="eqId16f3d198e76391779fa3badc848c8ac8"/>
            <o:lock v:ext="edit" aspectratio="t"/>
            <w10:wrap type="none"/>
            <w10:anchorlock/>
          </v:shape>
        </w:pict>
      </w:r>
      <w:r>
        <w:rPr>
          <w:rFonts w:ascii="宋体" w:hAnsi="宋体" w:eastAsia="宋体" w:cs="宋体"/>
          <w:color w:val="000000"/>
        </w:rPr>
        <w:t>多项式</w:t>
      </w:r>
      <w:r>
        <w:pict>
          <v:shape id="_x0000_i718038" o:spt="75" alt="学科网(www.zxxk.com)--教育资源门户，提供试卷、教案、课件、论文、素材以及各类教学资源下载，还有大量而丰富的教学相关资讯！" type="#_x0000_t75" style="height:16.3pt;width:51.95pt;" o:ole="t" filled="f" o:preferrelative="t" stroked="f" coordsize="21600,21600">
            <v:path/>
            <v:fill on="f" focussize="0,0"/>
            <v:stroke on="f" joinstyle="miter"/>
            <v:imagedata r:id="rId3093" o:title="eqId363f9f7be217b9de8b5431dd4e464008"/>
            <o:lock v:ext="edit" aspectratio="t"/>
            <w10:wrap type="none"/>
            <w10:anchorlock/>
          </v:shape>
        </w:pict>
      </w:r>
      <w:r>
        <w:rPr>
          <w:rFonts w:ascii="宋体" w:hAnsi="宋体" w:eastAsia="宋体" w:cs="宋体"/>
          <w:color w:val="000000"/>
        </w:rPr>
        <w:t>的系数之和为：</w:t>
      </w:r>
      <w:r>
        <w:pict>
          <v:shape id="_x0000_i718039" o:spt="75" alt="学科网(www.zxxk.com)--教育资源门户，提供试卷、教案、课件、论文、素材以及各类教学资源下载，还有大量而丰富的教学相关资讯！" type="#_x0000_t75" style="height:14pt;width:41pt;" o:ole="t" filled="f" o:preferrelative="t" stroked="f" coordsize="21600,21600">
            <v:path/>
            <v:fill on="f" focussize="0,0"/>
            <v:stroke on="f" joinstyle="miter"/>
            <v:imagedata r:id="rId3094" o:title="eqId9817a48b819ab971e79bad7b2025029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040" o:spt="75" alt="学科网(www.zxxk.com)--教育资源门户，提供试卷、教案、课件、论文、素材以及各类教学资源下载，还有大量而丰富的教学相关资讯！" type="#_x0000_t75" style="height:15pt;width:177pt;" o:ole="t" filled="f" o:preferrelative="t" stroked="f" coordsize="21600,21600">
            <v:path/>
            <v:fill on="f" focussize="0,0"/>
            <v:stroke on="f" joinstyle="miter"/>
            <v:imagedata r:id="rId3095" o:title="eqId2149e4d859a6f6c3932fcb15ebe148a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041" o:spt="75" alt="学科网(www.zxxk.com)--教育资源门户，提供试卷、教案、课件、论文、素材以及各类教学资源下载，还有大量而丰富的教学相关资讯！" type="#_x0000_t75" style="height:15pt;width:120pt;" o:ole="t" filled="f" o:preferrelative="t" stroked="f" coordsize="21600,21600">
            <v:path/>
            <v:fill on="f" focussize="0,0"/>
            <v:stroke on="f" joinstyle="miter"/>
            <v:imagedata r:id="rId3096" o:title="eqIde62d3b52bebff10ece72b5bb95e05dc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042" o:spt="75" alt="学科网(www.zxxk.com)--教育资源门户，提供试卷、教案、课件、论文、素材以及各类教学资源下载，还有大量而丰富的教学相关资讯！" type="#_x0000_t75" style="height:12pt;width:45.6pt;" o:ole="t" filled="f" o:preferrelative="t" stroked="f" coordsize="21600,21600">
            <v:path/>
            <v:fill on="f" focussize="0,0"/>
            <v:stroke on="f" joinstyle="miter"/>
            <v:imagedata r:id="rId3097" o:title="eqId5410b0d74ce5dd59f10f14c45df463b1"/>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7</w:t>
      </w:r>
      <w:r>
        <w:rPr>
          <w:rFonts w:ascii="宋体" w:hAnsi="宋体" w:eastAsia="宋体" w:cs="宋体"/>
          <w:color w:val="000000"/>
        </w:rPr>
        <w:t>的倍数，即</w:t>
      </w:r>
      <w:r>
        <w:pict>
          <v:shape id="_x0000_i718043" o:spt="75" alt="学科网(www.zxxk.com)--教育资源门户，提供试卷、教案、课件、论文、素材以及各类教学资源下载，还有大量而丰富的教学相关资讯！" type="#_x0000_t75" style="height:14pt;width:41pt;" o:ole="t" filled="f" o:preferrelative="t" stroked="f" coordsize="21600,21600">
            <v:path/>
            <v:fill on="f" focussize="0,0"/>
            <v:stroke on="f" joinstyle="miter"/>
            <v:imagedata r:id="rId3098" o:title="eqId9817a48b819ab971e79bad7b20250294"/>
            <o:lock v:ext="edit" aspectratio="t"/>
            <w10:wrap type="none"/>
            <w10:anchorlock/>
          </v:shape>
        </w:pict>
      </w:r>
      <w:r>
        <w:rPr>
          <w:rFonts w:ascii="宋体" w:hAnsi="宋体" w:eastAsia="宋体" w:cs="宋体"/>
          <w:color w:val="000000"/>
        </w:rPr>
        <w:t>为</w:t>
      </w:r>
      <w:r>
        <w:rPr>
          <w:rFonts w:ascii="Times New Roman" w:hAnsi="Times New Roman" w:eastAsia="Times New Roman" w:cs="Times New Roman"/>
          <w:color w:val="000000"/>
        </w:rPr>
        <w:t>7</w:t>
      </w:r>
      <w:r>
        <w:rPr>
          <w:rFonts w:ascii="宋体" w:hAnsi="宋体" w:eastAsia="宋体" w:cs="宋体"/>
          <w:color w:val="000000"/>
        </w:rPr>
        <w:t>的倍数，</w:t>
      </w:r>
    </w:p>
    <w:p>
      <w:pPr>
        <w:spacing w:line="360" w:lineRule="auto"/>
        <w:jc w:val="both"/>
        <w:textAlignment w:val="center"/>
        <w:rPr>
          <w:color w:val="000000"/>
        </w:rPr>
      </w:pPr>
      <w:r>
        <w:pict>
          <v:shape id="_x0000_i71804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099" o:title="eqId2de0d10ef8b748d4531250c37c5d3f9e"/>
            <o:lock v:ext="edit" aspectratio="t"/>
            <w10:wrap type="none"/>
            <w10:anchorlock/>
          </v:shape>
        </w:pict>
      </w:r>
      <w:r>
        <w:rPr>
          <w:rFonts w:ascii="宋体" w:hAnsi="宋体" w:eastAsia="宋体" w:cs="宋体"/>
          <w:color w:val="000000"/>
        </w:rPr>
        <w:t>当多项式</w:t>
      </w:r>
      <w:r>
        <w:pict>
          <v:shape id="_x0000_i718045" o:spt="75" alt="学科网(www.zxxk.com)--教育资源门户，提供试卷、教案、课件、论文、素材以及各类教学资源下载，还有大量而丰富的教学相关资讯！" type="#_x0000_t75" style="height:16.3pt;width:45.7pt;" o:ole="t" filled="f" o:preferrelative="t" stroked="f" coordsize="21600,21600">
            <v:path/>
            <v:fill on="f" focussize="0,0"/>
            <v:stroke on="f" joinstyle="miter"/>
            <v:imagedata r:id="rId3100" o:title="eqId31af34d011502e78830606c495e11d1d"/>
            <o:lock v:ext="edit" aspectratio="t"/>
            <w10:wrap type="none"/>
            <w10:anchorlock/>
          </v:shape>
        </w:pict>
      </w:r>
      <w:r>
        <w:rPr>
          <w:rFonts w:ascii="宋体" w:hAnsi="宋体" w:eastAsia="宋体" w:cs="宋体"/>
          <w:color w:val="000000"/>
        </w:rPr>
        <w:t>是关于</w:t>
      </w:r>
      <w:r>
        <w:pict>
          <v:shape id="_x0000_i71804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101" o:title="eqId81dea63b8ce3e51adf66cf7b9982a248"/>
            <o:lock v:ext="edit" aspectratio="t"/>
            <w10:wrap type="none"/>
            <w10:anchorlock/>
          </v:shape>
        </w:pict>
      </w:r>
      <w:r>
        <w:rPr>
          <w:rFonts w:ascii="宋体" w:hAnsi="宋体" w:eastAsia="宋体" w:cs="宋体"/>
          <w:color w:val="000000"/>
        </w:rPr>
        <w:t>，</w:t>
      </w:r>
      <w:r>
        <w:pict>
          <v:shape id="_x0000_i718047"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102" o:title="eqIdd053b14c8588eee2acbbe44fc37a6886"/>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7</w:t>
      </w:r>
      <w:r>
        <w:rPr>
          <w:rFonts w:ascii="宋体" w:hAnsi="宋体" w:eastAsia="宋体" w:cs="宋体"/>
          <w:color w:val="000000"/>
        </w:rPr>
        <w:t>倍系数多项式”，多项式</w:t>
      </w:r>
      <w:r>
        <w:pict>
          <v:shape id="_x0000_i718048" o:spt="75" alt="学科网(www.zxxk.com)--教育资源门户，提供试卷、教案、课件、论文、素材以及各类教学资源下载，还有大量而丰富的教学相关资讯！" type="#_x0000_t75" style="height:16.3pt;width:51.95pt;" o:ole="t" filled="f" o:preferrelative="t" stroked="f" coordsize="21600,21600">
            <v:path/>
            <v:fill on="f" focussize="0,0"/>
            <v:stroke on="f" joinstyle="miter"/>
            <v:imagedata r:id="rId3103" o:title="eqId363f9f7be217b9de8b5431dd4e464008"/>
            <o:lock v:ext="edit" aspectratio="t"/>
            <w10:wrap type="none"/>
            <w10:anchorlock/>
          </v:shape>
        </w:pict>
      </w:r>
      <w:r>
        <w:rPr>
          <w:rFonts w:ascii="宋体" w:hAnsi="宋体" w:eastAsia="宋体" w:cs="宋体"/>
          <w:color w:val="000000"/>
        </w:rPr>
        <w:t>也是关于</w:t>
      </w:r>
      <w:r>
        <w:pict>
          <v:shape id="_x0000_i71804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101" o:title="eqId81dea63b8ce3e51adf66cf7b9982a248"/>
            <o:lock v:ext="edit" aspectratio="t"/>
            <w10:wrap type="none"/>
            <w10:anchorlock/>
          </v:shape>
        </w:pict>
      </w:r>
      <w:r>
        <w:rPr>
          <w:rFonts w:ascii="宋体" w:hAnsi="宋体" w:eastAsia="宋体" w:cs="宋体"/>
          <w:color w:val="000000"/>
        </w:rPr>
        <w:t>，</w:t>
      </w:r>
      <w:r>
        <w:pict>
          <v:shape id="_x0000_i718050"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102" o:title="eqIdd053b14c8588eee2acbbe44fc37a6886"/>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7</w:t>
      </w:r>
      <w:r>
        <w:rPr>
          <w:rFonts w:ascii="宋体" w:hAnsi="宋体" w:eastAsia="宋体" w:cs="宋体"/>
          <w:color w:val="000000"/>
        </w:rPr>
        <w:t>倍系数多项式”．</w:t>
      </w:r>
    </w:p>
    <w:p>
      <w:pPr>
        <w:spacing w:line="360" w:lineRule="auto"/>
        <w:jc w:val="left"/>
        <w:textAlignment w:val="center"/>
        <w:rPr>
          <w:color w:val="000000"/>
        </w:rPr>
      </w:pPr>
      <w:r>
        <w:rPr>
          <w:color w:val="000000"/>
        </w:rPr>
        <w:t xml:space="preserve">27. </w:t>
      </w:r>
      <w:r>
        <w:rPr>
          <w:rFonts w:ascii="宋体" w:hAnsi="宋体" w:eastAsia="宋体" w:cs="宋体"/>
          <w:color w:val="000000"/>
        </w:rPr>
        <w:t>如图，设</w:t>
      </w:r>
      <w:r>
        <w:rPr>
          <w:rFonts w:ascii="Times New Roman" w:hAnsi="Times New Roman" w:eastAsia="Times New Roman" w:cs="Times New Roman"/>
          <w:i/>
          <w:color w:val="000000"/>
        </w:rPr>
        <w:t>A</w:t>
      </w:r>
      <w:r>
        <w:rPr>
          <w:rFonts w:ascii="宋体" w:hAnsi="宋体" w:eastAsia="宋体" w:cs="宋体"/>
          <w:color w:val="000000"/>
        </w:rPr>
        <w:t>是由</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个有理数组成的</w:t>
      </w:r>
      <w:r>
        <w:rPr>
          <w:rFonts w:ascii="Times New Roman" w:hAnsi="Times New Roman" w:eastAsia="Times New Roman" w:cs="Times New Roman"/>
          <w:i/>
          <w:color w:val="000000"/>
        </w:rPr>
        <w:t>n</w:t>
      </w:r>
      <w:r>
        <w:rPr>
          <w:rFonts w:ascii="宋体" w:hAnsi="宋体" w:eastAsia="宋体" w:cs="宋体"/>
          <w:color w:val="000000"/>
        </w:rPr>
        <w:t>行</w:t>
      </w:r>
      <w:r>
        <w:rPr>
          <w:rFonts w:ascii="Times New Roman" w:hAnsi="Times New Roman" w:eastAsia="Times New Roman" w:cs="Times New Roman"/>
          <w:i/>
          <w:color w:val="000000"/>
        </w:rPr>
        <w:t>n</w:t>
      </w:r>
      <w:r>
        <w:rPr>
          <w:rFonts w:ascii="宋体" w:hAnsi="宋体" w:eastAsia="宋体" w:cs="宋体"/>
          <w:color w:val="000000"/>
        </w:rPr>
        <w:t>列的数表，其中</w:t>
      </w: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ij</w:t>
      </w:r>
      <w:r>
        <w:rPr>
          <w:rFonts w:ascii="宋体" w:hAnsi="宋体" w:eastAsia="宋体" w:cs="宋体"/>
          <w:color w:val="000000"/>
        </w:rPr>
        <w:t>（</w:t>
      </w:r>
      <w:r>
        <w:rPr>
          <w:rFonts w:ascii="Times New Roman" w:hAnsi="Times New Roman" w:eastAsia="Times New Roman" w:cs="Times New Roman"/>
          <w:i/>
          <w:color w:val="000000"/>
        </w:rPr>
        <w:t>i</w:t>
      </w:r>
      <w:r>
        <w:rPr>
          <w:rFonts w:ascii="宋体" w:hAnsi="宋体" w:eastAsia="宋体" w:cs="宋体"/>
          <w:color w:val="000000"/>
        </w:rPr>
        <w:t>，</w:t>
      </w:r>
      <w:r>
        <w:rPr>
          <w:rFonts w:ascii="Times New Roman" w:hAnsi="Times New Roman" w:eastAsia="Times New Roman" w:cs="Times New Roman"/>
          <w:i/>
          <w:color w:val="000000"/>
        </w:rPr>
        <w:t>j</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）表示位于第</w:t>
      </w:r>
      <w:r>
        <w:rPr>
          <w:rFonts w:ascii="Times New Roman" w:hAnsi="Times New Roman" w:eastAsia="Times New Roman" w:cs="Times New Roman"/>
          <w:i/>
          <w:color w:val="000000"/>
        </w:rPr>
        <w:t>i</w:t>
      </w:r>
      <w:r>
        <w:rPr>
          <w:rFonts w:ascii="宋体" w:hAnsi="宋体" w:eastAsia="宋体" w:cs="宋体"/>
          <w:color w:val="000000"/>
        </w:rPr>
        <w:t>行第</w:t>
      </w:r>
      <w:r>
        <w:rPr>
          <w:rFonts w:ascii="Times New Roman" w:hAnsi="Times New Roman" w:eastAsia="Times New Roman" w:cs="Times New Roman"/>
          <w:i/>
          <w:color w:val="000000"/>
        </w:rPr>
        <w:t>j</w:t>
      </w:r>
      <w:r>
        <w:rPr>
          <w:rFonts w:ascii="宋体" w:hAnsi="宋体" w:eastAsia="宋体" w:cs="宋体"/>
          <w:color w:val="000000"/>
        </w:rPr>
        <w:t>列的数，且</w:t>
      </w: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ij</w:t>
      </w:r>
      <w:r>
        <w:rPr>
          <w:rFonts w:ascii="宋体" w:hAnsi="宋体" w:eastAsia="宋体" w:cs="宋体"/>
          <w:color w:val="000000"/>
        </w:rPr>
        <w:t>取值为</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．对于数表</w:t>
      </w:r>
      <w:r>
        <w:rPr>
          <w:rFonts w:ascii="Times New Roman" w:hAnsi="Times New Roman" w:eastAsia="Times New Roman" w:cs="Times New Roman"/>
          <w:i/>
          <w:color w:val="000000"/>
        </w:rPr>
        <w:t>A</w:t>
      </w:r>
      <w:r>
        <w:rPr>
          <w:rFonts w:ascii="宋体" w:hAnsi="宋体" w:eastAsia="宋体" w:cs="宋体"/>
          <w:color w:val="000000"/>
        </w:rPr>
        <w:t>给出如下定义：记</w:t>
      </w:r>
      <w:r>
        <w:rPr>
          <w:rFonts w:ascii="Times New Roman" w:hAnsi="Times New Roman" w:eastAsia="Times New Roman" w:cs="Times New Roman"/>
          <w:i/>
          <w:color w:val="000000"/>
        </w:rPr>
        <w:t>x</w:t>
      </w:r>
      <w:r>
        <w:rPr>
          <w:rFonts w:ascii="Times New Roman" w:hAnsi="Times New Roman" w:eastAsia="Times New Roman" w:cs="Times New Roman"/>
          <w:i/>
          <w:color w:val="000000"/>
          <w:vertAlign w:val="subscript"/>
        </w:rPr>
        <w:t>i</w:t>
      </w:r>
      <w:r>
        <w:rPr>
          <w:rFonts w:ascii="宋体" w:hAnsi="宋体" w:eastAsia="宋体" w:cs="宋体"/>
          <w:color w:val="000000"/>
        </w:rPr>
        <w:t>为数表</w:t>
      </w:r>
      <w:r>
        <w:rPr>
          <w:rFonts w:ascii="Times New Roman" w:hAnsi="Times New Roman" w:eastAsia="Times New Roman" w:cs="Times New Roman"/>
          <w:i/>
          <w:color w:val="000000"/>
        </w:rPr>
        <w:t>A</w:t>
      </w:r>
      <w:r>
        <w:rPr>
          <w:rFonts w:ascii="宋体" w:hAnsi="宋体" w:eastAsia="宋体" w:cs="宋体"/>
          <w:color w:val="000000"/>
        </w:rPr>
        <w:t>的第</w:t>
      </w:r>
      <w:r>
        <w:rPr>
          <w:rFonts w:ascii="Times New Roman" w:hAnsi="Times New Roman" w:eastAsia="Times New Roman" w:cs="Times New Roman"/>
          <w:i/>
          <w:color w:val="000000"/>
        </w:rPr>
        <w:t>i</w:t>
      </w:r>
      <w:r>
        <w:rPr>
          <w:rFonts w:ascii="宋体" w:hAnsi="宋体" w:eastAsia="宋体" w:cs="宋体"/>
          <w:color w:val="000000"/>
        </w:rPr>
        <w:t>行各数之积，</w:t>
      </w:r>
      <w:r>
        <w:rPr>
          <w:rFonts w:ascii="Times New Roman" w:hAnsi="Times New Roman" w:eastAsia="Times New Roman" w:cs="Times New Roman"/>
          <w:i/>
          <w:color w:val="000000"/>
        </w:rPr>
        <w:t>y</w:t>
      </w:r>
      <w:r>
        <w:rPr>
          <w:rFonts w:ascii="Times New Roman" w:hAnsi="Times New Roman" w:eastAsia="Times New Roman" w:cs="Times New Roman"/>
          <w:i/>
          <w:color w:val="000000"/>
          <w:vertAlign w:val="subscript"/>
        </w:rPr>
        <w:t>j</w:t>
      </w:r>
      <w:r>
        <w:rPr>
          <w:rFonts w:ascii="宋体" w:hAnsi="宋体" w:eastAsia="宋体" w:cs="宋体"/>
          <w:color w:val="000000"/>
        </w:rPr>
        <w:t>为数表</w:t>
      </w:r>
      <w:r>
        <w:rPr>
          <w:rFonts w:ascii="Times New Roman" w:hAnsi="Times New Roman" w:eastAsia="Times New Roman" w:cs="Times New Roman"/>
          <w:i/>
          <w:color w:val="000000"/>
        </w:rPr>
        <w:t>A</w:t>
      </w:r>
      <w:r>
        <w:rPr>
          <w:rFonts w:ascii="宋体" w:hAnsi="宋体" w:eastAsia="宋体" w:cs="宋体"/>
          <w:color w:val="000000"/>
        </w:rPr>
        <w:t>的第</w:t>
      </w:r>
      <w:r>
        <w:rPr>
          <w:rFonts w:ascii="Times New Roman" w:hAnsi="Times New Roman" w:eastAsia="Times New Roman" w:cs="Times New Roman"/>
          <w:i/>
          <w:color w:val="000000"/>
        </w:rPr>
        <w:t>j</w:t>
      </w:r>
      <w:r>
        <w:rPr>
          <w:rFonts w:ascii="宋体" w:hAnsi="宋体" w:eastAsia="宋体" w:cs="宋体"/>
          <w:color w:val="000000"/>
        </w:rPr>
        <w:t>列各数之积．</w:t>
      </w:r>
    </w:p>
    <w:p>
      <w:pPr>
        <w:spacing w:line="360" w:lineRule="auto"/>
        <w:jc w:val="left"/>
        <w:textAlignment w:val="center"/>
        <w:rPr>
          <w:color w:val="000000"/>
        </w:rPr>
      </w:pPr>
      <w:r>
        <w:rPr>
          <w:rFonts w:ascii="宋体" w:hAnsi="宋体" w:eastAsia="宋体" w:cs="宋体"/>
          <w:color w:val="000000"/>
        </w:rPr>
        <w:t>令</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i/>
          <w:color w:val="000000"/>
          <w:vertAlign w:val="subscript"/>
        </w:rPr>
        <w:t>n</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i/>
          <w:color w:val="000000"/>
          <w:vertAlign w:val="subscript"/>
        </w:rPr>
        <w:t>n</w:t>
      </w:r>
      <w:r>
        <w:rPr>
          <w:rFonts w:ascii="宋体" w:hAnsi="宋体" w:eastAsia="宋体" w:cs="宋体"/>
          <w:color w:val="000000"/>
        </w:rPr>
        <w:t>），将</w:t>
      </w:r>
      <w:r>
        <w:rPr>
          <w:rFonts w:ascii="Times New Roman" w:hAnsi="Times New Roman" w:eastAsia="Times New Roman" w:cs="Times New Roman"/>
          <w:i/>
          <w:color w:val="000000"/>
        </w:rPr>
        <w:t>S</w:t>
      </w:r>
      <w:r>
        <w:rPr>
          <w:rFonts w:ascii="宋体" w:hAnsi="宋体" w:eastAsia="宋体" w:cs="宋体"/>
          <w:color w:val="000000"/>
        </w:rPr>
        <w:t>称为数表</w:t>
      </w:r>
      <w:r>
        <w:rPr>
          <w:rFonts w:ascii="Times New Roman" w:hAnsi="Times New Roman" w:eastAsia="Times New Roman" w:cs="Times New Roman"/>
          <w:i/>
          <w:color w:val="000000"/>
        </w:rPr>
        <w:t>A</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 xml:space="preserve">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96"/>
        <w:gridCol w:w="2496"/>
        <w:gridCol w:w="2497"/>
        <w:gridCol w:w="2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11</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12</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vertAlign w:val="subscript"/>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21</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22</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Times New Roman" w:hAnsi="Times New Roman" w:eastAsia="Times New Roman" w:cs="Times New Roman"/>
                <w:i/>
                <w:color w:val="000000"/>
                <w:vertAlign w:val="subscript"/>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M</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M</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n</w:t>
            </w:r>
            <w:r>
              <w:rPr>
                <w:rFonts w:ascii="Times New Roman" w:hAnsi="Times New Roman" w:eastAsia="Times New Roman" w:cs="Times New Roman"/>
                <w:color w:val="000000"/>
                <w:vertAlign w:val="subscript"/>
              </w:rPr>
              <w:t>1</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n</w:t>
            </w:r>
            <w:r>
              <w:rPr>
                <w:rFonts w:ascii="Times New Roman" w:hAnsi="Times New Roman" w:eastAsia="Times New Roman" w:cs="Times New Roman"/>
                <w:color w:val="000000"/>
                <w:vertAlign w:val="subscript"/>
              </w:rPr>
              <w:t>2</w:t>
            </w: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W w:w="10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i/>
                <w:color w:val="000000"/>
                <w:vertAlign w:val="subscript"/>
              </w:rPr>
              <w:t>nn</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时，对如下数表</w:t>
      </w:r>
      <w:r>
        <w:rPr>
          <w:rFonts w:ascii="Times New Roman" w:hAnsi="Times New Roman" w:eastAsia="Times New Roman" w:cs="Times New Roman"/>
          <w:i/>
          <w:color w:val="000000"/>
        </w:rPr>
        <w:t>A</w:t>
      </w:r>
      <w:r>
        <w:rPr>
          <w:rFonts w:ascii="宋体" w:hAnsi="宋体" w:eastAsia="宋体" w:cs="宋体"/>
          <w:color w:val="000000"/>
        </w:rPr>
        <w:t>，求该数表的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rPr>
        <w:t>的值；</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496"/>
        <w:gridCol w:w="2496"/>
        <w:gridCol w:w="2497"/>
        <w:gridCol w:w="2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）是否存在一个</w:t>
      </w:r>
      <w:r>
        <w:rPr>
          <w:rFonts w:ascii="Times New Roman" w:hAnsi="Times New Roman" w:eastAsia="Times New Roman" w:cs="Times New Roman"/>
          <w:color w:val="000000"/>
        </w:rPr>
        <w:t>3×3</w:t>
      </w:r>
      <w:r>
        <w:rPr>
          <w:rFonts w:ascii="宋体" w:hAnsi="宋体" w:eastAsia="宋体" w:cs="宋体"/>
          <w:color w:val="000000"/>
        </w:rPr>
        <w:t>的数表</w:t>
      </w:r>
      <w:r>
        <w:rPr>
          <w:rFonts w:ascii="Times New Roman" w:hAnsi="Times New Roman" w:eastAsia="Times New Roman" w:cs="Times New Roman"/>
          <w:i/>
          <w:color w:val="000000"/>
        </w:rPr>
        <w:t>A</w:t>
      </w:r>
      <w:r>
        <w:rPr>
          <w:rFonts w:ascii="宋体" w:hAnsi="宋体" w:eastAsia="宋体" w:cs="宋体"/>
          <w:color w:val="000000"/>
        </w:rPr>
        <w:t>，使得该数表的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？并说明理由；</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）当</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时，直接写出数表</w:t>
      </w:r>
      <w:r>
        <w:rPr>
          <w:rFonts w:ascii="Times New Roman" w:hAnsi="Times New Roman" w:eastAsia="Times New Roman" w:cs="Times New Roman"/>
          <w:i/>
          <w:color w:val="000000"/>
        </w:rPr>
        <w:t>A</w:t>
      </w:r>
      <w:r>
        <w:rPr>
          <w:rFonts w:ascii="宋体" w:hAnsi="宋体" w:eastAsia="宋体" w:cs="宋体"/>
          <w:color w:val="000000"/>
        </w:rPr>
        <w:t>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rPr>
        <w:t>的所有可能的取值．</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）不存在，理由见解析；（</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20</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）由题意分别求出</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）假设存在，一个</w:t>
      </w:r>
      <w:r>
        <w:rPr>
          <w:rFonts w:ascii="Times New Roman" w:hAnsi="Times New Roman" w:eastAsia="Times New Roman" w:cs="Times New Roman"/>
          <w:color w:val="000000"/>
        </w:rPr>
        <w:t>3×3</w:t>
      </w:r>
      <w:r>
        <w:rPr>
          <w:rFonts w:ascii="宋体" w:hAnsi="宋体" w:eastAsia="宋体" w:cs="宋体"/>
          <w:color w:val="000000"/>
        </w:rPr>
        <w:t>的数表</w:t>
      </w:r>
      <w:r>
        <w:rPr>
          <w:rFonts w:ascii="Times New Roman" w:hAnsi="Times New Roman" w:eastAsia="Times New Roman" w:cs="Times New Roman"/>
          <w:color w:val="000000"/>
        </w:rPr>
        <w:t>A</w:t>
      </w:r>
      <w:r>
        <w:rPr>
          <w:rFonts w:ascii="宋体" w:hAnsi="宋体" w:eastAsia="宋体" w:cs="宋体"/>
          <w:color w:val="000000"/>
        </w:rPr>
        <w:t>，使得该数表的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”S=0</w:t>
      </w:r>
      <w:r>
        <w:rPr>
          <w:rFonts w:ascii="宋体" w:hAnsi="宋体" w:eastAsia="宋体" w:cs="宋体"/>
          <w:color w:val="000000"/>
        </w:rPr>
        <w:t>，由题意可知</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3</w:t>
      </w:r>
      <w:r>
        <w:rPr>
          <w:rFonts w:ascii="宋体" w:hAnsi="宋体" w:eastAsia="宋体" w:cs="宋体"/>
          <w:color w:val="000000"/>
        </w:rPr>
        <w:t>中只能有</w:t>
      </w:r>
      <w:r>
        <w:rPr>
          <w:rFonts w:ascii="Times New Roman" w:hAnsi="Times New Roman" w:eastAsia="Times New Roman" w:cs="Times New Roman"/>
          <w:color w:val="000000"/>
        </w:rPr>
        <w:t>3</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，再由这些数的乘积</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x</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y</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=-1</w:t>
      </w:r>
      <w:r>
        <w:rPr>
          <w:rFonts w:ascii="宋体" w:hAnsi="宋体" w:eastAsia="宋体" w:cs="宋体"/>
          <w:color w:val="000000"/>
        </w:rPr>
        <w:t>，与</w:t>
      </w:r>
      <w:r>
        <w:rPr>
          <w:rFonts w:ascii="Times New Roman" w:hAnsi="Times New Roman" w:eastAsia="Times New Roman" w:cs="Times New Roman"/>
          <w:color w:val="000000"/>
        </w:rPr>
        <w:t>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≥0</w:t>
      </w:r>
      <w:r>
        <w:rPr>
          <w:rFonts w:ascii="宋体" w:hAnsi="宋体" w:eastAsia="宋体" w:cs="宋体"/>
          <w:color w:val="000000"/>
        </w:rPr>
        <w:t>矛盾，即可说明不存在；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n=10</w:t>
      </w:r>
      <w:r>
        <w:rPr>
          <w:rFonts w:ascii="宋体" w:hAnsi="宋体" w:eastAsia="宋体" w:cs="宋体"/>
          <w:color w:val="000000"/>
        </w:rPr>
        <w:t>时，每行</w:t>
      </w:r>
      <w:r>
        <w:rPr>
          <w:rFonts w:ascii="Times New Roman" w:hAnsi="Times New Roman" w:eastAsia="Times New Roman" w:cs="Times New Roman"/>
          <w:color w:val="000000"/>
        </w:rPr>
        <w:t>10</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，这</w:t>
      </w:r>
      <w:r>
        <w:rPr>
          <w:rFonts w:ascii="Times New Roman" w:hAnsi="Times New Roman" w:eastAsia="Times New Roman" w:cs="Times New Roman"/>
          <w:color w:val="000000"/>
        </w:rPr>
        <w:t>11</w:t>
      </w:r>
      <w:r>
        <w:rPr>
          <w:rFonts w:ascii="宋体" w:hAnsi="宋体" w:eastAsia="宋体" w:cs="宋体"/>
          <w:color w:val="000000"/>
        </w:rPr>
        <w:t>中情况分别求出</w:t>
      </w:r>
      <w:r>
        <w:rPr>
          <w:rFonts w:ascii="Times New Roman" w:hAnsi="Times New Roman" w:eastAsia="Times New Roman" w:cs="Times New Roman"/>
          <w:color w:val="000000"/>
        </w:rPr>
        <w:t>S</w:t>
      </w:r>
      <w:r>
        <w:rPr>
          <w:rFonts w:ascii="宋体" w:hAnsi="宋体" w:eastAsia="宋体" w:cs="宋体"/>
          <w:color w:val="000000"/>
        </w:rPr>
        <w:t>即可．</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）由题意可知，</w:t>
      </w:r>
    </w:p>
    <w:p>
      <w:pPr>
        <w:spacing w:line="360" w:lineRule="auto"/>
        <w:jc w:val="left"/>
        <w:textAlignment w:val="center"/>
        <w:rPr>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4</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4</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）假设存在，一个</w:t>
      </w:r>
      <w:r>
        <w:rPr>
          <w:rFonts w:ascii="Times New Roman" w:hAnsi="Times New Roman" w:eastAsia="Times New Roman" w:cs="Times New Roman"/>
          <w:color w:val="000000"/>
        </w:rPr>
        <w:t>3×3</w:t>
      </w:r>
      <w:r>
        <w:rPr>
          <w:rFonts w:ascii="宋体" w:hAnsi="宋体" w:eastAsia="宋体" w:cs="宋体"/>
          <w:color w:val="000000"/>
        </w:rPr>
        <w:t>的数表</w:t>
      </w:r>
      <w:r>
        <w:rPr>
          <w:rFonts w:ascii="Times New Roman" w:hAnsi="Times New Roman" w:eastAsia="Times New Roman" w:cs="Times New Roman"/>
          <w:i/>
          <w:color w:val="000000"/>
        </w:rPr>
        <w:t>A</w:t>
      </w:r>
      <w:r>
        <w:rPr>
          <w:rFonts w:ascii="宋体" w:hAnsi="宋体" w:eastAsia="宋体" w:cs="宋体"/>
          <w:color w:val="000000"/>
        </w:rPr>
        <w:t>，使得该数表的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3</w:t>
      </w:r>
      <w:r>
        <w:rPr>
          <w:rFonts w:ascii="宋体" w:hAnsi="宋体" w:eastAsia="宋体" w:cs="宋体"/>
          <w:color w:val="000000"/>
          <w:position w:val="0"/>
        </w:rPr>
        <w:drawing>
          <wp:inline distT="0" distB="0" distL="114300" distR="114300">
            <wp:extent cx="133350" cy="177800"/>
            <wp:effectExtent l="0" t="0" r="0" b="0"/>
            <wp:docPr id="3747" name="图片 117294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 name="图片 1172947869"/>
                    <pic:cNvPicPr>
                      <a:picLocks noChangeAspect="1"/>
                    </pic:cNvPicPr>
                  </pic:nvPicPr>
                  <pic:blipFill>
                    <a:blip r:embed="rId310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值只能去</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3</w:t>
      </w:r>
      <w:r>
        <w:rPr>
          <w:rFonts w:ascii="宋体" w:hAnsi="宋体" w:eastAsia="宋体" w:cs="宋体"/>
          <w:color w:val="000000"/>
        </w:rPr>
        <w:t>中只能有</w:t>
      </w:r>
      <w:r>
        <w:rPr>
          <w:rFonts w:ascii="Times New Roman" w:hAnsi="Times New Roman" w:eastAsia="Times New Roman" w:cs="Times New Roman"/>
          <w:color w:val="000000"/>
        </w:rPr>
        <w:t>3</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3</w:t>
      </w:r>
      <w:r>
        <w:rPr>
          <w:rFonts w:ascii="宋体" w:hAnsi="宋体" w:eastAsia="宋体" w:cs="宋体"/>
          <w:color w:val="000000"/>
        </w:rPr>
        <w:t>个﹣</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∴设</w:t>
      </w:r>
      <w:r>
        <w:rPr>
          <w:rFonts w:ascii="Times New Roman" w:hAnsi="Times New Roman" w:eastAsia="Times New Roman" w:cs="Times New Roman"/>
          <w:color w:val="000000"/>
        </w:rPr>
        <w:t>3×3</w:t>
      </w:r>
      <w:r>
        <w:rPr>
          <w:rFonts w:ascii="宋体" w:hAnsi="宋体" w:eastAsia="宋体" w:cs="宋体"/>
          <w:color w:val="000000"/>
        </w:rPr>
        <w:t>的数表</w:t>
      </w:r>
      <w:r>
        <w:rPr>
          <w:rFonts w:ascii="Times New Roman" w:hAnsi="Times New Roman" w:eastAsia="Times New Roman" w:cs="Times New Roman"/>
          <w:i/>
          <w:color w:val="000000"/>
        </w:rPr>
        <w:t>A</w:t>
      </w:r>
      <w:r>
        <w:rPr>
          <w:rFonts w:ascii="宋体" w:hAnsi="宋体" w:eastAsia="宋体" w:cs="宋体"/>
          <w:color w:val="000000"/>
        </w:rPr>
        <w:t>中</w:t>
      </w:r>
      <w:r>
        <w:rPr>
          <w:rFonts w:ascii="Times New Roman" w:hAnsi="Times New Roman" w:eastAsia="Times New Roman" w:cs="Times New Roman"/>
          <w:color w:val="000000"/>
        </w:rPr>
        <w:t>9</w:t>
      </w:r>
      <w:r>
        <w:rPr>
          <w:rFonts w:ascii="宋体" w:hAnsi="宋体" w:eastAsia="宋体" w:cs="宋体"/>
          <w:color w:val="000000"/>
        </w:rPr>
        <w:t>个数的乘积为</w:t>
      </w:r>
      <w:r>
        <w:rPr>
          <w:rFonts w:ascii="Times New Roman" w:hAnsi="Times New Roman" w:eastAsia="Times New Roman" w:cs="Times New Roman"/>
          <w:i/>
          <w:color w:val="000000"/>
        </w:rPr>
        <w:t>t</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t</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2</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3</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2</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这与</w:t>
      </w:r>
      <w:r>
        <w:rPr>
          <w:rFonts w:ascii="Times New Roman" w:hAnsi="Times New Roman" w:eastAsia="Times New Roman" w:cs="Times New Roman"/>
          <w:i/>
          <w:color w:val="000000"/>
        </w:rPr>
        <w:t>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≥0</w:t>
      </w:r>
      <w:r>
        <w:rPr>
          <w:rFonts w:ascii="宋体" w:hAnsi="宋体" w:eastAsia="宋体" w:cs="宋体"/>
          <w:color w:val="000000"/>
        </w:rPr>
        <w:t>矛盾，</w:t>
      </w:r>
    </w:p>
    <w:p>
      <w:pPr>
        <w:spacing w:line="360" w:lineRule="auto"/>
        <w:jc w:val="left"/>
        <w:textAlignment w:val="center"/>
        <w:rPr>
          <w:color w:val="000000"/>
        </w:rPr>
      </w:pPr>
      <w:r>
        <w:rPr>
          <w:rFonts w:ascii="宋体" w:hAnsi="宋体" w:eastAsia="宋体" w:cs="宋体"/>
          <w:color w:val="000000"/>
        </w:rPr>
        <w:t>故假设不成立，</w:t>
      </w:r>
    </w:p>
    <w:p>
      <w:pPr>
        <w:spacing w:line="360" w:lineRule="auto"/>
        <w:jc w:val="left"/>
        <w:textAlignment w:val="center"/>
        <w:rPr>
          <w:color w:val="000000"/>
        </w:rPr>
      </w:pPr>
      <w:r>
        <w:rPr>
          <w:rFonts w:ascii="宋体" w:hAnsi="宋体" w:eastAsia="宋体" w:cs="宋体"/>
          <w:color w:val="000000"/>
        </w:rPr>
        <w:t>∴不存在一个</w:t>
      </w:r>
      <w:r>
        <w:rPr>
          <w:rFonts w:ascii="Times New Roman" w:hAnsi="Times New Roman" w:eastAsia="Times New Roman" w:cs="Times New Roman"/>
          <w:color w:val="000000"/>
        </w:rPr>
        <w:t>3×3</w:t>
      </w:r>
      <w:r>
        <w:rPr>
          <w:rFonts w:ascii="宋体" w:hAnsi="宋体" w:eastAsia="宋体" w:cs="宋体"/>
          <w:color w:val="000000"/>
        </w:rPr>
        <w:t>的数表</w:t>
      </w:r>
      <w:r>
        <w:rPr>
          <w:rFonts w:ascii="Times New Roman" w:hAnsi="Times New Roman" w:eastAsia="Times New Roman" w:cs="Times New Roman"/>
          <w:i/>
          <w:color w:val="000000"/>
        </w:rPr>
        <w:t>A</w:t>
      </w:r>
      <w:r>
        <w:rPr>
          <w:rFonts w:ascii="宋体" w:hAnsi="宋体" w:eastAsia="宋体" w:cs="宋体"/>
          <w:color w:val="000000"/>
        </w:rPr>
        <w:t>，使得该数表的</w:t>
      </w:r>
      <w:r>
        <w:rPr>
          <w:rFonts w:ascii="Times New Roman" w:hAnsi="Times New Roman" w:eastAsia="Times New Roman" w:cs="Times New Roman"/>
          <w:color w:val="000000"/>
        </w:rPr>
        <w:t>“</w:t>
      </w:r>
      <w:r>
        <w:rPr>
          <w:rFonts w:ascii="宋体" w:hAnsi="宋体" w:eastAsia="宋体" w:cs="宋体"/>
          <w:color w:val="000000"/>
        </w:rPr>
        <w:t>积和</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时，</w:t>
      </w:r>
      <w:r>
        <w:rPr>
          <w:rFonts w:ascii="Times New Roman" w:hAnsi="Times New Roman" w:eastAsia="Times New Roman" w:cs="Times New Roman"/>
          <w:i/>
          <w:color w:val="000000"/>
        </w:rPr>
        <w:t>S</w:t>
      </w:r>
      <w:r>
        <w:rPr>
          <w:rFonts w:ascii="宋体" w:hAnsi="宋体" w:eastAsia="宋体" w:cs="宋体"/>
          <w:color w:val="000000"/>
        </w:rPr>
        <w:t>的可能取值﹣</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16</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本题考查数字的规律；理解题意，能够根据</w:t>
      </w:r>
      <w:r>
        <w:rPr>
          <w:rFonts w:ascii="Times New Roman" w:hAnsi="Times New Roman" w:eastAsia="Times New Roman" w:cs="Times New Roman"/>
          <w:color w:val="000000"/>
        </w:rPr>
        <w:t>1</w:t>
      </w:r>
      <w:r>
        <w:rPr>
          <w:rFonts w:ascii="宋体" w:hAnsi="宋体" w:eastAsia="宋体" w:cs="宋体"/>
          <w:color w:val="000000"/>
        </w:rPr>
        <w:t>和</w:t>
      </w:r>
      <w:r>
        <w:rPr>
          <w:rFonts w:ascii="Times New Roman" w:hAnsi="Times New Roman" w:eastAsia="Times New Roman" w:cs="Times New Roman"/>
          <w:color w:val="000000"/>
        </w:rPr>
        <w:t>-1</w:t>
      </w:r>
      <w:r>
        <w:rPr>
          <w:rFonts w:ascii="宋体" w:hAnsi="宋体" w:eastAsia="宋体" w:cs="宋体"/>
          <w:color w:val="000000"/>
        </w:rPr>
        <w:t>的个数是决定</w:t>
      </w:r>
      <w:r>
        <w:rPr>
          <w:rFonts w:ascii="Times New Roman" w:hAnsi="Times New Roman" w:eastAsia="Times New Roman" w:cs="Times New Roman"/>
          <w:color w:val="000000"/>
        </w:rPr>
        <w:t>S</w:t>
      </w:r>
      <w:r>
        <w:rPr>
          <w:rFonts w:ascii="宋体" w:hAnsi="宋体" w:eastAsia="宋体" w:cs="宋体"/>
          <w:color w:val="000000"/>
        </w:rPr>
        <w:t>的值的关键．</w:t>
      </w:r>
    </w:p>
    <w:p>
      <w:pPr>
        <w:pStyle w:val="Heading2"/>
      </w:pPr>
      <w:r>
        <w:t>第十二中学</w:t>
      </w:r>
    </w:p>
    <w:p>
      <w:pPr>
        <w:spacing w:line="360" w:lineRule="auto"/>
        <w:jc w:val="left"/>
        <w:textAlignment w:val="center"/>
        <w:rPr>
          <w:color w:val="000000"/>
        </w:rPr>
      </w:pPr>
      <w:r>
        <w:rPr>
          <w:color w:val="000000"/>
        </w:rPr>
        <w:t xml:space="preserve">29. </w:t>
      </w:r>
      <w:r>
        <w:rPr>
          <w:rFonts w:ascii="宋体" w:hAnsi="宋体" w:eastAsia="宋体" w:cs="宋体"/>
          <w:color w:val="000000"/>
        </w:rPr>
        <w:t>定义一种新运算</w:t>
      </w:r>
      <w:r>
        <w:pict>
          <v:shape id="_x0000_i718051"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3105" o:title="eqIdebf060b0e6337536ccf7be08525dd235"/>
            <o:lock v:ext="edit" aspectratio="t"/>
            <w10:wrap type="none"/>
            <w10:anchorlock/>
          </v:shape>
        </w:pict>
      </w:r>
      <w:r>
        <w:rPr>
          <w:rFonts w:ascii="宋体" w:hAnsi="宋体" w:eastAsia="宋体" w:cs="宋体"/>
          <w:color w:val="000000"/>
        </w:rPr>
        <w:t>：对于任意有理数</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，有</w:t>
      </w:r>
      <w:r>
        <w:pict>
          <v:shape id="_x0000_i718052" o:spt="75" alt="学科网(www.zxxk.com)--教育资源门户，提供试卷、教案、课件、论文、素材以及各类教学资源下载，还有大量而丰富的教学相关资讯！" type="#_x0000_t75" style="height:15.95pt;width:98pt;" o:ole="t" filled="f" o:preferrelative="t" stroked="f" coordsize="21600,21600">
            <v:path/>
            <v:fill on="f" focussize="0,0"/>
            <v:stroke on="f" joinstyle="miter"/>
            <v:imagedata r:id="rId3106" o:title="eqIdb52090f7de63493cdd6d2e2e545eb7d9"/>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为常数且</w:t>
      </w:r>
      <w:r>
        <w:pict>
          <v:shape id="_x0000_i718053" o:spt="75" alt="学科网(www.zxxk.com)--教育资源门户，提供试卷、教案、课件、论文、素材以及各类教学资源下载，还有大量而丰富的教学相关资讯！" type="#_x0000_t75" style="height:13.85pt;width:36.7pt;" o:ole="t" filled="f" o:preferrelative="t" stroked="f" coordsize="21600,21600">
            <v:path/>
            <v:fill on="f" focussize="0,0"/>
            <v:stroke on="f" joinstyle="miter"/>
            <v:imagedata r:id="rId3107" o:title="eqId343dc2efff2e4a23640d96272d51c550"/>
            <o:lock v:ext="edit" aspectratio="t"/>
            <w10:wrap type="none"/>
            <w10:anchorlock/>
          </v:shape>
        </w:pict>
      </w:r>
      <w:r>
        <w:rPr>
          <w:rFonts w:ascii="宋体" w:hAnsi="宋体" w:eastAsia="宋体" w:cs="宋体"/>
          <w:color w:val="000000"/>
        </w:rPr>
        <w:t>），如：</w:t>
      </w:r>
      <w:r>
        <w:pict>
          <v:shape id="_x0000_i718054" o:spt="75" alt="学科网(www.zxxk.com)--教育资源门户，提供试卷、教案、课件、论文、素材以及各类教学资源下载，还有大量而丰富的教学相关资讯！" type="#_x0000_t75" style="height:14.1pt;width:171.85pt;" o:ole="t" filled="f" o:preferrelative="t" stroked="f" coordsize="21600,21600">
            <v:path/>
            <v:fill on="f" focussize="0,0"/>
            <v:stroke on="f" joinstyle="miter"/>
            <v:imagedata r:id="rId3108" o:title="eqIdc6b8e67b54c85b4595f6a40b5ff9de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w:t>
      </w:r>
      <w:r>
        <w:pict>
          <v:shape id="_x0000_i718055" o:spt="75" alt="学科网(www.zxxk.com)--教育资源门户，提供试卷、教案、课件、论文、素材以及各类教学资源下载，还有大量而丰富的教学相关资讯！" type="#_x0000_t75" style="height:31.2pt;width:30.05pt;" o:ole="t" filled="f" o:preferrelative="t" stroked="f" coordsize="21600,21600">
            <v:path/>
            <v:fill on="f" focussize="0,0"/>
            <v:stroke on="f" joinstyle="miter"/>
            <v:imagedata r:id="rId3109" o:title="eqIdb3c3bd96e9e42df3c12ff6ac3accdd2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u w:val="single"/>
        </w:rPr>
        <w:t xml:space="preserve">          </w:t>
      </w:r>
      <w:r>
        <w:rPr>
          <w:rFonts w:ascii="宋体" w:hAnsi="宋体" w:eastAsia="宋体" w:cs="宋体"/>
          <w:color w:val="000000"/>
        </w:rPr>
        <w:t>（用含有</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的式子表示）；</w:t>
      </w:r>
    </w:p>
    <w:p>
      <w:pPr>
        <w:spacing w:line="360" w:lineRule="auto"/>
        <w:jc w:val="left"/>
        <w:textAlignment w:val="center"/>
        <w:rPr>
          <w:color w:val="000000"/>
        </w:rPr>
      </w:pPr>
      <w:r>
        <w:rPr>
          <w:rFonts w:ascii="宋体" w:hAnsi="宋体" w:eastAsia="宋体" w:cs="宋体"/>
          <w:color w:val="000000"/>
        </w:rPr>
        <w:t>②若</w:t>
      </w:r>
      <w:r>
        <w:pict>
          <v:shape id="_x0000_i718056" o:spt="75" alt="学科网(www.zxxk.com)--教育资源门户，提供试卷、教案、课件、论文、素材以及各类教学资源下载，还有大量而丰富的教学相关资讯！" type="#_x0000_t75" style="height:31.2pt;width:47.15pt;" o:ole="t" filled="f" o:preferrelative="t" stroked="f" coordsize="21600,21600">
            <v:path/>
            <v:fill on="f" focussize="0,0"/>
            <v:stroke on="f" joinstyle="miter"/>
            <v:imagedata r:id="rId3110" o:title="eqId2f15c5c7d7374cd902f14ea11b1321bf"/>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color w:val="000000"/>
        </w:rPr>
        <w:t>1</w:t>
      </w:r>
      <w:r>
        <w:pict>
          <v:shape id="_x0000_i718057"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3111" o:title="eqIdebf060b0e6337536ccf7be08525dd235"/>
            <o:lock v:ext="edit" aspectratio="t"/>
            <w10:wrap type="none"/>
            <w10:anchorlock/>
          </v:shape>
        </w:pict>
      </w:r>
      <w:r>
        <w:rPr>
          <w:rFonts w:ascii="Times New Roman" w:hAnsi="Times New Roman" w:eastAsia="Times New Roman" w:cs="Times New Roman"/>
          <w:color w:val="000000"/>
        </w:rPr>
        <w:t>4</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）请你写出一组</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的值，使得对于任意有理数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pict>
          <v:shape id="_x0000_i718058"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3112" o:title="eqId0fef13cd4df9745a37dd5715285c0fc9"/>
            <o:lock v:ext="edit" aspectratio="t"/>
            <w10:wrap type="none"/>
            <w10:anchorlock/>
          </v:shape>
        </w:pict>
      </w:r>
      <w:r>
        <w:rPr>
          <w:rFonts w:ascii="宋体" w:hAnsi="宋体" w:eastAsia="宋体" w:cs="宋体"/>
          <w:color w:val="000000"/>
        </w:rPr>
        <w:t>均成立．</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w:t>
      </w:r>
      <w:r>
        <w:pict>
          <v:shape id="_x0000_i718059"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3113" o:title="eqIda760da7ed428aa7d30f02d606ee3d30d"/>
            <o:lock v:ext="edit" aspectratio="t"/>
            <w10:wrap type="none"/>
            <w10:anchorlock/>
          </v:shape>
        </w:pict>
      </w:r>
      <w:r>
        <w:rPr>
          <w:rFonts w:ascii="宋体" w:hAnsi="宋体" w:eastAsia="宋体" w:cs="宋体"/>
          <w:color w:val="000000"/>
        </w:rPr>
        <w:t>；②</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=1</w:t>
      </w:r>
      <w:r>
        <w:rPr>
          <w:rFonts w:ascii="宋体" w:hAnsi="宋体" w:eastAsia="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）①直接根据新定义写出结果即可；</w:t>
      </w:r>
    </w:p>
    <w:p>
      <w:pPr>
        <w:spacing w:line="360" w:lineRule="auto"/>
        <w:jc w:val="left"/>
        <w:textAlignment w:val="center"/>
        <w:rPr>
          <w:color w:val="000000"/>
        </w:rPr>
      </w:pPr>
      <w:r>
        <w:rPr>
          <w:rFonts w:ascii="宋体" w:hAnsi="宋体" w:eastAsia="宋体" w:cs="宋体"/>
          <w:color w:val="000000"/>
        </w:rPr>
        <w:t>②先根据</w:t>
      </w:r>
      <w:r>
        <w:pict>
          <v:shape id="_x0000_i718060" o:spt="75" alt="学科网(www.zxxk.com)--教育资源门户，提供试卷、教案、课件、论文、素材以及各类教学资源下载，还有大量而丰富的教学相关资讯！" type="#_x0000_t75" style="height:31.2pt;width:47.15pt;" o:ole="t" filled="f" o:preferrelative="t" stroked="f" coordsize="21600,21600">
            <v:path/>
            <v:fill on="f" focussize="0,0"/>
            <v:stroke on="f" joinstyle="miter"/>
            <v:imagedata r:id="rId3114" o:title="eqId2f15c5c7d7374cd902f14ea11b1321bf"/>
            <o:lock v:ext="edit" aspectratio="t"/>
            <w10:wrap type="none"/>
            <w10:anchorlock/>
          </v:shape>
        </w:pict>
      </w:r>
      <w:r>
        <w:rPr>
          <w:rFonts w:ascii="宋体" w:hAnsi="宋体" w:eastAsia="宋体" w:cs="宋体"/>
          <w:color w:val="000000"/>
        </w:rPr>
        <w:t>求出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的关系，然后再求</w:t>
      </w:r>
      <w:r>
        <w:rPr>
          <w:rFonts w:ascii="Times New Roman" w:hAnsi="Times New Roman" w:eastAsia="Times New Roman" w:cs="Times New Roman"/>
          <w:color w:val="000000"/>
        </w:rPr>
        <w:t>1</w:t>
      </w:r>
      <w:r>
        <w:pict>
          <v:shape id="_x0000_i718061"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3115" o:title="eqIdebf060b0e6337536ccf7be08525dd235"/>
            <o:lock v:ext="edit" aspectratio="t"/>
            <w10:wrap type="none"/>
            <w10:anchorlock/>
          </v:shape>
        </w:pict>
      </w:r>
      <w:r>
        <w:rPr>
          <w:rFonts w:ascii="Times New Roman" w:hAnsi="Times New Roman" w:eastAsia="Times New Roman" w:cs="Times New Roman"/>
          <w:color w:val="000000"/>
        </w:rPr>
        <w:t>4</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pict>
          <v:shape id="_x0000_i718062"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3116" o:title="eqId0fef13cd4df9745a37dd5715285c0fc9"/>
            <o:lock v:ext="edit" aspectratio="t"/>
            <w10:wrap type="none"/>
            <w10:anchorlock/>
          </v:shape>
        </w:pict>
      </w:r>
      <w:r>
        <w:rPr>
          <w:rFonts w:ascii="宋体" w:hAnsi="宋体" w:eastAsia="宋体" w:cs="宋体"/>
          <w:color w:val="000000"/>
        </w:rPr>
        <w:t>得出含</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的等式，然后根据结果对于任意有理数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都成立可求出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）①∵</w:t>
      </w:r>
      <w:r>
        <w:pict>
          <v:shape id="_x0000_i718063" o:spt="75" alt="学科网(www.zxxk.com)--教育资源门户，提供试卷、教案、课件、论文、素材以及各类教学资源下载，还有大量而丰富的教学相关资讯！" type="#_x0000_t75" style="height:15.95pt;width:98pt;" o:ole="t" filled="f" o:preferrelative="t" stroked="f" coordsize="21600,21600">
            <v:path/>
            <v:fill on="f" focussize="0,0"/>
            <v:stroke on="f" joinstyle="miter"/>
            <v:imagedata r:id="rId3117" o:title="eqIdb52090f7de63493cdd6d2e2e545eb7d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064" o:spt="75" alt="学科网(www.zxxk.com)--教育资源门户，提供试卷、教案、课件、论文、素材以及各类教学资源下载，还有大量而丰富的教学相关资讯！" type="#_x0000_t75" style="height:31.2pt;width:30.05pt;" o:ole="t" filled="f" o:preferrelative="t" stroked="f" coordsize="21600,21600">
            <v:path/>
            <v:fill on="f" focussize="0,0"/>
            <v:stroke on="f" joinstyle="miter"/>
            <v:imagedata r:id="rId3118" o:title="eqIdb3c3bd96e9e42df3c12ff6ac3accdd27"/>
            <o:lock v:ext="edit" aspectratio="t"/>
            <w10:wrap type="none"/>
            <w10:anchorlock/>
          </v:shape>
        </w:pict>
      </w:r>
      <w:r>
        <w:rPr>
          <w:rFonts w:ascii="Times New Roman" w:hAnsi="Times New Roman" w:eastAsia="Times New Roman" w:cs="Times New Roman"/>
          <w:color w:val="000000"/>
        </w:rPr>
        <w:t>=</w:t>
      </w:r>
      <w:r>
        <w:pict>
          <v:shape id="_x0000_i718065"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3119" o:title="eqIda760da7ed428aa7d30f02d606ee3d3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8066"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3120" o:title="eqIda760da7ed428aa7d30f02d606ee3d3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18067" o:spt="75" alt="学科网(www.zxxk.com)--教育资源门户，提供试卷、教案、课件、论文、素材以及各类教学资源下载，还有大量而丰富的教学相关资讯！" type="#_x0000_t75" style="height:31.2pt;width:47.15pt;" o:ole="t" filled="f" o:preferrelative="t" stroked="f" coordsize="21600,21600">
            <v:path/>
            <v:fill on="f" focussize="0,0"/>
            <v:stroke on="f" joinstyle="miter"/>
            <v:imagedata r:id="rId3121" o:title="eqId2f15c5c7d7374cd902f14ea11b1321b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068" o:spt="75" alt="学科网(www.zxxk.com)--教育资源门户，提供试卷、教案、课件、论文、素材以及各类教学资源下载，还有大量而丰富的教学相关资讯！" type="#_x0000_t75" style="height:31pt;width:59pt;" o:ole="t" filled="f" o:preferrelative="t" stroked="f" coordsize="21600,21600">
            <v:path/>
            <v:fill on="f" focussize="0,0"/>
            <v:stroke on="f" joinstyle="miter"/>
            <v:imagedata r:id="rId3122" o:title="eqIda760da7ed428aa7d30f02d606ee3d30d"/>
            <o:lock v:ext="edit" aspectratio="t"/>
            <w10:wrap type="none"/>
            <w10:anchorlock/>
          </v:shape>
        </w:pic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069"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3123" o:title="eqId42e8924e3d417e6a6a2dcfd452c59f9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070" o:spt="75" alt="学科网(www.zxxk.com)--教育资源门户，提供试卷、教案、课件、论文、素材以及各类教学资源下载，还有大量而丰富的教学相关资讯！" type="#_x0000_t75" style="height:14pt;width:49pt;" o:ole="t" filled="f" o:preferrelative="t" stroked="f" coordsize="21600,21600">
            <v:path/>
            <v:fill on="f" focussize="0,0"/>
            <v:stroke on="f" joinstyle="miter"/>
            <v:imagedata r:id="rId3124" o:title="eqId3d99f28727e3d69a99a3a9ae42f833d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pict>
          <v:shape id="_x0000_i718071" o:spt="75" alt="学科网(www.zxxk.com)--教育资源门户，提供试卷、教案、课件、论文、素材以及各类教学资源下载，还有大量而丰富的教学相关资讯！" type="#_x0000_t75" style="height:12.35pt;width:12.35pt;" o:ole="t" filled="f" o:preferrelative="t" stroked="f" coordsize="21600,21600">
            <v:path/>
            <v:fill on="f" focussize="0,0"/>
            <v:stroke on="f" joinstyle="miter"/>
            <v:imagedata r:id="rId3125" o:title="eqIdebf060b0e6337536ccf7be08525dd235"/>
            <o:lock v:ext="edit" aspectratio="t"/>
            <w10:wrap type="none"/>
            <w10:anchorlock/>
          </v:shape>
        </w:pict>
      </w:r>
      <w:r>
        <w:rPr>
          <w:rFonts w:ascii="Times New Roman" w:hAnsi="Times New Roman" w:eastAsia="Times New Roman" w:cs="Times New Roman"/>
          <w:color w:val="000000"/>
        </w:rPr>
        <w:t>4=</w:t>
      </w:r>
      <w:r>
        <w:rPr>
          <w:rFonts w:ascii="Times New Roman" w:hAnsi="Times New Roman" w:eastAsia="Times New Roman" w:cs="Times New Roman"/>
          <w:i/>
          <w:color w:val="000000"/>
        </w:rPr>
        <w:t>m</w:t>
      </w:r>
      <w:r>
        <w:rPr>
          <w:rFonts w:ascii="Times New Roman" w:hAnsi="Times New Roman" w:eastAsia="Times New Roman" w:cs="Times New Roman"/>
          <w:color w:val="000000"/>
        </w:rPr>
        <w:t>-4</w:t>
      </w:r>
      <w:r>
        <w:rPr>
          <w:rFonts w:ascii="Times New Roman" w:hAnsi="Times New Roman" w:eastAsia="Times New Roman" w:cs="Times New Roman"/>
          <w:i/>
          <w:color w:val="000000"/>
        </w:rPr>
        <w:t>n</w:t>
      </w:r>
      <w:r>
        <w:rPr>
          <w:rFonts w:ascii="Times New Roman" w:hAnsi="Times New Roman" w:eastAsia="Times New Roman" w:cs="Times New Roman"/>
          <w:color w:val="000000"/>
        </w:rPr>
        <w:t>+4=4+4=8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mx</w:t>
      </w:r>
      <w:r>
        <w:rPr>
          <w:rFonts w:ascii="Times New Roman" w:hAnsi="Times New Roman" w:eastAsia="Times New Roman" w:cs="Times New Roman"/>
          <w:color w:val="000000"/>
        </w:rPr>
        <w:t>-</w:t>
      </w:r>
      <w:r>
        <w:rPr>
          <w:rFonts w:ascii="Times New Roman" w:hAnsi="Times New Roman" w:eastAsia="Times New Roman" w:cs="Times New Roman"/>
          <w:i/>
          <w:color w:val="000000"/>
        </w:rPr>
        <w:t>ny</w:t>
      </w:r>
      <w:r>
        <w:rPr>
          <w:rFonts w:ascii="Times New Roman" w:hAnsi="Times New Roman" w:eastAsia="Times New Roman" w:cs="Times New Roman"/>
          <w:color w:val="000000"/>
        </w:rPr>
        <w:t>+</w:t>
      </w:r>
      <w:r>
        <w:rPr>
          <w:rFonts w:ascii="Times New Roman" w:hAnsi="Times New Roman" w:eastAsia="Times New Roman" w:cs="Times New Roman"/>
          <w:i/>
          <w:color w:val="000000"/>
        </w:rPr>
        <w:t>xy</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my</w:t>
      </w:r>
      <w:r>
        <w:rPr>
          <w:rFonts w:ascii="Times New Roman" w:hAnsi="Times New Roman" w:eastAsia="Times New Roman" w:cs="Times New Roman"/>
          <w:color w:val="000000"/>
        </w:rPr>
        <w:t>-</w:t>
      </w:r>
      <w:r>
        <w:rPr>
          <w:rFonts w:ascii="Times New Roman" w:hAnsi="Times New Roman" w:eastAsia="Times New Roman" w:cs="Times New Roman"/>
          <w:i/>
          <w:color w:val="000000"/>
        </w:rPr>
        <w:t>nx</w:t>
      </w:r>
      <w:r>
        <w:rPr>
          <w:rFonts w:ascii="Times New Roman" w:hAnsi="Times New Roman" w:eastAsia="Times New Roman" w:cs="Times New Roman"/>
          <w:color w:val="000000"/>
        </w:rPr>
        <w:t>+</w:t>
      </w:r>
      <w:r>
        <w:rPr>
          <w:rFonts w:ascii="Times New Roman" w:hAnsi="Times New Roman" w:eastAsia="Times New Roman" w:cs="Times New Roman"/>
          <w:i/>
          <w:color w:val="000000"/>
        </w:rPr>
        <w:t>xy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072"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3126" o:title="eqId0fef13cd4df9745a37dd5715285c0fc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mx</w:t>
      </w:r>
      <w:r>
        <w:rPr>
          <w:rFonts w:ascii="Times New Roman" w:hAnsi="Times New Roman" w:eastAsia="Times New Roman" w:cs="Times New Roman"/>
          <w:color w:val="000000"/>
        </w:rPr>
        <w:t>-</w:t>
      </w:r>
      <w:r>
        <w:rPr>
          <w:rFonts w:ascii="Times New Roman" w:hAnsi="Times New Roman" w:eastAsia="Times New Roman" w:cs="Times New Roman"/>
          <w:i/>
          <w:color w:val="000000"/>
        </w:rPr>
        <w:t>ny</w:t>
      </w:r>
      <w:r>
        <w:rPr>
          <w:rFonts w:ascii="Times New Roman" w:hAnsi="Times New Roman" w:eastAsia="Times New Roman" w:cs="Times New Roman"/>
          <w:color w:val="000000"/>
        </w:rPr>
        <w:t>+</w:t>
      </w:r>
      <w:r>
        <w:rPr>
          <w:rFonts w:ascii="Times New Roman" w:hAnsi="Times New Roman" w:eastAsia="Times New Roman" w:cs="Times New Roman"/>
          <w:i/>
          <w:color w:val="000000"/>
        </w:rPr>
        <w:t>xy</w:t>
      </w:r>
      <w:r>
        <w:rPr>
          <w:rFonts w:ascii="Times New Roman" w:hAnsi="Times New Roman" w:eastAsia="Times New Roman" w:cs="Times New Roman"/>
          <w:color w:val="000000"/>
        </w:rPr>
        <w:t xml:space="preserve">= </w:t>
      </w:r>
      <w:r>
        <w:rPr>
          <w:rFonts w:ascii="Times New Roman" w:hAnsi="Times New Roman" w:eastAsia="Times New Roman" w:cs="Times New Roman"/>
          <w:i/>
          <w:color w:val="000000"/>
        </w:rPr>
        <w:t>my</w:t>
      </w:r>
      <w:r>
        <w:rPr>
          <w:rFonts w:ascii="Times New Roman" w:hAnsi="Times New Roman" w:eastAsia="Times New Roman" w:cs="Times New Roman"/>
          <w:color w:val="000000"/>
        </w:rPr>
        <w:t>-</w:t>
      </w:r>
      <w:r>
        <w:rPr>
          <w:rFonts w:ascii="Times New Roman" w:hAnsi="Times New Roman" w:eastAsia="Times New Roman" w:cs="Times New Roman"/>
          <w:i/>
          <w:color w:val="000000"/>
        </w:rPr>
        <w:t>nx</w:t>
      </w:r>
      <w:r>
        <w:rPr>
          <w:rFonts w:ascii="Times New Roman" w:hAnsi="Times New Roman" w:eastAsia="Times New Roman" w:cs="Times New Roman"/>
          <w:color w:val="000000"/>
        </w:rPr>
        <w:t>+</w:t>
      </w:r>
      <w:r>
        <w:rPr>
          <w:rFonts w:ascii="Times New Roman" w:hAnsi="Times New Roman" w:eastAsia="Times New Roman" w:cs="Times New Roman"/>
          <w:i/>
          <w:color w:val="000000"/>
        </w:rPr>
        <w:t>xy</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mx</w:t>
      </w:r>
      <w:r>
        <w:rPr>
          <w:rFonts w:ascii="Times New Roman" w:hAnsi="Times New Roman" w:eastAsia="Times New Roman" w:cs="Times New Roman"/>
          <w:color w:val="000000"/>
        </w:rPr>
        <w:t>-</w:t>
      </w:r>
      <w:r>
        <w:rPr>
          <w:rFonts w:ascii="Times New Roman" w:hAnsi="Times New Roman" w:eastAsia="Times New Roman" w:cs="Times New Roman"/>
          <w:i/>
          <w:color w:val="000000"/>
        </w:rPr>
        <w:t>ny</w:t>
      </w:r>
      <w:r>
        <w:rPr>
          <w:rFonts w:ascii="Times New Roman" w:hAnsi="Times New Roman" w:eastAsia="Times New Roman" w:cs="Times New Roman"/>
          <w:color w:val="000000"/>
        </w:rPr>
        <w:t xml:space="preserve"> – </w:t>
      </w:r>
      <w:r>
        <w:rPr>
          <w:rFonts w:ascii="Times New Roman" w:hAnsi="Times New Roman" w:eastAsia="Times New Roman" w:cs="Times New Roman"/>
          <w:i/>
          <w:color w:val="000000"/>
        </w:rPr>
        <w:t>my</w:t>
      </w:r>
      <w:r>
        <w:rPr>
          <w:rFonts w:ascii="Times New Roman" w:hAnsi="Times New Roman" w:eastAsia="Times New Roman" w:cs="Times New Roman"/>
          <w:color w:val="000000"/>
        </w:rPr>
        <w:t>+</w:t>
      </w:r>
      <w:r>
        <w:rPr>
          <w:rFonts w:ascii="Times New Roman" w:hAnsi="Times New Roman" w:eastAsia="Times New Roman" w:cs="Times New Roman"/>
          <w:i/>
          <w:color w:val="000000"/>
        </w:rPr>
        <w:t>nx</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宋体" w:hAnsi="宋体" w:eastAsia="宋体" w:cs="宋体"/>
          <w:color w:val="000000"/>
        </w:rPr>
        <w:t>时，对于任意有理数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w:t>
      </w:r>
      <w:r>
        <w:pict>
          <v:shape id="_x0000_i718073" o:spt="75" alt="学科网(www.zxxk.com)--教育资源门户，提供试卷、教案、课件、论文、素材以及各类教学资源下载，还有大量而丰富的教学相关资讯！" type="#_x0000_t75" style="height:15.95pt;width:62pt;" o:ole="t" filled="f" o:preferrelative="t" stroked="f" coordsize="21600,21600">
            <v:path/>
            <v:fill on="f" focussize="0,0"/>
            <v:stroke on="f" joinstyle="miter"/>
            <v:imagedata r:id="rId3127" o:title="eqId0fef13cd4df9745a37dd5715285c0fc9"/>
            <o:lock v:ext="edit" aspectratio="t"/>
            <w10:wrap type="none"/>
            <w10:anchorlock/>
          </v:shape>
        </w:pict>
      </w:r>
      <w:r>
        <w:rPr>
          <w:rFonts w:ascii="宋体" w:hAnsi="宋体" w:eastAsia="宋体" w:cs="宋体"/>
          <w:color w:val="000000"/>
        </w:rPr>
        <w:t>均成立，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的值可以是</w:t>
      </w:r>
      <w:r>
        <w:rPr>
          <w:rFonts w:ascii="Times New Roman" w:hAnsi="Times New Roman" w:eastAsia="Times New Roman" w:cs="Times New Roman"/>
          <w:i/>
          <w:color w:val="000000"/>
        </w:rPr>
        <w:t>m</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=1</w:t>
      </w:r>
      <w:r>
        <w:rPr>
          <w:rFonts w:ascii="宋体" w:hAnsi="宋体" w:eastAsia="宋体" w:cs="宋体"/>
          <w:color w:val="000000"/>
        </w:rPr>
        <w:t>（答案不唯一）．</w:t>
      </w:r>
    </w:p>
    <w:p>
      <w:pPr>
        <w:spacing w:line="360" w:lineRule="auto"/>
        <w:jc w:val="left"/>
        <w:textAlignment w:val="center"/>
        <w:rPr>
          <w:color w:val="000000"/>
        </w:rPr>
      </w:pPr>
      <w:r>
        <w:rPr>
          <w:color w:val="000000"/>
        </w:rPr>
        <w:t>【点睛】</w:t>
      </w:r>
      <w:r>
        <w:rPr>
          <w:rFonts w:ascii="宋体" w:hAnsi="宋体" w:eastAsia="宋体" w:cs="宋体"/>
          <w:color w:val="000000"/>
        </w:rPr>
        <w:t>本题考查了新定义，整体代入法求代数式的值，以及整式的加减无关型等知识，明确新定义的运算方式是解答本题的关键．</w:t>
      </w:r>
    </w:p>
    <w:p>
      <w:pPr>
        <w:spacing w:line="360" w:lineRule="auto"/>
        <w:jc w:val="both"/>
        <w:textAlignment w:val="center"/>
        <w:rPr>
          <w:color w:val="000000"/>
        </w:rPr>
      </w:pPr>
      <w:r>
        <w:rPr>
          <w:color w:val="000000"/>
        </w:rPr>
        <w:t xml:space="preserve">30. </w:t>
      </w:r>
      <w:r>
        <w:rPr>
          <w:rFonts w:ascii="宋体" w:hAnsi="宋体" w:eastAsia="宋体" w:cs="宋体"/>
          <w:color w:val="000000"/>
        </w:rPr>
        <w:t>阅读理解，完成下列各题：</w:t>
      </w:r>
    </w:p>
    <w:p>
      <w:pPr>
        <w:spacing w:line="360" w:lineRule="auto"/>
        <w:jc w:val="both"/>
        <w:textAlignment w:val="center"/>
        <w:rPr>
          <w:color w:val="000000"/>
        </w:rPr>
      </w:pPr>
      <w:r>
        <w:rPr>
          <w:rFonts w:ascii="宋体" w:hAnsi="宋体" w:eastAsia="宋体" w:cs="宋体"/>
          <w:color w:val="000000"/>
        </w:rPr>
        <w:t>定义：已知</w:t>
      </w:r>
      <w:r>
        <w:pict>
          <v:shape id="_x0000_i71807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128" o:title="eqId5963abe8f421bd99a2aaa94831a951e9"/>
            <o:lock v:ext="edit" aspectratio="t"/>
            <w10:wrap type="none"/>
            <w10:anchorlock/>
          </v:shape>
        </w:pict>
      </w:r>
      <w:r>
        <w:rPr>
          <w:rFonts w:ascii="宋体" w:hAnsi="宋体" w:eastAsia="宋体" w:cs="宋体"/>
          <w:color w:val="000000"/>
        </w:rPr>
        <w:t>、</w:t>
      </w:r>
      <w:r>
        <w:pict>
          <v:shape id="_x0000_i71807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129" o:title="eqId7f9e8449aad35c5d840a3395ea86df6d"/>
            <o:lock v:ext="edit" aspectratio="t"/>
            <w10:wrap type="none"/>
            <w10:anchorlock/>
          </v:shape>
        </w:pict>
      </w:r>
      <w:r>
        <w:rPr>
          <w:rFonts w:ascii="宋体" w:hAnsi="宋体" w:eastAsia="宋体" w:cs="宋体"/>
          <w:color w:val="000000"/>
        </w:rPr>
        <w:t>、</w:t>
      </w:r>
      <w:r>
        <w:pict>
          <v:shape id="_x0000_i71807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130" o:title="eqIdc5db41a1f31d6baee7c69990811edb9f"/>
            <o:lock v:ext="edit" aspectratio="t"/>
            <w10:wrap type="none"/>
            <w10:anchorlock/>
          </v:shape>
        </w:pict>
      </w:r>
      <w:r>
        <w:rPr>
          <w:rFonts w:ascii="宋体" w:hAnsi="宋体" w:eastAsia="宋体" w:cs="宋体"/>
          <w:color w:val="000000"/>
        </w:rPr>
        <w:t>为数轴上任意三点，若点</w:t>
      </w:r>
      <w:r>
        <w:pict>
          <v:shape id="_x0000_i71807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130" o:title="eqIdc5db41a1f31d6baee7c69990811edb9f"/>
            <o:lock v:ext="edit" aspectratio="t"/>
            <w10:wrap type="none"/>
            <w10:anchorlock/>
          </v:shape>
        </w:pict>
      </w:r>
      <w:r>
        <w:rPr>
          <w:rFonts w:ascii="宋体" w:hAnsi="宋体" w:eastAsia="宋体" w:cs="宋体"/>
          <w:color w:val="000000"/>
        </w:rPr>
        <w:t>到点</w:t>
      </w:r>
      <w:r>
        <w:pict>
          <v:shape id="_x0000_i71807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128" o:title="eqId5963abe8f421bd99a2aaa94831a951e9"/>
            <o:lock v:ext="edit" aspectratio="t"/>
            <w10:wrap type="none"/>
            <w10:anchorlock/>
          </v:shape>
        </w:pict>
      </w:r>
      <w:r>
        <w:rPr>
          <w:rFonts w:ascii="宋体" w:hAnsi="宋体" w:eastAsia="宋体" w:cs="宋体"/>
          <w:color w:val="000000"/>
        </w:rPr>
        <w:t>的距离是它到点</w:t>
      </w:r>
      <w:r>
        <w:pict>
          <v:shape id="_x0000_i71807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129" o:title="eqId7f9e8449aad35c5d840a3395ea86df6d"/>
            <o:lock v:ext="edit" aspectratio="t"/>
            <w10:wrap type="none"/>
            <w10:anchorlock/>
          </v:shape>
        </w:pict>
      </w:r>
      <w:r>
        <w:rPr>
          <w:rFonts w:ascii="宋体" w:hAnsi="宋体" w:eastAsia="宋体" w:cs="宋体"/>
          <w:color w:val="000000"/>
        </w:rPr>
        <w:t>的距离的</w:t>
      </w:r>
      <w:r>
        <w:rPr>
          <w:rFonts w:ascii="Times New Roman" w:hAnsi="Times New Roman" w:eastAsia="Times New Roman" w:cs="Times New Roman"/>
          <w:color w:val="000000"/>
        </w:rPr>
        <w:t>3</w:t>
      </w:r>
      <w:r>
        <w:rPr>
          <w:rFonts w:ascii="宋体" w:hAnsi="宋体" w:eastAsia="宋体" w:cs="宋体"/>
          <w:color w:val="000000"/>
        </w:rPr>
        <w:t>倍，则称点</w:t>
      </w:r>
      <w:r>
        <w:pict>
          <v:shape id="_x0000_i71808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130" o:title="eqIdc5db41a1f31d6baee7c69990811edb9f"/>
            <o:lock v:ext="edit" aspectratio="t"/>
            <w10:wrap type="none"/>
            <w10:anchorlock/>
          </v:shape>
        </w:pict>
      </w:r>
      <w:r>
        <w:rPr>
          <w:rFonts w:ascii="宋体" w:hAnsi="宋体" w:eastAsia="宋体" w:cs="宋体"/>
          <w:color w:val="000000"/>
        </w:rPr>
        <w:t>是</w:t>
      </w:r>
      <w:r>
        <w:pict>
          <v:shape id="_x0000_i718081"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3131"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倍点．例如：如图</w:t>
      </w:r>
      <w:r>
        <w:rPr>
          <w:rFonts w:ascii="Times New Roman" w:hAnsi="Times New Roman" w:eastAsia="Times New Roman" w:cs="Times New Roman"/>
          <w:color w:val="000000"/>
        </w:rPr>
        <w:t>1</w:t>
      </w:r>
      <w:r>
        <w:rPr>
          <w:rFonts w:ascii="宋体" w:hAnsi="宋体" w:eastAsia="宋体" w:cs="宋体"/>
          <w:color w:val="000000"/>
        </w:rPr>
        <w:t>，点</w:t>
      </w:r>
      <w:r>
        <w:pict>
          <v:shape id="_x0000_i71808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130" o:title="eqIdc5db41a1f31d6baee7c69990811edb9f"/>
            <o:lock v:ext="edit" aspectratio="t"/>
            <w10:wrap type="none"/>
            <w10:anchorlock/>
          </v:shape>
        </w:pict>
      </w:r>
      <w:r>
        <w:rPr>
          <w:rFonts w:ascii="宋体" w:hAnsi="宋体" w:eastAsia="宋体" w:cs="宋体"/>
          <w:color w:val="000000"/>
        </w:rPr>
        <w:t>是</w:t>
      </w:r>
      <w:r>
        <w:pict>
          <v:shape id="_x0000_i718083"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3131"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倍点，点</w:t>
      </w:r>
      <w:r>
        <w:pict>
          <v:shape id="_x0000_i718084"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132" o:title="eqId8455657dde27aabe6adb7b188e031c11"/>
            <o:lock v:ext="edit" aspectratio="t"/>
            <w10:wrap type="none"/>
            <w10:anchorlock/>
          </v:shape>
        </w:pict>
      </w:r>
      <w:r>
        <w:rPr>
          <w:rFonts w:ascii="宋体" w:hAnsi="宋体" w:eastAsia="宋体" w:cs="宋体"/>
          <w:color w:val="000000"/>
        </w:rPr>
        <w:t>不是</w:t>
      </w:r>
      <w:r>
        <w:pict>
          <v:shape id="_x0000_i718085"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3131" o:title="eqId13e82db0c7d2c362cf4a70027aaa19b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倍点，但点</w:t>
      </w:r>
      <w:r>
        <w:pict>
          <v:shape id="_x0000_i718086"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132" o:title="eqId8455657dde27aabe6adb7b188e031c11"/>
            <o:lock v:ext="edit" aspectratio="t"/>
            <w10:wrap type="none"/>
            <w10:anchorlock/>
          </v:shape>
        </w:pict>
      </w:r>
      <w:r>
        <w:rPr>
          <w:rFonts w:ascii="宋体" w:hAnsi="宋体" w:eastAsia="宋体" w:cs="宋体"/>
          <w:color w:val="000000"/>
        </w:rPr>
        <w:t>是</w:t>
      </w:r>
      <w:r>
        <w:pict>
          <v:shape id="_x0000_i718087" o:spt="75" alt="学科网(www.zxxk.com)--教育资源门户，提供试卷、教案、课件、论文、素材以及各类教学资源下载，还有大量而丰富的教学相关资讯！" type="#_x0000_t75" style="height:20.25pt;width:32.25pt;" o:ole="t" filled="f" o:preferrelative="t" stroked="f" coordsize="21600,21600">
            <v:path/>
            <v:fill on="f" focussize="0,0"/>
            <v:stroke on="f" joinstyle="miter"/>
            <v:imagedata r:id="rId3133" o:title="eqIdb2fc5eea070926e164331a5b76076e9f"/>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倍点，根据这个定义解决下面问题：</w:t>
      </w:r>
    </w:p>
    <w:p>
      <w:pPr>
        <w:spacing w:line="360" w:lineRule="auto"/>
        <w:jc w:val="both"/>
        <w:textAlignment w:val="center"/>
        <w:rPr>
          <w:color w:val="000000"/>
        </w:rPr>
      </w:pPr>
      <w:r>
        <w:rPr>
          <w:color w:val="000000"/>
        </w:rPr>
        <w:drawing>
          <wp:inline distT="0" distB="0" distL="114300" distR="114300">
            <wp:extent cx="3933825" cy="619125"/>
            <wp:effectExtent l="0" t="0" r="0" b="0"/>
            <wp:docPr id="3749"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 name="图片 100023" descr="学科网(www.zxxk.com)--教育资源门户，提供试卷、教案、课件、论文、素材以及各类教学资源下载，还有大量而丰富的教学相关资讯！"/>
                    <pic:cNvPicPr>
                      <a:picLocks noChangeAspect="1"/>
                    </pic:cNvPicPr>
                  </pic:nvPicPr>
                  <pic:blipFill>
                    <a:blip r:embed="rId3134"/>
                    <a:stretch>
                      <a:fillRect/>
                    </a:stretch>
                  </pic:blipFill>
                  <pic:spPr>
                    <a:xfrm>
                      <a:off x="0" y="0"/>
                      <a:ext cx="3933825" cy="619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中，点</w:t>
      </w:r>
      <w:r>
        <w:pict>
          <v:shape id="_x0000_i71808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135" o:title="eqId5963abe8f421bd99a2aaa94831a951e9"/>
            <o:lock v:ext="edit" aspectratio="t"/>
            <w10:wrap type="none"/>
            <w10:anchorlock/>
          </v:shape>
        </w:pict>
      </w:r>
      <w:r>
        <w:rPr>
          <w:rFonts w:ascii="Times New Roman" w:hAnsi="Times New Roman" w:eastAsia="Times New Roman" w:cs="Times New Roman"/>
          <w:color w:val="000000"/>
        </w:rPr>
        <w:t>______</w:t>
      </w:r>
      <w:r>
        <w:pict>
          <v:shape id="_x0000_i718089"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3136" o:title="eqIdf1d0569d1ce4a5a166dd66f63afde4e1"/>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倍点（填写“是”或“不是”）；</w:t>
      </w:r>
      <w:r>
        <w:pict>
          <v:shape id="_x0000_i718090"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3137" o:title="eqId668edbc83df4383afc5107f3e15bbb04"/>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倍点是点</w:t>
      </w:r>
      <w:r>
        <w:rPr>
          <w:rFonts w:ascii="Times New Roman" w:hAnsi="Times New Roman" w:eastAsia="Times New Roman" w:cs="Times New Roman"/>
          <w:color w:val="000000"/>
        </w:rPr>
        <w:t>______</w:t>
      </w:r>
      <w:r>
        <w:rPr>
          <w:rFonts w:ascii="宋体" w:hAnsi="宋体" w:eastAsia="宋体" w:cs="宋体"/>
          <w:color w:val="000000"/>
        </w:rPr>
        <w:t>（填写</w:t>
      </w:r>
      <w:r>
        <w:pict>
          <v:shape id="_x0000_i71809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135" o:title="eqId5963abe8f421bd99a2aaa94831a951e9"/>
            <o:lock v:ext="edit" aspectratio="t"/>
            <w10:wrap type="none"/>
            <w10:anchorlock/>
          </v:shape>
        </w:pict>
      </w:r>
      <w:r>
        <w:rPr>
          <w:rFonts w:ascii="宋体" w:hAnsi="宋体" w:eastAsia="宋体" w:cs="宋体"/>
          <w:color w:val="000000"/>
        </w:rPr>
        <w:t>或</w:t>
      </w:r>
      <w:r>
        <w:pict>
          <v:shape id="_x0000_i71809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138" o:title="eqId7f9e8449aad35c5d840a3395ea86df6d"/>
            <o:lock v:ext="edit" aspectratio="t"/>
            <w10:wrap type="none"/>
            <w10:anchorlock/>
          </v:shape>
        </w:pict>
      </w:r>
      <w:r>
        <w:rPr>
          <w:rFonts w:ascii="宋体" w:hAnsi="宋体" w:eastAsia="宋体" w:cs="宋体"/>
          <w:color w:val="000000"/>
        </w:rPr>
        <w:t>或</w:t>
      </w:r>
      <w:r>
        <w:pict>
          <v:shape id="_x0000_i71809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139" o:title="eqIdc5db41a1f31d6baee7c69990811edb9f"/>
            <o:lock v:ext="edit" aspectratio="t"/>
            <w10:wrap type="none"/>
            <w10:anchorlock/>
          </v:shape>
        </w:pict>
      </w:r>
      <w:r>
        <w:rPr>
          <w:rFonts w:ascii="宋体" w:hAnsi="宋体" w:eastAsia="宋体" w:cs="宋体"/>
          <w:color w:val="000000"/>
        </w:rPr>
        <w:t>或</w:t>
      </w:r>
      <w:r>
        <w:pict>
          <v:shape id="_x0000_i718094"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3140" o:title="eqId8455657dde27aabe6adb7b188e031c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1809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141" o:title="eqIdac047e91852b91af639feec23a9598b2"/>
            <o:lock v:ext="edit" aspectratio="t"/>
            <w10:wrap type="none"/>
            <w10:anchorlock/>
          </v:shape>
        </w:pict>
      </w:r>
      <w:r>
        <w:rPr>
          <w:rFonts w:ascii="宋体" w:hAnsi="宋体" w:eastAsia="宋体" w:cs="宋体"/>
          <w:color w:val="000000"/>
        </w:rPr>
        <w:t>、</w:t>
      </w:r>
      <w:r>
        <w:pict>
          <v:shape id="_x0000_i71809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142" o:title="eqId54a5d7d3b6b63fe5c24c3907b7a8eaa3"/>
            <o:lock v:ext="edit" aspectratio="t"/>
            <w10:wrap type="none"/>
            <w10:anchorlock/>
          </v:shape>
        </w:pict>
      </w:r>
      <w:r>
        <w:rPr>
          <w:rFonts w:ascii="宋体" w:hAnsi="宋体" w:eastAsia="宋体" w:cs="宋体"/>
          <w:color w:val="000000"/>
        </w:rPr>
        <w:t>为数轴上两点，点</w:t>
      </w:r>
      <w:r>
        <w:pict>
          <v:shape id="_x0000_i71809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141" o:title="eqIdac047e91852b91af639feec23a9598b2"/>
            <o:lock v:ext="edit" aspectratio="t"/>
            <w10:wrap type="none"/>
            <w10:anchorlock/>
          </v:shape>
        </w:pict>
      </w:r>
      <w:r>
        <w:rPr>
          <w:rFonts w:ascii="宋体" w:hAnsi="宋体" w:eastAsia="宋体" w:cs="宋体"/>
          <w:color w:val="000000"/>
        </w:rPr>
        <w:t>表示的数是</w:t>
      </w:r>
      <w:r>
        <w:pict>
          <v:shape id="_x0000_i718098"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3143" o:title="eqId81fb134b2b48acc99213fff6ccfee65f"/>
            <o:lock v:ext="edit" aspectratio="t"/>
            <w10:wrap type="none"/>
            <w10:anchorlock/>
          </v:shape>
        </w:pict>
      </w:r>
      <w:r>
        <w:rPr>
          <w:rFonts w:ascii="宋体" w:hAnsi="宋体" w:eastAsia="宋体" w:cs="宋体"/>
          <w:color w:val="000000"/>
        </w:rPr>
        <w:t>，点</w:t>
      </w:r>
      <w:r>
        <w:pict>
          <v:shape id="_x0000_i718099"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142" o:title="eqId54a5d7d3b6b63fe5c24c3907b7a8eaa3"/>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5</w:t>
      </w:r>
      <w:r>
        <w:rPr>
          <w:rFonts w:ascii="宋体" w:hAnsi="宋体" w:eastAsia="宋体" w:cs="宋体"/>
          <w:color w:val="000000"/>
        </w:rPr>
        <w:t>，若点</w:t>
      </w:r>
      <w:r>
        <w:pict>
          <v:shape id="_x0000_i71810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44" o:title="eqId2a30f3a8b673cc28bd90c50cf1a35281"/>
            <o:lock v:ext="edit" aspectratio="t"/>
            <w10:wrap type="none"/>
            <w10:anchorlock/>
          </v:shape>
        </w:pict>
      </w:r>
      <w:r>
        <w:rPr>
          <w:rFonts w:ascii="宋体" w:hAnsi="宋体" w:eastAsia="宋体" w:cs="宋体"/>
          <w:color w:val="000000"/>
        </w:rPr>
        <w:t>是</w:t>
      </w:r>
      <w:r>
        <w:pict>
          <v:shape id="_x0000_i718101" o:spt="75" alt="学科网(www.zxxk.com)--教育资源门户，提供试卷、教案、课件、论文、素材以及各类教学资源下载，还有大量而丰富的教学相关资讯！" type="#_x0000_t75" style="height:20.4pt;width:38.4pt;" o:ole="t" filled="f" o:preferrelative="t" stroked="f" coordsize="21600,21600">
            <v:path/>
            <v:fill on="f" focussize="0,0"/>
            <v:stroke on="f" joinstyle="miter"/>
            <v:imagedata r:id="rId3145" o:title="eqId85c9635c58e5df20634af8f685475809"/>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倍点，则点</w:t>
      </w:r>
      <w:r>
        <w:pict>
          <v:shape id="_x0000_i71810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44" o:title="eqId2a30f3a8b673cc28bd90c50cf1a35281"/>
            <o:lock v:ext="edit" aspectratio="t"/>
            <w10:wrap type="none"/>
            <w10:anchorlock/>
          </v:shape>
        </w:pict>
      </w:r>
      <w:r>
        <w:rPr>
          <w:rFonts w:ascii="宋体" w:hAnsi="宋体" w:eastAsia="宋体" w:cs="宋体"/>
          <w:color w:val="000000"/>
        </w:rPr>
        <w:t>表示的数是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1810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146" o:title="eqIddad2a36927223bd70f426ba06aea4b45"/>
            <o:lock v:ext="edit" aspectratio="t"/>
            <w10:wrap type="none"/>
            <w10:anchorlock/>
          </v:shape>
        </w:pict>
      </w:r>
      <w:r>
        <w:rPr>
          <w:rFonts w:ascii="宋体" w:hAnsi="宋体" w:eastAsia="宋体" w:cs="宋体"/>
          <w:color w:val="000000"/>
        </w:rPr>
        <w:t>、</w:t>
      </w:r>
      <w:r>
        <w:pict>
          <v:shape id="_x0000_i718104"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147" o:title="eqIdacc290b44635265137fdf13146b6a6d9"/>
            <o:lock v:ext="edit" aspectratio="t"/>
            <w10:wrap type="none"/>
            <w10:anchorlock/>
          </v:shape>
        </w:pict>
      </w:r>
      <w:r>
        <w:rPr>
          <w:rFonts w:ascii="宋体" w:hAnsi="宋体" w:eastAsia="宋体" w:cs="宋体"/>
          <w:color w:val="000000"/>
        </w:rPr>
        <w:t>为数轴上两点，点</w:t>
      </w:r>
      <w:r>
        <w:pict>
          <v:shape id="_x0000_i71810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146" o:title="eqIddad2a36927223bd70f426ba06aea4b45"/>
            <o:lock v:ext="edit" aspectratio="t"/>
            <w10:wrap type="none"/>
            <w10:anchorlock/>
          </v:shape>
        </w:pict>
      </w:r>
      <w:r>
        <w:rPr>
          <w:rFonts w:ascii="宋体" w:hAnsi="宋体" w:eastAsia="宋体" w:cs="宋体"/>
          <w:color w:val="000000"/>
        </w:rPr>
        <w:t>在点</w:t>
      </w:r>
      <w:r>
        <w:pict>
          <v:shape id="_x0000_i71810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147" o:title="eqIdacc290b44635265137fdf13146b6a6d9"/>
            <o:lock v:ext="edit" aspectratio="t"/>
            <w10:wrap type="none"/>
            <w10:anchorlock/>
          </v:shape>
        </w:pict>
      </w:r>
      <w:r>
        <w:rPr>
          <w:rFonts w:ascii="宋体" w:hAnsi="宋体" w:eastAsia="宋体" w:cs="宋体"/>
          <w:color w:val="000000"/>
        </w:rPr>
        <w:t>的左侧，</w:t>
      </w:r>
      <w:r>
        <w:pict>
          <v:shape id="_x0000_i718107"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3148" o:title="eqIdc349e9605f47f5fa74d6aa22d424de6f"/>
            <o:lock v:ext="edit" aspectratio="t"/>
            <w10:wrap type="none"/>
            <w10:anchorlock/>
          </v:shape>
        </w:pict>
      </w:r>
      <w:r>
        <w:rPr>
          <w:rFonts w:ascii="宋体" w:hAnsi="宋体" w:eastAsia="宋体" w:cs="宋体"/>
          <w:color w:val="000000"/>
        </w:rPr>
        <w:t>，一动点</w:t>
      </w:r>
      <w:r>
        <w:pict>
          <v:shape id="_x0000_i71810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149" o:title="eqId73465a1f9aa03481295bf6bd3c6903ac"/>
            <o:lock v:ext="edit" aspectratio="t"/>
            <w10:wrap type="none"/>
            <w10:anchorlock/>
          </v:shape>
        </w:pict>
      </w:r>
      <w:r>
        <w:rPr>
          <w:rFonts w:ascii="宋体" w:hAnsi="宋体" w:eastAsia="宋体" w:cs="宋体"/>
          <w:color w:val="000000"/>
        </w:rPr>
        <w:t>从点</w:t>
      </w:r>
      <w:r>
        <w:pict>
          <v:shape id="_x0000_i71810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146" o:title="eqIddad2a36927223bd70f426ba06aea4b45"/>
            <o:lock v:ext="edit" aspectratio="t"/>
            <w10:wrap type="none"/>
            <w10:anchorlock/>
          </v:shape>
        </w:pict>
      </w:r>
      <w:r>
        <w:rPr>
          <w:rFonts w:ascii="宋体" w:hAnsi="宋体" w:eastAsia="宋体" w:cs="宋体"/>
          <w:color w:val="000000"/>
        </w:rPr>
        <w:t>出发，以每秒</w:t>
      </w:r>
      <w:r>
        <w:rPr>
          <w:rFonts w:ascii="Times New Roman" w:hAnsi="Times New Roman" w:eastAsia="Times New Roman" w:cs="Times New Roman"/>
          <w:color w:val="000000"/>
        </w:rPr>
        <w:t>3</w:t>
      </w:r>
      <w:r>
        <w:rPr>
          <w:rFonts w:ascii="宋体" w:hAnsi="宋体" w:eastAsia="宋体" w:cs="宋体"/>
          <w:color w:val="000000"/>
        </w:rPr>
        <w:t>个单位长度的速度沿数轴向右运动，设运动时间为</w:t>
      </w:r>
      <w:r>
        <w:pict>
          <v:shape id="_x0000_i718110"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150" o:title="eqId36a1b09c653185842513e24ebba60bb3"/>
            <o:lock v:ext="edit" aspectratio="t"/>
            <w10:wrap type="none"/>
            <w10:anchorlock/>
          </v:shape>
        </w:pict>
      </w:r>
      <w:r>
        <w:rPr>
          <w:rFonts w:ascii="宋体" w:hAnsi="宋体" w:eastAsia="宋体" w:cs="宋体"/>
          <w:color w:val="000000"/>
        </w:rPr>
        <w:t>秒，求当</w:t>
      </w:r>
      <w:r>
        <w:pict>
          <v:shape id="_x0000_i718111"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150" o:title="eqId36a1b09c653185842513e24ebba60bb3"/>
            <o:lock v:ext="edit" aspectratio="t"/>
            <w10:wrap type="none"/>
            <w10:anchorlock/>
          </v:shape>
        </w:pict>
      </w:r>
      <w:r>
        <w:rPr>
          <w:rFonts w:ascii="宋体" w:hAnsi="宋体" w:eastAsia="宋体" w:cs="宋体"/>
          <w:color w:val="000000"/>
        </w:rPr>
        <w:t>为何值时，点</w:t>
      </w:r>
      <w:r>
        <w:pict>
          <v:shape id="_x0000_i718112"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149" o:title="eqId73465a1f9aa03481295bf6bd3c6903ac"/>
            <o:lock v:ext="edit" aspectratio="t"/>
            <w10:wrap type="none"/>
            <w10:anchorlock/>
          </v:shape>
        </w:pict>
      </w:r>
      <w:r>
        <w:rPr>
          <w:rFonts w:ascii="宋体" w:hAnsi="宋体" w:eastAsia="宋体" w:cs="宋体"/>
          <w:color w:val="000000"/>
        </w:rPr>
        <w:t>恰好是</w:t>
      </w:r>
      <w:r>
        <w:pict>
          <v:shape id="_x0000_i71811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146" o:title="eqIddad2a36927223bd70f426ba06aea4b45"/>
            <o:lock v:ext="edit" aspectratio="t"/>
            <w10:wrap type="none"/>
            <w10:anchorlock/>
          </v:shape>
        </w:pict>
      </w:r>
      <w:r>
        <w:rPr>
          <w:rFonts w:ascii="宋体" w:hAnsi="宋体" w:eastAsia="宋体" w:cs="宋体"/>
          <w:color w:val="000000"/>
        </w:rPr>
        <w:t>和</w:t>
      </w:r>
      <w:r>
        <w:pict>
          <v:shape id="_x0000_i718114"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147" o:title="eqIdacc290b44635265137fdf13146b6a6d9"/>
            <o:lock v:ext="edit" aspectratio="t"/>
            <w10:wrap type="none"/>
            <w10:anchorlock/>
          </v:shape>
        </w:pict>
      </w:r>
      <w:r>
        <w:rPr>
          <w:rFonts w:ascii="宋体" w:hAnsi="宋体" w:eastAsia="宋体" w:cs="宋体"/>
          <w:color w:val="000000"/>
        </w:rPr>
        <w:t>两点的</w:t>
      </w:r>
      <w:r>
        <w:rPr>
          <w:rFonts w:ascii="Times New Roman" w:hAnsi="Times New Roman" w:eastAsia="Times New Roman" w:cs="Times New Roman"/>
          <w:color w:val="000000"/>
        </w:rPr>
        <w:t>3</w:t>
      </w:r>
      <w:r>
        <w:rPr>
          <w:rFonts w:ascii="宋体" w:hAnsi="宋体" w:eastAsia="宋体" w:cs="宋体"/>
          <w:color w:val="000000"/>
        </w:rPr>
        <w:t>倍点？（用含</w:t>
      </w:r>
      <w:r>
        <w:pict>
          <v:shape id="_x0000_i71811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151" o:title="eqId0a6936d370d6a238a608ca56f87198de"/>
            <o:lock v:ext="edit" aspectratio="t"/>
            <w10:wrap type="none"/>
            <w10:anchorlock/>
          </v:shape>
        </w:pict>
      </w:r>
      <w:r>
        <w:rPr>
          <w:rFonts w:ascii="宋体" w:hAnsi="宋体" w:eastAsia="宋体" w:cs="宋体"/>
          <w:color w:val="000000"/>
        </w:rPr>
        <w:t>的代数式表示）．</w:t>
      </w:r>
    </w:p>
    <w:p>
      <w:pPr>
        <w:spacing w:line="360" w:lineRule="auto"/>
        <w:textAlignment w:val="center"/>
        <w:rPr>
          <w:color w:val="000000"/>
        </w:rPr>
      </w:pPr>
      <w:r>
        <w:rPr>
          <w:color w:val="2E75B6"/>
        </w:rPr>
        <w:t>【答案】</w:t>
      </w:r>
      <w:r>
        <w:rPr>
          <w:color w:val="000000"/>
        </w:rPr>
        <w:t>（1）</w:t>
      </w:r>
      <w:r>
        <w:rPr>
          <w:rFonts w:ascii="新宋体" w:hAnsi="新宋体" w:eastAsia="新宋体" w:cs="新宋体"/>
          <w:color w:val="000000"/>
        </w:rPr>
        <w:t>是，</w:t>
      </w:r>
      <w:r>
        <w:pict>
          <v:shape id="_x0000_i71811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152" o:title="eqId7f9e8449aad35c5d840a3395ea86df6d"/>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3</w:t>
      </w:r>
      <w:r>
        <w:rPr>
          <w:rFonts w:ascii="新宋体" w:hAnsi="新宋体" w:eastAsia="新宋体" w:cs="新宋体"/>
          <w:color w:val="000000"/>
        </w:rPr>
        <w:t>或</w:t>
      </w:r>
      <w:r>
        <w:rPr>
          <w:rFonts w:ascii="Times New Roman" w:hAnsi="Times New Roman" w:eastAsia="Times New Roman" w:cs="Times New Roman"/>
          <w:color w:val="000000"/>
        </w:rPr>
        <w:t>9</w:t>
      </w:r>
      <w:r>
        <w:rPr>
          <w:color w:val="000000"/>
        </w:rPr>
        <w:t xml:space="preserve">    （3）</w:t>
      </w:r>
      <w:r>
        <w:rPr>
          <w:rFonts w:ascii="新宋体" w:hAnsi="新宋体" w:eastAsia="新宋体" w:cs="新宋体"/>
          <w:color w:val="000000"/>
        </w:rPr>
        <w:t>当</w:t>
      </w:r>
      <w:r>
        <w:pict>
          <v:shape id="_x0000_i718117" o:spt="75" alt="学科网(www.zxxk.com)--教育资源门户，提供试卷、教案、课件、论文、素材以及各类教学资源下载，还有大量而丰富的教学相关资讯！" type="#_x0000_t75" style="height:30.8pt;width:34.95pt;" o:ole="t" filled="f" o:preferrelative="t" stroked="f" coordsize="21600,21600">
            <v:path/>
            <v:fill on="f" focussize="0,0"/>
            <v:stroke on="f" joinstyle="miter"/>
            <v:imagedata r:id="rId3153" o:title="eqId67d76cb2d44f7ce0323144a098cd7b52"/>
            <o:lock v:ext="edit" aspectratio="t"/>
            <w10:wrap type="none"/>
            <w10:anchorlock/>
          </v:shape>
        </w:pict>
      </w:r>
      <w:r>
        <w:rPr>
          <w:rFonts w:ascii="新宋体" w:hAnsi="新宋体" w:eastAsia="新宋体" w:cs="新宋体"/>
          <w:color w:val="000000"/>
        </w:rPr>
        <w:t>或</w:t>
      </w:r>
      <w:r>
        <w:pict>
          <v:shape id="_x0000_i718118" o:spt="75" alt="学科网(www.zxxk.com)--教育资源门户，提供试卷、教案、课件、论文、素材以及各类教学资源下载，还有大量而丰富的教学相关资讯！" type="#_x0000_t75" style="height:27.75pt;width:30.75pt;" o:ole="t" filled="f" o:preferrelative="t" stroked="f" coordsize="21600,21600">
            <v:path/>
            <v:fill on="f" focussize="0,0"/>
            <v:stroke on="f" joinstyle="miter"/>
            <v:imagedata r:id="rId3154" o:title="eqIdbfb33a6962e464cfe2851fc6fcec3d8b"/>
            <o:lock v:ext="edit" aspectratio="t"/>
            <w10:wrap type="none"/>
            <w10:anchorlock/>
          </v:shape>
        </w:pict>
      </w:r>
      <w:r>
        <w:rPr>
          <w:rFonts w:ascii="新宋体" w:hAnsi="新宋体" w:eastAsia="新宋体" w:cs="新宋体"/>
          <w:color w:val="000000"/>
        </w:rPr>
        <w:t>或</w:t>
      </w:r>
      <w:r>
        <w:pict>
          <v:shape id="_x0000_i718119" o:spt="75" alt="学科网(www.zxxk.com)--教育资源门户，提供试卷、教案、课件、论文、素材以及各类教学资源下载，还有大量而丰富的教学相关资讯！" type="#_x0000_t75" style="height:30.8pt;width:39.95pt;" o:ole="t" filled="f" o:preferrelative="t" stroked="f" coordsize="21600,21600">
            <v:path/>
            <v:fill on="f" focussize="0,0"/>
            <v:stroke on="f" joinstyle="miter"/>
            <v:imagedata r:id="rId3155" o:title="eqIdad316cf6b2a111bc97c153bbb8dfb3d4"/>
            <o:lock v:ext="edit" aspectratio="t"/>
            <w10:wrap type="none"/>
            <w10:anchorlock/>
          </v:shape>
        </w:pict>
      </w:r>
      <w:r>
        <w:rPr>
          <w:rFonts w:ascii="新宋体" w:hAnsi="新宋体" w:eastAsia="新宋体" w:cs="新宋体"/>
          <w:color w:val="000000"/>
        </w:rPr>
        <w:t>时，点</w:t>
      </w:r>
      <w:r>
        <w:pict>
          <v:shape id="_x0000_i71812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156" o:title="eqId73465a1f9aa03481295bf6bd3c6903ac"/>
            <o:lock v:ext="edit" aspectratio="t"/>
            <w10:wrap type="none"/>
            <w10:anchorlock/>
          </v:shape>
        </w:pict>
      </w:r>
      <w:r>
        <w:rPr>
          <w:rFonts w:ascii="新宋体" w:hAnsi="新宋体" w:eastAsia="新宋体" w:cs="新宋体"/>
          <w:color w:val="000000"/>
        </w:rPr>
        <w:t>恰好是</w:t>
      </w:r>
      <w:r>
        <w:pict>
          <v:shape id="_x0000_i71812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157" o:title="eqIddad2a36927223bd70f426ba06aea4b45"/>
            <o:lock v:ext="edit" aspectratio="t"/>
            <w10:wrap type="none"/>
            <w10:anchorlock/>
          </v:shape>
        </w:pict>
      </w:r>
      <w:r>
        <w:rPr>
          <w:rFonts w:ascii="新宋体" w:hAnsi="新宋体" w:eastAsia="新宋体" w:cs="新宋体"/>
          <w:color w:val="000000"/>
        </w:rPr>
        <w:t>和</w:t>
      </w:r>
      <w:r>
        <w:pict>
          <v:shape id="_x0000_i718122"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158" o:title="eqIdacc290b44635265137fdf13146b6a6d9"/>
            <o:lock v:ext="edit" aspectratio="t"/>
            <w10:wrap type="none"/>
            <w10:anchorlock/>
          </v:shape>
        </w:pict>
      </w:r>
      <w:r>
        <w:rPr>
          <w:rFonts w:ascii="新宋体" w:hAnsi="新宋体" w:eastAsia="新宋体" w:cs="新宋体"/>
          <w:color w:val="000000"/>
        </w:rPr>
        <w:t>两点的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新宋体" w:hAnsi="新宋体" w:eastAsia="新宋体" w:cs="新宋体"/>
          <w:color w:val="000000"/>
        </w:rPr>
        <w:t>（</w:t>
      </w:r>
      <w:r>
        <w:rPr>
          <w:rFonts w:ascii="Times New Roman" w:hAnsi="Times New Roman" w:eastAsia="Times New Roman" w:cs="Times New Roman"/>
          <w:color w:val="000000"/>
        </w:rPr>
        <w:t>1</w:t>
      </w:r>
      <w:r>
        <w:rPr>
          <w:rFonts w:ascii="新宋体" w:hAnsi="新宋体" w:eastAsia="新宋体" w:cs="新宋体"/>
          <w:color w:val="000000"/>
        </w:rPr>
        <w:t>）根据图形可直接解得；</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2</w:t>
      </w:r>
      <w:r>
        <w:rPr>
          <w:rFonts w:ascii="新宋体" w:hAnsi="新宋体" w:eastAsia="新宋体" w:cs="新宋体"/>
          <w:color w:val="000000"/>
        </w:rPr>
        <w:t>）由</w:t>
      </w:r>
      <w:r>
        <w:pict>
          <v:shape id="_x0000_i718123"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3159" o:title="eqId4e52176eeb14b4e7ae2b44bfba94df38"/>
            <o:lock v:ext="edit" aspectratio="t"/>
            <w10:wrap type="none"/>
            <w10:anchorlock/>
          </v:shape>
        </w:pict>
      </w:r>
      <w:r>
        <w:rPr>
          <w:rFonts w:ascii="新宋体" w:hAnsi="新宋体" w:eastAsia="新宋体" w:cs="新宋体"/>
          <w:color w:val="000000"/>
        </w:rPr>
        <w:t>，点</w:t>
      </w:r>
      <w:r>
        <w:pict>
          <v:shape id="_x0000_i71812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60" o:title="eqId2a30f3a8b673cc28bd90c50cf1a35281"/>
            <o:lock v:ext="edit" aspectratio="t"/>
            <w10:wrap type="none"/>
            <w10:anchorlock/>
          </v:shape>
        </w:pict>
      </w:r>
      <w:r>
        <w:rPr>
          <w:rFonts w:ascii="新宋体" w:hAnsi="新宋体" w:eastAsia="新宋体" w:cs="新宋体"/>
          <w:color w:val="000000"/>
        </w:rPr>
        <w:t>在</w:t>
      </w:r>
      <w:r>
        <w:pict>
          <v:shape id="_x0000_i71812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161" o:title="eqIdac047e91852b91af639feec23a9598b2"/>
            <o:lock v:ext="edit" aspectratio="t"/>
            <w10:wrap type="none"/>
            <w10:anchorlock/>
          </v:shape>
        </w:pict>
      </w:r>
      <w:r>
        <w:rPr>
          <w:rFonts w:ascii="新宋体" w:hAnsi="新宋体" w:eastAsia="新宋体" w:cs="新宋体"/>
          <w:color w:val="000000"/>
        </w:rPr>
        <w:t>，</w:t>
      </w:r>
      <w:r>
        <w:pict>
          <v:shape id="_x0000_i71812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162" o:title="eqId54a5d7d3b6b63fe5c24c3907b7a8eaa3"/>
            <o:lock v:ext="edit" aspectratio="t"/>
            <w10:wrap type="none"/>
            <w10:anchorlock/>
          </v:shape>
        </w:pict>
      </w:r>
      <w:r>
        <w:rPr>
          <w:rFonts w:ascii="新宋体" w:hAnsi="新宋体" w:eastAsia="新宋体" w:cs="新宋体"/>
          <w:color w:val="000000"/>
        </w:rPr>
        <w:t>之间和</w:t>
      </w:r>
      <w:r>
        <w:pict>
          <v:shape id="_x0000_i71812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162" o:title="eqId54a5d7d3b6b63fe5c24c3907b7a8eaa3"/>
            <o:lock v:ext="edit" aspectratio="t"/>
            <w10:wrap type="none"/>
            <w10:anchorlock/>
          </v:shape>
        </w:pict>
      </w:r>
      <w:r>
        <w:rPr>
          <w:rFonts w:ascii="新宋体" w:hAnsi="新宋体" w:eastAsia="新宋体" w:cs="新宋体"/>
          <w:color w:val="000000"/>
        </w:rPr>
        <w:t>点右侧，分别求出点</w:t>
      </w:r>
      <w:r>
        <w:pict>
          <v:shape id="_x0000_i71812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60" o:title="eqId2a30f3a8b673cc28bd90c50cf1a35281"/>
            <o:lock v:ext="edit" aspectratio="t"/>
            <w10:wrap type="none"/>
            <w10:anchorlock/>
          </v:shape>
        </w:pict>
      </w:r>
      <w:r>
        <w:rPr>
          <w:rFonts w:ascii="新宋体" w:hAnsi="新宋体" w:eastAsia="新宋体" w:cs="新宋体"/>
          <w:color w:val="000000"/>
        </w:rPr>
        <w:t>表示的数是</w:t>
      </w:r>
      <w:r>
        <w:rPr>
          <w:rFonts w:ascii="Times New Roman" w:hAnsi="Times New Roman" w:eastAsia="Times New Roman" w:cs="Times New Roman"/>
          <w:color w:val="000000"/>
        </w:rPr>
        <w:t>3</w:t>
      </w:r>
      <w:r>
        <w:rPr>
          <w:rFonts w:ascii="新宋体" w:hAnsi="新宋体" w:eastAsia="新宋体" w:cs="新宋体"/>
          <w:color w:val="000000"/>
        </w:rPr>
        <w:t>或</w:t>
      </w:r>
      <w:r>
        <w:rPr>
          <w:rFonts w:ascii="Times New Roman" w:hAnsi="Times New Roman" w:eastAsia="Times New Roman" w:cs="Times New Roman"/>
          <w:color w:val="000000"/>
        </w:rPr>
        <w:t>9</w: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w:t>
      </w:r>
      <w:r>
        <w:rPr>
          <w:rFonts w:ascii="Times New Roman" w:hAnsi="Times New Roman" w:eastAsia="Times New Roman" w:cs="Times New Roman"/>
          <w:color w:val="000000"/>
        </w:rPr>
        <w:t>3</w:t>
      </w:r>
      <w:r>
        <w:rPr>
          <w:rFonts w:ascii="新宋体" w:hAnsi="新宋体" w:eastAsia="新宋体" w:cs="新宋体"/>
          <w:color w:val="000000"/>
        </w:rPr>
        <w:t>）点</w:t>
      </w:r>
      <w:r>
        <w:pict>
          <v:shape id="_x0000_i718129"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163" o:title="eqId73465a1f9aa03481295bf6bd3c6903ac"/>
            <o:lock v:ext="edit" aspectratio="t"/>
            <w10:wrap type="none"/>
            <w10:anchorlock/>
          </v:shape>
        </w:pict>
      </w:r>
      <w:r>
        <w:rPr>
          <w:rFonts w:ascii="新宋体" w:hAnsi="新宋体" w:eastAsia="新宋体" w:cs="新宋体"/>
          <w:color w:val="000000"/>
        </w:rPr>
        <w:t>恰好是</w:t>
      </w:r>
      <w:r>
        <w:pict>
          <v:shape id="_x0000_i71813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164" o:title="eqIddad2a36927223bd70f426ba06aea4b45"/>
            <o:lock v:ext="edit" aspectratio="t"/>
            <w10:wrap type="none"/>
            <w10:anchorlock/>
          </v:shape>
        </w:pict>
      </w:r>
      <w:r>
        <w:rPr>
          <w:rFonts w:ascii="新宋体" w:hAnsi="新宋体" w:eastAsia="新宋体" w:cs="新宋体"/>
          <w:color w:val="000000"/>
        </w:rPr>
        <w:t>和</w:t>
      </w:r>
      <w:r>
        <w:pict>
          <v:shape id="_x0000_i71813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165" o:title="eqIdacc290b44635265137fdf13146b6a6d9"/>
            <o:lock v:ext="edit" aspectratio="t"/>
            <w10:wrap type="none"/>
            <w10:anchorlock/>
          </v:shape>
        </w:pict>
      </w:r>
      <w:r>
        <w:rPr>
          <w:rFonts w:ascii="Times New Roman" w:hAnsi="Times New Roman" w:eastAsia="Times New Roman" w:cs="Times New Roman"/>
          <w:color w:val="000000"/>
        </w:rPr>
        <w:t xml:space="preserve"> </w:t>
      </w:r>
      <w:r>
        <w:rPr>
          <w:rFonts w:ascii="新宋体" w:hAnsi="新宋体" w:eastAsia="新宋体" w:cs="新宋体"/>
          <w:color w:val="000000"/>
        </w:rPr>
        <w:t>两点的</w:t>
      </w:r>
      <w:r>
        <w:rPr>
          <w:rFonts w:ascii="Times New Roman" w:hAnsi="Times New Roman" w:eastAsia="Times New Roman" w:cs="Times New Roman"/>
          <w:color w:val="000000"/>
        </w:rPr>
        <w:t>3</w:t>
      </w:r>
      <w:r>
        <w:rPr>
          <w:rFonts w:ascii="新宋体" w:hAnsi="新宋体" w:eastAsia="新宋体" w:cs="新宋体"/>
          <w:color w:val="000000"/>
        </w:rPr>
        <w:t>倍点，可分得</w:t>
      </w:r>
      <w:r>
        <w:pict>
          <v:shape id="_x0000_i718132" o:spt="75" alt="学科网(www.zxxk.com)--教育资源门户，提供试卷、教案、课件、论文、素材以及各类教学资源下载，还有大量而丰富的教学相关资讯！" type="#_x0000_t75" style="height:16pt;width:65.5pt;" o:ole="t" filled="f" o:preferrelative="t" stroked="f" coordsize="21600,21600">
            <v:path/>
            <v:fill on="f" focussize="0,0"/>
            <v:stroke on="f" joinstyle="miter"/>
            <v:imagedata r:id="rId3166" o:title="eqIdc74e1da62e73da9d1b840fbe92d411fa"/>
            <o:lock v:ext="edit" aspectratio="t"/>
            <w10:wrap type="none"/>
            <w10:anchorlock/>
          </v:shape>
        </w:pict>
      </w:r>
      <w:r>
        <w:rPr>
          <w:rFonts w:ascii="新宋体" w:hAnsi="新宋体" w:eastAsia="新宋体" w:cs="新宋体"/>
          <w:color w:val="000000"/>
        </w:rPr>
        <w:t>或</w:t>
      </w:r>
      <w:r>
        <w:pict>
          <v:shape id="_x0000_i718133" o:spt="75" alt="学科网(www.zxxk.com)--教育资源门户，提供试卷、教案、课件、论文、素材以及各类教学资源下载，还有大量而丰富的教学相关资讯！" type="#_x0000_t75" style="height:16pt;width:65.5pt;" o:ole="t" filled="f" o:preferrelative="t" stroked="f" coordsize="21600,21600">
            <v:path/>
            <v:fill on="f" focussize="0,0"/>
            <v:stroke on="f" joinstyle="miter"/>
            <v:imagedata r:id="rId3167" o:title="eqId765132d6b608cadeb0cf730a36776509"/>
            <o:lock v:ext="edit" aspectratio="t"/>
            <w10:wrap type="none"/>
            <w10:anchorlock/>
          </v:shape>
        </w:pict>
      </w:r>
      <w:r>
        <w:rPr>
          <w:rFonts w:ascii="新宋体" w:hAnsi="新宋体" w:eastAsia="新宋体" w:cs="新宋体"/>
          <w:color w:val="000000"/>
        </w:rPr>
        <w:t>或</w:t>
      </w:r>
      <w:r>
        <w:pict>
          <v:shape id="_x0000_i718134" o:spt="75" alt="学科网(www.zxxk.com)--教育资源门户，提供试卷、教案、课件、论文、素材以及各类教学资源下载，还有大量而丰富的教学相关资讯！" type="#_x0000_t75" style="height:14.5pt;width:66pt;" o:ole="t" filled="f" o:preferrelative="t" stroked="f" coordsize="21600,21600">
            <v:path/>
            <v:fill on="f" focussize="0,0"/>
            <v:stroke on="f" joinstyle="miter"/>
            <v:imagedata r:id="rId3168" o:title="eqIddf2b5a016882451bf6120372d6c4f963"/>
            <o:lock v:ext="edit" aspectratio="t"/>
            <w10:wrap type="none"/>
            <w10:anchorlock/>
          </v:shape>
        </w:pict>
      </w:r>
      <w:r>
        <w:rPr>
          <w:rFonts w:ascii="新宋体" w:hAnsi="新宋体" w:eastAsia="新宋体" w:cs="新宋体"/>
          <w:color w:val="000000"/>
        </w:rPr>
        <w:t>，从而解得</w:t>
      </w:r>
      <w:r>
        <w:pict>
          <v:shape id="_x0000_i71813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169" o:title="eqId36a1b09c653185842513e24ebba60bb3"/>
            <o:lock v:ext="edit" aspectratio="t"/>
            <w10:wrap type="none"/>
            <w10:anchorlock/>
          </v:shape>
        </w:pict>
      </w:r>
      <w:r>
        <w:rPr>
          <w:rFonts w:ascii="新宋体" w:hAnsi="新宋体" w:eastAsia="新宋体" w:cs="新宋体"/>
          <w:color w:val="000000"/>
        </w:rPr>
        <w:t>与</w:t>
      </w:r>
      <w:r>
        <w:pict>
          <v:shape id="_x0000_i718136"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170" o:title="eqId0a6936d370d6a238a608ca56f87198de"/>
            <o:lock v:ext="edit" aspectratio="t"/>
            <w10:wrap type="none"/>
            <w10:anchorlock/>
          </v:shape>
        </w:pict>
      </w:r>
      <w:r>
        <w:rPr>
          <w:rFonts w:ascii="新宋体" w:hAnsi="新宋体" w:eastAsia="新宋体" w:cs="新宋体"/>
          <w:color w:val="000000"/>
        </w:rPr>
        <w:t>的关系．</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新宋体" w:hAnsi="新宋体" w:eastAsia="新宋体" w:cs="新宋体"/>
          <w:color w:val="000000"/>
        </w:rPr>
        <w:t>由图可知：</w:t>
      </w:r>
      <w:r>
        <w:pict>
          <v:shape id="_x0000_i718137"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3171" o:title="eqIde98a8ee55f8d77e8a669cea6c0c7547c"/>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813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172" o:title="eqIdf6edc66eda411bf767762e14bde9c9ff"/>
            <o:lock v:ext="edit" aspectratio="t"/>
            <w10:wrap type="none"/>
            <w10:anchorlock/>
          </v:shape>
        </w:pict>
      </w:r>
      <w:r>
        <w:rPr>
          <w:rFonts w:ascii="新宋体" w:hAnsi="新宋体" w:eastAsia="新宋体" w:cs="新宋体"/>
          <w:color w:val="000000"/>
        </w:rPr>
        <w:t>是</w:t>
      </w:r>
      <w:r>
        <w:pict>
          <v:shape id="_x0000_i718139"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3173" o:title="eqIdb3a095452043d46e7275cc2c3c76e5aa"/>
            <o:lock v:ext="edit" aspectratio="t"/>
            <w10:wrap type="none"/>
            <w10:anchorlock/>
          </v:shape>
        </w:pict>
      </w:r>
      <w:r>
        <w:rPr>
          <w:rFonts w:ascii="新宋体" w:hAnsi="新宋体" w:eastAsia="新宋体" w:cs="新宋体"/>
          <w:color w:val="000000"/>
        </w:rPr>
        <w:t>，</w:t>
      </w:r>
      <w:r>
        <w:pict>
          <v:shape id="_x0000_i718140" o:spt="75" alt="学科网(www.zxxk.com)--教育资源门户，提供试卷、教案、课件、论文、素材以及各类教学资源下载，还有大量而丰富的教学相关资讯！" type="#_x0000_t75" style="height:16pt;width:17.5pt;" o:ole="t" filled="f" o:preferrelative="t" stroked="f" coordsize="21600,21600">
            <v:path/>
            <v:fill on="f" focussize="0,0"/>
            <v:stroke on="f" joinstyle="miter"/>
            <v:imagedata r:id="rId3174" o:title="eqId4a8cd1d14bbe6da0455189d16b40f21f"/>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8141" o:spt="75" alt="学科网(www.zxxk.com)--教育资源门户，提供试卷、教案、课件、论文、素材以及各类教学资源下载，还有大量而丰富的教学相关资讯！" type="#_x0000_t75" style="height:14.5pt;width:64pt;" o:ole="t" filled="f" o:preferrelative="t" stroked="f" coordsize="21600,21600">
            <v:path/>
            <v:fill on="f" focussize="0,0"/>
            <v:stroke on="f" joinstyle="miter"/>
            <v:imagedata r:id="rId3175" o:title="eqIde1dea0f2bf2bdb9f9bc107c9d07d390d"/>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8142" o:spt="75" alt="学科网(www.zxxk.com)--教育资源门户，提供试卷、教案、课件、论文、素材以及各类教学资源下载，还有大量而丰富的教学相关资讯！" type="#_x0000_t75" style="height:16pt;width:26.5pt;" o:ole="t" filled="f" o:preferrelative="t" stroked="f" coordsize="21600,21600">
            <v:path/>
            <v:fill on="f" focussize="0,0"/>
            <v:stroke on="f" joinstyle="miter"/>
            <v:imagedata r:id="rId3176" o:title="eqIdab63cf59d9700d94dd26cb80b92c119d"/>
            <o:lock v:ext="edit" aspectratio="t"/>
            <w10:wrap type="none"/>
            <w10:anchorlock/>
          </v:shape>
        </w:pict>
      </w:r>
      <w:r>
        <w:rPr>
          <w:rFonts w:ascii="新宋体" w:hAnsi="新宋体" w:eastAsia="新宋体" w:cs="新宋体"/>
          <w:color w:val="000000"/>
        </w:rPr>
        <w:t>，</w:t>
      </w:r>
      <w:r>
        <w:pict>
          <v:shape id="_x0000_i718143"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3177" o:title="eqIde5f422a98b7bfc20352f72a3a8c09e05"/>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倍点是点</w:t>
      </w:r>
      <w:r>
        <w:pict>
          <v:shape id="_x0000_i71814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178" o:title="eqId7f9e8449aad35c5d840a3395ea86df6d"/>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故答案为：是，</w:t>
      </w:r>
      <w:r>
        <w:pict>
          <v:shape id="_x0000_i71814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179" o:title="eqId7f9e8449aad35c5d840a3395ea86df6d"/>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pict>
          <v:shape id="_x0000_i718146" o:spt="75" alt="学科网(www.zxxk.com)--教育资源门户，提供试卷、教案、课件、论文、素材以及各类教学资源下载，还有大量而丰富的教学相关资讯！" type="#_x0000_t75" style="height:16pt;width:98.5pt;" o:ole="t" filled="f" o:preferrelative="t" stroked="f" coordsize="21600,21600">
            <v:path/>
            <v:fill on="f" focussize="0,0"/>
            <v:stroke on="f" joinstyle="miter"/>
            <v:imagedata r:id="rId3180" o:title="eqId097776b35e12f5871bf68261dd7122e2"/>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当点</w:t>
      </w:r>
      <w:r>
        <w:pict>
          <v:shape id="_x0000_i718147"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81" o:title="eqId2a30f3a8b673cc28bd90c50cf1a35281"/>
            <o:lock v:ext="edit" aspectratio="t"/>
            <w10:wrap type="none"/>
            <w10:anchorlock/>
          </v:shape>
        </w:pict>
      </w:r>
      <w:r>
        <w:rPr>
          <w:rFonts w:ascii="新宋体" w:hAnsi="新宋体" w:eastAsia="新宋体" w:cs="新宋体"/>
          <w:color w:val="000000"/>
        </w:rPr>
        <w:t>在线段</w:t>
      </w:r>
      <w:r>
        <w:pict>
          <v:shape id="_x0000_i71814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182" o:title="eqId411461db15ee8086332c531e086c40c7"/>
            <o:lock v:ext="edit" aspectratio="t"/>
            <w10:wrap type="none"/>
            <w10:anchorlock/>
          </v:shape>
        </w:pict>
      </w:r>
      <w:r>
        <w:rPr>
          <w:rFonts w:ascii="新宋体" w:hAnsi="新宋体" w:eastAsia="新宋体" w:cs="新宋体"/>
          <w:color w:val="000000"/>
        </w:rPr>
        <w:t>上时，</w:t>
      </w:r>
    </w:p>
    <w:p>
      <w:pPr>
        <w:spacing w:line="360" w:lineRule="auto"/>
        <w:jc w:val="both"/>
        <w:textAlignment w:val="center"/>
        <w:rPr>
          <w:color w:val="000000"/>
        </w:rPr>
      </w:pPr>
      <w:r>
        <w:pict>
          <v:shape id="_x0000_i71814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183" o:title="eqId16f3d198e76391779fa3badc848c8ac8"/>
            <o:lock v:ext="edit" aspectratio="t"/>
            <w10:wrap type="none"/>
            <w10:anchorlock/>
          </v:shape>
        </w:pict>
      </w:r>
      <w:r>
        <w:rPr>
          <w:rFonts w:ascii="新宋体" w:hAnsi="新宋体" w:eastAsia="新宋体" w:cs="新宋体"/>
          <w:color w:val="000000"/>
        </w:rPr>
        <w:t>点</w:t>
      </w:r>
      <w:r>
        <w:pict>
          <v:shape id="_x0000_i71815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84" o:title="eqId2a30f3a8b673cc28bd90c50cf1a35281"/>
            <o:lock v:ext="edit" aspectratio="t"/>
            <w10:wrap type="none"/>
            <w10:anchorlock/>
          </v:shape>
        </w:pict>
      </w:r>
      <w:r>
        <w:rPr>
          <w:rFonts w:ascii="新宋体" w:hAnsi="新宋体" w:eastAsia="新宋体" w:cs="新宋体"/>
          <w:color w:val="000000"/>
        </w:rPr>
        <w:t>是</w:t>
      </w:r>
      <w:r>
        <w:pict>
          <v:shape id="_x0000_i718151"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3185" o:title="eqId6e0fafedaec82ac0fe5f566a3c225fde"/>
            <o:lock v:ext="edit" aspectratio="t"/>
            <w10:wrap type="none"/>
            <w10:anchorlock/>
          </v:shape>
        </w:pict>
      </w:r>
      <w:r>
        <w:rPr>
          <w:rFonts w:ascii="新宋体" w:hAnsi="新宋体" w:eastAsia="新宋体" w:cs="新宋体"/>
          <w:color w:val="000000"/>
        </w:rPr>
        <w:t>，</w:t>
      </w:r>
      <w:r>
        <w:pict>
          <v:shape id="_x0000_i718152" o:spt="75" alt="学科网(www.zxxk.com)--教育资源门户，提供试卷、教案、课件、论文、素材以及各类教学资源下载，还有大量而丰富的教学相关资讯！" type="#_x0000_t75" style="height:16pt;width:17.5pt;" o:ole="t" filled="f" o:preferrelative="t" stroked="f" coordsize="21600,21600">
            <v:path/>
            <v:fill on="f" focussize="0,0"/>
            <v:stroke on="f" joinstyle="miter"/>
            <v:imagedata r:id="rId3186" o:title="eqIdf4812deb498ea4c56a294c3294f1ac14"/>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8153" o:spt="75" alt="学科网(www.zxxk.com)--教育资源门户，提供试卷、教案、课件、论文、素材以及各类教学资源下载，还有大量而丰富的教学相关资讯！" type="#_x0000_t75" style="height:31pt;width:92.5pt;" o:ole="t" filled="f" o:preferrelative="t" stroked="f" coordsize="21600,21600">
            <v:path/>
            <v:fill on="f" focussize="0,0"/>
            <v:stroke on="f" joinstyle="miter"/>
            <v:imagedata r:id="rId3187" o:title="eqId4621260fc36fb9587f7c7a26f8710f94"/>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此时点</w:t>
      </w:r>
      <w:r>
        <w:pict>
          <v:shape id="_x0000_i71815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88" o:title="eqId2a30f3a8b673cc28bd90c50cf1a35281"/>
            <o:lock v:ext="edit" aspectratio="t"/>
            <w10:wrap type="none"/>
            <w10:anchorlock/>
          </v:shape>
        </w:pict>
      </w:r>
      <w:r>
        <w:rPr>
          <w:rFonts w:ascii="新宋体" w:hAnsi="新宋体" w:eastAsia="新宋体" w:cs="新宋体"/>
          <w:color w:val="000000"/>
        </w:rPr>
        <w:t>表示的数是</w:t>
      </w:r>
      <w:r>
        <w:rPr>
          <w:rFonts w:ascii="Times New Roman" w:hAnsi="Times New Roman" w:eastAsia="Times New Roman" w:cs="Times New Roman"/>
          <w:color w:val="000000"/>
        </w:rPr>
        <w:t>3</w: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当点</w:t>
      </w:r>
      <w:r>
        <w:pict>
          <v:shape id="_x0000_i718155"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89" o:title="eqId2a30f3a8b673cc28bd90c50cf1a35281"/>
            <o:lock v:ext="edit" aspectratio="t"/>
            <w10:wrap type="none"/>
            <w10:anchorlock/>
          </v:shape>
        </w:pict>
      </w:r>
      <w:r>
        <w:rPr>
          <w:rFonts w:ascii="新宋体" w:hAnsi="新宋体" w:eastAsia="新宋体" w:cs="新宋体"/>
          <w:color w:val="000000"/>
        </w:rPr>
        <w:t>在点</w:t>
      </w:r>
      <w:r>
        <w:pict>
          <v:shape id="_x0000_i71815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190" o:title="eqId54a5d7d3b6b63fe5c24c3907b7a8eaa3"/>
            <o:lock v:ext="edit" aspectratio="t"/>
            <w10:wrap type="none"/>
            <w10:anchorlock/>
          </v:shape>
        </w:pict>
      </w:r>
      <w:r>
        <w:rPr>
          <w:rFonts w:ascii="新宋体" w:hAnsi="新宋体" w:eastAsia="新宋体" w:cs="新宋体"/>
          <w:color w:val="000000"/>
        </w:rPr>
        <w:t>右侧时，</w:t>
      </w:r>
    </w:p>
    <w:p>
      <w:pPr>
        <w:spacing w:line="360" w:lineRule="auto"/>
        <w:jc w:val="both"/>
        <w:textAlignment w:val="center"/>
        <w:rPr>
          <w:color w:val="000000"/>
        </w:rPr>
      </w:pPr>
      <w:r>
        <w:pict>
          <v:shape id="_x0000_i718157"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191" o:title="eqId16f3d198e76391779fa3badc848c8ac8"/>
            <o:lock v:ext="edit" aspectratio="t"/>
            <w10:wrap type="none"/>
            <w10:anchorlock/>
          </v:shape>
        </w:pict>
      </w:r>
      <w:r>
        <w:rPr>
          <w:rFonts w:ascii="新宋体" w:hAnsi="新宋体" w:eastAsia="新宋体" w:cs="新宋体"/>
          <w:color w:val="000000"/>
        </w:rPr>
        <w:t>点</w:t>
      </w:r>
      <w:r>
        <w:pict>
          <v:shape id="_x0000_i71815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92" o:title="eqId2a30f3a8b673cc28bd90c50cf1a35281"/>
            <o:lock v:ext="edit" aspectratio="t"/>
            <w10:wrap type="none"/>
            <w10:anchorlock/>
          </v:shape>
        </w:pict>
      </w:r>
      <w:r>
        <w:rPr>
          <w:rFonts w:ascii="新宋体" w:hAnsi="新宋体" w:eastAsia="新宋体" w:cs="新宋体"/>
          <w:color w:val="000000"/>
        </w:rPr>
        <w:t>是</w:t>
      </w:r>
      <w:r>
        <w:pict>
          <v:shape id="_x0000_i718159"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3193" o:title="eqId6e0fafedaec82ac0fe5f566a3c225fde"/>
            <o:lock v:ext="edit" aspectratio="t"/>
            <w10:wrap type="none"/>
            <w10:anchorlock/>
          </v:shape>
        </w:pict>
      </w:r>
      <w:r>
        <w:rPr>
          <w:rFonts w:ascii="新宋体" w:hAnsi="新宋体" w:eastAsia="新宋体" w:cs="新宋体"/>
          <w:color w:val="000000"/>
        </w:rPr>
        <w:t>，</w:t>
      </w:r>
      <w:r>
        <w:pict>
          <v:shape id="_x0000_i718160" o:spt="75" alt="学科网(www.zxxk.com)--教育资源门户，提供试卷、教案、课件、论文、素材以及各类教学资源下载，还有大量而丰富的教学相关资讯！" type="#_x0000_t75" style="height:16pt;width:17.5pt;" o:ole="t" filled="f" o:preferrelative="t" stroked="f" coordsize="21600,21600">
            <v:path/>
            <v:fill on="f" focussize="0,0"/>
            <v:stroke on="f" joinstyle="miter"/>
            <v:imagedata r:id="rId3194" o:title="eqIdf4812deb498ea4c56a294c3294f1ac14"/>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8161" o:spt="75" alt="学科网(www.zxxk.com)--教育资源门户，提供试卷、教案、课件、论文、素材以及各类教学资源下载，还有大量而丰富的教学相关资讯！" type="#_x0000_t75" style="height:31pt;width:97pt;" o:ole="t" filled="f" o:preferrelative="t" stroked="f" coordsize="21600,21600">
            <v:path/>
            <v:fill on="f" focussize="0,0"/>
            <v:stroke on="f" joinstyle="miter"/>
            <v:imagedata r:id="rId3195" o:title="eqId8dda8c4bd8d890c3598a28f6a67f8b6e"/>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8162"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196" o:title="eqId2de0d10ef8b748d4531250c37c5d3f9e"/>
            <o:lock v:ext="edit" aspectratio="t"/>
            <w10:wrap type="none"/>
            <w10:anchorlock/>
          </v:shape>
        </w:pict>
      </w:r>
      <w:r>
        <w:rPr>
          <w:rFonts w:ascii="新宋体" w:hAnsi="新宋体" w:eastAsia="新宋体" w:cs="新宋体"/>
          <w:color w:val="000000"/>
        </w:rPr>
        <w:t>点</w:t>
      </w:r>
      <w:r>
        <w:pict>
          <v:shape id="_x0000_i718163"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197" o:title="eqId2a30f3a8b673cc28bd90c50cf1a35281"/>
            <o:lock v:ext="edit" aspectratio="t"/>
            <w10:wrap type="none"/>
            <w10:anchorlock/>
          </v:shape>
        </w:pict>
      </w:r>
      <w:r>
        <w:rPr>
          <w:rFonts w:ascii="新宋体" w:hAnsi="新宋体" w:eastAsia="新宋体" w:cs="新宋体"/>
          <w:color w:val="000000"/>
        </w:rPr>
        <w:t>表示的数是</w:t>
      </w:r>
      <w:r>
        <w:rPr>
          <w:rFonts w:ascii="Times New Roman" w:hAnsi="Times New Roman" w:eastAsia="Times New Roman" w:cs="Times New Roman"/>
          <w:color w:val="000000"/>
        </w:rPr>
        <w:t>9</w: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故答案为：</w:t>
      </w:r>
      <w:r>
        <w:rPr>
          <w:rFonts w:ascii="Times New Roman" w:hAnsi="Times New Roman" w:eastAsia="Times New Roman" w:cs="Times New Roman"/>
          <w:color w:val="000000"/>
        </w:rPr>
        <w:t>3</w:t>
      </w:r>
      <w:r>
        <w:rPr>
          <w:rFonts w:ascii="新宋体" w:hAnsi="新宋体" w:eastAsia="新宋体" w:cs="新宋体"/>
          <w:color w:val="000000"/>
        </w:rPr>
        <w:t>或</w:t>
      </w:r>
      <w:r>
        <w:rPr>
          <w:rFonts w:ascii="Times New Roman" w:hAnsi="Times New Roman" w:eastAsia="Times New Roman" w:cs="Times New Roman"/>
          <w:color w:val="000000"/>
        </w:rPr>
        <w:t>9</w:t>
      </w:r>
      <w:r>
        <w:rPr>
          <w:rFonts w:ascii="新宋体" w:hAnsi="新宋体" w:eastAsia="新宋体" w:cs="新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pict>
          <v:shape id="_x0000_i718164" o:spt="75" alt="学科网(www.zxxk.com)--教育资源门户，提供试卷、教案、课件、论文、素材以及各类教学资源下载，还有大量而丰富的教学相关资讯！" type="#_x0000_t75" style="height:16pt;width:48pt;" o:ole="t" filled="f" o:preferrelative="t" stroked="f" coordsize="21600,21600">
            <v:path/>
            <v:fill on="f" focussize="0,0"/>
            <v:stroke on="f" joinstyle="miter"/>
            <v:imagedata r:id="rId3198" o:title="eqId5790b056370c494f7e4fdc2b9fab4808"/>
            <o:lock v:ext="edit" aspectratio="t"/>
            <w10:wrap type="none"/>
            <w10:anchorlock/>
          </v:shape>
        </w:pict>
      </w:r>
      <w:r>
        <w:rPr>
          <w:rFonts w:ascii="新宋体" w:hAnsi="新宋体" w:eastAsia="新宋体" w:cs="新宋体"/>
          <w:color w:val="000000"/>
        </w:rPr>
        <w:t>，</w:t>
      </w:r>
      <w:r>
        <w:pict>
          <v:shape id="_x0000_i718165"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3199" o:title="eqId66ec3b6f4ceb5a3463dc14757952172b"/>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8166" o:spt="75" alt="学科网(www.zxxk.com)--教育资源门户，提供试卷、教案、课件、论文、素材以及各类教学资源下载，还有大量而丰富的教学相关资讯！" type="#_x0000_t75" style="height:16pt;width:69pt;" o:ole="t" filled="f" o:preferrelative="t" stroked="f" coordsize="21600,21600">
            <v:path/>
            <v:fill on="f" focussize="0,0"/>
            <v:stroke on="f" joinstyle="miter"/>
            <v:imagedata r:id="rId3200" o:title="eqId020ccc700bf30544d742b0c5b6a22837"/>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8167"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3201" o:title="eqId89401b479244fbcd8513ef7ae563d189"/>
            <o:lock v:ext="edit" aspectratio="t"/>
            <w10:wrap type="none"/>
            <w10:anchorlock/>
          </v:shape>
        </w:pict>
      </w:r>
      <w:r>
        <w:rPr>
          <w:rFonts w:ascii="新宋体" w:hAnsi="新宋体" w:eastAsia="新宋体" w:cs="新宋体"/>
          <w:color w:val="000000"/>
        </w:rPr>
        <w:t>恰好是</w:t>
      </w:r>
      <w:r>
        <w:pict>
          <v:shape id="_x0000_i71816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202" o:title="eqIddad2a36927223bd70f426ba06aea4b45"/>
            <o:lock v:ext="edit" aspectratio="t"/>
            <w10:wrap type="none"/>
            <w10:anchorlock/>
          </v:shape>
        </w:pict>
      </w:r>
      <w:r>
        <w:rPr>
          <w:rFonts w:ascii="新宋体" w:hAnsi="新宋体" w:eastAsia="新宋体" w:cs="新宋体"/>
          <w:color w:val="000000"/>
        </w:rPr>
        <w:t>和</w:t>
      </w:r>
      <w:r>
        <w:pict>
          <v:shape id="_x0000_i718169"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203" o:title="eqIdacc290b44635265137fdf13146b6a6d9"/>
            <o:lock v:ext="edit" aspectratio="t"/>
            <w10:wrap type="none"/>
            <w10:anchorlock/>
          </v:shape>
        </w:pict>
      </w:r>
      <w:r>
        <w:rPr>
          <w:rFonts w:ascii="新宋体" w:hAnsi="新宋体" w:eastAsia="新宋体" w:cs="新宋体"/>
          <w:color w:val="000000"/>
        </w:rPr>
        <w:t>两点的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817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204" o:title="eqId2de0d10ef8b748d4531250c37c5d3f9e"/>
            <o:lock v:ext="edit" aspectratio="t"/>
            <w10:wrap type="none"/>
            <w10:anchorlock/>
          </v:shape>
        </w:pict>
      </w:r>
      <w:r>
        <w:rPr>
          <w:rFonts w:ascii="新宋体" w:hAnsi="新宋体" w:eastAsia="新宋体" w:cs="新宋体"/>
          <w:color w:val="000000"/>
        </w:rPr>
        <w:t>点</w:t>
      </w:r>
      <w:r>
        <w:pict>
          <v:shape id="_x0000_i718171"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205" o:title="eqId73465a1f9aa03481295bf6bd3c6903ac"/>
            <o:lock v:ext="edit" aspectratio="t"/>
            <w10:wrap type="none"/>
            <w10:anchorlock/>
          </v:shape>
        </w:pict>
      </w:r>
      <w:r>
        <w:rPr>
          <w:rFonts w:ascii="新宋体" w:hAnsi="新宋体" w:eastAsia="新宋体" w:cs="新宋体"/>
          <w:color w:val="000000"/>
        </w:rPr>
        <w:t>是</w:t>
      </w:r>
      <w:r>
        <w:pict>
          <v:shape id="_x0000_i718172" o:spt="75" alt="学科网(www.zxxk.com)--教育资源门户，提供试卷、教案、课件、论文、素材以及各类教学资源下载，还有大量而丰富的教学相关资讯！" type="#_x0000_t75" style="height:15.25pt;width:14.2pt;" o:ole="t" filled="f" o:preferrelative="t" stroked="f" coordsize="21600,21600">
            <v:path/>
            <v:fill on="f" focussize="0,0"/>
            <v:stroke on="f" joinstyle="miter"/>
            <v:imagedata r:id="rId3206" o:title="eqId2b3e6a230dcf5e00b91c72dca44d5b28"/>
            <o:lock v:ext="edit" aspectratio="t"/>
            <w10:wrap type="none"/>
            <w10:anchorlock/>
          </v:shape>
        </w:pict>
      </w:r>
      <w:r>
        <w:rPr>
          <w:rFonts w:ascii="新宋体" w:hAnsi="新宋体" w:eastAsia="新宋体" w:cs="新宋体"/>
          <w:color w:val="000000"/>
        </w:rPr>
        <w:t>，</w:t>
      </w:r>
      <w:r>
        <w:pict>
          <v:shape id="_x0000_i718173"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3207" o:title="eqId192023e3c2b72032a8e12cbd7be39cd5"/>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倍点或点</w:t>
      </w:r>
      <w:r>
        <w:pict>
          <v:shape id="_x0000_i718174"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205" o:title="eqId73465a1f9aa03481295bf6bd3c6903ac"/>
            <o:lock v:ext="edit" aspectratio="t"/>
            <w10:wrap type="none"/>
            <w10:anchorlock/>
          </v:shape>
        </w:pict>
      </w:r>
      <w:r>
        <w:rPr>
          <w:rFonts w:ascii="新宋体" w:hAnsi="新宋体" w:eastAsia="新宋体" w:cs="新宋体"/>
          <w:color w:val="000000"/>
        </w:rPr>
        <w:t>是</w:t>
      </w:r>
      <w:r>
        <w:pict>
          <v:shape id="_x0000_i718175"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3208" o:title="eqId8d4073475983abf69fd6fc8ad5f87438"/>
            <o:lock v:ext="edit" aspectratio="t"/>
            <w10:wrap type="none"/>
            <w10:anchorlock/>
          </v:shape>
        </w:pict>
      </w:r>
      <w:r>
        <w:rPr>
          <w:rFonts w:ascii="新宋体" w:hAnsi="新宋体" w:eastAsia="新宋体" w:cs="新宋体"/>
          <w:color w:val="000000"/>
        </w:rPr>
        <w:t>，</w:t>
      </w:r>
      <w:r>
        <w:pict>
          <v:shape id="_x0000_i718176" o:spt="75" alt="学科网(www.zxxk.com)--教育资源门户，提供试卷、教案、课件、论文、素材以及各类教学资源下载，还有大量而丰富的教学相关资讯！" type="#_x0000_t75" style="height:15.25pt;width:14.2pt;" o:ole="t" filled="f" o:preferrelative="t" stroked="f" coordsize="21600,21600">
            <v:path/>
            <v:fill on="f" focussize="0,0"/>
            <v:stroke on="f" joinstyle="miter"/>
            <v:imagedata r:id="rId3209" o:title="eqId7031a1815b7abadf4485c66d1352011c"/>
            <o:lock v:ext="edit" aspectratio="t"/>
            <w10:wrap type="none"/>
            <w10:anchorlock/>
          </v:shape>
        </w:pict>
      </w:r>
      <w:r>
        <w:rPr>
          <w:rFonts w:ascii="新宋体" w:hAnsi="新宋体" w:eastAsia="新宋体" w:cs="新宋体"/>
          <w:color w:val="000000"/>
        </w:rPr>
        <w:t>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pict>
          <v:shape id="_x0000_i718177" o:spt="75" alt="学科网(www.zxxk.com)--教育资源门户，提供试卷、教案、课件、论文、素材以及各类教学资源下载，还有大量而丰富的教学相关资讯！" type="#_x0000_t75" style="height:16pt;width:67pt;" o:ole="t" filled="f" o:preferrelative="t" stroked="f" coordsize="21600,21600">
            <v:path/>
            <v:fill on="f" focussize="0,0"/>
            <v:stroke on="f" joinstyle="miter"/>
            <v:imagedata r:id="rId3210" o:title="eqId471c15eebea2fd4472b014bbd7869014"/>
            <o:lock v:ext="edit" aspectratio="t"/>
            <w10:wrap type="none"/>
            <w10:anchorlock/>
          </v:shape>
        </w:pict>
      </w:r>
      <w:r>
        <w:rPr>
          <w:rFonts w:ascii="新宋体" w:hAnsi="新宋体" w:eastAsia="新宋体" w:cs="新宋体"/>
          <w:color w:val="000000"/>
        </w:rPr>
        <w:t>或</w:t>
      </w:r>
      <w:r>
        <w:pict>
          <v:shape id="_x0000_i718178" o:spt="75" alt="学科网(www.zxxk.com)--教育资源门户，提供试卷、教案、课件、论文、素材以及各类教学资源下载，还有大量而丰富的教学相关资讯！" type="#_x0000_t75" style="height:16pt;width:57pt;" o:ole="t" filled="f" o:preferrelative="t" stroked="f" coordsize="21600,21600">
            <v:path/>
            <v:fill on="f" focussize="0,0"/>
            <v:stroke on="f" joinstyle="miter"/>
            <v:imagedata r:id="rId3211" o:title="eqIde12ef4b2d7729babc75f60fcff34a542"/>
            <o:lock v:ext="edit" aspectratio="t"/>
            <w10:wrap type="none"/>
            <w10:anchorlock/>
          </v:shape>
        </w:pict>
      </w:r>
    </w:p>
    <w:p>
      <w:pPr>
        <w:spacing w:line="360" w:lineRule="auto"/>
        <w:jc w:val="both"/>
        <w:textAlignment w:val="center"/>
        <w:rPr>
          <w:color w:val="000000"/>
        </w:rPr>
      </w:pPr>
      <w:r>
        <w:rPr>
          <w:rFonts w:ascii="新宋体" w:hAnsi="新宋体" w:eastAsia="新宋体" w:cs="新宋体"/>
          <w:color w:val="000000"/>
        </w:rPr>
        <w:t>即：</w:t>
      </w:r>
      <w:r>
        <w:pict>
          <v:shape id="_x0000_i718179" o:spt="75" alt="学科网(www.zxxk.com)--教育资源门户，提供试卷、教案、课件、论文、素材以及各类教学资源下载，还有大量而丰富的教学相关资讯！" type="#_x0000_t75" style="height:16pt;width:65.5pt;" o:ole="t" filled="f" o:preferrelative="t" stroked="f" coordsize="21600,21600">
            <v:path/>
            <v:fill on="f" focussize="0,0"/>
            <v:stroke on="f" joinstyle="miter"/>
            <v:imagedata r:id="rId3212" o:title="eqIdc74e1da62e73da9d1b840fbe92d411fa"/>
            <o:lock v:ext="edit" aspectratio="t"/>
            <w10:wrap type="none"/>
            <w10:anchorlock/>
          </v:shape>
        </w:pict>
      </w:r>
      <w:r>
        <w:rPr>
          <w:rFonts w:ascii="新宋体" w:hAnsi="新宋体" w:eastAsia="新宋体" w:cs="新宋体"/>
          <w:color w:val="000000"/>
        </w:rPr>
        <w:t>或</w:t>
      </w:r>
      <w:r>
        <w:pict>
          <v:shape id="_x0000_i718180" o:spt="75" alt="学科网(www.zxxk.com)--教育资源门户，提供试卷、教案、课件、论文、素材以及各类教学资源下载，还有大量而丰富的教学相关资讯！" type="#_x0000_t75" style="height:16pt;width:65.5pt;" o:ole="t" filled="f" o:preferrelative="t" stroked="f" coordsize="21600,21600">
            <v:path/>
            <v:fill on="f" focussize="0,0"/>
            <v:stroke on="f" joinstyle="miter"/>
            <v:imagedata r:id="rId3213" o:title="eqId765132d6b608cadeb0cf730a36776509"/>
            <o:lock v:ext="edit" aspectratio="t"/>
            <w10:wrap type="none"/>
            <w10:anchorlock/>
          </v:shape>
        </w:pict>
      </w:r>
      <w:r>
        <w:rPr>
          <w:rFonts w:ascii="新宋体" w:hAnsi="新宋体" w:eastAsia="新宋体" w:cs="新宋体"/>
          <w:color w:val="000000"/>
        </w:rPr>
        <w:t>或</w:t>
      </w:r>
      <w:r>
        <w:pict>
          <v:shape id="_x0000_i718181" o:spt="75" alt="学科网(www.zxxk.com)--教育资源门户，提供试卷、教案、课件、论文、素材以及各类教学资源下载，还有大量而丰富的教学相关资讯！" type="#_x0000_t75" style="height:14.5pt;width:66pt;" o:ole="t" filled="f" o:preferrelative="t" stroked="f" coordsize="21600,21600">
            <v:path/>
            <v:fill on="f" focussize="0,0"/>
            <v:stroke on="f" joinstyle="miter"/>
            <v:imagedata r:id="rId3214" o:title="eqIddf2b5a016882451bf6120372d6c4f963"/>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pict>
          <v:shape id="_x0000_i718182" o:spt="75" alt="学科网(www.zxxk.com)--教育资源门户，提供试卷、教案、课件、论文、素材以及各类教学资源下载，还有大量而丰富的教学相关资讯！" type="#_x0000_t75" style="height:31pt;width:45pt;" o:ole="t" filled="f" o:preferrelative="t" stroked="f" coordsize="21600,21600">
            <v:path/>
            <v:fill on="f" focussize="0,0"/>
            <v:stroke on="f" joinstyle="miter"/>
            <v:imagedata r:id="rId3215" o:title="eqIde57e6df4b4cfdb9977778e20e3ea9c22"/>
            <o:lock v:ext="edit" aspectratio="t"/>
            <w10:wrap type="none"/>
            <w10:anchorlock/>
          </v:shape>
        </w:pict>
      </w:r>
      <w:r>
        <w:rPr>
          <w:rFonts w:ascii="新宋体" w:hAnsi="新宋体" w:eastAsia="新宋体" w:cs="新宋体"/>
          <w:color w:val="000000"/>
        </w:rPr>
        <w:t>或</w:t>
      </w:r>
      <w:r>
        <w:pict>
          <v:shape id="_x0000_i718183" o:spt="75" alt="学科网(www.zxxk.com)--教育资源门户，提供试卷、教案、课件、论文、素材以及各类教学资源下载，还有大量而丰富的教学相关资讯！" type="#_x0000_t75" style="height:27.75pt;width:30.75pt;" o:ole="t" filled="f" o:preferrelative="t" stroked="f" coordsize="21600,21600">
            <v:path/>
            <v:fill on="f" focussize="0,0"/>
            <v:stroke on="f" joinstyle="miter"/>
            <v:imagedata r:id="rId3216" o:title="eqIdbfb33a6962e464cfe2851fc6fcec3d8b"/>
            <o:lock v:ext="edit" aspectratio="t"/>
            <w10:wrap type="none"/>
            <w10:anchorlock/>
          </v:shape>
        </w:pict>
      </w:r>
      <w:r>
        <w:rPr>
          <w:rFonts w:ascii="新宋体" w:hAnsi="新宋体" w:eastAsia="新宋体" w:cs="新宋体"/>
          <w:color w:val="000000"/>
        </w:rPr>
        <w:t>或</w:t>
      </w:r>
      <w:r>
        <w:pict>
          <v:shape id="_x0000_i718184" o:spt="75" alt="学科网(www.zxxk.com)--教育资源门户，提供试卷、教案、课件、论文、素材以及各类教学资源下载，还有大量而丰富的教学相关资讯！" type="#_x0000_t75" style="height:30.8pt;width:39.95pt;" o:ole="t" filled="f" o:preferrelative="t" stroked="f" coordsize="21600,21600">
            <v:path/>
            <v:fill on="f" focussize="0,0"/>
            <v:stroke on="f" joinstyle="miter"/>
            <v:imagedata r:id="rId3217" o:title="eqIdad316cf6b2a111bc97c153bbb8dfb3d4"/>
            <o:lock v:ext="edit" aspectratio="t"/>
            <w10:wrap type="none"/>
            <w10:anchorlock/>
          </v:shape>
        </w:pict>
      </w:r>
      <w:r>
        <w:rPr>
          <w:rFonts w:ascii="新宋体" w:hAnsi="新宋体" w:eastAsia="新宋体" w:cs="新宋体"/>
          <w:color w:val="000000"/>
        </w:rPr>
        <w:t>，</w:t>
      </w:r>
    </w:p>
    <w:p>
      <w:pPr>
        <w:spacing w:line="360" w:lineRule="auto"/>
        <w:jc w:val="both"/>
        <w:textAlignment w:val="center"/>
        <w:rPr>
          <w:color w:val="000000"/>
        </w:rPr>
      </w:pPr>
      <w:r>
        <w:rPr>
          <w:rFonts w:ascii="新宋体" w:hAnsi="新宋体" w:eastAsia="新宋体" w:cs="新宋体"/>
          <w:color w:val="000000"/>
        </w:rPr>
        <w:t>当</w:t>
      </w:r>
      <w:r>
        <w:pict>
          <v:shape id="_x0000_i718185" o:spt="75" alt="学科网(www.zxxk.com)--教育资源门户，提供试卷、教案、课件、论文、素材以及各类教学资源下载，还有大量而丰富的教学相关资讯！" type="#_x0000_t75" style="height:30.8pt;width:34.95pt;" o:ole="t" filled="f" o:preferrelative="t" stroked="f" coordsize="21600,21600">
            <v:path/>
            <v:fill on="f" focussize="0,0"/>
            <v:stroke on="f" joinstyle="miter"/>
            <v:imagedata r:id="rId3218" o:title="eqId67d76cb2d44f7ce0323144a098cd7b52"/>
            <o:lock v:ext="edit" aspectratio="t"/>
            <w10:wrap type="none"/>
            <w10:anchorlock/>
          </v:shape>
        </w:pict>
      </w:r>
      <w:r>
        <w:rPr>
          <w:rFonts w:ascii="新宋体" w:hAnsi="新宋体" w:eastAsia="新宋体" w:cs="新宋体"/>
          <w:color w:val="000000"/>
        </w:rPr>
        <w:t>或</w:t>
      </w:r>
      <w:r>
        <w:pict>
          <v:shape id="_x0000_i718186" o:spt="75" alt="学科网(www.zxxk.com)--教育资源门户，提供试卷、教案、课件、论文、素材以及各类教学资源下载，还有大量而丰富的教学相关资讯！" type="#_x0000_t75" style="height:27.75pt;width:30.75pt;" o:ole="t" filled="f" o:preferrelative="t" stroked="f" coordsize="21600,21600">
            <v:path/>
            <v:fill on="f" focussize="0,0"/>
            <v:stroke on="f" joinstyle="miter"/>
            <v:imagedata r:id="rId3219" o:title="eqIdbfb33a6962e464cfe2851fc6fcec3d8b"/>
            <o:lock v:ext="edit" aspectratio="t"/>
            <w10:wrap type="none"/>
            <w10:anchorlock/>
          </v:shape>
        </w:pict>
      </w:r>
      <w:r>
        <w:rPr>
          <w:rFonts w:ascii="新宋体" w:hAnsi="新宋体" w:eastAsia="新宋体" w:cs="新宋体"/>
          <w:color w:val="000000"/>
        </w:rPr>
        <w:t>或</w:t>
      </w:r>
      <w:r>
        <w:pict>
          <v:shape id="_x0000_i718187" o:spt="75" alt="学科网(www.zxxk.com)--教育资源门户，提供试卷、教案、课件、论文、素材以及各类教学资源下载，还有大量而丰富的教学相关资讯！" type="#_x0000_t75" style="height:30.8pt;width:39.95pt;" o:ole="t" filled="f" o:preferrelative="t" stroked="f" coordsize="21600,21600">
            <v:path/>
            <v:fill on="f" focussize="0,0"/>
            <v:stroke on="f" joinstyle="miter"/>
            <v:imagedata r:id="rId3220" o:title="eqIdad316cf6b2a111bc97c153bbb8dfb3d4"/>
            <o:lock v:ext="edit" aspectratio="t"/>
            <w10:wrap type="none"/>
            <w10:anchorlock/>
          </v:shape>
        </w:pict>
      </w:r>
      <w:r>
        <w:rPr>
          <w:rFonts w:ascii="新宋体" w:hAnsi="新宋体" w:eastAsia="新宋体" w:cs="新宋体"/>
          <w:color w:val="000000"/>
        </w:rPr>
        <w:t>时，点</w:t>
      </w:r>
      <w:r>
        <w:pict>
          <v:shape id="_x0000_i718188"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3221" o:title="eqId73465a1f9aa03481295bf6bd3c6903ac"/>
            <o:lock v:ext="edit" aspectratio="t"/>
            <w10:wrap type="none"/>
            <w10:anchorlock/>
          </v:shape>
        </w:pict>
      </w:r>
      <w:r>
        <w:rPr>
          <w:rFonts w:ascii="新宋体" w:hAnsi="新宋体" w:eastAsia="新宋体" w:cs="新宋体"/>
          <w:color w:val="000000"/>
        </w:rPr>
        <w:t>恰好是</w:t>
      </w:r>
      <w:r>
        <w:pict>
          <v:shape id="_x0000_i718189"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222" o:title="eqIddad2a36927223bd70f426ba06aea4b45"/>
            <o:lock v:ext="edit" aspectratio="t"/>
            <w10:wrap type="none"/>
            <w10:anchorlock/>
          </v:shape>
        </w:pict>
      </w:r>
      <w:r>
        <w:rPr>
          <w:rFonts w:ascii="新宋体" w:hAnsi="新宋体" w:eastAsia="新宋体" w:cs="新宋体"/>
          <w:color w:val="000000"/>
        </w:rPr>
        <w:t>和</w:t>
      </w:r>
      <w:r>
        <w:pict>
          <v:shape id="_x0000_i718190"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223" o:title="eqIdacc290b44635265137fdf13146b6a6d9"/>
            <o:lock v:ext="edit" aspectratio="t"/>
            <w10:wrap type="none"/>
            <w10:anchorlock/>
          </v:shape>
        </w:pict>
      </w:r>
      <w:r>
        <w:rPr>
          <w:rFonts w:ascii="新宋体" w:hAnsi="新宋体" w:eastAsia="新宋体" w:cs="新宋体"/>
          <w:color w:val="000000"/>
        </w:rPr>
        <w:t>两点的</w:t>
      </w:r>
      <w:r>
        <w:rPr>
          <w:rFonts w:ascii="Times New Roman" w:hAnsi="Times New Roman" w:eastAsia="Times New Roman" w:cs="Times New Roman"/>
          <w:color w:val="000000"/>
        </w:rPr>
        <w:t>3</w:t>
      </w:r>
      <w:r>
        <w:rPr>
          <w:rFonts w:ascii="新宋体" w:hAnsi="新宋体" w:eastAsia="新宋体" w:cs="新宋体"/>
          <w:color w:val="000000"/>
        </w:rPr>
        <w:t>倍点．</w:t>
      </w:r>
    </w:p>
    <w:p>
      <w:pPr>
        <w:spacing w:line="360" w:lineRule="auto"/>
        <w:jc w:val="both"/>
        <w:textAlignment w:val="center"/>
        <w:rPr>
          <w:color w:val="000000"/>
        </w:rPr>
      </w:pPr>
      <w:r>
        <w:rPr>
          <w:color w:val="000000"/>
        </w:rPr>
        <w:t>【点睛】</w:t>
      </w:r>
      <w:r>
        <w:rPr>
          <w:rFonts w:ascii="新宋体" w:hAnsi="新宋体" w:eastAsia="新宋体" w:cs="新宋体"/>
          <w:color w:val="000000"/>
        </w:rPr>
        <w:t>此题主要考查了对</w:t>
      </w:r>
      <w:r>
        <w:rPr>
          <w:rFonts w:ascii="Times New Roman" w:hAnsi="Times New Roman" w:eastAsia="Times New Roman" w:cs="Times New Roman"/>
          <w:color w:val="000000"/>
        </w:rPr>
        <w:t>3</w:t>
      </w:r>
      <w:r>
        <w:rPr>
          <w:rFonts w:ascii="新宋体" w:hAnsi="新宋体" w:eastAsia="新宋体" w:cs="新宋体"/>
          <w:color w:val="000000"/>
        </w:rPr>
        <w:t>倍点的理解和认识，解本题的关键是分清</w:t>
      </w:r>
      <w:r>
        <w:rPr>
          <w:rFonts w:ascii="Times New Roman" w:hAnsi="Times New Roman" w:eastAsia="Times New Roman" w:cs="Times New Roman"/>
          <w:color w:val="000000"/>
        </w:rPr>
        <w:t>3</w:t>
      </w:r>
      <w:r>
        <w:rPr>
          <w:rFonts w:ascii="新宋体" w:hAnsi="新宋体" w:eastAsia="新宋体" w:cs="新宋体"/>
          <w:color w:val="000000"/>
        </w:rPr>
        <w:t>倍点的两种不同的情况．</w:t>
      </w:r>
    </w:p>
    <w:p>
      <w:pPr>
        <w:pStyle w:val="Heading2"/>
      </w:pPr>
      <w:r>
        <w:t>第十八中教育集团</w:t>
      </w:r>
    </w:p>
    <w:p>
      <w:pPr>
        <w:spacing w:line="360" w:lineRule="auto"/>
        <w:jc w:val="left"/>
        <w:textAlignment w:val="center"/>
        <w:rPr>
          <w:color w:val="000000"/>
        </w:rPr>
      </w:pPr>
      <w:r>
        <w:rPr>
          <w:color w:val="000000"/>
        </w:rPr>
        <w:t xml:space="preserve">27. </w:t>
      </w:r>
      <w:r>
        <w:rPr>
          <w:rFonts w:ascii="宋体" w:hAnsi="宋体" w:eastAsia="宋体" w:cs="宋体"/>
          <w:color w:val="000000"/>
        </w:rPr>
        <w:t>“格子乘法”作为两个数相乘的一种计算方法，最早在</w:t>
      </w:r>
      <w:r>
        <w:rPr>
          <w:rFonts w:ascii="Times New Roman" w:hAnsi="Times New Roman" w:eastAsia="Times New Roman" w:cs="Times New Roman"/>
          <w:color w:val="000000"/>
        </w:rPr>
        <w:t>15</w:t>
      </w:r>
      <w:r>
        <w:rPr>
          <w:rFonts w:ascii="宋体" w:hAnsi="宋体" w:eastAsia="宋体" w:cs="宋体"/>
          <w:color w:val="000000"/>
        </w:rPr>
        <w:t>世纪由意大利数学家乔利提出，在明代数学家程大位著的《算法统宗》一书中被称为“铺地锦”．例如：如图</w:t>
      </w:r>
      <w:r>
        <w:rPr>
          <w:rFonts w:ascii="Times New Roman" w:hAnsi="Times New Roman" w:eastAsia="Times New Roman" w:cs="Times New Roman"/>
          <w:color w:val="000000"/>
        </w:rPr>
        <w:t>1</w:t>
      </w:r>
      <w:r>
        <w:rPr>
          <w:rFonts w:ascii="宋体" w:hAnsi="宋体" w:eastAsia="宋体" w:cs="宋体"/>
          <w:color w:val="000000"/>
        </w:rPr>
        <w:t>，计算</w:t>
      </w:r>
      <w:r>
        <w:pict>
          <v:shape id="_x0000_i71819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224" o:title="eqId1fd1e5ac31dbecf24dcd934861c980ba"/>
            <o:lock v:ext="edit" aspectratio="t"/>
            <w10:wrap type="none"/>
            <w10:anchorlock/>
          </v:shape>
        </w:pict>
      </w:r>
      <w:r>
        <w:rPr>
          <w:rFonts w:ascii="宋体" w:hAnsi="宋体" w:eastAsia="宋体" w:cs="宋体"/>
          <w:color w:val="000000"/>
        </w:rPr>
        <w:t>，将乘数</w:t>
      </w:r>
      <w:r>
        <w:rPr>
          <w:rFonts w:ascii="Times New Roman" w:hAnsi="Times New Roman" w:eastAsia="Times New Roman" w:cs="Times New Roman"/>
          <w:color w:val="000000"/>
        </w:rPr>
        <w:t>46</w:t>
      </w:r>
      <w:r>
        <w:rPr>
          <w:rFonts w:ascii="宋体" w:hAnsi="宋体" w:eastAsia="宋体" w:cs="宋体"/>
          <w:color w:val="000000"/>
        </w:rPr>
        <w:t>写在方格上边，乘数</w:t>
      </w:r>
      <w:r>
        <w:rPr>
          <w:rFonts w:ascii="Times New Roman" w:hAnsi="Times New Roman" w:eastAsia="Times New Roman" w:cs="Times New Roman"/>
          <w:color w:val="000000"/>
        </w:rPr>
        <w:t>71</w:t>
      </w:r>
      <w:r>
        <w:rPr>
          <w:rFonts w:ascii="宋体" w:hAnsi="宋体" w:eastAsia="宋体" w:cs="宋体"/>
          <w:color w:val="000000"/>
        </w:rPr>
        <w:t>写在方格右边，然后用乘数</w:t>
      </w:r>
      <w:r>
        <w:rPr>
          <w:rFonts w:ascii="Times New Roman" w:hAnsi="Times New Roman" w:eastAsia="Times New Roman" w:cs="Times New Roman"/>
          <w:color w:val="000000"/>
        </w:rPr>
        <w:t>46</w:t>
      </w:r>
      <w:r>
        <w:rPr>
          <w:rFonts w:ascii="宋体" w:hAnsi="宋体" w:eastAsia="宋体" w:cs="宋体"/>
          <w:color w:val="000000"/>
        </w:rPr>
        <w:t>的每位数字乘以乘数</w:t>
      </w:r>
      <w:r>
        <w:rPr>
          <w:rFonts w:ascii="Times New Roman" w:hAnsi="Times New Roman" w:eastAsia="Times New Roman" w:cs="Times New Roman"/>
          <w:color w:val="000000"/>
        </w:rPr>
        <w:t>71</w:t>
      </w:r>
      <w:r>
        <w:rPr>
          <w:rFonts w:ascii="宋体" w:hAnsi="宋体" w:eastAsia="宋体" w:cs="宋体"/>
          <w:color w:val="000000"/>
        </w:rPr>
        <w:t>的每位数字，将结果记入相应的方格中，最后沿斜线方向相加，得</w:t>
      </w:r>
      <w:r>
        <w:rPr>
          <w:rFonts w:ascii="Times New Roman" w:hAnsi="Times New Roman" w:eastAsia="Times New Roman" w:cs="Times New Roman"/>
          <w:color w:val="000000"/>
        </w:rPr>
        <w:t>3266</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05025" cy="2352675"/>
            <wp:effectExtent l="0" t="0" r="0" b="0"/>
            <wp:docPr id="3751"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2" name="图片 100017" descr="学科网(www.zxxk.com)--教育资源门户，提供试卷、教案、课件、论文、素材以及各类教学资源下载，还有大量而丰富的教学相关资讯！"/>
                    <pic:cNvPicPr>
                      <a:picLocks noChangeAspect="1"/>
                    </pic:cNvPicPr>
                  </pic:nvPicPr>
                  <pic:blipFill>
                    <a:blip r:embed="rId3225"/>
                    <a:stretch>
                      <a:fillRect/>
                    </a:stretch>
                  </pic:blipFill>
                  <pic:spPr>
                    <a:xfrm>
                      <a:off x="0" y="0"/>
                      <a:ext cx="2105025" cy="23526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，用“格子乘法”计算两个两位数相乘，则</w:t>
      </w:r>
      <w:r>
        <w:pict>
          <v:shape id="_x0000_i718192"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3226" o:title="eqId4ec0618ae3a4fde6d6220010af229b9a"/>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18193"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3227" o:title="eqId070d1ea22a92808dad7489438c239629"/>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，用“格子乘法”计算两个两位数相乘，得</w:t>
      </w:r>
      <w:r>
        <w:rPr>
          <w:rFonts w:ascii="Times New Roman" w:hAnsi="Times New Roman" w:eastAsia="Times New Roman" w:cs="Times New Roman"/>
          <w:color w:val="000000"/>
        </w:rPr>
        <w:t>2176</w:t>
      </w:r>
      <w:r>
        <w:rPr>
          <w:rFonts w:ascii="宋体" w:hAnsi="宋体" w:eastAsia="宋体" w:cs="宋体"/>
          <w:color w:val="000000"/>
        </w:rPr>
        <w:t>，则</w:t>
      </w:r>
      <w:r>
        <w:pict>
          <v:shape id="_x0000_i718194"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3228" o:title="eqIda6c57bbef89a37f1a3808c0ceeac0c22"/>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18195"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3229" o:title="eqId0f3cb8d72bb2e281b943b3b430138ef7"/>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4</w:t>
      </w:r>
      <w:r>
        <w:rPr>
          <w:rFonts w:ascii="宋体" w:hAnsi="宋体" w:eastAsia="宋体" w:cs="宋体"/>
          <w:color w:val="000000"/>
        </w:rPr>
        <w:t>，用“格子乘法”计算两个两位数相乘，则</w:t>
      </w:r>
      <w:r>
        <w:pict>
          <v:shape id="_x0000_i718196"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3230" o:title="eqIddd707b69a11f8de5566f23c1a2a9ff5a"/>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color w:val="000000"/>
        </w:rPr>
        <w:t xml:space="preserve">    （2）</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本题考查有理数的运算，一元一次方程的应用．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pict>
          <v:shape id="_x0000_i718197" o:spt="75" alt="学科网(www.zxxk.com)--教育资源门户，提供试卷、教案、课件、论文、素材以及各类教学资源下载，还有大量而丰富的教学相关资讯！" type="#_x0000_t75" style="height:14.05pt;width:38.8pt;" o:ole="t" filled="f" o:preferrelative="t" stroked="f" coordsize="21600,21600">
            <v:path/>
            <v:fill on="f" focussize="0,0"/>
            <v:stroke on="f" joinstyle="miter"/>
            <v:imagedata r:id="rId3232" o:title="eqId39ffd33a215ecedaa084440e6c3bf257"/>
            <o:lock v:ext="edit" aspectratio="t"/>
            <w10:wrap type="none"/>
            <w10:anchorlock/>
          </v:shape>
        </w:pict>
      </w:r>
      <w:r>
        <w:rPr>
          <w:rFonts w:ascii="宋体" w:hAnsi="宋体" w:eastAsia="宋体" w:cs="宋体"/>
          <w:color w:val="000000"/>
        </w:rPr>
        <w:t>，</w:t>
      </w:r>
      <w:r>
        <w:pict>
          <v:shape id="_x0000_i718198" o:spt="75" alt="学科网(www.zxxk.com)--教育资源门户，提供试卷、教案、课件、论文、素材以及各类教学资源下载，还有大量而丰富的教学相关资讯！" type="#_x0000_t75" style="height:15.75pt;width:65.25pt;" o:ole="t" filled="f" o:preferrelative="t" stroked="f" coordsize="21600,21600">
            <v:path/>
            <v:fill on="f" focussize="0,0"/>
            <v:stroke on="f" joinstyle="miter"/>
            <v:imagedata r:id="rId3233" o:title="eqIdda541dd67cc984c322b99026d0e59fc4"/>
            <o:lock v:ext="edit" aspectratio="t"/>
            <w10:wrap type="none"/>
            <w10:anchorlock/>
          </v:shape>
        </w:pict>
      </w:r>
      <w:r>
        <w:rPr>
          <w:rFonts w:ascii="宋体" w:hAnsi="宋体" w:eastAsia="宋体" w:cs="宋体"/>
          <w:color w:val="000000"/>
        </w:rPr>
        <w:t>，即可求</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position w:val="0"/>
        </w:rPr>
        <w:drawing>
          <wp:inline distT="0" distB="0" distL="114300" distR="114300">
            <wp:extent cx="133350" cy="177800"/>
            <wp:effectExtent l="0" t="0" r="0" b="0"/>
            <wp:docPr id="3753" name="图片 180295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 name="图片 1802954938"/>
                    <pic:cNvPicPr>
                      <a:picLocks noChangeAspect="1"/>
                    </pic:cNvPicPr>
                  </pic:nvPicPr>
                  <pic:blipFill>
                    <a:blip r:embed="rId323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）由题意可得，</w:t>
      </w:r>
      <w:r>
        <w:pict>
          <v:shape id="_x0000_i718199" o:spt="75" alt="学科网(www.zxxk.com)--教育资源门户，提供试卷、教案、课件、论文、素材以及各类教学资源下载，还有大量而丰富的教学相关资讯！" type="#_x0000_t75" style="height:13.8pt;width:67.2pt;" o:ole="t" filled="f" o:preferrelative="t" stroked="f" coordsize="21600,21600">
            <v:path/>
            <v:fill on="f" focussize="0,0"/>
            <v:stroke on="f" joinstyle="miter"/>
            <v:imagedata r:id="rId3234" o:title="eqId0236a3184941fdbeadd527af1826e772"/>
            <o:lock v:ext="edit" aspectratio="t"/>
            <w10:wrap type="none"/>
            <w10:anchorlock/>
          </v:shape>
        </w:pict>
      </w:r>
      <w:r>
        <w:rPr>
          <w:rFonts w:ascii="宋体" w:hAnsi="宋体" w:eastAsia="宋体" w:cs="宋体"/>
          <w:color w:val="000000"/>
        </w:rPr>
        <w:t>，</w:t>
      </w:r>
      <w:r>
        <w:pict>
          <v:shape id="_x0000_i718200"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235" o:title="eqIdf354e2093db305ead526c22913b6ee12"/>
            <o:lock v:ext="edit" aspectratio="t"/>
            <w10:wrap type="none"/>
            <w10:anchorlock/>
          </v:shape>
        </w:pict>
      </w:r>
      <w:r>
        <w:rPr>
          <w:rFonts w:ascii="宋体" w:hAnsi="宋体" w:eastAsia="宋体" w:cs="宋体"/>
          <w:color w:val="000000"/>
        </w:rPr>
        <w:t>，</w:t>
      </w:r>
      <w:r>
        <w:pict>
          <v:shape id="_x0000_i718201"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236" o:title="eqId05d2670a4aff3f96519c53e80cafc5f8"/>
            <o:lock v:ext="edit" aspectratio="t"/>
            <w10:wrap type="none"/>
            <w10:anchorlock/>
          </v:shape>
        </w:pict>
      </w:r>
      <w:r>
        <w:rPr>
          <w:rFonts w:ascii="宋体" w:hAnsi="宋体" w:eastAsia="宋体" w:cs="宋体"/>
          <w:color w:val="000000"/>
        </w:rPr>
        <w:t>，再推理出</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的值即可；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）根据运算法则，将表格补充，当千位是</w:t>
      </w:r>
      <w:r>
        <w:rPr>
          <w:rFonts w:ascii="Times New Roman" w:hAnsi="Times New Roman" w:eastAsia="Times New Roman" w:cs="Times New Roman"/>
          <w:color w:val="000000"/>
        </w:rPr>
        <w:t>0</w:t>
      </w:r>
      <w:r>
        <w:rPr>
          <w:rFonts w:ascii="宋体" w:hAnsi="宋体" w:eastAsia="宋体" w:cs="宋体"/>
          <w:color w:val="000000"/>
        </w:rPr>
        <w:t>时，</w:t>
      </w:r>
      <w:r>
        <w:pict>
          <v:shape id="_x0000_i718202" o:spt="75" alt="学科网(www.zxxk.com)--教育资源门户，提供试卷、教案、课件、论文、素材以及各类教学资源下载，还有大量而丰富的教学相关资讯！" type="#_x0000_t75" style="height:20.25pt;width:123pt;" o:ole="t" filled="f" o:preferrelative="t" stroked="f" coordsize="21600,21600">
            <v:path/>
            <v:fill on="f" focussize="0,0"/>
            <v:stroke on="f" joinstyle="miter"/>
            <v:imagedata r:id="rId3237" o:title="eqId4d5d5ed351b3bfdd7fd1659efaf9a4b8"/>
            <o:lock v:ext="edit" aspectratio="t"/>
            <w10:wrap type="none"/>
            <w10:anchorlock/>
          </v:shape>
        </w:pict>
      </w:r>
      <w:r>
        <w:rPr>
          <w:rFonts w:ascii="宋体" w:hAnsi="宋体" w:eastAsia="宋体" w:cs="宋体"/>
          <w:color w:val="000000"/>
        </w:rPr>
        <w:t>；当千位是</w:t>
      </w:r>
      <w:r>
        <w:rPr>
          <w:rFonts w:ascii="Times New Roman" w:hAnsi="Times New Roman" w:eastAsia="Times New Roman" w:cs="Times New Roman"/>
          <w:color w:val="000000"/>
        </w:rPr>
        <w:t>1</w:t>
      </w:r>
      <w:r>
        <w:rPr>
          <w:rFonts w:ascii="宋体" w:hAnsi="宋体" w:eastAsia="宋体" w:cs="宋体"/>
          <w:color w:val="000000"/>
        </w:rPr>
        <w:t>时，</w:t>
      </w:r>
      <w:r>
        <w:pict>
          <v:shape id="_x0000_i718203" o:spt="75" alt="学科网(www.zxxk.com)--教育资源门户，提供试卷、教案、课件、论文、素材以及各类教学资源下载，还有大量而丰富的教学相关资讯！" type="#_x0000_t75" style="height:20.25pt;width:128.25pt;" o:ole="t" filled="f" o:preferrelative="t" stroked="f" coordsize="21600,21600">
            <v:path/>
            <v:fill on="f" focussize="0,0"/>
            <v:stroke on="f" joinstyle="miter"/>
            <v:imagedata r:id="rId3238" o:title="eqId69321dc3253bf56b4a557859d7f3102c"/>
            <o:lock v:ext="edit" aspectratio="t"/>
            <w10:wrap type="none"/>
            <w10:anchorlock/>
          </v:shape>
        </w:pict>
      </w:r>
      <w:r>
        <w:rPr>
          <w:rFonts w:ascii="宋体" w:hAnsi="宋体" w:eastAsia="宋体" w:cs="宋体"/>
          <w:color w:val="000000"/>
        </w:rPr>
        <w:t>；即可求</w:t>
      </w:r>
      <w:r>
        <w:rPr>
          <w:rFonts w:ascii="Times New Roman" w:hAnsi="Times New Roman" w:eastAsia="Times New Roman" w:cs="Times New Roman"/>
          <w:i/>
          <w:color w:val="000000"/>
        </w:rPr>
        <w:t>k</w:t>
      </w:r>
      <w:r>
        <w:rPr>
          <w:rFonts w:ascii="宋体" w:hAnsi="宋体" w:eastAsia="宋体" w:cs="宋体"/>
          <w:color w:val="000000"/>
        </w:rPr>
        <w:t>的值．</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8204" o:spt="75" alt="学科网(www.zxxk.com)--教育资源门户，提供试卷、教案、课件、论文、素材以及各类教学资源下载，还有大量而丰富的教学相关资讯！" type="#_x0000_t75" style="height:13.8pt;width:49.2pt;" o:ole="t" filled="f" o:preferrelative="t" stroked="f" coordsize="21600,21600">
            <v:path/>
            <v:fill on="f" focussize="0,0"/>
            <v:stroke on="f" joinstyle="miter"/>
            <v:imagedata r:id="rId3239" o:title="eqIdb60f104852ad796c4c12344125f7a40b"/>
            <o:lock v:ext="edit" aspectratio="t"/>
            <w10:wrap type="none"/>
            <w10:anchorlock/>
          </v:shape>
        </w:pict>
      </w:r>
      <w:r>
        <w:rPr>
          <w:rFonts w:ascii="宋体" w:hAnsi="宋体" w:eastAsia="宋体" w:cs="宋体"/>
          <w:color w:val="000000"/>
        </w:rPr>
        <w:t>，</w:t>
      </w:r>
      <w:r>
        <w:pict>
          <v:shape id="_x0000_i718205" o:spt="75" alt="学科网(www.zxxk.com)--教育资源门户，提供试卷、教案、课件、论文、素材以及各类教学资源下载，还有大量而丰富的教学相关资讯！" type="#_x0000_t75" style="height:14.05pt;width:38.8pt;" o:ole="t" filled="f" o:preferrelative="t" stroked="f" coordsize="21600,21600">
            <v:path/>
            <v:fill on="f" focussize="0,0"/>
            <v:stroke on="f" joinstyle="miter"/>
            <v:imagedata r:id="rId3240" o:title="eqId39ffd33a215ecedaa084440e6c3bf25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06"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241" o:title="eqIde55aa0a20848c37c1892c567b2315e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07" o:spt="75" alt="学科网(www.zxxk.com)--教育资源门户，提供试卷、教案、课件、论文、素材以及各类教学资源下载，还有大量而丰富的教学相关资讯！" type="#_x0000_t75" style="height:15.75pt;width:65.25pt;" o:ole="t" filled="f" o:preferrelative="t" stroked="f" coordsize="21600,21600">
            <v:path/>
            <v:fill on="f" focussize="0,0"/>
            <v:stroke on="f" joinstyle="miter"/>
            <v:imagedata r:id="rId3242" o:title="eqIdda541dd67cc984c322b99026d0e59fc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08" o:spt="75" alt="学科网(www.zxxk.com)--教育资源门户，提供试卷、教案、课件、论文、素材以及各类教学资源下载，还有大量而丰富的教学相关资讯！" type="#_x0000_t75" style="height:15pt;width:26pt;" o:ole="t" filled="f" o:preferrelative="t" stroked="f" coordsize="21600,21600">
            <v:path/>
            <v:fill on="f" focussize="0,0"/>
            <v:stroke on="f" joinstyle="miter"/>
            <v:imagedata r:id="rId3243" o:title="eqId107babba45f110012183dc4dc54490f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解：由题意可得，</w:t>
      </w:r>
      <w:r>
        <w:pict>
          <v:shape id="_x0000_i718209" o:spt="75" alt="学科网(www.zxxk.com)--教育资源门户，提供试卷、教案、课件、论文、素材以及各类教学资源下载，还有大量而丰富的教学相关资讯！" type="#_x0000_t75" style="height:13.8pt;width:67.2pt;" o:ole="t" filled="f" o:preferrelative="t" stroked="f" coordsize="21600,21600">
            <v:path/>
            <v:fill on="f" focussize="0,0"/>
            <v:stroke on="f" joinstyle="miter"/>
            <v:imagedata r:id="rId3244" o:title="eqId0236a3184941fdbeadd527af1826e77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10"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3245" o:title="eqId9182d60213e94c38b2ce9eabf6f025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11"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246" o:title="eqIdf354e2093db305ead526c22913b6ee1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12"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3247" o:title="eqIddfd09fb9482124fd35f19b86894648f4"/>
            <o:lock v:ext="edit" aspectratio="t"/>
            <w10:wrap type="none"/>
            <w10:anchorlock/>
          </v:shape>
        </w:pict>
      </w:r>
      <w:r>
        <w:rPr>
          <w:rFonts w:ascii="宋体" w:hAnsi="宋体" w:eastAsia="宋体" w:cs="宋体"/>
          <w:color w:val="000000"/>
        </w:rPr>
        <w:t>或</w:t>
      </w:r>
      <w:r>
        <w:pict>
          <v:shape id="_x0000_i718213"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3248" o:title="eqIdc87b351f16728b0023fd63678f8103c7"/>
            <o:lock v:ext="edit" aspectratio="t"/>
            <w10:wrap type="none"/>
            <w10:anchorlock/>
          </v:shape>
        </w:pict>
      </w:r>
      <w:r>
        <w:rPr>
          <w:rFonts w:ascii="宋体" w:hAnsi="宋体" w:eastAsia="宋体" w:cs="宋体"/>
          <w:color w:val="000000"/>
        </w:rPr>
        <w:t>或</w:t>
      </w:r>
      <w:r>
        <w:pict>
          <v:shape id="_x0000_i71821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249" o:title="eqIdcc2d3df37e73a8abea815f37dbb3fff5"/>
            <o:lock v:ext="edit" aspectratio="t"/>
            <w10:wrap type="none"/>
            <w10:anchorlock/>
          </v:shape>
        </w:pict>
      </w:r>
      <w:r>
        <w:rPr>
          <w:rFonts w:ascii="宋体" w:hAnsi="宋体" w:eastAsia="宋体" w:cs="宋体"/>
          <w:color w:val="000000"/>
        </w:rPr>
        <w:t>或</w:t>
      </w:r>
      <w:r>
        <w:pict>
          <v:shape id="_x0000_i718215" o:spt="75" alt="学科网(www.zxxk.com)--教育资源门户，提供试卷、教案、课件、论文、素材以及各类教学资源下载，还有大量而丰富的教学相关资讯！" type="#_x0000_t75" style="height:14.4pt;width:27pt;" o:ole="t" filled="f" o:preferrelative="t" stroked="f" coordsize="21600,21600">
            <v:path/>
            <v:fill on="f" focussize="0,0"/>
            <v:stroke on="f" joinstyle="miter"/>
            <v:imagedata r:id="rId3250" o:title="eqIdbe604061cf1591f7069472269d4c971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16"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251" o:title="eqId05d2670a4aff3f96519c53e80cafc5f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17" o:spt="75" alt="学科网(www.zxxk.com)--教育资源门户，提供试卷、教案、课件、论文、素材以及各类教学资源下载，还有大量而丰富的教学相关资讯！" type="#_x0000_t75" style="height:13.6pt;width:30.05pt;" o:ole="t" filled="f" o:preferrelative="t" stroked="f" coordsize="21600,21600">
            <v:path/>
            <v:fill on="f" focussize="0,0"/>
            <v:stroke on="f" joinstyle="miter"/>
            <v:imagedata r:id="rId3252" o:title="eqIdd8a3cc8c48bf54ec8252e5dce6867754"/>
            <o:lock v:ext="edit" aspectratio="t"/>
            <w10:wrap type="none"/>
            <w10:anchorlock/>
          </v:shape>
        </w:pict>
      </w:r>
      <w:r>
        <w:rPr>
          <w:rFonts w:ascii="宋体" w:hAnsi="宋体" w:eastAsia="宋体" w:cs="宋体"/>
          <w:color w:val="000000"/>
        </w:rPr>
        <w:t>或</w:t>
      </w:r>
      <w:r>
        <w:pict>
          <v:shape id="_x0000_i718218"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3253" o:title="eqIdcf0086b054ef120408acac806a1b1318"/>
            <o:lock v:ext="edit" aspectratio="t"/>
            <w10:wrap type="none"/>
            <w10:anchorlock/>
          </v:shape>
        </w:pict>
      </w:r>
      <w:r>
        <w:rPr>
          <w:rFonts w:ascii="宋体" w:hAnsi="宋体" w:eastAsia="宋体" w:cs="宋体"/>
          <w:color w:val="000000"/>
        </w:rPr>
        <w:t>或</w:t>
      </w:r>
      <w:r>
        <w:pict>
          <v:shape id="_x0000_i718219" o:spt="75" alt="学科网(www.zxxk.com)--教育资源门户，提供试卷、教案、课件、论文、素材以及各类教学资源下载，还有大量而丰富的教学相关资讯！" type="#_x0000_t75" style="height:13.6pt;width:30.05pt;" o:ole="t" filled="f" o:preferrelative="t" stroked="f" coordsize="21600,21600">
            <v:path/>
            <v:fill on="f" focussize="0,0"/>
            <v:stroke on="f" joinstyle="miter"/>
            <v:imagedata r:id="rId3254" o:title="eqIdfd876a2ed79c64bacc3e64b8ee92735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20" o:spt="75" alt="学科网(www.zxxk.com)--教育资源门户，提供试卷、教案、课件、论文、素材以及各类教学资源下载，还有大量而丰富的教学相关资讯！" type="#_x0000_t75" style="height:14.05pt;width:102.85pt;" o:ole="t" filled="f" o:preferrelative="t" stroked="f" coordsize="21600,21600">
            <v:path/>
            <v:fill on="f" focussize="0,0"/>
            <v:stroke on="f" joinstyle="miter"/>
            <v:imagedata r:id="rId3255" o:title="eqId9a4a1fd633226b8139a2386acd8ea0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21"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3256" o:title="eqIdcf0086b054ef120408acac806a1b13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2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257" o:title="eqIdcc2d3df37e73a8abea815f37dbb3fff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解：如图</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095375" cy="1200150"/>
            <wp:effectExtent l="0" t="0" r="0" b="0"/>
            <wp:docPr id="3755"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 name="图片 100019" descr="学科网(www.zxxk.com)--教育资源门户，提供试卷、教案、课件、论文、素材以及各类教学资源下载，还有大量而丰富的教学相关资讯！"/>
                    <pic:cNvPicPr>
                      <a:picLocks noChangeAspect="1"/>
                    </pic:cNvPicPr>
                  </pic:nvPicPr>
                  <pic:blipFill>
                    <a:blip r:embed="rId3258"/>
                    <a:stretch>
                      <a:fillRect/>
                    </a:stretch>
                  </pic:blipFill>
                  <pic:spPr>
                    <a:xfrm>
                      <a:off x="0" y="0"/>
                      <a:ext cx="1095375" cy="12001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当千位是</w:t>
      </w:r>
      <w:r>
        <w:rPr>
          <w:rFonts w:ascii="Times New Roman" w:hAnsi="Times New Roman" w:eastAsia="Times New Roman" w:cs="Times New Roman"/>
          <w:color w:val="000000"/>
        </w:rPr>
        <w:t>0</w:t>
      </w:r>
      <w:r>
        <w:rPr>
          <w:rFonts w:ascii="宋体" w:hAnsi="宋体" w:eastAsia="宋体" w:cs="宋体"/>
          <w:color w:val="000000"/>
        </w:rPr>
        <w:t>时，</w:t>
      </w:r>
      <w:r>
        <w:pict>
          <v:shape id="_x0000_i718223" o:spt="75" alt="学科网(www.zxxk.com)--教育资源门户，提供试卷、教案、课件、论文、素材以及各类教学资源下载，还有大量而丰富的教学相关资讯！" type="#_x0000_t75" style="height:20.25pt;width:123pt;" o:ole="t" filled="f" o:preferrelative="t" stroked="f" coordsize="21600,21600">
            <v:path/>
            <v:fill on="f" focussize="0,0"/>
            <v:stroke on="f" joinstyle="miter"/>
            <v:imagedata r:id="rId3259" o:title="eqId4d5d5ed351b3bfdd7fd1659efaf9a4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8224" o:spt="75" alt="学科网(www.zxxk.com)--教育资源门户，提供试卷、教案、课件、论文、素材以及各类教学资源下载，还有大量而丰富的教学相关资讯！" type="#_x0000_t75" style="height:30.85pt;width:36pt;" o:ole="t" filled="f" o:preferrelative="t" stroked="f" coordsize="21600,21600">
            <v:path/>
            <v:fill on="f" focussize="0,0"/>
            <v:stroke on="f" joinstyle="miter"/>
            <v:imagedata r:id="rId3260" o:title="eqId734e59326b8a3e72bfc10857268f64f2"/>
            <o:lock v:ext="edit" aspectratio="t"/>
            <w10:wrap type="none"/>
            <w10:anchorlock/>
          </v:shape>
        </w:pict>
      </w:r>
      <w:r>
        <w:rPr>
          <w:rFonts w:ascii="宋体" w:hAnsi="宋体" w:eastAsia="宋体" w:cs="宋体"/>
          <w:color w:val="000000"/>
        </w:rPr>
        <w:t>（不合题意，舍去）；</w:t>
      </w:r>
    </w:p>
    <w:p>
      <w:pPr>
        <w:spacing w:line="360" w:lineRule="auto"/>
        <w:jc w:val="left"/>
        <w:textAlignment w:val="center"/>
        <w:rPr>
          <w:color w:val="000000"/>
        </w:rPr>
      </w:pPr>
      <w:r>
        <w:rPr>
          <w:rFonts w:ascii="宋体" w:hAnsi="宋体" w:eastAsia="宋体" w:cs="宋体"/>
          <w:color w:val="000000"/>
        </w:rPr>
        <w:t>当千位是</w:t>
      </w:r>
      <w:r>
        <w:rPr>
          <w:rFonts w:ascii="Times New Roman" w:hAnsi="Times New Roman" w:eastAsia="Times New Roman" w:cs="Times New Roman"/>
          <w:color w:val="000000"/>
        </w:rPr>
        <w:t>1</w:t>
      </w:r>
      <w:r>
        <w:rPr>
          <w:rFonts w:ascii="宋体" w:hAnsi="宋体" w:eastAsia="宋体" w:cs="宋体"/>
          <w:color w:val="000000"/>
        </w:rPr>
        <w:t>时，</w:t>
      </w:r>
      <w:r>
        <w:pict>
          <v:shape id="_x0000_i718225" o:spt="75" alt="学科网(www.zxxk.com)--教育资源门户，提供试卷、教案、课件、论文、素材以及各类教学资源下载，还有大量而丰富的教学相关资讯！" type="#_x0000_t75" style="height:20.25pt;width:128.25pt;" o:ole="t" filled="f" o:preferrelative="t" stroked="f" coordsize="21600,21600">
            <v:path/>
            <v:fill on="f" focussize="0,0"/>
            <v:stroke on="f" joinstyle="miter"/>
            <v:imagedata r:id="rId3261" o:title="eqId69321dc3253bf56b4a557859d7f3102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226" o:spt="75" alt="学科网(www.zxxk.com)--教育资源门户，提供试卷、教案、课件、论文、素材以及各类教学资源下载，还有大量而丰富的教学相关资讯！" type="#_x0000_t75" style="height:12pt;width:24.75pt;" o:ole="t" filled="f" o:preferrelative="t" stroked="f" coordsize="21600,21600">
            <v:path/>
            <v:fill on="f" focussize="0,0"/>
            <v:stroke on="f" joinstyle="miter"/>
            <v:imagedata r:id="rId3262" o:title="eqIdd31251aec52e0833858cb3041ffb21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6</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在数轴上，点</w:t>
      </w:r>
      <w:r>
        <w:rPr>
          <w:rFonts w:ascii="Times New Roman" w:hAnsi="Times New Roman" w:eastAsia="Times New Roman" w:cs="Times New Roman"/>
          <w:i/>
          <w:color w:val="000000"/>
        </w:rPr>
        <w:t>O</w:t>
      </w:r>
      <w:r>
        <w:rPr>
          <w:rFonts w:ascii="宋体" w:hAnsi="宋体" w:eastAsia="宋体" w:cs="宋体"/>
          <w:color w:val="000000"/>
        </w:rPr>
        <w:t>表示的数为</w:t>
      </w:r>
      <w:r>
        <w:rPr>
          <w:rFonts w:ascii="Times New Roman" w:hAnsi="Times New Roman" w:eastAsia="Times New Roman" w:cs="Times New Roman"/>
          <w:color w:val="000000"/>
        </w:rPr>
        <w:t>0</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w:t>
      </w:r>
      <w:r>
        <w:pict>
          <v:shape id="_x0000_i718227"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3263" o:title="eqId0baedc4d7e690ab3f7d80d30ba0a9efe"/>
            <o:lock v:ext="edit" aspectratio="t"/>
            <w10:wrap type="none"/>
            <w10:anchorlock/>
          </v:shape>
        </w:pict>
      </w:r>
      <w:r>
        <w:rPr>
          <w:rFonts w:ascii="宋体" w:hAnsi="宋体" w:eastAsia="宋体" w:cs="宋体"/>
          <w:color w:val="000000"/>
        </w:rPr>
        <w:t>）．给出如下定义：对于该数轴上的一点</w:t>
      </w:r>
      <w:r>
        <w:rPr>
          <w:rFonts w:ascii="Times New Roman" w:hAnsi="Times New Roman" w:eastAsia="Times New Roman" w:cs="Times New Roman"/>
          <w:i/>
          <w:color w:val="000000"/>
        </w:rPr>
        <w:t>P</w:t>
      </w:r>
      <w:r>
        <w:rPr>
          <w:rFonts w:ascii="宋体" w:hAnsi="宋体" w:eastAsia="宋体" w:cs="宋体"/>
          <w:color w:val="000000"/>
        </w:rPr>
        <w:t>与线段</w:t>
      </w:r>
      <w:r>
        <w:pict>
          <v:shape id="_x0000_i718228"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264" o:title="eqIdaaf3369e0ea90e8d5cf4b6b3c45c0fd8"/>
            <o:lock v:ext="edit" aspectratio="t"/>
            <w10:wrap type="none"/>
            <w10:anchorlock/>
          </v:shape>
        </w:pict>
      </w:r>
      <w:r>
        <w:rPr>
          <w:rFonts w:ascii="宋体" w:hAnsi="宋体" w:eastAsia="宋体" w:cs="宋体"/>
          <w:color w:val="000000"/>
        </w:rPr>
        <w:t>上一点</w:t>
      </w:r>
      <w:r>
        <w:rPr>
          <w:rFonts w:ascii="Times New Roman" w:hAnsi="Times New Roman" w:eastAsia="Times New Roman" w:cs="Times New Roman"/>
          <w:i/>
          <w:color w:val="000000"/>
        </w:rPr>
        <w:t>Q</w:t>
      </w:r>
      <w:r>
        <w:rPr>
          <w:rFonts w:ascii="宋体" w:hAnsi="宋体" w:eastAsia="宋体" w:cs="宋体"/>
          <w:color w:val="000000"/>
        </w:rPr>
        <w:t>，如果线段</w:t>
      </w:r>
      <w:r>
        <w:pict>
          <v:shape id="_x0000_i718229"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3265" o:title="eqId7a5f1641947153c80b987320885a2b57"/>
            <o:lock v:ext="edit" aspectratio="t"/>
            <w10:wrap type="none"/>
            <w10:anchorlock/>
          </v:shape>
        </w:pict>
      </w:r>
      <w:r>
        <w:rPr>
          <w:rFonts w:ascii="宋体" w:hAnsi="宋体" w:eastAsia="宋体" w:cs="宋体"/>
          <w:color w:val="000000"/>
        </w:rPr>
        <w:t>的长度有最大值，那么称这个最大值为点</w:t>
      </w:r>
      <w:r>
        <w:rPr>
          <w:rFonts w:ascii="Times New Roman" w:hAnsi="Times New Roman" w:eastAsia="Times New Roman" w:cs="Times New Roman"/>
          <w:i/>
          <w:color w:val="000000"/>
        </w:rPr>
        <w:t>P</w:t>
      </w:r>
      <w:r>
        <w:rPr>
          <w:rFonts w:ascii="宋体" w:hAnsi="宋体" w:eastAsia="宋体" w:cs="宋体"/>
          <w:color w:val="000000"/>
        </w:rPr>
        <w:t>与线段</w:t>
      </w:r>
      <w:r>
        <w:pict>
          <v:shape id="_x0000_i718230"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264" o:title="eqIdaaf3369e0ea90e8d5cf4b6b3c45c0fd8"/>
            <o:lock v:ext="edit" aspectratio="t"/>
            <w10:wrap type="none"/>
            <w10:anchorlock/>
          </v:shape>
        </w:pict>
      </w:r>
      <w:r>
        <w:rPr>
          <w:rFonts w:ascii="宋体" w:hAnsi="宋体" w:eastAsia="宋体" w:cs="宋体"/>
          <w:color w:val="000000"/>
        </w:rPr>
        <w:t>的“闭距离”，如图</w:t>
      </w:r>
      <w:r>
        <w:rPr>
          <w:rFonts w:ascii="Times New Roman" w:hAnsi="Times New Roman" w:eastAsia="Times New Roman" w:cs="Times New Roman"/>
          <w:color w:val="000000"/>
        </w:rPr>
        <w:t>1</w:t>
      </w:r>
      <w:r>
        <w:rPr>
          <w:rFonts w:ascii="宋体" w:hAnsi="宋体" w:eastAsia="宋体" w:cs="宋体"/>
          <w:color w:val="000000"/>
        </w:rPr>
        <w:t>，若</w:t>
      </w:r>
      <w:r>
        <w:pict>
          <v:shape id="_x0000_i718231" o:spt="75" alt="学科网(www.zxxk.com)--教育资源门户，提供试卷、教案、课件、论文、素材以及各类教学资源下载，还有大量而丰富的教学相关资讯！" type="#_x0000_t75" style="height:11.25pt;width:27.75pt;" o:ole="t" filled="f" o:preferrelative="t" stroked="f" coordsize="21600,21600">
            <v:path/>
            <v:fill on="f" focussize="0,0"/>
            <v:stroke on="f" joinstyle="miter"/>
            <v:imagedata r:id="rId3266" o:title="eqId7aed39f5aca78934fb383402433fe549"/>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，当点</w:t>
      </w:r>
      <w:r>
        <w:rPr>
          <w:rFonts w:ascii="Times New Roman" w:hAnsi="Times New Roman" w:eastAsia="Times New Roman" w:cs="Times New Roman"/>
          <w:i/>
          <w:color w:val="000000"/>
        </w:rPr>
        <w:t>Q</w:t>
      </w:r>
      <w:r>
        <w:rPr>
          <w:rFonts w:ascii="宋体" w:hAnsi="宋体" w:eastAsia="宋体" w:cs="宋体"/>
          <w:color w:val="000000"/>
        </w:rPr>
        <w:t>与点</w:t>
      </w:r>
      <w:r>
        <w:rPr>
          <w:rFonts w:ascii="Times New Roman" w:hAnsi="Times New Roman" w:eastAsia="Times New Roman" w:cs="Times New Roman"/>
          <w:i/>
          <w:color w:val="000000"/>
        </w:rPr>
        <w:t>M</w:t>
      </w:r>
      <w:r>
        <w:rPr>
          <w:rFonts w:ascii="宋体" w:hAnsi="宋体" w:eastAsia="宋体" w:cs="宋体"/>
          <w:color w:val="000000"/>
        </w:rPr>
        <w:t>重合时，线段</w:t>
      </w:r>
      <w:r>
        <w:pict>
          <v:shape id="_x0000_i718232"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3265" o:title="eqId7a5f1641947153c80b987320885a2b57"/>
            <o:lock v:ext="edit" aspectratio="t"/>
            <w10:wrap type="none"/>
            <w10:anchorlock/>
          </v:shape>
        </w:pict>
      </w:r>
      <w:r>
        <w:rPr>
          <w:rFonts w:ascii="宋体" w:hAnsi="宋体" w:eastAsia="宋体" w:cs="宋体"/>
          <w:color w:val="000000"/>
        </w:rPr>
        <w:t>的长最大，值是</w:t>
      </w:r>
      <w:r>
        <w:rPr>
          <w:rFonts w:ascii="Times New Roman" w:hAnsi="Times New Roman" w:eastAsia="Times New Roman" w:cs="Times New Roman"/>
          <w:color w:val="000000"/>
        </w:rPr>
        <w:t>4</w:t>
      </w:r>
      <w:r>
        <w:rPr>
          <w:rFonts w:ascii="宋体" w:hAnsi="宋体" w:eastAsia="宋体" w:cs="宋体"/>
          <w:color w:val="000000"/>
        </w:rPr>
        <w:t>，则点</w:t>
      </w:r>
      <w:r>
        <w:rPr>
          <w:rFonts w:ascii="Times New Roman" w:hAnsi="Times New Roman" w:eastAsia="Times New Roman" w:cs="Times New Roman"/>
          <w:i/>
          <w:color w:val="000000"/>
        </w:rPr>
        <w:t>P</w:t>
      </w:r>
      <w:r>
        <w:rPr>
          <w:rFonts w:ascii="宋体" w:hAnsi="宋体" w:eastAsia="宋体" w:cs="宋体"/>
          <w:color w:val="000000"/>
        </w:rPr>
        <w:t>与线段</w:t>
      </w:r>
      <w:r>
        <w:pict>
          <v:shape id="_x0000_i718233"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264"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638425" cy="923925"/>
            <wp:effectExtent l="0" t="0" r="0" b="0"/>
            <wp:docPr id="3757"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 name="图片 100021" descr="学科网(www.zxxk.com)--教育资源门户，提供试卷、教案、课件、论文、素材以及各类教学资源下载，还有大量而丰富的教学相关资讯！"/>
                    <pic:cNvPicPr>
                      <a:picLocks noChangeAspect="1"/>
                    </pic:cNvPicPr>
                  </pic:nvPicPr>
                  <pic:blipFill>
                    <a:blip r:embed="rId3267"/>
                    <a:stretch>
                      <a:fillRect/>
                    </a:stretch>
                  </pic:blipFill>
                  <pic:spPr>
                    <a:xfrm>
                      <a:off x="0" y="0"/>
                      <a:ext cx="2638425" cy="9239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，在该数轴上，点</w:t>
      </w:r>
      <w:r>
        <w:rPr>
          <w:rFonts w:ascii="Times New Roman" w:hAnsi="Times New Roman" w:eastAsia="Times New Roman" w:cs="Times New Roman"/>
          <w:i/>
          <w:color w:val="000000"/>
        </w:rPr>
        <w:t>A</w:t>
      </w:r>
      <w:r>
        <w:rPr>
          <w:rFonts w:ascii="宋体" w:hAnsi="宋体" w:eastAsia="宋体" w:cs="宋体"/>
          <w:color w:val="000000"/>
        </w:rPr>
        <w:t>表示的数为</w:t>
      </w:r>
      <w:r>
        <w:pict>
          <v:shape id="_x0000_i718234"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268" o:title="eqIdacbc6a613224461ade69362d46550474"/>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当</w:t>
      </w:r>
      <w:r>
        <w:pict>
          <v:shape id="_x0000_i718235"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3269" o:title="eqIdcf0086b054ef120408acac806a1b1318"/>
            <o:lock v:ext="edit" aspectratio="t"/>
            <w10:wrap type="none"/>
            <w10:anchorlock/>
          </v:shape>
        </w:pict>
      </w:r>
      <w:r>
        <w:rPr>
          <w:rFonts w:ascii="宋体" w:hAnsi="宋体" w:eastAsia="宋体" w:cs="宋体"/>
          <w:color w:val="000000"/>
        </w:rPr>
        <w:t>时，点</w:t>
      </w:r>
      <w:r>
        <w:rPr>
          <w:rFonts w:ascii="Times New Roman" w:hAnsi="Times New Roman" w:eastAsia="Times New Roman" w:cs="Times New Roman"/>
          <w:i/>
          <w:color w:val="000000"/>
        </w:rPr>
        <w:t>A</w:t>
      </w:r>
      <w:r>
        <w:rPr>
          <w:rFonts w:ascii="宋体" w:hAnsi="宋体" w:eastAsia="宋体" w:cs="宋体"/>
          <w:color w:val="000000"/>
        </w:rPr>
        <w:t>与线段</w:t>
      </w:r>
      <w:r>
        <w:pict>
          <v:shape id="_x0000_i718236"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270"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若点</w:t>
      </w:r>
      <w:r>
        <w:rPr>
          <w:rFonts w:ascii="Times New Roman" w:hAnsi="Times New Roman" w:eastAsia="Times New Roman" w:cs="Times New Roman"/>
          <w:i/>
          <w:color w:val="000000"/>
        </w:rPr>
        <w:t>B</w:t>
      </w:r>
      <w:r>
        <w:rPr>
          <w:rFonts w:ascii="宋体" w:hAnsi="宋体" w:eastAsia="宋体" w:cs="宋体"/>
          <w:color w:val="000000"/>
        </w:rPr>
        <w:t>与线段</w:t>
      </w:r>
      <w:r>
        <w:pict>
          <v:shape id="_x0000_i718237"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271"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3</w: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color w:val="000000"/>
        </w:rPr>
        <w:drawing>
          <wp:inline distT="0" distB="0" distL="114300" distR="114300">
            <wp:extent cx="3267075" cy="923925"/>
            <wp:effectExtent l="0" t="0" r="0" b="0"/>
            <wp:docPr id="3759"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 name="图片 100023" descr="学科网(www.zxxk.com)--教育资源门户，提供试卷、教案、课件、论文、素材以及各类教学资源下载，还有大量而丰富的教学相关资讯！"/>
                    <pic:cNvPicPr>
                      <a:picLocks noChangeAspect="1"/>
                    </pic:cNvPicPr>
                  </pic:nvPicPr>
                  <pic:blipFill>
                    <a:blip r:embed="rId3272"/>
                    <a:stretch>
                      <a:fillRect/>
                    </a:stretch>
                  </pic:blipFill>
                  <pic:spPr>
                    <a:xfrm>
                      <a:off x="0" y="0"/>
                      <a:ext cx="3267075" cy="9239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在该数轴上，点</w:t>
      </w:r>
      <w:r>
        <w:rPr>
          <w:rFonts w:ascii="Times New Roman" w:hAnsi="Times New Roman" w:eastAsia="Times New Roman" w:cs="Times New Roman"/>
          <w:i/>
          <w:color w:val="000000"/>
        </w:rPr>
        <w:t>C</w:t>
      </w:r>
      <w:r>
        <w:rPr>
          <w:rFonts w:ascii="宋体" w:hAnsi="宋体" w:eastAsia="宋体" w:cs="宋体"/>
          <w:color w:val="000000"/>
        </w:rPr>
        <w:t>表示的数为</w:t>
      </w:r>
      <w:r>
        <w:pict>
          <v:shape id="_x0000_i718238" o:spt="75" alt="学科网(www.zxxk.com)--教育资源门户，提供试卷、教案、课件、论文、素材以及各类教学资源下载，还有大量而丰富的教学相关资讯！" type="#_x0000_t75" style="height:11.25pt;width:18.75pt;" o:ole="t" filled="f" o:preferrelative="t" stroked="f" coordsize="21600,21600">
            <v:path/>
            <v:fill on="f" focussize="0,0"/>
            <v:stroke on="f" joinstyle="miter"/>
            <v:imagedata r:id="rId3273" o:title="eqId93129dde5fa5cd84e3702e457535e274"/>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表示的数为</w:t>
      </w:r>
      <w:r>
        <w:pict>
          <v:shape id="_x0000_i71823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274" o:title="eqId220e192bb64139d683f231f368a2a250"/>
            <o:lock v:ext="edit" aspectratio="t"/>
            <w10:wrap type="none"/>
            <w10:anchorlock/>
          </v:shape>
        </w:pict>
      </w:r>
      <w:r>
        <w:rPr>
          <w:rFonts w:ascii="宋体" w:hAnsi="宋体" w:eastAsia="宋体" w:cs="宋体"/>
          <w:color w:val="000000"/>
        </w:rPr>
        <w:t>，若线段</w:t>
      </w:r>
      <w:r>
        <w:pict>
          <v:shape id="_x0000_i718240"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3275" o:title="eqId9d78abbad68bbbf12af10cd40ef4c353"/>
            <o:lock v:ext="edit" aspectratio="t"/>
            <w10:wrap type="none"/>
            <w10:anchorlock/>
          </v:shape>
        </w:pict>
      </w:r>
      <w:r>
        <w:rPr>
          <w:rFonts w:ascii="宋体" w:hAnsi="宋体" w:eastAsia="宋体" w:cs="宋体"/>
          <w:color w:val="000000"/>
        </w:rPr>
        <w:t>上存在点</w:t>
      </w:r>
      <w:r>
        <w:rPr>
          <w:rFonts w:ascii="Times New Roman" w:hAnsi="Times New Roman" w:eastAsia="Times New Roman" w:cs="Times New Roman"/>
          <w:i/>
          <w:color w:val="000000"/>
        </w:rPr>
        <w:t>G</w:t>
      </w:r>
      <w:r>
        <w:rPr>
          <w:rFonts w:ascii="宋体" w:hAnsi="宋体" w:eastAsia="宋体" w:cs="宋体"/>
          <w:color w:val="000000"/>
        </w:rPr>
        <w:t>，使得点</w:t>
      </w:r>
      <w:r>
        <w:rPr>
          <w:rFonts w:ascii="Times New Roman" w:hAnsi="Times New Roman" w:eastAsia="Times New Roman" w:cs="Times New Roman"/>
          <w:i/>
          <w:color w:val="000000"/>
        </w:rPr>
        <w:t>G</w:t>
      </w:r>
      <w:r>
        <w:rPr>
          <w:rFonts w:ascii="宋体" w:hAnsi="宋体" w:eastAsia="宋体" w:cs="宋体"/>
          <w:color w:val="000000"/>
        </w:rPr>
        <w:t>与线段</w:t>
      </w:r>
      <w:r>
        <w:pict>
          <v:shape id="_x0000_i718241"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276"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4</w:t>
      </w:r>
      <w:r>
        <w:rPr>
          <w:rFonts w:ascii="宋体" w:hAnsi="宋体" w:eastAsia="宋体" w:cs="宋体"/>
          <w:color w:val="000000"/>
        </w:rPr>
        <w:t>，直接写出</w:t>
      </w:r>
      <w:r>
        <w:rPr>
          <w:rFonts w:ascii="Times New Roman" w:hAnsi="Times New Roman" w:eastAsia="Times New Roman" w:cs="Times New Roman"/>
          <w:i/>
          <w:color w:val="000000"/>
        </w:rPr>
        <w:t>m</w:t>
      </w:r>
      <w:r>
        <w:rPr>
          <w:rFonts w:ascii="宋体" w:hAnsi="宋体" w:eastAsia="宋体" w:cs="宋体"/>
          <w:color w:val="000000"/>
        </w:rPr>
        <w:t>的最大值与最小值．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①2</w:t>
      </w:r>
      <w:r>
        <w:rPr>
          <w:rFonts w:ascii="宋体" w:hAnsi="宋体" w:eastAsia="宋体" w:cs="宋体"/>
          <w:color w:val="000000"/>
        </w:rPr>
        <w:t>；</w:t>
      </w:r>
      <w:r>
        <w:rPr>
          <w:rFonts w:ascii="Times New Roman" w:hAnsi="Times New Roman" w:eastAsia="Times New Roman" w:cs="Times New Roman"/>
          <w:color w:val="000000"/>
        </w:rPr>
        <w:t>②5</w:t>
      </w:r>
      <w:r>
        <w:rPr>
          <w:rFonts w:ascii="宋体" w:hAnsi="宋体" w:eastAsia="宋体" w:cs="宋体"/>
          <w:color w:val="000000"/>
        </w:rPr>
        <w:t>或</w:t>
      </w:r>
      <w:r>
        <w:pict>
          <v:shape id="_x0000_i71824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277" o:title="eqIdacbc6a613224461ade69362d46550474"/>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i/>
          <w:color w:val="000000"/>
        </w:rPr>
        <w:t>m</w:t>
      </w:r>
      <w:r>
        <w:rPr>
          <w:rFonts w:ascii="宋体" w:hAnsi="宋体" w:eastAsia="宋体" w:cs="宋体"/>
          <w:color w:val="000000"/>
        </w:rPr>
        <w:t>的最大值为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的最小值为</w:t>
      </w:r>
      <w:r>
        <w:pict>
          <v:shape id="_x0000_i71824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278" o:title="eqId274a9dc37509f01c2606fb3086a46f4f"/>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根据“闭距离”的概念求解即可；</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根据“闭距离”的概念列出方程求解即可；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）根据题意分</w:t>
      </w:r>
      <w:r>
        <w:pict>
          <v:shape id="_x0000_i718244" o:spt="75" alt="学科网(www.zxxk.com)--教育资源门户，提供试卷、教案、课件、论文、素材以及各类教学资源下载，还有大量而丰富的教学相关资讯！" type="#_x0000_t75" style="height:14.4pt;width:30pt;" o:ole="t" filled="f" o:preferrelative="t" stroked="f" coordsize="21600,21600">
            <v:path/>
            <v:fill on="f" focussize="0,0"/>
            <v:stroke on="f" joinstyle="miter"/>
            <v:imagedata r:id="rId3279" o:title="eqId057c9c652f16799896b0f707604c4a0f"/>
            <o:lock v:ext="edit" aspectratio="t"/>
            <w10:wrap type="none"/>
            <w10:anchorlock/>
          </v:shape>
        </w:pict>
      </w:r>
      <w:r>
        <w:rPr>
          <w:rFonts w:ascii="宋体" w:hAnsi="宋体" w:eastAsia="宋体" w:cs="宋体"/>
          <w:color w:val="000000"/>
        </w:rPr>
        <w:t>和</w:t>
      </w:r>
      <w:r>
        <w:pict>
          <v:shape id="_x0000_i718245" o:spt="75" alt="学科网(www.zxxk.com)--教育资源门户，提供试卷、教案、课件、论文、素材以及各类教学资源下载，还有大量而丰富的教学相关资讯！" type="#_x0000_t75" style="height:13.8pt;width:30pt;" o:ole="t" filled="f" o:preferrelative="t" stroked="f" coordsize="21600,21600">
            <v:path/>
            <v:fill on="f" focussize="0,0"/>
            <v:stroke on="f" joinstyle="miter"/>
            <v:imagedata r:id="rId3280" o:title="eqIdd4f1138ee32299b2d8526e48e2fc9f8e"/>
            <o:lock v:ext="edit" aspectratio="t"/>
            <w10:wrap type="none"/>
            <w10:anchorlock/>
          </v:shape>
        </w:pict>
      </w:r>
      <w:r>
        <w:rPr>
          <w:rFonts w:ascii="宋体" w:hAnsi="宋体" w:eastAsia="宋体" w:cs="宋体"/>
          <w:color w:val="000000"/>
        </w:rPr>
        <w:t>两种情况讨论，分别列出不等式求解即可．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hAnsi="Times New Roman" w:eastAsia="Times New Roman" w:cs="Times New Roman"/>
          <w:color w:val="000000"/>
        </w:rPr>
        <w:t>①∵</w:t>
      </w:r>
      <w:r>
        <w:pict>
          <v:shape id="_x0000_i718246" o:spt="75" alt="学科网(www.zxxk.com)--教育资源门户，提供试卷、教案、课件、论文、素材以及各类教学资源下载，还有大量而丰富的教学相关资讯！" type="#_x0000_t75" style="height:13.8pt;width:28.2pt;" o:ole="t" filled="f" o:preferrelative="t" stroked="f" coordsize="21600,21600">
            <v:path/>
            <v:fill on="f" focussize="0,0"/>
            <v:stroke on="f" joinstyle="miter"/>
            <v:imagedata r:id="rId3281" o:title="eqIdcf0086b054ef120408acac806a1b1318"/>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表示的数为</w:t>
      </w:r>
      <w:r>
        <w:pict>
          <v:shape id="_x0000_i718247"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282" o:title="eqIdacbc6a613224461ade69362d465504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8248"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3283" o:title="eqId0619ff2cc03616d262f40393817b1ba3"/>
            <o:lock v:ext="edit" aspectratio="t"/>
            <w10:wrap type="none"/>
            <w10:anchorlock/>
          </v:shape>
        </w:pic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与线段</w:t>
      </w:r>
      <w:r>
        <w:pict>
          <v:shape id="_x0000_i718249"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284" o:title="eqIdaaf3369e0ea90e8d5cf4b6b3c45c0fd8"/>
            <o:lock v:ext="edit" aspectratio="t"/>
            <w10:wrap type="none"/>
            <w10:anchorlock/>
          </v:shape>
        </w:pict>
      </w:r>
      <w:r>
        <w:rPr>
          <w:rFonts w:ascii="宋体" w:hAnsi="宋体" w:eastAsia="宋体" w:cs="宋体"/>
          <w:color w:val="000000"/>
        </w:rPr>
        <w:t>的“闭距离”为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当</w:t>
      </w:r>
      <w:r>
        <w:pict>
          <v:shape id="_x0000_i718250"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285" o:title="eqId58b140e221ddf537b8964fff8557cca0"/>
            <o:lock v:ext="edit" aspectratio="t"/>
            <w10:wrap type="none"/>
            <w10:anchorlock/>
          </v:shape>
        </w:pict>
      </w:r>
      <w:r>
        <w:rPr>
          <w:rFonts w:ascii="宋体" w:hAnsi="宋体" w:eastAsia="宋体" w:cs="宋体"/>
          <w:color w:val="000000"/>
        </w:rPr>
        <w:t>时，如图</w:t>
      </w:r>
      <w:r>
        <w:rPr>
          <w:rFonts w:ascii="Times New Roman" w:hAnsi="Times New Roman" w:eastAsia="Times New Roman" w:cs="Times New Roman"/>
          <w:color w:val="000000"/>
        </w:rPr>
        <w:t>1</w:t>
      </w:r>
      <w:r>
        <w:rPr>
          <w:rFonts w:ascii="宋体" w:hAnsi="宋体" w:eastAsia="宋体" w:cs="宋体"/>
          <w:color w:val="000000"/>
        </w:rPr>
        <w:t>，可列方程，得</w:t>
      </w:r>
      <w:r>
        <w:pict>
          <v:shape id="_x0000_i718251" o:spt="75" alt="学科网(www.zxxk.com)--教育资源门户，提供试卷、教案、课件、论文、素材以及各类教学资源下载，还有大量而丰富的教学相关资讯！" type="#_x0000_t75" style="height:13.8pt;width:46.2pt;" o:ole="t" filled="f" o:preferrelative="t" stroked="f" coordsize="21600,21600">
            <v:path/>
            <v:fill on="f" focussize="0,0"/>
            <v:stroke on="f" joinstyle="miter"/>
            <v:imagedata r:id="rId3286" o:title="eqId122cd16ea73a47ceae1f9b9f3b7f2e44"/>
            <o:lock v:ext="edit" aspectratio="t"/>
            <w10:wrap type="none"/>
            <w10:anchorlock/>
          </v:shape>
        </w:pict>
      </w:r>
      <w:r>
        <w:rPr>
          <w:rFonts w:ascii="宋体" w:hAnsi="宋体" w:eastAsia="宋体" w:cs="宋体"/>
          <w:color w:val="000000"/>
        </w:rPr>
        <w:t>．解得</w:t>
      </w:r>
      <w:r>
        <w:pict>
          <v:shape id="_x0000_i718252" o:spt="75" alt="学科网(www.zxxk.com)--教育资源门户，提供试卷、教案、课件、论文、素材以及各类教学资源下载，还有大量而丰富的教学相关资讯！" type="#_x0000_t75" style="height:14.15pt;width:30.05pt;" o:ole="t" filled="f" o:preferrelative="t" stroked="f" coordsize="21600,21600">
            <v:path/>
            <v:fill on="f" focussize="0,0"/>
            <v:stroke on="f" joinstyle="miter"/>
            <v:imagedata r:id="rId3287" o:title="eqId6c7a1d739890a8951586e23b78b035b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00375" cy="952500"/>
            <wp:effectExtent l="0" t="0" r="0" b="0"/>
            <wp:docPr id="3761"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 name="图片 100025" descr="学科网(www.zxxk.com)--教育资源门户，提供试卷、教案、课件、论文、素材以及各类教学资源下载，还有大量而丰富的教学相关资讯！"/>
                    <pic:cNvPicPr>
                      <a:picLocks noChangeAspect="1"/>
                    </pic:cNvPicPr>
                  </pic:nvPicPr>
                  <pic:blipFill>
                    <a:blip r:embed="rId3288"/>
                    <a:stretch>
                      <a:fillRect/>
                    </a:stretch>
                  </pic:blipFill>
                  <pic:spPr>
                    <a:xfrm>
                      <a:off x="0" y="0"/>
                      <a:ext cx="3000375" cy="9525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当</w:t>
      </w:r>
      <w:r>
        <w:pict>
          <v:shape id="_x0000_i718253" o:spt="75" alt="学科网(www.zxxk.com)--教育资源门户，提供试卷、教案、课件、论文、素材以及各类教学资源下载，还有大量而丰富的教学相关资讯！" type="#_x0000_t75" style="height:13.5pt;width:30pt;" o:ole="t" filled="f" o:preferrelative="t" stroked="f" coordsize="21600,21600">
            <v:path/>
            <v:fill on="f" focussize="0,0"/>
            <v:stroke on="f" joinstyle="miter"/>
            <v:imagedata r:id="rId3289" o:title="eqId4f4c78214e43a8b93f2a57072033cbcf"/>
            <o:lock v:ext="edit" aspectratio="t"/>
            <w10:wrap type="none"/>
            <w10:anchorlock/>
          </v:shape>
        </w:pict>
      </w:r>
      <w:r>
        <w:rPr>
          <w:rFonts w:ascii="宋体" w:hAnsi="宋体" w:eastAsia="宋体" w:cs="宋体"/>
          <w:color w:val="000000"/>
        </w:rPr>
        <w:t>时，如图</w:t>
      </w:r>
      <w:r>
        <w:rPr>
          <w:rFonts w:ascii="Times New Roman" w:hAnsi="Times New Roman" w:eastAsia="Times New Roman" w:cs="Times New Roman"/>
          <w:color w:val="000000"/>
        </w:rPr>
        <w:t>2</w:t>
      </w:r>
      <w:r>
        <w:rPr>
          <w:rFonts w:ascii="宋体" w:hAnsi="宋体" w:eastAsia="宋体" w:cs="宋体"/>
          <w:color w:val="000000"/>
        </w:rPr>
        <w:t>，可列方程，得</w:t>
      </w:r>
      <w:r>
        <w:pict>
          <v:shape id="_x0000_i718254" o:spt="75" alt="学科网(www.zxxk.com)--教育资源门户，提供试卷、教案、课件、论文、素材以及各类教学资源下载，还有大量而丰富的教学相关资讯！" type="#_x0000_t75" style="height:14.35pt;width:47.4pt;" o:ole="t" filled="f" o:preferrelative="t" stroked="f" coordsize="21600,21600">
            <v:path/>
            <v:fill on="f" focussize="0,0"/>
            <v:stroke on="f" joinstyle="miter"/>
            <v:imagedata r:id="rId3290" o:title="eqId7a0936b12e8bb21ffbb3e4094bc0a88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8255" o:spt="75" alt="学科网(www.zxxk.com)--教育资源门户，提供试卷、教案、课件、论文、素材以及各类教学资源下载，还有大量而丰富的教学相关资讯！" type="#_x0000_t75" style="height:11.25pt;width:27.75pt;" o:ole="t" filled="f" o:preferrelative="t" stroked="f" coordsize="21600,21600">
            <v:path/>
            <v:fill on="f" focussize="0,0"/>
            <v:stroke on="f" joinstyle="miter"/>
            <v:imagedata r:id="rId3291" o:title="eqId7aed39f5aca78934fb383402433fe54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638425" cy="923925"/>
            <wp:effectExtent l="0" t="0" r="0" b="0"/>
            <wp:docPr id="3763"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 name="图片 100027" descr="学科网(www.zxxk.com)--教育资源门户，提供试卷、教案、课件、论文、素材以及各类教学资源下载，还有大量而丰富的教学相关资讯！"/>
                    <pic:cNvPicPr>
                      <a:picLocks noChangeAspect="1"/>
                    </pic:cNvPicPr>
                  </pic:nvPicPr>
                  <pic:blipFill>
                    <a:blip r:embed="rId3292"/>
                    <a:stretch>
                      <a:fillRect/>
                    </a:stretch>
                  </pic:blipFill>
                  <pic:spPr>
                    <a:xfrm>
                      <a:off x="0" y="0"/>
                      <a:ext cx="2638425" cy="9239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所以当点</w:t>
      </w:r>
      <w:r>
        <w:rPr>
          <w:rFonts w:ascii="Times New Roman" w:hAnsi="Times New Roman" w:eastAsia="Times New Roman" w:cs="Times New Roman"/>
          <w:i/>
          <w:color w:val="000000"/>
        </w:rPr>
        <w:t>B</w:t>
      </w:r>
      <w:r>
        <w:rPr>
          <w:rFonts w:ascii="宋体" w:hAnsi="宋体" w:eastAsia="宋体" w:cs="宋体"/>
          <w:color w:val="000000"/>
        </w:rPr>
        <w:t>与线段</w:t>
      </w:r>
      <w:r>
        <w:rPr>
          <w:rFonts w:ascii="Times New Roman" w:hAnsi="Times New Roman" w:eastAsia="Times New Roman" w:cs="Times New Roman"/>
          <w:i/>
          <w:color w:val="000000"/>
        </w:rPr>
        <w:t>OM</w:t>
      </w:r>
      <w:r>
        <w:rPr>
          <w:rFonts w:ascii="宋体" w:hAnsi="宋体" w:eastAsia="宋体" w:cs="宋体"/>
          <w:color w:val="000000"/>
        </w:rPr>
        <w:t>的“闭距离”为</w:t>
      </w:r>
      <w:r>
        <w:rPr>
          <w:rFonts w:ascii="Times New Roman" w:hAnsi="Times New Roman" w:eastAsia="Times New Roman" w:cs="Times New Roman"/>
          <w:color w:val="000000"/>
        </w:rPr>
        <w:t>3</w:t>
      </w:r>
      <w:r>
        <w:rPr>
          <w:rFonts w:ascii="宋体" w:hAnsi="宋体" w:eastAsia="宋体" w:cs="宋体"/>
          <w:color w:val="000000"/>
        </w:rPr>
        <w:t>时，</w:t>
      </w:r>
      <w:r>
        <w:rPr>
          <w:rFonts w:ascii="Times New Roman" w:hAnsi="Times New Roman" w:eastAsia="Times New Roman" w:cs="Times New Roman"/>
          <w:i/>
          <w:color w:val="000000"/>
        </w:rPr>
        <w:t>m</w:t>
      </w:r>
      <w:r>
        <w:rPr>
          <w:rFonts w:ascii="宋体" w:hAnsi="宋体" w:eastAsia="宋体" w:cs="宋体"/>
          <w:color w:val="000000"/>
        </w:rPr>
        <w:t>的值是</w:t>
      </w:r>
      <w:r>
        <w:rPr>
          <w:rFonts w:ascii="Times New Roman" w:hAnsi="Times New Roman" w:eastAsia="Times New Roman" w:cs="Times New Roman"/>
          <w:color w:val="000000"/>
        </w:rPr>
        <w:t>5</w:t>
      </w:r>
      <w:r>
        <w:rPr>
          <w:rFonts w:ascii="宋体" w:hAnsi="宋体" w:eastAsia="宋体" w:cs="宋体"/>
          <w:color w:val="000000"/>
        </w:rPr>
        <w:t>或</w:t>
      </w:r>
      <w:r>
        <w:pict>
          <v:shape id="_x0000_i718256"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293" o:title="eqIdacbc6a613224461ade69362d465504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当</w:t>
      </w:r>
      <w:r>
        <w:pict>
          <v:shape id="_x0000_i718257" o:spt="75" alt="学科网(www.zxxk.com)--教育资源门户，提供试卷、教案、课件、论文、素材以及各类教学资源下载，还有大量而丰富的教学相关资讯！" type="#_x0000_t75" style="height:13.8pt;width:30pt;" o:ole="t" filled="f" o:preferrelative="t" stroked="f" coordsize="21600,21600">
            <v:path/>
            <v:fill on="f" focussize="0,0"/>
            <v:stroke on="f" joinstyle="miter"/>
            <v:imagedata r:id="rId3294" o:title="eqIdd4f1138ee32299b2d8526e48e2fc9f8e"/>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8258" o:spt="75" alt="学科网(www.zxxk.com)--教育资源门户，提供试卷、教案、课件、论文、素材以及各类教学资源下载，还有大量而丰富的教学相关资讯！" type="#_x0000_t75" style="height:36pt;width:80.25pt;" o:ole="t" filled="f" o:preferrelative="t" stroked="f" coordsize="21600,21600">
            <v:path/>
            <v:fill on="f" focussize="0,0"/>
            <v:stroke on="f" joinstyle="miter"/>
            <v:imagedata r:id="rId3295" o:title="eqIdbb48735839d6799dcc72cac2978d1457"/>
            <o:lock v:ext="edit" aspectratio="t"/>
            <w10:wrap type="none"/>
            <w10:anchorlock/>
          </v:shape>
        </w:pict>
      </w:r>
      <w:r>
        <w:rPr>
          <w:rFonts w:ascii="宋体" w:hAnsi="宋体" w:eastAsia="宋体" w:cs="宋体"/>
          <w:color w:val="000000"/>
        </w:rPr>
        <w:t>，解得</w:t>
      </w:r>
      <w:r>
        <w:pict>
          <v:shape id="_x0000_i718259" o:spt="75" alt="学科网(www.zxxk.com)--教育资源门户，提供试卷、教案、课件、论文、素材以及各类教学资源下载，还有大量而丰富的教学相关资讯！" type="#_x0000_t75" style="height:14pt;width:60pt;" o:ole="t" filled="f" o:preferrelative="t" stroked="f" coordsize="21600,21600">
            <v:path/>
            <v:fill on="f" focussize="0,0"/>
            <v:stroke on="f" joinstyle="miter"/>
            <v:imagedata r:id="rId3296" o:title="eqIde7917fdc1dfc6cf65aeae437bba895e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8260" o:spt="75" alt="学科网(www.zxxk.com)--教育资源门户，提供试卷、教案、课件、论文、素材以及各类教学资源下载，还有大量而丰富的教学相关资讯！" type="#_x0000_t75" style="height:14.4pt;width:30pt;" o:ole="t" filled="f" o:preferrelative="t" stroked="f" coordsize="21600,21600">
            <v:path/>
            <v:fill on="f" focussize="0,0"/>
            <v:stroke on="f" joinstyle="miter"/>
            <v:imagedata r:id="rId3297" o:title="eqId057c9c652f16799896b0f707604c4a0f"/>
            <o:lock v:ext="edit" aspectratio="t"/>
            <w10:wrap type="none"/>
            <w10:anchorlock/>
          </v:shape>
        </w:pict>
      </w:r>
      <w:r>
        <w:pict>
          <v:shape id="_x0000_i718261" o:spt="75" alt="学科网(www.zxxk.com)--教育资源门户，提供试卷、教案、课件、论文、素材以及各类教学资源下载，还有大量而丰富的教学相关资讯！" type="#_x0000_t75" style="height:13.8pt;width:30pt;" o:ole="t" filled="f" o:preferrelative="t" stroked="f" coordsize="21600,21600">
            <v:path/>
            <v:fill on="f" focussize="0,0"/>
            <v:stroke on="f" joinstyle="miter"/>
            <v:imagedata r:id="rId3298" o:title="eqIdd4f1138ee32299b2d8526e48e2fc9f8e"/>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8262" o:spt="75" alt="学科网(www.zxxk.com)--教育资源门户，提供试卷、教案、课件、论文、素材以及各类教学资源下载，还有大量而丰富的教学相关资讯！" type="#_x0000_t75" style="height:39.75pt;width:87.75pt;" o:ole="t" filled="f" o:preferrelative="t" stroked="f" coordsize="21600,21600">
            <v:path/>
            <v:fill on="f" focussize="0,0"/>
            <v:stroke on="f" joinstyle="miter"/>
            <v:imagedata r:id="rId3299" o:title="eqIdfc770eb8c3f7fbf6df6b954699b64618"/>
            <o:lock v:ext="edit" aspectratio="t"/>
            <w10:wrap type="none"/>
            <w10:anchorlock/>
          </v:shape>
        </w:pict>
      </w:r>
      <w:r>
        <w:rPr>
          <w:rFonts w:ascii="宋体" w:hAnsi="宋体" w:eastAsia="宋体" w:cs="宋体"/>
          <w:color w:val="000000"/>
        </w:rPr>
        <w:t>，解得</w:t>
      </w:r>
      <w:r>
        <w:pict>
          <v:shape id="_x0000_i718263"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3300" o:title="eqIdb51a01e7f149eb75b350e69a23afce8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8264" o:spt="75" alt="学科网(www.zxxk.com)--教育资源门户，提供试卷、教案、课件、论文、素材以及各类教学资源下载，还有大量而丰富的教学相关资讯！" type="#_x0000_t75" style="height:14pt;width:60pt;" o:ole="t" filled="f" o:preferrelative="t" stroked="f" coordsize="21600,21600">
            <v:path/>
            <v:fill on="f" focussize="0,0"/>
            <v:stroke on="f" joinstyle="miter"/>
            <v:imagedata r:id="rId3301" o:title="eqIde7917fdc1dfc6cf65aeae437bba895eb"/>
            <o:lock v:ext="edit" aspectratio="t"/>
            <w10:wrap type="none"/>
            <w10:anchorlock/>
          </v:shape>
        </w:pict>
      </w:r>
      <w:r>
        <w:rPr>
          <w:rFonts w:ascii="宋体" w:hAnsi="宋体" w:eastAsia="宋体" w:cs="宋体"/>
          <w:color w:val="000000"/>
        </w:rPr>
        <w:t>或</w:t>
      </w:r>
      <w:r>
        <w:pict>
          <v:shape id="_x0000_i718265"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3302" o:title="eqIdb51a01e7f149eb75b350e69a23afce8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m</w:t>
      </w:r>
      <w:r>
        <w:rPr>
          <w:rFonts w:ascii="宋体" w:hAnsi="宋体" w:eastAsia="宋体" w:cs="宋体"/>
          <w:color w:val="000000"/>
        </w:rPr>
        <w:t>的最大值为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的最小值为</w:t>
      </w:r>
      <w:r>
        <w:pict>
          <v:shape id="_x0000_i71826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303"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本题考查有理数与数轴，一元一次方程，熟练掌握数轴上点的特征，弄清定义是解题的关键．</w:t>
      </w:r>
    </w:p>
    <w:p>
      <w:pPr>
        <w:pStyle w:val="Heading2"/>
      </w:pPr>
      <w:r>
        <w:t>第十四中学</w:t>
      </w:r>
    </w:p>
    <w:p>
      <w:pPr>
        <w:spacing w:line="360" w:lineRule="auto"/>
        <w:jc w:val="left"/>
        <w:textAlignment w:val="center"/>
        <w:rPr>
          <w:color w:val="000000"/>
        </w:rPr>
      </w:pPr>
      <w:r>
        <w:rPr>
          <w:color w:val="000000"/>
        </w:rPr>
        <w:t xml:space="preserve">27. </w:t>
      </w:r>
      <w:r>
        <w:rPr>
          <w:rFonts w:ascii="宋体" w:hAnsi="宋体" w:eastAsia="宋体" w:cs="宋体"/>
          <w:color w:val="000000"/>
        </w:rPr>
        <w:t>我国南宋时期杰出的数学家杨辉是钱塘人，如图是他在《详解九章算术》中记载的“杨辉三角”．此图揭示了</w:t>
      </w:r>
      <w:r>
        <w:pict>
          <v:shape id="_x0000_i718267" o:spt="75" alt="学科网(www.zxxk.com)--教育资源门户，提供试卷、教案、课件、论文、素材以及各类教学资源下载，还有大量而丰富的教学相关资讯！" type="#_x0000_t75" style="height:21.75pt;width:39.75pt;" o:ole="t" filled="f" o:preferrelative="t" stroked="f" coordsize="21600,21600">
            <v:path/>
            <v:fill on="f" focussize="0,0"/>
            <v:stroke on="f" joinstyle="miter"/>
            <v:imagedata r:id="rId3304" o:title="eqId3f5abcb3802cf02be93a8c89067bd49a"/>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为非负整数）的展开式的项数及各项系数的有关规律．</w:t>
      </w:r>
    </w:p>
    <w:p>
      <w:pPr>
        <w:spacing w:line="360" w:lineRule="auto"/>
        <w:jc w:val="left"/>
        <w:textAlignment w:val="center"/>
        <w:rPr>
          <w:color w:val="000000"/>
        </w:rPr>
      </w:pPr>
      <w:r>
        <w:rPr>
          <w:color w:val="000000"/>
        </w:rPr>
        <w:drawing>
          <wp:inline distT="0" distB="0" distL="114300" distR="114300">
            <wp:extent cx="3248025" cy="1238250"/>
            <wp:effectExtent l="0" t="0" r="0" b="0"/>
            <wp:docPr id="376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6" name="图片 100015" descr="学科网(www.zxxk.com)--教育资源门户，提供试卷、教案、课件、论文、素材以及各类教学资源下载，还有大量而丰富的教学相关资讯！"/>
                    <pic:cNvPicPr>
                      <a:picLocks noChangeAspect="1"/>
                    </pic:cNvPicPr>
                  </pic:nvPicPr>
                  <pic:blipFill>
                    <a:blip r:embed="rId3305"/>
                    <a:stretch>
                      <a:fillRect/>
                    </a:stretch>
                  </pic:blipFill>
                  <pic:spPr>
                    <a:xfrm>
                      <a:off x="0" y="0"/>
                      <a:ext cx="3248025" cy="12382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请仔细观察，填出</w:t>
      </w:r>
      <w:r>
        <w:pict>
          <v:shape id="_x0000_i718268" o:spt="75" alt="学科网(www.zxxk.com)--教育资源门户，提供试卷、教案、课件、论文、素材以及各类教学资源下载，还有大量而丰富的教学相关资讯！" type="#_x0000_t75" style="height:20.15pt;width:36.85pt;" o:ole="t" filled="f" o:preferrelative="t" stroked="f" coordsize="21600,21600">
            <v:path/>
            <v:fill on="f" focussize="0,0"/>
            <v:stroke on="f" joinstyle="miter"/>
            <v:imagedata r:id="rId3306" o:title="eqIdd0207a4548c58c252b79a14b94aaf218"/>
            <o:lock v:ext="edit" aspectratio="t"/>
            <w10:wrap type="none"/>
            <w10:anchorlock/>
          </v:shape>
        </w:pict>
      </w:r>
      <w:r>
        <w:rPr>
          <w:rFonts w:ascii="宋体" w:hAnsi="宋体" w:eastAsia="宋体" w:cs="宋体"/>
          <w:color w:val="000000"/>
        </w:rPr>
        <w:t>的展开式中所缺的系数：</w:t>
      </w:r>
    </w:p>
    <w:p>
      <w:pPr>
        <w:spacing w:line="360" w:lineRule="auto"/>
        <w:jc w:val="left"/>
        <w:textAlignment w:val="center"/>
        <w:rPr>
          <w:color w:val="000000"/>
        </w:rPr>
      </w:pPr>
      <w:r>
        <w:pict>
          <v:shape id="_x0000_i718269" o:spt="75" alt="学科网(www.zxxk.com)--教育资源门户，提供试卷、教案、课件、论文、素材以及各类教学资源下载，还有大量而丰富的教学相关资讯！" type="#_x0000_t75" style="height:21.75pt;width:105.75pt;" o:ole="t" filled="f" o:preferrelative="t" stroked="f" coordsize="21600,21600">
            <v:path/>
            <v:fill on="f" focussize="0,0"/>
            <v:stroke on="f" joinstyle="miter"/>
            <v:imagedata r:id="rId3307" o:title="eqId40e757bab064d350705eff3eb9564522"/>
            <o:lock v:ext="edit" aspectratio="t"/>
            <w10:wrap type="none"/>
            <w10:anchorlock/>
          </v:shape>
        </w:pict>
      </w:r>
      <w:r>
        <w:rPr>
          <w:rFonts w:ascii="Times New Roman" w:hAnsi="Times New Roman" w:eastAsia="Times New Roman" w:cs="Times New Roman"/>
          <w:color w:val="000000"/>
          <w:u w:val="single"/>
        </w:rPr>
        <w:t xml:space="preserve">      </w:t>
      </w:r>
      <w:r>
        <w:pict>
          <v:shape id="_x0000_i718270"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3308" o:title="eqId04a119057abb599c95f466da56968f85"/>
            <o:lock v:ext="edit" aspectratio="t"/>
            <w10:wrap type="none"/>
            <w10:anchorlock/>
          </v:shape>
        </w:pict>
      </w:r>
      <w:r>
        <w:rPr>
          <w:rFonts w:ascii="Times New Roman" w:hAnsi="Times New Roman" w:eastAsia="Times New Roman" w:cs="Times New Roman"/>
          <w:color w:val="000000"/>
          <w:u w:val="single"/>
        </w:rPr>
        <w:t xml:space="preserve">      </w:t>
      </w:r>
      <w:r>
        <w:pict>
          <v:shape id="_x0000_i718271" o:spt="75" alt="学科网(www.zxxk.com)--教育资源门户，提供试卷、教案、课件、论文、素材以及各类教学资源下载，还有大量而丰富的教学相关资讯！" type="#_x0000_t75" style="height:16.5pt;width:40.5pt;" o:ole="t" filled="f" o:preferrelative="t" stroked="f" coordsize="21600,21600">
            <v:path/>
            <v:fill on="f" focussize="0,0"/>
            <v:stroke on="f" joinstyle="miter"/>
            <v:imagedata r:id="rId3309" o:title="eqId65ded47e5ff3b2b86145e067a603d195"/>
            <o:lock v:ext="edit" aspectratio="t"/>
            <w10:wrap type="none"/>
            <w10:anchorlock/>
          </v:shape>
        </w:pict>
      </w:r>
    </w:p>
    <w:p>
      <w:pPr>
        <w:spacing w:line="360" w:lineRule="auto"/>
        <w:jc w:val="left"/>
        <w:textAlignment w:val="center"/>
        <w:rPr>
          <w:color w:val="000000"/>
        </w:rPr>
      </w:pPr>
      <w:r>
        <w:rPr>
          <w:color w:val="000000"/>
        </w:rPr>
        <w:t>（2）</w:t>
      </w:r>
      <w:r>
        <w:rPr>
          <w:rFonts w:ascii="宋体" w:hAnsi="宋体" w:eastAsia="宋体" w:cs="宋体"/>
          <w:color w:val="000000"/>
        </w:rPr>
        <w:t>此规律还可以解决实际问题：假如今天是星期一，再过</w:t>
      </w:r>
      <w:r>
        <w:rPr>
          <w:rFonts w:ascii="Times New Roman" w:hAnsi="Times New Roman" w:eastAsia="Times New Roman" w:cs="Times New Roman"/>
          <w:color w:val="000000"/>
        </w:rPr>
        <w:t>7</w:t>
      </w:r>
      <w:r>
        <w:rPr>
          <w:rFonts w:ascii="宋体" w:hAnsi="宋体" w:eastAsia="宋体" w:cs="宋体"/>
          <w:color w:val="000000"/>
        </w:rPr>
        <w:t>天还是星期一，那么再过</w:t>
      </w:r>
      <w:r>
        <w:pict>
          <v:shape id="_x0000_i718272" o:spt="75" alt="学科网(www.zxxk.com)--教育资源门户，提供试卷、教案、课件、论文、素材以及各类教学资源下载，还有大量而丰富的教学相关资讯！" type="#_x0000_t75" style="height:16.25pt;width:16.25pt;" o:ole="t" filled="f" o:preferrelative="t" stroked="f" coordsize="21600,21600">
            <v:path/>
            <v:fill on="f" focussize="0,0"/>
            <v:stroke on="f" joinstyle="miter"/>
            <v:imagedata r:id="rId3310" o:title="eqId9a880414d4322f3eb94c1acc54df672f"/>
            <o:lock v:ext="edit" aspectratio="t"/>
            <w10:wrap type="none"/>
            <w10:anchorlock/>
          </v:shape>
        </w:pict>
      </w:r>
      <w:r>
        <w:rPr>
          <w:rFonts w:ascii="宋体" w:hAnsi="宋体" w:eastAsia="宋体" w:cs="宋体"/>
          <w:color w:val="000000"/>
        </w:rPr>
        <w:t>天是星期</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4</w:t>
      </w:r>
      <w:r>
        <w:rPr>
          <w:color w:val="000000"/>
        </w:rPr>
        <w:t xml:space="preserve">    （2）</w:t>
      </w:r>
      <w:r>
        <w:rPr>
          <w:rFonts w:ascii="宋体" w:hAnsi="宋体" w:eastAsia="宋体" w:cs="宋体"/>
          <w:color w:val="000000"/>
        </w:rPr>
        <w:t>二</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本题主要考查了与数字相关的规律题，</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）根据题目所给式子求解即可；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）根据规律可得</w:t>
      </w:r>
      <w:r>
        <w:pict>
          <v:shape id="_x0000_i718273" o:spt="75" alt="学科网(www.zxxk.com)--教育资源门户，提供试卷、教案、课件、论文、素材以及各类教学资源下载，还有大量而丰富的教学相关资讯！" type="#_x0000_t75" style="height:22.2pt;width:297pt;" o:ole="t" filled="f" o:preferrelative="t" stroked="f" coordsize="21600,21600">
            <v:path/>
            <v:fill on="f" focussize="0,0"/>
            <v:stroke on="f" joinstyle="miter"/>
            <v:imagedata r:id="rId3311" o:title="eqId84cc083cfafcd6e6a73c68f6cc9ec5fd"/>
            <o:lock v:ext="edit" aspectratio="t"/>
            <w10:wrap type="none"/>
            <w10:anchorlock/>
          </v:shape>
        </w:pict>
      </w:r>
      <w:r>
        <w:rPr>
          <w:rFonts w:ascii="宋体" w:hAnsi="宋体" w:eastAsia="宋体" w:cs="宋体"/>
          <w:color w:val="000000"/>
        </w:rPr>
        <w:t>（其中</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．．是一列常数），然后证明上式除以</w:t>
      </w:r>
      <w:r>
        <w:rPr>
          <w:rFonts w:ascii="Times New Roman" w:hAnsi="Times New Roman" w:eastAsia="Times New Roman" w:cs="Times New Roman"/>
          <w:color w:val="000000"/>
        </w:rPr>
        <w:t>7</w:t>
      </w:r>
      <w:r>
        <w:rPr>
          <w:rFonts w:ascii="宋体" w:hAnsi="宋体" w:eastAsia="宋体" w:cs="宋体"/>
          <w:color w:val="000000"/>
        </w:rPr>
        <w:t>余</w:t>
      </w:r>
      <w:r>
        <w:rPr>
          <w:rFonts w:ascii="Times New Roman" w:hAnsi="Times New Roman" w:eastAsia="Times New Roman" w:cs="Times New Roman"/>
          <w:color w:val="000000"/>
        </w:rPr>
        <w:t>1</w:t>
      </w:r>
      <w:r>
        <w:rPr>
          <w:rFonts w:ascii="宋体" w:hAnsi="宋体" w:eastAsia="宋体" w:cs="宋体"/>
          <w:color w:val="000000"/>
        </w:rPr>
        <w:t>即可得到答案．</w:t>
      </w:r>
    </w:p>
    <w:p>
      <w:pPr>
        <w:spacing w:line="360" w:lineRule="auto"/>
        <w:jc w:val="left"/>
        <w:textAlignment w:val="center"/>
        <w:rPr>
          <w:color w:val="000000"/>
        </w:rPr>
      </w:pPr>
      <w:r>
        <w:rPr>
          <w:rFonts w:ascii="宋体" w:hAnsi="宋体" w:eastAsia="宋体" w:cs="宋体"/>
          <w:color w:val="000000"/>
        </w:rPr>
        <w:t>正确理解题意是解题的关键．</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由题意得</w:t>
      </w:r>
      <w:r>
        <w:pict>
          <v:shape id="_x0000_i718274" o:spt="75" alt="学科网(www.zxxk.com)--教育资源门户，提供试卷、教案、课件、论文、素材以及各类教学资源下载，还有大量而丰富的教学相关资讯！" type="#_x0000_t75" style="height:22.2pt;width:192pt;" o:ole="t" filled="f" o:preferrelative="t" stroked="f" coordsize="21600,21600">
            <v:path/>
            <v:fill on="f" focussize="0,0"/>
            <v:stroke on="f" joinstyle="miter"/>
            <v:imagedata r:id="rId3312" o:title="eqId6009ccc02a840fe14128c5154242c31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8275" o:spt="75" alt="学科网(www.zxxk.com)--教育资源门户，提供试卷、教案、课件、论文、素材以及各类教学资源下载，还有大量而丰富的教学相关资讯！" type="#_x0000_t75" style="height:22.2pt;width:297pt;" o:ole="t" filled="f" o:preferrelative="t" stroked="f" coordsize="21600,21600">
            <v:path/>
            <v:fill on="f" focussize="0,0"/>
            <v:stroke on="f" joinstyle="miter"/>
            <v:imagedata r:id="rId3313" o:title="eqId84cc083cfafcd6e6a73c68f6cc9ec5fd"/>
            <o:lock v:ext="edit" aspectratio="t"/>
            <w10:wrap type="none"/>
            <w10:anchorlock/>
          </v:shape>
        </w:pict>
      </w:r>
      <w:r>
        <w:rPr>
          <w:rFonts w:ascii="宋体" w:hAnsi="宋体" w:eastAsia="宋体" w:cs="宋体"/>
          <w:color w:val="000000"/>
        </w:rPr>
        <w:t>（其中</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w:t>
      </w:r>
      <w:r>
        <w:rPr>
          <w:rFonts w:ascii="宋体" w:hAnsi="宋体" w:eastAsia="宋体" w:cs="宋体"/>
          <w:color w:val="000000"/>
        </w:rPr>
        <w:t>．．是一列常数），</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8276" o:spt="75" alt="学科网(www.zxxk.com)--教育资源门户，提供试卷、教案、课件、论文、素材以及各类教学资源下载，还有大量而丰富的教学相关资讯！" type="#_x0000_t75" style="height:16.2pt;width:198pt;" o:ole="t" filled="f" o:preferrelative="t" stroked="f" coordsize="21600,21600">
            <v:path/>
            <v:fill on="f" focussize="0,0"/>
            <v:stroke on="f" joinstyle="miter"/>
            <v:imagedata r:id="rId3314" o:title="eqIda4c2012c443de4b33d92d653ef397d6e"/>
            <o:lock v:ext="edit" aspectratio="t"/>
            <w10:wrap type="none"/>
            <w10:anchorlock/>
          </v:shape>
        </w:pict>
      </w:r>
      <w:r>
        <w:rPr>
          <w:rFonts w:ascii="宋体" w:hAnsi="宋体" w:eastAsia="宋体" w:cs="宋体"/>
          <w:color w:val="000000"/>
        </w:rPr>
        <w:t>刚好能被</w:t>
      </w:r>
      <w:r>
        <w:rPr>
          <w:rFonts w:ascii="Times New Roman" w:hAnsi="Times New Roman" w:eastAsia="Times New Roman" w:cs="Times New Roman"/>
          <w:color w:val="000000"/>
        </w:rPr>
        <w:t>7</w:t>
      </w:r>
      <w:r>
        <w:rPr>
          <w:rFonts w:ascii="宋体" w:hAnsi="宋体" w:eastAsia="宋体" w:cs="宋体"/>
          <w:color w:val="000000"/>
        </w:rPr>
        <w:t>整除，</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8277" o:spt="75" alt="学科网(www.zxxk.com)--教育资源门户，提供试卷、教案、课件、论文、素材以及各类教学资源下载，还有大量而丰富的教学相关资讯！" type="#_x0000_t75" style="height:22.2pt;width:297pt;" o:ole="t" filled="f" o:preferrelative="t" stroked="f" coordsize="21600,21600">
            <v:path/>
            <v:fill on="f" focussize="0,0"/>
            <v:stroke on="f" joinstyle="miter"/>
            <v:imagedata r:id="rId3315" o:title="eqId84cc083cfafcd6e6a73c68f6cc9ec5fd"/>
            <o:lock v:ext="edit" aspectratio="t"/>
            <w10:wrap type="none"/>
            <w10:anchorlock/>
          </v:shape>
        </w:pict>
      </w:r>
      <w:r>
        <w:rPr>
          <w:rFonts w:ascii="宋体" w:hAnsi="宋体" w:eastAsia="宋体" w:cs="宋体"/>
          <w:color w:val="000000"/>
        </w:rPr>
        <w:t>除以</w:t>
      </w:r>
      <w:r>
        <w:rPr>
          <w:rFonts w:ascii="Times New Roman" w:hAnsi="Times New Roman" w:eastAsia="Times New Roman" w:cs="Times New Roman"/>
          <w:color w:val="000000"/>
        </w:rPr>
        <w:t>7</w:t>
      </w:r>
      <w:r>
        <w:rPr>
          <w:rFonts w:ascii="宋体" w:hAnsi="宋体" w:eastAsia="宋体" w:cs="宋体"/>
          <w:color w:val="000000"/>
        </w:rPr>
        <w:t>的余数刚好为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再过</w:t>
      </w:r>
      <w:r>
        <w:rPr>
          <w:rFonts w:ascii="Times New Roman" w:hAnsi="Times New Roman" w:eastAsia="Times New Roman" w:cs="Times New Roman"/>
          <w:color w:val="000000"/>
        </w:rPr>
        <w:t>8</w:t>
      </w:r>
      <w:r>
        <w:rPr>
          <w:rFonts w:ascii="Times New Roman" w:hAnsi="Times New Roman" w:eastAsia="Times New Roman" w:cs="Times New Roman"/>
          <w:color w:val="000000"/>
          <w:vertAlign w:val="superscript"/>
        </w:rPr>
        <w:t>14</w:t>
      </w:r>
      <w:r>
        <w:rPr>
          <w:rFonts w:ascii="宋体" w:hAnsi="宋体" w:eastAsia="宋体" w:cs="宋体"/>
          <w:color w:val="000000"/>
        </w:rPr>
        <w:t>天是星期二，</w:t>
      </w:r>
    </w:p>
    <w:p>
      <w:pPr>
        <w:spacing w:line="360" w:lineRule="auto"/>
        <w:jc w:val="left"/>
        <w:textAlignment w:val="center"/>
        <w:rPr>
          <w:color w:val="000000"/>
        </w:rPr>
      </w:pPr>
      <w:r>
        <w:rPr>
          <w:rFonts w:ascii="宋体" w:hAnsi="宋体" w:eastAsia="宋体" w:cs="宋体"/>
          <w:color w:val="000000"/>
        </w:rPr>
        <w:t>故答案为：二．</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，若</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，则称</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关于</w:t>
      </w:r>
      <w:r>
        <w:rPr>
          <w:rFonts w:ascii="Times New Roman" w:hAnsi="Times New Roman" w:eastAsia="Times New Roman" w:cs="Times New Roman"/>
          <w:i/>
          <w:color w:val="000000"/>
        </w:rPr>
        <w:t>n</w:t>
      </w:r>
      <w:r>
        <w:rPr>
          <w:rFonts w:ascii="宋体" w:hAnsi="宋体" w:eastAsia="宋体" w:cs="宋体"/>
          <w:color w:val="000000"/>
        </w:rPr>
        <w:t>的“相对关系值”为</w:t>
      </w:r>
      <w:r>
        <w:rPr>
          <w:rFonts w:ascii="Times New Roman" w:hAnsi="Times New Roman" w:eastAsia="Times New Roman" w:cs="Times New Roman"/>
          <w:i/>
          <w:color w:val="000000"/>
        </w:rPr>
        <w:t>d</w:t>
      </w:r>
      <w:r>
        <w:rPr>
          <w:rFonts w:ascii="宋体" w:hAnsi="宋体" w:eastAsia="宋体" w:cs="宋体"/>
          <w:color w:val="000000"/>
        </w:rPr>
        <w:t>，例如，</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，则</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和</w:t>
      </w:r>
      <w:r>
        <w:rPr>
          <w:rFonts w:ascii="Times New Roman" w:hAnsi="Times New Roman" w:eastAsia="Times New Roman" w:cs="Times New Roman"/>
          <w:color w:val="000000"/>
        </w:rPr>
        <w:t>5</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Times New Roman" w:hAnsi="Times New Roman" w:eastAsia="Times New Roman" w:cs="Times New Roman"/>
          <w:color w:val="000000"/>
        </w:rPr>
        <w:t>4</w:t>
      </w:r>
      <w:r>
        <w:rPr>
          <w:rFonts w:ascii="宋体" w:hAnsi="宋体" w:eastAsia="宋体" w:cs="宋体"/>
          <w:color w:val="000000"/>
        </w:rPr>
        <w:t>，求</w:t>
      </w:r>
      <w:r>
        <w:rPr>
          <w:rFonts w:ascii="Times New Roman" w:hAnsi="Times New Roman" w:eastAsia="Times New Roman" w:cs="Times New Roman"/>
          <w:i/>
          <w:color w:val="000000"/>
        </w:rPr>
        <w:t>a</w: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和</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和</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关于</w:t>
      </w:r>
      <w:r>
        <w:rPr>
          <w:rFonts w:ascii="Times New Roman" w:hAnsi="Times New Roman" w:eastAsia="Times New Roman" w:cs="Times New Roman"/>
          <w:color w:val="000000"/>
        </w:rPr>
        <w:t>2</w:t>
      </w:r>
      <w:r>
        <w:rPr>
          <w:rFonts w:ascii="宋体" w:hAnsi="宋体" w:eastAsia="宋体" w:cs="宋体"/>
          <w:color w:val="000000"/>
        </w:rPr>
        <w:t>的“相对关系值”为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关于</w:t>
      </w:r>
      <w:r>
        <w:rPr>
          <w:rFonts w:ascii="Times New Roman" w:hAnsi="Times New Roman" w:eastAsia="Times New Roman" w:cs="Times New Roman"/>
          <w:color w:val="000000"/>
        </w:rPr>
        <w:t>3</w:t>
      </w:r>
      <w:r>
        <w:rPr>
          <w:rFonts w:ascii="宋体" w:hAnsi="宋体" w:eastAsia="宋体" w:cs="宋体"/>
          <w:color w:val="000000"/>
        </w:rPr>
        <w:t>的“相对关系值”为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和</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21</w:t>
      </w:r>
      <w:r>
        <w:rPr>
          <w:rFonts w:ascii="宋体" w:hAnsi="宋体" w:eastAsia="宋体" w:cs="宋体"/>
          <w:color w:val="000000"/>
        </w:rPr>
        <w:t>关于</w:t>
      </w:r>
      <w:r>
        <w:rPr>
          <w:rFonts w:ascii="Times New Roman" w:hAnsi="Times New Roman" w:eastAsia="Times New Roman" w:cs="Times New Roman"/>
          <w:color w:val="000000"/>
        </w:rPr>
        <w:t>21</w:t>
      </w:r>
      <w:r>
        <w:rPr>
          <w:rFonts w:ascii="宋体" w:hAnsi="宋体" w:eastAsia="宋体" w:cs="宋体"/>
          <w:color w:val="000000"/>
        </w:rPr>
        <w:t>的“相对关系值”为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的最大值为</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的值为</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（用含</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的式子表示）．</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的值为</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①3</w:t>
      </w:r>
      <w:r>
        <w:rPr>
          <w:rFonts w:ascii="宋体" w:hAnsi="宋体" w:eastAsia="宋体" w:cs="宋体"/>
          <w:color w:val="000000"/>
        </w:rPr>
        <w:t>；</w:t>
      </w:r>
      <w:r>
        <w:rPr>
          <w:rFonts w:ascii="Times New Roman" w:hAnsi="Times New Roman" w:eastAsia="Times New Roman" w:cs="Times New Roman"/>
          <w:color w:val="000000"/>
        </w:rPr>
        <w:t>②20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+210</w:t>
      </w:r>
      <w:r>
        <w:rPr>
          <w:rFonts w:ascii="宋体" w:hAnsi="宋体" w:eastAsia="宋体" w:cs="宋体"/>
          <w:color w:val="000000"/>
        </w:rPr>
        <w:t>或</w:t>
      </w:r>
      <w:r>
        <w:rPr>
          <w:rFonts w:ascii="Times New Roman" w:hAnsi="Times New Roman" w:eastAsia="Times New Roman" w:cs="Times New Roman"/>
          <w:color w:val="000000"/>
        </w:rPr>
        <w:t>250</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）根据新定义列式计算便可；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）根据新定义列出方程进行解答便可；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根据题意列出方程</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，再分别四种情况：</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；根据绝对值的性质，把绝对值方程转化为常规方程进行解答便可；</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先根据已知条件求出</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的取值范围，再根据绝对值的性质求得</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与</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的关系，便可求得结果．</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）由“相对关系值”的意义可得，</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和</w:t>
      </w:r>
      <w:r>
        <w:rPr>
          <w:rFonts w:ascii="Times New Roman" w:hAnsi="Times New Roman" w:eastAsia="Times New Roman" w:cs="Times New Roman"/>
          <w:color w:val="000000"/>
        </w:rPr>
        <w:t>5</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4+4</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关于</w:t>
      </w:r>
      <w:r>
        <w:rPr>
          <w:rFonts w:ascii="Times New Roman" w:hAnsi="Times New Roman" w:eastAsia="Times New Roman" w:cs="Times New Roman"/>
          <w:color w:val="000000"/>
        </w:rPr>
        <w:t>1</w:t>
      </w:r>
      <w:r>
        <w:rPr>
          <w:rFonts w:ascii="宋体" w:hAnsi="宋体" w:eastAsia="宋体" w:cs="宋体"/>
          <w:color w:val="000000"/>
        </w:rPr>
        <w:t>的“相对关系值”为</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答：</w:t>
      </w:r>
      <w:r>
        <w:rPr>
          <w:rFonts w:ascii="Times New Roman" w:hAnsi="Times New Roman" w:eastAsia="Times New Roman" w:cs="Times New Roman"/>
          <w:i/>
          <w:color w:val="000000"/>
        </w:rPr>
        <w:t>a</w:t>
      </w:r>
      <w:r>
        <w:rPr>
          <w:rFonts w:ascii="宋体" w:hAnsi="宋体" w:eastAsia="宋体" w:cs="宋体"/>
          <w:color w:val="000000"/>
        </w:rPr>
        <w:t>的值为</w:t>
      </w:r>
      <w:r>
        <w:rPr>
          <w:rFonts w:ascii="Times New Roman" w:hAnsi="Times New Roman" w:eastAsia="Times New Roman" w:cs="Times New Roman"/>
          <w:color w:val="000000"/>
        </w:rPr>
        <w:t>4</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根据题意得，</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分别四种情况：</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时，有</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时，有</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，得</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1+2</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时，有</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，得</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1+2</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时，有</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由上可知，</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的最大值为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当</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时，</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19</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19</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19</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，即</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，即</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同理可得：</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19</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19</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+3+</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+2+</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+3+</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1+2+3+</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1+20</w:t>
      </w:r>
      <w:r>
        <w:rPr>
          <w:rFonts w:ascii="宋体" w:hAnsi="宋体" w:eastAsia="宋体" w:cs="宋体"/>
          <w:color w:val="000000"/>
        </w:rPr>
        <w:t>）×</w:t>
      </w:r>
      <w:r>
        <w:pict>
          <v:shape id="_x0000_i718278" o:spt="75" alt="学科网(www.zxxk.com)--教育资源门户，提供试卷、教案、课件、论文、素材以及各类教学资源下载，还有大量而丰富的教学相关资讯！" type="#_x0000_t75" style="height:27pt;width:15pt;" o:ole="t" filled="f" o:preferrelative="t" stroked="f" coordsize="21600,21600">
            <v:path/>
            <v:fill on="f" focussize="0,0"/>
            <v:stroke on="f" joinstyle="miter"/>
            <v:imagedata r:id="rId3316" o:title="eqId6eaece88a579d0c553062a43a69a617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+210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时，</w:t>
      </w:r>
    </w:p>
    <w:p>
      <w:pPr>
        <w:spacing w:line="360" w:lineRule="auto"/>
        <w:jc w:val="left"/>
        <w:textAlignment w:val="center"/>
        <w:rPr>
          <w:color w:val="000000"/>
        </w:rPr>
      </w:pP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w:t>
      </w:r>
      <w:r>
        <w:rPr>
          <w:rFonts w:ascii="Times New Roman" w:hAnsi="Times New Roman" w:eastAsia="Times New Roman" w:cs="Times New Roman"/>
          <w:color w:val="000000"/>
        </w:rPr>
        <w:t>22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21</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w:t>
      </w:r>
      <w:r>
        <w:rPr>
          <w:rFonts w:ascii="Times New Roman" w:hAnsi="Times New Roman" w:eastAsia="Times New Roman" w:cs="Times New Roman"/>
          <w:color w:val="000000"/>
        </w:rPr>
        <w:t>22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+22</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3+4+5+</w:t>
      </w:r>
      <w:r>
        <w:rPr>
          <w:rFonts w:ascii="宋体" w:hAnsi="宋体" w:eastAsia="宋体" w:cs="宋体"/>
          <w:color w:val="000000"/>
        </w:rPr>
        <w:t>…</w:t>
      </w:r>
      <w:r>
        <w:rPr>
          <w:rFonts w:ascii="Times New Roman" w:hAnsi="Times New Roman" w:eastAsia="Times New Roman" w:cs="Times New Roman"/>
          <w:color w:val="000000"/>
        </w:rPr>
        <w:t>+22</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3+22</w:t>
      </w:r>
      <w:r>
        <w:rPr>
          <w:rFonts w:ascii="宋体" w:hAnsi="宋体" w:eastAsia="宋体" w:cs="宋体"/>
          <w:color w:val="000000"/>
        </w:rPr>
        <w:t>）×</w:t>
      </w:r>
      <w:r>
        <w:pict>
          <v:shape id="_x0000_i718279" o:spt="75" alt="学科网(www.zxxk.com)--教育资源门户，提供试卷、教案、课件、论文、素材以及各类教学资源下载，还有大量而丰富的教学相关资讯！" type="#_x0000_t75" style="height:27pt;width:15pt;" o:ole="t" filled="f" o:preferrelative="t" stroked="f" coordsize="21600,21600">
            <v:path/>
            <v:fill on="f" focussize="0,0"/>
            <v:stroke on="f" joinstyle="miter"/>
            <v:imagedata r:id="rId3317" o:title="eqId6eaece88a579d0c553062a43a69a617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250</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20</w:t>
      </w:r>
      <w:r>
        <w:rPr>
          <w:rFonts w:ascii="宋体" w:hAnsi="宋体" w:eastAsia="宋体" w:cs="宋体"/>
          <w:color w:val="000000"/>
        </w:rPr>
        <w:t>的值为</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+210</w:t>
      </w:r>
      <w:r>
        <w:rPr>
          <w:rFonts w:ascii="宋体" w:hAnsi="宋体" w:eastAsia="宋体" w:cs="宋体"/>
          <w:color w:val="000000"/>
        </w:rPr>
        <w:t>或</w:t>
      </w:r>
      <w:r>
        <w:rPr>
          <w:rFonts w:ascii="Times New Roman" w:hAnsi="Times New Roman" w:eastAsia="Times New Roman" w:cs="Times New Roman"/>
          <w:color w:val="000000"/>
        </w:rPr>
        <w:t>250</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Times New Roman" w:hAnsi="Times New Roman" w:eastAsia="Times New Roman" w:cs="Times New Roman"/>
          <w:color w:val="000000"/>
        </w:rPr>
        <w:t>+210</w:t>
      </w:r>
      <w:r>
        <w:rPr>
          <w:rFonts w:ascii="宋体" w:hAnsi="宋体" w:eastAsia="宋体" w:cs="宋体"/>
          <w:color w:val="000000"/>
        </w:rPr>
        <w:t>或</w:t>
      </w:r>
      <w:r>
        <w:rPr>
          <w:rFonts w:ascii="Times New Roman" w:hAnsi="Times New Roman" w:eastAsia="Times New Roman" w:cs="Times New Roman"/>
          <w:color w:val="000000"/>
        </w:rPr>
        <w:t>250</w:t>
      </w:r>
      <w:r>
        <w:rPr>
          <w:rFonts w:ascii="宋体" w:hAnsi="宋体" w:eastAsia="宋体" w:cs="宋体"/>
          <w:color w:val="000000"/>
        </w:rPr>
        <w:t>﹣</w:t>
      </w:r>
      <w:r>
        <w:rPr>
          <w:rFonts w:ascii="Times New Roman" w:hAnsi="Times New Roman" w:eastAsia="Times New Roman" w:cs="Times New Roman"/>
          <w:color w:val="000000"/>
        </w:rPr>
        <w:t>20</w:t>
      </w:r>
      <w:r>
        <w:rPr>
          <w:rFonts w:ascii="Times New Roman" w:hAnsi="Times New Roman" w:eastAsia="Times New Roman" w:cs="Times New Roman"/>
          <w:i/>
          <w:color w:val="000000"/>
        </w:rPr>
        <w:t>a</w:t>
      </w:r>
      <w:r>
        <w:rPr>
          <w:rFonts w:ascii="Times New Roman" w:hAnsi="Times New Roman" w:eastAsia="Times New Roman" w:cs="Times New Roman"/>
          <w:color w:val="000000"/>
          <w:vertAlign w:val="subscript"/>
        </w:rPr>
        <w:t>0</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本题主要考查一元一次方程的综合运算能力，理解“相对关系值”的概念是解决此题目的关键．</w:t>
      </w:r>
    </w:p>
    <w:p>
      <w:pPr>
        <w:pStyle w:val="Heading2"/>
      </w:pPr>
      <w:r>
        <w:t>第四十三中学</w:t>
      </w:r>
    </w:p>
    <w:p>
      <w:pPr>
        <w:spacing w:line="360" w:lineRule="auto"/>
        <w:jc w:val="both"/>
        <w:textAlignment w:val="center"/>
        <w:rPr>
          <w:color w:val="000000"/>
        </w:rPr>
      </w:pPr>
      <w:r>
        <w:rPr>
          <w:color w:val="000000"/>
        </w:rPr>
        <w:t xml:space="preserve">28. </w:t>
      </w:r>
      <w:r>
        <w:rPr>
          <w:rFonts w:ascii="宋体" w:hAnsi="宋体" w:eastAsia="宋体" w:cs="宋体"/>
          <w:color w:val="000000"/>
        </w:rPr>
        <w:t>观察下列等式，探究其中的规律并解答问题：</w:t>
      </w:r>
    </w:p>
    <w:p>
      <w:pPr>
        <w:spacing w:line="360" w:lineRule="auto"/>
        <w:jc w:val="both"/>
        <w:textAlignment w:val="center"/>
        <w:rPr>
          <w:color w:val="000000"/>
        </w:rPr>
      </w:pPr>
      <w:r>
        <w:rPr>
          <w:color w:val="000000"/>
        </w:rPr>
        <w:drawing>
          <wp:inline distT="0" distB="0" distL="114300" distR="114300">
            <wp:extent cx="1695450" cy="1266825"/>
            <wp:effectExtent l="0" t="0" r="0" b="0"/>
            <wp:docPr id="3767"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 name="图片 100013" descr="学科网(www.zxxk.com)--教育资源门户，提供试卷、教案、课件、论文、素材以及各类教学资源下载，还有大量而丰富的教学相关资讯！"/>
                    <pic:cNvPicPr>
                      <a:picLocks noChangeAspect="1"/>
                    </pic:cNvPicPr>
                  </pic:nvPicPr>
                  <pic:blipFill>
                    <a:blip r:embed="rId3318"/>
                    <a:stretch>
                      <a:fillRect/>
                    </a:stretch>
                  </pic:blipFill>
                  <pic:spPr>
                    <a:xfrm>
                      <a:off x="0" y="0"/>
                      <a:ext cx="1695450" cy="12668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第</w:t>
      </w:r>
      <w:r>
        <w:rPr>
          <w:rFonts w:ascii="Times New Roman" w:hAnsi="Times New Roman" w:eastAsia="Times New Roman" w:cs="Times New Roman"/>
          <w:color w:val="000000"/>
        </w:rPr>
        <w:t>4</w:t>
      </w:r>
      <w:r>
        <w:rPr>
          <w:rFonts w:ascii="宋体" w:hAnsi="宋体" w:eastAsia="宋体" w:cs="宋体"/>
          <w:color w:val="000000"/>
        </w:rPr>
        <w:t>个等式中，</w:t>
      </w:r>
      <w:r>
        <w:pict>
          <v:shape id="_x0000_i718280" o:spt="75" alt="学科网(www.zxxk.com)--教育资源门户，提供试卷、教案、课件、论文、素材以及各类教学资源下载，还有大量而丰富的教学相关资讯！" type="#_x0000_t75" style="height:12.75pt;width:18pt;" o:ole="t" filled="f" o:preferrelative="t" stroked="f" coordsize="21600,21600">
            <v:path/>
            <v:fill on="f" focussize="0,0"/>
            <v:stroke on="f" joinstyle="miter"/>
            <v:imagedata r:id="rId3319" o:title="eqIddd707b69a11f8de5566f23c1a2a9ff5a"/>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写出第</w:t>
      </w:r>
      <w:r>
        <w:rPr>
          <w:rFonts w:ascii="Times New Roman" w:hAnsi="Times New Roman" w:eastAsia="Times New Roman" w:cs="Times New Roman"/>
          <w:color w:val="000000"/>
        </w:rPr>
        <w:t>5</w:t>
      </w:r>
      <w:r>
        <w:rPr>
          <w:rFonts w:ascii="宋体" w:hAnsi="宋体" w:eastAsia="宋体" w:cs="宋体"/>
          <w:color w:val="000000"/>
        </w:rPr>
        <w:t>个等式：</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写出第</w:t>
      </w:r>
      <w:r>
        <w:rPr>
          <w:rFonts w:ascii="Times New Roman" w:hAnsi="Times New Roman" w:eastAsia="Times New Roman" w:cs="Times New Roman"/>
          <w:i/>
          <w:color w:val="000000"/>
        </w:rPr>
        <w:t>n</w:t>
      </w:r>
      <w:r>
        <w:rPr>
          <w:rFonts w:ascii="宋体" w:hAnsi="宋体" w:eastAsia="宋体" w:cs="宋体"/>
          <w:color w:val="000000"/>
        </w:rPr>
        <w:t>个等式：</w:t>
      </w:r>
      <w:r>
        <w:rPr>
          <w:rFonts w:ascii="Times New Roman" w:hAnsi="Times New Roman" w:eastAsia="Times New Roman" w:cs="Times New Roman"/>
          <w:color w:val="000000"/>
          <w:u w:val="single"/>
        </w:rPr>
        <w:t xml:space="preserve">        </w:t>
      </w:r>
      <w:r>
        <w:rPr>
          <w:rFonts w:ascii="宋体" w:hAnsi="宋体" w:eastAsia="宋体" w:cs="宋体"/>
          <w:color w:val="000000"/>
        </w:rPr>
        <w:t>（其中</w:t>
      </w:r>
      <w:r>
        <w:rPr>
          <w:rFonts w:ascii="Times New Roman" w:hAnsi="Times New Roman" w:eastAsia="Times New Roman" w:cs="Times New Roman"/>
          <w:i/>
          <w:color w:val="000000"/>
        </w:rPr>
        <w:t>n</w:t>
      </w:r>
      <w:r>
        <w:rPr>
          <w:rFonts w:ascii="宋体" w:hAnsi="宋体" w:eastAsia="宋体" w:cs="宋体"/>
          <w:color w:val="000000"/>
        </w:rPr>
        <w:t>为正整数）</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7</w:t>
      </w:r>
      <w:r>
        <w:rPr>
          <w:color w:val="000000"/>
        </w:rPr>
        <w:t xml:space="preserve">    （2）</w:t>
      </w:r>
      <w:r>
        <w:pict>
          <v:shape id="_x0000_i718281" o:spt="75" alt="学科网(www.zxxk.com)--教育资源门户，提供试卷、教案、课件、论文、素材以及各类教学资源下载，还有大量而丰富的教学相关资讯！" type="#_x0000_t75" style="height:15.75pt;width:180pt;" o:ole="t" filled="f" o:preferrelative="t" stroked="f" coordsize="21600,21600">
            <v:path/>
            <v:fill on="f" focussize="0,0"/>
            <v:stroke on="f" joinstyle="miter"/>
            <v:imagedata r:id="rId3320" o:title="eqId8ea0a60c2acebc6fe00faad6d1325b46"/>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8282" o:spt="75" alt="学科网(www.zxxk.com)--教育资源门户，提供试卷、教案、课件、论文、素材以及各类教学资源下载，还有大量而丰富的教学相关资讯！" type="#_x0000_t75" style="height:21.75pt;width:261pt;" o:ole="t" filled="f" o:preferrelative="t" stroked="f" coordsize="21600,21600">
            <v:path/>
            <v:fill on="f" focussize="0,0"/>
            <v:stroke on="f" joinstyle="miter"/>
            <v:imagedata r:id="rId3321" o:title="eqIdb47e1a145d7048f310c56c5d2591fdd8"/>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本题考查数字的变化规律．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）根据式子的规律，结果是奇数的平方；</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）由所给式子可得：</w:t>
      </w:r>
      <w:r>
        <w:pict>
          <v:shape id="_x0000_i718283" o:spt="75" alt="学科网(www.zxxk.com)--教育资源门户，提供试卷、教案、课件、论文、素材以及各类教学资源下载，还有大量而丰富的教学相关资讯！" type="#_x0000_t75" style="height:15.8pt;width:180pt;" o:ole="t" filled="f" o:preferrelative="t" stroked="f" coordsize="21600,21600">
            <v:path/>
            <v:fill on="f" focussize="0,0"/>
            <v:stroke on="f" joinstyle="miter"/>
            <v:imagedata r:id="rId3322" o:title="eqIdcaf4a435ee572dddf1e50601e966355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）有所给数可知，每行第一个是为这个行数，结果为奇数，可得</w:t>
      </w:r>
      <w:r>
        <w:pict>
          <v:shape id="_x0000_i718284" o:spt="75" alt="学科网(www.zxxk.com)--教育资源门户，提供试卷、教案、课件、论文、素材以及各类教学资源下载，还有大量而丰富的教学相关资讯！" type="#_x0000_t75" style="height:22.15pt;width:255.25pt;" o:ole="t" filled="f" o:preferrelative="t" stroked="f" coordsize="21600,21600">
            <v:path/>
            <v:fill on="f" focussize="0,0"/>
            <v:stroke on="f" joinstyle="miter"/>
            <v:imagedata r:id="rId3323" o:title="eqIdf3bff1f09c4a4fa8d55dad54cbc87c1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由题意可知，</w:t>
      </w:r>
      <w:r>
        <w:pict>
          <v:shape id="_x0000_i718285" o:spt="75" alt="学科网(www.zxxk.com)--教育资源门户，提供试卷、教案、课件、论文、素材以及各类教学资源下载，还有大量而丰富的教学相关资讯！" type="#_x0000_t75" style="height:15.75pt;width:135pt;" o:ole="t" filled="f" o:preferrelative="t" stroked="f" coordsize="21600,21600">
            <v:path/>
            <v:fill on="f" focussize="0,0"/>
            <v:stroke on="f" joinstyle="miter"/>
            <v:imagedata r:id="rId3324" o:title="eqId63c3ff737f56759d2296d053311822a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28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325" o:title="eqId2aab343f7e994c908f3cd031bb988c4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w:t>
      </w:r>
      <w:r>
        <w:pict>
          <v:shape id="_x0000_i718287" o:spt="75" alt="学科网(www.zxxk.com)--教育资源门户，提供试卷、教案、课件、论文、素材以及各类教学资源下载，还有大量而丰富的教学相关资讯！" type="#_x0000_t75" style="height:15pt;width:27.05pt;" o:ole="t" filled="f" o:preferrelative="t" stroked="f" coordsize="21600,21600">
            <v:path/>
            <v:fill on="f" focussize="0,0"/>
            <v:stroke on="f" joinstyle="miter"/>
            <v:imagedata r:id="rId3326" o:title="eqIdc1db1c8f88c5de20586db0cde44d3e2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288" o:spt="75" alt="学科网(www.zxxk.com)--教育资源门户，提供试卷、教案、课件、论文、素材以及各类教学资源下载，还有大量而丰富的教学相关资讯！" type="#_x0000_t75" style="height:15.75pt;width:63.75pt;" o:ole="t" filled="f" o:preferrelative="t" stroked="f" coordsize="21600,21600">
            <v:path/>
            <v:fill on="f" focussize="0,0"/>
            <v:stroke on="f" joinstyle="miter"/>
            <v:imagedata r:id="rId3327" o:title="eqIdb1d4fd766978103211c9ba193587d56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289" o:spt="75" alt="学科网(www.zxxk.com)--教育资源门户，提供试卷、教案、课件、论文、素材以及各类教学资源下载，还有大量而丰富的教学相关资讯！" type="#_x0000_t75" style="height:15.75pt;width:96pt;" o:ole="t" filled="f" o:preferrelative="t" stroked="f" coordsize="21600,21600">
            <v:path/>
            <v:fill on="f" focussize="0,0"/>
            <v:stroke on="f" joinstyle="miter"/>
            <v:imagedata r:id="rId3328" o:title="eqId9b7df6acbe5e9618d14d66cad2bbcea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290" o:spt="75" alt="学科网(www.zxxk.com)--教育资源门户，提供试卷、教案、课件、论文、素材以及各类教学资源下载，还有大量而丰富的教学相关资讯！" type="#_x0000_t75" style="height:15.75pt;width:135pt;" o:ole="t" filled="f" o:preferrelative="t" stroked="f" coordsize="21600,21600">
            <v:path/>
            <v:fill on="f" focussize="0,0"/>
            <v:stroke on="f" joinstyle="miter"/>
            <v:imagedata r:id="rId3329" o:title="eqId63c3ff737f56759d2296d053311822a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8291" o:spt="75" alt="学科网(www.zxxk.com)--教育资源门户，提供试卷、教案、课件、论文、素材以及各类教学资源下载，还有大量而丰富的教学相关资讯！" type="#_x0000_t75" style="height:16pt;width:180pt;" o:ole="t" filled="f" o:preferrelative="t" stroked="f" coordsize="21600,21600">
            <v:path/>
            <v:fill on="f" focussize="0,0"/>
            <v:stroke on="f" joinstyle="miter"/>
            <v:imagedata r:id="rId3330" o:title="eqId82db34143105b344a1cb68edc9f7a57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18292" o:spt="75" alt="学科网(www.zxxk.com)--教育资源门户，提供试卷、教案、课件、论文、素材以及各类教学资源下载，还有大量而丰富的教学相关资讯！" type="#_x0000_t75" style="height:16pt;width:180pt;" o:ole="t" filled="f" o:preferrelative="t" stroked="f" coordsize="21600,21600">
            <v:path/>
            <v:fill on="f" focussize="0,0"/>
            <v:stroke on="f" joinstyle="miter"/>
            <v:imagedata r:id="rId3331" o:title="eqId82db34143105b344a1cb68edc9f7a57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pict>
          <v:shape id="_x0000_i718293" o:spt="75" alt="学科网(www.zxxk.com)--教育资源门户，提供试卷、教案、课件、论文、素材以及各类教学资源下载，还有大量而丰富的教学相关资讯！" type="#_x0000_t75" style="height:22.15pt;width:255.25pt;" o:ole="t" filled="f" o:preferrelative="t" stroked="f" coordsize="21600,21600">
            <v:path/>
            <v:fill on="f" focussize="0,0"/>
            <v:stroke on="f" joinstyle="miter"/>
            <v:imagedata r:id="rId3332" o:title="eqIdf3bff1f09c4a4fa8d55dad54cbc87c1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故答案为</w:t>
      </w:r>
      <w:r>
        <w:pict>
          <v:shape id="_x0000_i718294" o:spt="75" alt="学科网(www.zxxk.com)--教育资源门户，提供试卷、教案、课件、论文、素材以及各类教学资源下载，还有大量而丰富的教学相关资讯！" type="#_x0000_t75" style="height:22.15pt;width:255.25pt;" o:ole="t" filled="f" o:preferrelative="t" stroked="f" coordsize="21600,21600">
            <v:path/>
            <v:fill on="f" focussize="0,0"/>
            <v:stroke on="f" joinstyle="miter"/>
            <v:imagedata r:id="rId3333" o:title="eqIdf3bff1f09c4a4fa8d55dad54cbc87c1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29. </w:t>
      </w:r>
      <w:r>
        <w:rPr>
          <w:rFonts w:ascii="宋体" w:hAnsi="宋体" w:eastAsia="宋体" w:cs="宋体"/>
          <w:color w:val="000000"/>
        </w:rPr>
        <w:t>将</w:t>
      </w:r>
      <w:r>
        <w:pict>
          <v:shape id="_x0000_i718295"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334" o:title="eqIdb6a24198bd04c29321ae5dc5a28fe421"/>
            <o:lock v:ext="edit" aspectratio="t"/>
            <w10:wrap type="none"/>
            <w10:anchorlock/>
          </v:shape>
        </w:pict>
      </w:r>
      <w:r>
        <w:rPr>
          <w:rFonts w:ascii="宋体" w:hAnsi="宋体" w:eastAsia="宋体" w:cs="宋体"/>
          <w:color w:val="000000"/>
        </w:rPr>
        <w:t>个</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排列在一起组成了一个数组，记为</w:t>
      </w:r>
      <w:r>
        <w:pict>
          <v:shape id="_x0000_i718296" o:spt="75" alt="学科网(www.zxxk.com)--教育资源门户，提供试卷、教案、课件、论文、素材以及各类教学资源下载，还有大量而丰富的教学相关资讯！" type="#_x0000_t75" style="height:20.15pt;width:74.9pt;" o:ole="t" filled="f" o:preferrelative="t" stroked="f" coordsize="21600,21600">
            <v:path/>
            <v:fill on="f" focussize="0,0"/>
            <v:stroke on="f" joinstyle="miter"/>
            <v:imagedata r:id="rId3335" o:title="eqId99faf594fa198e4aba8d3107b36c31e4"/>
            <o:lock v:ext="edit" aspectratio="t"/>
            <w10:wrap type="none"/>
            <w10:anchorlock/>
          </v:shape>
        </w:pict>
      </w:r>
      <w:r>
        <w:rPr>
          <w:rFonts w:ascii="宋体" w:hAnsi="宋体" w:eastAsia="宋体" w:cs="宋体"/>
          <w:color w:val="000000"/>
        </w:rPr>
        <w:t>，其中</w:t>
      </w:r>
      <w:r>
        <w:pict>
          <v:shape id="_x0000_i718297"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3336" o:title="eqId87c7eb49a823f757461cd5260757b088"/>
            <o:lock v:ext="edit" aspectratio="t"/>
            <w10:wrap type="none"/>
            <w10:anchorlock/>
          </v:shape>
        </w:pict>
      </w:r>
      <w:r>
        <w:rPr>
          <w:rFonts w:ascii="宋体" w:hAnsi="宋体" w:eastAsia="宋体" w:cs="宋体"/>
          <w:color w:val="000000"/>
        </w:rPr>
        <w:t>，</w:t>
      </w:r>
      <w:r>
        <w:pict>
          <v:shape id="_x0000_i718298" o:spt="75" alt="学科网(www.zxxk.com)--教育资源门户，提供试卷、教案、课件、论文、素材以及各类教学资源下载，还有大量而丰富的教学相关资讯！" type="#_x0000_t75" style="height:18pt;width:11.4pt;" o:ole="t" filled="f" o:preferrelative="t" stroked="f" coordsize="21600,21600">
            <v:path/>
            <v:fill on="f" focussize="0,0"/>
            <v:stroke on="f" joinstyle="miter"/>
            <v:imagedata r:id="rId3337" o:title="eqId5cd84a8f95166367063218ee03ffd5a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pict>
          <v:shape id="_x0000_i718299"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3338" o:title="eqIde9297e289a9ef977009186083ec738ac"/>
            <o:lock v:ext="edit" aspectratio="t"/>
            <w10:wrap type="none"/>
            <w10:anchorlock/>
          </v:shape>
        </w:pict>
      </w:r>
      <w:r>
        <w:rPr>
          <w:rFonts w:ascii="宋体" w:hAnsi="宋体" w:eastAsia="宋体" w:cs="宋体"/>
          <w:color w:val="000000"/>
        </w:rPr>
        <w:t>都取</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，称</w:t>
      </w:r>
      <w:r>
        <w:pict>
          <v:shape id="_x0000_i71830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339" o:title="eqId5963abe8f421bd99a2aaa94831a951e9"/>
            <o:lock v:ext="edit" aspectratio="t"/>
            <w10:wrap type="none"/>
            <w10:anchorlock/>
          </v:shape>
        </w:pict>
      </w:r>
      <w:r>
        <w:rPr>
          <w:rFonts w:ascii="宋体" w:hAnsi="宋体" w:eastAsia="宋体" w:cs="宋体"/>
          <w:color w:val="000000"/>
        </w:rPr>
        <w:t>是一个</w:t>
      </w:r>
      <w:r>
        <w:pict>
          <v:shape id="_x0000_i71830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334" o:title="eqIdb6a24198bd04c29321ae5dc5a28fe421"/>
            <o:lock v:ext="edit" aspectratio="t"/>
            <w10:wrap type="none"/>
            <w10:anchorlock/>
          </v:shape>
        </w:pict>
      </w:r>
      <w:r>
        <w:rPr>
          <w:rFonts w:ascii="宋体" w:hAnsi="宋体" w:eastAsia="宋体" w:cs="宋体"/>
          <w:color w:val="000000"/>
        </w:rPr>
        <w:t>元完美数组（</w:t>
      </w:r>
      <w:r>
        <w:pict>
          <v:shape id="_x0000_i718302" o:spt="75" alt="学科网(www.zxxk.com)--教育资源门户，提供试卷、教案、课件、论文、素材以及各类教学资源下载，还有大量而丰富的教学相关资讯！" type="#_x0000_t75" style="height:14.4pt;width:27.6pt;" o:ole="t" filled="f" o:preferrelative="t" stroked="f" coordsize="21600,21600">
            <v:path/>
            <v:fill on="f" focussize="0,0"/>
            <v:stroke on="f" joinstyle="miter"/>
            <v:imagedata r:id="rId3340" o:title="eqId0704f453b2de48d36911f7db496bbf82"/>
            <o:lock v:ext="edit" aspectratio="t"/>
            <w10:wrap type="none"/>
            <w10:anchorlock/>
          </v:shape>
        </w:pict>
      </w:r>
      <w:r>
        <w:rPr>
          <w:rFonts w:ascii="宋体" w:hAnsi="宋体" w:eastAsia="宋体" w:cs="宋体"/>
          <w:color w:val="000000"/>
        </w:rPr>
        <w:t>且</w:t>
      </w:r>
      <w:r>
        <w:pict>
          <v:shape id="_x0000_i71830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334" o:title="eqIdb6a24198bd04c29321ae5dc5a28fe421"/>
            <o:lock v:ext="edit" aspectratio="t"/>
            <w10:wrap type="none"/>
            <w10:anchorlock/>
          </v:shape>
        </w:pict>
      </w:r>
      <w:r>
        <w:rPr>
          <w:rFonts w:ascii="宋体" w:hAnsi="宋体" w:eastAsia="宋体" w:cs="宋体"/>
          <w:color w:val="000000"/>
        </w:rPr>
        <w:t>为整数）</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例如：</w:t>
      </w:r>
      <w:r>
        <w:pict>
          <v:shape id="_x0000_i718304"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3341" o:title="eqId7160d93f92089ef36f3dab809d3114b8"/>
            <o:lock v:ext="edit" aspectratio="t"/>
            <w10:wrap type="none"/>
            <w10:anchorlock/>
          </v:shape>
        </w:pict>
      </w:r>
      <w:r>
        <w:rPr>
          <w:rFonts w:ascii="宋体" w:hAnsi="宋体" w:eastAsia="宋体" w:cs="宋体"/>
          <w:color w:val="000000"/>
        </w:rPr>
        <w:t>，</w:t>
      </w:r>
      <w:r>
        <w:pict>
          <v:shape id="_x0000_i718305" o:spt="75" alt="学科网(www.zxxk.com)--教育资源门户，提供试卷、教案、课件、论文、素材以及各类教学资源下载，还有大量而丰富的教学相关资讯！" type="#_x0000_t75" style="height:19.85pt;width:24.95pt;" o:ole="t" filled="f" o:preferrelative="t" stroked="f" coordsize="21600,21600">
            <v:path/>
            <v:fill on="f" focussize="0,0"/>
            <v:stroke on="f" joinstyle="miter"/>
            <v:imagedata r:id="rId3342" o:title="eqId29343388ca8b33dc98325e65382b38a0"/>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2</w:t>
      </w:r>
      <w:r>
        <w:rPr>
          <w:rFonts w:ascii="宋体" w:hAnsi="宋体" w:eastAsia="宋体" w:cs="宋体"/>
          <w:color w:val="000000"/>
        </w:rPr>
        <w:t>元完美数组，</w:t>
      </w:r>
      <w:r>
        <w:pict>
          <v:shape id="_x0000_i718306"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3343" o:title="eqId8eea8e7edf0d48f140c007d9a691c0ad"/>
            <o:lock v:ext="edit" aspectratio="t"/>
            <w10:wrap type="none"/>
            <w10:anchorlock/>
          </v:shape>
        </w:pict>
      </w:r>
      <w:r>
        <w:rPr>
          <w:rFonts w:ascii="宋体" w:hAnsi="宋体" w:eastAsia="宋体" w:cs="宋体"/>
          <w:color w:val="000000"/>
        </w:rPr>
        <w:t>，</w:t>
      </w:r>
      <w:r>
        <w:pict>
          <v:shape id="_x0000_i718307"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3344" o:title="eqIda6735f7f0d8ad762454c89155659d988"/>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4</w:t>
      </w:r>
      <w:r>
        <w:rPr>
          <w:rFonts w:ascii="宋体" w:hAnsi="宋体" w:eastAsia="宋体" w:cs="宋体"/>
          <w:color w:val="000000"/>
        </w:rPr>
        <w:t>元完美数组，但</w:t>
      </w:r>
      <w:r>
        <w:pict>
          <v:shape id="_x0000_i718308" o:spt="75" alt="学科网(www.zxxk.com)--教育资源门户，提供试卷、教案、课件、论文、素材以及各类教学资源下载，还有大量而丰富的教学相关资讯！" type="#_x0000_t75" style="height:20.4pt;width:27.6pt;" o:ole="t" filled="f" o:preferrelative="t" stroked="f" coordsize="21600,21600">
            <v:path/>
            <v:fill on="f" focussize="0,0"/>
            <v:stroke on="f" joinstyle="miter"/>
            <v:imagedata r:id="rId3345" o:title="eqId990eaf5dbba84f199bdc438da81fcfa6"/>
            <o:lock v:ext="edit" aspectratio="t"/>
            <w10:wrap type="none"/>
            <w10:anchorlock/>
          </v:shape>
        </w:pict>
      </w:r>
      <w:r>
        <w:rPr>
          <w:rFonts w:ascii="宋体" w:hAnsi="宋体" w:eastAsia="宋体" w:cs="宋体"/>
          <w:color w:val="000000"/>
        </w:rPr>
        <w:t>不是任何完美数组</w:t>
      </w:r>
      <w:r>
        <w:rPr>
          <w:rFonts w:ascii="Times New Roman" w:hAnsi="Times New Roman" w:eastAsia="Times New Roman" w:cs="Times New Roman"/>
          <w:color w:val="000000"/>
        </w:rPr>
        <w:t>.</w:t>
      </w:r>
      <w:r>
        <w:rPr>
          <w:rFonts w:ascii="宋体" w:hAnsi="宋体" w:eastAsia="宋体" w:cs="宋体"/>
          <w:color w:val="000000"/>
        </w:rPr>
        <w:t>定义以下两个新运算：</w:t>
      </w:r>
    </w:p>
    <w:p>
      <w:pPr>
        <w:spacing w:line="360" w:lineRule="auto"/>
        <w:jc w:val="left"/>
        <w:textAlignment w:val="center"/>
        <w:rPr>
          <w:color w:val="000000"/>
        </w:rPr>
      </w:pPr>
      <w:r>
        <w:rPr>
          <w:rFonts w:ascii="宋体" w:hAnsi="宋体" w:eastAsia="宋体" w:cs="宋体"/>
          <w:color w:val="000000"/>
        </w:rPr>
        <w:t>新运算</w:t>
      </w:r>
      <w:r>
        <w:rPr>
          <w:rFonts w:ascii="Times New Roman" w:hAnsi="Times New Roman" w:eastAsia="Times New Roman" w:cs="Times New Roman"/>
          <w:color w:val="000000"/>
        </w:rPr>
        <w:t>1</w:t>
      </w:r>
      <w:r>
        <w:rPr>
          <w:rFonts w:ascii="宋体" w:hAnsi="宋体" w:eastAsia="宋体" w:cs="宋体"/>
          <w:color w:val="000000"/>
        </w:rPr>
        <w:t>：对于</w:t>
      </w:r>
      <w:r>
        <w:pict>
          <v:shape id="_x0000_i71830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346" o:title="eqId81dea63b8ce3e51adf66cf7b9982a248"/>
            <o:lock v:ext="edit" aspectratio="t"/>
            <w10:wrap type="none"/>
            <w10:anchorlock/>
          </v:shape>
        </w:pict>
      </w:r>
      <w:r>
        <w:rPr>
          <w:rFonts w:ascii="宋体" w:hAnsi="宋体" w:eastAsia="宋体" w:cs="宋体"/>
          <w:color w:val="000000"/>
        </w:rPr>
        <w:t>和</w:t>
      </w:r>
      <w:r>
        <w:pict>
          <v:shape id="_x0000_i718310"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347" o:title="eqIdd053b14c8588eee2acbbe44fc37a6886"/>
            <o:lock v:ext="edit" aspectratio="t"/>
            <w10:wrap type="none"/>
            <w10:anchorlock/>
          </v:shape>
        </w:pict>
      </w:r>
      <w:r>
        <w:rPr>
          <w:rFonts w:ascii="宋体" w:hAnsi="宋体" w:eastAsia="宋体" w:cs="宋体"/>
          <w:color w:val="000000"/>
        </w:rPr>
        <w:t>，</w:t>
      </w:r>
      <w:r>
        <w:pict>
          <v:shape id="_x0000_i718311" o:spt="75" alt="学科网(www.zxxk.com)--教育资源门户，提供试卷、教案、课件、论文、素材以及各类教学资源下载，还有大量而丰富的教学相关资讯！" type="#_x0000_t75" style="height:20.25pt;width:108.75pt;" o:ole="t" filled="f" o:preferrelative="t" stroked="f" coordsize="21600,21600">
            <v:path/>
            <v:fill on="f" focussize="0,0"/>
            <v:stroke on="f" joinstyle="miter"/>
            <v:imagedata r:id="rId3348" o:title="eqIde3ade472f5dc4e41d237837776c871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新运算</w:t>
      </w:r>
      <w:r>
        <w:rPr>
          <w:rFonts w:ascii="Times New Roman" w:hAnsi="Times New Roman" w:eastAsia="Times New Roman" w:cs="Times New Roman"/>
          <w:color w:val="000000"/>
        </w:rPr>
        <w:t>2</w:t>
      </w:r>
      <w:r>
        <w:rPr>
          <w:rFonts w:ascii="宋体" w:hAnsi="宋体" w:eastAsia="宋体" w:cs="宋体"/>
          <w:color w:val="000000"/>
        </w:rPr>
        <w:t>：对于任意两个</w:t>
      </w:r>
      <w:r>
        <w:pict>
          <v:shape id="_x0000_i718312"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349" o:title="eqIdb6a24198bd04c29321ae5dc5a28fe421"/>
            <o:lock v:ext="edit" aspectratio="t"/>
            <w10:wrap type="none"/>
            <w10:anchorlock/>
          </v:shape>
        </w:pict>
      </w:r>
      <w:r>
        <w:rPr>
          <w:rFonts w:ascii="宋体" w:hAnsi="宋体" w:eastAsia="宋体" w:cs="宋体"/>
          <w:color w:val="000000"/>
        </w:rPr>
        <w:t>元完美数组</w:t>
      </w:r>
      <w:r>
        <w:pict>
          <v:shape id="_x0000_i718313" o:spt="75" alt="学科网(www.zxxk.com)--教育资源门户，提供试卷、教案、课件、论文、素材以及各类教学资源下载，还有大量而丰富的教学相关资讯！" type="#_x0000_t75" style="height:19.9pt;width:90.8pt;" o:ole="t" filled="f" o:preferrelative="t" stroked="f" coordsize="21600,21600">
            <v:path/>
            <v:fill on="f" focussize="0,0"/>
            <v:stroke on="f" joinstyle="miter"/>
            <v:imagedata r:id="rId3350" o:title="eqId021571f81c38889ecb1cf647d81a3012"/>
            <o:lock v:ext="edit" aspectratio="t"/>
            <w10:wrap type="none"/>
            <w10:anchorlock/>
          </v:shape>
        </w:pict>
      </w:r>
      <w:r>
        <w:rPr>
          <w:rFonts w:ascii="宋体" w:hAnsi="宋体" w:eastAsia="宋体" w:cs="宋体"/>
          <w:color w:val="000000"/>
        </w:rPr>
        <w:t>和</w:t>
      </w:r>
      <w:r>
        <w:pict>
          <v:shape id="_x0000_i718314" o:spt="75" alt="学科网(www.zxxk.com)--教育资源门户，提供试卷、教案、课件、论文、素材以及各类教学资源下载，还有大量而丰富的教学相关资讯！" type="#_x0000_t75" style="height:19.9pt;width:90.8pt;" o:ole="t" filled="f" o:preferrelative="t" stroked="f" coordsize="21600,21600">
            <v:path/>
            <v:fill on="f" focussize="0,0"/>
            <v:stroke on="f" joinstyle="miter"/>
            <v:imagedata r:id="rId3351" o:title="eqId0c163445ab3f4a9532f30de2b386355f"/>
            <o:lock v:ext="edit" aspectratio="t"/>
            <w10:wrap type="none"/>
            <w10:anchorlock/>
          </v:shape>
        </w:pict>
      </w:r>
      <w:r>
        <w:rPr>
          <w:rFonts w:ascii="宋体" w:hAnsi="宋体" w:eastAsia="宋体" w:cs="宋体"/>
          <w:color w:val="000000"/>
        </w:rPr>
        <w:t>，</w:t>
      </w:r>
      <w:r>
        <w:pict>
          <v:shape id="_x0000_i718315" o:spt="75" alt="学科网(www.zxxk.com)--教育资源门户，提供试卷、教案、课件、论文、素材以及各类教学资源下载，还有大量而丰富的教学相关资讯！" type="#_x0000_t75" style="height:30.55pt;width:201pt;" o:ole="t" filled="f" o:preferrelative="t" stroked="f" coordsize="21600,21600">
            <v:path/>
            <v:fill on="f" focussize="0,0"/>
            <v:stroke on="f" joinstyle="miter"/>
            <v:imagedata r:id="rId3352" o:title="eqIdf827d7b7ceb783b09b5f24eba45f968d"/>
            <o:lock v:ext="edit" aspectratio="t"/>
            <w10:wrap type="none"/>
            <w10:anchorlock/>
          </v:shape>
        </w:pict>
      </w:r>
      <w:r>
        <w:rPr>
          <w:rFonts w:ascii="宋体" w:hAnsi="宋体" w:eastAsia="宋体" w:cs="宋体"/>
          <w:color w:val="000000"/>
        </w:rPr>
        <w:t>，例如：对于</w:t>
      </w:r>
      <w:r>
        <w:rPr>
          <w:rFonts w:ascii="Times New Roman" w:hAnsi="Times New Roman" w:eastAsia="Times New Roman" w:cs="Times New Roman"/>
          <w:color w:val="000000"/>
        </w:rPr>
        <w:t>3</w:t>
      </w:r>
      <w:r>
        <w:rPr>
          <w:rFonts w:ascii="宋体" w:hAnsi="宋体" w:eastAsia="宋体" w:cs="宋体"/>
          <w:color w:val="000000"/>
        </w:rPr>
        <w:t>元完美数组</w:t>
      </w:r>
      <w:r>
        <w:pict>
          <v:shape id="_x0000_i718316"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3353" o:title="eqIdd5e618e91505e098b24724ae26ef4a5c"/>
            <o:lock v:ext="edit" aspectratio="t"/>
            <w10:wrap type="none"/>
            <w10:anchorlock/>
          </v:shape>
        </w:pict>
      </w:r>
      <w:r>
        <w:rPr>
          <w:rFonts w:ascii="宋体" w:hAnsi="宋体" w:eastAsia="宋体" w:cs="宋体"/>
          <w:color w:val="000000"/>
        </w:rPr>
        <w:t>和</w:t>
      </w:r>
      <w:r>
        <w:pict>
          <v:shape id="_x0000_i718317" o:spt="75" alt="学科网(www.zxxk.com)--教育资源门户，提供试卷、教案、课件、论文、素材以及各类教学资源下载，还有大量而丰富的教学相关资讯！" type="#_x0000_t75" style="height:20.5pt;width:48pt;" o:ole="t" filled="f" o:preferrelative="t" stroked="f" coordsize="21600,21600">
            <v:path/>
            <v:fill on="f" focussize="0,0"/>
            <v:stroke on="f" joinstyle="miter"/>
            <v:imagedata r:id="rId3354" o:title="eqId6c0b45b92346a361c2f49f6913fbadd5"/>
            <o:lock v:ext="edit" aspectratio="t"/>
            <w10:wrap type="none"/>
            <w10:anchorlock/>
          </v:shape>
        </w:pict>
      </w:r>
      <w:r>
        <w:rPr>
          <w:rFonts w:ascii="宋体" w:hAnsi="宋体" w:eastAsia="宋体" w:cs="宋体"/>
          <w:color w:val="000000"/>
        </w:rPr>
        <w:t>，有</w:t>
      </w:r>
      <w:r>
        <w:pict>
          <v:shape id="_x0000_i718318" o:spt="75" alt="学科网(www.zxxk.com)--教育资源门户，提供试卷、教案、课件、论文、素材以及各类教学资源下载，还有大量而丰富的教学相关资讯！" type="#_x0000_t75" style="height:30.75pt;width:123.75pt;" o:ole="t" filled="f" o:preferrelative="t" stroked="f" coordsize="21600,21600">
            <v:path/>
            <v:fill on="f" focussize="0,0"/>
            <v:stroke on="f" joinstyle="miter"/>
            <v:imagedata r:id="rId3355" o:title="eqIda1ebab8863e39597d3d6578baf120033"/>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在</w:t>
      </w:r>
      <w:r>
        <w:pict>
          <v:shape id="_x0000_i718319"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3357" o:title="eqId9c8bb2a267bd5fd30513a259168c50f9"/>
            <o:lock v:ext="edit" aspectratio="t"/>
            <w10:wrap type="none"/>
            <w10:anchorlock/>
          </v:shape>
        </w:pict>
      </w:r>
      <w:r>
        <w:rPr>
          <w:rFonts w:ascii="宋体" w:hAnsi="宋体" w:eastAsia="宋体" w:cs="宋体"/>
          <w:color w:val="000000"/>
        </w:rPr>
        <w:t>，</w:t>
      </w:r>
      <w:r>
        <w:pict>
          <v:shape id="_x0000_i718320"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3358" o:title="eqId4b65d25c58d96aa21a850d164cdccb22"/>
            <o:lock v:ext="edit" aspectratio="t"/>
            <w10:wrap type="none"/>
            <w10:anchorlock/>
          </v:shape>
        </w:pict>
      </w:r>
      <w:r>
        <w:rPr>
          <w:rFonts w:ascii="宋体" w:hAnsi="宋体" w:eastAsia="宋体" w:cs="宋体"/>
          <w:color w:val="000000"/>
        </w:rPr>
        <w:t>，</w:t>
      </w:r>
      <w:r>
        <w:pict>
          <v:shape id="_x0000_i718321"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3359" o:title="eqId9effd17c153f28ce1cf21fd174606819"/>
            <o:lock v:ext="edit" aspectratio="t"/>
            <w10:wrap type="none"/>
            <w10:anchorlock/>
          </v:shape>
        </w:pict>
      </w:r>
      <w:r>
        <w:rPr>
          <w:rFonts w:ascii="宋体" w:hAnsi="宋体" w:eastAsia="宋体" w:cs="宋体"/>
          <w:color w:val="000000"/>
        </w:rPr>
        <w:t>，</w:t>
      </w:r>
      <w:r>
        <w:pict>
          <v:shape id="_x0000_i718322"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3360" o:title="eqId98b01af54049b27ca6e8159518b7b18b"/>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color w:val="000000"/>
        </w:rPr>
        <w:t>3</w:t>
      </w:r>
      <w:r>
        <w:rPr>
          <w:rFonts w:ascii="宋体" w:hAnsi="宋体" w:eastAsia="宋体" w:cs="宋体"/>
          <w:color w:val="000000"/>
        </w:rPr>
        <w:t>元完美数组</w:t>
      </w:r>
      <w:r>
        <w:rPr>
          <w:rFonts w:ascii="宋体" w:hAnsi="宋体" w:eastAsia="宋体" w:cs="宋体"/>
          <w:color w:val="000000"/>
          <w:position w:val="0"/>
        </w:rPr>
        <w:drawing>
          <wp:inline distT="0" distB="0" distL="114300" distR="114300">
            <wp:extent cx="133350" cy="177800"/>
            <wp:effectExtent l="0" t="0" r="0" b="0"/>
            <wp:docPr id="3769" name="图片 1592919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 name="图片 1592919335"/>
                    <pic:cNvPicPr>
                      <a:picLocks noChangeAspect="1"/>
                    </pic:cNvPicPr>
                  </pic:nvPicPr>
                  <pic:blipFill>
                    <a:blip r:embed="rId335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有：</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设</w:t>
      </w:r>
      <w:r>
        <w:pict>
          <v:shape id="_x0000_i718323"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3361" o:title="eqIdf8a4768f5ac2d9d4a0b6554e6121b99a"/>
            <o:lock v:ext="edit" aspectratio="t"/>
            <w10:wrap type="none"/>
            <w10:anchorlock/>
          </v:shape>
        </w:pict>
      </w:r>
      <w:r>
        <w:rPr>
          <w:rFonts w:ascii="宋体" w:hAnsi="宋体" w:eastAsia="宋体" w:cs="宋体"/>
          <w:color w:val="000000"/>
        </w:rPr>
        <w:t>，</w:t>
      </w:r>
      <w:r>
        <w:pict>
          <v:shape id="_x0000_i718324"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3362" o:title="eqId00162990997c0ef2667d4a1c6d303a96"/>
            <o:lock v:ext="edit" aspectratio="t"/>
            <w10:wrap type="none"/>
            <w10:anchorlock/>
          </v:shape>
        </w:pict>
      </w:r>
      <w:r>
        <w:rPr>
          <w:rFonts w:ascii="宋体" w:hAnsi="宋体" w:eastAsia="宋体" w:cs="宋体"/>
          <w:color w:val="000000"/>
        </w:rPr>
        <w:t>，则</w:t>
      </w:r>
      <w:r>
        <w:pict>
          <v:shape id="_x0000_i718325" o:spt="75" alt="学科网(www.zxxk.com)--教育资源门户，提供试卷、教案、课件、论文、素材以及各类教学资源下载，还有大量而丰富的教学相关资讯！" type="#_x0000_t75" style="height:13pt;width:41pt;" o:ole="t" filled="f" o:preferrelative="t" stroked="f" coordsize="21600,21600">
            <v:path/>
            <v:fill on="f" focussize="0,0"/>
            <v:stroke on="f" joinstyle="miter"/>
            <v:imagedata r:id="rId3363" o:title="eqId619c485c6a9a959daebbd4bad00842d3"/>
            <o:lock v:ext="edit" aspectratio="t"/>
            <w10:wrap type="none"/>
            <w10:anchorlock/>
          </v:shape>
        </w:pict>
      </w:r>
      <w:r>
        <w:rPr>
          <w:rFonts w:ascii="Times New Roman" w:hAnsi="Times New Roman" w:eastAsia="Times New Roman" w:cs="Times New Roman"/>
          <w:color w:val="000000"/>
          <w:u w:val="single"/>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已知完美数组</w:t>
      </w:r>
      <w:r>
        <w:pict>
          <v:shape id="_x0000_i718326" o:spt="75" alt="学科网(www.zxxk.com)--教育资源门户，提供试卷、教案、课件、论文、素材以及各类教学资源下载，还有大量而丰富的教学相关资讯！" type="#_x0000_t75" style="height:20.25pt;width:67.5pt;" o:ole="t" filled="f" o:preferrelative="t" stroked="f" coordsize="21600,21600">
            <v:path/>
            <v:fill on="f" focussize="0,0"/>
            <v:stroke on="f" joinstyle="miter"/>
            <v:imagedata r:id="rId3364" o:title="eqId1659612005a9a5fc0390d4e809e284c1"/>
            <o:lock v:ext="edit" aspectratio="t"/>
            <w10:wrap type="none"/>
            <w10:anchorlock/>
          </v:shape>
        </w:pict>
      </w:r>
      <w:r>
        <w:rPr>
          <w:rFonts w:ascii="宋体" w:hAnsi="宋体" w:eastAsia="宋体" w:cs="宋体"/>
          <w:color w:val="000000"/>
        </w:rPr>
        <w:t>求出所有</w:t>
      </w:r>
      <w:r>
        <w:rPr>
          <w:rFonts w:ascii="Times New Roman" w:hAnsi="Times New Roman" w:eastAsia="Times New Roman" w:cs="Times New Roman"/>
          <w:color w:val="000000"/>
        </w:rPr>
        <w:t>4</w:t>
      </w:r>
      <w:r>
        <w:rPr>
          <w:rFonts w:ascii="宋体" w:hAnsi="宋体" w:eastAsia="宋体" w:cs="宋体"/>
          <w:color w:val="000000"/>
        </w:rPr>
        <w:t>元完美数组</w:t>
      </w:r>
      <w:r>
        <w:pict>
          <v:shape id="_x0000_i71832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365" o:title="eqId54a5d7d3b6b63fe5c24c3907b7a8eaa3"/>
            <o:lock v:ext="edit" aspectratio="t"/>
            <w10:wrap type="none"/>
            <w10:anchorlock/>
          </v:shape>
        </w:pict>
      </w:r>
      <w:r>
        <w:rPr>
          <w:rFonts w:ascii="宋体" w:hAnsi="宋体" w:eastAsia="宋体" w:cs="宋体"/>
          <w:color w:val="000000"/>
        </w:rPr>
        <w:t>，使得</w:t>
      </w:r>
      <w:r>
        <w:pict>
          <v:shape id="_x0000_i718328" o:spt="75" alt="学科网(www.zxxk.com)--教育资源门户，提供试卷、教案、课件、论文、素材以及各类教学资源下载，还有大量而丰富的教学相关资讯！" type="#_x0000_t75" style="height:13.5pt;width:57pt;" o:ole="t" filled="f" o:preferrelative="t" stroked="f" coordsize="21600,21600">
            <v:path/>
            <v:fill on="f" focussize="0,0"/>
            <v:stroke on="f" joinstyle="miter"/>
            <v:imagedata r:id="rId3366" o:title="eqId8b6cac9f69999485662eb40dc01a8ba1"/>
            <o:lock v:ext="edit" aspectratio="t"/>
            <w10:wrap type="none"/>
            <w10:anchorlock/>
          </v:shape>
        </w:pic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color w:val="000000"/>
        </w:rPr>
        <w:t>（1）</w:t>
      </w:r>
      <w:r>
        <w:pict>
          <v:shape id="_x0000_i718329" o:spt="75" alt="学科网(www.zxxk.com)--教育资源门户，提供试卷、教案、课件、论文、素材以及各类教学资源下载，还有大量而丰富的教学相关资讯！" type="#_x0000_t75" style="height:19.9pt;width:36pt;" o:ole="t" filled="f" o:preferrelative="t" stroked="f" coordsize="21600,21600">
            <v:path/>
            <v:fill on="f" focussize="0,0"/>
            <v:stroke on="f" joinstyle="miter"/>
            <v:imagedata r:id="rId3367" o:title="eqId94b2db7b2ed1c1bcce3ec568c8aaff11"/>
            <o:lock v:ext="edit" aspectratio="t"/>
            <w10:wrap type="none"/>
            <w10:anchorlock/>
          </v:shape>
        </w:pict>
      </w:r>
      <w:r>
        <w:rPr>
          <w:rFonts w:ascii="宋体" w:hAnsi="宋体" w:eastAsia="宋体" w:cs="宋体"/>
          <w:color w:val="000000"/>
        </w:rPr>
        <w:t>，</w:t>
      </w:r>
      <w:r>
        <w:pict>
          <v:shape id="_x0000_i718330"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3368" o:title="eqId98b01af54049b27ca6e8159518b7b18b"/>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2</w:t>
      </w:r>
      <w:r>
        <w:rPr>
          <w:color w:val="000000"/>
        </w:rPr>
        <w:t xml:space="preserve">    （3）</w:t>
      </w:r>
      <w:r>
        <w:pict>
          <v:shape id="_x0000_i718331" o:spt="75" alt="学科网(www.zxxk.com)--教育资源门户，提供试卷、教案、课件、论文、素材以及各类教学资源下载，还有大量而丰富的教学相关资讯！" type="#_x0000_t75" style="height:19.9pt;width:40.15pt;" o:ole="t" filled="f" o:preferrelative="t" stroked="f" coordsize="21600,21600">
            <v:path/>
            <v:fill on="f" focussize="0,0"/>
            <v:stroke on="f" joinstyle="miter"/>
            <v:imagedata r:id="rId3369" o:title="eqId59070496f4000bdbe0b11b0edc5fc7c1"/>
            <o:lock v:ext="edit" aspectratio="t"/>
            <w10:wrap type="none"/>
            <w10:anchorlock/>
          </v:shape>
        </w:pict>
      </w:r>
      <w:r>
        <w:rPr>
          <w:rFonts w:ascii="宋体" w:hAnsi="宋体" w:eastAsia="宋体" w:cs="宋体"/>
          <w:color w:val="000000"/>
        </w:rPr>
        <w:t>，</w:t>
      </w:r>
      <w:r>
        <w:pict>
          <v:shape id="_x0000_i718332" o:spt="75" alt="学科网(www.zxxk.com)--教育资源门户，提供试卷、教案、课件、论文、素材以及各类教学资源下载，还有大量而丰富的教学相关资讯！" type="#_x0000_t75" style="height:19.9pt;width:37.9pt;" o:ole="t" filled="f" o:preferrelative="t" stroked="f" coordsize="21600,21600">
            <v:path/>
            <v:fill on="f" focussize="0,0"/>
            <v:stroke on="f" joinstyle="miter"/>
            <v:imagedata r:id="rId3370" o:title="eqIdc0b1fdd8b88b64d039935db352339318"/>
            <o:lock v:ext="edit" aspectratio="t"/>
            <w10:wrap type="none"/>
            <w10:anchorlock/>
          </v:shape>
        </w:pict>
      </w:r>
      <w:r>
        <w:rPr>
          <w:rFonts w:ascii="宋体" w:hAnsi="宋体" w:eastAsia="宋体" w:cs="宋体"/>
          <w:color w:val="000000"/>
        </w:rPr>
        <w:t>，</w:t>
      </w:r>
      <w:r>
        <w:pict>
          <v:shape id="_x0000_i718333" o:spt="75" alt="学科网(www.zxxk.com)--教育资源门户，提供试卷、教案、课件、论文、素材以及各类教学资源下载，还有大量而丰富的教学相关资讯！" type="#_x0000_t75" style="height:19.9pt;width:40.15pt;" o:ole="t" filled="f" o:preferrelative="t" stroked="f" coordsize="21600,21600">
            <v:path/>
            <v:fill on="f" focussize="0,0"/>
            <v:stroke on="f" joinstyle="miter"/>
            <v:imagedata r:id="rId3371" o:title="eqId937f4dcb074065422f78cf276bdc1a26"/>
            <o:lock v:ext="edit" aspectratio="t"/>
            <w10:wrap type="none"/>
            <w10:anchorlock/>
          </v:shape>
        </w:pict>
      </w:r>
      <w:r>
        <w:rPr>
          <w:rFonts w:ascii="宋体" w:hAnsi="宋体" w:eastAsia="宋体" w:cs="宋体"/>
          <w:color w:val="000000"/>
        </w:rPr>
        <w:t>，</w:t>
      </w:r>
      <w:r>
        <w:pict>
          <v:shape id="_x0000_i718334" o:spt="75" alt="学科网(www.zxxk.com)--教育资源门户，提供试卷、教案、课件、论文、素材以及各类教学资源下载，还有大量而丰富的教学相关资讯！" type="#_x0000_t75" style="height:15pt;width:28.9pt;" o:ole="t" filled="f" o:preferrelative="t" stroked="f" coordsize="21600,21600">
            <v:path/>
            <v:fill on="f" focussize="0,0"/>
            <v:stroke on="f" joinstyle="miter"/>
            <v:imagedata r:id="rId3372" o:title="eqIdfc307f73fbe234e26838263e6d25fe7b"/>
            <o:lock v:ext="edit" aspectratio="t"/>
            <w10:wrap type="none"/>
            <w10:anchorlock/>
          </v:shape>
        </w:pict>
      </w:r>
      <w:r>
        <w:rPr>
          <w:rFonts w:ascii="宋体" w:hAnsi="宋体" w:eastAsia="宋体" w:cs="宋体"/>
          <w:color w:val="000000"/>
        </w:rPr>
        <w:t>，</w:t>
      </w:r>
      <w:r>
        <w:pict>
          <v:shape id="_x0000_i718335"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3373" o:title="eqId6a6e456dd88b79a367e8500b15fb25a9"/>
            <o:lock v:ext="edit" aspectratio="t"/>
            <w10:wrap type="none"/>
            <w10:anchorlock/>
          </v:shape>
        </w:pict>
      </w:r>
      <w:r>
        <w:rPr>
          <w:rFonts w:ascii="宋体" w:hAnsi="宋体" w:eastAsia="宋体" w:cs="宋体"/>
          <w:color w:val="000000"/>
        </w:rPr>
        <w:t>，</w:t>
      </w:r>
      <w:r>
        <w:pict>
          <v:shape id="_x0000_i718336" o:spt="75" alt="学科网(www.zxxk.com)--教育资源门户，提供试卷、教案、课件、论文、素材以及各类教学资源下载，还有大量而丰富的教学相关资讯！" type="#_x0000_t75" style="height:19.9pt;width:37.9pt;" o:ole="t" filled="f" o:preferrelative="t" stroked="f" coordsize="21600,21600">
            <v:path/>
            <v:fill on="f" focussize="0,0"/>
            <v:stroke on="f" joinstyle="miter"/>
            <v:imagedata r:id="rId3374" o:title="eqId2d91938b5191393d05fff2fea7f4ba4f"/>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本题考查的是数字的变化规律、有理数的混合运算等有关内容．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）根据定义可直接得到答案；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）根据新运算</w:t>
      </w:r>
      <w:r>
        <w:rPr>
          <w:rFonts w:ascii="Times New Roman" w:hAnsi="Times New Roman" w:eastAsia="Times New Roman" w:cs="Times New Roman"/>
          <w:color w:val="000000"/>
        </w:rPr>
        <w:t>2</w:t>
      </w:r>
      <w:r>
        <w:rPr>
          <w:rFonts w:ascii="宋体" w:hAnsi="宋体" w:eastAsia="宋体" w:cs="宋体"/>
          <w:color w:val="000000"/>
        </w:rPr>
        <w:t>的定义，进行计算即可；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）对于新运算</w:t>
      </w:r>
      <w:r>
        <w:rPr>
          <w:rFonts w:ascii="Times New Roman" w:hAnsi="Times New Roman" w:eastAsia="Times New Roman" w:cs="Times New Roman"/>
          <w:color w:val="000000"/>
        </w:rPr>
        <w:t>1</w:t>
      </w:r>
      <w:r>
        <w:rPr>
          <w:rFonts w:ascii="宋体" w:hAnsi="宋体" w:eastAsia="宋体" w:cs="宋体"/>
          <w:color w:val="000000"/>
        </w:rPr>
        <w:t>，若</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只能取</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的组合有</w:t>
      </w:r>
      <w:r>
        <w:rPr>
          <w:rFonts w:ascii="Times New Roman" w:hAnsi="Times New Roman" w:eastAsia="Times New Roman" w:cs="Times New Roman"/>
          <w:color w:val="000000"/>
        </w:rPr>
        <w:t>4</w:t>
      </w:r>
      <w:r>
        <w:rPr>
          <w:rFonts w:ascii="宋体" w:hAnsi="宋体" w:eastAsia="宋体" w:cs="宋体"/>
          <w:color w:val="000000"/>
        </w:rPr>
        <w:t>种，分别为：</w:t>
      </w:r>
      <w:r>
        <w:pict>
          <v:shape id="_x0000_i718337" o:spt="75" alt="学科网(www.zxxk.com)--教育资源门户，提供试卷、教案、课件、论文、素材以及各类教学资源下载，还有大量而丰富的教学相关资讯！" type="#_x0000_t75" style="height:19.9pt;width:115.15pt;" o:ole="t" filled="f" o:preferrelative="t" stroked="f" coordsize="21600,21600">
            <v:path/>
            <v:fill on="f" focussize="0,0"/>
            <v:stroke on="f" joinstyle="miter"/>
            <v:imagedata r:id="rId3375" o:title="eqIda7e26f80a1b566244273e1edce0c3248"/>
            <o:lock v:ext="edit" aspectratio="t"/>
            <w10:wrap type="none"/>
            <w10:anchorlock/>
          </v:shape>
        </w:pict>
      </w:r>
      <w:r>
        <w:rPr>
          <w:rFonts w:ascii="宋体" w:hAnsi="宋体" w:eastAsia="宋体" w:cs="宋体"/>
          <w:color w:val="000000"/>
        </w:rPr>
        <w:t>，</w:t>
      </w:r>
      <w:r>
        <w:pict>
          <v:shape id="_x0000_i718338" o:spt="75" alt="学科网(www.zxxk.com)--教育资源门户，提供试卷、教案、课件、论文、素材以及各类教学资源下载，还有大量而丰富的教学相关资讯！" type="#_x0000_t75" style="height:19.9pt;width:109.15pt;" o:ole="t" filled="f" o:preferrelative="t" stroked="f" coordsize="21600,21600">
            <v:path/>
            <v:fill on="f" focussize="0,0"/>
            <v:stroke on="f" joinstyle="miter"/>
            <v:imagedata r:id="rId3376" o:title="eqId77ac6ac288b8c98463cf5a51877addcd"/>
            <o:lock v:ext="edit" aspectratio="t"/>
            <w10:wrap type="none"/>
            <w10:anchorlock/>
          </v:shape>
        </w:pict>
      </w:r>
      <w:r>
        <w:rPr>
          <w:rFonts w:ascii="宋体" w:hAnsi="宋体" w:eastAsia="宋体" w:cs="宋体"/>
          <w:color w:val="000000"/>
        </w:rPr>
        <w:t>，</w:t>
      </w:r>
      <w:r>
        <w:pict>
          <v:shape id="_x0000_i718339" o:spt="75" alt="学科网(www.zxxk.com)--教育资源门户，提供试卷、教案、课件、论文、素材以及各类教学资源下载，还有大量而丰富的教学相关资讯！" type="#_x0000_t75" style="height:19.9pt;width:121.9pt;" o:ole="t" filled="f" o:preferrelative="t" stroked="f" coordsize="21600,21600">
            <v:path/>
            <v:fill on="f" focussize="0,0"/>
            <v:stroke on="f" joinstyle="miter"/>
            <v:imagedata r:id="rId3377" o:title="eqId230d8e92e656643f7116a44391b56cd6"/>
            <o:lock v:ext="edit" aspectratio="t"/>
            <w10:wrap type="none"/>
            <w10:anchorlock/>
          </v:shape>
        </w:pict>
      </w:r>
      <w:r>
        <w:rPr>
          <w:rFonts w:ascii="宋体" w:hAnsi="宋体" w:eastAsia="宋体" w:cs="宋体"/>
          <w:color w:val="000000"/>
        </w:rPr>
        <w:t>，</w:t>
      </w:r>
      <w:r>
        <w:pict>
          <v:shape id="_x0000_i718340" o:spt="75" alt="学科网(www.zxxk.com)--教育资源门户，提供试卷、教案、课件、论文、素材以及各类教学资源下载，还有大量而丰富的教学相关资讯！" type="#_x0000_t75" style="height:19.9pt;width:115.15pt;" o:ole="t" filled="f" o:preferrelative="t" stroked="f" coordsize="21600,21600">
            <v:path/>
            <v:fill on="f" focussize="0,0"/>
            <v:stroke on="f" joinstyle="miter"/>
            <v:imagedata r:id="rId3378" o:title="eqId078220bec1523d8d2eabc6ad089cd02e"/>
            <o:lock v:ext="edit" aspectratio="t"/>
            <w10:wrap type="none"/>
            <w10:anchorlock/>
          </v:shape>
        </w:pict>
      </w:r>
      <w:r>
        <w:rPr>
          <w:rFonts w:ascii="宋体" w:hAnsi="宋体" w:eastAsia="宋体" w:cs="宋体"/>
          <w:color w:val="000000"/>
        </w:rPr>
        <w:t>；根据题意，</w:t>
      </w:r>
      <w:r>
        <w:pict>
          <v:shape id="_x0000_i718341"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379" o:title="eqId3d1b2d15fa730a7afad94086aa00121f"/>
            <o:lock v:ext="edit" aspectratio="t"/>
            <w10:wrap type="none"/>
            <w10:anchorlock/>
          </v:shape>
        </w:pict>
      </w:r>
      <w:r>
        <w:rPr>
          <w:rFonts w:ascii="宋体" w:hAnsi="宋体" w:eastAsia="宋体" w:cs="宋体"/>
          <w:color w:val="000000"/>
        </w:rPr>
        <w:t>的计算式中有</w:t>
      </w:r>
      <w:r>
        <w:rPr>
          <w:rFonts w:ascii="Times New Roman" w:hAnsi="Times New Roman" w:eastAsia="Times New Roman" w:cs="Times New Roman"/>
          <w:color w:val="000000"/>
        </w:rPr>
        <w:t>4</w:t>
      </w:r>
      <w:r>
        <w:rPr>
          <w:rFonts w:ascii="宋体" w:hAnsi="宋体" w:eastAsia="宋体" w:cs="宋体"/>
          <w:color w:val="000000"/>
        </w:rPr>
        <w:t>组新运算</w:t>
      </w:r>
      <w:r>
        <w:rPr>
          <w:rFonts w:ascii="Times New Roman" w:hAnsi="Times New Roman" w:eastAsia="Times New Roman" w:cs="Times New Roman"/>
          <w:color w:val="000000"/>
        </w:rPr>
        <w:t>1</w:t>
      </w:r>
      <w:r>
        <w:rPr>
          <w:rFonts w:ascii="宋体" w:hAnsi="宋体" w:eastAsia="宋体" w:cs="宋体"/>
          <w:color w:val="000000"/>
        </w:rPr>
        <w:t>，其中有</w:t>
      </w:r>
      <w:r>
        <w:rPr>
          <w:rFonts w:ascii="Times New Roman" w:hAnsi="Times New Roman" w:eastAsia="Times New Roman" w:cs="Times New Roman"/>
          <w:color w:val="000000"/>
        </w:rPr>
        <w:t>2</w:t>
      </w:r>
      <w:r>
        <w:rPr>
          <w:rFonts w:ascii="宋体" w:hAnsi="宋体" w:eastAsia="宋体" w:cs="宋体"/>
          <w:color w:val="000000"/>
        </w:rPr>
        <w:t>组为</w:t>
      </w:r>
      <w:r>
        <w:pict>
          <v:shape id="_x0000_i71834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380" o:title="eqId5bec1dc1fbb1eb91a74b99b33a9e2f1e"/>
            <o:lock v:ext="edit" aspectratio="t"/>
            <w10:wrap type="none"/>
            <w10:anchorlock/>
          </v:shape>
        </w:pict>
      </w:r>
      <w:r>
        <w:rPr>
          <w:rFonts w:ascii="宋体" w:hAnsi="宋体" w:eastAsia="宋体" w:cs="宋体"/>
          <w:color w:val="000000"/>
        </w:rPr>
        <w:t>，另外</w:t>
      </w:r>
      <w:r>
        <w:rPr>
          <w:rFonts w:ascii="Times New Roman" w:hAnsi="Times New Roman" w:eastAsia="Times New Roman" w:cs="Times New Roman"/>
          <w:color w:val="000000"/>
        </w:rPr>
        <w:t>2</w:t>
      </w:r>
      <w:r>
        <w:rPr>
          <w:rFonts w:ascii="宋体" w:hAnsi="宋体" w:eastAsia="宋体" w:cs="宋体"/>
          <w:color w:val="000000"/>
        </w:rPr>
        <w:t>组是其他三种组合中的任意一种；写出</w:t>
      </w:r>
      <w:r>
        <w:rPr>
          <w:rFonts w:ascii="Times New Roman" w:hAnsi="Times New Roman" w:eastAsia="Times New Roman" w:cs="Times New Roman"/>
          <w:i/>
          <w:color w:val="000000"/>
        </w:rPr>
        <w:t>N</w:t>
      </w:r>
      <w:r>
        <w:rPr>
          <w:rFonts w:ascii="宋体" w:hAnsi="宋体" w:eastAsia="宋体" w:cs="宋体"/>
          <w:color w:val="000000"/>
        </w:rPr>
        <w:t>的所以可能的情况即可．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i/>
          <w:color w:val="000000"/>
        </w:rPr>
        <w:t>n</w:t>
      </w:r>
      <w:r>
        <w:rPr>
          <w:rFonts w:ascii="宋体" w:hAnsi="宋体" w:eastAsia="宋体" w:cs="宋体"/>
          <w:color w:val="000000"/>
        </w:rPr>
        <w:t>元完美数组的定义，是</w:t>
      </w:r>
      <w:r>
        <w:rPr>
          <w:rFonts w:ascii="Times New Roman" w:hAnsi="Times New Roman" w:eastAsia="Times New Roman" w:cs="Times New Roman"/>
          <w:color w:val="000000"/>
        </w:rPr>
        <w:t>3</w:t>
      </w:r>
      <w:r>
        <w:rPr>
          <w:rFonts w:ascii="宋体" w:hAnsi="宋体" w:eastAsia="宋体" w:cs="宋体"/>
          <w:color w:val="000000"/>
        </w:rPr>
        <w:t>元完美数组的有：</w:t>
      </w:r>
      <w:r>
        <w:pict>
          <v:shape id="_x0000_i718343" o:spt="75" alt="学科网(www.zxxk.com)--教育资源门户，提供试卷、教案、课件、论文、素材以及各类教学资源下载，还有大量而丰富的教学相关资讯！" type="#_x0000_t75" style="height:19.9pt;width:36pt;" o:ole="t" filled="f" o:preferrelative="t" stroked="f" coordsize="21600,21600">
            <v:path/>
            <v:fill on="f" focussize="0,0"/>
            <v:stroke on="f" joinstyle="miter"/>
            <v:imagedata r:id="rId3381" o:title="eqId94b2db7b2ed1c1bcce3ec568c8aaff11"/>
            <o:lock v:ext="edit" aspectratio="t"/>
            <w10:wrap type="none"/>
            <w10:anchorlock/>
          </v:shape>
        </w:pict>
      </w:r>
      <w:r>
        <w:rPr>
          <w:rFonts w:ascii="宋体" w:hAnsi="宋体" w:eastAsia="宋体" w:cs="宋体"/>
          <w:color w:val="000000"/>
        </w:rPr>
        <w:t>，</w:t>
      </w:r>
      <w:r>
        <w:pict>
          <v:shape id="_x0000_i718344"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3382" o:title="eqId98b01af54049b27ca6e8159518b7b18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8345" o:spt="75" alt="学科网(www.zxxk.com)--教育资源门户，提供试卷、教案、课件、论文、素材以及各类教学资源下载，还有大量而丰富的教学相关资讯！" type="#_x0000_t75" style="height:19.9pt;width:36pt;" o:ole="t" filled="f" o:preferrelative="t" stroked="f" coordsize="21600,21600">
            <v:path/>
            <v:fill on="f" focussize="0,0"/>
            <v:stroke on="f" joinstyle="miter"/>
            <v:imagedata r:id="rId3383" o:title="eqId94b2db7b2ed1c1bcce3ec568c8aaff11"/>
            <o:lock v:ext="edit" aspectratio="t"/>
            <w10:wrap type="none"/>
            <w10:anchorlock/>
          </v:shape>
        </w:pict>
      </w:r>
      <w:r>
        <w:rPr>
          <w:rFonts w:ascii="宋体" w:hAnsi="宋体" w:eastAsia="宋体" w:cs="宋体"/>
          <w:color w:val="000000"/>
        </w:rPr>
        <w:t>，</w:t>
      </w:r>
      <w:r>
        <w:pict>
          <v:shape id="_x0000_i718346"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3384" o:title="eqId98b01af54049b27ca6e8159518b7b18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18347" o:spt="75" alt="学科网(www.zxxk.com)--教育资源门户，提供试卷、教案、课件、论文、素材以及各类教学资源下载，还有大量而丰富的教学相关资讯！" type="#_x0000_t75" style="height:31.15pt;width:120pt;" o:ole="t" filled="f" o:preferrelative="t" stroked="f" coordsize="21600,21600">
            <v:path/>
            <v:fill on="f" focussize="0,0"/>
            <v:stroke on="f" joinstyle="miter"/>
            <v:imagedata r:id="rId3385" o:title="eqIda16b34b6a15e3a6cf40c843f367f6c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对于新运算</w:t>
      </w:r>
      <w:r>
        <w:rPr>
          <w:rFonts w:ascii="Times New Roman" w:hAnsi="Times New Roman" w:eastAsia="Times New Roman" w:cs="Times New Roman"/>
          <w:color w:val="000000"/>
        </w:rPr>
        <w:t>1</w:t>
      </w:r>
      <w:r>
        <w:rPr>
          <w:rFonts w:ascii="宋体" w:hAnsi="宋体" w:eastAsia="宋体" w:cs="宋体"/>
          <w:color w:val="000000"/>
        </w:rPr>
        <w:t>，若</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只能取</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的组合有</w:t>
      </w:r>
      <w:r>
        <w:rPr>
          <w:rFonts w:ascii="Times New Roman" w:hAnsi="Times New Roman" w:eastAsia="Times New Roman" w:cs="Times New Roman"/>
          <w:color w:val="000000"/>
        </w:rPr>
        <w:t>4</w:t>
      </w:r>
      <w:r>
        <w:rPr>
          <w:rFonts w:ascii="宋体" w:hAnsi="宋体" w:eastAsia="宋体" w:cs="宋体"/>
          <w:color w:val="000000"/>
        </w:rPr>
        <w:t>种，分别计算如下：</w:t>
      </w:r>
    </w:p>
    <w:p>
      <w:pPr>
        <w:spacing w:line="360" w:lineRule="auto"/>
        <w:jc w:val="left"/>
        <w:textAlignment w:val="center"/>
        <w:rPr>
          <w:color w:val="000000"/>
        </w:rPr>
      </w:pPr>
      <w:r>
        <w:pict>
          <v:shape id="_x0000_i718348" o:spt="75" alt="学科网(www.zxxk.com)--教育资源门户，提供试卷、教案、课件、论文、素材以及各类教学资源下载，还有大量而丰富的教学相关资讯！" type="#_x0000_t75" style="height:19.9pt;width:115.15pt;" o:ole="t" filled="f" o:preferrelative="t" stroked="f" coordsize="21600,21600">
            <v:path/>
            <v:fill on="f" focussize="0,0"/>
            <v:stroke on="f" joinstyle="miter"/>
            <v:imagedata r:id="rId3386" o:title="eqIda7e26f80a1b566244273e1edce0c3248"/>
            <o:lock v:ext="edit" aspectratio="t"/>
            <w10:wrap type="none"/>
            <w10:anchorlock/>
          </v:shape>
        </w:pict>
      </w:r>
      <w:r>
        <w:rPr>
          <w:rFonts w:ascii="宋体" w:hAnsi="宋体" w:eastAsia="宋体" w:cs="宋体"/>
          <w:color w:val="000000"/>
        </w:rPr>
        <w:t>，</w:t>
      </w:r>
      <w:r>
        <w:pict>
          <v:shape id="_x0000_i718349" o:spt="75" alt="学科网(www.zxxk.com)--教育资源门户，提供试卷、教案、课件、论文、素材以及各类教学资源下载，还有大量而丰富的教学相关资讯！" type="#_x0000_t75" style="height:19.9pt;width:109.15pt;" o:ole="t" filled="f" o:preferrelative="t" stroked="f" coordsize="21600,21600">
            <v:path/>
            <v:fill on="f" focussize="0,0"/>
            <v:stroke on="f" joinstyle="miter"/>
            <v:imagedata r:id="rId3387" o:title="eqId77ac6ac288b8c98463cf5a51877addcd"/>
            <o:lock v:ext="edit" aspectratio="t"/>
            <w10:wrap type="none"/>
            <w10:anchorlock/>
          </v:shape>
        </w:pict>
      </w:r>
      <w:r>
        <w:rPr>
          <w:rFonts w:ascii="宋体" w:hAnsi="宋体" w:eastAsia="宋体" w:cs="宋体"/>
          <w:color w:val="000000"/>
        </w:rPr>
        <w:t>，</w:t>
      </w:r>
      <w:r>
        <w:pict>
          <v:shape id="_x0000_i718350" o:spt="75" alt="学科网(www.zxxk.com)--教育资源门户，提供试卷、教案、课件、论文、素材以及各类教学资源下载，还有大量而丰富的教学相关资讯！" type="#_x0000_t75" style="height:19.9pt;width:121.9pt;" o:ole="t" filled="f" o:preferrelative="t" stroked="f" coordsize="21600,21600">
            <v:path/>
            <v:fill on="f" focussize="0,0"/>
            <v:stroke on="f" joinstyle="miter"/>
            <v:imagedata r:id="rId3388" o:title="eqId230d8e92e656643f7116a44391b56cd6"/>
            <o:lock v:ext="edit" aspectratio="t"/>
            <w10:wrap type="none"/>
            <w10:anchorlock/>
          </v:shape>
        </w:pict>
      </w:r>
      <w:r>
        <w:rPr>
          <w:rFonts w:ascii="宋体" w:hAnsi="宋体" w:eastAsia="宋体" w:cs="宋体"/>
          <w:color w:val="000000"/>
        </w:rPr>
        <w:t>，</w:t>
      </w:r>
      <w:r>
        <w:pict>
          <v:shape id="_x0000_i718351" o:spt="75" alt="学科网(www.zxxk.com)--教育资源门户，提供试卷、教案、课件、论文、素材以及各类教学资源下载，还有大量而丰富的教学相关资讯！" type="#_x0000_t75" style="height:19.9pt;width:115.15pt;" o:ole="t" filled="f" o:preferrelative="t" stroked="f" coordsize="21600,21600">
            <v:path/>
            <v:fill on="f" focussize="0,0"/>
            <v:stroke on="f" joinstyle="miter"/>
            <v:imagedata r:id="rId3389" o:title="eqId078220bec1523d8d2eabc6ad089cd02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352" o:spt="75" alt="学科网(www.zxxk.com)--教育资源门户，提供试卷、教案、课件、论文、素材以及各类教学资源下载，还有大量而丰富的教学相关资讯！" type="#_x0000_t75" style="height:13.5pt;width:57pt;" o:ole="t" filled="f" o:preferrelative="t" stroked="f" coordsize="21600,21600">
            <v:path/>
            <v:fill on="f" focussize="0,0"/>
            <v:stroke on="f" joinstyle="miter"/>
            <v:imagedata r:id="rId3390" o:title="eqId8b6cac9f69999485662eb40dc01a8b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353"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391" o:title="eqId3d1b2d15fa730a7afad94086aa00121f"/>
            <o:lock v:ext="edit" aspectratio="t"/>
            <w10:wrap type="none"/>
            <w10:anchorlock/>
          </v:shape>
        </w:pict>
      </w:r>
      <w:r>
        <w:rPr>
          <w:rFonts w:ascii="宋体" w:hAnsi="宋体" w:eastAsia="宋体" w:cs="宋体"/>
          <w:color w:val="000000"/>
        </w:rPr>
        <w:t>的计算式中有</w:t>
      </w:r>
      <w:r>
        <w:rPr>
          <w:rFonts w:ascii="Times New Roman" w:hAnsi="Times New Roman" w:eastAsia="Times New Roman" w:cs="Times New Roman"/>
          <w:color w:val="000000"/>
        </w:rPr>
        <w:t>4</w:t>
      </w:r>
      <w:r>
        <w:rPr>
          <w:rFonts w:ascii="宋体" w:hAnsi="宋体" w:eastAsia="宋体" w:cs="宋体"/>
          <w:color w:val="000000"/>
        </w:rPr>
        <w:t>组新运算</w:t>
      </w:r>
      <w:r>
        <w:rPr>
          <w:rFonts w:ascii="Times New Roman" w:hAnsi="Times New Roman" w:eastAsia="Times New Roman" w:cs="Times New Roman"/>
          <w:color w:val="000000"/>
        </w:rPr>
        <w:t>1</w:t>
      </w:r>
      <w:r>
        <w:rPr>
          <w:rFonts w:ascii="宋体" w:hAnsi="宋体" w:eastAsia="宋体" w:cs="宋体"/>
          <w:color w:val="000000"/>
        </w:rPr>
        <w:t>，其中有</w:t>
      </w:r>
      <w:r>
        <w:rPr>
          <w:rFonts w:ascii="Times New Roman" w:hAnsi="Times New Roman" w:eastAsia="Times New Roman" w:cs="Times New Roman"/>
          <w:color w:val="000000"/>
        </w:rPr>
        <w:t>2</w:t>
      </w:r>
      <w:r>
        <w:rPr>
          <w:rFonts w:ascii="宋体" w:hAnsi="宋体" w:eastAsia="宋体" w:cs="宋体"/>
          <w:color w:val="000000"/>
        </w:rPr>
        <w:t>组为</w:t>
      </w:r>
      <w:r>
        <w:rPr>
          <w:rFonts w:ascii="Times New Roman" w:hAnsi="Times New Roman" w:eastAsia="Times New Roman" w:cs="Times New Roman"/>
          <w:color w:val="000000"/>
        </w:rPr>
        <w:t>1*1</w:t>
      </w:r>
      <w:r>
        <w:rPr>
          <w:rFonts w:ascii="宋体" w:hAnsi="宋体" w:eastAsia="宋体" w:cs="宋体"/>
          <w:color w:val="000000"/>
        </w:rPr>
        <w:t>，另外</w:t>
      </w:r>
      <w:r>
        <w:rPr>
          <w:rFonts w:ascii="Times New Roman" w:hAnsi="Times New Roman" w:eastAsia="Times New Roman" w:cs="Times New Roman"/>
          <w:color w:val="000000"/>
        </w:rPr>
        <w:t>2</w:t>
      </w:r>
      <w:r>
        <w:rPr>
          <w:rFonts w:ascii="宋体" w:hAnsi="宋体" w:eastAsia="宋体" w:cs="宋体"/>
          <w:color w:val="000000"/>
        </w:rPr>
        <w:t>组是其他三种组合中的任意一种；</w:t>
      </w:r>
    </w:p>
    <w:p>
      <w:pPr>
        <w:spacing w:line="360" w:lineRule="auto"/>
        <w:jc w:val="left"/>
        <w:textAlignment w:val="center"/>
        <w:rPr>
          <w:color w:val="000000"/>
        </w:rPr>
      </w:pPr>
      <w:r>
        <w:rPr>
          <w:rFonts w:ascii="宋体" w:hAnsi="宋体" w:eastAsia="宋体" w:cs="宋体"/>
          <w:color w:val="000000"/>
        </w:rPr>
        <w:t>因此，满足条件的</w:t>
      </w:r>
      <w:r>
        <w:rPr>
          <w:rFonts w:ascii="Times New Roman" w:hAnsi="Times New Roman" w:eastAsia="Times New Roman" w:cs="Times New Roman"/>
          <w:color w:val="000000"/>
        </w:rPr>
        <w:t>4</w:t>
      </w:r>
      <w:r>
        <w:rPr>
          <w:rFonts w:ascii="宋体" w:hAnsi="宋体" w:eastAsia="宋体" w:cs="宋体"/>
          <w:color w:val="000000"/>
        </w:rPr>
        <w:t>元完美数组</w:t>
      </w:r>
      <w:r>
        <w:rPr>
          <w:rFonts w:ascii="Times New Roman" w:hAnsi="Times New Roman" w:eastAsia="Times New Roman" w:cs="Times New Roman"/>
          <w:i/>
          <w:color w:val="000000"/>
        </w:rPr>
        <w:t>N</w:t>
      </w:r>
      <w:r>
        <w:rPr>
          <w:rFonts w:ascii="宋体" w:hAnsi="宋体" w:eastAsia="宋体" w:cs="宋体"/>
          <w:color w:val="000000"/>
        </w:rPr>
        <w:t>，有以下</w:t>
      </w:r>
      <w:r>
        <w:rPr>
          <w:rFonts w:ascii="Times New Roman" w:hAnsi="Times New Roman" w:eastAsia="Times New Roman" w:cs="Times New Roman"/>
          <w:color w:val="000000"/>
        </w:rPr>
        <w:t>6</w:t>
      </w:r>
      <w:r>
        <w:rPr>
          <w:rFonts w:ascii="宋体" w:hAnsi="宋体" w:eastAsia="宋体" w:cs="宋体"/>
          <w:color w:val="000000"/>
        </w:rPr>
        <w:t>种情况：</w:t>
      </w:r>
      <w:r>
        <w:pict>
          <v:shape id="_x0000_i718354" o:spt="75" alt="学科网(www.zxxk.com)--教育资源门户，提供试卷、教案、课件、论文、素材以及各类教学资源下载，还有大量而丰富的教学相关资讯！" type="#_x0000_t75" style="height:19.9pt;width:40.15pt;" o:ole="t" filled="f" o:preferrelative="t" stroked="f" coordsize="21600,21600">
            <v:path/>
            <v:fill on="f" focussize="0,0"/>
            <v:stroke on="f" joinstyle="miter"/>
            <v:imagedata r:id="rId3392" o:title="eqId59070496f4000bdbe0b11b0edc5fc7c1"/>
            <o:lock v:ext="edit" aspectratio="t"/>
            <w10:wrap type="none"/>
            <w10:anchorlock/>
          </v:shape>
        </w:pict>
      </w:r>
      <w:r>
        <w:rPr>
          <w:rFonts w:ascii="宋体" w:hAnsi="宋体" w:eastAsia="宋体" w:cs="宋体"/>
          <w:color w:val="000000"/>
        </w:rPr>
        <w:t>，</w:t>
      </w:r>
      <w:r>
        <w:pict>
          <v:shape id="_x0000_i718355" o:spt="75" alt="学科网(www.zxxk.com)--教育资源门户，提供试卷、教案、课件、论文、素材以及各类教学资源下载，还有大量而丰富的教学相关资讯！" type="#_x0000_t75" style="height:19.9pt;width:37.9pt;" o:ole="t" filled="f" o:preferrelative="t" stroked="f" coordsize="21600,21600">
            <v:path/>
            <v:fill on="f" focussize="0,0"/>
            <v:stroke on="f" joinstyle="miter"/>
            <v:imagedata r:id="rId3393" o:title="eqIdc0b1fdd8b88b64d039935db352339318"/>
            <o:lock v:ext="edit" aspectratio="t"/>
            <w10:wrap type="none"/>
            <w10:anchorlock/>
          </v:shape>
        </w:pict>
      </w:r>
      <w:r>
        <w:rPr>
          <w:rFonts w:ascii="宋体" w:hAnsi="宋体" w:eastAsia="宋体" w:cs="宋体"/>
          <w:color w:val="000000"/>
        </w:rPr>
        <w:t>，</w:t>
      </w:r>
      <w:r>
        <w:pict>
          <v:shape id="_x0000_i718356" o:spt="75" alt="学科网(www.zxxk.com)--教育资源门户，提供试卷、教案、课件、论文、素材以及各类教学资源下载，还有大量而丰富的教学相关资讯！" type="#_x0000_t75" style="height:19.9pt;width:40.15pt;" o:ole="t" filled="f" o:preferrelative="t" stroked="f" coordsize="21600,21600">
            <v:path/>
            <v:fill on="f" focussize="0,0"/>
            <v:stroke on="f" joinstyle="miter"/>
            <v:imagedata r:id="rId3394" o:title="eqId937f4dcb074065422f78cf276bdc1a26"/>
            <o:lock v:ext="edit" aspectratio="t"/>
            <w10:wrap type="none"/>
            <w10:anchorlock/>
          </v:shape>
        </w:pict>
      </w:r>
      <w:r>
        <w:rPr>
          <w:rFonts w:ascii="宋体" w:hAnsi="宋体" w:eastAsia="宋体" w:cs="宋体"/>
          <w:color w:val="000000"/>
        </w:rPr>
        <w:t>，</w:t>
      </w:r>
      <w:r>
        <w:pict>
          <v:shape id="_x0000_i718357" o:spt="75" alt="学科网(www.zxxk.com)--教育资源门户，提供试卷、教案、课件、论文、素材以及各类教学资源下载，还有大量而丰富的教学相关资讯！" type="#_x0000_t75" style="height:15pt;width:28.9pt;" o:ole="t" filled="f" o:preferrelative="t" stroked="f" coordsize="21600,21600">
            <v:path/>
            <v:fill on="f" focussize="0,0"/>
            <v:stroke on="f" joinstyle="miter"/>
            <v:imagedata r:id="rId3395" o:title="eqIdfc307f73fbe234e26838263e6d25fe7b"/>
            <o:lock v:ext="edit" aspectratio="t"/>
            <w10:wrap type="none"/>
            <w10:anchorlock/>
          </v:shape>
        </w:pict>
      </w:r>
      <w:r>
        <w:rPr>
          <w:rFonts w:ascii="宋体" w:hAnsi="宋体" w:eastAsia="宋体" w:cs="宋体"/>
          <w:color w:val="000000"/>
        </w:rPr>
        <w:t>，</w:t>
      </w:r>
      <w:r>
        <w:pict>
          <v:shape id="_x0000_i718358"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3396" o:title="eqId6a6e456dd88b79a367e8500b15fb25a9"/>
            <o:lock v:ext="edit" aspectratio="t"/>
            <w10:wrap type="none"/>
            <w10:anchorlock/>
          </v:shape>
        </w:pict>
      </w:r>
      <w:r>
        <w:rPr>
          <w:rFonts w:ascii="宋体" w:hAnsi="宋体" w:eastAsia="宋体" w:cs="宋体"/>
          <w:color w:val="000000"/>
        </w:rPr>
        <w:t>，</w:t>
      </w:r>
      <w:r>
        <w:pict>
          <v:shape id="_x0000_i718359" o:spt="75" alt="学科网(www.zxxk.com)--教育资源门户，提供试卷、教案、课件、论文、素材以及各类教学资源下载，还有大量而丰富的教学相关资讯！" type="#_x0000_t75" style="height:19.9pt;width:37.9pt;" o:ole="t" filled="f" o:preferrelative="t" stroked="f" coordsize="21600,21600">
            <v:path/>
            <v:fill on="f" focussize="0,0"/>
            <v:stroke on="f" joinstyle="miter"/>
            <v:imagedata r:id="rId3397" o:title="eqId2d91938b5191393d05fff2fea7f4ba4f"/>
            <o:lock v:ext="edit" aspectratio="t"/>
            <w10:wrap type="none"/>
            <w10:anchorlock/>
          </v:shape>
        </w:pict>
      </w:r>
      <w:r>
        <w:rPr>
          <w:rFonts w:ascii="宋体" w:hAnsi="宋体" w:eastAsia="宋体" w:cs="宋体"/>
          <w:color w:val="000000"/>
        </w:rPr>
        <w:t>．</w:t>
      </w:r>
    </w:p>
    <w:p>
      <w:pPr>
        <w:pStyle w:val="Heading2"/>
      </w:pPr>
      <w:r>
        <w:t>西城区北京师范大学第二附属中学西城实验学校</w:t>
      </w:r>
    </w:p>
    <w:p>
      <w:pPr>
        <w:spacing w:line="360" w:lineRule="auto"/>
        <w:jc w:val="both"/>
        <w:textAlignment w:val="center"/>
        <w:rPr>
          <w:color w:val="000000"/>
        </w:rPr>
      </w:pPr>
      <w:r>
        <w:rPr>
          <w:color w:val="000000"/>
        </w:rPr>
        <w:t xml:space="preserve">25. </w:t>
      </w:r>
      <w:r>
        <w:rPr>
          <w:rFonts w:ascii="宋体" w:hAnsi="宋体" w:eastAsia="宋体" w:cs="宋体"/>
          <w:color w:val="000000"/>
        </w:rPr>
        <w:t>相传大禹治水时，“洛水”中出现了一个神龟，其背上有美妙的图案，史称“洛书”．用现在的数字翻译出来，就是三阶幻方．三阶幻方是最简单的幻方，又叫九宫格，其对角线、横行、纵向的数字之和均相等，这个和叫做幻和，正中间那个数叫中心数，且幻和恰好等于中心数的</w:t>
      </w:r>
      <w:r>
        <w:rPr>
          <w:rFonts w:ascii="Times New Roman" w:hAnsi="Times New Roman" w:eastAsia="Times New Roman" w:cs="Times New Roman"/>
          <w:color w:val="000000"/>
        </w:rPr>
        <w:t>3</w:t>
      </w:r>
      <w:r>
        <w:rPr>
          <w:rFonts w:ascii="宋体" w:hAnsi="宋体" w:eastAsia="宋体" w:cs="宋体"/>
          <w:color w:val="000000"/>
        </w:rPr>
        <w:t>倍．如图</w:t>
      </w:r>
      <w:r>
        <w:rPr>
          <w:rFonts w:ascii="Times New Roman" w:hAnsi="Times New Roman" w:eastAsia="Times New Roman" w:cs="Times New Roman"/>
          <w:color w:val="000000"/>
        </w:rPr>
        <w:t>1</w:t>
      </w:r>
      <w:r>
        <w:rPr>
          <w:rFonts w:ascii="宋体" w:hAnsi="宋体" w:eastAsia="宋体" w:cs="宋体"/>
          <w:color w:val="000000"/>
        </w:rPr>
        <w:t>，是由</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所组成的一个三阶幻方，其幻和为</w:t>
      </w:r>
      <w:r>
        <w:rPr>
          <w:rFonts w:ascii="Times New Roman" w:hAnsi="Times New Roman" w:eastAsia="Times New Roman" w:cs="Times New Roman"/>
          <w:color w:val="000000"/>
        </w:rPr>
        <w:t>15</w:t>
      </w:r>
      <w:r>
        <w:rPr>
          <w:rFonts w:ascii="宋体" w:hAnsi="宋体" w:eastAsia="宋体" w:cs="宋体"/>
          <w:color w:val="000000"/>
        </w:rPr>
        <w:t>，中心数为</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267075" cy="1447800"/>
            <wp:effectExtent l="0" t="0" r="0" b="0"/>
            <wp:docPr id="3771"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 name="图片 100023" descr="学科网(www.zxxk.com)--教育资源门户，提供试卷、教案、课件、论文、素材以及各类教学资源下载，还有大量而丰富的教学相关资讯！"/>
                    <pic:cNvPicPr>
                      <a:picLocks noChangeAspect="1"/>
                    </pic:cNvPicPr>
                  </pic:nvPicPr>
                  <pic:blipFill>
                    <a:blip r:embed="rId3398"/>
                    <a:stretch>
                      <a:fillRect/>
                    </a:stretch>
                  </pic:blipFill>
                  <pic:spPr>
                    <a:xfrm>
                      <a:off x="0" y="0"/>
                      <a:ext cx="3267075" cy="14478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所示，则幻和</w:t>
      </w:r>
      <w:r>
        <w:pict>
          <v:shape id="_x0000_i718360" o:spt="75" alt="学科网(www.zxxk.com)--教育资源门户，提供试卷、教案、课件、论文、素材以及各类教学资源下载，还有大量而丰富的教学相关资讯！" type="#_x0000_t75" style="height:9pt;width:10pt;" o:ole="t" filled="f" o:preferrelative="t" stroked="f" coordsize="21600,21600">
            <v:path/>
            <v:fill on="f" focussize="0,0"/>
            <v:stroke on="f" joinstyle="miter"/>
            <v:imagedata r:id="rId3399" o:title="eqId6706fe00b4e231e62d9ecbec567d526b"/>
            <o:lock v:ext="edit" aspectratio="t"/>
            <w10:wrap type="none"/>
            <w10:anchorlock/>
          </v:shape>
        </w:pict>
      </w:r>
      <w:r>
        <w:rPr>
          <w:rFonts w:ascii="宋体" w:hAnsi="宋体" w:eastAsia="宋体" w:cs="宋体"/>
          <w:color w:val="000000"/>
        </w:rPr>
        <w:t>________；</w:t>
      </w:r>
    </w:p>
    <w:p>
      <w:pPr>
        <w:spacing w:line="360" w:lineRule="auto"/>
        <w:jc w:val="left"/>
        <w:textAlignment w:val="center"/>
        <w:rPr>
          <w:color w:val="000000"/>
        </w:rPr>
      </w:pPr>
      <w:r>
        <w:rPr>
          <w:color w:val="000000"/>
        </w:rPr>
        <w:t>（2）</w:t>
      </w:r>
      <w:r>
        <w:rPr>
          <w:rFonts w:ascii="宋体" w:hAnsi="宋体" w:eastAsia="宋体" w:cs="宋体"/>
          <w:color w:val="000000"/>
        </w:rPr>
        <w:t>由三阶幻方可以衍生出许多有特定规律的新幻方．在如图</w:t>
      </w:r>
      <w:r>
        <w:rPr>
          <w:rFonts w:ascii="Times New Roman" w:hAnsi="Times New Roman" w:eastAsia="Times New Roman" w:cs="Times New Roman"/>
          <w:color w:val="000000"/>
        </w:rPr>
        <w:t>3</w:t>
      </w:r>
      <w:r>
        <w:rPr>
          <w:rFonts w:ascii="宋体" w:hAnsi="宋体" w:eastAsia="宋体" w:cs="宋体"/>
          <w:color w:val="000000"/>
        </w:rPr>
        <w:t>所示的“幻方”中，每个小三角形的三个顶点上的数字之和都与中间正方形四个顶点上的数字之和相等，当</w:t>
      </w:r>
      <w:r>
        <w:pict>
          <v:shape id="_x0000_i718361"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400" o:title="eqId707ea658f3a9359f5740d5aab48f7948"/>
            <o:lock v:ext="edit" aspectratio="t"/>
            <w10:wrap type="none"/>
            <w10:anchorlock/>
          </v:shape>
        </w:pict>
      </w:r>
      <w:r>
        <w:rPr>
          <w:rFonts w:ascii="宋体" w:hAnsi="宋体" w:eastAsia="宋体" w:cs="宋体"/>
          <w:color w:val="000000"/>
        </w:rPr>
        <w:t>，</w:t>
      </w:r>
      <w:r>
        <w:pict>
          <v:shape id="_x0000_i718362"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3401" o:title="eqId9b27aee52676f4237adac068fe745fde"/>
            <o:lock v:ext="edit" aspectratio="t"/>
            <w10:wrap type="none"/>
            <w10:anchorlock/>
          </v:shape>
        </w:pict>
      </w:r>
      <w:r>
        <w:rPr>
          <w:rFonts w:ascii="宋体" w:hAnsi="宋体" w:eastAsia="宋体" w:cs="宋体"/>
          <w:color w:val="000000"/>
        </w:rPr>
        <w:t>时，则</w:t>
      </w:r>
      <w:r>
        <w:pict>
          <v:shape id="_x0000_i718363" o:spt="75" alt="学科网(www.zxxk.com)--教育资源门户，提供试卷、教案、课件、论文、素材以及各类教学资源下载，还有大量而丰富的教学相关资讯！" type="#_x0000_t75" style="height:12.35pt;width:55.35pt;" o:ole="t" filled="f" o:preferrelative="t" stroked="f" coordsize="21600,21600">
            <v:path/>
            <v:fill on="f" focussize="0,0"/>
            <v:stroke on="f" joinstyle="miter"/>
            <v:imagedata r:id="rId3402" o:title="eqId81ab57c86d145d5673c7e40840aac9bf"/>
            <o:lock v:ext="edit" aspectratio="t"/>
            <w10:wrap type="none"/>
            <w10:anchorlock/>
          </v:shape>
        </w:pict>
      </w:r>
      <w:r>
        <w:rPr>
          <w:rFonts w:ascii="宋体" w:hAnsi="宋体" w:eastAsia="宋体" w:cs="宋体"/>
          <w:color w:val="000000"/>
        </w:rPr>
        <w:t>的值为多少？</w:t>
      </w:r>
    </w:p>
    <w:p>
      <w:pPr>
        <w:spacing w:line="360" w:lineRule="auto"/>
        <w:textAlignment w:val="center"/>
        <w:rPr>
          <w:color w:val="000000"/>
        </w:rPr>
      </w:pPr>
      <w:r>
        <w:rPr>
          <w:color w:val="2E75B6"/>
        </w:rPr>
        <w:t>【答案】</w:t>
      </w:r>
      <w:r>
        <w:rPr>
          <w:color w:val="000000"/>
        </w:rPr>
        <w:t>（1）</w:t>
      </w:r>
      <w:r>
        <w:pict>
          <v:shape id="_x0000_i718364"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3403" o:title="eqId01317332a203c898536b1d0459f51d23"/>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8365"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3404" o:title="eqId32e22e1223baf7cb3d53e668c2449609"/>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）根据“幻和恰好等于中心数的</w:t>
      </w:r>
      <w:r>
        <w:rPr>
          <w:rFonts w:ascii="Times New Roman" w:hAnsi="Times New Roman" w:eastAsia="Times New Roman" w:cs="Times New Roman"/>
          <w:color w:val="000000"/>
        </w:rPr>
        <w:t>3</w:t>
      </w:r>
      <w:r>
        <w:rPr>
          <w:rFonts w:ascii="宋体" w:hAnsi="宋体" w:eastAsia="宋体" w:cs="宋体"/>
          <w:color w:val="000000"/>
        </w:rPr>
        <w:t>倍”解答即可；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）根据“每个三角形的三个顶点上的数字之和都与中间正方形四个顶点上的数字之和相等”，分别列出等式，然后表示出代数式</w:t>
      </w:r>
      <w:r>
        <w:pict>
          <v:shape id="_x0000_i718366" o:spt="75" alt="学科网(www.zxxk.com)--教育资源门户，提供试卷、教案、课件、论文、素材以及各类教学资源下载，还有大量而丰富的教学相关资讯！" type="#_x0000_t75" style="height:14.2pt;width:26.2pt;" o:ole="t" filled="f" o:preferrelative="t" stroked="f" coordsize="21600,21600">
            <v:path/>
            <v:fill on="f" focussize="0,0"/>
            <v:stroke on="f" joinstyle="miter"/>
            <v:imagedata r:id="rId3405" o:title="eqIdc9f2416d1f75a45a314331146550832e"/>
            <o:lock v:ext="edit" aspectratio="t"/>
            <w10:wrap type="none"/>
            <w10:anchorlock/>
          </v:shape>
        </w:pict>
      </w:r>
      <w:r>
        <w:rPr>
          <w:rFonts w:ascii="宋体" w:hAnsi="宋体" w:eastAsia="宋体" w:cs="宋体"/>
          <w:color w:val="000000"/>
        </w:rPr>
        <w:t>，</w:t>
      </w:r>
      <w:r>
        <w:pict>
          <v:shape id="_x0000_i71836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406" o:title="eqId08d9560a5a060961e957ffeff10a29aa"/>
            <o:lock v:ext="edit" aspectratio="t"/>
            <w10:wrap type="none"/>
            <w10:anchorlock/>
          </v:shape>
        </w:pict>
      </w:r>
      <w:r>
        <w:rPr>
          <w:rFonts w:ascii="宋体" w:hAnsi="宋体" w:eastAsia="宋体" w:cs="宋体"/>
          <w:color w:val="000000"/>
        </w:rPr>
        <w:t>的值，整体代入计算即可．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解：∵中心数</w:t>
      </w:r>
      <w:r>
        <w:rPr>
          <w:rFonts w:ascii="宋体" w:hAnsi="宋体" w:eastAsia="宋体" w:cs="宋体"/>
          <w:color w:val="000000"/>
          <w:position w:val="0"/>
        </w:rPr>
        <w:drawing>
          <wp:inline distT="0" distB="0" distL="114300" distR="114300">
            <wp:extent cx="158750" cy="190500"/>
            <wp:effectExtent l="0" t="0" r="0" b="0"/>
            <wp:docPr id="3773" name="图片 147860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 name="图片 1478606768"/>
                    <pic:cNvPicPr>
                      <a:picLocks noChangeAspect="1"/>
                    </pic:cNvPicPr>
                  </pic:nvPicPr>
                  <pic:blipFill>
                    <a:blip r:embed="rId3407"/>
                    <a:stretch>
                      <a:fillRect/>
                    </a:stretch>
                  </pic:blipFill>
                  <pic:spPr>
                    <a:xfrm>
                      <a:off x="0" y="0"/>
                      <a:ext cx="158750" cy="190500"/>
                    </a:xfrm>
                    <a:prstGeom prst="rect">
                      <a:avLst/>
                    </a:prstGeom>
                  </pic:spPr>
                </pic:pic>
              </a:graphicData>
            </a:graphic>
          </wp:inline>
        </w:drawing>
      </w:r>
      <w:r>
        <w:pict>
          <v:shape id="_x0000_i71836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3408"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∴幻和</w:t>
      </w:r>
      <w:r>
        <w:pict>
          <v:shape id="_x0000_i718369" o:spt="75" alt="学科网(www.zxxk.com)--教育资源门户，提供试卷、教案、课件、论文、素材以及各类教学资源下载，还有大量而丰富的教学相关资讯！" type="#_x0000_t75" style="height:20pt;width:74pt;" o:ole="t" filled="f" o:preferrelative="t" stroked="f" coordsize="21600,21600">
            <v:path/>
            <v:fill on="f" focussize="0,0"/>
            <v:stroke on="f" joinstyle="miter"/>
            <v:imagedata r:id="rId3409" o:title="eqId1bd2f9ac55e23bedb288630f2bacc65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8370"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3410" o:title="eqId01317332a203c898536b1d0459f51d2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解：∵每个三角形的三个顶点上的数字之和都与中间正方形四个顶点上的数字之和相等，</w:t>
      </w:r>
    </w:p>
    <w:p>
      <w:pPr>
        <w:spacing w:line="360" w:lineRule="auto"/>
        <w:jc w:val="left"/>
        <w:textAlignment w:val="center"/>
        <w:rPr>
          <w:color w:val="000000"/>
        </w:rPr>
      </w:pPr>
      <w:r>
        <w:rPr>
          <w:rFonts w:ascii="宋体" w:hAnsi="宋体" w:eastAsia="宋体" w:cs="宋体"/>
          <w:color w:val="000000"/>
        </w:rPr>
        <w:t>∴每个三角形各顶点上数字之和相等，</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8371" o:spt="75" alt="学科网(www.zxxk.com)--教育资源门户，提供试卷、教案、课件、论文、素材以及各类教学资源下载，还有大量而丰富的教学相关资讯！" type="#_x0000_t75" style="height:14pt;width:106pt;" o:ole="t" filled="f" o:preferrelative="t" stroked="f" coordsize="21600,21600">
            <v:path/>
            <v:fill on="f" focussize="0,0"/>
            <v:stroke on="f" joinstyle="miter"/>
            <v:imagedata r:id="rId3411" o:title="eqId992a1a2c6964be1a178cce7dcee734d2"/>
            <o:lock v:ext="edit" aspectratio="t"/>
            <w10:wrap type="none"/>
            <w10:anchorlock/>
          </v:shape>
        </w:pict>
      </w:r>
      <w:r>
        <w:rPr>
          <w:rFonts w:ascii="宋体" w:hAnsi="宋体" w:eastAsia="宋体" w:cs="宋体"/>
          <w:color w:val="000000"/>
        </w:rPr>
        <w:t>，整理得</w:t>
      </w:r>
      <w:r>
        <w:pict>
          <v:shape id="_x0000_i718372" o:spt="75" alt="学科网(www.zxxk.com)--教育资源门户，提供试卷、教案、课件、论文、素材以及各类教学资源下载，还有大量而丰富的教学相关资讯！" type="#_x0000_t75" style="height:14.25pt;width:51.25pt;" o:ole="t" filled="f" o:preferrelative="t" stroked="f" coordsize="21600,21600">
            <v:path/>
            <v:fill on="f" focussize="0,0"/>
            <v:stroke on="f" joinstyle="miter"/>
            <v:imagedata r:id="rId3412" o:title="eqId9f876ecad5c6b9cbf8eef662c17ae72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373" o:spt="75" alt="学科网(www.zxxk.com)--教育资源门户，提供试卷、教案、课件、论文、素材以及各类教学资源下载，还有大量而丰富的教学相关资讯！" type="#_x0000_t75" style="height:14pt;width:102pt;" o:ole="t" filled="f" o:preferrelative="t" stroked="f" coordsize="21600,21600">
            <v:path/>
            <v:fill on="f" focussize="0,0"/>
            <v:stroke on="f" joinstyle="miter"/>
            <v:imagedata r:id="rId3413" o:title="eqIda5cc4697cf5a49ec3b7f19f39e5f8e37"/>
            <o:lock v:ext="edit" aspectratio="t"/>
            <w10:wrap type="none"/>
            <w10:anchorlock/>
          </v:shape>
        </w:pict>
      </w:r>
      <w:r>
        <w:rPr>
          <w:rFonts w:ascii="宋体" w:hAnsi="宋体" w:eastAsia="宋体" w:cs="宋体"/>
          <w:color w:val="000000"/>
        </w:rPr>
        <w:t>，整理得：</w:t>
      </w:r>
      <w:r>
        <w:pict>
          <v:shape id="_x0000_i718374"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3414" o:title="eqId714e75c504927bbdfec8de5decc4a6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375" o:spt="75" alt="学科网(www.zxxk.com)--教育资源门户，提供试卷、教案、课件、论文、素材以及各类教学资源下载，还有大量而丰富的教学相关资讯！" type="#_x0000_t75" style="height:13pt;width:118pt;" o:ole="t" filled="f" o:preferrelative="t" stroked="f" coordsize="21600,21600">
            <v:path/>
            <v:fill on="f" focussize="0,0"/>
            <v:stroke on="f" joinstyle="miter"/>
            <v:imagedata r:id="rId3415" o:title="eqIde52486102842f619501b3b78a330863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 xml:space="preserve">26. </w:t>
      </w:r>
      <w:r>
        <w:rPr>
          <w:rFonts w:ascii="宋体" w:hAnsi="宋体" w:eastAsia="宋体" w:cs="宋体"/>
          <w:color w:val="000000"/>
        </w:rPr>
        <w:t>数轴上两点间的距离等于这两点所对应的数的差的绝对值．例：如图所示，点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在数轴上分别对应的数为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，则</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两点间的距离表示为</w:t>
      </w:r>
      <w:r>
        <w:pict>
          <v:shape id="_x0000_i718376"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3416" o:title="eqId2afd4acb164aad6d5a73989f5412730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714625" cy="466725"/>
            <wp:effectExtent l="0" t="0" r="0" b="0"/>
            <wp:docPr id="377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 name="图片 100025" descr="学科网(www.zxxk.com)--教育资源门户，提供试卷、教案、课件、论文、素材以及各类教学资源下载，还有大量而丰富的教学相关资讯！"/>
                    <pic:cNvPicPr>
                      <a:picLocks noChangeAspect="1"/>
                    </pic:cNvPicPr>
                  </pic:nvPicPr>
                  <pic:blipFill>
                    <a:blip r:embed="rId3417"/>
                    <a:stretch>
                      <a:fillRect/>
                    </a:stretch>
                  </pic:blipFill>
                  <pic:spPr>
                    <a:xfrm>
                      <a:off x="0" y="0"/>
                      <a:ext cx="2714625" cy="46672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根据以上知识解题：</w:t>
      </w:r>
    </w:p>
    <w:p>
      <w:pPr>
        <w:spacing w:line="360" w:lineRule="auto"/>
        <w:jc w:val="left"/>
        <w:textAlignment w:val="center"/>
        <w:rPr>
          <w:color w:val="000000"/>
        </w:rPr>
      </w:pPr>
      <w:r>
        <w:rPr>
          <w:color w:val="000000"/>
        </w:rPr>
        <w:t>（1）</w:t>
      </w:r>
      <w:r>
        <w:rPr>
          <w:rFonts w:ascii="宋体" w:hAnsi="宋体" w:eastAsia="宋体" w:cs="宋体"/>
          <w:color w:val="000000"/>
        </w:rPr>
        <w:t>若数轴上两点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表示的数分别为</w:t>
      </w:r>
      <w:r>
        <w:pict>
          <v:shape id="_x0000_i718377" o:spt="75" alt="学科网(www.zxxk.com)--教育资源门户，提供试卷、教案、课件、论文、素材以及各类教学资源下载，还有大量而丰富的教学相关资讯！" type="#_x0000_t75" style="height:13.5pt;width:27.75pt;" o:ole="t" filled="f" o:preferrelative="t" stroked="f" coordsize="21600,21600">
            <v:path/>
            <v:fill on="f" focussize="0,0"/>
            <v:stroke on="f" joinstyle="miter"/>
            <v:imagedata r:id="rId3418" o:title="eqId5a67afa18f0570f7553465e0b463f74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之间的距离可用含</w:t>
      </w:r>
      <w:r>
        <w:rPr>
          <w:rFonts w:ascii="Times New Roman" w:hAnsi="Times New Roman" w:eastAsia="Times New Roman" w:cs="Times New Roman"/>
          <w:i/>
          <w:color w:val="000000"/>
        </w:rPr>
        <w:t>x</w:t>
      </w:r>
      <w:r>
        <w:rPr>
          <w:rFonts w:ascii="宋体" w:hAnsi="宋体" w:eastAsia="宋体" w:cs="宋体"/>
          <w:color w:val="000000"/>
        </w:rPr>
        <w:t>的式子表示为</w:t>
      </w:r>
      <w:r>
        <w:pict>
          <v:shape id="_x0000_i718378"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3419" o:title="eqId2a2b3247afa684b10c8e1da99cf33d5b"/>
            <o:lock v:ext="edit" aspectratio="t"/>
            <w10:wrap type="none"/>
            <w10:anchorlock/>
          </v:shape>
        </w:pict>
      </w:r>
      <w:r>
        <w:rPr>
          <w:rFonts w:ascii="宋体" w:hAnsi="宋体" w:eastAsia="宋体" w:cs="宋体"/>
          <w:color w:val="000000"/>
        </w:rPr>
        <w:t>__________；</w:t>
      </w:r>
    </w:p>
    <w:p>
      <w:pPr>
        <w:spacing w:line="360" w:lineRule="auto"/>
        <w:jc w:val="both"/>
        <w:textAlignment w:val="center"/>
        <w:rPr>
          <w:color w:val="000000"/>
        </w:rPr>
      </w:pPr>
      <w:r>
        <w:rPr>
          <w:rFonts w:ascii="宋体" w:hAnsi="宋体" w:eastAsia="宋体" w:cs="宋体"/>
          <w:color w:val="000000"/>
        </w:rPr>
        <w:t>②若该两点之间的距离为</w:t>
      </w:r>
      <w:r>
        <w:rPr>
          <w:rFonts w:ascii="Times New Roman" w:hAnsi="Times New Roman" w:eastAsia="Times New Roman" w:cs="Times New Roman"/>
          <w:color w:val="000000"/>
        </w:rPr>
        <w:t>2</w:t>
      </w:r>
      <w:r>
        <w:rPr>
          <w:rFonts w:ascii="宋体" w:hAnsi="宋体" w:eastAsia="宋体" w:cs="宋体"/>
          <w:color w:val="000000"/>
        </w:rPr>
        <w:t>，那么</w:t>
      </w:r>
      <w:r>
        <w:rPr>
          <w:rFonts w:ascii="Times New Roman" w:hAnsi="Times New Roman" w:eastAsia="Times New Roman" w:cs="Times New Roman"/>
          <w:i/>
          <w:color w:val="000000"/>
        </w:rPr>
        <w:t>x</w:t>
      </w:r>
      <w:r>
        <w:rPr>
          <w:rFonts w:ascii="宋体" w:hAnsi="宋体" w:eastAsia="宋体" w:cs="宋体"/>
          <w:color w:val="000000"/>
        </w:rPr>
        <w:t>值为____________．</w:t>
      </w:r>
    </w:p>
    <w:p>
      <w:pPr>
        <w:spacing w:line="360" w:lineRule="auto"/>
        <w:jc w:val="left"/>
        <w:textAlignment w:val="center"/>
        <w:rPr>
          <w:color w:val="000000"/>
        </w:rPr>
      </w:pPr>
      <w:r>
        <w:rPr>
          <w:color w:val="000000"/>
        </w:rPr>
        <w:t>（2）</w:t>
      </w:r>
      <w:r>
        <w:pict>
          <v:shape id="_x0000_i718379" o:spt="75" alt="学科网(www.zxxk.com)--教育资源门户，提供试卷、教案、课件、论文、素材以及各类教学资源下载，还有大量而丰富的教学相关资讯！" type="#_x0000_t75" style="height:19.5pt;width:66pt;" o:ole="t" filled="f" o:preferrelative="t" stroked="f" coordsize="21600,21600">
            <v:path/>
            <v:fill on="f" focussize="0,0"/>
            <v:stroke on="f" joinstyle="miter"/>
            <v:imagedata r:id="rId3420" o:title="eqId2e0f9d21a823e048a83480fbd1ab358a"/>
            <o:lock v:ext="edit" aspectratio="t"/>
            <w10:wrap type="none"/>
            <w10:anchorlock/>
          </v:shape>
        </w:pict>
      </w:r>
      <w:r>
        <w:rPr>
          <w:rFonts w:ascii="宋体" w:hAnsi="宋体" w:eastAsia="宋体" w:cs="宋体"/>
          <w:color w:val="000000"/>
        </w:rPr>
        <w:t>的最小值为_____________，此时</w:t>
      </w:r>
      <w:r>
        <w:rPr>
          <w:rFonts w:ascii="Times New Roman" w:hAnsi="Times New Roman" w:eastAsia="Times New Roman" w:cs="Times New Roman"/>
          <w:i/>
          <w:color w:val="000000"/>
        </w:rPr>
        <w:t>x</w:t>
      </w:r>
      <w:r>
        <w:rPr>
          <w:rFonts w:ascii="宋体" w:hAnsi="宋体" w:eastAsia="宋体" w:cs="宋体"/>
          <w:color w:val="000000"/>
        </w:rPr>
        <w:t>的取值范围是_________；</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18380" o:spt="75" alt="学科网(www.zxxk.com)--教育资源门户，提供试卷、教案、课件、论文、素材以及各类教学资源下载，还有大量而丰富的教学相关资讯！" type="#_x0000_t75" style="height:21.75pt;width:249.75pt;" o:ole="t" filled="f" o:preferrelative="t" stroked="f" coordsize="21600,21600">
            <v:path/>
            <v:fill on="f" focussize="0,0"/>
            <v:stroke on="f" joinstyle="miter"/>
            <v:imagedata r:id="rId3421" o:title="eqIde0f9dbdf1700775c21ccd8ff8ac35190"/>
            <o:lock v:ext="edit" aspectratio="t"/>
            <w10:wrap type="none"/>
            <w10:anchorlock/>
          </v:shape>
        </w:pict>
      </w:r>
      <w:r>
        <w:rPr>
          <w:rFonts w:ascii="宋体" w:hAnsi="宋体" w:eastAsia="宋体" w:cs="宋体"/>
          <w:color w:val="000000"/>
        </w:rPr>
        <w:t>，则</w:t>
      </w:r>
      <w:r>
        <w:pict>
          <v:shape id="_x0000_i718381"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3422" o:title="eqIdb90c29550846e679de577f212fb842b6"/>
            <o:lock v:ext="edit" aspectratio="t"/>
            <w10:wrap type="none"/>
            <w10:anchorlock/>
          </v:shape>
        </w:pict>
      </w:r>
      <w:r>
        <w:rPr>
          <w:rFonts w:ascii="宋体" w:hAnsi="宋体" w:eastAsia="宋体" w:cs="宋体"/>
          <w:color w:val="000000"/>
        </w:rPr>
        <w:t>的最小值为_________．</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pict>
          <v:shape id="_x0000_i718382" o:spt="75" alt="学科网(www.zxxk.com)--教育资源门户，提供试卷、教案、课件、论文、素材以及各类教学资源下载，还有大量而丰富的教学相关资讯！" type="#_x0000_t75" style="height:20.25pt;width:27.75pt;" o:ole="t" filled="f" o:preferrelative="t" stroked="f" coordsize="21600,21600">
            <v:path/>
            <v:fill on="f" focussize="0,0"/>
            <v:stroke on="f" joinstyle="miter"/>
            <v:imagedata r:id="rId3423" o:title="eqIdb9b90f5a50cabc6cad1b36bf25fc6d37"/>
            <o:lock v:ext="edit" aspectratio="t"/>
            <w10:wrap type="none"/>
            <w10:anchorlock/>
          </v:shape>
        </w:pict>
      </w:r>
      <w:r>
        <w:rPr>
          <w:rFonts w:ascii="宋体" w:hAnsi="宋体" w:eastAsia="宋体" w:cs="宋体"/>
          <w:color w:val="000000"/>
        </w:rPr>
        <w:t>；②</w:t>
      </w:r>
      <w:r>
        <w:pict>
          <v:shape id="_x0000_i718383"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3424" o:title="eqId81fb134b2b48acc99213fff6ccfee65f"/>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1</w: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8</w:t>
      </w:r>
      <w:r>
        <w:rPr>
          <w:rFonts w:ascii="宋体" w:hAnsi="宋体" w:eastAsia="宋体" w:cs="宋体"/>
          <w:color w:val="000000"/>
        </w:rPr>
        <w:t>，</w:t>
      </w:r>
      <w:r>
        <w:pict>
          <v:shape id="_x0000_i718384"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3425" o:title="eqId0a5377bf82396cdd7f37d98f8da003ca"/>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8385"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3426" o:title="eqId01317332a203c898536b1d0459f51d23"/>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）根据数轴上两点间的距离公式可以求解；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8386" o:spt="75" alt="学科网(www.zxxk.com)--教育资源门户，提供试卷、教案、课件、论文、素材以及各类教学资源下载，还有大量而丰富的教学相关资讯！" type="#_x0000_t75" style="height:19.5pt;width:66pt;" o:ole="t" filled="f" o:preferrelative="t" stroked="f" coordsize="21600,21600">
            <v:path/>
            <v:fill on="f" focussize="0,0"/>
            <v:stroke on="f" joinstyle="miter"/>
            <v:imagedata r:id="rId3427" o:title="eqId2e0f9d21a823e048a83480fbd1ab358a"/>
            <o:lock v:ext="edit" aspectratio="t"/>
            <w10:wrap type="none"/>
            <w10:anchorlock/>
          </v:shape>
        </w:pict>
      </w:r>
      <w:r>
        <w:rPr>
          <w:rFonts w:ascii="宋体" w:hAnsi="宋体" w:eastAsia="宋体" w:cs="宋体"/>
          <w:color w:val="000000"/>
        </w:rPr>
        <w:t>的最小值表示到</w:t>
      </w:r>
      <w:r>
        <w:rPr>
          <w:rFonts w:ascii="Times New Roman" w:hAnsi="Times New Roman" w:eastAsia="Times New Roman" w:cs="Times New Roman"/>
          <w:color w:val="000000"/>
        </w:rPr>
        <w:t>3</w:t>
      </w:r>
      <w:r>
        <w:rPr>
          <w:rFonts w:ascii="宋体" w:hAnsi="宋体" w:eastAsia="宋体" w:cs="宋体"/>
          <w:color w:val="000000"/>
        </w:rPr>
        <w:t>这个点和到</w:t>
      </w:r>
      <w:r>
        <w:pict>
          <v:shape id="_x0000_i718387"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3428" o:title="eqIdd13ce3ebd1112220c639562739f1f9d1"/>
            <o:lock v:ext="edit" aspectratio="t"/>
            <w10:wrap type="none"/>
            <w10:anchorlock/>
          </v:shape>
        </w:pict>
      </w:r>
      <w:r>
        <w:rPr>
          <w:rFonts w:ascii="宋体" w:hAnsi="宋体" w:eastAsia="宋体" w:cs="宋体"/>
          <w:color w:val="000000"/>
        </w:rPr>
        <w:t>这个点的距离和最小，而这个点应该在</w:t>
      </w:r>
      <w:r>
        <w:pict>
          <v:shape id="_x0000_i718388"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3428" o:title="eqIdd13ce3ebd1112220c639562739f1f9d1"/>
            <o:lock v:ext="edit" aspectratio="t"/>
            <w10:wrap type="none"/>
            <w10:anchorlock/>
          </v:shape>
        </w:pic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之间，所以最小值为</w:t>
      </w:r>
      <w:r>
        <w:rPr>
          <w:rFonts w:ascii="Times New Roman" w:hAnsi="Times New Roman" w:eastAsia="Times New Roman" w:cs="Times New Roman"/>
          <w:color w:val="000000"/>
        </w:rPr>
        <w:t>8</w:t>
      </w:r>
      <w:r>
        <w:rPr>
          <w:rFonts w:ascii="宋体" w:hAnsi="宋体" w:eastAsia="宋体" w:cs="宋体"/>
          <w:color w:val="000000"/>
        </w:rPr>
        <w:t>，</w:t>
      </w:r>
      <w:r>
        <w:pict>
          <v:shape id="_x0000_i718389"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3429" o:title="eqId0a5377bf82396cdd7f37d98f8da003c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pict>
          <v:shape id="_x0000_i718390"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3430" o:title="eqId339119d2763f4436b03e318e89923f4c"/>
            <o:lock v:ext="edit" aspectratio="t"/>
            <w10:wrap type="none"/>
            <w10:anchorlock/>
          </v:shape>
        </w:pict>
      </w:r>
      <w:r>
        <w:rPr>
          <w:rFonts w:ascii="宋体" w:hAnsi="宋体" w:eastAsia="宋体" w:cs="宋体"/>
          <w:color w:val="000000"/>
        </w:rPr>
        <w:t>，而</w:t>
      </w:r>
      <w:r>
        <w:pict>
          <v:shape id="_x0000_i718391" o:spt="75" alt="学科网(www.zxxk.com)--教育资源门户，提供试卷、教案、课件、论文、素材以及各类教学资源下载，还有大量而丰富的教学相关资讯！" type="#_x0000_t75" style="height:21.75pt;width:249.75pt;" o:ole="t" filled="f" o:preferrelative="t" stroked="f" coordsize="21600,21600">
            <v:path/>
            <v:fill on="f" focussize="0,0"/>
            <v:stroke on="f" joinstyle="miter"/>
            <v:imagedata r:id="rId3431" o:title="eqIde0f9dbdf1700775c21ccd8ff8ac35190"/>
            <o:lock v:ext="edit" aspectratio="t"/>
            <w10:wrap type="none"/>
            <w10:anchorlock/>
          </v:shape>
        </w:pict>
      </w:r>
      <w:r>
        <w:rPr>
          <w:rFonts w:ascii="宋体" w:hAnsi="宋体" w:eastAsia="宋体" w:cs="宋体"/>
          <w:color w:val="000000"/>
        </w:rPr>
        <w:t>，所以可以分别求出</w:t>
      </w:r>
      <w:r>
        <w:pict>
          <v:shape id="_x0000_i71839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432" o:title="eqId0a6936d370d6a238a608ca56f87198de"/>
            <o:lock v:ext="edit" aspectratio="t"/>
            <w10:wrap type="none"/>
            <w10:anchorlock/>
          </v:shape>
        </w:pict>
      </w:r>
      <w:r>
        <w:rPr>
          <w:rFonts w:ascii="宋体" w:hAnsi="宋体" w:eastAsia="宋体" w:cs="宋体"/>
          <w:color w:val="000000"/>
        </w:rPr>
        <w:t>、</w:t>
      </w:r>
      <w:r>
        <w:pict>
          <v:shape id="_x0000_i718393"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3433" o:title="eqId2c94bb12cee76221e13f9ef955b0aab1"/>
            <o:lock v:ext="edit" aspectratio="t"/>
            <w10:wrap type="none"/>
            <w10:anchorlock/>
          </v:shape>
        </w:pict>
      </w:r>
      <w:r>
        <w:rPr>
          <w:rFonts w:ascii="宋体" w:hAnsi="宋体" w:eastAsia="宋体" w:cs="宋体"/>
          <w:color w:val="000000"/>
        </w:rPr>
        <w:t>和</w:t>
      </w:r>
      <w:r>
        <w:pict>
          <v:shape id="_x0000_i718394"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3434" o:title="eqId071a7e733d466949ac935b4b8ee8d183"/>
            <o:lock v:ext="edit" aspectratio="t"/>
            <w10:wrap type="none"/>
            <w10:anchorlock/>
          </v:shape>
        </w:pict>
      </w:r>
      <w:r>
        <w:rPr>
          <w:rFonts w:ascii="宋体" w:hAnsi="宋体" w:eastAsia="宋体" w:cs="宋体"/>
          <w:color w:val="000000"/>
        </w:rPr>
        <w:t>的范围，从而求得</w:t>
      </w:r>
      <w:r>
        <w:pict>
          <v:shape id="_x0000_i718395"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3435" o:title="eqIdb90c29550846e679de577f212fb842b6"/>
            <o:lock v:ext="edit" aspectratio="t"/>
            <w10:wrap type="none"/>
            <w10:anchorlock/>
          </v:shape>
        </w:pict>
      </w:r>
      <w:r>
        <w:rPr>
          <w:rFonts w:ascii="宋体" w:hAnsi="宋体" w:eastAsia="宋体" w:cs="宋体"/>
          <w:color w:val="000000"/>
        </w:rPr>
        <w:t>的最小值．</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解：①</w:t>
      </w:r>
      <w:r>
        <w:pict>
          <v:shape id="_x0000_i718396" o:spt="75" alt="学科网(www.zxxk.com)--教育资源门户，提供试卷、教案、课件、论文、素材以及各类教学资源下载，还有大量而丰富的教学相关资讯！" type="#_x0000_t75" style="height:14.4pt;width:36.3pt;" o:ole="t" filled="f" o:preferrelative="t" stroked="f" coordsize="21600,21600">
            <v:path/>
            <v:fill on="f" focussize="0,0"/>
            <v:stroke on="f" joinstyle="miter"/>
            <v:imagedata r:id="rId3436" o:title="eqIde6670479a0083dd2dfd5ad55b47b1ab6"/>
            <o:lock v:ext="edit" aspectratio="t"/>
            <w10:wrap type="none"/>
            <w10:anchorlock/>
          </v:shape>
        </w:pict>
      </w:r>
      <w:r>
        <w:rPr>
          <w:rFonts w:ascii="宋体" w:hAnsi="宋体" w:eastAsia="宋体" w:cs="宋体"/>
          <w:color w:val="000000"/>
        </w:rPr>
        <w:t>之间的距离可用含</w:t>
      </w:r>
      <w:r>
        <w:pict>
          <v:shape id="_x0000_i71839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437" o:title="eqId81dea63b8ce3e51adf66cf7b9982a248"/>
            <o:lock v:ext="edit" aspectratio="t"/>
            <w10:wrap type="none"/>
            <w10:anchorlock/>
          </v:shape>
        </w:pict>
      </w:r>
      <w:r>
        <w:rPr>
          <w:rFonts w:ascii="宋体" w:hAnsi="宋体" w:eastAsia="宋体" w:cs="宋体"/>
          <w:color w:val="000000"/>
        </w:rPr>
        <w:t>的式子表示为</w:t>
      </w:r>
      <w:r>
        <w:pict>
          <v:shape id="_x0000_i718398" o:spt="75" alt="学科网(www.zxxk.com)--教育资源门户，提供试卷、教案、课件、论文、素材以及各类教学资源下载，还有大量而丰富的教学相关资讯！" type="#_x0000_t75" style="height:19.8pt;width:112.2pt;" o:ole="t" filled="f" o:preferrelative="t" stroked="f" coordsize="21600,21600">
            <v:path/>
            <v:fill on="f" focussize="0,0"/>
            <v:stroke on="f" joinstyle="miter"/>
            <v:imagedata r:id="rId3438" o:title="eqId69fd81fbe81725857c2310bd48abc95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②令</w:t>
      </w:r>
      <w:r>
        <w:pict>
          <v:shape id="_x0000_i718399" o:spt="75" alt="学科网(www.zxxk.com)--教育资源门户，提供试卷、教案、课件、论文、素材以及各类教学资源下载，还有大量而丰富的教学相关资讯！" type="#_x0000_t75" style="height:17.25pt;width:42pt;" o:ole="t" filled="f" o:preferrelative="t" stroked="f" coordsize="21600,21600">
            <v:path/>
            <v:fill on="f" focussize="0,0"/>
            <v:stroke on="f" joinstyle="miter"/>
            <v:imagedata r:id="rId3439" o:title="eqId8bd3a1038730000492b33d729db342d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840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440" o:title="eqIdba53065eb180a682305fddb95d14b62f"/>
            <o:lock v:ext="edit" aspectratio="t"/>
            <w10:wrap type="none"/>
            <w10:anchorlock/>
          </v:shape>
        </w:pict>
      </w:r>
      <w:r>
        <w:rPr>
          <w:rFonts w:ascii="宋体" w:hAnsi="宋体" w:eastAsia="宋体" w:cs="宋体"/>
          <w:color w:val="000000"/>
        </w:rPr>
        <w:t>或</w:t>
      </w:r>
      <w:r>
        <w:pict>
          <v:shape id="_x0000_i718401"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3441" o:title="eqId9b384412acba251d87902ab928902f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解：当</w:t>
      </w:r>
      <w:r>
        <w:pict>
          <v:shape id="_x0000_i718402"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3442" o:title="eqId0a5377bf82396cdd7f37d98f8da003ca"/>
            <o:lock v:ext="edit" aspectratio="t"/>
            <w10:wrap type="none"/>
            <w10:anchorlock/>
          </v:shape>
        </w:pict>
      </w:r>
      <w:r>
        <w:rPr>
          <w:rFonts w:ascii="宋体" w:hAnsi="宋体" w:eastAsia="宋体" w:cs="宋体"/>
          <w:color w:val="000000"/>
        </w:rPr>
        <w:t>时，</w:t>
      </w:r>
      <w:r>
        <w:pict>
          <v:shape id="_x0000_i718403" o:spt="75" alt="学科网(www.zxxk.com)--教育资源门户，提供试卷、教案、课件、论文、素材以及各类教学资源下载，还有大量而丰富的教学相关资讯！" type="#_x0000_t75" style="height:19.5pt;width:66pt;" o:ole="t" filled="f" o:preferrelative="t" stroked="f" coordsize="21600,21600">
            <v:path/>
            <v:fill on="f" focussize="0,0"/>
            <v:stroke on="f" joinstyle="miter"/>
            <v:imagedata r:id="rId3443" o:title="eqId2e0f9d21a823e048a83480fbd1ab358a"/>
            <o:lock v:ext="edit" aspectratio="t"/>
            <w10:wrap type="none"/>
            <w10:anchorlock/>
          </v:shape>
        </w:pict>
      </w:r>
      <w:r>
        <w:rPr>
          <w:rFonts w:ascii="宋体" w:hAnsi="宋体" w:eastAsia="宋体" w:cs="宋体"/>
          <w:color w:val="000000"/>
        </w:rPr>
        <w:t>的值最小为</w:t>
      </w:r>
      <w:r>
        <w:rPr>
          <w:rFonts w:ascii="Times New Roman" w:hAnsi="Times New Roman" w:eastAsia="Times New Roman" w:cs="Times New Roman"/>
          <w:color w:val="000000"/>
        </w:rPr>
        <w:t>8</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pict>
          <v:shape id="_x0000_i718404" o:spt="75" alt="学科网(www.zxxk.com)--教育资源门户，提供试卷、教案、课件、论文、素材以及各类教学资源下载，还有大量而丰富的教学相关资讯！" type="#_x0000_t75" style="height:13.8pt;width:58.2pt;" o:ole="t" filled="f" o:preferrelative="t" stroked="f" coordsize="21600,21600">
            <v:path/>
            <v:fill on="f" focussize="0,0"/>
            <v:stroke on="f" joinstyle="miter"/>
            <v:imagedata r:id="rId3444" o:title="eqId21506011ed70a98b9935ce41c1d324b8"/>
            <o:lock v:ext="edit" aspectratio="t"/>
            <w10:wrap type="none"/>
            <w10:anchorlock/>
          </v:shape>
        </w:pict>
      </w:r>
      <w:r>
        <w:rPr>
          <w:rFonts w:ascii="宋体" w:hAnsi="宋体" w:eastAsia="宋体" w:cs="宋体"/>
          <w:color w:val="000000"/>
        </w:rPr>
        <w:t>，</w:t>
      </w:r>
      <w:r>
        <w:pict>
          <v:shape id="_x0000_i718405" o:spt="75" alt="学科网(www.zxxk.com)--教育资源门户，提供试卷、教案、课件、论文、素材以及各类教学资源下载，还有大量而丰富的教学相关资讯！" type="#_x0000_t75" style="height:21.75pt;width:249.75pt;" o:ole="t" filled="f" o:preferrelative="t" stroked="f" coordsize="21600,21600">
            <v:path/>
            <v:fill on="f" focussize="0,0"/>
            <v:stroke on="f" joinstyle="miter"/>
            <v:imagedata r:id="rId3445" o:title="eqIde0f9dbdf1700775c21ccd8ff8ac3519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406" o:spt="75" alt="学科网(www.zxxk.com)--教育资源门户，提供试卷、教案、课件、论文、素材以及各类教学资源下载，还有大量而丰富的教学相关资讯！" type="#_x0000_t75" style="height:14pt;width:50pt;" o:ole="t" filled="f" o:preferrelative="t" stroked="f" coordsize="21600,21600">
            <v:path/>
            <v:fill on="f" focussize="0,0"/>
            <v:stroke on="f" joinstyle="miter"/>
            <v:imagedata r:id="rId3446" o:title="eqId58db2de0c810fefaf42cf6f6156bfb04"/>
            <o:lock v:ext="edit" aspectratio="t"/>
            <w10:wrap type="none"/>
            <w10:anchorlock/>
          </v:shape>
        </w:pict>
      </w:r>
      <w:r>
        <w:rPr>
          <w:rFonts w:ascii="宋体" w:hAnsi="宋体" w:eastAsia="宋体" w:cs="宋体"/>
          <w:color w:val="000000"/>
        </w:rPr>
        <w:t>，</w:t>
      </w:r>
      <w:r>
        <w:pict>
          <v:shape id="_x0000_i718407" o:spt="75" alt="学科网(www.zxxk.com)--教育资源门户，提供试卷、教案、课件、论文、素材以及各类教学资源下载，还有大量而丰富的教学相关资讯！" type="#_x0000_t75" style="height:13.95pt;width:49pt;" o:ole="t" filled="f" o:preferrelative="t" stroked="f" coordsize="21600,21600">
            <v:path/>
            <v:fill on="f" focussize="0,0"/>
            <v:stroke on="f" joinstyle="miter"/>
            <v:imagedata r:id="rId3447" o:title="eqIdb5997e111852b66ccff5504794c1721d"/>
            <o:lock v:ext="edit" aspectratio="t"/>
            <w10:wrap type="none"/>
            <w10:anchorlock/>
          </v:shape>
        </w:pict>
      </w:r>
      <w:r>
        <w:rPr>
          <w:rFonts w:ascii="宋体" w:hAnsi="宋体" w:eastAsia="宋体" w:cs="宋体"/>
          <w:color w:val="000000"/>
        </w:rPr>
        <w:t>，</w:t>
      </w:r>
      <w:r>
        <w:pict>
          <v:shape id="_x0000_i718408"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3448" o:title="eqId3991aec11a5043429eb38480f4b9244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409" o:spt="75" alt="学科网(www.zxxk.com)--教育资源门户，提供试卷、教案、课件、论文、素材以及各类教学资源下载，还有大量而丰富的教学相关资讯！" type="#_x0000_t75" style="height:19.8pt;width:219pt;" o:ole="t" filled="f" o:preferrelative="t" stroked="f" coordsize="21600,21600">
            <v:path/>
            <v:fill on="f" focussize="0,0"/>
            <v:stroke on="f" joinstyle="miter"/>
            <v:imagedata r:id="rId3449" o:title="eqId03384c703ba153e6a18f015490dae2a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410"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3450" o:title="eqId5a3c442579603164f3fc19458677d3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411" o:spt="75" alt="学科网(www.zxxk.com)--教育资源门户，提供试卷、教案、课件、论文、素材以及各类教学资源下载，还有大量而丰富的教学相关资讯！" type="#_x0000_t75" style="height:13.8pt;width:111pt;" o:ole="t" filled="f" o:preferrelative="t" stroked="f" coordsize="21600,21600">
            <v:path/>
            <v:fill on="f" focussize="0,0"/>
            <v:stroke on="f" joinstyle="miter"/>
            <v:imagedata r:id="rId3451" o:title="eqIda24dc0f6dfabbcef3c8d33e8d209a3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8412" o:spt="75" alt="学科网(www.zxxk.com)--教育资源门户，提供试卷、教案、课件、论文、素材以及各类教学资源下载，还有大量而丰富的教学相关资讯！" type="#_x0000_t75" style="height:14pt;width:69pt;" o:ole="t" filled="f" o:preferrelative="t" stroked="f" coordsize="21600,21600">
            <v:path/>
            <v:fill on="f" focussize="0,0"/>
            <v:stroke on="f" joinstyle="miter"/>
            <v:imagedata r:id="rId3452" o:title="eqId5bed3f552e3aba0be09642db1a5832c9"/>
            <o:lock v:ext="edit" aspectratio="t"/>
            <w10:wrap type="none"/>
            <w10:anchorlock/>
          </v:shape>
        </w:pict>
      </w:r>
      <w:r>
        <w:rPr>
          <w:rFonts w:ascii="宋体" w:hAnsi="宋体" w:eastAsia="宋体" w:cs="宋体"/>
          <w:color w:val="000000"/>
        </w:rPr>
        <w:t>时，</w:t>
      </w:r>
      <w:r>
        <w:pict>
          <v:shape id="_x0000_i718413"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3453" o:title="eqIdb90c29550846e679de577f212fb842b6"/>
            <o:lock v:ext="edit" aspectratio="t"/>
            <w10:wrap type="none"/>
            <w10:anchorlock/>
          </v:shape>
        </w:pict>
      </w:r>
      <w:r>
        <w:rPr>
          <w:rFonts w:ascii="宋体" w:hAnsi="宋体" w:eastAsia="宋体" w:cs="宋体"/>
          <w:color w:val="000000"/>
        </w:rPr>
        <w:t>有最小值为</w:t>
      </w:r>
      <w:r>
        <w:pict>
          <v:shape id="_x0000_i718414"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3454" o:title="eqId01317332a203c898536b1d0459f51d2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本题主要考查了数轴上两点间的距离求法以及最小距离，数轴上两点间的距离是这两点所对应数的差的绝对值；其次是绝对值的最小值问题可以利用数轴的特点把</w:t>
      </w:r>
      <w:r>
        <w:pict>
          <v:shape id="_x0000_i718415" o:spt="75" alt="学科网(www.zxxk.com)--教育资源门户，提供试卷、教案、课件、论文、素材以及各类教学资源下载，还有大量而丰富的教学相关资讯！" type="#_x0000_t75" style="height:20.25pt;width:31.5pt;" o:ole="t" filled="f" o:preferrelative="t" stroked="f" coordsize="21600,21600">
            <v:path/>
            <v:fill on="f" focussize="0,0"/>
            <v:stroke on="f" joinstyle="miter"/>
            <v:imagedata r:id="rId3455" o:title="eqIdc7fc029abff1c87a1b0b6a5eeaa6bb47"/>
            <o:lock v:ext="edit" aspectratio="t"/>
            <w10:wrap type="none"/>
            <w10:anchorlock/>
          </v:shape>
        </w:pict>
      </w:r>
      <w:r>
        <w:rPr>
          <w:rFonts w:ascii="宋体" w:hAnsi="宋体" w:eastAsia="宋体" w:cs="宋体"/>
          <w:color w:val="000000"/>
        </w:rPr>
        <w:t>转化成两点间的距离进行求解．</w:t>
      </w:r>
    </w:p>
    <w:p>
      <w:pPr>
        <w:pStyle w:val="Heading2"/>
      </w:pPr>
      <w:r>
        <w:t>西城区第四十三中</w:t>
      </w:r>
    </w:p>
    <w:p>
      <w:pPr>
        <w:spacing w:line="360" w:lineRule="auto"/>
        <w:jc w:val="left"/>
        <w:textAlignment w:val="center"/>
        <w:rPr>
          <w:color w:val="000000"/>
        </w:rPr>
      </w:pPr>
      <w:r>
        <w:rPr>
          <w:color w:val="000000"/>
        </w:rPr>
        <w:t xml:space="preserve">28. </w:t>
      </w:r>
      <w:r>
        <w:rPr>
          <w:rFonts w:ascii="宋体" w:hAnsi="宋体" w:eastAsia="宋体" w:cs="宋体"/>
          <w:color w:val="000000"/>
        </w:rPr>
        <w:t>观察下列等式，探究其中的规律并解答问题：</w:t>
      </w:r>
    </w:p>
    <w:tbl>
      <w:tblPr>
        <w:tblStyle w:val="4"/>
        <w:tblW w:w="3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09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color w:val="000000"/>
                <w:vertAlign w:val="superscript"/>
              </w:rPr>
              <w:t>2</w:t>
            </w:r>
          </w:p>
          <w:p>
            <w:pPr>
              <w:spacing w:line="360" w:lineRule="auto"/>
              <w:jc w:val="center"/>
              <w:textAlignment w:val="center"/>
              <w:rPr>
                <w:color w:val="000000"/>
              </w:rPr>
            </w:pPr>
            <w:r>
              <w:rPr>
                <w:rFonts w:ascii="Times New Roman" w:hAnsi="Times New Roman" w:eastAsia="Times New Roman" w:cs="Times New Roman"/>
                <w:color w:val="000000"/>
              </w:rPr>
              <w:t>2+3+4</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color w:val="000000"/>
                <w:vertAlign w:val="superscript"/>
              </w:rPr>
              <w:t>2</w:t>
            </w:r>
          </w:p>
          <w:p>
            <w:pPr>
              <w:spacing w:line="360" w:lineRule="auto"/>
              <w:jc w:val="center"/>
              <w:textAlignment w:val="center"/>
              <w:rPr>
                <w:color w:val="000000"/>
              </w:rPr>
            </w:pPr>
            <w:r>
              <w:rPr>
                <w:rFonts w:ascii="Times New Roman" w:hAnsi="Times New Roman" w:eastAsia="Times New Roman" w:cs="Times New Roman"/>
                <w:color w:val="000000"/>
              </w:rPr>
              <w:t>3+4+5+6+7</w:t>
            </w:r>
            <w:r>
              <w:rPr>
                <w:rFonts w:ascii="宋体" w:hAnsi="宋体" w:eastAsia="宋体" w:cs="宋体"/>
                <w:color w:val="000000"/>
              </w:rPr>
              <w:t>＝</w:t>
            </w:r>
            <w:r>
              <w:rPr>
                <w:rFonts w:ascii="Times New Roman" w:hAnsi="Times New Roman" w:eastAsia="Times New Roman" w:cs="Times New Roman"/>
                <w:color w:val="000000"/>
              </w:rPr>
              <w:t>5</w:t>
            </w:r>
            <w:r>
              <w:rPr>
                <w:rFonts w:ascii="Times New Roman" w:hAnsi="Times New Roman" w:eastAsia="Times New Roman" w:cs="Times New Roman"/>
                <w:color w:val="000000"/>
                <w:vertAlign w:val="superscript"/>
              </w:rPr>
              <w:t>2</w:t>
            </w:r>
          </w:p>
          <w:p>
            <w:pPr>
              <w:spacing w:line="360" w:lineRule="auto"/>
              <w:jc w:val="center"/>
              <w:textAlignment w:val="center"/>
              <w:rPr>
                <w:color w:val="000000"/>
              </w:rPr>
            </w:pPr>
            <w:r>
              <w:rPr>
                <w:rFonts w:ascii="Times New Roman" w:hAnsi="Times New Roman" w:eastAsia="Times New Roman" w:cs="Times New Roman"/>
                <w:color w:val="000000"/>
              </w:rPr>
              <w:t>4+5+6+7+8+9+10</w:t>
            </w: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vertAlign w:val="superscript"/>
              </w:rPr>
              <w:t>2</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）第</w:t>
      </w:r>
      <w:r>
        <w:rPr>
          <w:rFonts w:ascii="Times New Roman" w:hAnsi="Times New Roman" w:eastAsia="Times New Roman" w:cs="Times New Roman"/>
          <w:color w:val="000000"/>
        </w:rPr>
        <w:t>4</w:t>
      </w:r>
      <w:r>
        <w:rPr>
          <w:rFonts w:ascii="宋体" w:hAnsi="宋体" w:eastAsia="宋体" w:cs="宋体"/>
          <w:color w:val="000000"/>
        </w:rPr>
        <w:t>个等式中，</w:t>
      </w:r>
      <w:r>
        <w:rPr>
          <w:rFonts w:ascii="Times New Roman" w:hAnsi="Times New Roman" w:eastAsia="Times New Roman" w:cs="Times New Roman"/>
          <w:i/>
          <w:color w:val="000000"/>
        </w:rPr>
        <w:t>k</w:t>
      </w:r>
      <w:r>
        <w:rPr>
          <w:rFonts w:ascii="宋体" w:hAnsi="宋体" w:eastAsia="宋体" w:cs="宋体"/>
          <w:color w:val="000000"/>
        </w:rPr>
        <w:t>＝</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）写出第</w:t>
      </w:r>
      <w:r>
        <w:rPr>
          <w:rFonts w:ascii="Times New Roman" w:hAnsi="Times New Roman" w:eastAsia="Times New Roman" w:cs="Times New Roman"/>
          <w:color w:val="000000"/>
        </w:rPr>
        <w:t>5</w:t>
      </w:r>
      <w:r>
        <w:rPr>
          <w:rFonts w:ascii="宋体" w:hAnsi="宋体" w:eastAsia="宋体" w:cs="宋体"/>
          <w:color w:val="000000"/>
        </w:rPr>
        <w:t>个等式：</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）写出第</w:t>
      </w:r>
      <w:r>
        <w:rPr>
          <w:rFonts w:ascii="Times New Roman" w:hAnsi="Times New Roman" w:eastAsia="Times New Roman" w:cs="Times New Roman"/>
          <w:i/>
          <w:color w:val="000000"/>
        </w:rPr>
        <w:t>n</w:t>
      </w:r>
      <w:r>
        <w:rPr>
          <w:rFonts w:ascii="宋体" w:hAnsi="宋体" w:eastAsia="宋体" w:cs="宋体"/>
          <w:color w:val="000000"/>
        </w:rPr>
        <w:t>个等式：</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（其中</w:t>
      </w:r>
      <w:r>
        <w:rPr>
          <w:rFonts w:ascii="Times New Roman" w:hAnsi="Times New Roman" w:eastAsia="Times New Roman" w:cs="Times New Roman"/>
          <w:i/>
          <w:color w:val="000000"/>
        </w:rPr>
        <w:t>n</w:t>
      </w:r>
      <w:r>
        <w:rPr>
          <w:rFonts w:ascii="宋体" w:hAnsi="宋体" w:eastAsia="宋体" w:cs="宋体"/>
          <w:color w:val="000000"/>
        </w:rPr>
        <w:t>为正整数）</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s</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s</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color w:val="000000"/>
          <w:vertAlign w:val="superscript"/>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）根据前三个式子得出规律：结果是奇数的平方即可解答；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）根据前三个式子的规律：每一行的第一个数是行数，后面是奇数个连续整数的和，右边是奇数的平方，据此即可写出结果；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w:t>
      </w:r>
      <w:r>
        <w:rPr>
          <w:rFonts w:ascii="Times New Roman" w:hAnsi="Times New Roman" w:eastAsia="Times New Roman" w:cs="Times New Roman"/>
          <w:color w:val="000000"/>
        </w:rPr>
        <w:t>2</w:t>
      </w:r>
      <w:r>
        <w:rPr>
          <w:rFonts w:ascii="宋体" w:hAnsi="宋体" w:eastAsia="宋体" w:cs="宋体"/>
          <w:color w:val="000000"/>
        </w:rPr>
        <w:t>）中规律直接写出结果即可．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）由前三个等式知，第</w:t>
      </w:r>
      <w:r>
        <w:rPr>
          <w:rFonts w:ascii="Times New Roman" w:hAnsi="Times New Roman" w:eastAsia="Times New Roman" w:cs="Times New Roman"/>
          <w:color w:val="000000"/>
        </w:rPr>
        <w:t>4</w:t>
      </w:r>
      <w:r>
        <w:rPr>
          <w:rFonts w:ascii="宋体" w:hAnsi="宋体" w:eastAsia="宋体" w:cs="宋体"/>
          <w:color w:val="000000"/>
        </w:rPr>
        <w:t>个等式为：</w:t>
      </w:r>
      <w:r>
        <w:rPr>
          <w:rFonts w:ascii="Times New Roman" w:hAnsi="Times New Roman" w:eastAsia="Times New Roman" w:cs="Times New Roman"/>
          <w:color w:val="000000"/>
        </w:rPr>
        <w:t>4+5+6+7+8+9+10</w:t>
      </w:r>
      <w:r>
        <w:rPr>
          <w:rFonts w:ascii="宋体" w:hAnsi="宋体" w:eastAsia="宋体" w:cs="宋体"/>
          <w:color w:val="000000"/>
        </w:rPr>
        <w:t>＝</w:t>
      </w:r>
      <w:r>
        <w:rPr>
          <w:rFonts w:ascii="Times New Roman" w:hAnsi="Times New Roman" w:eastAsia="Times New Roman" w:cs="Times New Roman"/>
          <w:color w:val="000000"/>
        </w:rPr>
        <w:t>7</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7</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）由所给等式可知，</w:t>
      </w:r>
    </w:p>
    <w:p>
      <w:pPr>
        <w:spacing w:line="360" w:lineRule="auto"/>
        <w:jc w:val="left"/>
        <w:textAlignment w:val="center"/>
        <w:rPr>
          <w:color w:val="000000"/>
        </w:rPr>
      </w:pPr>
      <w:r>
        <w:rPr>
          <w:rFonts w:ascii="宋体" w:hAnsi="宋体" w:eastAsia="宋体" w:cs="宋体"/>
          <w:color w:val="000000"/>
        </w:rPr>
        <w:t>第</w:t>
      </w:r>
      <w:r>
        <w:rPr>
          <w:rFonts w:ascii="Times New Roman" w:hAnsi="Times New Roman" w:eastAsia="Times New Roman" w:cs="Times New Roman"/>
          <w:i/>
          <w:color w:val="000000"/>
        </w:rPr>
        <w:t>s</w:t>
      </w:r>
      <w:r>
        <w:rPr>
          <w:rFonts w:ascii="宋体" w:hAnsi="宋体" w:eastAsia="宋体" w:cs="宋体"/>
          <w:color w:val="000000"/>
        </w:rPr>
        <w:t>个等式为：</w:t>
      </w:r>
      <w:r>
        <w:rPr>
          <w:rFonts w:ascii="Times New Roman" w:hAnsi="Times New Roman" w:eastAsia="Times New Roman" w:cs="Times New Roman"/>
          <w:i/>
          <w:color w:val="000000"/>
        </w:rPr>
        <w:t>s</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s</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i/>
          <w:color w:val="000000"/>
        </w:rPr>
        <w:t>s</w:t>
      </w:r>
      <w:r>
        <w:rPr>
          <w:rFonts w:ascii="Times New Roman" w:hAnsi="Times New Roman" w:eastAsia="Times New Roman" w:cs="Times New Roman"/>
          <w:color w:val="000000"/>
        </w:rPr>
        <w:t>+(</w:t>
      </w:r>
      <w:r>
        <w:rPr>
          <w:rFonts w:ascii="Times New Roman" w:hAnsi="Times New Roman" w:eastAsia="Times New Roman" w:cs="Times New Roman"/>
          <w:i/>
          <w:color w:val="000000"/>
        </w:rPr>
        <w:t>s</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s</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s</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w:t>
      </w:r>
      <w:r>
        <w:rPr>
          <w:rFonts w:ascii="Times New Roman" w:hAnsi="Times New Roman" w:eastAsia="Times New Roman" w:cs="Times New Roman"/>
          <w:color w:val="000000"/>
        </w:rPr>
        <w:t>2</w:t>
      </w:r>
      <w:r>
        <w:rPr>
          <w:rFonts w:ascii="宋体" w:hAnsi="宋体" w:eastAsia="宋体" w:cs="宋体"/>
          <w:color w:val="000000"/>
        </w:rPr>
        <w:t>）知，第</w:t>
      </w:r>
      <w:r>
        <w:rPr>
          <w:rFonts w:ascii="Times New Roman" w:hAnsi="Times New Roman" w:eastAsia="Times New Roman" w:cs="Times New Roman"/>
          <w:i/>
          <w:color w:val="000000"/>
        </w:rPr>
        <w:t>n</w:t>
      </w:r>
      <w:r>
        <w:rPr>
          <w:rFonts w:ascii="宋体" w:hAnsi="宋体" w:eastAsia="宋体" w:cs="宋体"/>
          <w:color w:val="000000"/>
        </w:rPr>
        <w:t>个等式为:</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i/>
          <w:color w:val="000000"/>
        </w:rPr>
        <w:t>n</w:t>
      </w:r>
      <w:r>
        <w:rPr>
          <w:rFonts w:ascii="宋体" w:hAnsi="宋体" w:eastAsia="宋体" w:cs="宋体"/>
          <w:color w:val="000000"/>
        </w:rPr>
        <w:t>个等式为:</w:t>
      </w:r>
      <w:r>
        <w:rPr>
          <w:rFonts w:ascii="Times New Roman" w:hAnsi="Times New Roman" w:eastAsia="Times New Roman" w:cs="Times New Roman"/>
          <w:i/>
          <w:color w:val="000000"/>
        </w:rPr>
        <w:t>n</w:t>
      </w:r>
      <w:r>
        <w:rPr>
          <w:rFonts w:ascii="Times New Roman" w:hAnsi="Times New Roman" w:eastAsia="Times New Roman" w:cs="Times New Roman"/>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i/>
          <w:color w:val="000000"/>
        </w:rPr>
        <w:t>n</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3</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color w:val="000000"/>
        </w:rPr>
        <w:t>1)</w:t>
      </w:r>
      <w:r>
        <w:rPr>
          <w:rFonts w:ascii="Times New Roman" w:hAnsi="Times New Roman" w:eastAsia="Times New Roman" w:cs="Times New Roman"/>
          <w:color w:val="000000"/>
          <w:vertAlign w:val="superscript"/>
        </w:rPr>
        <w:t>2</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本题考查数字类规律探究，理解题意，找到等式的规律是解答的关键．</w:t>
      </w:r>
    </w:p>
    <w:p>
      <w:pPr>
        <w:spacing w:line="360" w:lineRule="auto"/>
        <w:jc w:val="left"/>
        <w:textAlignment w:val="center"/>
        <w:rPr>
          <w:color w:val="000000"/>
        </w:rPr>
      </w:pPr>
      <w:r>
        <w:rPr>
          <w:color w:val="000000"/>
        </w:rPr>
        <w:t xml:space="preserve">29. </w:t>
      </w:r>
      <w:r>
        <w:rPr>
          <w:rFonts w:ascii="宋体" w:hAnsi="宋体" w:eastAsia="宋体" w:cs="宋体"/>
          <w:color w:val="000000"/>
        </w:rPr>
        <w:t>将</w:t>
      </w:r>
      <w:r>
        <w:pict>
          <v:shape id="_x0000_i718416"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456" o:title="eqIdb6a24198bd04c29321ae5dc5a28fe421"/>
            <o:lock v:ext="edit" aspectratio="t"/>
            <w10:wrap type="none"/>
            <w10:anchorlock/>
          </v:shape>
        </w:pict>
      </w:r>
      <w:r>
        <w:rPr>
          <w:rFonts w:ascii="宋体" w:hAnsi="宋体" w:eastAsia="宋体" w:cs="宋体"/>
          <w:color w:val="000000"/>
        </w:rPr>
        <w:t>个</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排列在一起组成了一个数组，记为</w:t>
      </w:r>
      <w:r>
        <w:pict>
          <v:shape id="_x0000_i718417" o:spt="75" alt="学科网(www.zxxk.com)--教育资源门户，提供试卷、教案、课件、论文、素材以及各类教学资源下载，还有大量而丰富的教学相关资讯！" type="#_x0000_t75" style="height:20.15pt;width:74.9pt;" o:ole="t" filled="f" o:preferrelative="t" stroked="f" coordsize="21600,21600">
            <v:path/>
            <v:fill on="f" focussize="0,0"/>
            <v:stroke on="f" joinstyle="miter"/>
            <v:imagedata r:id="rId3457" o:title="eqId99faf594fa198e4aba8d3107b36c31e4"/>
            <o:lock v:ext="edit" aspectratio="t"/>
            <w10:wrap type="none"/>
            <w10:anchorlock/>
          </v:shape>
        </w:pict>
      </w:r>
      <w:r>
        <w:rPr>
          <w:rFonts w:ascii="宋体" w:hAnsi="宋体" w:eastAsia="宋体" w:cs="宋体"/>
          <w:color w:val="000000"/>
        </w:rPr>
        <w:t>，其中</w:t>
      </w:r>
      <w:r>
        <w:pict>
          <v:shape id="_x0000_i718418"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3458" o:title="eqId87c7eb49a823f757461cd5260757b088"/>
            <o:lock v:ext="edit" aspectratio="t"/>
            <w10:wrap type="none"/>
            <w10:anchorlock/>
          </v:shape>
        </w:pict>
      </w:r>
      <w:r>
        <w:rPr>
          <w:rFonts w:ascii="宋体" w:hAnsi="宋体" w:eastAsia="宋体" w:cs="宋体"/>
          <w:color w:val="000000"/>
        </w:rPr>
        <w:t>，</w:t>
      </w:r>
      <w:r>
        <w:pict>
          <v:shape id="_x0000_i718419" o:spt="75" alt="学科网(www.zxxk.com)--教育资源门户，提供试卷、教案、课件、论文、素材以及各类教学资源下载，还有大量而丰富的教学相关资讯！" type="#_x0000_t75" style="height:18pt;width:11.4pt;" o:ole="t" filled="f" o:preferrelative="t" stroked="f" coordsize="21600,21600">
            <v:path/>
            <v:fill on="f" focussize="0,0"/>
            <v:stroke on="f" joinstyle="miter"/>
            <v:imagedata r:id="rId3459" o:title="eqId5cd84a8f95166367063218ee03ffd5a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w:t>
      </w:r>
      <w:r>
        <w:pict>
          <v:shape id="_x0000_i718420" o:spt="75" alt="学科网(www.zxxk.com)--教育资源门户，提供试卷、教案、课件、论文、素材以及各类教学资源下载，还有大量而丰富的教学相关资讯！" type="#_x0000_t75" style="height:18pt;width:11pt;" o:ole="t" filled="f" o:preferrelative="t" stroked="f" coordsize="21600,21600">
            <v:path/>
            <v:fill on="f" focussize="0,0"/>
            <v:stroke on="f" joinstyle="miter"/>
            <v:imagedata r:id="rId3460" o:title="eqIde9297e289a9ef977009186083ec738ac"/>
            <o:lock v:ext="edit" aspectratio="t"/>
            <w10:wrap type="none"/>
            <w10:anchorlock/>
          </v:shape>
        </w:pict>
      </w:r>
      <w:r>
        <w:rPr>
          <w:rFonts w:ascii="宋体" w:hAnsi="宋体" w:eastAsia="宋体" w:cs="宋体"/>
          <w:color w:val="000000"/>
        </w:rPr>
        <w:t>都取</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，称</w:t>
      </w:r>
      <w:r>
        <w:pict>
          <v:shape id="_x0000_i71842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461" o:title="eqId5963abe8f421bd99a2aaa94831a951e9"/>
            <o:lock v:ext="edit" aspectratio="t"/>
            <w10:wrap type="none"/>
            <w10:anchorlock/>
          </v:shape>
        </w:pict>
      </w:r>
      <w:r>
        <w:rPr>
          <w:rFonts w:ascii="宋体" w:hAnsi="宋体" w:eastAsia="宋体" w:cs="宋体"/>
          <w:color w:val="000000"/>
        </w:rPr>
        <w:t>是一个</w:t>
      </w:r>
      <w:r>
        <w:pict>
          <v:shape id="_x0000_i718422"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456" o:title="eqIdb6a24198bd04c29321ae5dc5a28fe421"/>
            <o:lock v:ext="edit" aspectratio="t"/>
            <w10:wrap type="none"/>
            <w10:anchorlock/>
          </v:shape>
        </w:pict>
      </w:r>
      <w:r>
        <w:rPr>
          <w:rFonts w:ascii="宋体" w:hAnsi="宋体" w:eastAsia="宋体" w:cs="宋体"/>
          <w:color w:val="000000"/>
        </w:rPr>
        <w:t>元完美数组（</w:t>
      </w:r>
      <w:r>
        <w:pict>
          <v:shape id="_x0000_i718423" o:spt="75" alt="学科网(www.zxxk.com)--教育资源门户，提供试卷、教案、课件、论文、素材以及各类教学资源下载，还有大量而丰富的教学相关资讯！" type="#_x0000_t75" style="height:14.4pt;width:27.6pt;" o:ole="t" filled="f" o:preferrelative="t" stroked="f" coordsize="21600,21600">
            <v:path/>
            <v:fill on="f" focussize="0,0"/>
            <v:stroke on="f" joinstyle="miter"/>
            <v:imagedata r:id="rId3462" o:title="eqId0704f453b2de48d36911f7db496bbf82"/>
            <o:lock v:ext="edit" aspectratio="t"/>
            <w10:wrap type="none"/>
            <w10:anchorlock/>
          </v:shape>
        </w:pict>
      </w:r>
      <w:r>
        <w:rPr>
          <w:rFonts w:ascii="宋体" w:hAnsi="宋体" w:eastAsia="宋体" w:cs="宋体"/>
          <w:color w:val="000000"/>
        </w:rPr>
        <w:t>且</w:t>
      </w:r>
      <w:r>
        <w:pict>
          <v:shape id="_x0000_i71842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456" o:title="eqIdb6a24198bd04c29321ae5dc5a28fe421"/>
            <o:lock v:ext="edit" aspectratio="t"/>
            <w10:wrap type="none"/>
            <w10:anchorlock/>
          </v:shape>
        </w:pict>
      </w:r>
      <w:r>
        <w:rPr>
          <w:rFonts w:ascii="宋体" w:hAnsi="宋体" w:eastAsia="宋体" w:cs="宋体"/>
          <w:color w:val="000000"/>
        </w:rPr>
        <w:t>为整数）</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例如：</w:t>
      </w:r>
      <w:r>
        <w:pict>
          <v:shape id="_x0000_i718425" o:spt="75" alt="学科网(www.zxxk.com)--教育资源门户，提供试卷、教案、课件、论文、素材以及各类教学资源下载，还有大量而丰富的教学相关资讯！" type="#_x0000_t75" style="height:20pt;width:27pt;" o:ole="t" filled="f" o:preferrelative="t" stroked="f" coordsize="21600,21600">
            <v:path/>
            <v:fill on="f" focussize="0,0"/>
            <v:stroke on="f" joinstyle="miter"/>
            <v:imagedata r:id="rId3463" o:title="eqId7160d93f92089ef36f3dab809d3114b8"/>
            <o:lock v:ext="edit" aspectratio="t"/>
            <w10:wrap type="none"/>
            <w10:anchorlock/>
          </v:shape>
        </w:pict>
      </w:r>
      <w:r>
        <w:rPr>
          <w:rFonts w:ascii="宋体" w:hAnsi="宋体" w:eastAsia="宋体" w:cs="宋体"/>
          <w:color w:val="000000"/>
        </w:rPr>
        <w:t>，</w:t>
      </w:r>
      <w:r>
        <w:pict>
          <v:shape id="_x0000_i718426" o:spt="75" alt="学科网(www.zxxk.com)--教育资源门户，提供试卷、教案、课件、论文、素材以及各类教学资源下载，还有大量而丰富的教学相关资讯！" type="#_x0000_t75" style="height:19.85pt;width:24.95pt;" o:ole="t" filled="f" o:preferrelative="t" stroked="f" coordsize="21600,21600">
            <v:path/>
            <v:fill on="f" focussize="0,0"/>
            <v:stroke on="f" joinstyle="miter"/>
            <v:imagedata r:id="rId3464" o:title="eqId29343388ca8b33dc98325e65382b38a0"/>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2</w:t>
      </w:r>
      <w:r>
        <w:rPr>
          <w:rFonts w:ascii="宋体" w:hAnsi="宋体" w:eastAsia="宋体" w:cs="宋体"/>
          <w:color w:val="000000"/>
        </w:rPr>
        <w:t>元完美数组，</w:t>
      </w:r>
      <w:r>
        <w:pict>
          <v:shape id="_x0000_i718427"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3465" o:title="eqId8eea8e7edf0d48f140c007d9a691c0ad"/>
            <o:lock v:ext="edit" aspectratio="t"/>
            <w10:wrap type="none"/>
            <w10:anchorlock/>
          </v:shape>
        </w:pict>
      </w:r>
      <w:r>
        <w:rPr>
          <w:rFonts w:ascii="宋体" w:hAnsi="宋体" w:eastAsia="宋体" w:cs="宋体"/>
          <w:color w:val="000000"/>
        </w:rPr>
        <w:t>，</w:t>
      </w:r>
      <w:r>
        <w:pict>
          <v:shape id="_x0000_i718428"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3466" o:title="eqIda6735f7f0d8ad762454c89155659d988"/>
            <o:lock v:ext="edit" aspectratio="t"/>
            <w10:wrap type="none"/>
            <w10:anchorlock/>
          </v:shape>
        </w:pict>
      </w:r>
      <w:r>
        <w:rPr>
          <w:rFonts w:ascii="宋体" w:hAnsi="宋体" w:eastAsia="宋体" w:cs="宋体"/>
          <w:color w:val="000000"/>
        </w:rPr>
        <w:t>都是</w:t>
      </w:r>
      <w:r>
        <w:rPr>
          <w:rFonts w:ascii="Times New Roman" w:hAnsi="Times New Roman" w:eastAsia="Times New Roman" w:cs="Times New Roman"/>
          <w:color w:val="000000"/>
        </w:rPr>
        <w:t>4</w:t>
      </w:r>
      <w:r>
        <w:rPr>
          <w:rFonts w:ascii="宋体" w:hAnsi="宋体" w:eastAsia="宋体" w:cs="宋体"/>
          <w:color w:val="000000"/>
        </w:rPr>
        <w:t>元完美数组，但</w:t>
      </w:r>
      <w:r>
        <w:pict>
          <v:shape id="_x0000_i718429" o:spt="75" alt="学科网(www.zxxk.com)--教育资源门户，提供试卷、教案、课件、论文、素材以及各类教学资源下载，还有大量而丰富的教学相关资讯！" type="#_x0000_t75" style="height:20.4pt;width:27.6pt;" o:ole="t" filled="f" o:preferrelative="t" stroked="f" coordsize="21600,21600">
            <v:path/>
            <v:fill on="f" focussize="0,0"/>
            <v:stroke on="f" joinstyle="miter"/>
            <v:imagedata r:id="rId3467" o:title="eqId990eaf5dbba84f199bdc438da81fcfa6"/>
            <o:lock v:ext="edit" aspectratio="t"/>
            <w10:wrap type="none"/>
            <w10:anchorlock/>
          </v:shape>
        </w:pict>
      </w:r>
      <w:r>
        <w:rPr>
          <w:rFonts w:ascii="宋体" w:hAnsi="宋体" w:eastAsia="宋体" w:cs="宋体"/>
          <w:color w:val="000000"/>
        </w:rPr>
        <w:t>不是任何完美数组</w:t>
      </w:r>
      <w:r>
        <w:rPr>
          <w:rFonts w:ascii="Times New Roman" w:hAnsi="Times New Roman" w:eastAsia="Times New Roman" w:cs="Times New Roman"/>
          <w:color w:val="000000"/>
        </w:rPr>
        <w:t>.</w:t>
      </w:r>
      <w:r>
        <w:rPr>
          <w:rFonts w:ascii="宋体" w:hAnsi="宋体" w:eastAsia="宋体" w:cs="宋体"/>
          <w:color w:val="000000"/>
        </w:rPr>
        <w:t>定义以下两个新运算：</w:t>
      </w:r>
    </w:p>
    <w:p>
      <w:pPr>
        <w:spacing w:line="360" w:lineRule="auto"/>
        <w:jc w:val="left"/>
        <w:textAlignment w:val="center"/>
        <w:rPr>
          <w:color w:val="000000"/>
        </w:rPr>
      </w:pPr>
      <w:r>
        <w:rPr>
          <w:rFonts w:ascii="宋体" w:hAnsi="宋体" w:eastAsia="宋体" w:cs="宋体"/>
          <w:color w:val="000000"/>
        </w:rPr>
        <w:t>新运算</w:t>
      </w:r>
      <w:r>
        <w:rPr>
          <w:rFonts w:ascii="Times New Roman" w:hAnsi="Times New Roman" w:eastAsia="Times New Roman" w:cs="Times New Roman"/>
          <w:color w:val="000000"/>
        </w:rPr>
        <w:t>1</w:t>
      </w:r>
      <w:r>
        <w:rPr>
          <w:rFonts w:ascii="宋体" w:hAnsi="宋体" w:eastAsia="宋体" w:cs="宋体"/>
          <w:color w:val="000000"/>
        </w:rPr>
        <w:t>：对于</w:t>
      </w:r>
      <w:r>
        <w:pict>
          <v:shape id="_x0000_i71843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468" o:title="eqId81dea63b8ce3e51adf66cf7b9982a248"/>
            <o:lock v:ext="edit" aspectratio="t"/>
            <w10:wrap type="none"/>
            <w10:anchorlock/>
          </v:shape>
        </w:pict>
      </w:r>
      <w:r>
        <w:rPr>
          <w:rFonts w:ascii="宋体" w:hAnsi="宋体" w:eastAsia="宋体" w:cs="宋体"/>
          <w:color w:val="000000"/>
        </w:rPr>
        <w:t>和</w:t>
      </w:r>
      <w:r>
        <w:pict>
          <v:shape id="_x0000_i718431"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469" o:title="eqIdd053b14c8588eee2acbbe44fc37a6886"/>
            <o:lock v:ext="edit" aspectratio="t"/>
            <w10:wrap type="none"/>
            <w10:anchorlock/>
          </v:shape>
        </w:pict>
      </w:r>
      <w:r>
        <w:rPr>
          <w:rFonts w:ascii="宋体" w:hAnsi="宋体" w:eastAsia="宋体" w:cs="宋体"/>
          <w:color w:val="000000"/>
        </w:rPr>
        <w:t>，</w:t>
      </w:r>
      <w:r>
        <w:pict>
          <v:shape id="_x0000_i718432" o:spt="75" alt="学科网(www.zxxk.com)--教育资源门户，提供试卷、教案、课件、论文、素材以及各类教学资源下载，还有大量而丰富的教学相关资讯！" type="#_x0000_t75" style="height:20.25pt;width:108.75pt;" o:ole="t" filled="f" o:preferrelative="t" stroked="f" coordsize="21600,21600">
            <v:path/>
            <v:fill on="f" focussize="0,0"/>
            <v:stroke on="f" joinstyle="miter"/>
            <v:imagedata r:id="rId3470" o:title="eqIde3ade472f5dc4e41d237837776c871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新运算</w:t>
      </w:r>
      <w:r>
        <w:rPr>
          <w:rFonts w:ascii="Times New Roman" w:hAnsi="Times New Roman" w:eastAsia="Times New Roman" w:cs="Times New Roman"/>
          <w:color w:val="000000"/>
        </w:rPr>
        <w:t>2</w:t>
      </w:r>
      <w:r>
        <w:rPr>
          <w:rFonts w:ascii="宋体" w:hAnsi="宋体" w:eastAsia="宋体" w:cs="宋体"/>
          <w:color w:val="000000"/>
        </w:rPr>
        <w:t>：对于任意两个</w:t>
      </w:r>
      <w:r>
        <w:pict>
          <v:shape id="_x0000_i71843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471" o:title="eqIdb6a24198bd04c29321ae5dc5a28fe421"/>
            <o:lock v:ext="edit" aspectratio="t"/>
            <w10:wrap type="none"/>
            <w10:anchorlock/>
          </v:shape>
        </w:pict>
      </w:r>
      <w:r>
        <w:rPr>
          <w:rFonts w:ascii="宋体" w:hAnsi="宋体" w:eastAsia="宋体" w:cs="宋体"/>
          <w:color w:val="000000"/>
        </w:rPr>
        <w:t>元完美数组</w:t>
      </w:r>
      <w:r>
        <w:pict>
          <v:shape id="_x0000_i718434" o:spt="75" alt="学科网(www.zxxk.com)--教育资源门户，提供试卷、教案、课件、论文、素材以及各类教学资源下载，还有大量而丰富的教学相关资讯！" type="#_x0000_t75" style="height:19.9pt;width:90.8pt;" o:ole="t" filled="f" o:preferrelative="t" stroked="f" coordsize="21600,21600">
            <v:path/>
            <v:fill on="f" focussize="0,0"/>
            <v:stroke on="f" joinstyle="miter"/>
            <v:imagedata r:id="rId3472" o:title="eqId021571f81c38889ecb1cf647d81a3012"/>
            <o:lock v:ext="edit" aspectratio="t"/>
            <w10:wrap type="none"/>
            <w10:anchorlock/>
          </v:shape>
        </w:pict>
      </w:r>
      <w:r>
        <w:rPr>
          <w:rFonts w:ascii="宋体" w:hAnsi="宋体" w:eastAsia="宋体" w:cs="宋体"/>
          <w:color w:val="000000"/>
        </w:rPr>
        <w:t>和</w:t>
      </w:r>
      <w:r>
        <w:pict>
          <v:shape id="_x0000_i718435" o:spt="75" alt="学科网(www.zxxk.com)--教育资源门户，提供试卷、教案、课件、论文、素材以及各类教学资源下载，还有大量而丰富的教学相关资讯！" type="#_x0000_t75" style="height:19.9pt;width:90.8pt;" o:ole="t" filled="f" o:preferrelative="t" stroked="f" coordsize="21600,21600">
            <v:path/>
            <v:fill on="f" focussize="0,0"/>
            <v:stroke on="f" joinstyle="miter"/>
            <v:imagedata r:id="rId3473" o:title="eqId0c163445ab3f4a9532f30de2b386355f"/>
            <o:lock v:ext="edit" aspectratio="t"/>
            <w10:wrap type="none"/>
            <w10:anchorlock/>
          </v:shape>
        </w:pict>
      </w:r>
      <w:r>
        <w:rPr>
          <w:rFonts w:ascii="宋体" w:hAnsi="宋体" w:eastAsia="宋体" w:cs="宋体"/>
          <w:color w:val="000000"/>
        </w:rPr>
        <w:t>，</w:t>
      </w:r>
      <w:r>
        <w:pict>
          <v:shape id="_x0000_i718436" o:spt="75" alt="学科网(www.zxxk.com)--教育资源门户，提供试卷、教案、课件、论文、素材以及各类教学资源下载，还有大量而丰富的教学相关资讯！" type="#_x0000_t75" style="height:30.55pt;width:201pt;" o:ole="t" filled="f" o:preferrelative="t" stroked="f" coordsize="21600,21600">
            <v:path/>
            <v:fill on="f" focussize="0,0"/>
            <v:stroke on="f" joinstyle="miter"/>
            <v:imagedata r:id="rId3474" o:title="eqIdf827d7b7ceb783b09b5f24eba45f968d"/>
            <o:lock v:ext="edit" aspectratio="t"/>
            <w10:wrap type="none"/>
            <w10:anchorlock/>
          </v:shape>
        </w:pict>
      </w:r>
      <w:r>
        <w:rPr>
          <w:rFonts w:ascii="宋体" w:hAnsi="宋体" w:eastAsia="宋体" w:cs="宋体"/>
          <w:color w:val="000000"/>
        </w:rPr>
        <w:t>，例如：对于</w:t>
      </w:r>
      <w:r>
        <w:rPr>
          <w:rFonts w:ascii="Times New Roman" w:hAnsi="Times New Roman" w:eastAsia="Times New Roman" w:cs="Times New Roman"/>
          <w:color w:val="000000"/>
        </w:rPr>
        <w:t>3</w:t>
      </w:r>
      <w:r>
        <w:rPr>
          <w:rFonts w:ascii="宋体" w:hAnsi="宋体" w:eastAsia="宋体" w:cs="宋体"/>
          <w:color w:val="000000"/>
        </w:rPr>
        <w:t>元完美数组</w:t>
      </w:r>
      <w:r>
        <w:pict>
          <v:shape id="_x0000_i718437"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3475" o:title="eqIdd5e618e91505e098b24724ae26ef4a5c"/>
            <o:lock v:ext="edit" aspectratio="t"/>
            <w10:wrap type="none"/>
            <w10:anchorlock/>
          </v:shape>
        </w:pict>
      </w:r>
      <w:r>
        <w:rPr>
          <w:rFonts w:ascii="宋体" w:hAnsi="宋体" w:eastAsia="宋体" w:cs="宋体"/>
          <w:color w:val="000000"/>
        </w:rPr>
        <w:t>和</w:t>
      </w:r>
      <w:r>
        <w:pict>
          <v:shape id="_x0000_i718438" o:spt="75" alt="学科网(www.zxxk.com)--教育资源门户，提供试卷、教案、课件、论文、素材以及各类教学资源下载，还有大量而丰富的教学相关资讯！" type="#_x0000_t75" style="height:20.5pt;width:48pt;" o:ole="t" filled="f" o:preferrelative="t" stroked="f" coordsize="21600,21600">
            <v:path/>
            <v:fill on="f" focussize="0,0"/>
            <v:stroke on="f" joinstyle="miter"/>
            <v:imagedata r:id="rId3476" o:title="eqId6c0b45b92346a361c2f49f6913fbadd5"/>
            <o:lock v:ext="edit" aspectratio="t"/>
            <w10:wrap type="none"/>
            <w10:anchorlock/>
          </v:shape>
        </w:pict>
      </w:r>
      <w:r>
        <w:rPr>
          <w:rFonts w:ascii="宋体" w:hAnsi="宋体" w:eastAsia="宋体" w:cs="宋体"/>
          <w:color w:val="000000"/>
        </w:rPr>
        <w:t>，有</w:t>
      </w:r>
      <w:r>
        <w:pict>
          <v:shape id="_x0000_i718439" o:spt="75" alt="学科网(www.zxxk.com)--教育资源门户，提供试卷、教案、课件、论文、素材以及各类教学资源下载，还有大量而丰富的教学相关资讯！" type="#_x0000_t75" style="height:30.75pt;width:123.75pt;" o:ole="t" filled="f" o:preferrelative="t" stroked="f" coordsize="21600,21600">
            <v:path/>
            <v:fill on="f" focussize="0,0"/>
            <v:stroke on="f" joinstyle="miter"/>
            <v:imagedata r:id="rId3477" o:title="eqIda1ebab8863e39597d3d6578baf120033"/>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在</w:t>
      </w:r>
      <w:r>
        <w:pict>
          <v:shape id="_x0000_i718440"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3478" o:title="eqId9c8bb2a267bd5fd30513a259168c50f9"/>
            <o:lock v:ext="edit" aspectratio="t"/>
            <w10:wrap type="none"/>
            <w10:anchorlock/>
          </v:shape>
        </w:pict>
      </w:r>
      <w:r>
        <w:rPr>
          <w:rFonts w:ascii="宋体" w:hAnsi="宋体" w:eastAsia="宋体" w:cs="宋体"/>
          <w:color w:val="000000"/>
        </w:rPr>
        <w:t>，</w:t>
      </w:r>
      <w:r>
        <w:pict>
          <v:shape id="_x0000_i718441"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3479" o:title="eqId4b65d25c58d96aa21a850d164cdccb22"/>
            <o:lock v:ext="edit" aspectratio="t"/>
            <w10:wrap type="none"/>
            <w10:anchorlock/>
          </v:shape>
        </w:pict>
      </w:r>
      <w:r>
        <w:rPr>
          <w:rFonts w:ascii="宋体" w:hAnsi="宋体" w:eastAsia="宋体" w:cs="宋体"/>
          <w:color w:val="000000"/>
        </w:rPr>
        <w:t>，</w:t>
      </w:r>
      <w:r>
        <w:pict>
          <v:shape id="_x0000_i718442"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3480" o:title="eqId9effd17c153f28ce1cf21fd174606819"/>
            <o:lock v:ext="edit" aspectratio="t"/>
            <w10:wrap type="none"/>
            <w10:anchorlock/>
          </v:shape>
        </w:pict>
      </w:r>
      <w:r>
        <w:rPr>
          <w:rFonts w:ascii="宋体" w:hAnsi="宋体" w:eastAsia="宋体" w:cs="宋体"/>
          <w:color w:val="000000"/>
        </w:rPr>
        <w:t>，</w:t>
      </w:r>
      <w:r>
        <w:pict>
          <v:shape id="_x0000_i718443"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3481" o:title="eqId98b01af54049b27ca6e8159518b7b18b"/>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color w:val="000000"/>
        </w:rPr>
        <w:t>3</w:t>
      </w:r>
      <w:r>
        <w:rPr>
          <w:rFonts w:ascii="宋体" w:hAnsi="宋体" w:eastAsia="宋体" w:cs="宋体"/>
          <w:color w:val="000000"/>
        </w:rPr>
        <w:t>元完美数组的有：</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设</w:t>
      </w:r>
      <w:r>
        <w:pict>
          <v:shape id="_x0000_i718444" o:spt="75" alt="学科网(www.zxxk.com)--教育资源门户，提供试卷、教案、课件、论文、素材以及各类教学资源下载，还有大量而丰富的教学相关资讯！" type="#_x0000_t75" style="height:20.25pt;width:54.75pt;" o:ole="t" filled="f" o:preferrelative="t" stroked="f" coordsize="21600,21600">
            <v:path/>
            <v:fill on="f" focussize="0,0"/>
            <v:stroke on="f" joinstyle="miter"/>
            <v:imagedata r:id="rId3482" o:title="eqIdf8a4768f5ac2d9d4a0b6554e6121b99a"/>
            <o:lock v:ext="edit" aspectratio="t"/>
            <w10:wrap type="none"/>
            <w10:anchorlock/>
          </v:shape>
        </w:pict>
      </w:r>
      <w:r>
        <w:rPr>
          <w:rFonts w:ascii="宋体" w:hAnsi="宋体" w:eastAsia="宋体" w:cs="宋体"/>
          <w:color w:val="000000"/>
        </w:rPr>
        <w:t>，</w:t>
      </w:r>
      <w:r>
        <w:pict>
          <v:shape id="_x0000_i718445" o:spt="75" alt="学科网(www.zxxk.com)--教育资源门户，提供试卷、教案、课件、论文、素材以及各类教学资源下载，还有大量而丰富的教学相关资讯！" type="#_x0000_t75" style="height:20.25pt;width:53.25pt;" o:ole="t" filled="f" o:preferrelative="t" stroked="f" coordsize="21600,21600">
            <v:path/>
            <v:fill on="f" focussize="0,0"/>
            <v:stroke on="f" joinstyle="miter"/>
            <v:imagedata r:id="rId3483" o:title="eqId00162990997c0ef2667d4a1c6d303a96"/>
            <o:lock v:ext="edit" aspectratio="t"/>
            <w10:wrap type="none"/>
            <w10:anchorlock/>
          </v:shape>
        </w:pict>
      </w:r>
      <w:r>
        <w:rPr>
          <w:rFonts w:ascii="宋体" w:hAnsi="宋体" w:eastAsia="宋体" w:cs="宋体"/>
          <w:color w:val="000000"/>
        </w:rPr>
        <w:t>，则</w:t>
      </w:r>
      <w:r>
        <w:pict>
          <v:shape id="_x0000_i718446" o:spt="75" alt="学科网(www.zxxk.com)--教育资源门户，提供试卷、教案、课件、论文、素材以及各类教学资源下载，还有大量而丰富的教学相关资讯！" type="#_x0000_t75" style="height:13pt;width:41pt;" o:ole="t" filled="f" o:preferrelative="t" stroked="f" coordsize="21600,21600">
            <v:path/>
            <v:fill on="f" focussize="0,0"/>
            <v:stroke on="f" joinstyle="miter"/>
            <v:imagedata r:id="rId3484" o:title="eqId619c485c6a9a959daebbd4bad00842d3"/>
            <o:lock v:ext="edit" aspectratio="t"/>
            <w10:wrap type="none"/>
            <w10:anchorlock/>
          </v:shape>
        </w:pict>
      </w:r>
      <w:r>
        <w:rPr>
          <w:rFonts w:ascii="Times New Roman" w:hAnsi="Times New Roman" w:eastAsia="Times New Roman" w:cs="Times New Roman"/>
          <w:color w:val="000000"/>
          <w:u w:val="single"/>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已知完美数组</w:t>
      </w:r>
      <w:r>
        <w:pict>
          <v:shape id="_x0000_i718447" o:spt="75" alt="学科网(www.zxxk.com)--教育资源门户，提供试卷、教案、课件、论文、素材以及各类教学资源下载，还有大量而丰富的教学相关资讯！" type="#_x0000_t75" style="height:20.25pt;width:67.5pt;" o:ole="t" filled="f" o:preferrelative="t" stroked="f" coordsize="21600,21600">
            <v:path/>
            <v:fill on="f" focussize="0,0"/>
            <v:stroke on="f" joinstyle="miter"/>
            <v:imagedata r:id="rId3485" o:title="eqId1659612005a9a5fc0390d4e809e284c1"/>
            <o:lock v:ext="edit" aspectratio="t"/>
            <w10:wrap type="none"/>
            <w10:anchorlock/>
          </v:shape>
        </w:pict>
      </w:r>
      <w:r>
        <w:rPr>
          <w:rFonts w:ascii="宋体" w:hAnsi="宋体" w:eastAsia="宋体" w:cs="宋体"/>
          <w:color w:val="000000"/>
        </w:rPr>
        <w:t>求出所有</w:t>
      </w:r>
      <w:r>
        <w:rPr>
          <w:rFonts w:ascii="Times New Roman" w:hAnsi="Times New Roman" w:eastAsia="Times New Roman" w:cs="Times New Roman"/>
          <w:color w:val="000000"/>
        </w:rPr>
        <w:t>4</w:t>
      </w:r>
      <w:r>
        <w:rPr>
          <w:rFonts w:ascii="宋体" w:hAnsi="宋体" w:eastAsia="宋体" w:cs="宋体"/>
          <w:color w:val="000000"/>
        </w:rPr>
        <w:t>元完美数组</w:t>
      </w:r>
      <w:r>
        <w:pict>
          <v:shape id="_x0000_i71844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486" o:title="eqId54a5d7d3b6b63fe5c24c3907b7a8eaa3"/>
            <o:lock v:ext="edit" aspectratio="t"/>
            <w10:wrap type="none"/>
            <w10:anchorlock/>
          </v:shape>
        </w:pict>
      </w:r>
      <w:r>
        <w:rPr>
          <w:rFonts w:ascii="宋体" w:hAnsi="宋体" w:eastAsia="宋体" w:cs="宋体"/>
          <w:color w:val="000000"/>
        </w:rPr>
        <w:t>，使得</w:t>
      </w:r>
      <w:r>
        <w:pict>
          <v:shape id="_x0000_i718449" o:spt="75" alt="学科网(www.zxxk.com)--教育资源门户，提供试卷、教案、课件、论文、素材以及各类教学资源下载，还有大量而丰富的教学相关资讯！" type="#_x0000_t75" style="height:13.5pt;width:57pt;" o:ole="t" filled="f" o:preferrelative="t" stroked="f" coordsize="21600,21600">
            <v:path/>
            <v:fill on="f" focussize="0,0"/>
            <v:stroke on="f" joinstyle="miter"/>
            <v:imagedata r:id="rId3487" o:title="eqId8b6cac9f69999485662eb40dc01a8ba1"/>
            <o:lock v:ext="edit" aspectratio="t"/>
            <w10:wrap type="none"/>
            <w10:anchorlock/>
          </v:shape>
        </w:pict>
      </w:r>
      <w:r>
        <w:rPr>
          <w:rFonts w:ascii="Times New Roman" w:hAnsi="Times New Roman" w:eastAsia="Times New Roman" w:cs="Times New Roman"/>
          <w:color w:val="000000"/>
        </w:rPr>
        <w:t>.</w:t>
      </w:r>
    </w:p>
    <w:p>
      <w:pPr>
        <w:spacing w:line="360" w:lineRule="auto"/>
        <w:textAlignment w:val="center"/>
        <w:rPr>
          <w:color w:val="000000"/>
        </w:rPr>
      </w:pPr>
      <w:r>
        <w:rPr>
          <w:color w:val="2E75B6"/>
        </w:rPr>
        <w:t>【答案】</w:t>
      </w:r>
      <w:r>
        <w:rPr>
          <w:color w:val="000000"/>
        </w:rPr>
        <w:t>（1）</w:t>
      </w:r>
      <w:r>
        <w:pict>
          <v:shape id="_x0000_i718450" o:spt="75" alt="学科网(www.zxxk.com)--教育资源门户，提供试卷、教案、课件、论文、素材以及各类教学资源下载，还有大量而丰富的教学相关资讯！" type="#_x0000_t75" style="height:19.9pt;width:36pt;" o:ole="t" filled="f" o:preferrelative="t" stroked="f" coordsize="21600,21600">
            <v:path/>
            <v:fill on="f" focussize="0,0"/>
            <v:stroke on="f" joinstyle="miter"/>
            <v:imagedata r:id="rId3488" o:title="eqId94b2db7b2ed1c1bcce3ec568c8aaff11"/>
            <o:lock v:ext="edit" aspectratio="t"/>
            <w10:wrap type="none"/>
            <w10:anchorlock/>
          </v:shape>
        </w:pict>
      </w:r>
      <w:r>
        <w:rPr>
          <w:rFonts w:ascii="宋体" w:hAnsi="宋体" w:eastAsia="宋体" w:cs="宋体"/>
          <w:color w:val="000000"/>
        </w:rPr>
        <w:t>，</w:t>
      </w:r>
      <w:r>
        <w:pict>
          <v:shape id="_x0000_i718451"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3489" o:title="eqId98b01af54049b27ca6e8159518b7b18b"/>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2</w:t>
      </w:r>
      <w:r>
        <w:rPr>
          <w:color w:val="000000"/>
        </w:rPr>
        <w:t xml:space="preserve">    （3）</w:t>
      </w:r>
      <w:r>
        <w:pict>
          <v:shape id="_x0000_i718452" o:spt="75" alt="学科网(www.zxxk.com)--教育资源门户，提供试卷、教案、课件、论文、素材以及各类教学资源下载，还有大量而丰富的教学相关资讯！" type="#_x0000_t75" style="height:19.9pt;width:40.15pt;" o:ole="t" filled="f" o:preferrelative="t" stroked="f" coordsize="21600,21600">
            <v:path/>
            <v:fill on="f" focussize="0,0"/>
            <v:stroke on="f" joinstyle="miter"/>
            <v:imagedata r:id="rId3490" o:title="eqId59070496f4000bdbe0b11b0edc5fc7c1"/>
            <o:lock v:ext="edit" aspectratio="t"/>
            <w10:wrap type="none"/>
            <w10:anchorlock/>
          </v:shape>
        </w:pict>
      </w:r>
      <w:r>
        <w:rPr>
          <w:rFonts w:ascii="宋体" w:hAnsi="宋体" w:eastAsia="宋体" w:cs="宋体"/>
          <w:color w:val="000000"/>
        </w:rPr>
        <w:t>，</w:t>
      </w:r>
      <w:r>
        <w:pict>
          <v:shape id="_x0000_i718453" o:spt="75" alt="学科网(www.zxxk.com)--教育资源门户，提供试卷、教案、课件、论文、素材以及各类教学资源下载，还有大量而丰富的教学相关资讯！" type="#_x0000_t75" style="height:19.9pt;width:37.9pt;" o:ole="t" filled="f" o:preferrelative="t" stroked="f" coordsize="21600,21600">
            <v:path/>
            <v:fill on="f" focussize="0,0"/>
            <v:stroke on="f" joinstyle="miter"/>
            <v:imagedata r:id="rId3491" o:title="eqIdc0b1fdd8b88b64d039935db352339318"/>
            <o:lock v:ext="edit" aspectratio="t"/>
            <w10:wrap type="none"/>
            <w10:anchorlock/>
          </v:shape>
        </w:pict>
      </w:r>
      <w:r>
        <w:rPr>
          <w:rFonts w:ascii="宋体" w:hAnsi="宋体" w:eastAsia="宋体" w:cs="宋体"/>
          <w:color w:val="000000"/>
        </w:rPr>
        <w:t>，</w:t>
      </w:r>
      <w:r>
        <w:pict>
          <v:shape id="_x0000_i718454" o:spt="75" alt="学科网(www.zxxk.com)--教育资源门户，提供试卷、教案、课件、论文、素材以及各类教学资源下载，还有大量而丰富的教学相关资讯！" type="#_x0000_t75" style="height:19.9pt;width:40.15pt;" o:ole="t" filled="f" o:preferrelative="t" stroked="f" coordsize="21600,21600">
            <v:path/>
            <v:fill on="f" focussize="0,0"/>
            <v:stroke on="f" joinstyle="miter"/>
            <v:imagedata r:id="rId3492" o:title="eqId937f4dcb074065422f78cf276bdc1a26"/>
            <o:lock v:ext="edit" aspectratio="t"/>
            <w10:wrap type="none"/>
            <w10:anchorlock/>
          </v:shape>
        </w:pict>
      </w:r>
      <w:r>
        <w:rPr>
          <w:rFonts w:ascii="宋体" w:hAnsi="宋体" w:eastAsia="宋体" w:cs="宋体"/>
          <w:color w:val="000000"/>
        </w:rPr>
        <w:t>，</w:t>
      </w:r>
      <w:r>
        <w:pict>
          <v:shape id="_x0000_i718455" o:spt="75" alt="学科网(www.zxxk.com)--教育资源门户，提供试卷、教案、课件、论文、素材以及各类教学资源下载，还有大量而丰富的教学相关资讯！" type="#_x0000_t75" style="height:15pt;width:28.9pt;" o:ole="t" filled="f" o:preferrelative="t" stroked="f" coordsize="21600,21600">
            <v:path/>
            <v:fill on="f" focussize="0,0"/>
            <v:stroke on="f" joinstyle="miter"/>
            <v:imagedata r:id="rId3493" o:title="eqIdfc307f73fbe234e26838263e6d25fe7b"/>
            <o:lock v:ext="edit" aspectratio="t"/>
            <w10:wrap type="none"/>
            <w10:anchorlock/>
          </v:shape>
        </w:pict>
      </w:r>
      <w:r>
        <w:rPr>
          <w:rFonts w:ascii="宋体" w:hAnsi="宋体" w:eastAsia="宋体" w:cs="宋体"/>
          <w:color w:val="000000"/>
        </w:rPr>
        <w:t>，</w:t>
      </w:r>
      <w:r>
        <w:pict>
          <v:shape id="_x0000_i718456"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3494" o:title="eqId6a6e456dd88b79a367e8500b15fb25a9"/>
            <o:lock v:ext="edit" aspectratio="t"/>
            <w10:wrap type="none"/>
            <w10:anchorlock/>
          </v:shape>
        </w:pict>
      </w:r>
      <w:r>
        <w:rPr>
          <w:rFonts w:ascii="宋体" w:hAnsi="宋体" w:eastAsia="宋体" w:cs="宋体"/>
          <w:color w:val="000000"/>
        </w:rPr>
        <w:t>，</w:t>
      </w:r>
      <w:r>
        <w:pict>
          <v:shape id="_x0000_i718457" o:spt="75" alt="学科网(www.zxxk.com)--教育资源门户，提供试卷、教案、课件、论文、素材以及各类教学资源下载，还有大量而丰富的教学相关资讯！" type="#_x0000_t75" style="height:19.9pt;width:37.9pt;" o:ole="t" filled="f" o:preferrelative="t" stroked="f" coordsize="21600,21600">
            <v:path/>
            <v:fill on="f" focussize="0,0"/>
            <v:stroke on="f" joinstyle="miter"/>
            <v:imagedata r:id="rId3495" o:title="eqId2d91938b5191393d05fff2fea7f4ba4f"/>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w:t>
      </w:r>
      <w:r>
        <w:rPr>
          <w:rFonts w:ascii="宋体" w:hAnsi="宋体" w:eastAsia="宋体" w:cs="宋体"/>
          <w:color w:val="000000"/>
          <w:position w:val="0"/>
        </w:rPr>
        <w:drawing>
          <wp:inline distT="0" distB="0" distL="114300" distR="114300">
            <wp:extent cx="133350" cy="177800"/>
            <wp:effectExtent l="0" t="0" r="0" b="0"/>
            <wp:docPr id="3777" name="图片 113807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 name="图片 1138078068"/>
                    <pic:cNvPicPr>
                      <a:picLocks noChangeAspect="1"/>
                    </pic:cNvPicPr>
                  </pic:nvPicPr>
                  <pic:blipFill>
                    <a:blip r:embed="rId349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是数字的变化规律、有理数的混合运算等有关内容．</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）根据定义可直接得到答案；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）根据新运算</w:t>
      </w:r>
      <w:r>
        <w:rPr>
          <w:rFonts w:ascii="Times New Roman" w:hAnsi="Times New Roman" w:eastAsia="Times New Roman" w:cs="Times New Roman"/>
          <w:color w:val="000000"/>
        </w:rPr>
        <w:t>2</w:t>
      </w:r>
      <w:r>
        <w:rPr>
          <w:rFonts w:ascii="宋体" w:hAnsi="宋体" w:eastAsia="宋体" w:cs="宋体"/>
          <w:color w:val="000000"/>
        </w:rPr>
        <w:t>的定义，进行计算即可；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）对于新运算</w:t>
      </w:r>
      <w:r>
        <w:rPr>
          <w:rFonts w:ascii="Times New Roman" w:hAnsi="Times New Roman" w:eastAsia="Times New Roman" w:cs="Times New Roman"/>
          <w:color w:val="000000"/>
        </w:rPr>
        <w:t>1</w:t>
      </w:r>
      <w:r>
        <w:rPr>
          <w:rFonts w:ascii="宋体" w:hAnsi="宋体" w:eastAsia="宋体" w:cs="宋体"/>
          <w:color w:val="000000"/>
        </w:rPr>
        <w:t>，若</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只能取</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的组合有</w:t>
      </w:r>
      <w:r>
        <w:rPr>
          <w:rFonts w:ascii="Times New Roman" w:hAnsi="Times New Roman" w:eastAsia="Times New Roman" w:cs="Times New Roman"/>
          <w:color w:val="000000"/>
        </w:rPr>
        <w:t>4</w:t>
      </w:r>
      <w:r>
        <w:rPr>
          <w:rFonts w:ascii="宋体" w:hAnsi="宋体" w:eastAsia="宋体" w:cs="宋体"/>
          <w:color w:val="000000"/>
        </w:rPr>
        <w:t>种，分别为：</w:t>
      </w:r>
      <w:r>
        <w:pict>
          <v:shape id="_x0000_i718458" o:spt="75" alt="学科网(www.zxxk.com)--教育资源门户，提供试卷、教案、课件、论文、素材以及各类教学资源下载，还有大量而丰富的教学相关资讯！" type="#_x0000_t75" style="height:19.9pt;width:115.15pt;" o:ole="t" filled="f" o:preferrelative="t" stroked="f" coordsize="21600,21600">
            <v:path/>
            <v:fill on="f" focussize="0,0"/>
            <v:stroke on="f" joinstyle="miter"/>
            <v:imagedata r:id="rId3497" o:title="eqIda7e26f80a1b566244273e1edce0c3248"/>
            <o:lock v:ext="edit" aspectratio="t"/>
            <w10:wrap type="none"/>
            <w10:anchorlock/>
          </v:shape>
        </w:pict>
      </w:r>
      <w:r>
        <w:rPr>
          <w:rFonts w:ascii="宋体" w:hAnsi="宋体" w:eastAsia="宋体" w:cs="宋体"/>
          <w:color w:val="000000"/>
        </w:rPr>
        <w:t>，</w:t>
      </w:r>
      <w:r>
        <w:pict>
          <v:shape id="_x0000_i718459" o:spt="75" alt="学科网(www.zxxk.com)--教育资源门户，提供试卷、教案、课件、论文、素材以及各类教学资源下载，还有大量而丰富的教学相关资讯！" type="#_x0000_t75" style="height:19.9pt;width:109.15pt;" o:ole="t" filled="f" o:preferrelative="t" stroked="f" coordsize="21600,21600">
            <v:path/>
            <v:fill on="f" focussize="0,0"/>
            <v:stroke on="f" joinstyle="miter"/>
            <v:imagedata r:id="rId3498" o:title="eqId77ac6ac288b8c98463cf5a51877addcd"/>
            <o:lock v:ext="edit" aspectratio="t"/>
            <w10:wrap type="none"/>
            <w10:anchorlock/>
          </v:shape>
        </w:pict>
      </w:r>
      <w:r>
        <w:rPr>
          <w:rFonts w:ascii="宋体" w:hAnsi="宋体" w:eastAsia="宋体" w:cs="宋体"/>
          <w:color w:val="000000"/>
        </w:rPr>
        <w:t>，</w:t>
      </w:r>
      <w:r>
        <w:pict>
          <v:shape id="_x0000_i718460" o:spt="75" alt="学科网(www.zxxk.com)--教育资源门户，提供试卷、教案、课件、论文、素材以及各类教学资源下载，还有大量而丰富的教学相关资讯！" type="#_x0000_t75" style="height:19.9pt;width:121.9pt;" o:ole="t" filled="f" o:preferrelative="t" stroked="f" coordsize="21600,21600">
            <v:path/>
            <v:fill on="f" focussize="0,0"/>
            <v:stroke on="f" joinstyle="miter"/>
            <v:imagedata r:id="rId3499" o:title="eqId230d8e92e656643f7116a44391b56cd6"/>
            <o:lock v:ext="edit" aspectratio="t"/>
            <w10:wrap type="none"/>
            <w10:anchorlock/>
          </v:shape>
        </w:pict>
      </w:r>
      <w:r>
        <w:rPr>
          <w:rFonts w:ascii="宋体" w:hAnsi="宋体" w:eastAsia="宋体" w:cs="宋体"/>
          <w:color w:val="000000"/>
        </w:rPr>
        <w:t>，</w:t>
      </w:r>
      <w:r>
        <w:pict>
          <v:shape id="_x0000_i718461" o:spt="75" alt="学科网(www.zxxk.com)--教育资源门户，提供试卷、教案、课件、论文、素材以及各类教学资源下载，还有大量而丰富的教学相关资讯！" type="#_x0000_t75" style="height:19.9pt;width:115.15pt;" o:ole="t" filled="f" o:preferrelative="t" stroked="f" coordsize="21600,21600">
            <v:path/>
            <v:fill on="f" focussize="0,0"/>
            <v:stroke on="f" joinstyle="miter"/>
            <v:imagedata r:id="rId3500" o:title="eqId078220bec1523d8d2eabc6ad089cd02e"/>
            <o:lock v:ext="edit" aspectratio="t"/>
            <w10:wrap type="none"/>
            <w10:anchorlock/>
          </v:shape>
        </w:pict>
      </w:r>
      <w:r>
        <w:rPr>
          <w:rFonts w:ascii="宋体" w:hAnsi="宋体" w:eastAsia="宋体" w:cs="宋体"/>
          <w:color w:val="000000"/>
        </w:rPr>
        <w:t>；根据题意，</w:t>
      </w:r>
      <w:r>
        <w:pict>
          <v:shape id="_x0000_i718462"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501" o:title="eqId3d1b2d15fa730a7afad94086aa00121f"/>
            <o:lock v:ext="edit" aspectratio="t"/>
            <w10:wrap type="none"/>
            <w10:anchorlock/>
          </v:shape>
        </w:pict>
      </w:r>
      <w:r>
        <w:rPr>
          <w:rFonts w:ascii="宋体" w:hAnsi="宋体" w:eastAsia="宋体" w:cs="宋体"/>
          <w:color w:val="000000"/>
        </w:rPr>
        <w:t>的计算式中有</w:t>
      </w:r>
      <w:r>
        <w:rPr>
          <w:rFonts w:ascii="Times New Roman" w:hAnsi="Times New Roman" w:eastAsia="Times New Roman" w:cs="Times New Roman"/>
          <w:color w:val="000000"/>
        </w:rPr>
        <w:t>4</w:t>
      </w:r>
      <w:r>
        <w:rPr>
          <w:rFonts w:ascii="宋体" w:hAnsi="宋体" w:eastAsia="宋体" w:cs="宋体"/>
          <w:color w:val="000000"/>
        </w:rPr>
        <w:t>组新运算</w:t>
      </w:r>
      <w:r>
        <w:rPr>
          <w:rFonts w:ascii="Times New Roman" w:hAnsi="Times New Roman" w:eastAsia="Times New Roman" w:cs="Times New Roman"/>
          <w:color w:val="000000"/>
        </w:rPr>
        <w:t>1</w:t>
      </w:r>
      <w:r>
        <w:rPr>
          <w:rFonts w:ascii="宋体" w:hAnsi="宋体" w:eastAsia="宋体" w:cs="宋体"/>
          <w:color w:val="000000"/>
        </w:rPr>
        <w:t>，其中有</w:t>
      </w:r>
      <w:r>
        <w:rPr>
          <w:rFonts w:ascii="Times New Roman" w:hAnsi="Times New Roman" w:eastAsia="Times New Roman" w:cs="Times New Roman"/>
          <w:color w:val="000000"/>
        </w:rPr>
        <w:t>2</w:t>
      </w:r>
      <w:r>
        <w:rPr>
          <w:rFonts w:ascii="宋体" w:hAnsi="宋体" w:eastAsia="宋体" w:cs="宋体"/>
          <w:color w:val="000000"/>
        </w:rPr>
        <w:t>组为</w:t>
      </w:r>
      <w:r>
        <w:pict>
          <v:shape id="_x0000_i71846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502" o:title="eqId5bec1dc1fbb1eb91a74b99b33a9e2f1e"/>
            <o:lock v:ext="edit" aspectratio="t"/>
            <w10:wrap type="none"/>
            <w10:anchorlock/>
          </v:shape>
        </w:pict>
      </w:r>
      <w:r>
        <w:rPr>
          <w:rFonts w:ascii="宋体" w:hAnsi="宋体" w:eastAsia="宋体" w:cs="宋体"/>
          <w:color w:val="000000"/>
        </w:rPr>
        <w:t>，另外</w:t>
      </w:r>
      <w:r>
        <w:rPr>
          <w:rFonts w:ascii="Times New Roman" w:hAnsi="Times New Roman" w:eastAsia="Times New Roman" w:cs="Times New Roman"/>
          <w:color w:val="000000"/>
        </w:rPr>
        <w:t>2</w:t>
      </w:r>
      <w:r>
        <w:rPr>
          <w:rFonts w:ascii="宋体" w:hAnsi="宋体" w:eastAsia="宋体" w:cs="宋体"/>
          <w:color w:val="000000"/>
        </w:rPr>
        <w:t>组是其他三种组合中的任意一种；写出</w:t>
      </w:r>
      <w:r>
        <w:rPr>
          <w:rFonts w:ascii="Times New Roman" w:hAnsi="Times New Roman" w:eastAsia="Times New Roman" w:cs="Times New Roman"/>
          <w:i/>
          <w:color w:val="000000"/>
        </w:rPr>
        <w:t>N</w:t>
      </w:r>
      <w:r>
        <w:rPr>
          <w:rFonts w:ascii="宋体" w:hAnsi="宋体" w:eastAsia="宋体" w:cs="宋体"/>
          <w:color w:val="000000"/>
        </w:rPr>
        <w:t>的所以可能的情况即可．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根据</w:t>
      </w:r>
      <w:r>
        <w:rPr>
          <w:rFonts w:ascii="Times New Roman" w:hAnsi="Times New Roman" w:eastAsia="Times New Roman" w:cs="Times New Roman"/>
          <w:i/>
          <w:color w:val="000000"/>
        </w:rPr>
        <w:t>n</w:t>
      </w:r>
      <w:r>
        <w:rPr>
          <w:rFonts w:ascii="宋体" w:hAnsi="宋体" w:eastAsia="宋体" w:cs="宋体"/>
          <w:color w:val="000000"/>
        </w:rPr>
        <w:t>元完美数组的定义，是</w:t>
      </w:r>
      <w:r>
        <w:rPr>
          <w:rFonts w:ascii="Times New Roman" w:hAnsi="Times New Roman" w:eastAsia="Times New Roman" w:cs="Times New Roman"/>
          <w:color w:val="000000"/>
        </w:rPr>
        <w:t>3</w:t>
      </w:r>
      <w:r>
        <w:rPr>
          <w:rFonts w:ascii="宋体" w:hAnsi="宋体" w:eastAsia="宋体" w:cs="宋体"/>
          <w:color w:val="000000"/>
        </w:rPr>
        <w:t>元完美数组的有：</w:t>
      </w:r>
      <w:r>
        <w:pict>
          <v:shape id="_x0000_i718464" o:spt="75" alt="学科网(www.zxxk.com)--教育资源门户，提供试卷、教案、课件、论文、素材以及各类教学资源下载，还有大量而丰富的教学相关资讯！" type="#_x0000_t75" style="height:19.9pt;width:36pt;" o:ole="t" filled="f" o:preferrelative="t" stroked="f" coordsize="21600,21600">
            <v:path/>
            <v:fill on="f" focussize="0,0"/>
            <v:stroke on="f" joinstyle="miter"/>
            <v:imagedata r:id="rId3503" o:title="eqId94b2db7b2ed1c1bcce3ec568c8aaff11"/>
            <o:lock v:ext="edit" aspectratio="t"/>
            <w10:wrap type="none"/>
            <w10:anchorlock/>
          </v:shape>
        </w:pict>
      </w:r>
      <w:r>
        <w:rPr>
          <w:rFonts w:ascii="宋体" w:hAnsi="宋体" w:eastAsia="宋体" w:cs="宋体"/>
          <w:color w:val="000000"/>
        </w:rPr>
        <w:t>，</w:t>
      </w:r>
      <w:r>
        <w:pict>
          <v:shape id="_x0000_i718465"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3504" o:title="eqId98b01af54049b27ca6e8159518b7b18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8466" o:spt="75" alt="学科网(www.zxxk.com)--教育资源门户，提供试卷、教案、课件、论文、素材以及各类教学资源下载，还有大量而丰富的教学相关资讯！" type="#_x0000_t75" style="height:19.9pt;width:36pt;" o:ole="t" filled="f" o:preferrelative="t" stroked="f" coordsize="21600,21600">
            <v:path/>
            <v:fill on="f" focussize="0,0"/>
            <v:stroke on="f" joinstyle="miter"/>
            <v:imagedata r:id="rId3505" o:title="eqId94b2db7b2ed1c1bcce3ec568c8aaff11"/>
            <o:lock v:ext="edit" aspectratio="t"/>
            <w10:wrap type="none"/>
            <w10:anchorlock/>
          </v:shape>
        </w:pict>
      </w:r>
      <w:r>
        <w:rPr>
          <w:rFonts w:ascii="宋体" w:hAnsi="宋体" w:eastAsia="宋体" w:cs="宋体"/>
          <w:color w:val="000000"/>
        </w:rPr>
        <w:t>，</w:t>
      </w:r>
      <w:r>
        <w:pict>
          <v:shape id="_x0000_i718467" o:spt="75" alt="学科网(www.zxxk.com)--教育资源门户，提供试卷、教案、课件、论文、素材以及各类教学资源下载，还有大量而丰富的教学相关资讯！" type="#_x0000_t75" style="height:19.8pt;width:34.8pt;" o:ole="t" filled="f" o:preferrelative="t" stroked="f" coordsize="21600,21600">
            <v:path/>
            <v:fill on="f" focussize="0,0"/>
            <v:stroke on="f" joinstyle="miter"/>
            <v:imagedata r:id="rId3506" o:title="eqId98b01af54049b27ca6e8159518b7b18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18468" o:spt="75" alt="学科网(www.zxxk.com)--教育资源门户，提供试卷、教案、课件、论文、素材以及各类教学资源下载，还有大量而丰富的教学相关资讯！" type="#_x0000_t75" style="height:31.15pt;width:120pt;" o:ole="t" filled="f" o:preferrelative="t" stroked="f" coordsize="21600,21600">
            <v:path/>
            <v:fill on="f" focussize="0,0"/>
            <v:stroke on="f" joinstyle="miter"/>
            <v:imagedata r:id="rId3507" o:title="eqIda16b34b6a15e3a6cf40c843f367f6c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对于新运算</w:t>
      </w:r>
      <w:r>
        <w:rPr>
          <w:rFonts w:ascii="Times New Roman" w:hAnsi="Times New Roman" w:eastAsia="Times New Roman" w:cs="Times New Roman"/>
          <w:color w:val="000000"/>
        </w:rPr>
        <w:t>1</w:t>
      </w:r>
      <w:r>
        <w:rPr>
          <w:rFonts w:ascii="宋体" w:hAnsi="宋体" w:eastAsia="宋体" w:cs="宋体"/>
          <w:color w:val="000000"/>
        </w:rPr>
        <w:t>，若</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只能取</w:t>
      </w:r>
      <w:r>
        <w:rPr>
          <w:rFonts w:ascii="Times New Roman" w:hAnsi="Times New Roman" w:eastAsia="Times New Roman" w:cs="Times New Roman"/>
          <w:color w:val="000000"/>
        </w:rPr>
        <w:t>0</w:t>
      </w:r>
      <w:r>
        <w:rPr>
          <w:rFonts w:ascii="宋体" w:hAnsi="宋体" w:eastAsia="宋体" w:cs="宋体"/>
          <w:color w:val="000000"/>
        </w:rPr>
        <w:t>或</w:t>
      </w:r>
      <w:r>
        <w:rPr>
          <w:rFonts w:ascii="Times New Roman" w:hAnsi="Times New Roman" w:eastAsia="Times New Roman" w:cs="Times New Roman"/>
          <w:color w:val="000000"/>
        </w:rPr>
        <w:t>1</w:t>
      </w:r>
      <w:r>
        <w:rPr>
          <w:rFonts w:ascii="宋体" w:hAnsi="宋体" w:eastAsia="宋体" w:cs="宋体"/>
          <w:color w:val="000000"/>
        </w:rPr>
        <w:t>，则</w:t>
      </w:r>
      <w:r>
        <w:rPr>
          <w:rFonts w:ascii="Times New Roman" w:hAnsi="Times New Roman" w:eastAsia="Times New Roman" w:cs="Times New Roman"/>
          <w:i/>
          <w:color w:val="000000"/>
        </w:rPr>
        <w:t>x</w:t>
      </w:r>
      <w:r>
        <w:rPr>
          <w:rFonts w:ascii="宋体" w:hAnsi="宋体" w:eastAsia="宋体" w:cs="宋体"/>
          <w:color w:val="000000"/>
        </w:rPr>
        <w:t>和</w:t>
      </w:r>
      <w:r>
        <w:rPr>
          <w:rFonts w:ascii="Times New Roman" w:hAnsi="Times New Roman" w:eastAsia="Times New Roman" w:cs="Times New Roman"/>
          <w:i/>
          <w:color w:val="000000"/>
        </w:rPr>
        <w:t>y</w:t>
      </w:r>
      <w:r>
        <w:rPr>
          <w:rFonts w:ascii="宋体" w:hAnsi="宋体" w:eastAsia="宋体" w:cs="宋体"/>
          <w:color w:val="000000"/>
        </w:rPr>
        <w:t>的组合有</w:t>
      </w:r>
      <w:r>
        <w:rPr>
          <w:rFonts w:ascii="Times New Roman" w:hAnsi="Times New Roman" w:eastAsia="Times New Roman" w:cs="Times New Roman"/>
          <w:color w:val="000000"/>
        </w:rPr>
        <w:t>4</w:t>
      </w:r>
      <w:r>
        <w:rPr>
          <w:rFonts w:ascii="宋体" w:hAnsi="宋体" w:eastAsia="宋体" w:cs="宋体"/>
          <w:color w:val="000000"/>
        </w:rPr>
        <w:t>种，分别计算如下：</w:t>
      </w:r>
    </w:p>
    <w:p>
      <w:pPr>
        <w:spacing w:line="360" w:lineRule="auto"/>
        <w:jc w:val="left"/>
        <w:textAlignment w:val="center"/>
        <w:rPr>
          <w:color w:val="000000"/>
        </w:rPr>
      </w:pPr>
      <w:r>
        <w:pict>
          <v:shape id="_x0000_i718469" o:spt="75" alt="学科网(www.zxxk.com)--教育资源门户，提供试卷、教案、课件、论文、素材以及各类教学资源下载，还有大量而丰富的教学相关资讯！" type="#_x0000_t75" style="height:19.9pt;width:115.15pt;" o:ole="t" filled="f" o:preferrelative="t" stroked="f" coordsize="21600,21600">
            <v:path/>
            <v:fill on="f" focussize="0,0"/>
            <v:stroke on="f" joinstyle="miter"/>
            <v:imagedata r:id="rId3508" o:title="eqIda7e26f80a1b566244273e1edce0c3248"/>
            <o:lock v:ext="edit" aspectratio="t"/>
            <w10:wrap type="none"/>
            <w10:anchorlock/>
          </v:shape>
        </w:pict>
      </w:r>
      <w:r>
        <w:rPr>
          <w:rFonts w:ascii="宋体" w:hAnsi="宋体" w:eastAsia="宋体" w:cs="宋体"/>
          <w:color w:val="000000"/>
        </w:rPr>
        <w:t>，</w:t>
      </w:r>
      <w:r>
        <w:pict>
          <v:shape id="_x0000_i718470" o:spt="75" alt="学科网(www.zxxk.com)--教育资源门户，提供试卷、教案、课件、论文、素材以及各类教学资源下载，还有大量而丰富的教学相关资讯！" type="#_x0000_t75" style="height:19.9pt;width:109.15pt;" o:ole="t" filled="f" o:preferrelative="t" stroked="f" coordsize="21600,21600">
            <v:path/>
            <v:fill on="f" focussize="0,0"/>
            <v:stroke on="f" joinstyle="miter"/>
            <v:imagedata r:id="rId3509" o:title="eqId77ac6ac288b8c98463cf5a51877addcd"/>
            <o:lock v:ext="edit" aspectratio="t"/>
            <w10:wrap type="none"/>
            <w10:anchorlock/>
          </v:shape>
        </w:pict>
      </w:r>
      <w:r>
        <w:rPr>
          <w:rFonts w:ascii="宋体" w:hAnsi="宋体" w:eastAsia="宋体" w:cs="宋体"/>
          <w:color w:val="000000"/>
        </w:rPr>
        <w:t>，</w:t>
      </w:r>
      <w:r>
        <w:pict>
          <v:shape id="_x0000_i718471" o:spt="75" alt="学科网(www.zxxk.com)--教育资源门户，提供试卷、教案、课件、论文、素材以及各类教学资源下载，还有大量而丰富的教学相关资讯！" type="#_x0000_t75" style="height:19.9pt;width:121.9pt;" o:ole="t" filled="f" o:preferrelative="t" stroked="f" coordsize="21600,21600">
            <v:path/>
            <v:fill on="f" focussize="0,0"/>
            <v:stroke on="f" joinstyle="miter"/>
            <v:imagedata r:id="rId3510" o:title="eqId230d8e92e656643f7116a44391b56cd6"/>
            <o:lock v:ext="edit" aspectratio="t"/>
            <w10:wrap type="none"/>
            <w10:anchorlock/>
          </v:shape>
        </w:pict>
      </w:r>
      <w:r>
        <w:rPr>
          <w:rFonts w:ascii="宋体" w:hAnsi="宋体" w:eastAsia="宋体" w:cs="宋体"/>
          <w:color w:val="000000"/>
        </w:rPr>
        <w:t>，</w:t>
      </w:r>
      <w:r>
        <w:pict>
          <v:shape id="_x0000_i718472" o:spt="75" alt="学科网(www.zxxk.com)--教育资源门户，提供试卷、教案、课件、论文、素材以及各类教学资源下载，还有大量而丰富的教学相关资讯！" type="#_x0000_t75" style="height:19.9pt;width:115.15pt;" o:ole="t" filled="f" o:preferrelative="t" stroked="f" coordsize="21600,21600">
            <v:path/>
            <v:fill on="f" focussize="0,0"/>
            <v:stroke on="f" joinstyle="miter"/>
            <v:imagedata r:id="rId3511" o:title="eqId078220bec1523d8d2eabc6ad089cd02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473" o:spt="75" alt="学科网(www.zxxk.com)--教育资源门户，提供试卷、教案、课件、论文、素材以及各类教学资源下载，还有大量而丰富的教学相关资讯！" type="#_x0000_t75" style="height:13.5pt;width:57pt;" o:ole="t" filled="f" o:preferrelative="t" stroked="f" coordsize="21600,21600">
            <v:path/>
            <v:fill on="f" focussize="0,0"/>
            <v:stroke on="f" joinstyle="miter"/>
            <v:imagedata r:id="rId3512" o:title="eqId8b6cac9f69999485662eb40dc01a8b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474"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513" o:title="eqId3d1b2d15fa730a7afad94086aa00121f"/>
            <o:lock v:ext="edit" aspectratio="t"/>
            <w10:wrap type="none"/>
            <w10:anchorlock/>
          </v:shape>
        </w:pict>
      </w:r>
      <w:r>
        <w:rPr>
          <w:rFonts w:ascii="宋体" w:hAnsi="宋体" w:eastAsia="宋体" w:cs="宋体"/>
          <w:color w:val="000000"/>
        </w:rPr>
        <w:t>的计算式中有</w:t>
      </w:r>
      <w:r>
        <w:rPr>
          <w:rFonts w:ascii="Times New Roman" w:hAnsi="Times New Roman" w:eastAsia="Times New Roman" w:cs="Times New Roman"/>
          <w:color w:val="000000"/>
        </w:rPr>
        <w:t>4</w:t>
      </w:r>
      <w:r>
        <w:rPr>
          <w:rFonts w:ascii="宋体" w:hAnsi="宋体" w:eastAsia="宋体" w:cs="宋体"/>
          <w:color w:val="000000"/>
        </w:rPr>
        <w:t>组新运算</w:t>
      </w:r>
      <w:r>
        <w:rPr>
          <w:rFonts w:ascii="Times New Roman" w:hAnsi="Times New Roman" w:eastAsia="Times New Roman" w:cs="Times New Roman"/>
          <w:color w:val="000000"/>
        </w:rPr>
        <w:t>1</w:t>
      </w:r>
      <w:r>
        <w:rPr>
          <w:rFonts w:ascii="宋体" w:hAnsi="宋体" w:eastAsia="宋体" w:cs="宋体"/>
          <w:color w:val="000000"/>
        </w:rPr>
        <w:t>，其中有</w:t>
      </w:r>
      <w:r>
        <w:rPr>
          <w:rFonts w:ascii="Times New Roman" w:hAnsi="Times New Roman" w:eastAsia="Times New Roman" w:cs="Times New Roman"/>
          <w:color w:val="000000"/>
        </w:rPr>
        <w:t>2</w:t>
      </w:r>
      <w:r>
        <w:rPr>
          <w:rFonts w:ascii="宋体" w:hAnsi="宋体" w:eastAsia="宋体" w:cs="宋体"/>
          <w:color w:val="000000"/>
        </w:rPr>
        <w:t>组为</w:t>
      </w:r>
      <w:r>
        <w:rPr>
          <w:rFonts w:ascii="Times New Roman" w:hAnsi="Times New Roman" w:eastAsia="Times New Roman" w:cs="Times New Roman"/>
          <w:color w:val="000000"/>
        </w:rPr>
        <w:t>1*1</w:t>
      </w:r>
      <w:r>
        <w:rPr>
          <w:rFonts w:ascii="宋体" w:hAnsi="宋体" w:eastAsia="宋体" w:cs="宋体"/>
          <w:color w:val="000000"/>
        </w:rPr>
        <w:t>，另外</w:t>
      </w:r>
      <w:r>
        <w:rPr>
          <w:rFonts w:ascii="Times New Roman" w:hAnsi="Times New Roman" w:eastAsia="Times New Roman" w:cs="Times New Roman"/>
          <w:color w:val="000000"/>
        </w:rPr>
        <w:t>2</w:t>
      </w:r>
      <w:r>
        <w:rPr>
          <w:rFonts w:ascii="宋体" w:hAnsi="宋体" w:eastAsia="宋体" w:cs="宋体"/>
          <w:color w:val="000000"/>
        </w:rPr>
        <w:t>组是其他三种组合中的任意一种；</w:t>
      </w:r>
    </w:p>
    <w:p>
      <w:pPr>
        <w:spacing w:line="360" w:lineRule="auto"/>
        <w:jc w:val="left"/>
        <w:textAlignment w:val="center"/>
        <w:rPr>
          <w:color w:val="000000"/>
        </w:rPr>
      </w:pPr>
      <w:r>
        <w:rPr>
          <w:rFonts w:ascii="宋体" w:hAnsi="宋体" w:eastAsia="宋体" w:cs="宋体"/>
          <w:color w:val="000000"/>
        </w:rPr>
        <w:t>因此，满足条件的</w:t>
      </w:r>
      <w:r>
        <w:rPr>
          <w:rFonts w:ascii="Times New Roman" w:hAnsi="Times New Roman" w:eastAsia="Times New Roman" w:cs="Times New Roman"/>
          <w:color w:val="000000"/>
        </w:rPr>
        <w:t>4</w:t>
      </w:r>
      <w:r>
        <w:rPr>
          <w:rFonts w:ascii="宋体" w:hAnsi="宋体" w:eastAsia="宋体" w:cs="宋体"/>
          <w:color w:val="000000"/>
        </w:rPr>
        <w:t>元完美数组</w:t>
      </w:r>
      <w:r>
        <w:rPr>
          <w:rFonts w:ascii="Times New Roman" w:hAnsi="Times New Roman" w:eastAsia="Times New Roman" w:cs="Times New Roman"/>
          <w:i/>
          <w:color w:val="000000"/>
        </w:rPr>
        <w:t>N</w:t>
      </w:r>
      <w:r>
        <w:rPr>
          <w:rFonts w:ascii="宋体" w:hAnsi="宋体" w:eastAsia="宋体" w:cs="宋体"/>
          <w:color w:val="000000"/>
        </w:rPr>
        <w:t>，有以下</w:t>
      </w:r>
      <w:r>
        <w:rPr>
          <w:rFonts w:ascii="Times New Roman" w:hAnsi="Times New Roman" w:eastAsia="Times New Roman" w:cs="Times New Roman"/>
          <w:color w:val="000000"/>
        </w:rPr>
        <w:t>6</w:t>
      </w:r>
      <w:r>
        <w:rPr>
          <w:rFonts w:ascii="宋体" w:hAnsi="宋体" w:eastAsia="宋体" w:cs="宋体"/>
          <w:color w:val="000000"/>
        </w:rPr>
        <w:t>种情况：</w:t>
      </w:r>
      <w:r>
        <w:pict>
          <v:shape id="_x0000_i718475" o:spt="75" alt="学科网(www.zxxk.com)--教育资源门户，提供试卷、教案、课件、论文、素材以及各类教学资源下载，还有大量而丰富的教学相关资讯！" type="#_x0000_t75" style="height:19.9pt;width:40.15pt;" o:ole="t" filled="f" o:preferrelative="t" stroked="f" coordsize="21600,21600">
            <v:path/>
            <v:fill on="f" focussize="0,0"/>
            <v:stroke on="f" joinstyle="miter"/>
            <v:imagedata r:id="rId3514" o:title="eqId59070496f4000bdbe0b11b0edc5fc7c1"/>
            <o:lock v:ext="edit" aspectratio="t"/>
            <w10:wrap type="none"/>
            <w10:anchorlock/>
          </v:shape>
        </w:pict>
      </w:r>
      <w:r>
        <w:rPr>
          <w:rFonts w:ascii="宋体" w:hAnsi="宋体" w:eastAsia="宋体" w:cs="宋体"/>
          <w:color w:val="000000"/>
        </w:rPr>
        <w:t>，</w:t>
      </w:r>
      <w:r>
        <w:pict>
          <v:shape id="_x0000_i718476" o:spt="75" alt="学科网(www.zxxk.com)--教育资源门户，提供试卷、教案、课件、论文、素材以及各类教学资源下载，还有大量而丰富的教学相关资讯！" type="#_x0000_t75" style="height:19.9pt;width:37.9pt;" o:ole="t" filled="f" o:preferrelative="t" stroked="f" coordsize="21600,21600">
            <v:path/>
            <v:fill on="f" focussize="0,0"/>
            <v:stroke on="f" joinstyle="miter"/>
            <v:imagedata r:id="rId3515" o:title="eqIdc0b1fdd8b88b64d039935db352339318"/>
            <o:lock v:ext="edit" aspectratio="t"/>
            <w10:wrap type="none"/>
            <w10:anchorlock/>
          </v:shape>
        </w:pict>
      </w:r>
      <w:r>
        <w:rPr>
          <w:rFonts w:ascii="宋体" w:hAnsi="宋体" w:eastAsia="宋体" w:cs="宋体"/>
          <w:color w:val="000000"/>
        </w:rPr>
        <w:t>，</w:t>
      </w:r>
      <w:r>
        <w:pict>
          <v:shape id="_x0000_i718477" o:spt="75" alt="学科网(www.zxxk.com)--教育资源门户，提供试卷、教案、课件、论文、素材以及各类教学资源下载，还有大量而丰富的教学相关资讯！" type="#_x0000_t75" style="height:19.9pt;width:40.15pt;" o:ole="t" filled="f" o:preferrelative="t" stroked="f" coordsize="21600,21600">
            <v:path/>
            <v:fill on="f" focussize="0,0"/>
            <v:stroke on="f" joinstyle="miter"/>
            <v:imagedata r:id="rId3516" o:title="eqId937f4dcb074065422f78cf276bdc1a26"/>
            <o:lock v:ext="edit" aspectratio="t"/>
            <w10:wrap type="none"/>
            <w10:anchorlock/>
          </v:shape>
        </w:pict>
      </w:r>
      <w:r>
        <w:rPr>
          <w:rFonts w:ascii="宋体" w:hAnsi="宋体" w:eastAsia="宋体" w:cs="宋体"/>
          <w:color w:val="000000"/>
        </w:rPr>
        <w:t>，</w:t>
      </w:r>
      <w:r>
        <w:pict>
          <v:shape id="_x0000_i718478" o:spt="75" alt="学科网(www.zxxk.com)--教育资源门户，提供试卷、教案、课件、论文、素材以及各类教学资源下载，还有大量而丰富的教学相关资讯！" type="#_x0000_t75" style="height:15pt;width:28.9pt;" o:ole="t" filled="f" o:preferrelative="t" stroked="f" coordsize="21600,21600">
            <v:path/>
            <v:fill on="f" focussize="0,0"/>
            <v:stroke on="f" joinstyle="miter"/>
            <v:imagedata r:id="rId3517" o:title="eqIdfc307f73fbe234e26838263e6d25fe7b"/>
            <o:lock v:ext="edit" aspectratio="t"/>
            <w10:wrap type="none"/>
            <w10:anchorlock/>
          </v:shape>
        </w:pict>
      </w:r>
      <w:r>
        <w:rPr>
          <w:rFonts w:ascii="宋体" w:hAnsi="宋体" w:eastAsia="宋体" w:cs="宋体"/>
          <w:color w:val="000000"/>
        </w:rPr>
        <w:t>，</w:t>
      </w:r>
      <w:r>
        <w:pict>
          <v:shape id="_x0000_i718479"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3518" o:title="eqId6a6e456dd88b79a367e8500b15fb25a9"/>
            <o:lock v:ext="edit" aspectratio="t"/>
            <w10:wrap type="none"/>
            <w10:anchorlock/>
          </v:shape>
        </w:pict>
      </w:r>
      <w:r>
        <w:rPr>
          <w:rFonts w:ascii="宋体" w:hAnsi="宋体" w:eastAsia="宋体" w:cs="宋体"/>
          <w:color w:val="000000"/>
        </w:rPr>
        <w:t>，</w:t>
      </w:r>
      <w:r>
        <w:pict>
          <v:shape id="_x0000_i718480" o:spt="75" alt="学科网(www.zxxk.com)--教育资源门户，提供试卷、教案、课件、论文、素材以及各类教学资源下载，还有大量而丰富的教学相关资讯！" type="#_x0000_t75" style="height:19.9pt;width:37.9pt;" o:ole="t" filled="f" o:preferrelative="t" stroked="f" coordsize="21600,21600">
            <v:path/>
            <v:fill on="f" focussize="0,0"/>
            <v:stroke on="f" joinstyle="miter"/>
            <v:imagedata r:id="rId3519" o:title="eqId2d91938b5191393d05fff2fea7f4ba4f"/>
            <o:lock v:ext="edit" aspectratio="t"/>
            <w10:wrap type="none"/>
            <w10:anchorlock/>
          </v:shape>
        </w:pict>
      </w:r>
      <w:r>
        <w:rPr>
          <w:rFonts w:ascii="宋体" w:hAnsi="宋体" w:eastAsia="宋体" w:cs="宋体"/>
          <w:color w:val="000000"/>
        </w:rPr>
        <w:t>．</w:t>
      </w:r>
    </w:p>
    <w:p>
      <w:pPr>
        <w:pStyle w:val="Heading2"/>
      </w:pPr>
      <w:r>
        <w:t>通州区</w:t>
      </w:r>
    </w:p>
    <w:p>
      <w:pPr>
        <w:spacing w:line="360" w:lineRule="auto"/>
        <w:jc w:val="left"/>
        <w:textAlignment w:val="center"/>
        <w:rPr>
          <w:color w:val="000000"/>
        </w:rPr>
      </w:pPr>
      <w:r>
        <w:rPr>
          <w:color w:val="000000"/>
        </w:rPr>
        <w:t xml:space="preserve">27. </w:t>
      </w:r>
      <w:r>
        <w:rPr>
          <w:rFonts w:ascii="宋体" w:hAnsi="宋体" w:eastAsia="宋体" w:cs="宋体"/>
          <w:color w:val="000000"/>
        </w:rPr>
        <w:t>在学习绝对值后，我们知道，</w:t>
      </w:r>
      <w:r>
        <w:pict>
          <v:shape id="_x0000_i718481"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3520" o:title="eqId2f8d40e257f9c446b8e30fa841b74bbd"/>
            <o:lock v:ext="edit" aspectratio="t"/>
            <w10:wrap type="none"/>
            <w10:anchorlock/>
          </v:shape>
        </w:pict>
      </w:r>
      <w:r>
        <w:rPr>
          <w:rFonts w:ascii="宋体" w:hAnsi="宋体" w:eastAsia="宋体" w:cs="宋体"/>
          <w:color w:val="000000"/>
        </w:rPr>
        <w:t>表示数</w:t>
      </w:r>
      <w:r>
        <w:rPr>
          <w:rFonts w:ascii="Times New Roman" w:hAnsi="Times New Roman" w:eastAsia="Times New Roman" w:cs="Times New Roman"/>
          <w:i/>
          <w:color w:val="000000"/>
        </w:rPr>
        <w:t>a</w:t>
      </w:r>
      <w:r>
        <w:rPr>
          <w:rFonts w:ascii="宋体" w:hAnsi="宋体" w:eastAsia="宋体" w:cs="宋体"/>
          <w:color w:val="000000"/>
        </w:rPr>
        <w:t>在数轴上的对应点到原点的距离．如：</w:t>
      </w:r>
      <w:r>
        <w:pict>
          <v:shape id="_x0000_i718482" o:spt="75" alt="学科网(www.zxxk.com)--教育资源门户，提供试卷、教案、课件、论文、素材以及各类教学资源下载，还有大量而丰富的教学相关资讯！" type="#_x0000_t75" style="height:20.25pt;width:12.75pt;" o:ole="t" filled="f" o:preferrelative="t" stroked="f" coordsize="21600,21600">
            <v:path/>
            <v:fill on="f" focussize="0,0"/>
            <v:stroke on="f" joinstyle="miter"/>
            <v:imagedata r:id="rId3521" o:title="eqId70686e860c2c1f61928cd70546e16ebb"/>
            <o:lock v:ext="edit" aspectratio="t"/>
            <w10:wrap type="none"/>
            <w10:anchorlock/>
          </v:shape>
        </w:pict>
      </w:r>
      <w:r>
        <w:rPr>
          <w:rFonts w:ascii="宋体" w:hAnsi="宋体" w:eastAsia="宋体" w:cs="宋体"/>
          <w:color w:val="000000"/>
        </w:rPr>
        <w:t>表示数</w:t>
      </w:r>
      <w:r>
        <w:rPr>
          <w:rFonts w:ascii="Times New Roman" w:hAnsi="Times New Roman" w:eastAsia="Times New Roman" w:cs="Times New Roman"/>
          <w:color w:val="000000"/>
        </w:rPr>
        <w:t>5</w:t>
      </w:r>
      <w:r>
        <w:rPr>
          <w:rFonts w:ascii="宋体" w:hAnsi="宋体" w:eastAsia="宋体" w:cs="宋体"/>
          <w:color w:val="000000"/>
        </w:rPr>
        <w:t>在数轴上的对应点到原点的距离．而</w:t>
      </w:r>
      <w:r>
        <w:pict>
          <v:shape id="_x0000_i718483" o:spt="75" alt="学科网(www.zxxk.com)--教育资源门户，提供试卷、教案、课件、论文、素材以及各类教学资源下载，还有大量而丰富的教学相关资讯！" type="#_x0000_t75" style="height:17.25pt;width:46.5pt;" o:ole="t" filled="f" o:preferrelative="t" stroked="f" coordsize="21600,21600">
            <v:path/>
            <v:fill on="f" focussize="0,0"/>
            <v:stroke on="f" joinstyle="miter"/>
            <v:imagedata r:id="rId3522" o:title="eqIdd0315d3fcfb4ed1456aac46293f0b115"/>
            <o:lock v:ext="edit" aspectratio="t"/>
            <w10:wrap type="none"/>
            <w10:anchorlock/>
          </v:shape>
        </w:pict>
      </w:r>
      <w:r>
        <w:rPr>
          <w:rFonts w:ascii="宋体" w:hAnsi="宋体" w:eastAsia="宋体" w:cs="宋体"/>
          <w:color w:val="000000"/>
        </w:rPr>
        <w:t>，即</w:t>
      </w:r>
      <w:r>
        <w:pict>
          <v:shape id="_x0000_i718484"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3523" o:title="eqIde1b92569cdcea46fcfe33b2308fb08a9"/>
            <o:lock v:ext="edit" aspectratio="t"/>
            <w10:wrap type="none"/>
            <w10:anchorlock/>
          </v:shape>
        </w:pict>
      </w:r>
      <w:r>
        <w:rPr>
          <w:rFonts w:ascii="宋体" w:hAnsi="宋体" w:eastAsia="宋体" w:cs="宋体"/>
          <w:color w:val="000000"/>
        </w:rPr>
        <w:t>也可理解为</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两数在数轴上对应的两点之间的距离．类似的．</w:t>
      </w:r>
      <w:r>
        <w:pict>
          <v:shape id="_x0000_i718485" o:spt="75" alt="学科网(www.zxxk.com)--教育资源门户，提供试卷、教案、课件、论文、素材以及各类教学资源下载，还有大量而丰富的教学相关资讯！" type="#_x0000_t75" style="height:17.25pt;width:27pt;" o:ole="t" filled="f" o:preferrelative="t" stroked="f" coordsize="21600,21600">
            <v:path/>
            <v:fill on="f" focussize="0,0"/>
            <v:stroke on="f" joinstyle="miter"/>
            <v:imagedata r:id="rId3524" o:title="eqId3d56a81560a26fb54ac926e4b0c1a893"/>
            <o:lock v:ext="edit" aspectratio="t"/>
            <w10:wrap type="none"/>
            <w10:anchorlock/>
          </v:shape>
        </w:pict>
      </w:r>
      <w:r>
        <w:rPr>
          <w:rFonts w:ascii="宋体" w:hAnsi="宋体" w:eastAsia="宋体" w:cs="宋体"/>
          <w:color w:val="000000"/>
        </w:rPr>
        <w:t>表示</w:t>
      </w:r>
      <w:r>
        <w:rPr>
          <w:rFonts w:ascii="Times New Roman" w:hAnsi="Times New Roman" w:eastAsia="Times New Roman" w:cs="Times New Roman"/>
          <w:color w:val="000000"/>
        </w:rPr>
        <w:t>5</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之差的绝对值，也可理解为</w:t>
      </w:r>
      <w:r>
        <w:rPr>
          <w:rFonts w:ascii="Times New Roman" w:hAnsi="Times New Roman" w:eastAsia="Times New Roman" w:cs="Times New Roman"/>
          <w:color w:val="000000"/>
        </w:rPr>
        <w:t>5</w:t>
      </w:r>
      <w:r>
        <w:rPr>
          <w:rFonts w:ascii="宋体" w:hAnsi="宋体" w:eastAsia="宋体" w:cs="宋体"/>
          <w:color w:val="000000"/>
        </w:rPr>
        <w:t>与</w:t>
      </w:r>
      <w:r>
        <w:rPr>
          <w:rFonts w:ascii="Times New Roman" w:hAnsi="Times New Roman" w:eastAsia="Times New Roman" w:cs="Times New Roman"/>
          <w:color w:val="000000"/>
        </w:rPr>
        <w:t>3</w:t>
      </w:r>
      <w:r>
        <w:rPr>
          <w:rFonts w:ascii="宋体" w:hAnsi="宋体" w:eastAsia="宋体" w:cs="宋体"/>
          <w:color w:val="000000"/>
        </w:rPr>
        <w:t>两数在数轴上所对应的两点之间的距离．如</w:t>
      </w:r>
      <w:r>
        <w:pict>
          <v:shape id="_x0000_i718486"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3525" o:title="eqIdec2b0af17241d77dc875ce0ad97ef7a9"/>
            <o:lock v:ext="edit" aspectratio="t"/>
            <w10:wrap type="none"/>
            <w10:anchorlock/>
          </v:shape>
        </w:pict>
      </w:r>
      <w:r>
        <w:rPr>
          <w:rFonts w:ascii="宋体" w:hAnsi="宋体" w:eastAsia="宋体" w:cs="宋体"/>
          <w:color w:val="000000"/>
        </w:rPr>
        <w:t>的几何意义是数轴上表示有理数</w:t>
      </w:r>
      <w:r>
        <w:rPr>
          <w:rFonts w:ascii="Times New Roman" w:hAnsi="Times New Roman" w:eastAsia="Times New Roman" w:cs="Times New Roman"/>
          <w:color w:val="000000"/>
        </w:rPr>
        <w:t>3</w:t>
      </w:r>
      <w:r>
        <w:rPr>
          <w:rFonts w:ascii="宋体" w:hAnsi="宋体" w:eastAsia="宋体" w:cs="宋体"/>
          <w:color w:val="000000"/>
        </w:rPr>
        <w:t>的点与表示数</w:t>
      </w:r>
      <w:r>
        <w:rPr>
          <w:rFonts w:ascii="Times New Roman" w:hAnsi="Times New Roman" w:eastAsia="Times New Roman" w:cs="Times New Roman"/>
          <w:i/>
          <w:color w:val="000000"/>
        </w:rPr>
        <w:t>x</w:t>
      </w:r>
      <w:r>
        <w:rPr>
          <w:rFonts w:ascii="宋体" w:hAnsi="宋体" w:eastAsia="宋体" w:cs="宋体"/>
          <w:color w:val="000000"/>
        </w:rPr>
        <w:t>的点之间的距离，一般地，点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在数轴上分别表示数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，那么</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之间的距离可表示为</w:t>
      </w:r>
      <w:r>
        <w:pict>
          <v:shape id="_x0000_i718487" o:spt="75" alt="学科网(www.zxxk.com)--教育资源门户，提供试卷、教案、课件、论文、素材以及各类教学资源下载，还有大量而丰富的教学相关资讯！" type="#_x0000_t75" style="height:20.25pt;width:30pt;" o:ole="t" filled="f" o:preferrelative="t" stroked="f" coordsize="21600,21600">
            <v:path/>
            <v:fill on="f" focussize="0,0"/>
            <v:stroke on="f" joinstyle="miter"/>
            <v:imagedata r:id="rId3526" o:title="eqIda13880b9454c5942f164d934b18347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请根据绝对值的意义并结合数轴解答下列问题：</w:t>
      </w:r>
    </w:p>
    <w:p>
      <w:pPr>
        <w:spacing w:line="360" w:lineRule="auto"/>
        <w:jc w:val="left"/>
        <w:textAlignment w:val="center"/>
        <w:rPr>
          <w:color w:val="000000"/>
        </w:rPr>
      </w:pPr>
      <w:r>
        <w:rPr>
          <w:color w:val="000000"/>
        </w:rPr>
        <w:drawing>
          <wp:inline distT="0" distB="0" distL="114300" distR="114300">
            <wp:extent cx="4924425" cy="238125"/>
            <wp:effectExtent l="0" t="0" r="0" b="0"/>
            <wp:docPr id="3779"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 name="图片 100013" descr="学科网(www.zxxk.com)--教育资源门户，提供试卷、教案、课件、论文、素材以及各类教学资源下载，还有大量而丰富的教学相关资讯！"/>
                    <pic:cNvPicPr>
                      <a:picLocks noChangeAspect="1"/>
                    </pic:cNvPicPr>
                  </pic:nvPicPr>
                  <pic:blipFill>
                    <a:blip r:embed="rId3527"/>
                    <a:stretch>
                      <a:fillRect/>
                    </a:stretch>
                  </pic:blipFill>
                  <pic:spPr>
                    <a:xfrm>
                      <a:off x="0" y="0"/>
                      <a:ext cx="4924425" cy="238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数轴上表示数</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的两点之间的距离是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pict>
          <v:shape id="_x0000_i718488" o:spt="75" alt="学科网(www.zxxk.com)--教育资源门户，提供试卷、教案、课件、论文、素材以及各类教学资源下载，还有大量而丰富的教学相关资讯！" type="#_x0000_t75" style="height:33.85pt;width:32.25pt;" o:ole="t" filled="f" o:preferrelative="t" stroked="f" coordsize="21600,21600">
            <v:path/>
            <v:fill on="f" focussize="0,0"/>
            <v:stroke on="f" joinstyle="miter"/>
            <v:imagedata r:id="rId3528" o:title="eqIdd354f07cad1991a8fa20c590e4a48d9c"/>
            <o:lock v:ext="edit" aspectratio="t"/>
            <w10:wrap type="none"/>
            <w10:anchorlock/>
          </v:shape>
        </w:pict>
      </w:r>
      <w:r>
        <w:rPr>
          <w:rFonts w:ascii="宋体" w:hAnsi="宋体" w:eastAsia="宋体" w:cs="宋体"/>
          <w:color w:val="000000"/>
        </w:rPr>
        <w:t>的几何意义是数轴上表示有理数</w:t>
      </w:r>
      <w:r>
        <w:rPr>
          <w:rFonts w:ascii="Times New Roman" w:hAnsi="Times New Roman" w:eastAsia="Times New Roman" w:cs="Times New Roman"/>
          <w:color w:val="000000"/>
          <w:u w:val="single"/>
        </w:rPr>
        <w:t xml:space="preserve">        </w:t>
      </w:r>
      <w:r>
        <w:rPr>
          <w:rFonts w:ascii="宋体" w:hAnsi="宋体" w:eastAsia="宋体" w:cs="宋体"/>
          <w:color w:val="000000"/>
        </w:rPr>
        <w:t>的点与表示数</w:t>
      </w:r>
      <w:r>
        <w:rPr>
          <w:rFonts w:ascii="Times New Roman" w:hAnsi="Times New Roman" w:eastAsia="Times New Roman" w:cs="Times New Roman"/>
          <w:i/>
          <w:color w:val="000000"/>
        </w:rPr>
        <w:t>x</w:t>
      </w:r>
      <w:r>
        <w:rPr>
          <w:rFonts w:ascii="宋体" w:hAnsi="宋体" w:eastAsia="宋体" w:cs="宋体"/>
          <w:color w:val="000000"/>
        </w:rPr>
        <w:t>的点之间的距离；</w:t>
      </w:r>
    </w:p>
    <w:p>
      <w:pPr>
        <w:spacing w:line="360" w:lineRule="auto"/>
        <w:jc w:val="left"/>
        <w:textAlignment w:val="center"/>
        <w:rPr>
          <w:color w:val="000000"/>
        </w:rPr>
      </w:pPr>
      <w:r>
        <w:rPr>
          <w:color w:val="000000"/>
        </w:rPr>
        <w:t>（3）</w:t>
      </w:r>
      <w:r>
        <w:rPr>
          <w:rFonts w:ascii="宋体" w:hAnsi="宋体" w:eastAsia="宋体" w:cs="宋体"/>
          <w:color w:val="000000"/>
        </w:rPr>
        <w:t>数轴上点</w:t>
      </w:r>
      <w:r>
        <w:rPr>
          <w:rFonts w:ascii="Times New Roman" w:hAnsi="Times New Roman" w:eastAsia="Times New Roman" w:cs="Times New Roman"/>
          <w:i/>
          <w:color w:val="000000"/>
        </w:rPr>
        <w:t>P</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两点的距离为</w:t>
      </w:r>
      <w:r>
        <w:rPr>
          <w:rFonts w:ascii="Times New Roman" w:hAnsi="Times New Roman" w:eastAsia="Times New Roman" w:cs="Times New Roman"/>
          <w:color w:val="000000"/>
        </w:rPr>
        <w:t>3</w:t>
      </w:r>
      <w:r>
        <w:rPr>
          <w:rFonts w:ascii="宋体" w:hAnsi="宋体" w:eastAsia="宋体" w:cs="宋体"/>
          <w:color w:val="000000"/>
        </w:rPr>
        <w:t>，则点</w:t>
      </w:r>
      <w:r>
        <w:rPr>
          <w:rFonts w:ascii="Times New Roman" w:hAnsi="Times New Roman" w:eastAsia="Times New Roman" w:cs="Times New Roman"/>
          <w:i/>
          <w:color w:val="000000"/>
        </w:rPr>
        <w:t>Q</w:t>
      </w:r>
      <w:r>
        <w:rPr>
          <w:rFonts w:ascii="宋体" w:hAnsi="宋体" w:eastAsia="宋体" w:cs="宋体"/>
          <w:color w:val="000000"/>
        </w:rPr>
        <w:t>表示的数是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若</w:t>
      </w:r>
      <w:r>
        <w:pict>
          <v:shape id="_x0000_i718489" o:spt="75" alt="学科网(www.zxxk.com)--教育资源门户，提供试卷、教案、课件、论文、素材以及各类教学资源下载，还有大量而丰富的教学相关资讯！" type="#_x0000_t75" style="height:20.05pt;width:87.65pt;" o:ole="t" filled="f" o:preferrelative="t" stroked="f" coordsize="21600,21600">
            <v:path/>
            <v:fill on="f" focussize="0,0"/>
            <v:stroke on="f" joinstyle="miter"/>
            <v:imagedata r:id="rId3529" o:title="eqId22f2804ce4ead3d4937f64239f15dff3"/>
            <o:lock v:ext="edit" aspectratio="t"/>
            <w10:wrap type="none"/>
            <w10:anchorlock/>
          </v:shape>
        </w:pict>
      </w:r>
      <w:r>
        <w:rPr>
          <w:rFonts w:ascii="宋体" w:hAnsi="宋体" w:eastAsia="宋体" w:cs="宋体"/>
          <w:color w:val="000000"/>
        </w:rPr>
        <w:t>．则</w:t>
      </w:r>
      <w:r>
        <w:pict>
          <v:shape id="_x0000_i718490"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3530" o:title="eqIda6c57bbef89a37f1a3808c0ceeac0c22"/>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数轴上有一个点表示数</w:t>
      </w:r>
      <w:r>
        <w:rPr>
          <w:rFonts w:ascii="Times New Roman" w:hAnsi="Times New Roman" w:eastAsia="Times New Roman" w:cs="Times New Roman"/>
          <w:i/>
          <w:color w:val="000000"/>
        </w:rPr>
        <w:t>a</w:t>
      </w:r>
      <w:r>
        <w:rPr>
          <w:rFonts w:ascii="宋体" w:hAnsi="宋体" w:eastAsia="宋体" w:cs="宋体"/>
          <w:color w:val="000000"/>
        </w:rPr>
        <w:t>，则</w:t>
      </w:r>
      <w:r>
        <w:pict>
          <v:shape id="_x0000_i718491" o:spt="75" alt="学科网(www.zxxk.com)--教育资源门户，提供试卷、教案、课件、论文、素材以及各类教学资源下载，还有大量而丰富的教学相关资讯！" type="#_x0000_t75" style="height:20.05pt;width:104.55pt;" o:ole="t" filled="f" o:preferrelative="t" stroked="f" coordsize="21600,21600">
            <v:path/>
            <v:fill on="f" focussize="0,0"/>
            <v:stroke on="f" joinstyle="miter"/>
            <v:imagedata r:id="rId3531" o:title="eqId8be39be021c7a7dff3555e3fb178accb"/>
            <o:lock v:ext="edit" aspectratio="t"/>
            <w10:wrap type="none"/>
            <w10:anchorlock/>
          </v:shape>
        </w:pict>
      </w:r>
      <w:r>
        <w:rPr>
          <w:rFonts w:ascii="宋体" w:hAnsi="宋体" w:eastAsia="宋体" w:cs="宋体"/>
          <w:color w:val="000000"/>
        </w:rPr>
        <w:t>的最小值为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w:t>
      </w:r>
      <w:r>
        <w:rPr>
          <w:color w:val="000000"/>
        </w:rPr>
        <w:t xml:space="preserve">    （2）</w:t>
      </w:r>
      <w:r>
        <w:pict>
          <v:shape id="_x0000_i718492"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3532" o:title="eqId354c3a283b2b21cc8ac33995aac20a5c"/>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8493"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533" o:title="eqIdacbc6a613224461ade69362d46550474"/>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5</w:t>
      </w:r>
      <w:r>
        <w:rPr>
          <w:color w:val="000000"/>
        </w:rPr>
        <w:t xml:space="preserve">    </w:t>
      </w:r>
    </w:p>
    <w:p>
      <w:pPr>
        <w:spacing w:line="360" w:lineRule="auto"/>
        <w:textAlignment w:val="center"/>
        <w:rPr>
          <w:color w:val="000000"/>
        </w:rPr>
      </w:pPr>
      <w:r>
        <w:rPr>
          <w:color w:val="000000"/>
        </w:rPr>
        <w:t>（4）</w:t>
      </w:r>
      <w:r>
        <w:pict>
          <v:shape id="_x0000_i718494"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534" o:title="eqId61128ab996360a038e6e64d82fcba004"/>
            <o:lock v:ext="edit" aspectratio="t"/>
            <w10:wrap type="none"/>
            <w10:anchorlock/>
          </v:shape>
        </w:pict>
      </w:r>
      <w:r>
        <w:rPr>
          <w:rFonts w:ascii="宋体" w:hAnsi="宋体" w:eastAsia="宋体" w:cs="宋体"/>
          <w:color w:val="000000"/>
        </w:rPr>
        <w:t>或</w:t>
      </w:r>
      <w:r>
        <w:pict>
          <v:shape id="_x0000_i718495"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3535" o:title="eqId81fb134b2b48acc99213fff6ccfee65f"/>
            <o:lock v:ext="edit" aspectratio="t"/>
            <w10:wrap type="none"/>
            <w10:anchorlock/>
          </v:shape>
        </w:pict>
      </w:r>
      <w:r>
        <w:rPr>
          <w:color w:val="000000"/>
        </w:rPr>
        <w:t xml:space="preserve">    </w:t>
      </w:r>
    </w:p>
    <w:p>
      <w:pPr>
        <w:spacing w:line="360" w:lineRule="auto"/>
        <w:textAlignment w:val="center"/>
        <w:rPr>
          <w:color w:val="000000"/>
        </w:rPr>
      </w:pPr>
      <w:r>
        <w:rPr>
          <w:color w:val="000000"/>
        </w:rPr>
        <w:t>（5）</w:t>
      </w:r>
      <w:r>
        <w:rPr>
          <w:rFonts w:ascii="Times New Roman" w:hAnsi="Times New Roman" w:eastAsia="Times New Roman" w:cs="Times New Roman"/>
          <w:color w:val="000000"/>
        </w:rPr>
        <w:t>9</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本题主要考查绝对值与数轴的综合应用及整式的加减运算：</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）根据数轴上的两点距离可直接进行求解；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）根据数轴上的两点距离的几何意义可直接进行求解；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rPr>
          <w:rFonts w:ascii="Times New Roman" w:hAnsi="Times New Roman" w:eastAsia="Times New Roman" w:cs="Times New Roman"/>
          <w:i/>
          <w:color w:val="000000"/>
        </w:rPr>
        <w:t>Q</w:t>
      </w:r>
      <w:r>
        <w:rPr>
          <w:rFonts w:ascii="宋体" w:hAnsi="宋体" w:eastAsia="宋体" w:cs="宋体"/>
          <w:color w:val="000000"/>
        </w:rPr>
        <w:t>表示的数为</w:t>
      </w:r>
      <w:r>
        <w:rPr>
          <w:rFonts w:ascii="Times New Roman" w:hAnsi="Times New Roman" w:eastAsia="Times New Roman" w:cs="Times New Roman"/>
          <w:i/>
          <w:color w:val="000000"/>
        </w:rPr>
        <w:t>x</w:t>
      </w:r>
      <w:r>
        <w:rPr>
          <w:rFonts w:ascii="宋体" w:hAnsi="宋体" w:eastAsia="宋体" w:cs="宋体"/>
          <w:color w:val="000000"/>
        </w:rPr>
        <w:t>，然后根据数轴上两点距离可进行求解；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）分两种情形，构建方程求解；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）分四种情形，构建不等式求解．</w:t>
      </w:r>
    </w:p>
    <w:p>
      <w:pPr>
        <w:spacing w:line="360" w:lineRule="auto"/>
        <w:jc w:val="both"/>
        <w:textAlignment w:val="center"/>
        <w:rPr>
          <w:color w:val="000000"/>
        </w:rPr>
      </w:pPr>
      <w:r>
        <w:rPr>
          <w:rFonts w:ascii="宋体" w:hAnsi="宋体" w:eastAsia="宋体" w:cs="宋体"/>
          <w:color w:val="000000"/>
        </w:rPr>
        <w:t>解决此题时，能够熟练掌握绝对值的性质：正数的绝对值是它本身，</w:t>
      </w:r>
      <w:r>
        <w:rPr>
          <w:rFonts w:ascii="Times New Roman" w:hAnsi="Times New Roman" w:eastAsia="Times New Roman" w:cs="Times New Roman"/>
          <w:color w:val="000000"/>
        </w:rPr>
        <w:t>0</w:t>
      </w:r>
      <w:r>
        <w:rPr>
          <w:rFonts w:ascii="宋体" w:hAnsi="宋体" w:eastAsia="宋体" w:cs="宋体"/>
          <w:color w:val="000000"/>
        </w:rPr>
        <w:t>的绝对值是</w:t>
      </w:r>
      <w:r>
        <w:rPr>
          <w:rFonts w:ascii="Times New Roman" w:hAnsi="Times New Roman" w:eastAsia="Times New Roman" w:cs="Times New Roman"/>
          <w:color w:val="000000"/>
        </w:rPr>
        <w:t>0</w:t>
      </w:r>
      <w:r>
        <w:rPr>
          <w:rFonts w:ascii="宋体" w:hAnsi="宋体" w:eastAsia="宋体" w:cs="宋体"/>
          <w:color w:val="000000"/>
        </w:rPr>
        <w:t>，负数的绝对值是它的相反数是解决此题的关键．</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解：由题意得：</w:t>
      </w:r>
    </w:p>
    <w:p>
      <w:pPr>
        <w:spacing w:line="360" w:lineRule="auto"/>
        <w:jc w:val="left"/>
        <w:textAlignment w:val="center"/>
        <w:rPr>
          <w:color w:val="000000"/>
        </w:rPr>
      </w:pPr>
      <w:r>
        <w:rPr>
          <w:rFonts w:ascii="宋体" w:hAnsi="宋体" w:eastAsia="宋体" w:cs="宋体"/>
          <w:color w:val="000000"/>
        </w:rPr>
        <w:t>数轴上表示</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的两点之间的距离是</w:t>
      </w:r>
      <w:r>
        <w:pict>
          <v:shape id="_x0000_i718496" o:spt="75" alt="学科网(www.zxxk.com)--教育资源门户，提供试卷、教案、课件、论文、素材以及各类教学资源下载，还有大量而丰富的教学相关资讯！" type="#_x0000_t75" style="height:20.2pt;width:45.8pt;" o:ole="t" filled="f" o:preferrelative="t" stroked="f" coordsize="21600,21600">
            <v:path/>
            <v:fill on="f" focussize="0,0"/>
            <v:stroke on="f" joinstyle="miter"/>
            <v:imagedata r:id="rId3536" o:title="eqId16d4929dcbfb88a69cfba945be7c2f0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所以数轴上表示数</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的两点之间的距离是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解：依题意，</w:t>
      </w:r>
    </w:p>
    <w:p>
      <w:pPr>
        <w:spacing w:line="360" w:lineRule="auto"/>
        <w:jc w:val="left"/>
        <w:textAlignment w:val="center"/>
        <w:rPr>
          <w:color w:val="000000"/>
        </w:rPr>
      </w:pPr>
      <w:r>
        <w:rPr>
          <w:rFonts w:ascii="宋体" w:hAnsi="宋体" w:eastAsia="宋体" w:cs="宋体"/>
          <w:color w:val="000000"/>
        </w:rPr>
        <w:t>因为</w:t>
      </w:r>
      <w:r>
        <w:pict>
          <v:shape id="_x0000_i718497" o:spt="75" alt="学科网(www.zxxk.com)--教育资源门户，提供试卷、教案、课件、论文、素材以及各类教学资源下载，还有大量而丰富的教学相关资讯！" type="#_x0000_t75" style="height:36pt;width:93pt;" o:ole="t" filled="f" o:preferrelative="t" stroked="f" coordsize="21600,21600">
            <v:path/>
            <v:fill on="f" focussize="0,0"/>
            <v:stroke on="f" joinstyle="miter"/>
            <v:imagedata r:id="rId3537" o:title="eqId712982cccddfb1950c9714e00454cc0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可知：其几何意义是数轴上表示有理数</w:t>
      </w:r>
      <w:r>
        <w:pict>
          <v:shape id="_x0000_i718498"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3538" o:title="eqId354c3a283b2b21cc8ac33995aac20a5c"/>
            <o:lock v:ext="edit" aspectratio="t"/>
            <w10:wrap type="none"/>
            <w10:anchorlock/>
          </v:shape>
        </w:pict>
      </w:r>
      <w:r>
        <w:rPr>
          <w:rFonts w:ascii="宋体" w:hAnsi="宋体" w:eastAsia="宋体" w:cs="宋体"/>
          <w:color w:val="000000"/>
        </w:rPr>
        <w:t>的点与表示</w:t>
      </w:r>
      <w:r>
        <w:rPr>
          <w:rFonts w:ascii="Times New Roman" w:hAnsi="Times New Roman" w:eastAsia="Times New Roman" w:cs="Times New Roman"/>
          <w:i/>
          <w:color w:val="000000"/>
        </w:rPr>
        <w:t>x</w:t>
      </w:r>
      <w:r>
        <w:rPr>
          <w:rFonts w:ascii="宋体" w:hAnsi="宋体" w:eastAsia="宋体" w:cs="宋体"/>
          <w:color w:val="000000"/>
        </w:rPr>
        <w:t>的点之间的距离；</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Q</w:t>
      </w:r>
      <w:r>
        <w:rPr>
          <w:rFonts w:ascii="宋体" w:hAnsi="宋体" w:eastAsia="宋体" w:cs="宋体"/>
          <w:color w:val="000000"/>
        </w:rPr>
        <w:t>表示的点为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根据题意，得：</w:t>
      </w:r>
      <w:r>
        <w:pict>
          <v:shape id="_x0000_i718499" o:spt="75" alt="学科网(www.zxxk.com)--教育资源门户，提供试卷、教案、课件、论文、素材以及各类教学资源下载，还有大量而丰富的教学相关资讯！" type="#_x0000_t75" style="height:20.25pt;width:48pt;" o:ole="t" filled="f" o:preferrelative="t" stroked="f" coordsize="21600,21600">
            <v:path/>
            <v:fill on="f" focussize="0,0"/>
            <v:stroke on="f" joinstyle="miter"/>
            <v:imagedata r:id="rId3539" o:title="eqId342e44ab6b4cb9a16afa2804fad04d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00" o:spt="75" alt="学科网(www.zxxk.com)--教育资源门户，提供试卷、教案、课件、论文、素材以及各类教学资源下载，还有大量而丰富的教学相关资讯！" type="#_x0000_t75" style="height:14.4pt;width:44.4pt;" o:ole="t" filled="f" o:preferrelative="t" stroked="f" coordsize="21600,21600">
            <v:path/>
            <v:fill on="f" focussize="0,0"/>
            <v:stroke on="f" joinstyle="miter"/>
            <v:imagedata r:id="rId3540" o:title="eqIdb1cafbe53d62bb3b0d388d4bfdf64984"/>
            <o:lock v:ext="edit" aspectratio="t"/>
            <w10:wrap type="none"/>
            <w10:anchorlock/>
          </v:shape>
        </w:pict>
      </w:r>
      <w:r>
        <w:rPr>
          <w:rFonts w:ascii="宋体" w:hAnsi="宋体" w:eastAsia="宋体" w:cs="宋体"/>
          <w:color w:val="000000"/>
        </w:rPr>
        <w:t>或</w:t>
      </w:r>
      <w:r>
        <w:pict>
          <v:shape id="_x0000_i718501"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3541" o:title="eqIdb418d827d485144477f3779a8a3e42e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8502" o:spt="75" alt="学科网(www.zxxk.com)--教育资源门户，提供试卷、教案、课件、论文、素材以及各类教学资源下载，还有大量而丰富的教学相关资讯！" type="#_x0000_t75" style="height:13.9pt;width:26.9pt;" o:ole="t" filled="f" o:preferrelative="t" stroked="f" coordsize="21600,21600">
            <v:path/>
            <v:fill on="f" focussize="0,0"/>
            <v:stroke on="f" joinstyle="miter"/>
            <v:imagedata r:id="rId3542" o:title="eqIdda322ac8867e8a47c6588601078abf18"/>
            <o:lock v:ext="edit" aspectratio="t"/>
            <w10:wrap type="none"/>
            <w10:anchorlock/>
          </v:shape>
        </w:pict>
      </w:r>
      <w:r>
        <w:rPr>
          <w:rFonts w:ascii="宋体" w:hAnsi="宋体" w:eastAsia="宋体" w:cs="宋体"/>
          <w:color w:val="000000"/>
        </w:rPr>
        <w:t>或</w:t>
      </w:r>
      <w:r>
        <w:pict>
          <v:shape id="_x0000_i718503" o:spt="75" alt="学科网(www.zxxk.com)--教育资源门户，提供试卷、教案、课件、论文、素材以及各类教学资源下载，还有大量而丰富的教学相关资讯！" type="#_x0000_t75" style="height:14.4pt;width:32.4pt;" o:ole="t" filled="f" o:preferrelative="t" stroked="f" coordsize="21600,21600">
            <v:path/>
            <v:fill on="f" focussize="0,0"/>
            <v:stroke on="f" joinstyle="miter"/>
            <v:imagedata r:id="rId3543" o:title="eqId99c6875d552e9fff3c7d655f3a59b16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解：由题意得，</w:t>
      </w:r>
    </w:p>
    <w:p>
      <w:pPr>
        <w:spacing w:line="360" w:lineRule="auto"/>
        <w:jc w:val="left"/>
        <w:textAlignment w:val="center"/>
        <w:rPr>
          <w:color w:val="000000"/>
        </w:rPr>
      </w:pPr>
      <w:r>
        <w:rPr>
          <w:rFonts w:ascii="宋体" w:hAnsi="宋体" w:eastAsia="宋体" w:cs="宋体"/>
          <w:color w:val="000000"/>
        </w:rPr>
        <w:t>当</w:t>
      </w:r>
      <w:r>
        <w:pict>
          <v:shape id="_x0000_i718504" o:spt="75" alt="学科网(www.zxxk.com)--教育资源门户，提供试卷、教案、课件、论文、素材以及各类教学资源下载，还有大量而丰富的教学相关资讯！" type="#_x0000_t75" style="height:14pt;width:36.8pt;" o:ole="t" filled="f" o:preferrelative="t" stroked="f" coordsize="21600,21600">
            <v:path/>
            <v:fill on="f" focussize="0,0"/>
            <v:stroke on="f" joinstyle="miter"/>
            <v:imagedata r:id="rId3544" o:title="eqId85feaa0f6ce7f2926a66ebb864c57003"/>
            <o:lock v:ext="edit" aspectratio="t"/>
            <w10:wrap type="none"/>
            <w10:anchorlock/>
          </v:shape>
        </w:pict>
      </w:r>
      <w:r>
        <w:rPr>
          <w:rFonts w:ascii="宋体" w:hAnsi="宋体" w:eastAsia="宋体" w:cs="宋体"/>
          <w:color w:val="000000"/>
        </w:rPr>
        <w:t>时，则</w:t>
      </w:r>
      <w:r>
        <w:pict>
          <v:shape id="_x0000_i718505" o:spt="75" alt="学科网(www.zxxk.com)--教育资源门户，提供试卷、教案、课件、论文、素材以及各类教学资源下载，还有大量而丰富的教学相关资讯！" type="#_x0000_t75" style="height:20.25pt;width:159pt;" o:ole="t" filled="f" o:preferrelative="t" stroked="f" coordsize="21600,21600">
            <v:path/>
            <v:fill on="f" focussize="0,0"/>
            <v:stroke on="f" joinstyle="miter"/>
            <v:imagedata r:id="rId3545" o:title="eqId0de2de7db2f6ad59c32e7f4949ecc72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06" o:spt="75" alt="学科网(www.zxxk.com)--教育资源门户，提供试卷、教案、课件、论文、素材以及各类教学资源下载，还有大量而丰富的教学相关资讯！" type="#_x0000_t75" style="height:12pt;width:32.25pt;" o:ole="t" filled="f" o:preferrelative="t" stroked="f" coordsize="21600,21600">
            <v:path/>
            <v:fill on="f" focussize="0,0"/>
            <v:stroke on="f" joinstyle="miter"/>
            <v:imagedata r:id="rId3546" o:title="eqIdd0db2c49919467a2e14540f2aabd05c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8507"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3547" o:title="eqId4f236979537a709d3d5269101caa67ce"/>
            <o:lock v:ext="edit" aspectratio="t"/>
            <w10:wrap type="none"/>
            <w10:anchorlock/>
          </v:shape>
        </w:pict>
      </w:r>
      <w:r>
        <w:rPr>
          <w:rFonts w:ascii="宋体" w:hAnsi="宋体" w:eastAsia="宋体" w:cs="宋体"/>
          <w:color w:val="000000"/>
        </w:rPr>
        <w:t>时，则有</w:t>
      </w:r>
      <w:r>
        <w:pict>
          <v:shape id="_x0000_i718508" o:spt="75" alt="学科网(www.zxxk.com)--教育资源门户，提供试卷、教案、课件、论文、素材以及各类教学资源下载，还有大量而丰富的教学相关资讯！" type="#_x0000_t75" style="height:20.25pt;width:177pt;" o:ole="t" filled="f" o:preferrelative="t" stroked="f" coordsize="21600,21600">
            <v:path/>
            <v:fill on="f" focussize="0,0"/>
            <v:stroke on="f" joinstyle="miter"/>
            <v:imagedata r:id="rId3548" o:title="eqId438e36e8712b64397d296726889058f7"/>
            <o:lock v:ext="edit" aspectratio="t"/>
            <w10:wrap type="none"/>
            <w10:anchorlock/>
          </v:shape>
        </w:pict>
      </w:r>
      <w:r>
        <w:rPr>
          <w:color w:val="000000"/>
        </w:rPr>
        <w:t>，故舍去；</w:t>
      </w:r>
    </w:p>
    <w:p>
      <w:pPr>
        <w:spacing w:line="360" w:lineRule="auto"/>
        <w:jc w:val="left"/>
        <w:textAlignment w:val="center"/>
        <w:rPr>
          <w:color w:val="000000"/>
        </w:rPr>
      </w:pPr>
      <w:r>
        <w:rPr>
          <w:rFonts w:ascii="宋体" w:hAnsi="宋体" w:eastAsia="宋体" w:cs="宋体"/>
          <w:color w:val="000000"/>
        </w:rPr>
        <w:t>当</w:t>
      </w:r>
      <w:r>
        <w:pict>
          <v:shape id="_x0000_i718509" o:spt="75" alt="学科网(www.zxxk.com)--教育资源门户，提供试卷、教案、课件、论文、素材以及各类教学资源下载，还有大量而丰富的教学相关资讯！" type="#_x0000_t75" style="height:12.75pt;width:33.75pt;" o:ole="t" filled="f" o:preferrelative="t" stroked="f" coordsize="21600,21600">
            <v:path/>
            <v:fill on="f" focussize="0,0"/>
            <v:stroke on="f" joinstyle="miter"/>
            <v:imagedata r:id="rId3549" o:title="eqId9e34f42b3be15518c29e3689c9fe6d6d"/>
            <o:lock v:ext="edit" aspectratio="t"/>
            <w10:wrap type="none"/>
            <w10:anchorlock/>
          </v:shape>
        </w:pict>
      </w:r>
      <w:r>
        <w:rPr>
          <w:rFonts w:ascii="宋体" w:hAnsi="宋体" w:eastAsia="宋体" w:cs="宋体"/>
          <w:color w:val="000000"/>
        </w:rPr>
        <w:t>时，则有</w:t>
      </w:r>
      <w:r>
        <w:pict>
          <v:shape id="_x0000_i718510" o:spt="75" alt="学科网(www.zxxk.com)--教育资源门户，提供试卷、教案、课件、论文、素材以及各类教学资源下载，还有大量而丰富的教学相关资讯！" type="#_x0000_t75" style="height:14pt;width:80pt;" o:ole="t" filled="f" o:preferrelative="t" stroked="f" coordsize="21600,21600">
            <v:path/>
            <v:fill on="f" focussize="0,0"/>
            <v:stroke on="f" joinstyle="miter"/>
            <v:imagedata r:id="rId3550" o:title="eqId54198b78a374e0a7efd9188ffb21947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11" o:spt="75" alt="学科网(www.zxxk.com)--教育资源门户，提供试卷、教案、课件、论文、素材以及各类教学资源下载，还有大量而丰富的教学相关资讯！" type="#_x0000_t75" style="height:13.75pt;width:31.3pt;" o:ole="t" filled="f" o:preferrelative="t" stroked="f" coordsize="21600,21600">
            <v:path/>
            <v:fill on="f" focussize="0,0"/>
            <v:stroke on="f" joinstyle="miter"/>
            <v:imagedata r:id="rId3551" o:title="eqIde94f16d5ed858699bfea5039a7bf8ae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w:t>
      </w:r>
      <w:r>
        <w:pict>
          <v:shape id="_x0000_i718512" o:spt="75" alt="学科网(www.zxxk.com)--教育资源门户，提供试卷、教案、课件、论文、素材以及各类教学资源下载，还有大量而丰富的教学相关资讯！" type="#_x0000_t75" style="height:12pt;width:32.25pt;" o:ole="t" filled="f" o:preferrelative="t" stroked="f" coordsize="21600,21600">
            <v:path/>
            <v:fill on="f" focussize="0,0"/>
            <v:stroke on="f" joinstyle="miter"/>
            <v:imagedata r:id="rId3552" o:title="eqIdd0db2c49919467a2e14540f2aabd05cb"/>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解：由题意可分：</w:t>
      </w:r>
    </w:p>
    <w:p>
      <w:pPr>
        <w:spacing w:line="360" w:lineRule="auto"/>
        <w:jc w:val="left"/>
        <w:textAlignment w:val="center"/>
        <w:rPr>
          <w:color w:val="000000"/>
        </w:rPr>
      </w:pPr>
      <w:r>
        <w:rPr>
          <w:rFonts w:ascii="宋体" w:hAnsi="宋体" w:eastAsia="宋体" w:cs="宋体"/>
          <w:color w:val="000000"/>
        </w:rPr>
        <w:t>当</w:t>
      </w:r>
      <w:r>
        <w:pict>
          <v:shape id="_x0000_i71851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553" o:title="eqIdd8a671406a5442a3088a4ee1d064114a"/>
            <o:lock v:ext="edit" aspectratio="t"/>
            <w10:wrap type="none"/>
            <w10:anchorlock/>
          </v:shape>
        </w:pict>
      </w:r>
      <w:r>
        <w:rPr>
          <w:rFonts w:ascii="宋体" w:hAnsi="宋体" w:eastAsia="宋体" w:cs="宋体"/>
          <w:color w:val="000000"/>
        </w:rPr>
        <w:t>时，</w:t>
      </w:r>
      <w:r>
        <w:pict>
          <v:shape id="_x0000_i718514" o:spt="75" alt="学科网(www.zxxk.com)--教育资源门户，提供试卷、教案、课件、论文、素材以及各类教学资源下载，还有大量而丰富的教学相关资讯！" type="#_x0000_t75" style="height:20pt;width:167pt;" o:ole="t" filled="f" o:preferrelative="t" stroked="f" coordsize="21600,21600">
            <v:path/>
            <v:fill on="f" focussize="0,0"/>
            <v:stroke on="f" joinstyle="miter"/>
            <v:imagedata r:id="rId3554" o:title="eqIdcbea95232047212820363ec0b68178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8515"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3555" o:title="eqIdd0eafd406debc985bd791bcdbe413c44"/>
            <o:lock v:ext="edit" aspectratio="t"/>
            <w10:wrap type="none"/>
            <w10:anchorlock/>
          </v:shape>
        </w:pict>
      </w:r>
      <w:r>
        <w:rPr>
          <w:rFonts w:ascii="宋体" w:hAnsi="宋体" w:eastAsia="宋体" w:cs="宋体"/>
          <w:color w:val="000000"/>
        </w:rPr>
        <w:t>时，则</w:t>
      </w:r>
      <w:r>
        <w:pict>
          <v:shape id="_x0000_i718516" o:spt="75" alt="学科网(www.zxxk.com)--教育资源门户，提供试卷、教案、课件、论文、素材以及各类教学资源下载，还有大量而丰富的教学相关资讯！" type="#_x0000_t75" style="height:20pt;width:244pt;" o:ole="t" filled="f" o:preferrelative="t" stroked="f" coordsize="21600,21600">
            <v:path/>
            <v:fill on="f" focussize="0,0"/>
            <v:stroke on="f" joinstyle="miter"/>
            <v:imagedata r:id="rId3556" o:title="eqId8dbd72285cc12c94556e770c7cb1b37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17" o:spt="75" alt="学科网(www.zxxk.com)--教育资源门户，提供试卷、教案、课件、论文、素材以及各类教学资源下载，还有大量而丰富的教学相关资讯！" type="#_x0000_t75" style="height:20pt;width:144pt;" o:ole="t" filled="f" o:preferrelative="t" stroked="f" coordsize="21600,21600">
            <v:path/>
            <v:fill on="f" focussize="0,0"/>
            <v:stroke on="f" joinstyle="miter"/>
            <v:imagedata r:id="rId3557" o:title="eqId59088e5d81041d8407ccaef6f9b99cc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8518" o:spt="75" alt="学科网(www.zxxk.com)--教育资源门户，提供试卷、教案、课件、论文、素材以及各类教学资源下载，还有大量而丰富的教学相关资讯！" type="#_x0000_t75" style="height:14.4pt;width:58.8pt;" o:ole="t" filled="f" o:preferrelative="t" stroked="f" coordsize="21600,21600">
            <v:path/>
            <v:fill on="f" focussize="0,0"/>
            <v:stroke on="f" joinstyle="miter"/>
            <v:imagedata r:id="rId3558" o:title="eqIde2a362c2c1ba3f7defe8dd0606656c74"/>
            <o:lock v:ext="edit" aspectratio="t"/>
            <w10:wrap type="none"/>
            <w10:anchorlock/>
          </v:shape>
        </w:pict>
      </w:r>
      <w:r>
        <w:rPr>
          <w:rFonts w:ascii="宋体" w:hAnsi="宋体" w:eastAsia="宋体" w:cs="宋体"/>
          <w:color w:val="000000"/>
        </w:rPr>
        <w:t>时，</w:t>
      </w:r>
      <w:r>
        <w:pict>
          <v:shape id="_x0000_i718519" o:spt="75" alt="学科网(www.zxxk.com)--教育资源门户，提供试卷、教案、课件、论文、素材以及各类教学资源下载，还有大量而丰富的教学相关资讯！" type="#_x0000_t75" style="height:20pt;width:253pt;" o:ole="t" filled="f" o:preferrelative="t" stroked="f" coordsize="21600,21600">
            <v:path/>
            <v:fill on="f" focussize="0,0"/>
            <v:stroke on="f" joinstyle="miter"/>
            <v:imagedata r:id="rId3559" o:title="eqIdef614a0fc92cecfd17ab0b196cf8afa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20" o:spt="75" alt="学科网(www.zxxk.com)--教育资源门户，提供试卷、教案、课件、论文、素材以及各类教学资源下载，还有大量而丰富的教学相关资讯！" type="#_x0000_t75" style="height:20.25pt;width:144pt;" o:ole="t" filled="f" o:preferrelative="t" stroked="f" coordsize="21600,21600">
            <v:path/>
            <v:fill on="f" focussize="0,0"/>
            <v:stroke on="f" joinstyle="miter"/>
            <v:imagedata r:id="rId3560" o:title="eqId3fb7ec34103e57325a6a005be661196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8521" o:spt="75" alt="学科网(www.zxxk.com)--教育资源门户，提供试卷、教案、课件、论文、素材以及各类教学资源下载，还有大量而丰富的教学相关资讯！" type="#_x0000_t75" style="height:12.75pt;width:30.75pt;" o:ole="t" filled="f" o:preferrelative="t" stroked="f" coordsize="21600,21600">
            <v:path/>
            <v:fill on="f" focussize="0,0"/>
            <v:stroke on="f" joinstyle="miter"/>
            <v:imagedata r:id="rId3561" o:title="eqId0dc896653a4840f33578b2dec65cfc12"/>
            <o:lock v:ext="edit" aspectratio="t"/>
            <w10:wrap type="none"/>
            <w10:anchorlock/>
          </v:shape>
        </w:pict>
      </w:r>
      <w:r>
        <w:rPr>
          <w:rFonts w:ascii="宋体" w:hAnsi="宋体" w:eastAsia="宋体" w:cs="宋体"/>
          <w:color w:val="000000"/>
        </w:rPr>
        <w:t>时，</w:t>
      </w:r>
      <w:r>
        <w:pict>
          <v:shape id="_x0000_i718522" o:spt="75" alt="学科网(www.zxxk.com)--教育资源门户，提供试卷、教案、课件、论文、素材以及各类教学资源下载，还有大量而丰富的教学相关资讯！" type="#_x0000_t75" style="height:20.25pt;width:258pt;" o:ole="t" filled="f" o:preferrelative="t" stroked="f" coordsize="21600,21600">
            <v:path/>
            <v:fill on="f" focussize="0,0"/>
            <v:stroke on="f" joinstyle="miter"/>
            <v:imagedata r:id="rId3562" o:title="eqId7f5d9d1fea59763ccb60e7592ac3028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23" o:spt="75" alt="学科网(www.zxxk.com)--教育资源门户，提供试卷、教案、课件、论文、素材以及各类教学资源下载，还有大量而丰富的教学相关资讯！" type="#_x0000_t75" style="height:20.25pt;width:126.75pt;" o:ole="t" filled="f" o:preferrelative="t" stroked="f" coordsize="21600,21600">
            <v:path/>
            <v:fill on="f" focussize="0,0"/>
            <v:stroke on="f" joinstyle="miter"/>
            <v:imagedata r:id="rId3563" o:title="eqIdb2740038be2a525a34620a064bf3da9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综上，当</w:t>
      </w:r>
      <w:r>
        <w:pict>
          <v:shape id="_x0000_i718524"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3564" o:title="eqIdbb8e1dd8da540badcb9a8f427c5b202e"/>
            <o:lock v:ext="edit" aspectratio="t"/>
            <w10:wrap type="none"/>
            <w10:anchorlock/>
          </v:shape>
        </w:pict>
      </w:r>
      <w:r>
        <w:rPr>
          <w:rFonts w:ascii="宋体" w:hAnsi="宋体" w:eastAsia="宋体" w:cs="宋体"/>
          <w:color w:val="000000"/>
        </w:rPr>
        <w:t>时，最小值为</w:t>
      </w:r>
      <w:r>
        <w:rPr>
          <w:rFonts w:ascii="Times New Roman" w:hAnsi="Times New Roman" w:eastAsia="Times New Roman" w:cs="Times New Roman"/>
          <w:color w:val="000000"/>
        </w:rPr>
        <w:t>9</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观察下列两个等式：</w:t>
      </w:r>
      <w:r>
        <w:pict>
          <v:shape id="_x0000_i718525" o:spt="75" alt="学科网(www.zxxk.com)--教育资源门户，提供试卷、教案、课件、论文、素材以及各类教学资源下载，还有大量而丰富的教学相关资讯！" type="#_x0000_t75" style="height:29pt;width:72pt;" o:ole="t" filled="f" o:preferrelative="t" stroked="f" coordsize="21600,21600">
            <v:path/>
            <v:fill on="f" focussize="0,0"/>
            <v:stroke on="f" joinstyle="miter"/>
            <v:imagedata r:id="rId3565" o:title="eqId870710225c1959027ed0962b2fa75e55"/>
            <o:lock v:ext="edit" aspectratio="t"/>
            <w10:wrap type="none"/>
            <w10:anchorlock/>
          </v:shape>
        </w:pict>
      </w:r>
      <w:r>
        <w:rPr>
          <w:rFonts w:ascii="宋体" w:hAnsi="宋体" w:eastAsia="宋体" w:cs="宋体"/>
          <w:color w:val="000000"/>
        </w:rPr>
        <w:t>，</w:t>
      </w:r>
      <w:r>
        <w:pict>
          <v:shape id="_x0000_i718526" o:spt="75" alt="学科网(www.zxxk.com)--教育资源门户，提供试卷、教案、课件、论文、素材以及各类教学资源下载，还有大量而丰富的教学相关资讯！" type="#_x0000_t75" style="height:20.05pt;width:105.2pt;" o:ole="t" filled="f" o:preferrelative="t" stroked="f" coordsize="21600,21600">
            <v:path/>
            <v:fill on="f" focussize="0,0"/>
            <v:stroke on="f" joinstyle="miter"/>
            <v:imagedata r:id="rId3566" o:title="eqId58d501ce81cd72792aa90d43d55b5df6"/>
            <o:lock v:ext="edit" aspectratio="t"/>
            <w10:wrap type="none"/>
            <w10:anchorlock/>
          </v:shape>
        </w:pict>
      </w:r>
      <w:r>
        <w:rPr>
          <w:rFonts w:ascii="宋体" w:hAnsi="宋体" w:eastAsia="宋体" w:cs="宋体"/>
          <w:color w:val="000000"/>
        </w:rPr>
        <w:t>，给出定义如下：我们称使等式</w:t>
      </w:r>
      <w:r>
        <w:pict>
          <v:shape id="_x0000_i718527" o:spt="75" alt="学科网(www.zxxk.com)--教育资源门户，提供试卷、教案、课件、论文、素材以及各类教学资源下载，还有大量而丰富的教学相关资讯！" type="#_x0000_t75" style="height:13.8pt;width:64.8pt;" o:ole="t" filled="f" o:preferrelative="t" stroked="f" coordsize="21600,21600">
            <v:path/>
            <v:fill on="f" focussize="0,0"/>
            <v:stroke on="f" joinstyle="miter"/>
            <v:imagedata r:id="rId3567" o:title="eqId74a88aa0824b26f6ba0b7c7491f5e8de"/>
            <o:lock v:ext="edit" aspectratio="t"/>
            <w10:wrap type="none"/>
            <w10:anchorlock/>
          </v:shape>
        </w:pict>
      </w:r>
      <w:r>
        <w:rPr>
          <w:rFonts w:ascii="宋体" w:hAnsi="宋体" w:eastAsia="宋体" w:cs="宋体"/>
          <w:color w:val="000000"/>
        </w:rPr>
        <w:t>成立的一对有理数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为“共生有理数对”，记为</w:t>
      </w:r>
      <w:r>
        <w:pict>
          <v:shape id="_x0000_i718528"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3568" o:title="eqId472630cb9d24294eb39f2a08a63b3537"/>
            <o:lock v:ext="edit" aspectratio="t"/>
            <w10:wrap type="none"/>
            <w10:anchorlock/>
          </v:shape>
        </w:pict>
      </w:r>
      <w:r>
        <w:rPr>
          <w:rFonts w:ascii="宋体" w:hAnsi="宋体" w:eastAsia="宋体" w:cs="宋体"/>
          <w:color w:val="000000"/>
        </w:rPr>
        <w:t>．如数对</w:t>
      </w:r>
      <w:r>
        <w:pict>
          <v:shape id="_x0000_i718529" o:spt="75" alt="学科网(www.zxxk.com)--教育资源门户，提供试卷、教案、课件、论文、素材以及各类教学资源下载，还有大量而丰富的教学相关资讯！" type="#_x0000_t75" style="height:34pt;width:33pt;" o:ole="t" filled="f" o:preferrelative="t" stroked="f" coordsize="21600,21600">
            <v:path/>
            <v:fill on="f" focussize="0,0"/>
            <v:stroke on="f" joinstyle="miter"/>
            <v:imagedata r:id="rId3569" o:title="eqId7e50166fa55cafa27175a5868999fc70"/>
            <o:lock v:ext="edit" aspectratio="t"/>
            <w10:wrap type="none"/>
            <w10:anchorlock/>
          </v:shape>
        </w:pict>
      </w:r>
      <w:r>
        <w:rPr>
          <w:rFonts w:ascii="宋体" w:hAnsi="宋体" w:eastAsia="宋体" w:cs="宋体"/>
          <w:color w:val="000000"/>
        </w:rPr>
        <w:t>，</w:t>
      </w:r>
      <w:r>
        <w:pict>
          <v:shape id="_x0000_i718530" o:spt="75" alt="学科网(www.zxxk.com)--教育资源门户，提供试卷、教案、课件、论文、素材以及各类教学资源下载，还有大量而丰富的教学相关资讯！" type="#_x0000_t75" style="height:20.25pt;width:33.75pt;" o:ole="t" filled="f" o:preferrelative="t" stroked="f" coordsize="21600,21600">
            <v:path/>
            <v:fill on="f" focussize="0,0"/>
            <v:stroke on="f" joinstyle="miter"/>
            <v:imagedata r:id="rId3570" o:title="eqId8f13e2ffb497a8c567317a46b8c5d019"/>
            <o:lock v:ext="edit" aspectratio="t"/>
            <w10:wrap type="none"/>
            <w10:anchorlock/>
          </v:shape>
        </w:pict>
      </w:r>
      <w:r>
        <w:rPr>
          <w:rFonts w:ascii="宋体" w:hAnsi="宋体" w:eastAsia="宋体" w:cs="宋体"/>
          <w:color w:val="000000"/>
        </w:rPr>
        <w:t>都是“共生有理数对”．</w:t>
      </w:r>
    </w:p>
    <w:p>
      <w:pPr>
        <w:spacing w:line="360" w:lineRule="auto"/>
        <w:jc w:val="left"/>
        <w:textAlignment w:val="center"/>
        <w:rPr>
          <w:color w:val="000000"/>
        </w:rPr>
      </w:pPr>
      <w:r>
        <w:rPr>
          <w:color w:val="000000"/>
        </w:rPr>
        <w:t>（1）</w:t>
      </w:r>
      <w:r>
        <w:rPr>
          <w:rFonts w:ascii="宋体" w:hAnsi="宋体" w:eastAsia="宋体" w:cs="宋体"/>
          <w:color w:val="000000"/>
        </w:rPr>
        <w:t>数对</w:t>
      </w:r>
      <w:r>
        <w:pict>
          <v:shape id="_x0000_i718531" o:spt="75" alt="学科网(www.zxxk.com)--教育资源门户，提供试卷、教案、课件、论文、素材以及各类教学资源下载，还有大量而丰富的教学相关资讯！" type="#_x0000_t75" style="height:20.25pt;width:24.75pt;" o:ole="t" filled="f" o:preferrelative="t" stroked="f" coordsize="21600,21600">
            <v:path/>
            <v:fill on="f" focussize="0,0"/>
            <v:stroke on="f" joinstyle="miter"/>
            <v:imagedata r:id="rId3571" o:title="eqId978921b876755d94bebf28c3425e7f46"/>
            <o:lock v:ext="edit" aspectratio="t"/>
            <w10:wrap type="none"/>
            <w10:anchorlock/>
          </v:shape>
        </w:pict>
      </w:r>
      <w:r>
        <w:rPr>
          <w:rFonts w:ascii="宋体" w:hAnsi="宋体" w:eastAsia="宋体" w:cs="宋体"/>
          <w:color w:val="000000"/>
        </w:rPr>
        <w:t>，</w:t>
      </w:r>
      <w:r>
        <w:pict>
          <v:shape id="_x0000_i718532" o:spt="75" alt="学科网(www.zxxk.com)--教育资源门户，提供试卷、教案、课件、论文、素材以及各类教学资源下载，还有大量而丰富的教学相关资讯！" type="#_x0000_t75" style="height:20.4pt;width:45pt;" o:ole="t" filled="f" o:preferrelative="t" stroked="f" coordsize="21600,21600">
            <v:path/>
            <v:fill on="f" focussize="0,0"/>
            <v:stroke on="f" joinstyle="miter"/>
            <v:imagedata r:id="rId3572" o:title="eqIda88fdb7e3660ba1b77ba70ffef5f04fd"/>
            <o:lock v:ext="edit" aspectratio="t"/>
            <w10:wrap type="none"/>
            <w10:anchorlock/>
          </v:shape>
        </w:pict>
      </w:r>
      <w:r>
        <w:rPr>
          <w:rFonts w:ascii="宋体" w:hAnsi="宋体" w:eastAsia="宋体" w:cs="宋体"/>
          <w:color w:val="000000"/>
        </w:rPr>
        <w:t>，</w:t>
      </w:r>
      <w:r>
        <w:pict>
          <v:shape id="_x0000_i718533" o:spt="75" alt="学科网(www.zxxk.com)--教育资源门户，提供试卷、教案、课件、论文、素材以及各类教学资源下载，还有大量而丰富的教学相关资讯！" type="#_x0000_t75" style="height:32pt;width:31.2pt;" o:ole="t" filled="f" o:preferrelative="t" stroked="f" coordsize="21600,21600">
            <v:path/>
            <v:fill on="f" focussize="0,0"/>
            <v:stroke on="f" joinstyle="miter"/>
            <v:imagedata r:id="rId3573" o:title="eqId8f2e5a172049e24be39119023786ebfb"/>
            <o:lock v:ext="edit" aspectratio="t"/>
            <w10:wrap type="none"/>
            <w10:anchorlock/>
          </v:shape>
        </w:pict>
      </w:r>
      <w:r>
        <w:rPr>
          <w:rFonts w:ascii="宋体" w:hAnsi="宋体" w:eastAsia="宋体" w:cs="宋体"/>
          <w:color w:val="000000"/>
        </w:rPr>
        <w:t>，其中是“共生有理数对”的是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8534" o:spt="75" alt="学科网(www.zxxk.com)--教育资源门户，提供试卷、教案、课件、论文、素材以及各类教学资源下载，还有大量而丰富的教学相关资讯！" type="#_x0000_t75" style="height:22pt;width:38pt;" o:ole="t" filled="f" o:preferrelative="t" stroked="f" coordsize="21600,21600">
            <v:path/>
            <v:fill on="f" focussize="0,0"/>
            <v:stroke on="f" joinstyle="miter"/>
            <v:imagedata r:id="rId3574" o:title="eqId736db56d00b4e51c8a77460f9c759324"/>
            <o:lock v:ext="edit" aspectratio="t"/>
            <w10:wrap type="none"/>
            <w10:anchorlock/>
          </v:shape>
        </w:pict>
      </w:r>
      <w:r>
        <w:rPr>
          <w:rFonts w:ascii="宋体" w:hAnsi="宋体" w:eastAsia="宋体" w:cs="宋体"/>
          <w:color w:val="000000"/>
        </w:rPr>
        <w:t>是“共生有理数对”，则</w:t>
      </w:r>
      <w:r>
        <w:pict>
          <v:shape id="_x0000_i718535" o:spt="75" alt="学科网(www.zxxk.com)--教育资源门户，提供试卷、教案、课件、论文、素材以及各类教学资源下载，还有大量而丰富的教学相关资讯！" type="#_x0000_t75" style="height:20.25pt;width:48pt;" o:ole="t" filled="f" o:preferrelative="t" stroked="f" coordsize="21600,21600">
            <v:path/>
            <v:fill on="f" focussize="0,0"/>
            <v:stroke on="f" joinstyle="miter"/>
            <v:imagedata r:id="rId3575" o:title="eqId3a02cd21af603924763b3b6f4fdd6c03"/>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（填写“是”或“不是”）“共生有理数对”，说明你的理由．</w:t>
      </w:r>
    </w:p>
    <w:p>
      <w:pPr>
        <w:spacing w:line="360" w:lineRule="auto"/>
        <w:textAlignment w:val="center"/>
        <w:rPr>
          <w:color w:val="000000"/>
        </w:rPr>
      </w:pPr>
      <w:r>
        <w:rPr>
          <w:color w:val="2E75B6"/>
        </w:rPr>
        <w:t>【答案】</w:t>
      </w:r>
      <w:r>
        <w:rPr>
          <w:color w:val="000000"/>
        </w:rPr>
        <w:t>（1）</w:t>
      </w:r>
      <w:r>
        <w:pict>
          <v:shape id="_x0000_i718536" o:spt="75" alt="学科网(www.zxxk.com)--教育资源门户，提供试卷、教案、课件、论文、素材以及各类教学资源下载，还有大量而丰富的教学相关资讯！" type="#_x0000_t75" style="height:20.25pt;width:24.75pt;" o:ole="t" filled="f" o:preferrelative="t" stroked="f" coordsize="21600,21600">
            <v:path/>
            <v:fill on="f" focussize="0,0"/>
            <v:stroke on="f" joinstyle="miter"/>
            <v:imagedata r:id="rId3576" o:title="eqId978921b876755d94bebf28c3425e7f46"/>
            <o:lock v:ext="edit" aspectratio="t"/>
            <w10:wrap type="none"/>
            <w10:anchorlock/>
          </v:shape>
        </w:pict>
      </w:r>
      <w:r>
        <w:rPr>
          <w:rFonts w:ascii="宋体" w:hAnsi="宋体" w:eastAsia="宋体" w:cs="宋体"/>
          <w:color w:val="000000"/>
        </w:rPr>
        <w:t>，</w:t>
      </w:r>
      <w:r>
        <w:pict>
          <v:shape id="_x0000_i718537" o:spt="75" alt="学科网(www.zxxk.com)--教育资源门户，提供试卷、教案、课件、论文、素材以及各类教学资源下载，还有大量而丰富的教学相关资讯！" type="#_x0000_t75" style="height:32pt;width:31.2pt;" o:ole="t" filled="f" o:preferrelative="t" stroked="f" coordsize="21600,21600">
            <v:path/>
            <v:fill on="f" focussize="0,0"/>
            <v:stroke on="f" joinstyle="miter"/>
            <v:imagedata r:id="rId3577" o:title="eqId8f2e5a172049e24be39119023786ebfb"/>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是，理由见解析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本题考查了新定义运算，涉及有理数的混合运算：</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）根据“共生有理数对”的定义即可列式作答；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pict>
          <v:shape id="_x0000_i718538" o:spt="75" alt="学科网(www.zxxk.com)--教育资源门户，提供试卷、教案、课件、论文、素材以及各类教学资源下载，还有大量而丰富的教学相关资讯！" type="#_x0000_t75" style="height:20.25pt;width:48pt;" o:ole="t" filled="f" o:preferrelative="t" stroked="f" coordsize="21600,21600">
            <v:path/>
            <v:fill on="f" focussize="0,0"/>
            <v:stroke on="f" joinstyle="miter"/>
            <v:imagedata r:id="rId3578" o:title="eqId3a02cd21af603924763b3b6f4fdd6c03"/>
            <o:lock v:ext="edit" aspectratio="t"/>
            <w10:wrap type="none"/>
            <w10:anchorlock/>
          </v:shape>
        </w:pict>
      </w:r>
      <w:r>
        <w:rPr>
          <w:rFonts w:ascii="宋体" w:hAnsi="宋体" w:eastAsia="宋体" w:cs="宋体"/>
          <w:color w:val="000000"/>
        </w:rPr>
        <w:t>符不符合“共生有理数对”的定义，若符合就是，否则不是；</w:t>
      </w:r>
    </w:p>
    <w:p>
      <w:pPr>
        <w:spacing w:line="360" w:lineRule="auto"/>
        <w:jc w:val="both"/>
        <w:textAlignment w:val="center"/>
        <w:rPr>
          <w:color w:val="000000"/>
        </w:rPr>
      </w:pPr>
      <w:r>
        <w:rPr>
          <w:rFonts w:ascii="宋体" w:hAnsi="宋体" w:eastAsia="宋体" w:cs="宋体"/>
          <w:color w:val="000000"/>
        </w:rPr>
        <w:t>正确掌握相关性质内容是解题的关键．</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解：依题意，</w:t>
      </w:r>
    </w:p>
    <w:p>
      <w:pPr>
        <w:spacing w:line="360" w:lineRule="auto"/>
        <w:jc w:val="left"/>
        <w:textAlignment w:val="center"/>
        <w:rPr>
          <w:color w:val="000000"/>
        </w:rPr>
      </w:pPr>
      <w:r>
        <w:rPr>
          <w:rFonts w:ascii="宋体" w:hAnsi="宋体" w:eastAsia="宋体" w:cs="宋体"/>
          <w:color w:val="000000"/>
        </w:rPr>
        <w:t>∵</w:t>
      </w:r>
      <w:r>
        <w:pict>
          <v:shape id="_x0000_i718539" o:spt="75" alt="学科网(www.zxxk.com)--教育资源门户，提供试卷、教案、课件、论文、素材以及各类教学资源下载，还有大量而丰富的教学相关资讯！" type="#_x0000_t75" style="height:14pt;width:85pt;" o:ole="t" filled="f" o:preferrelative="t" stroked="f" coordsize="21600,21600">
            <v:path/>
            <v:fill on="f" focussize="0,0"/>
            <v:stroke on="f" joinstyle="miter"/>
            <v:imagedata r:id="rId3579" o:title="eqId2b5c9dea43e3853766fa02615e2e723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w:t>
      </w:r>
      <w:r>
        <w:pict>
          <v:shape id="_x0000_i718540" o:spt="75" alt="学科网(www.zxxk.com)--教育资源门户，提供试卷、教案、课件、论文、素材以及各类教学资源下载，还有大量而丰富的教学相关资讯！" type="#_x0000_t75" style="height:20.25pt;width:24.75pt;" o:ole="t" filled="f" o:preferrelative="t" stroked="f" coordsize="21600,21600">
            <v:path/>
            <v:fill on="f" focussize="0,0"/>
            <v:stroke on="f" joinstyle="miter"/>
            <v:imagedata r:id="rId3580" o:title="eqId978921b876755d94bebf28c3425e7f46"/>
            <o:lock v:ext="edit" aspectratio="t"/>
            <w10:wrap type="none"/>
            <w10:anchorlock/>
          </v:shape>
        </w:pict>
      </w:r>
      <w:r>
        <w:rPr>
          <w:rFonts w:ascii="宋体" w:hAnsi="宋体" w:eastAsia="宋体" w:cs="宋体"/>
          <w:color w:val="000000"/>
        </w:rPr>
        <w:t>是“共生有理数对”，</w:t>
      </w:r>
    </w:p>
    <w:p>
      <w:pPr>
        <w:spacing w:line="360" w:lineRule="auto"/>
        <w:jc w:val="left"/>
        <w:textAlignment w:val="center"/>
        <w:rPr>
          <w:color w:val="000000"/>
        </w:rPr>
      </w:pPr>
      <w:r>
        <w:rPr>
          <w:color w:val="000000"/>
        </w:rPr>
        <w:t>∵</w:t>
      </w:r>
      <w:r>
        <w:pict>
          <v:shape id="_x0000_i718541" o:spt="75" alt="学科网(www.zxxk.com)--教育资源门户，提供试卷、教案、课件、论文、素材以及各类教学资源下载，还有大量而丰富的教学相关资讯！" type="#_x0000_t75" style="height:20pt;width:64pt;" o:ole="t" filled="f" o:preferrelative="t" stroked="f" coordsize="21600,21600">
            <v:path/>
            <v:fill on="f" focussize="0,0"/>
            <v:stroke on="f" joinstyle="miter"/>
            <v:imagedata r:id="rId3581" o:title="eqId260fa3967d9e01924109f7b7e69b57d3"/>
            <o:lock v:ext="edit" aspectratio="t"/>
            <w10:wrap type="none"/>
            <w10:anchorlock/>
          </v:shape>
        </w:pict>
      </w:r>
      <w:r>
        <w:rPr>
          <w:rFonts w:ascii="宋体" w:hAnsi="宋体" w:eastAsia="宋体" w:cs="宋体"/>
          <w:color w:val="000000"/>
        </w:rPr>
        <w:t>，</w:t>
      </w:r>
      <w:r>
        <w:pict>
          <v:shape id="_x0000_i718542" o:spt="75" alt="学科网(www.zxxk.com)--教育资源门户，提供试卷、教案、课件、论文、素材以及各类教学资源下载，还有大量而丰富的教学相关资讯！" type="#_x0000_t75" style="height:20pt;width:79pt;" o:ole="t" filled="f" o:preferrelative="t" stroked="f" coordsize="21600,21600">
            <v:path/>
            <v:fill on="f" focussize="0,0"/>
            <v:stroke on="f" joinstyle="miter"/>
            <v:imagedata r:id="rId3582" o:title="eqIdd67cb3a52773ced17a320f89e2c645cb"/>
            <o:lock v:ext="edit" aspectratio="t"/>
            <w10:wrap type="none"/>
            <w10:anchorlock/>
          </v:shape>
        </w:pict>
      </w:r>
      <w:r>
        <w:rPr>
          <w:rFonts w:ascii="宋体" w:hAnsi="宋体" w:eastAsia="宋体" w:cs="宋体"/>
          <w:color w:val="000000"/>
        </w:rPr>
        <w:t>，且</w:t>
      </w:r>
      <w:r>
        <w:pict>
          <v:shape id="_x0000_i71854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3583" o:title="eqIdb6b4c97a6d17f52b64f3bdb87de102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44" o:spt="75" alt="学科网(www.zxxk.com)--教育资源门户，提供试卷、教案、课件、论文、素材以及各类教学资源下载，还有大量而丰富的教学相关资讯！" type="#_x0000_t75" style="height:20.4pt;width:45pt;" o:ole="t" filled="f" o:preferrelative="t" stroked="f" coordsize="21600,21600">
            <v:path/>
            <v:fill on="f" focussize="0,0"/>
            <v:stroke on="f" joinstyle="miter"/>
            <v:imagedata r:id="rId3584" o:title="eqIda88fdb7e3660ba1b77ba70ffef5f04fd"/>
            <o:lock v:ext="edit" aspectratio="t"/>
            <w10:wrap type="none"/>
            <w10:anchorlock/>
          </v:shape>
        </w:pict>
      </w:r>
      <w:r>
        <w:rPr>
          <w:rFonts w:ascii="宋体" w:hAnsi="宋体" w:eastAsia="宋体" w:cs="宋体"/>
          <w:color w:val="000000"/>
        </w:rPr>
        <w:t>不是“共生有理数对”，</w:t>
      </w:r>
    </w:p>
    <w:p>
      <w:pPr>
        <w:spacing w:line="360" w:lineRule="auto"/>
        <w:jc w:val="left"/>
        <w:textAlignment w:val="center"/>
        <w:rPr>
          <w:color w:val="000000"/>
        </w:rPr>
      </w:pPr>
      <w:r>
        <w:rPr>
          <w:rFonts w:ascii="宋体" w:hAnsi="宋体" w:eastAsia="宋体" w:cs="宋体"/>
          <w:color w:val="000000"/>
        </w:rPr>
        <w:t>∵</w:t>
      </w:r>
      <w:r>
        <w:pict>
          <v:shape id="_x0000_i718545" o:spt="75" alt="学科网(www.zxxk.com)--教育资源门户，提供试卷、教案、课件、论文、素材以及各类教学资源下载，还有大量而丰富的教学相关资讯！" type="#_x0000_t75" style="height:30.75pt;width:51.75pt;" o:ole="t" filled="f" o:preferrelative="t" stroked="f" coordsize="21600,21600">
            <v:path/>
            <v:fill on="f" focussize="0,0"/>
            <v:stroke on="f" joinstyle="miter"/>
            <v:imagedata r:id="rId3585" o:title="eqIde05feb23306023e74b70dc996bb01948"/>
            <o:lock v:ext="edit" aspectratio="t"/>
            <w10:wrap type="none"/>
            <w10:anchorlock/>
          </v:shape>
        </w:pict>
      </w:r>
      <w:r>
        <w:rPr>
          <w:rFonts w:ascii="宋体" w:hAnsi="宋体" w:eastAsia="宋体" w:cs="宋体"/>
          <w:color w:val="000000"/>
        </w:rPr>
        <w:t>，</w:t>
      </w:r>
      <w:r>
        <w:pict>
          <v:shape id="_x0000_i718546" o:spt="75" alt="学科网(www.zxxk.com)--教育资源门户，提供试卷、教案、课件、论文、素材以及各类教学资源下载，还有大量而丰富的教学相关资讯！" type="#_x0000_t75" style="height:30.75pt;width:65.25pt;" o:ole="t" filled="f" o:preferrelative="t" stroked="f" coordsize="21600,21600">
            <v:path/>
            <v:fill on="f" focussize="0,0"/>
            <v:stroke on="f" joinstyle="miter"/>
            <v:imagedata r:id="rId3586" o:title="eqId52ea352f2af65710eea971b47c93fc03"/>
            <o:lock v:ext="edit" aspectratio="t"/>
            <w10:wrap type="none"/>
            <w10:anchorlock/>
          </v:shape>
        </w:pict>
      </w:r>
    </w:p>
    <w:p>
      <w:pPr>
        <w:spacing w:line="360" w:lineRule="auto"/>
        <w:jc w:val="left"/>
        <w:textAlignment w:val="center"/>
        <w:rPr>
          <w:color w:val="000000"/>
        </w:rPr>
      </w:pPr>
      <w:r>
        <w:rPr>
          <w:color w:val="000000"/>
        </w:rPr>
        <w:t>∴</w:t>
      </w:r>
      <w:r>
        <w:pict>
          <v:shape id="_x0000_i718547" o:spt="75" alt="学科网(www.zxxk.com)--教育资源门户，提供试卷、教案、课件、论文、素材以及各类教学资源下载，还有大量而丰富的教学相关资讯！" type="#_x0000_t75" style="height:32pt;width:31.2pt;" o:ole="t" filled="f" o:preferrelative="t" stroked="f" coordsize="21600,21600">
            <v:path/>
            <v:fill on="f" focussize="0,0"/>
            <v:stroke on="f" joinstyle="miter"/>
            <v:imagedata r:id="rId3587" o:title="eqId8f2e5a172049e24be39119023786ebfb"/>
            <o:lock v:ext="edit" aspectratio="t"/>
            <w10:wrap type="none"/>
            <w10:anchorlock/>
          </v:shape>
        </w:pict>
      </w:r>
      <w:r>
        <w:rPr>
          <w:rFonts w:ascii="宋体" w:hAnsi="宋体" w:eastAsia="宋体" w:cs="宋体"/>
          <w:color w:val="000000"/>
        </w:rPr>
        <w:t>是“共生有理数对”，</w:t>
      </w:r>
    </w:p>
    <w:p>
      <w:pPr>
        <w:spacing w:line="360" w:lineRule="auto"/>
        <w:jc w:val="left"/>
        <w:textAlignment w:val="center"/>
        <w:rPr>
          <w:color w:val="000000"/>
        </w:rPr>
      </w:pPr>
      <w:r>
        <w:rPr>
          <w:rFonts w:ascii="宋体" w:hAnsi="宋体" w:eastAsia="宋体" w:cs="宋体"/>
          <w:color w:val="000000"/>
        </w:rPr>
        <w:t>故是“共生有理数数对”的有：</w:t>
      </w:r>
      <w:r>
        <w:pict>
          <v:shape id="_x0000_i718548" o:spt="75" alt="学科网(www.zxxk.com)--教育资源门户，提供试卷、教案、课件、论文、素材以及各类教学资源下载，还有大量而丰富的教学相关资讯！" type="#_x0000_t75" style="height:20.25pt;width:27pt;" o:ole="t" filled="f" o:preferrelative="t" stroked="f" coordsize="21600,21600">
            <v:path/>
            <v:fill on="f" focussize="0,0"/>
            <v:stroke on="f" joinstyle="miter"/>
            <v:imagedata r:id="rId3588" o:title="eqId6b9f254f71e130b81e5fba34f7a7cfc9"/>
            <o:lock v:ext="edit" aspectratio="t"/>
            <w10:wrap type="none"/>
            <w10:anchorlock/>
          </v:shape>
        </w:pict>
      </w:r>
      <w:r>
        <w:rPr>
          <w:color w:val="000000"/>
        </w:rPr>
        <w:t>，</w:t>
      </w:r>
      <w:r>
        <w:pict>
          <v:shape id="_x0000_i718549" o:spt="75" alt="学科网(www.zxxk.com)--教育资源门户，提供试卷、教案、课件、论文、素材以及各类教学资源下载，还有大量而丰富的教学相关资讯！" type="#_x0000_t75" style="height:33.75pt;width:33pt;" o:ole="t" filled="f" o:preferrelative="t" stroked="f" coordsize="21600,21600">
            <v:path/>
            <v:fill on="f" focussize="0,0"/>
            <v:stroke on="f" joinstyle="miter"/>
            <v:imagedata r:id="rId3589" o:title="eqIdeb6c3c8b0b012a233164c46a8067cf4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pict>
          <v:shape id="_x0000_i718550" o:spt="75" alt="学科网(www.zxxk.com)--教育资源门户，提供试卷、教案、课件、论文、素材以及各类教学资源下载，还有大量而丰富的教学相关资讯！" type="#_x0000_t75" style="height:22pt;width:38pt;" o:ole="t" filled="f" o:preferrelative="t" stroked="f" coordsize="21600,21600">
            <v:path/>
            <v:fill on="f" focussize="0,0"/>
            <v:stroke on="f" joinstyle="miter"/>
            <v:imagedata r:id="rId3591" o:title="eqId736db56d00b4e51c8a77460f9c759324"/>
            <o:lock v:ext="edit" aspectratio="t"/>
            <w10:wrap type="none"/>
            <w10:anchorlock/>
          </v:shape>
        </w:pict>
      </w:r>
      <w:r>
        <w:rPr>
          <w:rFonts w:ascii="宋体" w:hAnsi="宋体" w:eastAsia="宋体" w:cs="宋体"/>
          <w:color w:val="000000"/>
          <w:position w:val="0"/>
        </w:rPr>
        <w:drawing>
          <wp:inline distT="0" distB="0" distL="114300" distR="114300">
            <wp:extent cx="132080" cy="167640"/>
            <wp:effectExtent l="0" t="0" r="0" b="0"/>
            <wp:docPr id="3781" name="图片 194783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 name="图片 1947831251"/>
                    <pic:cNvPicPr>
                      <a:picLocks noChangeAspect="1"/>
                    </pic:cNvPicPr>
                  </pic:nvPicPr>
                  <pic:blipFill>
                    <a:blip r:embed="rId3590"/>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“共生有理数对”，</w:t>
      </w:r>
    </w:p>
    <w:p>
      <w:pPr>
        <w:spacing w:line="360" w:lineRule="auto"/>
        <w:jc w:val="left"/>
        <w:textAlignment w:val="center"/>
        <w:rPr>
          <w:color w:val="000000"/>
        </w:rPr>
      </w:pPr>
      <w:r>
        <w:pict>
          <v:shape id="_x0000_i718551" o:spt="75" alt="学科网(www.zxxk.com)--教育资源门户，提供试卷、教案、课件、论文、素材以及各类教学资源下载，还有大量而丰富的教学相关资讯！" type="#_x0000_t75" style="height:13.8pt;width:70.2pt;" o:ole="t" filled="f" o:preferrelative="t" stroked="f" coordsize="21600,21600">
            <v:path/>
            <v:fill on="f" focussize="0,0"/>
            <v:stroke on="f" joinstyle="miter"/>
            <v:imagedata r:id="rId3592" o:title="eqId62b53fe400049e8347071291bf9b8182"/>
            <o:lock v:ext="edit" aspectratio="t"/>
            <w10:wrap type="none"/>
            <w10:anchorlock/>
          </v:shape>
        </w:pict>
      </w:r>
      <w:r>
        <w:rPr>
          <w:color w:val="000000"/>
        </w:rPr>
        <w:t>，整理</w:t>
      </w:r>
      <w:r>
        <w:rPr>
          <w:rFonts w:ascii="宋体" w:hAnsi="宋体" w:eastAsia="宋体" w:cs="宋体"/>
          <w:color w:val="000000"/>
        </w:rPr>
        <w:t>得</w:t>
      </w:r>
      <w:r>
        <w:pict>
          <v:shape id="_x0000_i718552" o:spt="75" alt="学科网(www.zxxk.com)--教育资源门户，提供试卷、教案、课件、论文、素材以及各类教学资源下载，还有大量而丰富的教学相关资讯！" type="#_x0000_t75" style="height:14pt;width:77pt;" o:ole="t" filled="f" o:preferrelative="t" stroked="f" coordsize="21600,21600">
            <v:path/>
            <v:fill on="f" focussize="0,0"/>
            <v:stroke on="f" joinstyle="miter"/>
            <v:imagedata r:id="rId3593" o:title="eqId71176e1d7529fca460a1bba9f2fe883d"/>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把</w:t>
      </w:r>
      <w:r>
        <w:pict>
          <v:shape id="_x0000_i718553" o:spt="75" alt="学科网(www.zxxk.com)--教育资源门户，提供试卷、教案、课件、论文、素材以及各类教学资源下载，还有大量而丰富的教学相关资讯！" type="#_x0000_t75" style="height:14pt;width:77pt;" o:ole="t" filled="f" o:preferrelative="t" stroked="f" coordsize="21600,21600">
            <v:path/>
            <v:fill on="f" focussize="0,0"/>
            <v:stroke on="f" joinstyle="miter"/>
            <v:imagedata r:id="rId3594" o:title="eqId71176e1d7529fca460a1bba9f2fe883d"/>
            <o:lock v:ext="edit" aspectratio="t"/>
            <w10:wrap type="none"/>
            <w10:anchorlock/>
          </v:shape>
        </w:pict>
      </w:r>
      <w:r>
        <w:rPr>
          <w:rFonts w:ascii="宋体" w:hAnsi="宋体" w:eastAsia="宋体" w:cs="宋体"/>
          <w:color w:val="000000"/>
        </w:rPr>
        <w:t>代入</w:t>
      </w:r>
      <w:r>
        <w:pict>
          <v:shape id="_x0000_i718554" o:spt="75" alt="学科网(www.zxxk.com)--教育资源门户，提供试卷、教案、课件、论文、素材以及各类教学资源下载，还有大量而丰富的教学相关资讯！" type="#_x0000_t75" style="height:19.8pt;width:52.8pt;" o:ole="t" filled="f" o:preferrelative="t" stroked="f" coordsize="21600,21600">
            <v:path/>
            <v:fill on="f" focussize="0,0"/>
            <v:stroke on="f" joinstyle="miter"/>
            <v:imagedata r:id="rId3595" o:title="eqId9fcba7a1ea34d2dc90d467c5e7b3797c"/>
            <o:lock v:ext="edit" aspectratio="t"/>
            <w10:wrap type="none"/>
            <w10:anchorlock/>
          </v:shape>
        </w:pict>
      </w:r>
      <w:r>
        <w:rPr>
          <w:rFonts w:ascii="宋体" w:hAnsi="宋体" w:eastAsia="宋体" w:cs="宋体"/>
          <w:color w:val="000000"/>
        </w:rPr>
        <w:t>，得</w:t>
      </w:r>
      <w:r>
        <w:pict>
          <v:shape id="_x0000_i718555" o:spt="75" alt="学科网(www.zxxk.com)--教育资源门户，提供试卷、教案、课件、论文、素材以及各类教学资源下载，还有大量而丰富的教学相关资讯！" type="#_x0000_t75" style="height:20pt;width:269pt;" o:ole="t" filled="f" o:preferrelative="t" stroked="f" coordsize="21600,21600">
            <v:path/>
            <v:fill on="f" focussize="0,0"/>
            <v:stroke on="f" joinstyle="miter"/>
            <v:imagedata r:id="rId3596" o:title="eqIdb556f4daf76dbc04199c13b48c8cb3e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56" o:spt="75" alt="学科网(www.zxxk.com)--教育资源门户，提供试卷、教案、课件、论文、素材以及各类教学资源下载，还有大量而丰富的教学相关资讯！" type="#_x0000_t75" style="height:20.25pt;width:48pt;" o:ole="t" filled="f" o:preferrelative="t" stroked="f" coordsize="21600,21600">
            <v:path/>
            <v:fill on="f" focussize="0,0"/>
            <v:stroke on="f" joinstyle="miter"/>
            <v:imagedata r:id="rId3597" o:title="eqId3a02cd21af603924763b3b6f4fdd6c03"/>
            <o:lock v:ext="edit" aspectratio="t"/>
            <w10:wrap type="none"/>
            <w10:anchorlock/>
          </v:shape>
        </w:pict>
      </w:r>
      <w:r>
        <w:rPr>
          <w:rFonts w:ascii="宋体" w:hAnsi="宋体" w:eastAsia="宋体" w:cs="宋体"/>
          <w:color w:val="000000"/>
        </w:rPr>
        <w:t>是“共生有理数对”，</w:t>
      </w:r>
    </w:p>
    <w:p>
      <w:pPr>
        <w:spacing w:line="360" w:lineRule="auto"/>
        <w:jc w:val="left"/>
        <w:textAlignment w:val="center"/>
        <w:rPr>
          <w:color w:val="000000"/>
        </w:rPr>
      </w:pPr>
      <w:r>
        <w:rPr>
          <w:rFonts w:ascii="宋体" w:hAnsi="宋体" w:eastAsia="宋体" w:cs="宋体"/>
          <w:color w:val="000000"/>
        </w:rPr>
        <w:t>故答案为：是．</w:t>
      </w:r>
    </w:p>
    <w:p>
      <w:pPr>
        <w:pStyle w:val="Heading1"/>
      </w:pPr>
      <w:r>
        <w:t>期末</w:t>
      </w:r>
    </w:p>
    <w:p>
      <w:pPr>
        <w:pStyle w:val="Heading2"/>
      </w:pPr>
      <w:r>
        <w:t>东城区</w:t>
      </w:r>
    </w:p>
    <w:p>
      <w:pPr>
        <w:spacing w:line="360" w:lineRule="auto"/>
        <w:jc w:val="left"/>
        <w:textAlignment w:val="center"/>
        <w:rPr>
          <w:color w:val="000000"/>
        </w:rPr>
      </w:pPr>
      <w:r>
        <w:rPr>
          <w:color w:val="000000"/>
        </w:rPr>
        <w:t xml:space="preserve">27. </w:t>
      </w:r>
      <w:r>
        <w:rPr>
          <w:rFonts w:ascii="宋体" w:hAnsi="宋体" w:eastAsia="宋体" w:cs="宋体"/>
          <w:color w:val="000000"/>
        </w:rPr>
        <w:t>已知</w:t>
      </w:r>
      <w:r>
        <w:pict>
          <v:shape id="_x0000_i718557"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598" o:title="eqId1dde8112e8eb968fd042418dd632759e"/>
            <o:lock v:ext="edit" aspectratio="t"/>
            <w10:wrap type="none"/>
            <w10:anchorlock/>
          </v:shape>
        </w:pict>
      </w:r>
      <w:r>
        <w:rPr>
          <w:rFonts w:ascii="宋体" w:hAnsi="宋体" w:eastAsia="宋体" w:cs="宋体"/>
          <w:color w:val="000000"/>
        </w:rPr>
        <w:t>为直线</w:t>
      </w:r>
      <w:r>
        <w:pict>
          <v:shape id="_x0000_i71855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599" o:title="eqIdf52a58fbaf4fea03567e88a9f0f6e37e"/>
            <o:lock v:ext="edit" aspectratio="t"/>
            <w10:wrap type="none"/>
            <w10:anchorlock/>
          </v:shape>
        </w:pict>
      </w:r>
      <w:r>
        <w:rPr>
          <w:rFonts w:ascii="宋体" w:hAnsi="宋体" w:eastAsia="宋体" w:cs="宋体"/>
          <w:color w:val="000000"/>
        </w:rPr>
        <w:t>上的一点，</w:t>
      </w:r>
      <w:r>
        <w:pict>
          <v:shape id="_x0000_i718559"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600" o:title="eqIdd8cc88685997c7586d1d4bf75a055433"/>
            <o:lock v:ext="edit" aspectratio="t"/>
            <w10:wrap type="none"/>
            <w10:anchorlock/>
          </v:shape>
        </w:pict>
      </w:r>
      <w:r>
        <w:rPr>
          <w:rFonts w:ascii="宋体" w:hAnsi="宋体" w:eastAsia="宋体" w:cs="宋体"/>
          <w:color w:val="000000"/>
        </w:rPr>
        <w:t>，射线</w:t>
      </w:r>
      <w:r>
        <w:pict>
          <v:shape id="_x0000_i718560"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3601" o:title="eqIdaaf3369e0ea90e8d5cf4b6b3c45c0fd8"/>
            <o:lock v:ext="edit" aspectratio="t"/>
            <w10:wrap type="none"/>
            <w10:anchorlock/>
          </v:shape>
        </w:pict>
      </w:r>
      <w:r>
        <w:rPr>
          <w:rFonts w:ascii="宋体" w:hAnsi="宋体" w:eastAsia="宋体" w:cs="宋体"/>
          <w:color w:val="000000"/>
        </w:rPr>
        <w:t>平分</w:t>
      </w:r>
      <w:r>
        <w:pict>
          <v:shape id="_x0000_i718561"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602"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419475" cy="1800225"/>
            <wp:effectExtent l="0" t="0" r="0" b="0"/>
            <wp:docPr id="3783"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 name="图片 100047" descr="学科网(www.zxxk.com)--教育资源门户，提供试卷、教案、课件、论文、素材以及各类教学资源下载，还有大量而丰富的教学相关资讯！"/>
                    <pic:cNvPicPr>
                      <a:picLocks noChangeAspect="1"/>
                    </pic:cNvPicPr>
                  </pic:nvPicPr>
                  <pic:blipFill>
                    <a:blip r:embed="rId3603"/>
                    <a:stretch>
                      <a:fillRect/>
                    </a:stretch>
                  </pic:blipFill>
                  <pic:spPr>
                    <a:xfrm>
                      <a:off x="0" y="0"/>
                      <a:ext cx="3419475" cy="1800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①</w:t>
      </w:r>
      <w:r>
        <w:rPr>
          <w:rFonts w:ascii="宋体" w:hAnsi="宋体" w:eastAsia="宋体" w:cs="宋体"/>
          <w:color w:val="000000"/>
        </w:rPr>
        <w:t>中，若</w:t>
      </w:r>
      <w:r>
        <w:pict>
          <v:shape id="_x0000_i718562" o:spt="75" alt="学科网(www.zxxk.com)--教育资源门户，提供试卷、教案、课件、论文、素材以及各类教学资源下载，还有大量而丰富的教学相关资讯！" type="#_x0000_t75" style="height:13.8pt;width:70.25pt;" o:ole="t" filled="f" o:preferrelative="t" stroked="f" coordsize="21600,21600">
            <v:path/>
            <v:fill on="f" focussize="0,0"/>
            <v:stroke on="f" joinstyle="miter"/>
            <v:imagedata r:id="rId3604" o:title="eqId609155bcdf392b31baacf8e77f4197c5"/>
            <o:lock v:ext="edit" aspectratio="t"/>
            <w10:wrap type="none"/>
            <w10:anchorlock/>
          </v:shape>
        </w:pict>
      </w:r>
      <w:r>
        <w:rPr>
          <w:rFonts w:ascii="宋体" w:hAnsi="宋体" w:eastAsia="宋体" w:cs="宋体"/>
          <w:color w:val="000000"/>
        </w:rPr>
        <w:t>，则</w:t>
      </w:r>
      <w:r>
        <w:pict>
          <v:shape id="_x0000_i718563" o:spt="75" alt="学科网(www.zxxk.com)--教育资源门户，提供试卷、教案、课件、论文、素材以及各类教学资源下载，还有大量而丰富的教学相关资讯！" type="#_x0000_t75" style="height:14pt;width:47pt;" o:ole="t" filled="f" o:preferrelative="t" stroked="f" coordsize="21600,21600">
            <v:path/>
            <v:fill on="f" focussize="0,0"/>
            <v:stroke on="f" joinstyle="miter"/>
            <v:imagedata r:id="rId3605" o:title="eqId021bc0ff7e36c9d6d70ddd2e51e8c04c"/>
            <o:lock v:ext="edit" aspectratio="t"/>
            <w10:wrap type="none"/>
            <w10:anchorlock/>
          </v:shape>
        </w:pict>
      </w:r>
      <w:r>
        <w:rPr>
          <w:rFonts w:ascii="Times New Roman" w:hAnsi="Times New Roman" w:eastAsia="Times New Roman" w:cs="Times New Roman"/>
          <w:color w:val="000000"/>
        </w:rPr>
        <w:t>_______</w:t>
      </w:r>
      <w:r>
        <w:pict>
          <v:shape id="_x0000_i718564"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3606" o:title="eqId83873a9d782f2588c5eedbfe73f9bc2f"/>
            <o:lock v:ext="edit" aspectratio="t"/>
            <w10:wrap type="none"/>
            <w10:anchorlock/>
          </v:shape>
        </w:pict>
      </w:r>
      <w:r>
        <w:rPr>
          <w:rFonts w:ascii="宋体" w:hAnsi="宋体" w:eastAsia="宋体" w:cs="宋体"/>
          <w:color w:val="000000"/>
        </w:rPr>
        <w:t>，</w:t>
      </w:r>
      <w:r>
        <w:pict>
          <v:shape id="_x0000_i718565"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3607" o:title="eqIdc35b6af1d4f447760a2dc8b10a9e9afd"/>
            <o:lock v:ext="edit" aspectratio="t"/>
            <w10:wrap type="none"/>
            <w10:anchorlock/>
          </v:shape>
        </w:pict>
      </w:r>
      <w:r>
        <w:rPr>
          <w:rFonts w:ascii="Times New Roman" w:hAnsi="Times New Roman" w:eastAsia="Times New Roman" w:cs="Times New Roman"/>
          <w:color w:val="000000"/>
        </w:rPr>
        <w:t>_______</w:t>
      </w:r>
      <w:r>
        <w:pict>
          <v:shape id="_x0000_i718566"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3606" o:title="eqId83873a9d782f2588c5eedbfe73f9bc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将图</w:t>
      </w:r>
      <w:r>
        <w:rPr>
          <w:rFonts w:ascii="Times New Roman" w:hAnsi="Times New Roman" w:eastAsia="Times New Roman" w:cs="Times New Roman"/>
          <w:color w:val="000000"/>
        </w:rPr>
        <w:t>①</w:t>
      </w:r>
      <w:r>
        <w:rPr>
          <w:rFonts w:ascii="宋体" w:hAnsi="宋体" w:eastAsia="宋体" w:cs="宋体"/>
          <w:color w:val="000000"/>
        </w:rPr>
        <w:t>中的</w:t>
      </w:r>
      <w:r>
        <w:pict>
          <v:shape id="_x0000_i718567"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3608" o:title="eqIded66570f697459aba9daa2eaf9460bcb"/>
            <o:lock v:ext="edit" aspectratio="t"/>
            <w10:wrap type="none"/>
            <w10:anchorlock/>
          </v:shape>
        </w:pict>
      </w:r>
      <w:r>
        <w:rPr>
          <w:rFonts w:ascii="宋体" w:hAnsi="宋体" w:eastAsia="宋体" w:cs="宋体"/>
          <w:color w:val="000000"/>
        </w:rPr>
        <w:t>绕顶点</w:t>
      </w:r>
      <w:r>
        <w:pict>
          <v:shape id="_x0000_i718568"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609" o:title="eqId1dde8112e8eb968fd042418dd632759e"/>
            <o:lock v:ext="edit" aspectratio="t"/>
            <w10:wrap type="none"/>
            <w10:anchorlock/>
          </v:shape>
        </w:pict>
      </w:r>
      <w:r>
        <w:rPr>
          <w:rFonts w:ascii="宋体" w:hAnsi="宋体" w:eastAsia="宋体" w:cs="宋体"/>
          <w:color w:val="000000"/>
        </w:rPr>
        <w:t>逆时针旋转至图</w:t>
      </w:r>
      <w:r>
        <w:rPr>
          <w:rFonts w:ascii="Times New Roman" w:hAnsi="Times New Roman" w:eastAsia="Times New Roman" w:cs="Times New Roman"/>
          <w:color w:val="000000"/>
        </w:rPr>
        <w:t>②</w:t>
      </w:r>
      <w:r>
        <w:rPr>
          <w:rFonts w:ascii="宋体" w:hAnsi="宋体" w:eastAsia="宋体" w:cs="宋体"/>
          <w:color w:val="000000"/>
        </w:rPr>
        <w:t>的位置，其他条件不变，若</w:t>
      </w:r>
      <w:r>
        <w:pict>
          <v:shape id="_x0000_i718569" o:spt="75" alt="学科网(www.zxxk.com)--教育资源门户，提供试卷、教案、课件、论文、素材以及各类教学资源下载，还有大量而丰富的教学相关资讯！" type="#_x0000_t75" style="height:13.5pt;width:60.75pt;" o:ole="t" filled="f" o:preferrelative="t" stroked="f" coordsize="21600,21600">
            <v:path/>
            <v:fill on="f" focussize="0,0"/>
            <v:stroke on="f" joinstyle="miter"/>
            <v:imagedata r:id="rId3610" o:title="eqId5de6998282893f16bc7ebe06403311ee"/>
            <o:lock v:ext="edit" aspectratio="t"/>
            <w10:wrap type="none"/>
            <w10:anchorlock/>
          </v:shape>
        </w:pict>
      </w:r>
      <w:r>
        <w:rPr>
          <w:rFonts w:ascii="宋体" w:hAnsi="宋体" w:eastAsia="宋体" w:cs="宋体"/>
          <w:color w:val="000000"/>
        </w:rPr>
        <w:t>，求</w:t>
      </w:r>
      <w:r>
        <w:pict>
          <v:shape id="_x0000_i71857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611" o:title="eqIddc9f91270ddbe1cf3c1362e1b95aee14"/>
            <o:lock v:ext="edit" aspectratio="t"/>
            <w10:wrap type="none"/>
            <w10:anchorlock/>
          </v:shape>
        </w:pict>
      </w:r>
      <w:r>
        <w:rPr>
          <w:rFonts w:ascii="宋体" w:hAnsi="宋体" w:eastAsia="宋体" w:cs="宋体"/>
          <w:color w:val="000000"/>
        </w:rPr>
        <w:t>的度数（用含</w:t>
      </w:r>
      <w:r>
        <w:pict>
          <v:shape id="_x0000_i718571"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3612"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（3）</w:t>
      </w:r>
      <w:r>
        <w:rPr>
          <w:rFonts w:ascii="宋体" w:hAnsi="宋体" w:eastAsia="宋体" w:cs="宋体"/>
          <w:color w:val="000000"/>
        </w:rPr>
        <w:t>将图</w:t>
      </w:r>
      <w:r>
        <w:rPr>
          <w:rFonts w:ascii="Times New Roman" w:hAnsi="Times New Roman" w:eastAsia="Times New Roman" w:cs="Times New Roman"/>
          <w:color w:val="000000"/>
        </w:rPr>
        <w:t>①</w:t>
      </w:r>
      <w:r>
        <w:rPr>
          <w:rFonts w:ascii="宋体" w:hAnsi="宋体" w:eastAsia="宋体" w:cs="宋体"/>
          <w:color w:val="000000"/>
        </w:rPr>
        <w:t>中的</w:t>
      </w:r>
      <w:r>
        <w:pict>
          <v:shape id="_x0000_i718572"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3613" o:title="eqIded66570f697459aba9daa2eaf9460bcb"/>
            <o:lock v:ext="edit" aspectratio="t"/>
            <w10:wrap type="none"/>
            <w10:anchorlock/>
          </v:shape>
        </w:pict>
      </w:r>
      <w:r>
        <w:rPr>
          <w:rFonts w:ascii="宋体" w:hAnsi="宋体" w:eastAsia="宋体" w:cs="宋体"/>
          <w:color w:val="000000"/>
        </w:rPr>
        <w:t>绕顶点</w:t>
      </w:r>
      <w:r>
        <w:pict>
          <v:shape id="_x0000_i718573"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614" o:title="eqId1dde8112e8eb968fd042418dd632759e"/>
            <o:lock v:ext="edit" aspectratio="t"/>
            <w10:wrap type="none"/>
            <w10:anchorlock/>
          </v:shape>
        </w:pict>
      </w:r>
      <w:r>
        <w:rPr>
          <w:rFonts w:ascii="宋体" w:hAnsi="宋体" w:eastAsia="宋体" w:cs="宋体"/>
          <w:color w:val="000000"/>
        </w:rPr>
        <w:t>顺时针旋转至图</w:t>
      </w:r>
      <w:r>
        <w:rPr>
          <w:rFonts w:ascii="Times New Roman" w:hAnsi="Times New Roman" w:eastAsia="Times New Roman" w:cs="Times New Roman"/>
          <w:color w:val="000000"/>
        </w:rPr>
        <w:t>③</w:t>
      </w:r>
      <w:r>
        <w:rPr>
          <w:rFonts w:ascii="宋体" w:hAnsi="宋体" w:eastAsia="宋体" w:cs="宋体"/>
          <w:color w:val="000000"/>
        </w:rPr>
        <w:t>的位置，其他条件不变，直接写出</w:t>
      </w:r>
      <w:r>
        <w:pict>
          <v:shape id="_x0000_i718574" o:spt="75" alt="学科网(www.zxxk.com)--教育资源门户，提供试卷、教案、课件、论文、素材以及各类教学资源下载，还有大量而丰富的教学相关资讯！" type="#_x0000_t75" style="height:13.95pt;width:41pt;" o:ole="t" filled="f" o:preferrelative="t" stroked="f" coordsize="21600,21600">
            <v:path/>
            <v:fill on="f" focussize="0,0"/>
            <v:stroke on="f" joinstyle="miter"/>
            <v:imagedata r:id="rId3615" o:title="eqId588abe296d53dbbce91d0c693322bf8c"/>
            <o:lock v:ext="edit" aspectratio="t"/>
            <w10:wrap type="none"/>
            <w10:anchorlock/>
          </v:shape>
        </w:pict>
      </w:r>
      <w:r>
        <w:rPr>
          <w:rFonts w:ascii="宋体" w:hAnsi="宋体" w:eastAsia="宋体" w:cs="宋体"/>
          <w:color w:val="000000"/>
        </w:rPr>
        <w:t>和</w:t>
      </w:r>
      <w:r>
        <w:pict>
          <v:shape id="_x0000_i71857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616" o:title="eqIddc9f91270ddbe1cf3c1362e1b95aee14"/>
            <o:lock v:ext="edit" aspectratio="t"/>
            <w10:wrap type="none"/>
            <w10:anchorlock/>
          </v:shape>
        </w:pict>
      </w:r>
      <w:r>
        <w:rPr>
          <w:rFonts w:ascii="宋体" w:hAnsi="宋体" w:eastAsia="宋体" w:cs="宋体"/>
          <w:color w:val="000000"/>
        </w:rPr>
        <w:t>之间的数量关系．</w:t>
      </w:r>
    </w:p>
    <w:p>
      <w:pPr>
        <w:spacing w:line="360" w:lineRule="auto"/>
        <w:textAlignment w:val="center"/>
        <w:rPr>
          <w:color w:val="000000"/>
        </w:rPr>
      </w:pPr>
      <w:r>
        <w:rPr>
          <w:color w:val="2E75B6"/>
        </w:rPr>
        <w:t>【答案】</w:t>
      </w:r>
      <w:r>
        <w:rPr>
          <w:color w:val="000000"/>
        </w:rPr>
        <w:t>（1）</w:t>
      </w:r>
      <w:r>
        <w:pict>
          <v:shape id="_x0000_i718576" o:spt="75" alt="学科网(www.zxxk.com)--教育资源门户，提供试卷、教案、课件、论文、素材以及各类教学资源下载，还有大量而丰富的教学相关资讯！" type="#_x0000_t75" style="height:15pt;width:23.25pt;" o:ole="t" filled="f" o:preferrelative="t" stroked="f" coordsize="21600,21600">
            <v:path/>
            <v:fill on="f" focussize="0,0"/>
            <v:stroke on="f" joinstyle="miter"/>
            <v:imagedata r:id="rId3617" o:title="eqId2fb94bd9eb80fb9f5f02f518bb8f2211"/>
            <o:lock v:ext="edit" aspectratio="t"/>
            <w10:wrap type="none"/>
            <w10:anchorlock/>
          </v:shape>
        </w:pict>
      </w:r>
      <w:r>
        <w:rPr>
          <w:rFonts w:ascii="宋体" w:hAnsi="宋体" w:eastAsia="宋体" w:cs="宋体"/>
          <w:color w:val="000000"/>
        </w:rPr>
        <w:t>，</w:t>
      </w:r>
      <w:r>
        <w:pict>
          <v:shape id="_x0000_i71857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618" o:title="eqIdd36581140ebac5d28438ea63b1b23b65"/>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8578"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3619" o:title="eqIdf9d08375b7d4620f9a5e81dac4af0ffd"/>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8579" o:spt="75" alt="学科网(www.zxxk.com)--教育资源门户，提供试卷、教案、课件、论文、素材以及各类教学资源下载，还有大量而丰富的教学相关资讯！" type="#_x0000_t75" style="height:14.25pt;width:126.75pt;" o:ole="t" filled="f" o:preferrelative="t" stroked="f" coordsize="21600,21600">
            <v:path/>
            <v:fill on="f" focussize="0,0"/>
            <v:stroke on="f" joinstyle="miter"/>
            <v:imagedata r:id="rId3620" o:title="eqId37790aa86c18385801db8c0fa0f304b0"/>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）先根据</w:t>
      </w:r>
      <w:r>
        <w:pict>
          <v:shape id="_x0000_i718580" o:spt="75" alt="学科网(www.zxxk.com)--教育资源门户，提供试卷、教案、课件、论文、素材以及各类教学资源下载，还有大量而丰富的教学相关资讯！" type="#_x0000_t75" style="height:14.25pt;width:137.25pt;" o:ole="t" filled="f" o:preferrelative="t" stroked="f" coordsize="21600,21600">
            <v:path/>
            <v:fill on="f" focussize="0,0"/>
            <v:stroke on="f" joinstyle="miter"/>
            <v:imagedata r:id="rId3621" o:title="eqIdea38c987e6165f89c807659b9dde4465"/>
            <o:lock v:ext="edit" aspectratio="t"/>
            <w10:wrap type="none"/>
            <w10:anchorlock/>
          </v:shape>
        </w:pict>
      </w:r>
      <w:r>
        <w:rPr>
          <w:rFonts w:ascii="宋体" w:hAnsi="宋体" w:eastAsia="宋体" w:cs="宋体"/>
          <w:color w:val="000000"/>
        </w:rPr>
        <w:t>求出</w:t>
      </w:r>
      <w:r>
        <w:pict>
          <v:shape id="_x0000_i718581"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3622" o:title="eqId955c43457ada30fd2b01d2c058a43d7a"/>
            <o:lock v:ext="edit" aspectratio="t"/>
            <w10:wrap type="none"/>
            <w10:anchorlock/>
          </v:shape>
        </w:pict>
      </w:r>
      <w:r>
        <w:rPr>
          <w:rFonts w:ascii="宋体" w:hAnsi="宋体" w:eastAsia="宋体" w:cs="宋体"/>
          <w:color w:val="000000"/>
        </w:rPr>
        <w:t>的度数，再根据角平分线的定义可知</w:t>
      </w:r>
      <w:r>
        <w:pict>
          <v:shape id="_x0000_i718582" o:spt="75" alt="学科网(www.zxxk.com)--教育资源门户，提供试卷、教案、课件、论文、素材以及各类教学资源下载，还有大量而丰富的教学相关资讯！" type="#_x0000_t75" style="height:14.25pt;width:43.45pt;" o:ole="t" filled="f" o:preferrelative="t" stroked="f" coordsize="21600,21600">
            <v:path/>
            <v:fill on="f" focussize="0,0"/>
            <v:stroke on="f" joinstyle="miter"/>
            <v:imagedata r:id="rId3623" o:title="eqIdf92f279be7c8a11dcd2c0a97116bdcbb"/>
            <o:lock v:ext="edit" aspectratio="t"/>
            <w10:wrap type="none"/>
            <w10:anchorlock/>
          </v:shape>
        </w:pict>
      </w:r>
      <w:r>
        <w:rPr>
          <w:rFonts w:ascii="宋体" w:hAnsi="宋体" w:eastAsia="宋体" w:cs="宋体"/>
          <w:color w:val="000000"/>
        </w:rPr>
        <w:t>的度数，再根据</w:t>
      </w:r>
      <w:r>
        <w:pict>
          <v:shape id="_x0000_i718583" o:spt="75" alt="学科网(www.zxxk.com)--教育资源门户，提供试卷、教案、课件、论文、素材以及各类教学资源下载，还有大量而丰富的教学相关资讯！" type="#_x0000_t75" style="height:14.25pt;width:132pt;" o:ole="t" filled="f" o:preferrelative="t" stroked="f" coordsize="21600,21600">
            <v:path/>
            <v:fill on="f" focussize="0,0"/>
            <v:stroke on="f" joinstyle="miter"/>
            <v:imagedata r:id="rId3624" o:title="eqId17b601e5442472ac729d1ad590cd0f92"/>
            <o:lock v:ext="edit" aspectratio="t"/>
            <w10:wrap type="none"/>
            <w10:anchorlock/>
          </v:shape>
        </w:pict>
      </w:r>
      <w:r>
        <w:rPr>
          <w:rFonts w:ascii="宋体" w:hAnsi="宋体" w:eastAsia="宋体" w:cs="宋体"/>
          <w:color w:val="000000"/>
        </w:rPr>
        <w:t>求出</w:t>
      </w:r>
      <w:r>
        <w:pict>
          <v:shape id="_x0000_i718584"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3625" o:title="eqId9fed1f57a835af4e9022e27603d12d31"/>
            <o:lock v:ext="edit" aspectratio="t"/>
            <w10:wrap type="none"/>
            <w10:anchorlock/>
          </v:shape>
        </w:pict>
      </w:r>
      <w:r>
        <w:rPr>
          <w:rFonts w:ascii="宋体" w:hAnsi="宋体" w:eastAsia="宋体" w:cs="宋体"/>
          <w:color w:val="000000"/>
        </w:rPr>
        <w:t>的度数，最后根据平角的定义即可求出</w:t>
      </w:r>
      <w:r>
        <w:pict>
          <v:shape id="_x0000_i71858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626" o:title="eqIddc9f91270ddbe1cf3c1362e1b95aee14"/>
            <o:lock v:ext="edit" aspectratio="t"/>
            <w10:wrap type="none"/>
            <w10:anchorlock/>
          </v:shape>
        </w:pict>
      </w:r>
      <w:r>
        <w:rPr>
          <w:rFonts w:ascii="宋体" w:hAnsi="宋体" w:eastAsia="宋体" w:cs="宋体"/>
          <w:color w:val="000000"/>
        </w:rPr>
        <w:t>的度数．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）先根据</w:t>
      </w:r>
      <w:r>
        <w:pict>
          <v:shape id="_x0000_i718586" o:spt="75" alt="学科网(www.zxxk.com)--教育资源门户，提供试卷、教案、课件、论文、素材以及各类教学资源下载，还有大量而丰富的教学相关资讯！" type="#_x0000_t75" style="height:14.25pt;width:137.25pt;" o:ole="t" filled="f" o:preferrelative="t" stroked="f" coordsize="21600,21600">
            <v:path/>
            <v:fill on="f" focussize="0,0"/>
            <v:stroke on="f" joinstyle="miter"/>
            <v:imagedata r:id="rId3627" o:title="eqIdea38c987e6165f89c807659b9dde4465"/>
            <o:lock v:ext="edit" aspectratio="t"/>
            <w10:wrap type="none"/>
            <w10:anchorlock/>
          </v:shape>
        </w:pict>
      </w:r>
      <w:r>
        <w:rPr>
          <w:rFonts w:ascii="宋体" w:hAnsi="宋体" w:eastAsia="宋体" w:cs="宋体"/>
          <w:color w:val="000000"/>
        </w:rPr>
        <w:t>表示出</w:t>
      </w:r>
      <w:r>
        <w:pict>
          <v:shape id="_x0000_i718587"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3628" o:title="eqId955c43457ada30fd2b01d2c058a43d7a"/>
            <o:lock v:ext="edit" aspectratio="t"/>
            <w10:wrap type="none"/>
            <w10:anchorlock/>
          </v:shape>
        </w:pict>
      </w:r>
      <w:r>
        <w:rPr>
          <w:rFonts w:ascii="宋体" w:hAnsi="宋体" w:eastAsia="宋体" w:cs="宋体"/>
          <w:color w:val="000000"/>
        </w:rPr>
        <w:t>的度数，再根据角平分线的定义可知</w:t>
      </w:r>
      <w:r>
        <w:pict>
          <v:shape id="_x0000_i718588"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629" o:title="eqId42e7b8a59f8d66176463f3d71f882a26"/>
            <o:lock v:ext="edit" aspectratio="t"/>
            <w10:wrap type="none"/>
            <w10:anchorlock/>
          </v:shape>
        </w:pict>
      </w:r>
      <w:r>
        <w:rPr>
          <w:rFonts w:ascii="宋体" w:hAnsi="宋体" w:eastAsia="宋体" w:cs="宋体"/>
          <w:color w:val="000000"/>
        </w:rPr>
        <w:t>的度数，再根据平角的定义即可求出</w:t>
      </w:r>
      <w:r>
        <w:pict>
          <v:shape id="_x0000_i71858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630" o:title="eqIddc9f91270ddbe1cf3c1362e1b95aee14"/>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w:t>
      </w:r>
      <w:r>
        <w:pict>
          <v:shape id="_x0000_i718590"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3631" o:title="eqId7dbe50f9e223aaf932e326ad10f2e93e"/>
            <o:lock v:ext="edit" aspectratio="t"/>
            <w10:wrap type="none"/>
            <w10:anchorlock/>
          </v:shape>
        </w:pict>
      </w:r>
      <w:r>
        <w:rPr>
          <w:rFonts w:ascii="宋体" w:hAnsi="宋体" w:eastAsia="宋体" w:cs="宋体"/>
          <w:color w:val="000000"/>
        </w:rPr>
        <w:t>，将</w:t>
      </w:r>
      <w:r>
        <w:pict>
          <v:shape id="_x0000_i718591" o:spt="75" alt="学科网(www.zxxk.com)--教育资源门户，提供试卷、教案、课件、论文、素材以及各类教学资源下载，还有大量而丰富的教学相关资讯！" type="#_x0000_t75" style="height:13.95pt;width:41pt;" o:ole="t" filled="f" o:preferrelative="t" stroked="f" coordsize="21600,21600">
            <v:path/>
            <v:fill on="f" focussize="0,0"/>
            <v:stroke on="f" joinstyle="miter"/>
            <v:imagedata r:id="rId3632" o:title="eqId588abe296d53dbbce91d0c693322bf8c"/>
            <o:lock v:ext="edit" aspectratio="t"/>
            <w10:wrap type="none"/>
            <w10:anchorlock/>
          </v:shape>
        </w:pict>
      </w:r>
      <w:r>
        <w:rPr>
          <w:rFonts w:ascii="宋体" w:hAnsi="宋体" w:eastAsia="宋体" w:cs="宋体"/>
          <w:color w:val="000000"/>
        </w:rPr>
        <w:t>和</w:t>
      </w:r>
      <w:r>
        <w:pict>
          <v:shape id="_x0000_i71859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633" o:title="eqIddc9f91270ddbe1cf3c1362e1b95aee14"/>
            <o:lock v:ext="edit" aspectratio="t"/>
            <w10:wrap type="none"/>
            <w10:anchorlock/>
          </v:shape>
        </w:pict>
      </w:r>
      <w:r>
        <w:rPr>
          <w:rFonts w:ascii="宋体" w:hAnsi="宋体" w:eastAsia="宋体" w:cs="宋体"/>
          <w:color w:val="000000"/>
        </w:rPr>
        <w:t>用含有</w:t>
      </w:r>
      <w:r>
        <w:pict>
          <v:shape id="_x0000_i718593"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3634" o:title="eqIde170f206fdbbd834aad7580c727e2cc6"/>
            <o:lock v:ext="edit" aspectratio="t"/>
            <w10:wrap type="none"/>
            <w10:anchorlock/>
          </v:shape>
        </w:pict>
      </w:r>
      <w:r>
        <w:rPr>
          <w:rFonts w:ascii="宋体" w:hAnsi="宋体" w:eastAsia="宋体" w:cs="宋体"/>
          <w:color w:val="000000"/>
        </w:rPr>
        <w:t>的式子表示出来，即可得到</w:t>
      </w:r>
      <w:r>
        <w:pict>
          <v:shape id="_x0000_i718594" o:spt="75" alt="学科网(www.zxxk.com)--教育资源门户，提供试卷、教案、课件、论文、素材以及各类教学资源下载，还有大量而丰富的教学相关资讯！" type="#_x0000_t75" style="height:13.95pt;width:41pt;" o:ole="t" filled="f" o:preferrelative="t" stroked="f" coordsize="21600,21600">
            <v:path/>
            <v:fill on="f" focussize="0,0"/>
            <v:stroke on="f" joinstyle="miter"/>
            <v:imagedata r:id="rId3632" o:title="eqId588abe296d53dbbce91d0c693322bf8c"/>
            <o:lock v:ext="edit" aspectratio="t"/>
            <w10:wrap type="none"/>
            <w10:anchorlock/>
          </v:shape>
        </w:pict>
      </w:r>
      <w:r>
        <w:rPr>
          <w:rFonts w:ascii="宋体" w:hAnsi="宋体" w:eastAsia="宋体" w:cs="宋体"/>
          <w:color w:val="000000"/>
        </w:rPr>
        <w:t>和</w:t>
      </w:r>
      <w:r>
        <w:pict>
          <v:shape id="_x0000_i71859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633" o:title="eqIddc9f91270ddbe1cf3c1362e1b95aee14"/>
            <o:lock v:ext="edit" aspectratio="t"/>
            <w10:wrap type="none"/>
            <w10:anchorlock/>
          </v:shape>
        </w:pict>
      </w:r>
      <w:r>
        <w:rPr>
          <w:rFonts w:ascii="宋体" w:hAnsi="宋体" w:eastAsia="宋体" w:cs="宋体"/>
          <w:color w:val="000000"/>
        </w:rPr>
        <w:t>的关系．</w:t>
      </w:r>
    </w:p>
    <w:p>
      <w:pPr>
        <w:spacing w:line="360" w:lineRule="auto"/>
        <w:jc w:val="left"/>
        <w:textAlignment w:val="center"/>
        <w:rPr>
          <w:color w:val="000000"/>
        </w:rPr>
      </w:pPr>
      <w:r>
        <w:rPr>
          <w:rFonts w:ascii="宋体" w:hAnsi="宋体" w:eastAsia="宋体" w:cs="宋体"/>
          <w:color w:val="000000"/>
        </w:rPr>
        <w:t>本题主要考查角的计算，角平分线的计算，角的和差，解题的关键是根据题目当中所给的信息建立各个角之间的关系．</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w:t>
      </w:r>
      <w:r>
        <w:pict>
          <v:shape id="_x0000_i718596"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635" o:title="eqIdd8cc88685997c7586d1d4bf75a055433"/>
            <o:lock v:ext="edit" aspectratio="t"/>
            <w10:wrap type="none"/>
            <w10:anchorlock/>
          </v:shape>
        </w:pict>
      </w:r>
      <w:r>
        <w:rPr>
          <w:rFonts w:ascii="宋体" w:hAnsi="宋体" w:eastAsia="宋体" w:cs="宋体"/>
          <w:color w:val="000000"/>
        </w:rPr>
        <w:t>，</w:t>
      </w:r>
      <w:r>
        <w:pict>
          <v:shape id="_x0000_i718597" o:spt="75" alt="学科网(www.zxxk.com)--教育资源门户，提供试卷、教案、课件、论文、素材以及各类教学资源下载，还有大量而丰富的教学相关资讯！" type="#_x0000_t75" style="height:13.8pt;width:70.25pt;" o:ole="t" filled="f" o:preferrelative="t" stroked="f" coordsize="21600,21600">
            <v:path/>
            <v:fill on="f" focussize="0,0"/>
            <v:stroke on="f" joinstyle="miter"/>
            <v:imagedata r:id="rId3636" o:title="eqId609155bcdf392b31baacf8e77f4197c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598" o:spt="75" alt="学科网(www.zxxk.com)--教育资源门户，提供试卷、教案、课件、论文、素材以及各类教学资源下载，还有大量而丰富的教学相关资讯！" type="#_x0000_t75" style="height:14.25pt;width:230.25pt;" o:ole="t" filled="f" o:preferrelative="t" stroked="f" coordsize="21600,21600">
            <v:path/>
            <v:fill on="f" focussize="0,0"/>
            <v:stroke on="f" joinstyle="miter"/>
            <v:imagedata r:id="rId3637" o:title="eqId91333b50addd852a142e85a33c2ce63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599"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3638" o:title="eqIdfa9096af668f921ced365668d5fc4a4e"/>
            <o:lock v:ext="edit" aspectratio="t"/>
            <w10:wrap type="none"/>
            <w10:anchorlock/>
          </v:shape>
        </w:pict>
      </w:r>
      <w:r>
        <w:rPr>
          <w:rFonts w:ascii="宋体" w:hAnsi="宋体" w:eastAsia="宋体" w:cs="宋体"/>
          <w:color w:val="000000"/>
        </w:rPr>
        <w:t>平分</w:t>
      </w:r>
      <w:r>
        <w:pict>
          <v:shape id="_x0000_i718600"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639"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01" o:spt="75" alt="学科网(www.zxxk.com)--教育资源门户，提供试卷、教案、课件、论文、素材以及各类教学资源下载，还有大量而丰富的教学相关资讯！" type="#_x0000_t75" style="height:14.25pt;width:129pt;" o:ole="t" filled="f" o:preferrelative="t" stroked="f" coordsize="21600,21600">
            <v:path/>
            <v:fill on="f" focussize="0,0"/>
            <v:stroke on="f" joinstyle="miter"/>
            <v:imagedata r:id="rId3640" o:title="eqIdba952698023b73c4e05ffd2da2bd534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602" o:spt="75" alt="学科网(www.zxxk.com)--教育资源门户，提供试卷、教案、课件、论文、素材以及各类教学资源下载，还有大量而丰富的教学相关资讯！" type="#_x0000_t75" style="height:14.25pt;width:228pt;" o:ole="t" filled="f" o:preferrelative="t" stroked="f" coordsize="21600,21600">
            <v:path/>
            <v:fill on="f" focussize="0,0"/>
            <v:stroke on="f" joinstyle="miter"/>
            <v:imagedata r:id="rId3641" o:title="eqId44c34eb7b66394a084c0df11a9a7373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603" o:spt="75" alt="学科网(www.zxxk.com)--教育资源门户，提供试卷、教案、课件、论文、素材以及各类教学资源下载，还有大量而丰富的教学相关资讯！" type="#_x0000_t75" style="height:14.25pt;width:170.25pt;" o:ole="t" filled="f" o:preferrelative="t" stroked="f" coordsize="21600,21600">
            <v:path/>
            <v:fill on="f" focussize="0,0"/>
            <v:stroke on="f" joinstyle="miter"/>
            <v:imagedata r:id="rId3642" o:title="eqId894defd46ae6715f5603c1f079d2ece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04" o:spt="75" alt="学科网(www.zxxk.com)--教育资源门户，提供试卷、教案、课件、论文、素材以及各类教学资源下载，还有大量而丰富的教学相关资讯！" type="#_x0000_t75" style="height:14.25pt;width:285.75pt;" o:ole="t" filled="f" o:preferrelative="t" stroked="f" coordsize="21600,21600">
            <v:path/>
            <v:fill on="f" focussize="0,0"/>
            <v:stroke on="f" joinstyle="miter"/>
            <v:imagedata r:id="rId3643" o:title="eqId1d9bffbf3c914a126370c4026631cd3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8605" o:spt="75" alt="学科网(www.zxxk.com)--教育资源门户，提供试卷、教案、课件、论文、素材以及各类教学资源下载，还有大量而丰富的教学相关资讯！" type="#_x0000_t75" style="height:15pt;width:23.25pt;" o:ole="t" filled="f" o:preferrelative="t" stroked="f" coordsize="21600,21600">
            <v:path/>
            <v:fill on="f" focussize="0,0"/>
            <v:stroke on="f" joinstyle="miter"/>
            <v:imagedata r:id="rId3644" o:title="eqId2fb94bd9eb80fb9f5f02f518bb8f2211"/>
            <o:lock v:ext="edit" aspectratio="t"/>
            <w10:wrap type="none"/>
            <w10:anchorlock/>
          </v:shape>
        </w:pict>
      </w:r>
      <w:r>
        <w:rPr>
          <w:rFonts w:ascii="宋体" w:hAnsi="宋体" w:eastAsia="宋体" w:cs="宋体"/>
          <w:color w:val="000000"/>
        </w:rPr>
        <w:t>，</w:t>
      </w:r>
      <w:r>
        <w:pict>
          <v:shape id="_x0000_i71860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3645" o:title="eqIdd36581140ebac5d28438ea63b1b23b65"/>
            <o:lock v:ext="edit" aspectratio="t"/>
            <w10:wrap type="none"/>
            <w10:anchorlock/>
          </v:shape>
        </w:pic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w:t>
      </w:r>
      <w:r>
        <w:pict>
          <v:shape id="_x0000_i718607"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646" o:title="eqIdd8cc88685997c7586d1d4bf75a055433"/>
            <o:lock v:ext="edit" aspectratio="t"/>
            <w10:wrap type="none"/>
            <w10:anchorlock/>
          </v:shape>
        </w:pict>
      </w:r>
      <w:r>
        <w:rPr>
          <w:rFonts w:ascii="宋体" w:hAnsi="宋体" w:eastAsia="宋体" w:cs="宋体"/>
          <w:color w:val="000000"/>
        </w:rPr>
        <w:t>，</w:t>
      </w:r>
      <w:r>
        <w:pict>
          <v:shape id="_x0000_i718608" o:spt="75" alt="学科网(www.zxxk.com)--教育资源门户，提供试卷、教案、课件、论文、素材以及各类教学资源下载，还有大量而丰富的教学相关资讯！" type="#_x0000_t75" style="height:13.5pt;width:60.75pt;" o:ole="t" filled="f" o:preferrelative="t" stroked="f" coordsize="21600,21600">
            <v:path/>
            <v:fill on="f" focussize="0,0"/>
            <v:stroke on="f" joinstyle="miter"/>
            <v:imagedata r:id="rId3647" o:title="eqId5de6998282893f16bc7ebe06403311e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09" o:spt="75" alt="学科网(www.zxxk.com)--教育资源门户，提供试卷、教案、课件、论文、素材以及各类教学资源下载，还有大量而丰富的教学相关资讯！" type="#_x0000_t75" style="height:14.25pt;width:192.75pt;" o:ole="t" filled="f" o:preferrelative="t" stroked="f" coordsize="21600,21600">
            <v:path/>
            <v:fill on="f" focussize="0,0"/>
            <v:stroke on="f" joinstyle="miter"/>
            <v:imagedata r:id="rId3648" o:title="eqId3fa5af478af2978f4f1415bb31ab788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10"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3649" o:title="eqIdfa9096af668f921ced365668d5fc4a4e"/>
            <o:lock v:ext="edit" aspectratio="t"/>
            <w10:wrap type="none"/>
            <w10:anchorlock/>
          </v:shape>
        </w:pict>
      </w:r>
      <w:r>
        <w:rPr>
          <w:rFonts w:ascii="宋体" w:hAnsi="宋体" w:eastAsia="宋体" w:cs="宋体"/>
          <w:color w:val="000000"/>
        </w:rPr>
        <w:t>平分</w:t>
      </w:r>
      <w:r>
        <w:pict>
          <v:shape id="_x0000_i718611"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650"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12" o:spt="75" alt="学科网(www.zxxk.com)--教育资源门户，提供试卷、教案、课件、论文、素材以及各类教学资源下载，还有大量而丰富的教学相关资讯！" type="#_x0000_t75" style="height:15.75pt;width:222pt;" o:ole="t" filled="f" o:preferrelative="t" stroked="f" coordsize="21600,21600">
            <v:path/>
            <v:fill on="f" focussize="0,0"/>
            <v:stroke on="f" joinstyle="miter"/>
            <v:imagedata r:id="rId3651" o:title="eqId29763e9234c668a4f85bb33b733e53e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13" o:spt="75" alt="学科网(www.zxxk.com)--教育资源门户，提供试卷、教案、课件、论文、素材以及各类教学资源下载，还有大量而丰富的教学相关资讯！" type="#_x0000_t75" style="height:15.75pt;width:249pt;" o:ole="t" filled="f" o:preferrelative="t" stroked="f" coordsize="21600,21600">
            <v:path/>
            <v:fill on="f" focussize="0,0"/>
            <v:stroke on="f" joinstyle="miter"/>
            <v:imagedata r:id="rId3652" o:title="eqId81fa4361790242ae952c0dc6f7bbfa2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设</w:t>
      </w:r>
      <w:r>
        <w:pict>
          <v:shape id="_x0000_i718614"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3653" o:title="eqId7dbe50f9e223aaf932e326ad10f2e93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615"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654" o:title="eqIdd8cc88685997c7586d1d4bf75a0554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16" o:spt="75" alt="学科网(www.zxxk.com)--教育资源门户，提供试卷、教案、课件、论文、素材以及各类教学资源下载，还有大量而丰富的教学相关资讯！" type="#_x0000_t75" style="height:14.25pt;width:192.75pt;" o:ole="t" filled="f" o:preferrelative="t" stroked="f" coordsize="21600,21600">
            <v:path/>
            <v:fill on="f" focussize="0,0"/>
            <v:stroke on="f" joinstyle="miter"/>
            <v:imagedata r:id="rId3655" o:title="eqId8f47259e934e8cd40d157893b7d66c2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pict>
          <v:shape id="_x0000_i718617"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3656" o:title="eqIdfa9096af668f921ced365668d5fc4a4e"/>
            <o:lock v:ext="edit" aspectratio="t"/>
            <w10:wrap type="none"/>
            <w10:anchorlock/>
          </v:shape>
        </w:pict>
      </w:r>
      <w:r>
        <w:rPr>
          <w:rFonts w:ascii="宋体" w:hAnsi="宋体" w:eastAsia="宋体" w:cs="宋体"/>
          <w:color w:val="000000"/>
        </w:rPr>
        <w:t>平分</w:t>
      </w:r>
      <w:r>
        <w:pict>
          <v:shape id="_x0000_i718618"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657"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19" o:spt="75" alt="学科网(www.zxxk.com)--教育资源门户，提供试卷、教案、课件、论文、素材以及各类教学资源下载，还有大量而丰富的教学相关资讯！" type="#_x0000_t75" style="height:14.25pt;width:129.75pt;" o:ole="t" filled="f" o:preferrelative="t" stroked="f" coordsize="21600,21600">
            <v:path/>
            <v:fill on="f" focussize="0,0"/>
            <v:stroke on="f" joinstyle="miter"/>
            <v:imagedata r:id="rId3658" o:title="eqId1bae7913f54340bb712cfe3de9f483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20" o:spt="75" alt="学科网(www.zxxk.com)--教育资源门户，提供试卷、教案、课件、论文、素材以及各类教学资源下载，还有大量而丰富的教学相关资讯！" type="#_x0000_t75" style="height:14.25pt;width:183pt;" o:ole="t" filled="f" o:preferrelative="t" stroked="f" coordsize="21600,21600">
            <v:path/>
            <v:fill on="f" focussize="0,0"/>
            <v:stroke on="f" joinstyle="miter"/>
            <v:imagedata r:id="rId3659" o:title="eqIdea1bbd5a6b517be40dd539b60a21004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21" o:spt="75" alt="学科网(www.zxxk.com)--教育资源门户，提供试卷、教案、课件、论文、素材以及各类教学资源下载，还有大量而丰富的教学相关资讯！" type="#_x0000_t75" style="height:30.75pt;width:102.75pt;" o:ole="t" filled="f" o:preferrelative="t" stroked="f" coordsize="21600,21600">
            <v:path/>
            <v:fill on="f" focussize="0,0"/>
            <v:stroke on="f" joinstyle="miter"/>
            <v:imagedata r:id="rId3660" o:title="eqIdb520cbe6c903d7925d84c62f2f8ee7a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22" o:spt="75" alt="学科网(www.zxxk.com)--教育资源门户，提供试卷、教案、课件、论文、素材以及各类教学资源下载，还有大量而丰富的教学相关资讯！" type="#_x0000_t75" style="height:30.75pt;width:246.75pt;" o:ole="t" filled="f" o:preferrelative="t" stroked="f" coordsize="21600,21600">
            <v:path/>
            <v:fill on="f" focussize="0,0"/>
            <v:stroke on="f" joinstyle="miter"/>
            <v:imagedata r:id="rId3661" o:title="eqId69e9fbcafd1fd8d3e97c20ba63b8f1c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623" o:spt="75" alt="学科网(www.zxxk.com)--教育资源门户，提供试卷、教案、课件、论文、素材以及各类教学资源下载，还有大量而丰富的教学相关资讯！" type="#_x0000_t75" style="height:14.25pt;width:135.75pt;" o:ole="t" filled="f" o:preferrelative="t" stroked="f" coordsize="21600,21600">
            <v:path/>
            <v:fill on="f" focussize="0,0"/>
            <v:stroke on="f" joinstyle="miter"/>
            <v:imagedata r:id="rId3662" o:title="eqIdbb41c88d87e8cf8eb4018540e304526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对数轴上的点</w:t>
      </w:r>
      <w:r>
        <w:pict>
          <v:shape id="_x0000_i71862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663" o:title="eqIddad2a36927223bd70f426ba06aea4b45"/>
            <o:lock v:ext="edit" aspectratio="t"/>
            <w10:wrap type="none"/>
            <w10:anchorlock/>
          </v:shape>
        </w:pict>
      </w:r>
      <w:r>
        <w:rPr>
          <w:rFonts w:ascii="宋体" w:hAnsi="宋体" w:eastAsia="宋体" w:cs="宋体"/>
          <w:color w:val="000000"/>
        </w:rPr>
        <w:t>进行如下操作：先把点</w:t>
      </w:r>
      <w:r>
        <w:pict>
          <v:shape id="_x0000_i71862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663" o:title="eqIddad2a36927223bd70f426ba06aea4b45"/>
            <o:lock v:ext="edit" aspectratio="t"/>
            <w10:wrap type="none"/>
            <w10:anchorlock/>
          </v:shape>
        </w:pict>
      </w:r>
      <w:r>
        <w:rPr>
          <w:rFonts w:ascii="宋体" w:hAnsi="宋体" w:eastAsia="宋体" w:cs="宋体"/>
          <w:color w:val="000000"/>
        </w:rPr>
        <w:t>沿数轴向右平移</w:t>
      </w:r>
      <w:r>
        <w:pict>
          <v:shape id="_x0000_i718626"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3664" o:title="eqId294f5ba74cdf695fc9a8a8e52f421328"/>
            <o:lock v:ext="edit" aspectratio="t"/>
            <w10:wrap type="none"/>
            <w10:anchorlock/>
          </v:shape>
        </w:pict>
      </w:r>
      <w:r>
        <w:rPr>
          <w:rFonts w:ascii="宋体" w:hAnsi="宋体" w:eastAsia="宋体" w:cs="宋体"/>
          <w:color w:val="000000"/>
        </w:rPr>
        <w:t>个单位长度，得到点</w:t>
      </w:r>
      <w:r>
        <w:pict>
          <v:shape id="_x0000_i718627"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3665" o:title="eqId2708fa6298e52f617383efc175b71ddc"/>
            <o:lock v:ext="edit" aspectratio="t"/>
            <w10:wrap type="none"/>
            <w10:anchorlock/>
          </v:shape>
        </w:pict>
      </w:r>
      <w:r>
        <w:rPr>
          <w:rFonts w:ascii="宋体" w:hAnsi="宋体" w:eastAsia="宋体" w:cs="宋体"/>
          <w:color w:val="000000"/>
        </w:rPr>
        <w:t>，再把点</w:t>
      </w:r>
      <w:r>
        <w:pict>
          <v:shape id="_x0000_i718628"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3665" o:title="eqId2708fa6298e52f617383efc175b71ddc"/>
            <o:lock v:ext="edit" aspectratio="t"/>
            <w10:wrap type="none"/>
            <w10:anchorlock/>
          </v:shape>
        </w:pict>
      </w:r>
      <w:r>
        <w:rPr>
          <w:rFonts w:ascii="宋体" w:hAnsi="宋体" w:eastAsia="宋体" w:cs="宋体"/>
          <w:color w:val="000000"/>
        </w:rPr>
        <w:t>表示的数乘以</w:t>
      </w:r>
      <w:r>
        <w:pict>
          <v:shape id="_x0000_i718629"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3666" o:title="eqIdb6a24198bd04c29321ae5dc5a28fe421"/>
            <o:lock v:ext="edit" aspectratio="t"/>
            <w10:wrap type="none"/>
            <w10:anchorlock/>
          </v:shape>
        </w:pict>
      </w:r>
      <w:r>
        <w:rPr>
          <w:rFonts w:ascii="宋体" w:hAnsi="宋体" w:eastAsia="宋体" w:cs="宋体"/>
          <w:color w:val="000000"/>
        </w:rPr>
        <w:t>，所得数对应的点为</w:t>
      </w:r>
      <w:r>
        <w:pict>
          <v:shape id="_x0000_i718630"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3667" o:title="eqId9b9cb8e6ff801523b0304576cd69fd2d"/>
            <o:lock v:ext="edit" aspectratio="t"/>
            <w10:wrap type="none"/>
            <w10:anchorlock/>
          </v:shape>
        </w:pict>
      </w:r>
      <w:r>
        <w:rPr>
          <w:rFonts w:ascii="宋体" w:hAnsi="宋体" w:eastAsia="宋体" w:cs="宋体"/>
          <w:color w:val="000000"/>
        </w:rPr>
        <w:t>．若</w:t>
      </w:r>
      <w:r>
        <w:pict>
          <v:shape id="_x0000_i718631"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3668" o:title="eqId280860dd039e1305a5ccc455f63e8223"/>
            <o:lock v:ext="edit" aspectratio="t"/>
            <w10:wrap type="none"/>
            <w10:anchorlock/>
          </v:shape>
        </w:pict>
      </w:r>
      <w:r>
        <w:rPr>
          <w:color w:val="000000"/>
        </w:rPr>
        <w:t>，</w:t>
      </w:r>
      <w:r>
        <w:pict>
          <v:shape id="_x0000_i718632"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3669" o:title="eqId84f5919d0a77f348e0973f148bc2dc17"/>
            <o:lock v:ext="edit" aspectratio="t"/>
            <w10:wrap type="none"/>
            <w10:anchorlock/>
          </v:shape>
        </w:pict>
      </w:r>
      <w:r>
        <w:rPr>
          <w:rFonts w:ascii="宋体" w:hAnsi="宋体" w:eastAsia="宋体" w:cs="宋体"/>
          <w:color w:val="000000"/>
        </w:rPr>
        <w:t>（</w:t>
      </w:r>
      <w:r>
        <w:pict>
          <v:shape id="_x0000_i718633"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3668" o:title="eqId280860dd039e1305a5ccc455f63e8223"/>
            <o:lock v:ext="edit" aspectratio="t"/>
            <w10:wrap type="none"/>
            <w10:anchorlock/>
          </v:shape>
        </w:pict>
      </w:r>
      <w:r>
        <w:rPr>
          <w:rFonts w:ascii="宋体" w:hAnsi="宋体" w:eastAsia="宋体" w:cs="宋体"/>
          <w:color w:val="000000"/>
        </w:rPr>
        <w:t>是正整数），则称点</w:t>
      </w:r>
      <w:r>
        <w:pict>
          <v:shape id="_x0000_i71863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3667" o:title="eqId9b9cb8e6ff801523b0304576cd69fd2d"/>
            <o:lock v:ext="edit" aspectratio="t"/>
            <w10:wrap type="none"/>
            <w10:anchorlock/>
          </v:shape>
        </w:pict>
      </w:r>
      <w:r>
        <w:rPr>
          <w:rFonts w:ascii="宋体" w:hAnsi="宋体" w:eastAsia="宋体" w:cs="宋体"/>
          <w:color w:val="000000"/>
        </w:rPr>
        <w:t>为点</w:t>
      </w:r>
      <w:r>
        <w:pict>
          <v:shape id="_x0000_i718635"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663" o:title="eqIddad2a36927223bd70f426ba06aea4b45"/>
            <o:lock v:ext="edit" aspectratio="t"/>
            <w10:wrap type="none"/>
            <w10:anchorlock/>
          </v:shape>
        </w:pict>
      </w:r>
      <w:r>
        <w:rPr>
          <w:rFonts w:ascii="宋体" w:hAnsi="宋体" w:eastAsia="宋体" w:cs="宋体"/>
          <w:color w:val="000000"/>
        </w:rPr>
        <w:t>的“</w:t>
      </w:r>
      <w:r>
        <w:pict>
          <v:shape id="_x0000_i718636"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3670" o:title="eqIdf0a532e15e232cb4b99a8d4d07c89575"/>
            <o:lock v:ext="edit" aspectratio="t"/>
            <w10:wrap type="none"/>
            <w10:anchorlock/>
          </v:shape>
        </w:pict>
      </w:r>
      <w:r>
        <w:rPr>
          <w:rFonts w:ascii="宋体" w:hAnsi="宋体" w:eastAsia="宋体" w:cs="宋体"/>
          <w:color w:val="000000"/>
        </w:rPr>
        <w:t>倍关联点”．已知数轴上点</w:t>
      </w:r>
      <w:r>
        <w:pict>
          <v:shape id="_x0000_i71863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671" o:title="eqIdac047e91852b91af639feec23a9598b2"/>
            <o:lock v:ext="edit" aspectratio="t"/>
            <w10:wrap type="none"/>
            <w10:anchorlock/>
          </v:shape>
        </w:pict>
      </w:r>
      <w:r>
        <w:rPr>
          <w:rFonts w:ascii="宋体" w:hAnsi="宋体" w:eastAsia="宋体" w:cs="宋体"/>
          <w:color w:val="000000"/>
        </w:rPr>
        <w:t>表示的数为</w:t>
      </w:r>
      <w:r>
        <w:pict>
          <v:shape id="_x0000_i718638"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672" o:title="eqId61128ab996360a038e6e64d82fcba004"/>
            <o:lock v:ext="edit" aspectratio="t"/>
            <w10:wrap type="none"/>
            <w10:anchorlock/>
          </v:shape>
        </w:pict>
      </w:r>
      <w:r>
        <w:rPr>
          <w:rFonts w:ascii="宋体" w:hAnsi="宋体" w:eastAsia="宋体" w:cs="宋体"/>
          <w:color w:val="000000"/>
        </w:rPr>
        <w:t>，点</w:t>
      </w:r>
      <w:r>
        <w:pict>
          <v:shape id="_x0000_i718639"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673" o:title="eqId54a5d7d3b6b63fe5c24c3907b7a8eaa3"/>
            <o:lock v:ext="edit" aspectratio="t"/>
            <w10:wrap type="none"/>
            <w10:anchorlock/>
          </v:shape>
        </w:pict>
      </w:r>
      <w:r>
        <w:rPr>
          <w:rFonts w:ascii="宋体" w:hAnsi="宋体" w:eastAsia="宋体" w:cs="宋体"/>
          <w:color w:val="000000"/>
        </w:rPr>
        <w:t>表示的数为</w:t>
      </w:r>
      <w:r>
        <w:pict>
          <v:shape id="_x0000_i718640"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3674" o:title="eqId81fb134b2b48acc99213fff6ccfee65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例如，当</w:t>
      </w:r>
      <w:r>
        <w:pict>
          <v:shape id="_x0000_i718641"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3675" o:title="eqIde53b18b9dc6839a7b6c46b77641b06e8"/>
            <o:lock v:ext="edit" aspectratio="t"/>
            <w10:wrap type="none"/>
            <w10:anchorlock/>
          </v:shape>
        </w:pict>
      </w:r>
      <w:r>
        <w:rPr>
          <w:rFonts w:ascii="宋体" w:hAnsi="宋体" w:eastAsia="宋体" w:cs="宋体"/>
          <w:color w:val="000000"/>
        </w:rPr>
        <w:t>时，若点</w:t>
      </w:r>
      <w:r>
        <w:pict>
          <v:shape id="_x0000_i71864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676" o:title="eqId5963abe8f421bd99a2aaa94831a951e9"/>
            <o:lock v:ext="edit" aspectratio="t"/>
            <w10:wrap type="none"/>
            <w10:anchorlock/>
          </v:shape>
        </w:pict>
      </w:r>
      <w:r>
        <w:rPr>
          <w:rFonts w:ascii="宋体" w:hAnsi="宋体" w:eastAsia="宋体" w:cs="宋体"/>
          <w:color w:val="000000"/>
        </w:rPr>
        <w:t>表示的数为</w:t>
      </w:r>
      <w:r>
        <w:pict>
          <v:shape id="_x0000_i718643"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3677" o:title="eqId3edbd40e04e2a943051fa83d6e511add"/>
            <o:lock v:ext="edit" aspectratio="t"/>
            <w10:wrap type="none"/>
            <w10:anchorlock/>
          </v:shape>
        </w:pict>
      </w:r>
      <w:r>
        <w:rPr>
          <w:rFonts w:ascii="宋体" w:hAnsi="宋体" w:eastAsia="宋体" w:cs="宋体"/>
          <w:color w:val="000000"/>
        </w:rPr>
        <w:t>，则它的“</w:t>
      </w:r>
      <w:r>
        <w:pict>
          <v:shape id="_x0000_i718644"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678" o:title="eqId61128ab996360a038e6e64d82fcba004"/>
            <o:lock v:ext="edit" aspectratio="t"/>
            <w10:wrap type="none"/>
            <w10:anchorlock/>
          </v:shape>
        </w:pict>
      </w:r>
      <w:r>
        <w:rPr>
          <w:rFonts w:ascii="宋体" w:hAnsi="宋体" w:eastAsia="宋体" w:cs="宋体"/>
          <w:color w:val="000000"/>
        </w:rPr>
        <w:t>倍关联点”对应点</w:t>
      </w:r>
      <w:r>
        <w:pict>
          <v:shape id="_x0000_i718645"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3679" o:title="eqIdcd3b9e816b14051f785aa5aae72b8eed"/>
            <o:lock v:ext="edit" aspectratio="t"/>
            <w10:wrap type="none"/>
            <w10:anchorlock/>
          </v:shape>
        </w:pict>
      </w:r>
      <w:r>
        <w:rPr>
          <w:rFonts w:ascii="宋体" w:hAnsi="宋体" w:eastAsia="宋体" w:cs="宋体"/>
          <w:color w:val="000000"/>
        </w:rPr>
        <w:t>表示的数为</w:t>
      </w:r>
      <w:r>
        <w:pict>
          <v:shape id="_x0000_i718646"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3680" o:title="eqId01317332a203c898536b1d0459f51d2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18647"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3681" o:title="eqIde53b18b9dc6839a7b6c46b77641b06e8"/>
            <o:lock v:ext="edit" aspectratio="t"/>
            <w10:wrap type="none"/>
            <w10:anchorlock/>
          </v:shape>
        </w:pict>
      </w:r>
      <w:r>
        <w:rPr>
          <w:rFonts w:ascii="宋体" w:hAnsi="宋体" w:eastAsia="宋体" w:cs="宋体"/>
          <w:color w:val="000000"/>
        </w:rPr>
        <w:t>时，已知点</w:t>
      </w:r>
      <w:r>
        <w:pict>
          <v:shape id="_x0000_i71864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682" o:title="eqId7f9e8449aad35c5d840a3395ea86df6d"/>
            <o:lock v:ext="edit" aspectratio="t"/>
            <w10:wrap type="none"/>
            <w10:anchorlock/>
          </v:shape>
        </w:pict>
      </w:r>
      <w:r>
        <w:rPr>
          <w:rFonts w:ascii="宋体" w:hAnsi="宋体" w:eastAsia="宋体" w:cs="宋体"/>
          <w:color w:val="000000"/>
        </w:rPr>
        <w:t>的“</w:t>
      </w:r>
      <w:r>
        <w:pict>
          <v:shape id="_x0000_i718649"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683" o:title="eqId61128ab996360a038e6e64d82fcba004"/>
            <o:lock v:ext="edit" aspectratio="t"/>
            <w10:wrap type="none"/>
            <w10:anchorlock/>
          </v:shape>
        </w:pict>
      </w:r>
      <w:r>
        <w:rPr>
          <w:rFonts w:ascii="宋体" w:hAnsi="宋体" w:eastAsia="宋体" w:cs="宋体"/>
          <w:color w:val="000000"/>
        </w:rPr>
        <w:t>倍关联点”是点</w:t>
      </w:r>
      <w:r>
        <w:pict>
          <v:shape id="_x0000_i71865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684" o:title="eqId43a71fc9c0068109dad1382354570665"/>
            <o:lock v:ext="edit" aspectratio="t"/>
            <w10:wrap type="none"/>
            <w10:anchorlock/>
          </v:shape>
        </w:pict>
      </w:r>
      <w:r>
        <w:rPr>
          <w:rFonts w:ascii="宋体" w:hAnsi="宋体" w:eastAsia="宋体" w:cs="宋体"/>
          <w:color w:val="000000"/>
        </w:rPr>
        <w:t>，若点</w:t>
      </w:r>
      <w:r>
        <w:pict>
          <v:shape id="_x0000_i71865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684" o:title="eqId43a71fc9c0068109dad1382354570665"/>
            <o:lock v:ext="edit" aspectratio="t"/>
            <w10:wrap type="none"/>
            <w10:anchorlock/>
          </v:shape>
        </w:pict>
      </w:r>
      <w:r>
        <w:rPr>
          <w:rFonts w:ascii="宋体" w:hAnsi="宋体" w:eastAsia="宋体" w:cs="宋体"/>
          <w:color w:val="000000"/>
        </w:rPr>
        <w:t>表示的数是</w:t>
      </w:r>
      <w:r>
        <w:pict>
          <v:shape id="_x0000_i718652"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3685" o:title="eqIdb8860d9787671b53b1ab68b3d526f5ca"/>
            <o:lock v:ext="edit" aspectratio="t"/>
            <w10:wrap type="none"/>
            <w10:anchorlock/>
          </v:shape>
        </w:pict>
      </w:r>
      <w:r>
        <w:rPr>
          <w:rFonts w:ascii="宋体" w:hAnsi="宋体" w:eastAsia="宋体" w:cs="宋体"/>
          <w:color w:val="000000"/>
        </w:rPr>
        <w:t>，则点</w:t>
      </w:r>
      <w:r>
        <w:pict>
          <v:shape id="_x0000_i71865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682"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已知点</w:t>
      </w:r>
      <w:r>
        <w:pict>
          <v:shape id="_x0000_i71865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686" o:title="eqIdc5db41a1f31d6baee7c69990811edb9f"/>
            <o:lock v:ext="edit" aspectratio="t"/>
            <w10:wrap type="none"/>
            <w10:anchorlock/>
          </v:shape>
        </w:pict>
      </w:r>
      <w:r>
        <w:rPr>
          <w:rFonts w:ascii="宋体" w:hAnsi="宋体" w:eastAsia="宋体" w:cs="宋体"/>
          <w:color w:val="000000"/>
        </w:rPr>
        <w:t>在点</w:t>
      </w:r>
      <w:r>
        <w:pict>
          <v:shape id="_x0000_i718655"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687" o:title="eqIdac047e91852b91af639feec23a9598b2"/>
            <o:lock v:ext="edit" aspectratio="t"/>
            <w10:wrap type="none"/>
            <w10:anchorlock/>
          </v:shape>
        </w:pict>
      </w:r>
      <w:r>
        <w:rPr>
          <w:rFonts w:ascii="宋体" w:hAnsi="宋体" w:eastAsia="宋体" w:cs="宋体"/>
          <w:color w:val="000000"/>
        </w:rPr>
        <w:t>右侧，点</w:t>
      </w:r>
      <w:r>
        <w:pict>
          <v:shape id="_x0000_i71865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686" o:title="eqIdc5db41a1f31d6baee7c69990811edb9f"/>
            <o:lock v:ext="edit" aspectratio="t"/>
            <w10:wrap type="none"/>
            <w10:anchorlock/>
          </v:shape>
        </w:pict>
      </w:r>
      <w:r>
        <w:rPr>
          <w:rFonts w:ascii="宋体" w:hAnsi="宋体" w:eastAsia="宋体" w:cs="宋体"/>
          <w:color w:val="000000"/>
        </w:rPr>
        <w:t>的“</w:t>
      </w:r>
      <w:r>
        <w:pict>
          <v:shape id="_x0000_i718657"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3688" o:title="eqId6f8c4c029e552954bd493b49aeab82d5"/>
            <o:lock v:ext="edit" aspectratio="t"/>
            <w10:wrap type="none"/>
            <w10:anchorlock/>
          </v:shape>
        </w:pict>
      </w:r>
      <w:r>
        <w:rPr>
          <w:rFonts w:ascii="宋体" w:hAnsi="宋体" w:eastAsia="宋体" w:cs="宋体"/>
          <w:color w:val="000000"/>
        </w:rPr>
        <w:t>倍关联点”</w:t>
      </w:r>
      <w:r>
        <w:pict>
          <v:shape id="_x0000_i718658"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689" o:title="eqId23f3ffe7abc59e2f65d827c8eab8d36a"/>
            <o:lock v:ext="edit" aspectratio="t"/>
            <w10:wrap type="none"/>
            <w10:anchorlock/>
          </v:shape>
        </w:pict>
      </w:r>
      <w:r>
        <w:rPr>
          <w:rFonts w:ascii="宋体" w:hAnsi="宋体" w:eastAsia="宋体" w:cs="宋体"/>
          <w:color w:val="000000"/>
        </w:rPr>
        <w:t>表示的数为</w:t>
      </w:r>
      <w:r>
        <w:pict>
          <v:shape id="_x0000_i718659"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690" o:title="eqIdc79c562343bd2362a979662d3865020c"/>
            <o:lock v:ext="edit" aspectratio="t"/>
            <w10:wrap type="none"/>
            <w10:anchorlock/>
          </v:shape>
        </w:pict>
      </w:r>
      <w:r>
        <w:rPr>
          <w:rFonts w:ascii="宋体" w:hAnsi="宋体" w:eastAsia="宋体" w:cs="宋体"/>
          <w:color w:val="000000"/>
        </w:rPr>
        <w:t>，则点</w:t>
      </w:r>
      <w:r>
        <w:pict>
          <v:shape id="_x0000_i71866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686" o:title="eqIdc5db41a1f31d6baee7c69990811edb9f"/>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若点</w:t>
      </w:r>
      <w:r>
        <w:pict>
          <v:shape id="_x0000_i718661"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691" o:title="eqIddad2a36927223bd70f426ba06aea4b45"/>
            <o:lock v:ext="edit" aspectratio="t"/>
            <w10:wrap type="none"/>
            <w10:anchorlock/>
          </v:shape>
        </w:pict>
      </w:r>
      <w:r>
        <w:rPr>
          <w:rFonts w:ascii="宋体" w:hAnsi="宋体" w:eastAsia="宋体" w:cs="宋体"/>
          <w:color w:val="000000"/>
        </w:rPr>
        <w:t>从</w:t>
      </w:r>
      <w:r>
        <w:pict>
          <v:shape id="_x0000_i71866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692" o:title="eqIdac047e91852b91af639feec23a9598b2"/>
            <o:lock v:ext="edit" aspectratio="t"/>
            <w10:wrap type="none"/>
            <w10:anchorlock/>
          </v:shape>
        </w:pict>
      </w:r>
      <w:r>
        <w:rPr>
          <w:rFonts w:ascii="宋体" w:hAnsi="宋体" w:eastAsia="宋体" w:cs="宋体"/>
          <w:color w:val="000000"/>
        </w:rPr>
        <w:t>点沿数轴正方向以每秒</w:t>
      </w:r>
      <w:r>
        <w:pict>
          <v:shape id="_x0000_i718663"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693" o:title="eqId61128ab996360a038e6e64d82fcba004"/>
            <o:lock v:ext="edit" aspectratio="t"/>
            <w10:wrap type="none"/>
            <w10:anchorlock/>
          </v:shape>
        </w:pict>
      </w:r>
      <w:r>
        <w:rPr>
          <w:rFonts w:ascii="宋体" w:hAnsi="宋体" w:eastAsia="宋体" w:cs="宋体"/>
          <w:color w:val="000000"/>
        </w:rPr>
        <w:t>个单位长度移动，同时点</w:t>
      </w:r>
      <w:r>
        <w:pict>
          <v:shape id="_x0000_i718664"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694" o:title="eqIdacc290b44635265137fdf13146b6a6d9"/>
            <o:lock v:ext="edit" aspectratio="t"/>
            <w10:wrap type="none"/>
            <w10:anchorlock/>
          </v:shape>
        </w:pict>
      </w:r>
      <w:r>
        <w:rPr>
          <w:rFonts w:ascii="宋体" w:hAnsi="宋体" w:eastAsia="宋体" w:cs="宋体"/>
          <w:color w:val="000000"/>
        </w:rPr>
        <w:t>从</w:t>
      </w:r>
      <w:r>
        <w:pict>
          <v:shape id="_x0000_i71866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695" o:title="eqId54a5d7d3b6b63fe5c24c3907b7a8eaa3"/>
            <o:lock v:ext="edit" aspectratio="t"/>
            <w10:wrap type="none"/>
            <w10:anchorlock/>
          </v:shape>
        </w:pict>
      </w:r>
      <w:r>
        <w:rPr>
          <w:rFonts w:ascii="宋体" w:hAnsi="宋体" w:eastAsia="宋体" w:cs="宋体"/>
          <w:color w:val="000000"/>
        </w:rPr>
        <w:t>点沿数轴正方向以每秒</w:t>
      </w:r>
      <w:r>
        <w:pict>
          <v:shape id="_x0000_i718666"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696" o:title="eqIdbdaa19de263700a15fcf213d64a8cd57"/>
            <o:lock v:ext="edit" aspectratio="t"/>
            <w10:wrap type="none"/>
            <w10:anchorlock/>
          </v:shape>
        </w:pict>
      </w:r>
      <w:r>
        <w:rPr>
          <w:rFonts w:ascii="宋体" w:hAnsi="宋体" w:eastAsia="宋体" w:cs="宋体"/>
          <w:color w:val="000000"/>
        </w:rPr>
        <w:t>个单位长度移动，且在任何一个时刻，点</w:t>
      </w:r>
      <w:r>
        <w:pict>
          <v:shape id="_x0000_i718667"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691" o:title="eqIddad2a36927223bd70f426ba06aea4b45"/>
            <o:lock v:ext="edit" aspectratio="t"/>
            <w10:wrap type="none"/>
            <w10:anchorlock/>
          </v:shape>
        </w:pict>
      </w:r>
      <w:r>
        <w:rPr>
          <w:rFonts w:ascii="宋体" w:hAnsi="宋体" w:eastAsia="宋体" w:cs="宋体"/>
          <w:color w:val="000000"/>
        </w:rPr>
        <w:t>始终为点</w:t>
      </w:r>
      <w:r>
        <w:pict>
          <v:shape id="_x0000_i718668"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694" o:title="eqIdacc290b44635265137fdf13146b6a6d9"/>
            <o:lock v:ext="edit" aspectratio="t"/>
            <w10:wrap type="none"/>
            <w10:anchorlock/>
          </v:shape>
        </w:pict>
      </w:r>
      <w:r>
        <w:rPr>
          <w:rFonts w:ascii="宋体" w:hAnsi="宋体" w:eastAsia="宋体" w:cs="宋体"/>
          <w:color w:val="000000"/>
        </w:rPr>
        <w:t>的“</w:t>
      </w:r>
      <w:r>
        <w:pict>
          <v:shape id="_x0000_i718669"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3697" o:title="eqIdf0a532e15e232cb4b99a8d4d07c89575"/>
            <o:lock v:ext="edit" aspectratio="t"/>
            <w10:wrap type="none"/>
            <w10:anchorlock/>
          </v:shape>
        </w:pict>
      </w:r>
      <w:r>
        <w:rPr>
          <w:rFonts w:ascii="宋体" w:hAnsi="宋体" w:eastAsia="宋体" w:cs="宋体"/>
          <w:color w:val="000000"/>
        </w:rPr>
        <w:t>倍关联点”，直接写出</w:t>
      </w:r>
      <w:r>
        <w:pict>
          <v:shape id="_x0000_i718670"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3697" o:title="eqIdf0a532e15e232cb4b99a8d4d07c89575"/>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w:t>
      </w:r>
      <w:r>
        <w:rPr>
          <w:rFonts w:ascii="宋体" w:hAnsi="宋体" w:eastAsia="宋体" w:cs="宋体"/>
          <w:color w:val="000000"/>
        </w:rPr>
        <w:t>；</w:t>
      </w:r>
      <w:r>
        <w:rPr>
          <w:color w:val="000000"/>
        </w:rPr>
        <w:t xml:space="preserve">    （2）</w:t>
      </w:r>
      <w:r>
        <w:pict>
          <v:shape id="_x0000_i718671"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698" o:title="eqId533a7b702ada1dd80123e4041271d521"/>
            <o:lock v:ext="edit" aspectratio="t"/>
            <w10:wrap type="none"/>
            <w10:anchorlock/>
          </v:shape>
        </w:pict>
      </w:r>
      <w:r>
        <w:rPr>
          <w:rFonts w:ascii="宋体" w:hAnsi="宋体" w:eastAsia="宋体" w:cs="宋体"/>
          <w:color w:val="000000"/>
        </w:rPr>
        <w:t>或6；</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w:t>
      </w:r>
      <w:r>
        <w:pict>
          <v:shape id="_x0000_i71867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699" o:title="eqId7f9e8449aad35c5d840a3395ea86df6d"/>
            <o:lock v:ext="edit" aspectratio="t"/>
            <w10:wrap type="none"/>
            <w10:anchorlock/>
          </v:shape>
        </w:pict>
      </w:r>
      <w:r>
        <w:rPr>
          <w:rFonts w:ascii="宋体" w:hAnsi="宋体" w:eastAsia="宋体" w:cs="宋体"/>
          <w:color w:val="000000"/>
        </w:rPr>
        <w:t>表示的数为</w:t>
      </w:r>
      <w:r>
        <w:pict>
          <v:shape id="_x0000_i71867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700" o:title="eqId81dea63b8ce3e51adf66cf7b9982a248"/>
            <o:lock v:ext="edit" aspectratio="t"/>
            <w10:wrap type="none"/>
            <w10:anchorlock/>
          </v:shape>
        </w:pict>
      </w:r>
      <w:r>
        <w:rPr>
          <w:rFonts w:ascii="宋体" w:hAnsi="宋体" w:eastAsia="宋体" w:cs="宋体"/>
          <w:color w:val="000000"/>
        </w:rPr>
        <w:t>，根据题材构造一元一次方程求解即可；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）设点</w:t>
      </w:r>
      <w:r>
        <w:pict>
          <v:shape id="_x0000_i71867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702" o:title="eqIdc5db41a1f31d6baee7c69990811edb9f"/>
            <o:lock v:ext="edit" aspectratio="t"/>
            <w10:wrap type="none"/>
            <w10:anchorlock/>
          </v:shape>
        </w:pict>
      </w:r>
      <w:r>
        <w:rPr>
          <w:rFonts w:ascii="宋体" w:hAnsi="宋体" w:eastAsia="宋体" w:cs="宋体"/>
          <w:color w:val="000000"/>
        </w:rPr>
        <w:t>表示</w:t>
      </w:r>
      <w:r>
        <w:rPr>
          <w:rFonts w:ascii="宋体" w:hAnsi="宋体" w:eastAsia="宋体" w:cs="宋体"/>
          <w:color w:val="000000"/>
          <w:position w:val="0"/>
        </w:rPr>
        <w:drawing>
          <wp:inline distT="0" distB="0" distL="114300" distR="114300">
            <wp:extent cx="133350" cy="177800"/>
            <wp:effectExtent l="0" t="0" r="0" b="0"/>
            <wp:docPr id="3785" name="图片 164172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 name="图片 1641720864"/>
                    <pic:cNvPicPr>
                      <a:picLocks noChangeAspect="1"/>
                    </pic:cNvPicPr>
                  </pic:nvPicPr>
                  <pic:blipFill>
                    <a:blip r:embed="rId370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数为</w:t>
      </w:r>
      <w:r>
        <w:pict>
          <v:shape id="_x0000_i718675"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703" o:title="eqIdd053b14c8588eee2acbbe44fc37a6886"/>
            <o:lock v:ext="edit" aspectratio="t"/>
            <w10:wrap type="none"/>
            <w10:anchorlock/>
          </v:shape>
        </w:pict>
      </w:r>
      <w:r>
        <w:rPr>
          <w:rFonts w:ascii="宋体" w:hAnsi="宋体" w:eastAsia="宋体" w:cs="宋体"/>
          <w:color w:val="000000"/>
        </w:rPr>
        <w:t>，由点</w:t>
      </w:r>
      <w:r>
        <w:pict>
          <v:shape id="_x0000_i71867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702" o:title="eqIdc5db41a1f31d6baee7c69990811edb9f"/>
            <o:lock v:ext="edit" aspectratio="t"/>
            <w10:wrap type="none"/>
            <w10:anchorlock/>
          </v:shape>
        </w:pict>
      </w:r>
      <w:r>
        <w:rPr>
          <w:rFonts w:ascii="宋体" w:hAnsi="宋体" w:eastAsia="宋体" w:cs="宋体"/>
          <w:color w:val="000000"/>
        </w:rPr>
        <w:t>在点</w:t>
      </w:r>
      <w:r>
        <w:pict>
          <v:shape id="_x0000_i718677"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704" o:title="eqIdac047e91852b91af639feec23a9598b2"/>
            <o:lock v:ext="edit" aspectratio="t"/>
            <w10:wrap type="none"/>
            <w10:anchorlock/>
          </v:shape>
        </w:pict>
      </w:r>
      <w:r>
        <w:rPr>
          <w:rFonts w:ascii="宋体" w:hAnsi="宋体" w:eastAsia="宋体" w:cs="宋体"/>
          <w:color w:val="000000"/>
        </w:rPr>
        <w:t>右侧，点</w:t>
      </w:r>
      <w:r>
        <w:pict>
          <v:shape id="_x0000_i718678"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704" o:title="eqIdac047e91852b91af639feec23a9598b2"/>
            <o:lock v:ext="edit" aspectratio="t"/>
            <w10:wrap type="none"/>
            <w10:anchorlock/>
          </v:shape>
        </w:pict>
      </w:r>
      <w:r>
        <w:rPr>
          <w:rFonts w:ascii="宋体" w:hAnsi="宋体" w:eastAsia="宋体" w:cs="宋体"/>
          <w:color w:val="000000"/>
        </w:rPr>
        <w:t>表示的数为</w:t>
      </w:r>
      <w:r>
        <w:pict>
          <v:shape id="_x0000_i718679"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705" o:title="eqId61128ab996360a038e6e64d82fcba004"/>
            <o:lock v:ext="edit" aspectratio="t"/>
            <w10:wrap type="none"/>
            <w10:anchorlock/>
          </v:shape>
        </w:pict>
      </w:r>
      <w:r>
        <w:rPr>
          <w:rFonts w:ascii="宋体" w:hAnsi="宋体" w:eastAsia="宋体" w:cs="宋体"/>
          <w:color w:val="000000"/>
        </w:rPr>
        <w:t>，得</w:t>
      </w:r>
      <w:r>
        <w:pict>
          <v:shape id="_x0000_i718680"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703" o:title="eqIdd053b14c8588eee2acbbe44fc37a6886"/>
            <o:lock v:ext="edit" aspectratio="t"/>
            <w10:wrap type="none"/>
            <w10:anchorlock/>
          </v:shape>
        </w:pict>
      </w:r>
      <w:r>
        <w:rPr>
          <w:rFonts w:ascii="Times New Roman" w:hAnsi="Times New Roman" w:eastAsia="Times New Roman" w:cs="Times New Roman"/>
          <w:color w:val="000000"/>
        </w:rPr>
        <w:t>&gt;</w:t>
      </w:r>
      <w:r>
        <w:pict>
          <v:shape id="_x0000_i718681"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705" o:title="eqId61128ab996360a038e6e64d82fcba004"/>
            <o:lock v:ext="edit" aspectratio="t"/>
            <w10:wrap type="none"/>
            <w10:anchorlock/>
          </v:shape>
        </w:pict>
      </w:r>
      <w:r>
        <w:rPr>
          <w:rFonts w:ascii="宋体" w:hAnsi="宋体" w:eastAsia="宋体" w:cs="宋体"/>
          <w:color w:val="000000"/>
        </w:rPr>
        <w:t>，再由点</w:t>
      </w:r>
      <w:r>
        <w:pict>
          <v:shape id="_x0000_i71868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702" o:title="eqIdc5db41a1f31d6baee7c69990811edb9f"/>
            <o:lock v:ext="edit" aspectratio="t"/>
            <w10:wrap type="none"/>
            <w10:anchorlock/>
          </v:shape>
        </w:pict>
      </w:r>
      <w:r>
        <w:rPr>
          <w:rFonts w:ascii="宋体" w:hAnsi="宋体" w:eastAsia="宋体" w:cs="宋体"/>
          <w:color w:val="000000"/>
        </w:rPr>
        <w:t>的“</w:t>
      </w:r>
      <w:r>
        <w:pict>
          <v:shape id="_x0000_i718683"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3706" o:title="eqId6f8c4c029e552954bd493b49aeab82d5"/>
            <o:lock v:ext="edit" aspectratio="t"/>
            <w10:wrap type="none"/>
            <w10:anchorlock/>
          </v:shape>
        </w:pict>
      </w:r>
      <w:r>
        <w:rPr>
          <w:rFonts w:ascii="宋体" w:hAnsi="宋体" w:eastAsia="宋体" w:cs="宋体"/>
          <w:color w:val="000000"/>
        </w:rPr>
        <w:t>倍关联点”</w:t>
      </w:r>
      <w:r>
        <w:pict>
          <v:shape id="_x0000_i71868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707" o:title="eqId23f3ffe7abc59e2f65d827c8eab8d36a"/>
            <o:lock v:ext="edit" aspectratio="t"/>
            <w10:wrap type="none"/>
            <w10:anchorlock/>
          </v:shape>
        </w:pict>
      </w:r>
      <w:r>
        <w:rPr>
          <w:rFonts w:ascii="宋体" w:hAnsi="宋体" w:eastAsia="宋体" w:cs="宋体"/>
          <w:color w:val="000000"/>
        </w:rPr>
        <w:t>表示的数为</w:t>
      </w:r>
      <w:r>
        <w:pict>
          <v:shape id="_x0000_i71868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708" o:title="eqIdc79c562343bd2362a979662d3865020c"/>
            <o:lock v:ext="edit" aspectratio="t"/>
            <w10:wrap type="none"/>
            <w10:anchorlock/>
          </v:shape>
        </w:pict>
      </w:r>
      <w:r>
        <w:rPr>
          <w:rFonts w:ascii="宋体" w:hAnsi="宋体" w:eastAsia="宋体" w:cs="宋体"/>
          <w:color w:val="000000"/>
        </w:rPr>
        <w:t>，得</w:t>
      </w:r>
      <w:r>
        <w:pict>
          <v:shape id="_x0000_i71868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709" o:title="eqIdf842d53d9d4589981855df19651229a3"/>
            <o:lock v:ext="edit" aspectratio="t"/>
            <w10:wrap type="none"/>
            <w10:anchorlock/>
          </v:shape>
        </w:pict>
      </w:r>
      <w:r>
        <w:rPr>
          <w:rFonts w:ascii="宋体" w:hAnsi="宋体" w:eastAsia="宋体" w:cs="宋体"/>
          <w:color w:val="000000"/>
        </w:rPr>
        <w:t>，且</w:t>
      </w:r>
      <w:r>
        <w:pict>
          <v:shape id="_x0000_i718687" o:spt="75" alt="学科网(www.zxxk.com)--教育资源门户，提供试卷、教案、课件、论文、素材以及各类教学资源下载，还有大量而丰富的教学相关资讯！" type="#_x0000_t75" style="height:20.25pt;width:69pt;" o:ole="t" filled="f" o:preferrelative="t" stroked="f" coordsize="21600,21600">
            <v:path/>
            <v:fill on="f" focussize="0,0"/>
            <v:stroke on="f" joinstyle="miter"/>
            <v:imagedata r:id="rId3710" o:title="eqId880def12ce095e797cc84b3121d15b5d"/>
            <o:lock v:ext="edit" aspectratio="t"/>
            <w10:wrap type="none"/>
            <w10:anchorlock/>
          </v:shape>
        </w:pict>
      </w:r>
      <w:r>
        <w:rPr>
          <w:rFonts w:ascii="宋体" w:hAnsi="宋体" w:eastAsia="宋体" w:cs="宋体"/>
          <w:color w:val="000000"/>
        </w:rPr>
        <w:t>，从而得</w:t>
      </w:r>
      <w:r>
        <w:pict>
          <v:shape id="_x0000_i718688"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711" o:title="eqId28ab535e7f7dd4f458f75e2182519413"/>
            <o:lock v:ext="edit" aspectratio="t"/>
            <w10:wrap type="none"/>
            <w10:anchorlock/>
          </v:shape>
        </w:pict>
      </w:r>
      <w:r>
        <w:rPr>
          <w:rFonts w:ascii="宋体" w:hAnsi="宋体" w:eastAsia="宋体" w:cs="宋体"/>
          <w:color w:val="000000"/>
        </w:rPr>
        <w:t>或</w:t>
      </w:r>
      <w:r>
        <w:pict>
          <v:shape id="_x0000_i718689"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3712" o:title="eqIdca208a68dd37e00903085736eafdedb4"/>
            <o:lock v:ext="edit" aspectratio="t"/>
            <w10:wrap type="none"/>
            <w10:anchorlock/>
          </v:shape>
        </w:pict>
      </w:r>
      <w:r>
        <w:rPr>
          <w:rFonts w:ascii="宋体" w:hAnsi="宋体" w:eastAsia="宋体" w:cs="宋体"/>
          <w:color w:val="000000"/>
        </w:rPr>
        <w:t>，</w:t>
      </w:r>
      <w:r>
        <w:pict>
          <v:shape id="_x0000_i71869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713" o:title="eqId6862dd3c43647ce7d7935a7d205b54d2"/>
            <o:lock v:ext="edit" aspectratio="t"/>
            <w10:wrap type="none"/>
            <w10:anchorlock/>
          </v:shape>
        </w:pict>
      </w:r>
      <w:r>
        <w:rPr>
          <w:rFonts w:ascii="宋体" w:hAnsi="宋体" w:eastAsia="宋体" w:cs="宋体"/>
          <w:color w:val="000000"/>
        </w:rPr>
        <w:t>或</w:t>
      </w:r>
      <w:r>
        <w:pict>
          <v:shape id="_x0000_i718691"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714" o:title="eqId1553006815bd3d2ff0509a60f8e1f11f"/>
            <o:lock v:ext="edit" aspectratio="t"/>
            <w10:wrap type="none"/>
            <w10:anchorlock/>
          </v:shape>
        </w:pict>
      </w:r>
      <w:r>
        <w:rPr>
          <w:rFonts w:ascii="宋体" w:hAnsi="宋体" w:eastAsia="宋体" w:cs="宋体"/>
          <w:color w:val="000000"/>
        </w:rPr>
        <w:t>，</w:t>
      </w:r>
      <w:r>
        <w:pict>
          <v:shape id="_x0000_i71869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715" o:title="eqId38c9d7f7f9a3e9ec476f5cf7fda97c88"/>
            <o:lock v:ext="edit" aspectratio="t"/>
            <w10:wrap type="none"/>
            <w10:anchorlock/>
          </v:shape>
        </w:pict>
      </w:r>
      <w:r>
        <w:rPr>
          <w:rFonts w:ascii="宋体" w:hAnsi="宋体" w:eastAsia="宋体" w:cs="宋体"/>
          <w:color w:val="000000"/>
        </w:rPr>
        <w:t>或</w:t>
      </w:r>
      <w:r>
        <w:pict>
          <v:shape id="_x0000_i718693"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716" o:title="eqIdf57b1c5d4498702fd9d8354ad099043c"/>
            <o:lock v:ext="edit" aspectratio="t"/>
            <w10:wrap type="none"/>
            <w10:anchorlock/>
          </v:shape>
        </w:pict>
      </w:r>
      <w:r>
        <w:rPr>
          <w:rFonts w:ascii="宋体" w:hAnsi="宋体" w:eastAsia="宋体" w:cs="宋体"/>
          <w:color w:val="000000"/>
        </w:rPr>
        <w:t>，</w:t>
      </w:r>
      <w:r>
        <w:pict>
          <v:shape id="_x0000_i718694"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3717" o:title="eqId26efd639901401ed017a6aa32ea19907"/>
            <o:lock v:ext="edit" aspectratio="t"/>
            <w10:wrap type="none"/>
            <w10:anchorlock/>
          </v:shape>
        </w:pict>
      </w:r>
      <w:r>
        <w:rPr>
          <w:rFonts w:ascii="宋体" w:hAnsi="宋体" w:eastAsia="宋体" w:cs="宋体"/>
          <w:color w:val="000000"/>
        </w:rPr>
        <w:t>，进而分类讨论求解一元一次方程即可得解；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）设运动时间为</w:t>
      </w:r>
      <w:r>
        <w:pict>
          <v:shape id="_x0000_i71869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718" o:title="eqId36a1b09c653185842513e24ebba60bb3"/>
            <o:lock v:ext="edit" aspectratio="t"/>
            <w10:wrap type="none"/>
            <w10:anchorlock/>
          </v:shape>
        </w:pict>
      </w:r>
      <w:r>
        <w:rPr>
          <w:rFonts w:ascii="宋体" w:hAnsi="宋体" w:eastAsia="宋体" w:cs="宋体"/>
          <w:color w:val="000000"/>
        </w:rPr>
        <w:t>秒，由题意可得</w:t>
      </w:r>
      <w:r>
        <w:pict>
          <v:shape id="_x0000_i71869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719" o:title="eqIdacc290b44635265137fdf13146b6a6d9"/>
            <o:lock v:ext="edit" aspectratio="t"/>
            <w10:wrap type="none"/>
            <w10:anchorlock/>
          </v:shape>
        </w:pict>
      </w:r>
      <w:r>
        <w:rPr>
          <w:rFonts w:ascii="宋体" w:hAnsi="宋体" w:eastAsia="宋体" w:cs="宋体"/>
          <w:color w:val="000000"/>
        </w:rPr>
        <w:t>表示的数为</w:t>
      </w:r>
      <w:r>
        <w:pict>
          <v:shape id="_x0000_i718697"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720" o:title="eqId66ab74df2369ece5db6e65f7e02c7807"/>
            <o:lock v:ext="edit" aspectratio="t"/>
            <w10:wrap type="none"/>
            <w10:anchorlock/>
          </v:shape>
        </w:pict>
      </w:r>
      <w:r>
        <w:rPr>
          <w:rFonts w:ascii="宋体" w:hAnsi="宋体" w:eastAsia="宋体" w:cs="宋体"/>
          <w:color w:val="000000"/>
        </w:rPr>
        <w:t>，</w:t>
      </w:r>
      <w:r>
        <w:pict>
          <v:shape id="_x0000_i71869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721" o:title="eqIddad2a36927223bd70f426ba06aea4b45"/>
            <o:lock v:ext="edit" aspectratio="t"/>
            <w10:wrap type="none"/>
            <w10:anchorlock/>
          </v:shape>
        </w:pict>
      </w:r>
      <w:r>
        <w:rPr>
          <w:rFonts w:ascii="宋体" w:hAnsi="宋体" w:eastAsia="宋体" w:cs="宋体"/>
          <w:color w:val="000000"/>
        </w:rPr>
        <w:t>表示的数为</w:t>
      </w:r>
      <w:r>
        <w:pict>
          <v:shape id="_x0000_i718699" o:spt="75" alt="学科网(www.zxxk.com)--教育资源门户，提供试卷、教案、课件、论文、素材以及各类教学资源下载，还有大量而丰富的教学相关资讯！" type="#_x0000_t75" style="height:20.25pt;width:44.25pt;" o:ole="t" filled="f" o:preferrelative="t" stroked="f" coordsize="21600,21600">
            <v:path/>
            <v:fill on="f" focussize="0,0"/>
            <v:stroke on="f" joinstyle="miter"/>
            <v:imagedata r:id="rId3722" o:title="eqIdc3c8b17dce446e84287b1d2a7353d863"/>
            <o:lock v:ext="edit" aspectratio="t"/>
            <w10:wrap type="none"/>
            <w10:anchorlock/>
          </v:shape>
        </w:pict>
      </w:r>
      <w:r>
        <w:rPr>
          <w:rFonts w:ascii="宋体" w:hAnsi="宋体" w:eastAsia="宋体" w:cs="宋体"/>
          <w:color w:val="000000"/>
        </w:rPr>
        <w:t>由在任何一个时刻，点</w:t>
      </w:r>
      <w:r>
        <w:pict>
          <v:shape id="_x0000_i71870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721" o:title="eqIddad2a36927223bd70f426ba06aea4b45"/>
            <o:lock v:ext="edit" aspectratio="t"/>
            <w10:wrap type="none"/>
            <w10:anchorlock/>
          </v:shape>
        </w:pict>
      </w:r>
      <w:r>
        <w:rPr>
          <w:rFonts w:ascii="宋体" w:hAnsi="宋体" w:eastAsia="宋体" w:cs="宋体"/>
          <w:color w:val="000000"/>
        </w:rPr>
        <w:t>始终为点</w:t>
      </w:r>
      <w:r>
        <w:pict>
          <v:shape id="_x0000_i71870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719" o:title="eqIdacc290b44635265137fdf13146b6a6d9"/>
            <o:lock v:ext="edit" aspectratio="t"/>
            <w10:wrap type="none"/>
            <w10:anchorlock/>
          </v:shape>
        </w:pict>
      </w:r>
      <w:r>
        <w:rPr>
          <w:rFonts w:ascii="宋体" w:hAnsi="宋体" w:eastAsia="宋体" w:cs="宋体"/>
          <w:color w:val="000000"/>
        </w:rPr>
        <w:t>的“</w:t>
      </w:r>
      <w:r>
        <w:pict>
          <v:shape id="_x0000_i718702"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3723" o:title="eqIdf0a532e15e232cb4b99a8d4d07c89575"/>
            <o:lock v:ext="edit" aspectratio="t"/>
            <w10:wrap type="none"/>
            <w10:anchorlock/>
          </v:shape>
        </w:pict>
      </w:r>
      <w:r>
        <w:rPr>
          <w:rFonts w:ascii="宋体" w:hAnsi="宋体" w:eastAsia="宋体" w:cs="宋体"/>
          <w:color w:val="000000"/>
        </w:rPr>
        <w:t>倍关联点”，得等式</w:t>
      </w:r>
      <w:r>
        <w:pict>
          <v:shape id="_x0000_i718703" o:spt="75" alt="学科网(www.zxxk.com)--教育资源门户，提供试卷、教案、课件、论文、素材以及各类教学资源下载，还有大量而丰富的教学相关资讯！" type="#_x0000_t75" style="height:20.25pt;width:101.25pt;" o:ole="t" filled="f" o:preferrelative="t" stroked="f" coordsize="21600,21600">
            <v:path/>
            <v:fill on="f" focussize="0,0"/>
            <v:stroke on="f" joinstyle="miter"/>
            <v:imagedata r:id="rId3724" o:title="eqId66477e12564fcd0a142461d631a46b58"/>
            <o:lock v:ext="edit" aspectratio="t"/>
            <w10:wrap type="none"/>
            <w10:anchorlock/>
          </v:shape>
        </w:pict>
      </w:r>
      <w:r>
        <w:rPr>
          <w:rFonts w:ascii="宋体" w:hAnsi="宋体" w:eastAsia="宋体" w:cs="宋体"/>
          <w:color w:val="000000"/>
        </w:rPr>
        <w:t>即</w:t>
      </w:r>
      <w:r>
        <w:pict>
          <v:shape id="_x0000_i718704" o:spt="75" alt="学科网(www.zxxk.com)--教育资源门户，提供试卷、教案、课件、论文、素材以及各类教学资源下载，还有大量而丰富的教学相关资讯！" type="#_x0000_t75" style="height:20.25pt;width:125.25pt;" o:ole="t" filled="f" o:preferrelative="t" stroked="f" coordsize="21600,21600">
            <v:path/>
            <v:fill on="f" focussize="0,0"/>
            <v:stroke on="f" joinstyle="miter"/>
            <v:imagedata r:id="rId3725" o:title="eqIdcab39a15cb408eba495412a792c7d2ef"/>
            <o:lock v:ext="edit" aspectratio="t"/>
            <w10:wrap type="none"/>
            <w10:anchorlock/>
          </v:shape>
        </w:pict>
      </w:r>
      <w:r>
        <w:rPr>
          <w:rFonts w:ascii="宋体" w:hAnsi="宋体" w:eastAsia="宋体" w:cs="宋体"/>
          <w:color w:val="000000"/>
        </w:rPr>
        <w:t>的值与</w:t>
      </w:r>
      <w:r>
        <w:pict>
          <v:shape id="_x0000_i71870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718" o:title="eqId36a1b09c653185842513e24ebba60bb3"/>
            <o:lock v:ext="edit" aspectratio="t"/>
            <w10:wrap type="none"/>
            <w10:anchorlock/>
          </v:shape>
        </w:pict>
      </w:r>
      <w:r>
        <w:rPr>
          <w:rFonts w:ascii="宋体" w:hAnsi="宋体" w:eastAsia="宋体" w:cs="宋体"/>
          <w:color w:val="000000"/>
        </w:rPr>
        <w:t>无关，从而有</w:t>
      </w:r>
      <w:r>
        <w:pict>
          <v:shape id="_x0000_i718706"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3726" o:title="eqId1a77499c7584a663e218dddc34037e8d"/>
            <o:lock v:ext="edit" aspectratio="t"/>
            <w10:wrap type="none"/>
            <w10:anchorlock/>
          </v:shape>
        </w:pict>
      </w:r>
      <w:r>
        <w:rPr>
          <w:rFonts w:ascii="宋体" w:hAnsi="宋体" w:eastAsia="宋体" w:cs="宋体"/>
          <w:color w:val="000000"/>
        </w:rPr>
        <w:t>即</w:t>
      </w:r>
      <w:r>
        <w:pict>
          <v:shape id="_x0000_i718707"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727" o:title="eqId38c9d7f7f9a3e9ec476f5cf7fda97c88"/>
            <o:lock v:ext="edit" aspectratio="t"/>
            <w10:wrap type="none"/>
            <w10:anchorlock/>
          </v:shape>
        </w:pict>
      </w:r>
      <w:r>
        <w:rPr>
          <w:rFonts w:ascii="宋体" w:hAnsi="宋体" w:eastAsia="宋体" w:cs="宋体"/>
          <w:color w:val="000000"/>
        </w:rPr>
        <w:t>，即可求解．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解：设</w:t>
      </w:r>
      <w:r>
        <w:pict>
          <v:shape id="_x0000_i71870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728" o:title="eqId7f9e8449aad35c5d840a3395ea86df6d"/>
            <o:lock v:ext="edit" aspectratio="t"/>
            <w10:wrap type="none"/>
            <w10:anchorlock/>
          </v:shape>
        </w:pict>
      </w:r>
      <w:r>
        <w:rPr>
          <w:rFonts w:ascii="宋体" w:hAnsi="宋体" w:eastAsia="宋体" w:cs="宋体"/>
          <w:color w:val="000000"/>
        </w:rPr>
        <w:t>表示的数为</w:t>
      </w:r>
      <w:r>
        <w:pict>
          <v:shape id="_x0000_i71870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729" o:title="eqId81dea63b8ce3e51adf66cf7b9982a2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710" o:spt="75" alt="学科网(www.zxxk.com)--教育资源门户，提供试卷、教案、课件、论文、素材以及各类教学资源下载，还有大量而丰富的教学相关资讯！" type="#_x0000_t75" style="height:15.75pt;width:57pt;" o:ole="t" filled="f" o:preferrelative="t" stroked="f" coordsize="21600,21600">
            <v:path/>
            <v:fill on="f" focussize="0,0"/>
            <v:stroke on="f" joinstyle="miter"/>
            <v:imagedata r:id="rId3730" o:title="eqIde53b18b9dc6839a7b6c46b77641b06e8"/>
            <o:lock v:ext="edit" aspectratio="t"/>
            <w10:wrap type="none"/>
            <w10:anchorlock/>
          </v:shape>
        </w:pict>
      </w:r>
      <w:r>
        <w:rPr>
          <w:rFonts w:ascii="宋体" w:hAnsi="宋体" w:eastAsia="宋体" w:cs="宋体"/>
          <w:color w:val="000000"/>
        </w:rPr>
        <w:t>，点</w:t>
      </w:r>
      <w:r>
        <w:pict>
          <v:shape id="_x0000_i71871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731" o:title="eqId7f9e8449aad35c5d840a3395ea86df6d"/>
            <o:lock v:ext="edit" aspectratio="t"/>
            <w10:wrap type="none"/>
            <w10:anchorlock/>
          </v:shape>
        </w:pict>
      </w:r>
      <w:r>
        <w:rPr>
          <w:rFonts w:ascii="宋体" w:hAnsi="宋体" w:eastAsia="宋体" w:cs="宋体"/>
          <w:color w:val="000000"/>
        </w:rPr>
        <w:t>的“</w:t>
      </w:r>
      <w:r>
        <w:pict>
          <v:shape id="_x0000_i718712"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732" o:title="eqId61128ab996360a038e6e64d82fcba004"/>
            <o:lock v:ext="edit" aspectratio="t"/>
            <w10:wrap type="none"/>
            <w10:anchorlock/>
          </v:shape>
        </w:pict>
      </w:r>
      <w:r>
        <w:rPr>
          <w:rFonts w:ascii="宋体" w:hAnsi="宋体" w:eastAsia="宋体" w:cs="宋体"/>
          <w:color w:val="000000"/>
        </w:rPr>
        <w:t>倍关联点”是点</w:t>
      </w:r>
      <w:r>
        <w:pict>
          <v:shape id="_x0000_i71871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733" o:title="eqId43a71fc9c0068109dad1382354570665"/>
            <o:lock v:ext="edit" aspectratio="t"/>
            <w10:wrap type="none"/>
            <w10:anchorlock/>
          </v:shape>
        </w:pict>
      </w:r>
      <w:r>
        <w:rPr>
          <w:rFonts w:ascii="宋体" w:hAnsi="宋体" w:eastAsia="宋体" w:cs="宋体"/>
          <w:color w:val="000000"/>
        </w:rPr>
        <w:t>，点</w:t>
      </w:r>
      <w:r>
        <w:pict>
          <v:shape id="_x0000_i71871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733" o:title="eqId43a71fc9c0068109dad1382354570665"/>
            <o:lock v:ext="edit" aspectratio="t"/>
            <w10:wrap type="none"/>
            <w10:anchorlock/>
          </v:shape>
        </w:pict>
      </w:r>
      <w:r>
        <w:rPr>
          <w:rFonts w:ascii="宋体" w:hAnsi="宋体" w:eastAsia="宋体" w:cs="宋体"/>
          <w:color w:val="000000"/>
        </w:rPr>
        <w:t>表示的数是</w:t>
      </w:r>
      <w:r>
        <w:pict>
          <v:shape id="_x0000_i718715"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3734" o:title="eqIdb8860d9787671b53b1ab68b3d526f5c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716" o:spt="75" alt="学科网(www.zxxk.com)--教育资源门户，提供试卷、教案、课件、论文、素材以及各类教学资源下载，还有大量而丰富的教学相关资讯！" type="#_x0000_t75" style="height:20.25pt;width:69.75pt;" o:ole="t" filled="f" o:preferrelative="t" stroked="f" coordsize="21600,21600">
            <v:path/>
            <v:fill on="f" focussize="0,0"/>
            <v:stroke on="f" joinstyle="miter"/>
            <v:imagedata r:id="rId3735" o:title="eqId6bc21ef897d5eff281618c2ad3f847f8"/>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18717"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3736" o:title="eqId679353e656a54993c041ebd39ec7b31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8718"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3737" o:title="eqIdbdaa19de263700a15fcf213d64a8cd5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解：设点</w:t>
      </w:r>
      <w:r>
        <w:pict>
          <v:shape id="_x0000_i718719"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738" o:title="eqIdc5db41a1f31d6baee7c69990811edb9f"/>
            <o:lock v:ext="edit" aspectratio="t"/>
            <w10:wrap type="none"/>
            <w10:anchorlock/>
          </v:shape>
        </w:pict>
      </w:r>
      <w:r>
        <w:rPr>
          <w:rFonts w:ascii="宋体" w:hAnsi="宋体" w:eastAsia="宋体" w:cs="宋体"/>
          <w:color w:val="000000"/>
        </w:rPr>
        <w:t>表示的数为</w:t>
      </w:r>
      <w:r>
        <w:pict>
          <v:shape id="_x0000_i718720"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739" o:title="eqIdd053b14c8588eee2acbbe44fc37a688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pict>
          <v:shape id="_x0000_i71872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740" o:title="eqIdc5db41a1f31d6baee7c69990811edb9f"/>
            <o:lock v:ext="edit" aspectratio="t"/>
            <w10:wrap type="none"/>
            <w10:anchorlock/>
          </v:shape>
        </w:pict>
      </w:r>
      <w:r>
        <w:rPr>
          <w:rFonts w:ascii="宋体" w:hAnsi="宋体" w:eastAsia="宋体" w:cs="宋体"/>
          <w:color w:val="000000"/>
        </w:rPr>
        <w:t>在点</w:t>
      </w:r>
      <w:r>
        <w:pict>
          <v:shape id="_x0000_i71872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741" o:title="eqIdac047e91852b91af639feec23a9598b2"/>
            <o:lock v:ext="edit" aspectratio="t"/>
            <w10:wrap type="none"/>
            <w10:anchorlock/>
          </v:shape>
        </w:pict>
      </w:r>
      <w:r>
        <w:rPr>
          <w:rFonts w:ascii="宋体" w:hAnsi="宋体" w:eastAsia="宋体" w:cs="宋体"/>
          <w:color w:val="000000"/>
        </w:rPr>
        <w:t>右侧，点</w:t>
      </w:r>
      <w:r>
        <w:pict>
          <v:shape id="_x0000_i718723"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741" o:title="eqIdac047e91852b91af639feec23a9598b2"/>
            <o:lock v:ext="edit" aspectratio="t"/>
            <w10:wrap type="none"/>
            <w10:anchorlock/>
          </v:shape>
        </w:pict>
      </w:r>
      <w:r>
        <w:rPr>
          <w:rFonts w:ascii="宋体" w:hAnsi="宋体" w:eastAsia="宋体" w:cs="宋体"/>
          <w:color w:val="000000"/>
        </w:rPr>
        <w:t>表示的数为</w:t>
      </w:r>
      <w:r>
        <w:pict>
          <v:shape id="_x0000_i718724"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742" o:title="eqId61128ab996360a038e6e64d82fcba00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8725"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3743" o:title="eqIdd053b14c8588eee2acbbe44fc37a6886"/>
            <o:lock v:ext="edit" aspectratio="t"/>
            <w10:wrap type="none"/>
            <w10:anchorlock/>
          </v:shape>
        </w:pict>
      </w:r>
      <w:r>
        <w:rPr>
          <w:rFonts w:ascii="Times New Roman" w:hAnsi="Times New Roman" w:eastAsia="Times New Roman" w:cs="Times New Roman"/>
          <w:color w:val="000000"/>
        </w:rPr>
        <w:t>&gt;</w:t>
      </w:r>
      <w:r>
        <w:pict>
          <v:shape id="_x0000_i71872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3744" o:title="eqId61128ab996360a038e6e64d82fcba00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∵点</w:t>
      </w:r>
      <w:r>
        <w:pict>
          <v:shape id="_x0000_i71872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745" o:title="eqIdc5db41a1f31d6baee7c69990811edb9f"/>
            <o:lock v:ext="edit" aspectratio="t"/>
            <w10:wrap type="none"/>
            <w10:anchorlock/>
          </v:shape>
        </w:pict>
      </w:r>
      <w:r>
        <w:rPr>
          <w:rFonts w:ascii="宋体" w:hAnsi="宋体" w:eastAsia="宋体" w:cs="宋体"/>
          <w:color w:val="000000"/>
        </w:rPr>
        <w:t>的“</w:t>
      </w:r>
      <w:r>
        <w:pict>
          <v:shape id="_x0000_i718728"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3746" o:title="eqId6f8c4c029e552954bd493b49aeab82d5"/>
            <o:lock v:ext="edit" aspectratio="t"/>
            <w10:wrap type="none"/>
            <w10:anchorlock/>
          </v:shape>
        </w:pict>
      </w:r>
      <w:r>
        <w:rPr>
          <w:rFonts w:ascii="宋体" w:hAnsi="宋体" w:eastAsia="宋体" w:cs="宋体"/>
          <w:color w:val="000000"/>
        </w:rPr>
        <w:t>倍关联点”</w:t>
      </w:r>
      <w:r>
        <w:pict>
          <v:shape id="_x0000_i71872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3747" o:title="eqId23f3ffe7abc59e2f65d827c8eab8d36a"/>
            <o:lock v:ext="edit" aspectratio="t"/>
            <w10:wrap type="none"/>
            <w10:anchorlock/>
          </v:shape>
        </w:pict>
      </w:r>
      <w:r>
        <w:rPr>
          <w:rFonts w:ascii="宋体" w:hAnsi="宋体" w:eastAsia="宋体" w:cs="宋体"/>
          <w:color w:val="000000"/>
        </w:rPr>
        <w:t>表示的数为</w:t>
      </w:r>
      <w:r>
        <w:pict>
          <v:shape id="_x0000_i718730"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3748" o:title="eqIdc79c562343bd2362a979662d3865020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873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749" o:title="eqIdf842d53d9d4589981855df19651229a3"/>
            <o:lock v:ext="edit" aspectratio="t"/>
            <w10:wrap type="none"/>
            <w10:anchorlock/>
          </v:shape>
        </w:pict>
      </w:r>
      <w:r>
        <w:rPr>
          <w:rFonts w:ascii="宋体" w:hAnsi="宋体" w:eastAsia="宋体" w:cs="宋体"/>
          <w:color w:val="000000"/>
        </w:rPr>
        <w:t>，且</w:t>
      </w:r>
      <w:r>
        <w:pict>
          <v:shape id="_x0000_i718732" o:spt="75" alt="学科网(www.zxxk.com)--教育资源门户，提供试卷、教案、课件、论文、素材以及各类教学资源下载，还有大量而丰富的教学相关资讯！" type="#_x0000_t75" style="height:20.25pt;width:72pt;" o:ole="t" filled="f" o:preferrelative="t" stroked="f" coordsize="21600,21600">
            <v:path/>
            <v:fill on="f" focussize="0,0"/>
            <v:stroke on="f" joinstyle="miter"/>
            <v:imagedata r:id="rId3750" o:title="eqIde3dd10eb11f5214f09473bacb4aeb6d0"/>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w:t>
      </w:r>
      <w:r>
        <w:pict>
          <v:shape id="_x0000_i718733"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3751" o:title="eqId280860dd039e1305a5ccc455f63e8223"/>
            <o:lock v:ext="edit" aspectratio="t"/>
            <w10:wrap type="none"/>
            <w10:anchorlock/>
          </v:shape>
        </w:pict>
      </w:r>
      <w:r>
        <w:rPr>
          <w:rFonts w:ascii="宋体" w:hAnsi="宋体" w:eastAsia="宋体" w:cs="宋体"/>
          <w:color w:val="000000"/>
        </w:rPr>
        <w:t>是正整数</w:t>
      </w:r>
      <w:r>
        <w:pict>
          <v:shape id="_x0000_i718734" o:spt="75" alt="学科网(www.zxxk.com)--教育资源门户，提供试卷、教案、课件、论文、素材以及各类教学资源下载，还有大量而丰富的教学相关资讯！" type="#_x0000_t75" style="height:8.25pt;width:6pt;" o:ole="t" filled="f" o:preferrelative="t" stroked="f" coordsize="21600,21600">
            <v:path/>
            <v:fill on="f" focussize="0,0"/>
            <v:stroke on="f" joinstyle="miter"/>
            <v:imagedata r:id="rId3752" o:title="eqId05250abe6da85eb0b555948d7dbaf317"/>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w:t>
      </w:r>
      <w:r>
        <w:pict>
          <v:shape id="_x0000_i718735"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3753" o:title="eqId28ab535e7f7dd4f458f75e2182519413"/>
            <o:lock v:ext="edit" aspectratio="t"/>
            <w10:wrap type="none"/>
            <w10:anchorlock/>
          </v:shape>
        </w:pict>
      </w:r>
      <w:r>
        <w:rPr>
          <w:rFonts w:ascii="宋体" w:hAnsi="宋体" w:eastAsia="宋体" w:cs="宋体"/>
          <w:color w:val="000000"/>
        </w:rPr>
        <w:t>或</w:t>
      </w:r>
      <w:r>
        <w:pict>
          <v:shape id="_x0000_i718736"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3754" o:title="eqIdca208a68dd37e00903085736eafdedb4"/>
            <o:lock v:ext="edit" aspectratio="t"/>
            <w10:wrap type="none"/>
            <w10:anchorlock/>
          </v:shape>
        </w:pict>
      </w:r>
      <w:r>
        <w:rPr>
          <w:rFonts w:ascii="宋体" w:hAnsi="宋体" w:eastAsia="宋体" w:cs="宋体"/>
          <w:color w:val="000000"/>
        </w:rPr>
        <w:t>，</w:t>
      </w:r>
      <w:r>
        <w:pict>
          <v:shape id="_x0000_i71873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755" o:title="eqId6862dd3c43647ce7d7935a7d205b54d2"/>
            <o:lock v:ext="edit" aspectratio="t"/>
            <w10:wrap type="none"/>
            <w10:anchorlock/>
          </v:shape>
        </w:pict>
      </w:r>
      <w:r>
        <w:rPr>
          <w:rFonts w:ascii="宋体" w:hAnsi="宋体" w:eastAsia="宋体" w:cs="宋体"/>
          <w:color w:val="000000"/>
        </w:rPr>
        <w:t>或</w:t>
      </w:r>
      <w:r>
        <w:pict>
          <v:shape id="_x0000_i718738"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756" o:title="eqId1553006815bd3d2ff0509a60f8e1f11f"/>
            <o:lock v:ext="edit" aspectratio="t"/>
            <w10:wrap type="none"/>
            <w10:anchorlock/>
          </v:shape>
        </w:pict>
      </w:r>
      <w:r>
        <w:rPr>
          <w:rFonts w:ascii="宋体" w:hAnsi="宋体" w:eastAsia="宋体" w:cs="宋体"/>
          <w:color w:val="000000"/>
        </w:rPr>
        <w:t>，</w:t>
      </w:r>
      <w:r>
        <w:pict>
          <v:shape id="_x0000_i71873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757" o:title="eqId38c9d7f7f9a3e9ec476f5cf7fda97c88"/>
            <o:lock v:ext="edit" aspectratio="t"/>
            <w10:wrap type="none"/>
            <w10:anchorlock/>
          </v:shape>
        </w:pict>
      </w:r>
      <w:r>
        <w:rPr>
          <w:rFonts w:ascii="宋体" w:hAnsi="宋体" w:eastAsia="宋体" w:cs="宋体"/>
          <w:color w:val="000000"/>
        </w:rPr>
        <w:t>或</w:t>
      </w:r>
      <w:r>
        <w:pict>
          <v:shape id="_x0000_i718740"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758" o:title="eqIdf57b1c5d4498702fd9d8354ad099043c"/>
            <o:lock v:ext="edit" aspectratio="t"/>
            <w10:wrap type="none"/>
            <w10:anchorlock/>
          </v:shape>
        </w:pict>
      </w:r>
      <w:r>
        <w:rPr>
          <w:rFonts w:ascii="宋体" w:hAnsi="宋体" w:eastAsia="宋体" w:cs="宋体"/>
          <w:color w:val="000000"/>
        </w:rPr>
        <w:t>，</w:t>
      </w:r>
      <w:r>
        <w:pict>
          <v:shape id="_x0000_i718741"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3759" o:title="eqId26efd639901401ed017a6aa32ea1990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874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760" o:title="eqIdbc304a55feec5d8312d3082f1bb91a23"/>
            <o:lock v:ext="edit" aspectratio="t"/>
            <w10:wrap type="none"/>
            <w10:anchorlock/>
          </v:shape>
        </w:pict>
      </w:r>
      <w:r>
        <w:rPr>
          <w:rFonts w:ascii="宋体" w:hAnsi="宋体" w:eastAsia="宋体" w:cs="宋体"/>
          <w:color w:val="000000"/>
        </w:rPr>
        <w:t>，</w:t>
      </w:r>
      <w:r>
        <w:pict>
          <v:shape id="_x0000_i71874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761" o:title="eqIdca938b90da7b092f7121ce06036d2ff8"/>
            <o:lock v:ext="edit" aspectratio="t"/>
            <w10:wrap type="none"/>
            <w10:anchorlock/>
          </v:shape>
        </w:pict>
      </w:r>
      <w:r>
        <w:rPr>
          <w:rFonts w:ascii="宋体" w:hAnsi="宋体" w:eastAsia="宋体" w:cs="宋体"/>
          <w:color w:val="000000"/>
        </w:rPr>
        <w:t>时，</w:t>
      </w:r>
      <w:r>
        <w:pict>
          <v:shape id="_x0000_i718744" o:spt="75" alt="学科网(www.zxxk.com)--教育资源门户，提供试卷、教案、课件、论文、素材以及各类教学资源下载，还有大量而丰富的教学相关资讯！" type="#_x0000_t75" style="height:20.25pt;width:71.25pt;" o:ole="t" filled="f" o:preferrelative="t" stroked="f" coordsize="21600,21600">
            <v:path/>
            <v:fill on="f" focussize="0,0"/>
            <v:stroke on="f" joinstyle="miter"/>
            <v:imagedata r:id="rId3762" o:title="eqIde8c8dd50156e740fb5b13bd2a220839a"/>
            <o:lock v:ext="edit" aspectratio="t"/>
            <w10:wrap type="none"/>
            <w10:anchorlock/>
          </v:shape>
        </w:pict>
      </w:r>
      <w:r>
        <w:rPr>
          <w:rFonts w:ascii="宋体" w:hAnsi="宋体" w:eastAsia="宋体" w:cs="宋体"/>
          <w:color w:val="000000"/>
        </w:rPr>
        <w:t>，解得</w:t>
      </w:r>
      <w:r>
        <w:pict>
          <v:shape id="_x0000_i71874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763" o:title="eqId6898d181faf9e6cc9957f3102f8d3d73"/>
            <o:lock v:ext="edit" aspectratio="t"/>
            <w10:wrap type="none"/>
            <w10:anchorlock/>
          </v:shape>
        </w:pict>
      </w:r>
      <w:r>
        <w:pict>
          <v:shape id="_x0000_i718746" o:spt="75" alt="学科网(www.zxxk.com)--教育资源门户，提供试卷、教案、课件、论文、素材以及各类教学资源下载，还有大量而丰富的教学相关资讯！" type="#_x0000_t75" style="height:31.2pt;width:28.8pt;" o:ole="t" filled="f" o:preferrelative="t" stroked="f" coordsize="21600,21600">
            <v:path/>
            <v:fill on="f" focussize="0,0"/>
            <v:stroke on="f" joinstyle="miter"/>
            <v:imagedata r:id="rId3764" o:title="eqId255d040d276f1e8d742be269e2fd069c"/>
            <o:lock v:ext="edit" aspectratio="t"/>
            <w10:wrap type="none"/>
            <w10:anchorlock/>
          </v:shape>
        </w:pict>
      </w:r>
      <w:r>
        <w:rPr>
          <w:rFonts w:ascii="宋体" w:hAnsi="宋体" w:eastAsia="宋体" w:cs="宋体"/>
          <w:color w:val="000000"/>
        </w:rPr>
        <w:t>，不符合题意，应舍去，</w:t>
      </w:r>
    </w:p>
    <w:p>
      <w:pPr>
        <w:spacing w:line="360" w:lineRule="auto"/>
        <w:jc w:val="both"/>
        <w:textAlignment w:val="center"/>
        <w:rPr>
          <w:color w:val="000000"/>
        </w:rPr>
      </w:pPr>
      <w:r>
        <w:rPr>
          <w:rFonts w:ascii="宋体" w:hAnsi="宋体" w:eastAsia="宋体" w:cs="宋体"/>
          <w:color w:val="000000"/>
        </w:rPr>
        <w:t>当</w:t>
      </w:r>
      <w:r>
        <w:pict>
          <v:shape id="_x0000_i718747"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3765" o:title="eqIdca208a68dd37e00903085736eafdedb4"/>
            <o:lock v:ext="edit" aspectratio="t"/>
            <w10:wrap type="none"/>
            <w10:anchorlock/>
          </v:shape>
        </w:pict>
      </w:r>
      <w:r>
        <w:rPr>
          <w:rFonts w:ascii="宋体" w:hAnsi="宋体" w:eastAsia="宋体" w:cs="宋体"/>
          <w:color w:val="000000"/>
        </w:rPr>
        <w:t>，</w:t>
      </w:r>
      <w:r>
        <w:pict>
          <v:shape id="_x0000_i718748"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766" o:title="eqId6862dd3c43647ce7d7935a7d205b54d2"/>
            <o:lock v:ext="edit" aspectratio="t"/>
            <w10:wrap type="none"/>
            <w10:anchorlock/>
          </v:shape>
        </w:pict>
      </w:r>
      <w:r>
        <w:rPr>
          <w:rFonts w:ascii="宋体" w:hAnsi="宋体" w:eastAsia="宋体" w:cs="宋体"/>
          <w:color w:val="000000"/>
        </w:rPr>
        <w:t>时，</w:t>
      </w:r>
      <w:r>
        <w:pict>
          <v:shape id="_x0000_i718749" o:spt="75" alt="学科网(www.zxxk.com)--教育资源门户，提供试卷、教案、课件、论文、素材以及各类教学资源下载，还有大量而丰富的教学相关资讯！" type="#_x0000_t75" style="height:20.25pt;width:72.75pt;" o:ole="t" filled="f" o:preferrelative="t" stroked="f" coordsize="21600,21600">
            <v:path/>
            <v:fill on="f" focussize="0,0"/>
            <v:stroke on="f" joinstyle="miter"/>
            <v:imagedata r:id="rId3767" o:title="eqId18add1976d2e9a19f93179b5a24537ce"/>
            <o:lock v:ext="edit" aspectratio="t"/>
            <w10:wrap type="none"/>
            <w10:anchorlock/>
          </v:shape>
        </w:pict>
      </w:r>
      <w:r>
        <w:rPr>
          <w:rFonts w:ascii="宋体" w:hAnsi="宋体" w:eastAsia="宋体" w:cs="宋体"/>
          <w:color w:val="000000"/>
        </w:rPr>
        <w:t>，解得</w:t>
      </w:r>
      <w:r>
        <w:pict>
          <v:shape id="_x0000_i71875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768" o:title="eqId6898d181faf9e6cc9957f3102f8d3d73"/>
            <o:lock v:ext="edit" aspectratio="t"/>
            <w10:wrap type="none"/>
            <w10:anchorlock/>
          </v:shape>
        </w:pict>
      </w:r>
      <w:r>
        <w:pict>
          <v:shape id="_x0000_i718751" o:spt="75" alt="学科网(www.zxxk.com)--教育资源门户，提供试卷、教案、课件、论文、素材以及各类教学资源下载，还有大量而丰富的教学相关资讯！" type="#_x0000_t75" style="height:31.2pt;width:28.8pt;" o:ole="t" filled="f" o:preferrelative="t" stroked="f" coordsize="21600,21600">
            <v:path/>
            <v:fill on="f" focussize="0,0"/>
            <v:stroke on="f" joinstyle="miter"/>
            <v:imagedata r:id="rId3769" o:title="eqId18c7549d4461d9297ab02277289109c7"/>
            <o:lock v:ext="edit" aspectratio="t"/>
            <w10:wrap type="none"/>
            <w10:anchorlock/>
          </v:shape>
        </w:pict>
      </w:r>
      <w:r>
        <w:rPr>
          <w:rFonts w:ascii="宋体" w:hAnsi="宋体" w:eastAsia="宋体" w:cs="宋体"/>
          <w:color w:val="000000"/>
        </w:rPr>
        <w:t>，不符合题意，应舍去，</w:t>
      </w:r>
    </w:p>
    <w:p>
      <w:pPr>
        <w:spacing w:line="360" w:lineRule="auto"/>
        <w:jc w:val="both"/>
        <w:textAlignment w:val="center"/>
        <w:rPr>
          <w:color w:val="000000"/>
        </w:rPr>
      </w:pPr>
      <w:r>
        <w:rPr>
          <w:rFonts w:ascii="宋体" w:hAnsi="宋体" w:eastAsia="宋体" w:cs="宋体"/>
          <w:color w:val="000000"/>
        </w:rPr>
        <w:t>当</w:t>
      </w:r>
      <w:r>
        <w:pict>
          <v:shape id="_x0000_i718752"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770" o:title="eqId1553006815bd3d2ff0509a60f8e1f11f"/>
            <o:lock v:ext="edit" aspectratio="t"/>
            <w10:wrap type="none"/>
            <w10:anchorlock/>
          </v:shape>
        </w:pict>
      </w:r>
      <w:r>
        <w:rPr>
          <w:rFonts w:ascii="宋体" w:hAnsi="宋体" w:eastAsia="宋体" w:cs="宋体"/>
          <w:color w:val="000000"/>
        </w:rPr>
        <w:t>，</w:t>
      </w:r>
      <w:r>
        <w:pict>
          <v:shape id="_x0000_i718753"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771" o:title="eqId38c9d7f7f9a3e9ec476f5cf7fda97c88"/>
            <o:lock v:ext="edit" aspectratio="t"/>
            <w10:wrap type="none"/>
            <w10:anchorlock/>
          </v:shape>
        </w:pict>
      </w:r>
      <w:r>
        <w:rPr>
          <w:rFonts w:ascii="宋体" w:hAnsi="宋体" w:eastAsia="宋体" w:cs="宋体"/>
          <w:color w:val="000000"/>
        </w:rPr>
        <w:t>时，</w:t>
      </w:r>
      <w:r>
        <w:pict>
          <v:shape id="_x0000_i718754" o:spt="75" alt="学科网(www.zxxk.com)--教育资源门户，提供试卷、教案、课件、论文、素材以及各类教学资源下载，还有大量而丰富的教学相关资讯！" type="#_x0000_t75" style="height:20.25pt;width:72.75pt;" o:ole="t" filled="f" o:preferrelative="t" stroked="f" coordsize="21600,21600">
            <v:path/>
            <v:fill on="f" focussize="0,0"/>
            <v:stroke on="f" joinstyle="miter"/>
            <v:imagedata r:id="rId3772" o:title="eqIdbc9b240108f003aff218a0b28b39e47c"/>
            <o:lock v:ext="edit" aspectratio="t"/>
            <w10:wrap type="none"/>
            <w10:anchorlock/>
          </v:shape>
        </w:pict>
      </w:r>
      <w:r>
        <w:rPr>
          <w:rFonts w:ascii="宋体" w:hAnsi="宋体" w:eastAsia="宋体" w:cs="宋体"/>
          <w:color w:val="000000"/>
        </w:rPr>
        <w:t>，解得</w:t>
      </w:r>
      <w:r>
        <w:pict>
          <v:shape id="_x0000_i71875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773" o:title="eqId6898d181faf9e6cc9957f3102f8d3d73"/>
            <o:lock v:ext="edit" aspectratio="t"/>
            <w10:wrap type="none"/>
            <w10:anchorlock/>
          </v:shape>
        </w:pict>
      </w:r>
      <w:r>
        <w:pict>
          <v:shape id="_x0000_i718756"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774" o:title="eqId533a7b702ada1dd80123e4041271d52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8757"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775" o:title="eqIdf57b1c5d4498702fd9d8354ad099043c"/>
            <o:lock v:ext="edit" aspectratio="t"/>
            <w10:wrap type="none"/>
            <w10:anchorlock/>
          </v:shape>
        </w:pict>
      </w:r>
      <w:r>
        <w:rPr>
          <w:rFonts w:ascii="宋体" w:hAnsi="宋体" w:eastAsia="宋体" w:cs="宋体"/>
          <w:color w:val="000000"/>
        </w:rPr>
        <w:t>，</w:t>
      </w:r>
      <w:r>
        <w:pict>
          <v:shape id="_x0000_i71875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3776" o:title="eqId26efd639901401ed017a6aa32ea19907"/>
            <o:lock v:ext="edit" aspectratio="t"/>
            <w10:wrap type="none"/>
            <w10:anchorlock/>
          </v:shape>
        </w:pict>
      </w:r>
      <w:r>
        <w:rPr>
          <w:rFonts w:ascii="宋体" w:hAnsi="宋体" w:eastAsia="宋体" w:cs="宋体"/>
          <w:color w:val="000000"/>
        </w:rPr>
        <w:t>时，</w:t>
      </w:r>
      <w:r>
        <w:pict>
          <v:shape id="_x0000_i718759" o:spt="75" alt="学科网(www.zxxk.com)--教育资源门户，提供试卷、教案、课件、论文、素材以及各类教学资源下载，还有大量而丰富的教学相关资讯！" type="#_x0000_t75" style="height:20.25pt;width:71.25pt;" o:ole="t" filled="f" o:preferrelative="t" stroked="f" coordsize="21600,21600">
            <v:path/>
            <v:fill on="f" focussize="0,0"/>
            <v:stroke on="f" joinstyle="miter"/>
            <v:imagedata r:id="rId3777" o:title="eqId2796c7161664649badd8b6a334d1d184"/>
            <o:lock v:ext="edit" aspectratio="t"/>
            <w10:wrap type="none"/>
            <w10:anchorlock/>
          </v:shape>
        </w:pict>
      </w:r>
      <w:r>
        <w:rPr>
          <w:rFonts w:ascii="宋体" w:hAnsi="宋体" w:eastAsia="宋体" w:cs="宋体"/>
          <w:color w:val="000000"/>
        </w:rPr>
        <w:t>，解得</w:t>
      </w:r>
      <w:r>
        <w:pict>
          <v:shape id="_x0000_i718760" o:spt="75" alt="学科网(www.zxxk.com)--教育资源门户，提供试卷、教案、课件、论文、素材以及各类教学资源下载，还有大量而丰富的教学相关资讯！" type="#_x0000_t75" style="height:15.75pt;width:27.75pt;" o:ole="t" filled="f" o:preferrelative="t" stroked="f" coordsize="21600,21600">
            <v:path/>
            <v:fill on="f" focussize="0,0"/>
            <v:stroke on="f" joinstyle="miter"/>
            <v:imagedata r:id="rId3778" o:title="eqId490840facad30e41571eae5ddc031411"/>
            <o:lock v:ext="edit" aspectratio="t"/>
            <w10:wrap type="none"/>
            <w10:anchorlock/>
          </v:shape>
        </w:pict>
      </w:r>
      <w:r>
        <w:rPr>
          <w:rFonts w:ascii="宋体" w:hAnsi="宋体" w:eastAsia="宋体" w:cs="宋体"/>
          <w:color w:val="000000"/>
        </w:rPr>
        <w:t>，</w:t>
      </w:r>
      <w:r>
        <w:pict>
          <v:shape id="_x0000_i718761"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3779" o:title="eqId4fe3a78950f6a4bb479c7ec0d8e57b5b"/>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故答案为：</w:t>
      </w:r>
      <w:r>
        <w:pict>
          <v:shape id="_x0000_i718762"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3780" o:title="eqId4fe3a78950f6a4bb479c7ec0d8e57b5b"/>
            <o:lock v:ext="edit" aspectratio="t"/>
            <w10:wrap type="none"/>
            <w10:anchorlock/>
          </v:shape>
        </w:pict>
      </w:r>
      <w:r>
        <w:pict>
          <v:shape id="_x0000_i718763"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3781" o:title="eqId533a7b702ada1dd80123e4041271d521"/>
            <o:lock v:ext="edit" aspectratio="t"/>
            <w10:wrap type="none"/>
            <w10:anchorlock/>
          </v:shape>
        </w:pict>
      </w:r>
      <w:r>
        <w:rPr>
          <w:rFonts w:ascii="宋体" w:hAnsi="宋体" w:eastAsia="宋体" w:cs="宋体"/>
          <w:color w:val="000000"/>
        </w:rPr>
        <w:t>或</w:t>
      </w:r>
      <w:r>
        <w:pict>
          <v:shape id="_x0000_i718764"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3782" o:title="eqId6f8c4c029e552954bd493b49aeab82d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解：设运动时间为</w:t>
      </w:r>
      <w:r>
        <w:pict>
          <v:shape id="_x0000_i71876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783" o:title="eqId36a1b09c653185842513e24ebba60bb3"/>
            <o:lock v:ext="edit" aspectratio="t"/>
            <w10:wrap type="none"/>
            <w10:anchorlock/>
          </v:shape>
        </w:pict>
      </w:r>
      <w:r>
        <w:rPr>
          <w:rFonts w:ascii="宋体" w:hAnsi="宋体" w:eastAsia="宋体" w:cs="宋体"/>
          <w:color w:val="000000"/>
        </w:rPr>
        <w:t>秒，由题意可得</w:t>
      </w:r>
      <w:r>
        <w:pict>
          <v:shape id="_x0000_i718766"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784" o:title="eqIdacc290b44635265137fdf13146b6a6d9"/>
            <o:lock v:ext="edit" aspectratio="t"/>
            <w10:wrap type="none"/>
            <w10:anchorlock/>
          </v:shape>
        </w:pict>
      </w:r>
      <w:r>
        <w:rPr>
          <w:rFonts w:ascii="宋体" w:hAnsi="宋体" w:eastAsia="宋体" w:cs="宋体"/>
          <w:color w:val="000000"/>
        </w:rPr>
        <w:t>表示的数为</w:t>
      </w:r>
      <w:r>
        <w:pict>
          <v:shape id="_x0000_i718767"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785" o:title="eqId66ab74df2369ece5db6e65f7e02c7807"/>
            <o:lock v:ext="edit" aspectratio="t"/>
            <w10:wrap type="none"/>
            <w10:anchorlock/>
          </v:shape>
        </w:pict>
      </w:r>
      <w:r>
        <w:rPr>
          <w:rFonts w:ascii="宋体" w:hAnsi="宋体" w:eastAsia="宋体" w:cs="宋体"/>
          <w:color w:val="000000"/>
        </w:rPr>
        <w:t>，</w:t>
      </w:r>
      <w:r>
        <w:pict>
          <v:shape id="_x0000_i718768"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786" o:title="eqIddad2a36927223bd70f426ba06aea4b45"/>
            <o:lock v:ext="edit" aspectratio="t"/>
            <w10:wrap type="none"/>
            <w10:anchorlock/>
          </v:shape>
        </w:pict>
      </w:r>
      <w:r>
        <w:rPr>
          <w:rFonts w:ascii="宋体" w:hAnsi="宋体" w:eastAsia="宋体" w:cs="宋体"/>
          <w:color w:val="000000"/>
        </w:rPr>
        <w:t>表示的数为</w:t>
      </w:r>
      <w:r>
        <w:pict>
          <v:shape id="_x0000_i718769" o:spt="75" alt="学科网(www.zxxk.com)--教育资源门户，提供试卷、教案、课件、论文、素材以及各类教学资源下载，还有大量而丰富的教学相关资讯！" type="#_x0000_t75" style="height:20.25pt;width:44.25pt;" o:ole="t" filled="f" o:preferrelative="t" stroked="f" coordsize="21600,21600">
            <v:path/>
            <v:fill on="f" focussize="0,0"/>
            <v:stroke on="f" joinstyle="miter"/>
            <v:imagedata r:id="rId3787" o:title="eqIdc3c8b17dce446e84287b1d2a7353d863"/>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∵在任何一个时刻，点</w:t>
      </w:r>
      <w:r>
        <w:pict>
          <v:shape id="_x0000_i71877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3788" o:title="eqIddad2a36927223bd70f426ba06aea4b45"/>
            <o:lock v:ext="edit" aspectratio="t"/>
            <w10:wrap type="none"/>
            <w10:anchorlock/>
          </v:shape>
        </w:pict>
      </w:r>
      <w:r>
        <w:rPr>
          <w:rFonts w:ascii="宋体" w:hAnsi="宋体" w:eastAsia="宋体" w:cs="宋体"/>
          <w:color w:val="000000"/>
        </w:rPr>
        <w:t>始终为点</w:t>
      </w:r>
      <w:r>
        <w:pict>
          <v:shape id="_x0000_i718771" o:spt="75" alt="学科网(www.zxxk.com)--教育资源门户，提供试卷、教案、课件、论文、素材以及各类教学资源下载，还有大量而丰富的教学相关资讯！" type="#_x0000_t75" style="height:15.6pt;width:12pt;" o:ole="t" filled="f" o:preferrelative="t" stroked="f" coordsize="21600,21600">
            <v:path/>
            <v:fill on="f" focussize="0,0"/>
            <v:stroke on="f" joinstyle="miter"/>
            <v:imagedata r:id="rId3789" o:title="eqIdacc290b44635265137fdf13146b6a6d9"/>
            <o:lock v:ext="edit" aspectratio="t"/>
            <w10:wrap type="none"/>
            <w10:anchorlock/>
          </v:shape>
        </w:pict>
      </w:r>
      <w:r>
        <w:rPr>
          <w:rFonts w:ascii="宋体" w:hAnsi="宋体" w:eastAsia="宋体" w:cs="宋体"/>
          <w:color w:val="000000"/>
        </w:rPr>
        <w:t>的“</w:t>
      </w:r>
      <w:r>
        <w:pict>
          <v:shape id="_x0000_i718772"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3790" o:title="eqIdf0a532e15e232cb4b99a8d4d07c89575"/>
            <o:lock v:ext="edit" aspectratio="t"/>
            <w10:wrap type="none"/>
            <w10:anchorlock/>
          </v:shape>
        </w:pict>
      </w:r>
      <w:r>
        <w:rPr>
          <w:rFonts w:ascii="宋体" w:hAnsi="宋体" w:eastAsia="宋体" w:cs="宋体"/>
          <w:color w:val="000000"/>
        </w:rPr>
        <w:t>倍关联点”，</w:t>
      </w:r>
    </w:p>
    <w:p>
      <w:pPr>
        <w:spacing w:line="360" w:lineRule="auto"/>
        <w:jc w:val="both"/>
        <w:textAlignment w:val="center"/>
        <w:rPr>
          <w:color w:val="000000"/>
        </w:rPr>
      </w:pPr>
      <w:r>
        <w:rPr>
          <w:rFonts w:ascii="宋体" w:hAnsi="宋体" w:eastAsia="宋体" w:cs="宋体"/>
          <w:color w:val="000000"/>
        </w:rPr>
        <w:t>∴</w:t>
      </w:r>
      <w:r>
        <w:pict>
          <v:shape id="_x0000_i718773" o:spt="75" alt="学科网(www.zxxk.com)--教育资源门户，提供试卷、教案、课件、论文、素材以及各类教学资源下载，还有大量而丰富的教学相关资讯！" type="#_x0000_t75" style="height:20.25pt;width:101.25pt;" o:ole="t" filled="f" o:preferrelative="t" stroked="f" coordsize="21600,21600">
            <v:path/>
            <v:fill on="f" focussize="0,0"/>
            <v:stroke on="f" joinstyle="miter"/>
            <v:imagedata r:id="rId3791" o:title="eqIdd5cccef3bc9b9c4696784d4255291cb7"/>
            <o:lock v:ext="edit" aspectratio="t"/>
            <w10:wrap type="none"/>
            <w10:anchorlock/>
          </v:shape>
        </w:pict>
      </w:r>
      <w:r>
        <w:rPr>
          <w:rFonts w:ascii="宋体" w:hAnsi="宋体" w:eastAsia="宋体" w:cs="宋体"/>
          <w:color w:val="000000"/>
        </w:rPr>
        <w:t>即</w:t>
      </w:r>
      <w:r>
        <w:pict>
          <v:shape id="_x0000_i718774" o:spt="75" alt="学科网(www.zxxk.com)--教育资源门户，提供试卷、教案、课件、论文、素材以及各类教学资源下载，还有大量而丰富的教学相关资讯！" type="#_x0000_t75" style="height:20.25pt;width:125.25pt;" o:ole="t" filled="f" o:preferrelative="t" stroked="f" coordsize="21600,21600">
            <v:path/>
            <v:fill on="f" focussize="0,0"/>
            <v:stroke on="f" joinstyle="miter"/>
            <v:imagedata r:id="rId3792" o:title="eqIdcab39a15cb408eba495412a792c7d2ef"/>
            <o:lock v:ext="edit" aspectratio="t"/>
            <w10:wrap type="none"/>
            <w10:anchorlock/>
          </v:shape>
        </w:pict>
      </w:r>
      <w:r>
        <w:rPr>
          <w:rFonts w:ascii="宋体" w:hAnsi="宋体" w:eastAsia="宋体" w:cs="宋体"/>
          <w:color w:val="000000"/>
        </w:rPr>
        <w:t>的值与</w:t>
      </w:r>
      <w:r>
        <w:pict>
          <v:shape id="_x0000_i718775"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3793" o:title="eqId36a1b09c653185842513e24ebba60bb3"/>
            <o:lock v:ext="edit" aspectratio="t"/>
            <w10:wrap type="none"/>
            <w10:anchorlock/>
          </v:shape>
        </w:pict>
      </w:r>
      <w:r>
        <w:rPr>
          <w:rFonts w:ascii="宋体" w:hAnsi="宋体" w:eastAsia="宋体" w:cs="宋体"/>
          <w:color w:val="000000"/>
        </w:rPr>
        <w:t>无关，</w:t>
      </w:r>
    </w:p>
    <w:p>
      <w:pPr>
        <w:spacing w:line="360" w:lineRule="auto"/>
        <w:jc w:val="both"/>
        <w:textAlignment w:val="center"/>
        <w:rPr>
          <w:color w:val="000000"/>
        </w:rPr>
      </w:pPr>
      <w:r>
        <w:rPr>
          <w:rFonts w:ascii="宋体" w:hAnsi="宋体" w:eastAsia="宋体" w:cs="宋体"/>
          <w:color w:val="000000"/>
        </w:rPr>
        <w:t>∴</w:t>
      </w:r>
      <w:r>
        <w:pict>
          <v:shape id="_x0000_i718776"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3794" o:title="eqId1a77499c7584a663e218dddc34037e8d"/>
            <o:lock v:ext="edit" aspectratio="t"/>
            <w10:wrap type="none"/>
            <w10:anchorlock/>
          </v:shape>
        </w:pict>
      </w:r>
      <w:r>
        <w:rPr>
          <w:rFonts w:ascii="宋体" w:hAnsi="宋体" w:eastAsia="宋体" w:cs="宋体"/>
          <w:color w:val="000000"/>
        </w:rPr>
        <w:t>即</w:t>
      </w:r>
      <w:r>
        <w:pict>
          <v:shape id="_x0000_i718777"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795" o:title="eqId38c9d7f7f9a3e9ec476f5cf7fda97c8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8778"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796" o:title="eqIdc3b14574681a973120879eae16c36e62"/>
            <o:lock v:ext="edit" aspectratio="t"/>
            <w10:wrap type="none"/>
            <w10:anchorlock/>
          </v:shape>
        </w:pict>
      </w:r>
    </w:p>
    <w:p>
      <w:pPr>
        <w:spacing w:line="360" w:lineRule="auto"/>
        <w:jc w:val="left"/>
        <w:textAlignment w:val="center"/>
        <w:rPr>
          <w:color w:val="000000"/>
        </w:rPr>
      </w:pPr>
      <w:r>
        <w:rPr>
          <w:color w:val="000000"/>
        </w:rPr>
        <w:t>【点睛】</w:t>
      </w:r>
      <w:r>
        <w:rPr>
          <w:rFonts w:ascii="宋体" w:hAnsi="宋体" w:eastAsia="宋体" w:cs="宋体"/>
          <w:color w:val="000000"/>
        </w:rPr>
        <w:t>本题考查了新概念“</w:t>
      </w:r>
      <w:r>
        <w:pict>
          <v:shape id="_x0000_i718779" o:spt="75" alt="学科网(www.zxxk.com)--教育资源门户，提供试卷、教案、课件、论文、素材以及各类教学资源下载，还有大量而丰富的教学相关资讯！" type="#_x0000_t75" style="height:14.4pt;width:10pt;" o:ole="t" filled="f" o:preferrelative="t" stroked="f" coordsize="21600,21600">
            <v:path/>
            <v:fill on="f" focussize="0,0"/>
            <v:stroke on="f" joinstyle="miter"/>
            <v:imagedata r:id="rId3797" o:title="eqIdf0a532e15e232cb4b99a8d4d07c89575"/>
            <o:lock v:ext="edit" aspectratio="t"/>
            <w10:wrap type="none"/>
            <w10:anchorlock/>
          </v:shape>
        </w:pict>
      </w:r>
      <w:r>
        <w:rPr>
          <w:rFonts w:ascii="宋体" w:hAnsi="宋体" w:eastAsia="宋体" w:cs="宋体"/>
          <w:color w:val="000000"/>
        </w:rPr>
        <w:t>倍关联点”、数轴、两点间的距离、列代数式以及解一元一次方程等知识；熟练掌握数轴上两点间的距离是解题的关键．</w:t>
      </w:r>
    </w:p>
    <w:p>
      <w:pPr>
        <w:pStyle w:val="Heading2"/>
      </w:pPr>
      <w:r>
        <w:t>中国人民大学附属中学</w:t>
      </w:r>
    </w:p>
    <w:p>
      <w:pPr>
        <w:spacing w:line="360" w:lineRule="auto"/>
        <w:jc w:val="left"/>
        <w:textAlignment w:val="center"/>
        <w:rPr>
          <w:color w:val="000000"/>
        </w:rPr>
      </w:pPr>
      <w:r>
        <w:rPr>
          <w:color w:val="000000"/>
        </w:rPr>
        <w:t xml:space="preserve">25. </w:t>
      </w:r>
      <w:r>
        <w:rPr>
          <w:rFonts w:ascii="宋体" w:hAnsi="宋体" w:eastAsia="宋体" w:cs="宋体"/>
          <w:color w:val="000000"/>
        </w:rPr>
        <w:t>已知</w:t>
      </w:r>
      <w:r>
        <w:pict>
          <v:shape id="_x0000_i718780"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798" o:title="eqId1dde8112e8eb968fd042418dd632759e"/>
            <o:lock v:ext="edit" aspectratio="t"/>
            <w10:wrap type="none"/>
            <w10:anchorlock/>
          </v:shape>
        </w:pict>
      </w:r>
      <w:r>
        <w:rPr>
          <w:rFonts w:ascii="宋体" w:hAnsi="宋体" w:eastAsia="宋体" w:cs="宋体"/>
          <w:color w:val="000000"/>
        </w:rPr>
        <w:t>为直线</w:t>
      </w:r>
      <w:r>
        <w:pict>
          <v:shape id="_x0000_i718781"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799" o:title="eqId411461db15ee8086332c531e086c40c7"/>
            <o:lock v:ext="edit" aspectratio="t"/>
            <w10:wrap type="none"/>
            <w10:anchorlock/>
          </v:shape>
        </w:pict>
      </w:r>
      <w:r>
        <w:rPr>
          <w:rFonts w:ascii="宋体" w:hAnsi="宋体" w:eastAsia="宋体" w:cs="宋体"/>
          <w:color w:val="000000"/>
        </w:rPr>
        <w:t>上一点，射线</w:t>
      </w:r>
      <w:r>
        <w:pict>
          <v:shape id="_x0000_i718782"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3800" o:title="eqIdef4113c492885ba7c47fe42ac792578f"/>
            <o:lock v:ext="edit" aspectratio="t"/>
            <w10:wrap type="none"/>
            <w10:anchorlock/>
          </v:shape>
        </w:pict>
      </w:r>
      <w:r>
        <w:rPr>
          <w:rFonts w:ascii="宋体" w:hAnsi="宋体" w:eastAsia="宋体" w:cs="宋体"/>
          <w:color w:val="000000"/>
        </w:rPr>
        <w:t>，</w:t>
      </w:r>
      <w:r>
        <w:pict>
          <v:shape id="_x0000_i718783"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3801" o:title="eqIdb90e0f35eda1a729fed485f83da5ea9d"/>
            <o:lock v:ext="edit" aspectratio="t"/>
            <w10:wrap type="none"/>
            <w10:anchorlock/>
          </v:shape>
        </w:pict>
      </w:r>
      <w:r>
        <w:rPr>
          <w:rFonts w:ascii="宋体" w:hAnsi="宋体" w:eastAsia="宋体" w:cs="宋体"/>
          <w:color w:val="000000"/>
        </w:rPr>
        <w:t>，</w:t>
      </w:r>
      <w:r>
        <w:pict>
          <v:shape id="_x0000_i718784"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3802" o:title="eqId828628c0876b45381c9a0edeb0fec236"/>
            <o:lock v:ext="edit" aspectratio="t"/>
            <w10:wrap type="none"/>
            <w10:anchorlock/>
          </v:shape>
        </w:pict>
      </w:r>
      <w:r>
        <w:rPr>
          <w:rFonts w:ascii="宋体" w:hAnsi="宋体" w:eastAsia="宋体" w:cs="宋体"/>
          <w:color w:val="000000"/>
        </w:rPr>
        <w:t>位于直线</w:t>
      </w:r>
      <w:r>
        <w:pict>
          <v:shape id="_x0000_i718785"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799" o:title="eqId411461db15ee8086332c531e086c40c7"/>
            <o:lock v:ext="edit" aspectratio="t"/>
            <w10:wrap type="none"/>
            <w10:anchorlock/>
          </v:shape>
        </w:pict>
      </w:r>
      <w:r>
        <w:rPr>
          <w:rFonts w:ascii="宋体" w:hAnsi="宋体" w:eastAsia="宋体" w:cs="宋体"/>
          <w:color w:val="000000"/>
        </w:rPr>
        <w:t>的上方，</w:t>
      </w:r>
      <w:r>
        <w:pict>
          <v:shape id="_x0000_i718786" o:spt="75" alt="学科网(www.zxxk.com)--教育资源门户，提供试卷、教案、课件、论文、素材以及各类教学资源下载，还有大量而丰富的教学相关资讯！" type="#_x0000_t75" style="height:13.85pt;width:70.6pt;" o:ole="t" filled="f" o:preferrelative="t" stroked="f" coordsize="21600,21600">
            <v:path/>
            <v:fill on="f" focussize="0,0"/>
            <v:stroke on="f" joinstyle="miter"/>
            <v:imagedata r:id="rId3803" o:title="eqId7a6cd07234abab6beb3838f9a34b733e"/>
            <o:lock v:ext="edit" aspectratio="t"/>
            <w10:wrap type="none"/>
            <w10:anchorlock/>
          </v:shape>
        </w:pict>
      </w:r>
      <w:r>
        <w:rPr>
          <w:rFonts w:ascii="宋体" w:hAnsi="宋体" w:eastAsia="宋体" w:cs="宋体"/>
          <w:color w:val="000000"/>
        </w:rPr>
        <w:t>，</w:t>
      </w:r>
      <w:r>
        <w:pict>
          <v:shape id="_x0000_i718787"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3804" o:title="eqId7b1dd3c503ff0b4e68f035709e34bc63"/>
            <o:lock v:ext="edit" aspectratio="t"/>
            <w10:wrap type="none"/>
            <w10:anchorlock/>
          </v:shape>
        </w:pict>
      </w:r>
      <w:r>
        <w:rPr>
          <w:rFonts w:ascii="宋体" w:hAnsi="宋体" w:eastAsia="宋体" w:cs="宋体"/>
          <w:color w:val="000000"/>
        </w:rPr>
        <w:t>，</w:t>
      </w:r>
      <w:r>
        <w:pict>
          <v:shape id="_x0000_i718788"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3801" o:title="eqIdb90e0f35eda1a729fed485f83da5ea9d"/>
            <o:lock v:ext="edit" aspectratio="t"/>
            <w10:wrap type="none"/>
            <w10:anchorlock/>
          </v:shape>
        </w:pict>
      </w:r>
      <w:r>
        <w:rPr>
          <w:rFonts w:ascii="宋体" w:hAnsi="宋体" w:eastAsia="宋体" w:cs="宋体"/>
          <w:color w:val="000000"/>
        </w:rPr>
        <w:t>在</w:t>
      </w:r>
      <w:r>
        <w:pict>
          <v:shape id="_x0000_i718789"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3802" o:title="eqId828628c0876b45381c9a0edeb0fec236"/>
            <o:lock v:ext="edit" aspectratio="t"/>
            <w10:wrap type="none"/>
            <w10:anchorlock/>
          </v:shape>
        </w:pict>
      </w:r>
      <w:r>
        <w:rPr>
          <w:rFonts w:ascii="宋体" w:hAnsi="宋体" w:eastAsia="宋体" w:cs="宋体"/>
          <w:color w:val="000000"/>
        </w:rPr>
        <w:t>的左侧．</w:t>
      </w:r>
    </w:p>
    <w:p>
      <w:pPr>
        <w:spacing w:line="360" w:lineRule="auto"/>
        <w:jc w:val="left"/>
        <w:textAlignment w:val="center"/>
        <w:rPr>
          <w:color w:val="000000"/>
        </w:rPr>
      </w:pPr>
      <w:r>
        <w:rPr>
          <w:color w:val="000000"/>
        </w:rPr>
        <w:drawing>
          <wp:inline distT="0" distB="0" distL="114300" distR="114300">
            <wp:extent cx="3752850" cy="2771775"/>
            <wp:effectExtent l="0" t="0" r="0" b="0"/>
            <wp:docPr id="3787"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 name="图片 100029" descr="学科网(www.zxxk.com)--教育资源门户，提供试卷、教案、课件、论文、素材以及各类教学资源下载，还有大量而丰富的教学相关资讯！"/>
                    <pic:cNvPicPr>
                      <a:picLocks noChangeAspect="1"/>
                    </pic:cNvPicPr>
                  </pic:nvPicPr>
                  <pic:blipFill>
                    <a:blip r:embed="rId3805"/>
                    <a:stretch>
                      <a:fillRect/>
                    </a:stretch>
                  </pic:blipFill>
                  <pic:spPr>
                    <a:xfrm>
                      <a:off x="0" y="0"/>
                      <a:ext cx="3752850" cy="27717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，若</w:t>
      </w:r>
      <w:r>
        <w:pict>
          <v:shape id="_x0000_i718790"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3806" o:title="eqIdf20a87aa355c567bcc61a3f993ae107b"/>
            <o:lock v:ext="edit" aspectratio="t"/>
            <w10:wrap type="none"/>
            <w10:anchorlock/>
          </v:shape>
        </w:pict>
      </w:r>
      <w:r>
        <w:rPr>
          <w:rFonts w:ascii="宋体" w:hAnsi="宋体" w:eastAsia="宋体" w:cs="宋体"/>
          <w:color w:val="000000"/>
        </w:rPr>
        <w:t>，则</w:t>
      </w:r>
      <w:r>
        <w:pict>
          <v:shape id="_x0000_i718791" o:spt="75" alt="学科网(www.zxxk.com)--教育资源门户，提供试卷、教案、课件、论文、素材以及各类教学资源下载，还有大量而丰富的教学相关资讯！" type="#_x0000_t75" style="height:14pt;width:47pt;" o:ole="t" filled="f" o:preferrelative="t" stroked="f" coordsize="21600,21600">
            <v:path/>
            <v:fill on="f" focussize="0,0"/>
            <v:stroke on="f" joinstyle="miter"/>
            <v:imagedata r:id="rId3807" o:title="eqId021bc0ff7e36c9d6d70ddd2e51e8c04c"/>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w:t>
      </w:r>
      <w:r>
        <w:pict>
          <v:shape id="_x0000_i718792" o:spt="75" alt="学科网(www.zxxk.com)--教育资源门户，提供试卷、教案、课件、论文、素材以及各类教学资源下载，还有大量而丰富的教学相关资讯！" type="#_x0000_t75" style="height:14.25pt;width:93.75pt;" o:ole="t" filled="f" o:preferrelative="t" stroked="f" coordsize="21600,21600">
            <v:path/>
            <v:fill on="f" focussize="0,0"/>
            <v:stroke on="f" joinstyle="miter"/>
            <v:imagedata r:id="rId3808" o:title="eqId86919a7d290a51b8c488993e179e15ec"/>
            <o:lock v:ext="edit" aspectratio="t"/>
            <w10:wrap type="none"/>
            <w10:anchorlock/>
          </v:shape>
        </w:pict>
      </w:r>
      <w:r>
        <w:rPr>
          <w:rFonts w:ascii="宋体" w:hAnsi="宋体" w:eastAsia="宋体" w:cs="宋体"/>
          <w:color w:val="000000"/>
        </w:rPr>
        <w:t>，射线</w:t>
      </w:r>
      <w:r>
        <w:pict>
          <v:shape id="_x0000_i718793"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3809" o:title="eqId683c590673eece14fea3319c4fd5eb55"/>
            <o:lock v:ext="edit" aspectratio="t"/>
            <w10:wrap type="none"/>
            <w10:anchorlock/>
          </v:shape>
        </w:pict>
      </w:r>
      <w:r>
        <w:rPr>
          <w:rFonts w:ascii="宋体" w:hAnsi="宋体" w:eastAsia="宋体" w:cs="宋体"/>
          <w:color w:val="000000"/>
        </w:rPr>
        <w:t>平分</w:t>
      </w:r>
      <w:r>
        <w:pict>
          <v:shape id="_x0000_i718794"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3810" o:title="eqId6463e5b629f54a517050d1327580aa5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①如图</w:t>
      </w:r>
      <w:r>
        <w:rPr>
          <w:rFonts w:ascii="Times New Roman" w:hAnsi="Times New Roman" w:eastAsia="Times New Roman" w:cs="Times New Roman"/>
          <w:color w:val="000000"/>
        </w:rPr>
        <w:t>2</w:t>
      </w:r>
      <w:r>
        <w:rPr>
          <w:rFonts w:ascii="宋体" w:hAnsi="宋体" w:eastAsia="宋体" w:cs="宋体"/>
          <w:color w:val="000000"/>
        </w:rPr>
        <w:t>，当</w:t>
      </w:r>
      <w:r>
        <w:pict>
          <v:shape id="_x0000_i718795"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3811" o:title="eqIdd1a2b9b1820ad3274a777b3af7b1bd1a"/>
            <o:lock v:ext="edit" aspectratio="t"/>
            <w10:wrap type="none"/>
            <w10:anchorlock/>
          </v:shape>
        </w:pict>
      </w:r>
      <w:r>
        <w:rPr>
          <w:rFonts w:ascii="宋体" w:hAnsi="宋体" w:eastAsia="宋体" w:cs="宋体"/>
          <w:color w:val="000000"/>
        </w:rPr>
        <w:t>时，猜想</w:t>
      </w:r>
      <w:r>
        <w:pict>
          <v:shape id="_x0000_i718796"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3812" o:title="eqId77603496a315e39db671c0c1e4256cc5"/>
            <o:lock v:ext="edit" aspectratio="t"/>
            <w10:wrap type="none"/>
            <w10:anchorlock/>
          </v:shape>
        </w:pict>
      </w:r>
      <w:r>
        <w:rPr>
          <w:rFonts w:ascii="宋体" w:hAnsi="宋体" w:eastAsia="宋体" w:cs="宋体"/>
          <w:color w:val="000000"/>
        </w:rPr>
        <w:t>与</w:t>
      </w:r>
      <w:r>
        <w:pict>
          <v:shape id="_x0000_i718797"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813" o:title="eqId42e7b8a59f8d66176463f3d71f882a26"/>
            <o:lock v:ext="edit" aspectratio="t"/>
            <w10:wrap type="none"/>
            <w10:anchorlock/>
          </v:shape>
        </w:pict>
      </w:r>
      <w:r>
        <w:rPr>
          <w:rFonts w:ascii="宋体" w:hAnsi="宋体" w:eastAsia="宋体" w:cs="宋体"/>
          <w:color w:val="000000"/>
        </w:rPr>
        <w:t>之间的数量关系，并证明；</w:t>
      </w:r>
    </w:p>
    <w:p>
      <w:pPr>
        <w:spacing w:line="360" w:lineRule="auto"/>
        <w:jc w:val="left"/>
        <w:textAlignment w:val="center"/>
        <w:rPr>
          <w:color w:val="000000"/>
        </w:rPr>
      </w:pPr>
      <w:r>
        <w:rPr>
          <w:rFonts w:ascii="宋体" w:hAnsi="宋体" w:eastAsia="宋体" w:cs="宋体"/>
          <w:color w:val="000000"/>
        </w:rPr>
        <w:t>②射线</w:t>
      </w:r>
      <w:r>
        <w:pict>
          <v:shape id="_x0000_i718798"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3814" o:title="eqIda299d2b999568e80be8005565ba209a4"/>
            <o:lock v:ext="edit" aspectratio="t"/>
            <w10:wrap type="none"/>
            <w10:anchorlock/>
          </v:shape>
        </w:pict>
      </w:r>
      <w:r>
        <w:rPr>
          <w:rFonts w:ascii="宋体" w:hAnsi="宋体" w:eastAsia="宋体" w:cs="宋体"/>
          <w:color w:val="000000"/>
        </w:rPr>
        <w:t>在直线</w:t>
      </w:r>
      <w:r>
        <w:pict>
          <v:shape id="_x0000_i718799"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815" o:title="eqId411461db15ee8086332c531e086c40c7"/>
            <o:lock v:ext="edit" aspectratio="t"/>
            <w10:wrap type="none"/>
            <w10:anchorlock/>
          </v:shape>
        </w:pict>
      </w:r>
      <w:r>
        <w:rPr>
          <w:rFonts w:ascii="宋体" w:hAnsi="宋体" w:eastAsia="宋体" w:cs="宋体"/>
          <w:color w:val="000000"/>
        </w:rPr>
        <w:t>的下方，且满足</w:t>
      </w:r>
      <w:r>
        <w:pict>
          <v:shape id="_x0000_i718800" o:spt="75" alt="学科网(www.zxxk.com)--教育资源门户，提供试卷、教案、课件、论文、素材以及各类教学资源下载，还有大量而丰富的教学相关资讯！" type="#_x0000_t75" style="height:13.85pt;width:91.4pt;" o:ole="t" filled="f" o:preferrelative="t" stroked="f" coordsize="21600,21600">
            <v:path/>
            <v:fill on="f" focussize="0,0"/>
            <v:stroke on="f" joinstyle="miter"/>
            <v:imagedata r:id="rId3816" o:title="eqIdd7a2c4708ee6c5cebf588b14eaf7587b"/>
            <o:lock v:ext="edit" aspectratio="t"/>
            <w10:wrap type="none"/>
            <w10:anchorlock/>
          </v:shape>
        </w:pict>
      </w:r>
      <w:r>
        <w:rPr>
          <w:rFonts w:ascii="宋体" w:hAnsi="宋体" w:eastAsia="宋体" w:cs="宋体"/>
          <w:color w:val="000000"/>
        </w:rPr>
        <w:t>，射线</w:t>
      </w:r>
      <w:r>
        <w:pict>
          <v:shape id="_x0000_i718801"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3817" o:title="eqId6cad4595d5352b2884568a59d8d766a4"/>
            <o:lock v:ext="edit" aspectratio="t"/>
            <w10:wrap type="none"/>
            <w10:anchorlock/>
          </v:shape>
        </w:pict>
      </w:r>
      <w:r>
        <w:rPr>
          <w:rFonts w:ascii="宋体" w:hAnsi="宋体" w:eastAsia="宋体" w:cs="宋体"/>
          <w:color w:val="000000"/>
        </w:rPr>
        <w:t>平分</w:t>
      </w:r>
      <w:r>
        <w:pict>
          <v:shape id="_x0000_i71880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818" o:title="eqId418ebb89d29f4f631b055c911e8d178a"/>
            <o:lock v:ext="edit" aspectratio="t"/>
            <w10:wrap type="none"/>
            <w10:anchorlock/>
          </v:shape>
        </w:pict>
      </w:r>
      <w:r>
        <w:rPr>
          <w:rFonts w:ascii="宋体" w:hAnsi="宋体" w:eastAsia="宋体" w:cs="宋体"/>
          <w:color w:val="000000"/>
        </w:rPr>
        <w:t>，当</w:t>
      </w:r>
      <w:r>
        <w:pict>
          <v:shape id="_x0000_i718803"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3819" o:title="eqId778d3556c2454a733a15629af5c2444f"/>
            <o:lock v:ext="edit" aspectratio="t"/>
            <w10:wrap type="none"/>
            <w10:anchorlock/>
          </v:shape>
        </w:pict>
      </w:r>
      <w:r>
        <w:rPr>
          <w:rFonts w:ascii="宋体" w:hAnsi="宋体" w:eastAsia="宋体" w:cs="宋体"/>
          <w:color w:val="000000"/>
        </w:rPr>
        <w:t>与</w:t>
      </w:r>
      <w:r>
        <w:pict>
          <v:shape id="_x0000_i718804"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820" o:title="eqId42e7b8a59f8d66176463f3d71f882a26"/>
            <o:lock v:ext="edit" aspectratio="t"/>
            <w10:wrap type="none"/>
            <w10:anchorlock/>
          </v:shape>
        </w:pict>
      </w:r>
      <w:r>
        <w:rPr>
          <w:rFonts w:ascii="宋体" w:hAnsi="宋体" w:eastAsia="宋体" w:cs="宋体"/>
          <w:color w:val="000000"/>
        </w:rPr>
        <w:t>互余时，直接写出</w:t>
      </w:r>
      <w:r>
        <w:pict>
          <v:shape id="_x0000_i718805"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820" o:title="eqId42e7b8a59f8d66176463f3d71f882a26"/>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8806"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3821" o:title="eqIdf6b86c22b670a8e9f3896f9e8883fbbb"/>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①</w:t>
      </w:r>
      <w:r>
        <w:pict>
          <v:shape id="_x0000_i718807" o:spt="75" alt="学科网(www.zxxk.com)--教育资源门户，提供试卷、教案、课件、论文、素材以及各类教学资源下载，还有大量而丰富的教学相关资讯！" type="#_x0000_t75" style="height:31.2pt;width:121.2pt;" o:ole="t" filled="f" o:preferrelative="t" stroked="f" coordsize="21600,21600">
            <v:path/>
            <v:fill on="f" focussize="0,0"/>
            <v:stroke on="f" joinstyle="miter"/>
            <v:imagedata r:id="rId3822" o:title="eqId5c409726489779bef543bc0218250d4b"/>
            <o:lock v:ext="edit" aspectratio="t"/>
            <w10:wrap type="none"/>
            <w10:anchorlock/>
          </v:shape>
        </w:pict>
      </w:r>
      <w:r>
        <w:rPr>
          <w:rFonts w:ascii="宋体" w:hAnsi="宋体" w:eastAsia="宋体" w:cs="宋体"/>
          <w:color w:val="000000"/>
        </w:rPr>
        <w:t>，理由见解析；②</w:t>
      </w:r>
      <w:r>
        <w:pict>
          <v:shape id="_x0000_i718808" o:spt="75" alt="学科网(www.zxxk.com)--教育资源门户，提供试卷、教案、课件、论文、素材以及各类教学资源下载，还有大量而丰富的教学相关资讯！" type="#_x0000_t75" style="height:14pt;width:20.5pt;" o:ole="t" filled="f" o:preferrelative="t" stroked="f" coordsize="21600,21600">
            <v:path/>
            <v:fill on="f" focussize="0,0"/>
            <v:stroke on="f" joinstyle="miter"/>
            <v:imagedata r:id="rId3823" o:title="eqIdf1845ed03ec08feac9adee161aab3449"/>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本题主要考查角平分线的定义、余角和补角</w:t>
      </w:r>
      <w:r>
        <w:rPr>
          <w:rFonts w:ascii="Times New Roman" w:hAnsi="Times New Roman" w:eastAsia="Times New Roman" w:cs="Times New Roman"/>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w:t>
      </w:r>
      <w:r>
        <w:pict>
          <v:shape id="_x0000_i718809" o:spt="75" alt="学科网(www.zxxk.com)--教育资源门户，提供试卷、教案、课件、论文、素材以及各类教学资源下载，还有大量而丰富的教学相关资讯！" type="#_x0000_t75" style="height:13.85pt;width:172.15pt;" o:ole="t" filled="f" o:preferrelative="t" stroked="f" coordsize="21600,21600">
            <v:path/>
            <v:fill on="f" focussize="0,0"/>
            <v:stroke on="f" joinstyle="miter"/>
            <v:imagedata r:id="rId3824" o:title="eqId98e3403aa0b212a45730d03dac9d331f"/>
            <o:lock v:ext="edit" aspectratio="t"/>
            <w10:wrap type="none"/>
            <w10:anchorlock/>
          </v:shape>
        </w:pict>
      </w:r>
      <w:r>
        <w:rPr>
          <w:rFonts w:ascii="宋体" w:hAnsi="宋体" w:eastAsia="宋体" w:cs="宋体"/>
          <w:color w:val="000000"/>
        </w:rPr>
        <w:t>，即可求得答案；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）①根据</w:t>
      </w:r>
      <w:r>
        <w:pict>
          <v:shape id="_x0000_i718810" o:spt="75" alt="学科网(www.zxxk.com)--教育资源门户，提供试卷、教案、课件、论文、素材以及各类教学资源下载，还有大量而丰富的教学相关资讯！" type="#_x0000_t75" style="height:30.75pt;width:252pt;" o:ole="t" filled="f" o:preferrelative="t" stroked="f" coordsize="21600,21600">
            <v:path/>
            <v:fill on="f" focussize="0,0"/>
            <v:stroke on="f" joinstyle="miter"/>
            <v:imagedata r:id="rId3825" o:title="eqId061db2b91f4c23f47ef87fb85ea38382"/>
            <o:lock v:ext="edit" aspectratio="t"/>
            <w10:wrap type="none"/>
            <w10:anchorlock/>
          </v:shape>
        </w:pict>
      </w:r>
      <w:r>
        <w:rPr>
          <w:rFonts w:ascii="宋体" w:hAnsi="宋体" w:eastAsia="宋体" w:cs="宋体"/>
          <w:color w:val="000000"/>
        </w:rPr>
        <w:t>，</w:t>
      </w:r>
      <w:r>
        <w:pict>
          <v:shape id="_x0000_i718811" o:spt="75" alt="学科网(www.zxxk.com)--教育资源门户，提供试卷、教案、课件、论文、素材以及各类教学资源下载，还有大量而丰富的教学相关资讯！" type="#_x0000_t75" style="height:14pt;width:129pt;" o:ole="t" filled="f" o:preferrelative="t" stroked="f" coordsize="21600,21600">
            <v:path/>
            <v:fill on="f" focussize="0,0"/>
            <v:stroke on="f" joinstyle="miter"/>
            <v:imagedata r:id="rId3826" o:title="eqId917b271a8e0a389a1946121b3ddd0bc4"/>
            <o:lock v:ext="edit" aspectratio="t"/>
            <w10:wrap type="none"/>
            <w10:anchorlock/>
          </v:shape>
        </w:pict>
      </w:r>
      <w:r>
        <w:rPr>
          <w:rFonts w:ascii="宋体" w:hAnsi="宋体" w:eastAsia="宋体" w:cs="宋体"/>
          <w:color w:val="000000"/>
        </w:rPr>
        <w:t>，</w:t>
      </w:r>
      <w:r>
        <w:pict>
          <v:shape id="_x0000_i718812" o:spt="75" alt="学科网(www.zxxk.com)--教育资源门户，提供试卷、教案、课件、论文、素材以及各类教学资源下载，还有大量而丰富的教学相关资讯！" type="#_x0000_t75" style="height:13.85pt;width:171.25pt;" o:ole="t" filled="f" o:preferrelative="t" stroked="f" coordsize="21600,21600">
            <v:path/>
            <v:fill on="f" focussize="0,0"/>
            <v:stroke on="f" joinstyle="miter"/>
            <v:imagedata r:id="rId3827" o:title="eqIda06f4686c65a4f46b4314ff39e73a87c"/>
            <o:lock v:ext="edit" aspectratio="t"/>
            <w10:wrap type="none"/>
            <w10:anchorlock/>
          </v:shape>
        </w:pict>
      </w:r>
      <w:r>
        <w:rPr>
          <w:rFonts w:ascii="宋体" w:hAnsi="宋体" w:eastAsia="宋体" w:cs="宋体"/>
          <w:color w:val="000000"/>
        </w:rPr>
        <w:t>，进而可求得</w:t>
      </w:r>
      <w:r>
        <w:pict>
          <v:shape id="_x0000_i718813" o:spt="75" alt="学科网(www.zxxk.com)--教育资源门户，提供试卷、教案、课件、论文、素材以及各类教学资源下载，还有大量而丰富的教学相关资讯！" type="#_x0000_t75" style="height:14.5pt;width:128.85pt;" o:ole="t" filled="f" o:preferrelative="t" stroked="f" coordsize="21600,21600">
            <v:path/>
            <v:fill on="f" focussize="0,0"/>
            <v:stroke on="f" joinstyle="miter"/>
            <v:imagedata r:id="rId3828" o:title="eqIda3acb64b5c38ff149a2799b11fdc8f5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②根据</w:t>
      </w:r>
      <w:r>
        <w:pict>
          <v:shape id="_x0000_i718814" o:spt="75" alt="学科网(www.zxxk.com)--教育资源门户，提供试卷、教案、课件、论文、素材以及各类教学资源下载，还有大量而丰富的教学相关资讯！" type="#_x0000_t75" style="height:30.75pt;width:305.25pt;" o:ole="t" filled="f" o:preferrelative="t" stroked="f" coordsize="21600,21600">
            <v:path/>
            <v:fill on="f" focussize="0,0"/>
            <v:stroke on="f" joinstyle="miter"/>
            <v:imagedata r:id="rId3829" o:title="eqIdd7ca45d8bc19be35784165f98baf3999"/>
            <o:lock v:ext="edit" aspectratio="t"/>
            <w10:wrap type="none"/>
            <w10:anchorlock/>
          </v:shape>
        </w:pict>
      </w:r>
      <w:r>
        <w:rPr>
          <w:rFonts w:ascii="宋体" w:hAnsi="宋体" w:eastAsia="宋体" w:cs="宋体"/>
          <w:color w:val="000000"/>
        </w:rPr>
        <w:t>，</w:t>
      </w:r>
      <w:r>
        <w:pict>
          <v:shape id="_x0000_i718815" o:spt="75" alt="学科网(www.zxxk.com)--教育资源门户，提供试卷、教案、课件、论文、素材以及各类教学资源下载，还有大量而丰富的教学相关资讯！" type="#_x0000_t75" style="height:30.75pt;width:201.75pt;" o:ole="t" filled="f" o:preferrelative="t" stroked="f" coordsize="21600,21600">
            <v:path/>
            <v:fill on="f" focussize="0,0"/>
            <v:stroke on="f" joinstyle="miter"/>
            <v:imagedata r:id="rId3830" o:title="eqIda870a03f3fe95a3a6dffbd8156e35b5b"/>
            <o:lock v:ext="edit" aspectratio="t"/>
            <w10:wrap type="none"/>
            <w10:anchorlock/>
          </v:shape>
        </w:pict>
      </w:r>
      <w:r>
        <w:rPr>
          <w:rFonts w:ascii="宋体" w:hAnsi="宋体" w:eastAsia="宋体" w:cs="宋体"/>
          <w:color w:val="000000"/>
        </w:rPr>
        <w:t>可求得</w:t>
      </w:r>
      <w:r>
        <w:pict>
          <v:shape id="_x0000_i718816" o:spt="75" alt="学科网(www.zxxk.com)--教育资源门户，提供试卷、教案、课件、论文、素材以及各类教学资源下载，还有大量而丰富的教学相关资讯！" type="#_x0000_t75" style="height:13.85pt;width:181.4pt;" o:ole="t" filled="f" o:preferrelative="t" stroked="f" coordsize="21600,21600">
            <v:path/>
            <v:fill on="f" focussize="0,0"/>
            <v:stroke on="f" joinstyle="miter"/>
            <v:imagedata r:id="rId3831" o:title="eqIdce0d256d6b7ab9ecf7fd933858a63050"/>
            <o:lock v:ext="edit" aspectratio="t"/>
            <w10:wrap type="none"/>
            <w10:anchorlock/>
          </v:shape>
        </w:pict>
      </w:r>
      <w:r>
        <w:rPr>
          <w:rFonts w:ascii="宋体" w:hAnsi="宋体" w:eastAsia="宋体" w:cs="宋体"/>
          <w:color w:val="000000"/>
        </w:rPr>
        <w:t>，</w:t>
      </w:r>
      <w:r>
        <w:pict>
          <v:shape id="_x0000_i718817" o:spt="75" alt="学科网(www.zxxk.com)--教育资源门户，提供试卷、教案、课件、论文、素材以及各类教学资源下载，还有大量而丰富的教学相关资讯！" type="#_x0000_t75" style="height:13.85pt;width:88.15pt;" o:ole="t" filled="f" o:preferrelative="t" stroked="f" coordsize="21600,21600">
            <v:path/>
            <v:fill on="f" focussize="0,0"/>
            <v:stroke on="f" joinstyle="miter"/>
            <v:imagedata r:id="rId3832" o:title="eqId0d6a5cb3192c482e8f50dcc9360f2198"/>
            <o:lock v:ext="edit" aspectratio="t"/>
            <w10:wrap type="none"/>
            <w10:anchorlock/>
          </v:shape>
        </w:pict>
      </w:r>
      <w:r>
        <w:rPr>
          <w:rFonts w:ascii="宋体" w:hAnsi="宋体" w:eastAsia="宋体" w:cs="宋体"/>
          <w:color w:val="000000"/>
        </w:rPr>
        <w:t>，然后分两种情况：</w:t>
      </w:r>
      <w:r>
        <w:pict>
          <v:shape id="_x0000_i718818" o:spt="75" alt="学科网(www.zxxk.com)--教育资源门户，提供试卷、教案、课件、论文、素材以及各类教学资源下载，还有大量而丰富的教学相关资讯！" type="#_x0000_t75" style="height:13.85pt;width:88.15pt;" o:ole="t" filled="f" o:preferrelative="t" stroked="f" coordsize="21600,21600">
            <v:path/>
            <v:fill on="f" focussize="0,0"/>
            <v:stroke on="f" joinstyle="miter"/>
            <v:imagedata r:id="rId3833" o:title="eqId3d5f8a6a6fbcd18343299c82f23371a8"/>
            <o:lock v:ext="edit" aspectratio="t"/>
            <w10:wrap type="none"/>
            <w10:anchorlock/>
          </v:shape>
        </w:pict>
      </w:r>
      <w:r>
        <w:rPr>
          <w:rFonts w:ascii="宋体" w:hAnsi="宋体" w:eastAsia="宋体" w:cs="宋体"/>
          <w:color w:val="000000"/>
        </w:rPr>
        <w:t>和</w:t>
      </w:r>
      <w:r>
        <w:pict>
          <v:shape id="_x0000_i718819" o:spt="75" alt="学科网(www.zxxk.com)--教育资源门户，提供试卷、教案、课件、论文、素材以及各类教学资源下载，还有大量而丰富的教学相关资讯！" type="#_x0000_t75" style="height:13.85pt;width:94.15pt;" o:ole="t" filled="f" o:preferrelative="t" stroked="f" coordsize="21600,21600">
            <v:path/>
            <v:fill on="f" focussize="0,0"/>
            <v:stroke on="f" joinstyle="miter"/>
            <v:imagedata r:id="rId3834" o:title="eqIdb69baef367d988bb319a1657ea39582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w:t>
      </w:r>
      <w:r>
        <w:pict>
          <v:shape id="_x0000_i718820"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3835" o:title="eqIdf20a87aa355c567bcc61a3f993ae107b"/>
            <o:lock v:ext="edit" aspectratio="t"/>
            <w10:wrap type="none"/>
            <w10:anchorlock/>
          </v:shape>
        </w:pict>
      </w:r>
      <w:r>
        <w:rPr>
          <w:rFonts w:ascii="宋体" w:hAnsi="宋体" w:eastAsia="宋体" w:cs="宋体"/>
          <w:color w:val="000000"/>
        </w:rPr>
        <w:t>，</w:t>
      </w:r>
      <w:r>
        <w:pict>
          <v:shape id="_x0000_i718821" o:spt="75" alt="学科网(www.zxxk.com)--教育资源门户，提供试卷、教案、课件、论文、素材以及各类教学资源下载，还有大量而丰富的教学相关资讯！" type="#_x0000_t75" style="height:13.85pt;width:70.6pt;" o:ole="t" filled="f" o:preferrelative="t" stroked="f" coordsize="21600,21600">
            <v:path/>
            <v:fill on="f" focussize="0,0"/>
            <v:stroke on="f" joinstyle="miter"/>
            <v:imagedata r:id="rId3836" o:title="eqId7a6cd07234abab6beb3838f9a34b733e"/>
            <o:lock v:ext="edit" aspectratio="t"/>
            <w10:wrap type="none"/>
            <w10:anchorlock/>
          </v:shape>
        </w:pict>
      </w:r>
      <w:r>
        <w:rPr>
          <w:rFonts w:ascii="宋体" w:hAnsi="宋体" w:eastAsia="宋体" w:cs="宋体"/>
          <w:color w:val="000000"/>
        </w:rPr>
        <w:t>，</w:t>
      </w:r>
      <w:r>
        <w:pict>
          <v:shape id="_x0000_i718822"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3837" o:title="eqId7b1dd3c503ff0b4e68f035709e34bc63"/>
            <o:lock v:ext="edit" aspectratio="t"/>
            <w10:wrap type="none"/>
            <w10:anchorlock/>
          </v:shape>
        </w:pict>
      </w:r>
      <w:r>
        <w:rPr>
          <w:rFonts w:ascii="宋体" w:hAnsi="宋体" w:eastAsia="宋体" w:cs="宋体"/>
          <w:color w:val="000000"/>
        </w:rPr>
        <w:t>，</w:t>
      </w:r>
      <w:r>
        <w:pict>
          <v:shape id="_x0000_i718823" o:spt="75" alt="学科网(www.zxxk.com)--教育资源门户，提供试卷、教案、课件、论文、素材以及各类教学资源下载，还有大量而丰富的教学相关资讯！" type="#_x0000_t75" style="height:13.85pt;width:172.15pt;" o:ole="t" filled="f" o:preferrelative="t" stroked="f" coordsize="21600,21600">
            <v:path/>
            <v:fill on="f" focussize="0,0"/>
            <v:stroke on="f" joinstyle="miter"/>
            <v:imagedata r:id="rId3838" o:title="eqId98e3403aa0b212a45730d03dac9d331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24" o:spt="75" alt="学科网(www.zxxk.com)--教育资源门户，提供试卷、教案、课件、论文、素材以及各类教学资源下载，还有大量而丰富的教学相关资讯！" type="#_x0000_t75" style="height:13.85pt;width:199.4pt;" o:ole="t" filled="f" o:preferrelative="t" stroked="f" coordsize="21600,21600">
            <v:path/>
            <v:fill on="f" focussize="0,0"/>
            <v:stroke on="f" joinstyle="miter"/>
            <v:imagedata r:id="rId3839" o:title="eqIddd4ba57b3ca9ac59d8f7f5aff8ea88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8825"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3840" o:title="eqIdf6b86c22b670a8e9f3896f9e8883fbbb"/>
            <o:lock v:ext="edit" aspectratio="t"/>
            <w10:wrap type="none"/>
            <w10:anchorlock/>
          </v:shape>
        </w:pic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①由题可得射线</w:t>
      </w:r>
      <w:r>
        <w:pict>
          <v:shape id="_x0000_i718826"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3841" o:title="eqId683c590673eece14fea3319c4fd5eb55"/>
            <o:lock v:ext="edit" aspectratio="t"/>
            <w10:wrap type="none"/>
            <w10:anchorlock/>
          </v:shape>
        </w:pict>
      </w:r>
      <w:r>
        <w:rPr>
          <w:rFonts w:ascii="宋体" w:hAnsi="宋体" w:eastAsia="宋体" w:cs="宋体"/>
          <w:color w:val="000000"/>
        </w:rPr>
        <w:t>平分</w:t>
      </w:r>
      <w:r>
        <w:pict>
          <v:shape id="_x0000_i718827" o:spt="75" alt="学科网(www.zxxk.com)--教育资源门户，提供试卷、教案、课件、论文、素材以及各类教学资源下载，还有大量而丰富的教学相关资讯！" type="#_x0000_t75" style="height:13.8pt;width:39pt;" o:ole="t" filled="f" o:preferrelative="t" stroked="f" coordsize="21600,21600">
            <v:path/>
            <v:fill on="f" focussize="0,0"/>
            <v:stroke on="f" joinstyle="miter"/>
            <v:imagedata r:id="rId3842" o:title="eqId6463e5b629f54a517050d1327580aa5b"/>
            <o:lock v:ext="edit" aspectratio="t"/>
            <w10:wrap type="none"/>
            <w10:anchorlock/>
          </v:shape>
        </w:pict>
      </w:r>
      <w:r>
        <w:rPr>
          <w:rFonts w:ascii="宋体" w:hAnsi="宋体" w:eastAsia="宋体" w:cs="宋体"/>
          <w:color w:val="000000"/>
        </w:rPr>
        <w:t>，则</w:t>
      </w:r>
      <w:r>
        <w:pict>
          <v:shape id="_x0000_i718828" o:spt="75" alt="学科网(www.zxxk.com)--教育资源门户，提供试卷、教案、课件、论文、素材以及各类教学资源下载，还有大量而丰富的教学相关资讯！" type="#_x0000_t75" style="height:30.75pt;width:344.25pt;" o:ole="t" filled="f" o:preferrelative="t" stroked="f" coordsize="21600,21600">
            <v:path/>
            <v:fill on="f" focussize="0,0"/>
            <v:stroke on="f" joinstyle="miter"/>
            <v:imagedata r:id="rId3843" o:title="eqIdf9e4e243da43e974ac811a45b3702a8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pict>
          <v:shape id="_x0000_i718829" o:spt="75" alt="学科网(www.zxxk.com)--教育资源门户，提供试卷、教案、课件、论文、素材以及各类教学资源下载，还有大量而丰富的教学相关资讯！" type="#_x0000_t75" style="height:14pt;width:129pt;" o:ole="t" filled="f" o:preferrelative="t" stroked="f" coordsize="21600,21600">
            <v:path/>
            <v:fill on="f" focussize="0,0"/>
            <v:stroke on="f" joinstyle="miter"/>
            <v:imagedata r:id="rId3844" o:title="eqId917b271a8e0a389a1946121b3ddd0bc4"/>
            <o:lock v:ext="edit" aspectratio="t"/>
            <w10:wrap type="none"/>
            <w10:anchorlock/>
          </v:shape>
        </w:pict>
      </w:r>
      <w:r>
        <w:rPr>
          <w:rFonts w:ascii="宋体" w:hAnsi="宋体" w:eastAsia="宋体" w:cs="宋体"/>
          <w:color w:val="000000"/>
        </w:rPr>
        <w:t>，</w:t>
      </w:r>
      <w:r>
        <w:pict>
          <v:shape id="_x0000_i718830" o:spt="75" alt="学科网(www.zxxk.com)--教育资源门户，提供试卷、教案、课件、论文、素材以及各类教学资源下载，还有大量而丰富的教学相关资讯！" type="#_x0000_t75" style="height:13.85pt;width:171.25pt;" o:ole="t" filled="f" o:preferrelative="t" stroked="f" coordsize="21600,21600">
            <v:path/>
            <v:fill on="f" focussize="0,0"/>
            <v:stroke on="f" joinstyle="miter"/>
            <v:imagedata r:id="rId3845" o:title="eqIda06f4686c65a4f46b4314ff39e73a87c"/>
            <o:lock v:ext="edit" aspectratio="t"/>
            <w10:wrap type="none"/>
            <w10:anchorlock/>
          </v:shape>
        </w:pict>
      </w:r>
      <w:r>
        <w:rPr>
          <w:rFonts w:ascii="宋体" w:hAnsi="宋体" w:eastAsia="宋体" w:cs="宋体"/>
          <w:color w:val="000000"/>
        </w:rPr>
        <w:t>，</w:t>
      </w:r>
      <w:r>
        <w:pict>
          <v:shape id="_x0000_i718831" o:spt="75" alt="学科网(www.zxxk.com)--教育资源门户，提供试卷、教案、课件、论文、素材以及各类教学资源下载，还有大量而丰富的教学相关资讯！" type="#_x0000_t75" style="height:13.85pt;width:70.6pt;" o:ole="t" filled="f" o:preferrelative="t" stroked="f" coordsize="21600,21600">
            <v:path/>
            <v:fill on="f" focussize="0,0"/>
            <v:stroke on="f" joinstyle="miter"/>
            <v:imagedata r:id="rId3846" o:title="eqId7a6cd07234abab6beb3838f9a34b733e"/>
            <o:lock v:ext="edit" aspectratio="t"/>
            <w10:wrap type="none"/>
            <w10:anchorlock/>
          </v:shape>
        </w:pict>
      </w:r>
      <w:r>
        <w:rPr>
          <w:rFonts w:ascii="宋体" w:hAnsi="宋体" w:eastAsia="宋体" w:cs="宋体"/>
          <w:color w:val="000000"/>
        </w:rPr>
        <w:t>，</w:t>
      </w:r>
      <w:r>
        <w:pict>
          <v:shape id="_x0000_i718832"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3847" o:title="eqId7b1dd3c503ff0b4e68f035709e34bc6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33" o:spt="75" alt="学科网(www.zxxk.com)--教育资源门户，提供试卷、教案、课件、论文、素材以及各类教学资源下载，还有大量而丰富的教学相关资讯！" type="#_x0000_t75" style="height:30.75pt;width:332.25pt;" o:ole="t" filled="f" o:preferrelative="t" stroked="f" coordsize="21600,21600">
            <v:path/>
            <v:fill on="f" focussize="0,0"/>
            <v:stroke on="f" joinstyle="miter"/>
            <v:imagedata r:id="rId3848" o:title="eqIdd8d5d68332cf8f8d1d623b86663dd57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34" o:spt="75" alt="学科网(www.zxxk.com)--教育资源门户，提供试卷、教案、课件、论文、素材以及各类教学资源下载，还有大量而丰富的教学相关资讯！" type="#_x0000_t75" style="height:31.2pt;width:121.2pt;" o:ole="t" filled="f" o:preferrelative="t" stroked="f" coordsize="21600,21600">
            <v:path/>
            <v:fill on="f" focussize="0,0"/>
            <v:stroke on="f" joinstyle="miter"/>
            <v:imagedata r:id="rId3849" o:title="eqId5c409726489779bef543bc0218250d4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18835"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3850" o:title="eqId778d3556c2454a733a15629af5c2444f"/>
            <o:lock v:ext="edit" aspectratio="t"/>
            <w10:wrap type="none"/>
            <w10:anchorlock/>
          </v:shape>
        </w:pict>
      </w:r>
      <w:r>
        <w:rPr>
          <w:rFonts w:ascii="宋体" w:hAnsi="宋体" w:eastAsia="宋体" w:cs="宋体"/>
          <w:color w:val="000000"/>
        </w:rPr>
        <w:t>与</w:t>
      </w:r>
      <w:r>
        <w:pict>
          <v:shape id="_x0000_i718836"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851" o:title="eqId42e7b8a59f8d66176463f3d71f882a26"/>
            <o:lock v:ext="edit" aspectratio="t"/>
            <w10:wrap type="none"/>
            <w10:anchorlock/>
          </v:shape>
        </w:pict>
      </w:r>
      <w:r>
        <w:rPr>
          <w:rFonts w:ascii="宋体" w:hAnsi="宋体" w:eastAsia="宋体" w:cs="宋体"/>
          <w:color w:val="000000"/>
        </w:rPr>
        <w:t>互余，</w:t>
      </w:r>
    </w:p>
    <w:p>
      <w:pPr>
        <w:spacing w:line="360" w:lineRule="auto"/>
        <w:jc w:val="left"/>
        <w:textAlignment w:val="center"/>
        <w:rPr>
          <w:color w:val="000000"/>
        </w:rPr>
      </w:pPr>
      <w:r>
        <w:rPr>
          <w:rFonts w:ascii="宋体" w:hAnsi="宋体" w:eastAsia="宋体" w:cs="宋体"/>
          <w:color w:val="000000"/>
        </w:rPr>
        <w:t>∴</w:t>
      </w:r>
      <w:r>
        <w:pict>
          <v:shape id="_x0000_i718837" o:spt="75" alt="学科网(www.zxxk.com)--教育资源门户，提供试卷、教案、课件、论文、素材以及各类教学资源下载，还有大量而丰富的教学相关资讯！" type="#_x0000_t75" style="height:13.85pt;width:108pt;" o:ole="t" filled="f" o:preferrelative="t" stroked="f" coordsize="21600,21600">
            <v:path/>
            <v:fill on="f" focussize="0,0"/>
            <v:stroke on="f" joinstyle="miter"/>
            <v:imagedata r:id="rId3852" o:title="eqId324114778c596a919dd2bb9098718ba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∵射线</w:t>
      </w:r>
      <w:r>
        <w:pict>
          <v:shape id="_x0000_i718838"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3853" o:title="eqId6cad4595d5352b2884568a59d8d766a4"/>
            <o:lock v:ext="edit" aspectratio="t"/>
            <w10:wrap type="none"/>
            <w10:anchorlock/>
          </v:shape>
        </w:pict>
      </w:r>
      <w:r>
        <w:rPr>
          <w:rFonts w:ascii="宋体" w:hAnsi="宋体" w:eastAsia="宋体" w:cs="宋体"/>
          <w:color w:val="000000"/>
        </w:rPr>
        <w:t>平分</w:t>
      </w:r>
      <w:r>
        <w:pict>
          <v:shape id="_x0000_i71883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854" o:title="eqId418ebb89d29f4f631b055c911e8d178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40" o:spt="75" alt="学科网(www.zxxk.com)--教育资源门户，提供试卷、教案、课件、论文、素材以及各类教学资源下载，还有大量而丰富的教学相关资讯！" type="#_x0000_t75" style="height:30.75pt;width:305.25pt;" o:ole="t" filled="f" o:preferrelative="t" stroked="f" coordsize="21600,21600">
            <v:path/>
            <v:fill on="f" focussize="0,0"/>
            <v:stroke on="f" joinstyle="miter"/>
            <v:imagedata r:id="rId3855" o:title="eqIdd7ca45d8bc19be35784165f98baf399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pict>
          <v:shape id="_x0000_i718841" o:spt="75" alt="学科网(www.zxxk.com)--教育资源门户，提供试卷、教案、课件、论文、素材以及各类教学资源下载，还有大量而丰富的教学相关资讯！" type="#_x0000_t75" style="height:13.85pt;width:91.4pt;" o:ole="t" filled="f" o:preferrelative="t" stroked="f" coordsize="21600,21600">
            <v:path/>
            <v:fill on="f" focussize="0,0"/>
            <v:stroke on="f" joinstyle="miter"/>
            <v:imagedata r:id="rId3856" o:title="eqIdd7a2c4708ee6c5cebf588b14eaf7587b"/>
            <o:lock v:ext="edit" aspectratio="t"/>
            <w10:wrap type="none"/>
            <w10:anchorlock/>
          </v:shape>
        </w:pict>
      </w:r>
      <w:r>
        <w:rPr>
          <w:rFonts w:ascii="宋体" w:hAnsi="宋体" w:eastAsia="宋体" w:cs="宋体"/>
          <w:color w:val="000000"/>
        </w:rPr>
        <w:t>，</w:t>
      </w:r>
      <w:r>
        <w:pict>
          <v:shape id="_x0000_i718842" o:spt="75" alt="学科网(www.zxxk.com)--教育资源门户，提供试卷、教案、课件、论文、素材以及各类教学资源下载，还有大量而丰富的教学相关资讯！" type="#_x0000_t75" style="height:13.85pt;width:157.85pt;" o:ole="t" filled="f" o:preferrelative="t" stroked="f" coordsize="21600,21600">
            <v:path/>
            <v:fill on="f" focussize="0,0"/>
            <v:stroke on="f" joinstyle="miter"/>
            <v:imagedata r:id="rId3857" o:title="eqId699f2a0244c7f878fedd1cd094b789b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43" o:spt="75" alt="学科网(www.zxxk.com)--教育资源门户，提供试卷、教案、课件、论文、素材以及各类教学资源下载，还有大量而丰富的教学相关资讯！" type="#_x0000_t75" style="height:30.75pt;width:420pt;" o:ole="t" filled="f" o:preferrelative="t" stroked="f" coordsize="21600,21600">
            <v:path/>
            <v:fill on="f" focussize="0,0"/>
            <v:stroke on="f" joinstyle="miter"/>
            <v:imagedata r:id="rId3858" o:title="eqId62793d5d7070dbd31e13705d66ec28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44" o:spt="75" alt="学科网(www.zxxk.com)--教育资源门户，提供试卷、教案、课件、论文、素材以及各类教学资源下载，还有大量而丰富的教学相关资讯！" type="#_x0000_t75" style="height:13.85pt;width:181.4pt;" o:ole="t" filled="f" o:preferrelative="t" stroked="f" coordsize="21600,21600">
            <v:path/>
            <v:fill on="f" focussize="0,0"/>
            <v:stroke on="f" joinstyle="miter"/>
            <v:imagedata r:id="rId3859" o:title="eqIdce0d256d6b7ab9ecf7fd933858a6305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∵射线</w:t>
      </w:r>
      <w:r>
        <w:pict>
          <v:shape id="_x0000_i71884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3860" o:title="eqIda299d2b999568e80be8005565ba209a4"/>
            <o:lock v:ext="edit" aspectratio="t"/>
            <w10:wrap type="none"/>
            <w10:anchorlock/>
          </v:shape>
        </w:pict>
      </w:r>
      <w:r>
        <w:rPr>
          <w:rFonts w:ascii="宋体" w:hAnsi="宋体" w:eastAsia="宋体" w:cs="宋体"/>
          <w:color w:val="000000"/>
        </w:rPr>
        <w:t>在直线</w:t>
      </w:r>
      <w:r>
        <w:pict>
          <v:shape id="_x0000_i718846"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861" o:title="eqId411461db15ee8086332c531e086c40c7"/>
            <o:lock v:ext="edit" aspectratio="t"/>
            <w10:wrap type="none"/>
            <w10:anchorlock/>
          </v:shape>
        </w:pict>
      </w:r>
      <w:r>
        <w:rPr>
          <w:rFonts w:ascii="宋体" w:hAnsi="宋体" w:eastAsia="宋体" w:cs="宋体"/>
          <w:color w:val="000000"/>
        </w:rPr>
        <w:t>的下方，</w:t>
      </w:r>
    </w:p>
    <w:p>
      <w:pPr>
        <w:spacing w:line="360" w:lineRule="auto"/>
        <w:jc w:val="left"/>
        <w:textAlignment w:val="center"/>
        <w:rPr>
          <w:color w:val="000000"/>
        </w:rPr>
      </w:pPr>
      <w:r>
        <w:rPr>
          <w:rFonts w:ascii="宋体" w:hAnsi="宋体" w:eastAsia="宋体" w:cs="宋体"/>
          <w:color w:val="000000"/>
        </w:rPr>
        <w:t>∴</w:t>
      </w:r>
      <w:r>
        <w:pict>
          <v:shape id="_x0000_i718847" o:spt="75" alt="学科网(www.zxxk.com)--教育资源门户，提供试卷、教案、课件、论文、素材以及各类教学资源下载，还有大量而丰富的教学相关资讯！" type="#_x0000_t75" style="height:13.85pt;width:93.25pt;" o:ole="t" filled="f" o:preferrelative="t" stroked="f" coordsize="21600,21600">
            <v:path/>
            <v:fill on="f" focussize="0,0"/>
            <v:stroke on="f" joinstyle="miter"/>
            <v:imagedata r:id="rId3862" o:title="eqIdf2d68a64b56099ade3ff24bb17b3041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48" o:spt="75" alt="学科网(www.zxxk.com)--教育资源门户，提供试卷、教案、课件、论文、素材以及各类教学资源下载，还有大量而丰富的教学相关资讯！" type="#_x0000_t75" style="height:13.85pt;width:88.15pt;" o:ole="t" filled="f" o:preferrelative="t" stroked="f" coordsize="21600,21600">
            <v:path/>
            <v:fill on="f" focussize="0,0"/>
            <v:stroke on="f" joinstyle="miter"/>
            <v:imagedata r:id="rId3863" o:title="eqId0d6a5cb3192c482e8f50dcc9360f219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5238750" cy="1389380"/>
            <wp:effectExtent l="0" t="0" r="0" b="0"/>
            <wp:docPr id="3789"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 name="图片 100031" descr="学科网(www.zxxk.com)--教育资源门户，提供试卷、教案、课件、论文、素材以及各类教学资源下载，还有大量而丰富的教学相关资讯！"/>
                    <pic:cNvPicPr>
                      <a:picLocks noChangeAspect="1"/>
                    </pic:cNvPicPr>
                  </pic:nvPicPr>
                  <pic:blipFill>
                    <a:blip r:embed="rId3864"/>
                    <a:stretch>
                      <a:fillRect/>
                    </a:stretch>
                  </pic:blipFill>
                  <pic:spPr>
                    <a:xfrm>
                      <a:off x="0" y="0"/>
                      <a:ext cx="5238750" cy="1390012"/>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当</w:t>
      </w:r>
      <w:r>
        <w:pict>
          <v:shape id="_x0000_i718849" o:spt="75" alt="学科网(www.zxxk.com)--教育资源门户，提供试卷、教案、课件、论文、素材以及各类教学资源下载，还有大量而丰富的教学相关资讯！" type="#_x0000_t75" style="height:13.85pt;width:88.15pt;" o:ole="t" filled="f" o:preferrelative="t" stroked="f" coordsize="21600,21600">
            <v:path/>
            <v:fill on="f" focussize="0,0"/>
            <v:stroke on="f" joinstyle="miter"/>
            <v:imagedata r:id="rId3865" o:title="eqId3d5f8a6a6fbcd18343299c82f23371a8"/>
            <o:lock v:ext="edit" aspectratio="t"/>
            <w10:wrap type="none"/>
            <w10:anchorlock/>
          </v:shape>
        </w:pict>
      </w:r>
      <w:r>
        <w:rPr>
          <w:rFonts w:ascii="宋体" w:hAnsi="宋体" w:eastAsia="宋体" w:cs="宋体"/>
          <w:color w:val="000000"/>
        </w:rPr>
        <w:t>时，如图所示．</w:t>
      </w:r>
    </w:p>
    <w:p>
      <w:pPr>
        <w:spacing w:line="360" w:lineRule="auto"/>
        <w:jc w:val="left"/>
        <w:textAlignment w:val="center"/>
        <w:rPr>
          <w:color w:val="000000"/>
        </w:rPr>
      </w:pPr>
      <w:r>
        <w:rPr>
          <w:rFonts w:ascii="宋体" w:hAnsi="宋体" w:eastAsia="宋体" w:cs="宋体"/>
          <w:color w:val="000000"/>
        </w:rPr>
        <w:t>由（</w:t>
      </w:r>
      <w:r>
        <w:rPr>
          <w:rFonts w:ascii="Times New Roman" w:hAnsi="Times New Roman" w:eastAsia="Times New Roman" w:cs="Times New Roman"/>
          <w:color w:val="000000"/>
        </w:rPr>
        <w:t>2</w:t>
      </w:r>
      <w:r>
        <w:rPr>
          <w:rFonts w:ascii="宋体" w:hAnsi="宋体" w:eastAsia="宋体" w:cs="宋体"/>
          <w:color w:val="000000"/>
        </w:rPr>
        <w:t>）①得</w:t>
      </w:r>
      <w:r>
        <w:pict>
          <v:shape id="_x0000_i718850" o:spt="75" alt="学科网(www.zxxk.com)--教育资源门户，提供试卷、教案、课件、论文、素材以及各类教学资源下载，还有大量而丰富的教学相关资讯！" type="#_x0000_t75" style="height:31.2pt;width:121.2pt;" o:ole="t" filled="f" o:preferrelative="t" stroked="f" coordsize="21600,21600">
            <v:path/>
            <v:fill on="f" focussize="0,0"/>
            <v:stroke on="f" joinstyle="miter"/>
            <v:imagedata r:id="rId3866" o:title="eqId5c409726489779bef543bc0218250d4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pict>
          <v:shape id="_x0000_i718851" o:spt="75" alt="学科网(www.zxxk.com)--教育资源门户，提供试卷、教案、课件、论文、素材以及各类教学资源下载，还有大量而丰富的教学相关资讯！" type="#_x0000_t75" style="height:13.85pt;width:181.4pt;" o:ole="t" filled="f" o:preferrelative="t" stroked="f" coordsize="21600,21600">
            <v:path/>
            <v:fill on="f" focussize="0,0"/>
            <v:stroke on="f" joinstyle="miter"/>
            <v:imagedata r:id="rId3867" o:title="eqIdce0d256d6b7ab9ecf7fd933858a6305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52" o:spt="75" alt="学科网(www.zxxk.com)--教育资源门户，提供试卷、教案、课件、论文、素材以及各类教学资源下载，还有大量而丰富的教学相关资讯！" type="#_x0000_t75" style="height:13.85pt;width:66pt;" o:ole="t" filled="f" o:preferrelative="t" stroked="f" coordsize="21600,21600">
            <v:path/>
            <v:fill on="f" focussize="0,0"/>
            <v:stroke on="f" joinstyle="miter"/>
            <v:imagedata r:id="rId3868" o:title="eqId372a6ebb6b9d863045321e32d5f02ea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53" o:spt="75" alt="学科网(www.zxxk.com)--教育资源门户，提供试卷、教案、课件、论文、素材以及各类教学资源下载，还有大量而丰富的教学相关资讯！" type="#_x0000_t75" style="height:14.4pt;width:66pt;" o:ole="t" filled="f" o:preferrelative="t" stroked="f" coordsize="21600,21600">
            <v:path/>
            <v:fill on="f" focussize="0,0"/>
            <v:stroke on="f" joinstyle="miter"/>
            <v:imagedata r:id="rId3869" o:title="eqIdc1db03898547471eae439e1bf00724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8854" o:spt="75" alt="学科网(www.zxxk.com)--教育资源门户，提供试卷、教案、课件、论文、素材以及各类教学资源下载，还有大量而丰富的教学相关资讯！" type="#_x0000_t75" style="height:13.85pt;width:94.15pt;" o:ole="t" filled="f" o:preferrelative="t" stroked="f" coordsize="21600,21600">
            <v:path/>
            <v:fill on="f" focussize="0,0"/>
            <v:stroke on="f" joinstyle="miter"/>
            <v:imagedata r:id="rId3870" o:title="eqIdb69baef367d988bb319a1657ea39582d"/>
            <o:lock v:ext="edit" aspectratio="t"/>
            <w10:wrap type="none"/>
            <w10:anchorlock/>
          </v:shape>
        </w:pict>
      </w:r>
      <w:r>
        <w:rPr>
          <w:rFonts w:ascii="宋体" w:hAnsi="宋体" w:eastAsia="宋体" w:cs="宋体"/>
          <w:color w:val="000000"/>
        </w:rPr>
        <w:t>时，如图所示．</w:t>
      </w:r>
    </w:p>
    <w:p>
      <w:pPr>
        <w:spacing w:line="360" w:lineRule="auto"/>
        <w:jc w:val="left"/>
        <w:textAlignment w:val="center"/>
        <w:rPr>
          <w:color w:val="000000"/>
        </w:rPr>
      </w:pPr>
      <w:r>
        <w:rPr>
          <w:rFonts w:ascii="宋体" w:hAnsi="宋体" w:eastAsia="宋体" w:cs="宋体"/>
          <w:color w:val="000000"/>
        </w:rPr>
        <w:t>∵</w:t>
      </w:r>
      <w:r>
        <w:pict>
          <v:shape id="_x0000_i718855" o:spt="75" alt="学科网(www.zxxk.com)--教育资源门户，提供试卷、教案、课件、论文、素材以及各类教学资源下载，还有大量而丰富的教学相关资讯！" type="#_x0000_t75" style="height:23.25pt;width:431pt;" o:ole="t" filled="f" o:preferrelative="t" stroked="f" coordsize="21600,21600">
            <v:path/>
            <v:fill on="f" focussize="0,0"/>
            <v:stroke on="f" joinstyle="miter"/>
            <v:imagedata r:id="rId3871" o:title="eqId940f6eb0db7842649ade37749b88665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56" o:spt="75" alt="学科网(www.zxxk.com)--教育资源门户，提供试卷、教案、课件、论文、素材以及各类教学资源下载，还有大量而丰富的教学相关资讯！" type="#_x0000_t75" style="height:31.4pt;width:120pt;" o:ole="t" filled="f" o:preferrelative="t" stroked="f" coordsize="21600,21600">
            <v:path/>
            <v:fill on="f" focussize="0,0"/>
            <v:stroke on="f" joinstyle="miter"/>
            <v:imagedata r:id="rId3872" o:title="eqIda202e63391bd5a96227c9f218f3265b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57" o:spt="75" alt="学科网(www.zxxk.com)--教育资源门户，提供试卷、教案、课件、论文、素材以及各类教学资源下载，还有大量而丰富的教学相关资讯！" type="#_x0000_t75" style="height:31.4pt;width:75.25pt;" o:ole="t" filled="f" o:preferrelative="t" stroked="f" coordsize="21600,21600">
            <v:path/>
            <v:fill on="f" focussize="0,0"/>
            <v:stroke on="f" joinstyle="miter"/>
            <v:imagedata r:id="rId3873" o:title="eqId2fdb8d12aac931e1e728965d3cf4ea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8858" o:spt="75" alt="学科网(www.zxxk.com)--教育资源门户，提供试卷、教案、课件、论文、素材以及各类教学资源下载，还有大量而丰富的教学相关资讯！" type="#_x0000_t75" style="height:14.4pt;width:66pt;" o:ole="t" filled="f" o:preferrelative="t" stroked="f" coordsize="21600,21600">
            <v:path/>
            <v:fill on="f" focussize="0,0"/>
            <v:stroke on="f" joinstyle="miter"/>
            <v:imagedata r:id="rId3874" o:title="eqIdc1db03898547471eae439e1bf00724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8859"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876" o:title="eqId42e7b8a59f8d66176463f3d71f882a26"/>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791" name="图片 1412322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2" name="图片 1412322156"/>
                    <pic:cNvPicPr>
                      <a:picLocks noChangeAspect="1"/>
                    </pic:cNvPicPr>
                  </pic:nvPicPr>
                  <pic:blipFill>
                    <a:blip r:embed="rId387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度数为</w:t>
      </w:r>
      <w:r>
        <w:pict>
          <v:shape id="_x0000_i718860" o:spt="75" alt="学科网(www.zxxk.com)--教育资源门户，提供试卷、教案、课件、论文、素材以及各类教学资源下载，还有大量而丰富的教学相关资讯！" type="#_x0000_t75" style="height:14pt;width:20.5pt;" o:ole="t" filled="f" o:preferrelative="t" stroked="f" coordsize="21600,21600">
            <v:path/>
            <v:fill on="f" focussize="0,0"/>
            <v:stroke on="f" joinstyle="miter"/>
            <v:imagedata r:id="rId3877" o:title="eqIdf1845ed03ec08feac9adee161aab344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18861" o:spt="75" alt="学科网(www.zxxk.com)--教育资源门户，提供试卷、教案、课件、论文、素材以及各类教学资源下载，还有大量而丰富的教学相关资讯！" type="#_x0000_t75" style="height:14pt;width:20.5pt;" o:ole="t" filled="f" o:preferrelative="t" stroked="f" coordsize="21600,21600">
            <v:path/>
            <v:fill on="f" focussize="0,0"/>
            <v:stroke on="f" joinstyle="miter"/>
            <v:imagedata r:id="rId3878" o:title="eqIdf1845ed03ec08feac9adee161aab344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在数轴上，把原点记作点</w:t>
      </w:r>
      <w:r>
        <w:pict>
          <v:shape id="_x0000_i71886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3879" o:title="eqId1dde8112e8eb968fd042418dd632759e"/>
            <o:lock v:ext="edit" aspectratio="t"/>
            <w10:wrap type="none"/>
            <w10:anchorlock/>
          </v:shape>
        </w:pict>
      </w:r>
      <w:r>
        <w:rPr>
          <w:rFonts w:ascii="宋体" w:hAnsi="宋体" w:eastAsia="宋体" w:cs="宋体"/>
          <w:color w:val="000000"/>
        </w:rPr>
        <w:t>，点</w:t>
      </w:r>
      <w:r>
        <w:pict>
          <v:shape id="_x0000_i71886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3880" o:title="eqId5963abe8f421bd99a2aaa94831a951e9"/>
            <o:lock v:ext="edit" aspectratio="t"/>
            <w10:wrap type="none"/>
            <w10:anchorlock/>
          </v:shape>
        </w:pict>
      </w:r>
      <w:r>
        <w:rPr>
          <w:rFonts w:ascii="宋体" w:hAnsi="宋体" w:eastAsia="宋体" w:cs="宋体"/>
          <w:color w:val="000000"/>
        </w:rPr>
        <w:t>和点</w:t>
      </w:r>
      <w:r>
        <w:pict>
          <v:shape id="_x0000_i71886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81" o:title="eqId7f9e8449aad35c5d840a3395ea86df6d"/>
            <o:lock v:ext="edit" aspectratio="t"/>
            <w10:wrap type="none"/>
            <w10:anchorlock/>
          </v:shape>
        </w:pict>
      </w:r>
      <w:r>
        <w:rPr>
          <w:rFonts w:ascii="宋体" w:hAnsi="宋体" w:eastAsia="宋体" w:cs="宋体"/>
          <w:color w:val="000000"/>
        </w:rPr>
        <w:t>分别表示的数为</w:t>
      </w:r>
      <w:r>
        <w:pict>
          <v:shape id="_x0000_i71886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882" o:title="eqId0a6936d370d6a238a608ca56f87198de"/>
            <o:lock v:ext="edit" aspectratio="t"/>
            <w10:wrap type="none"/>
            <w10:anchorlock/>
          </v:shape>
        </w:pict>
      </w:r>
      <w:r>
        <w:rPr>
          <w:rFonts w:ascii="宋体" w:hAnsi="宋体" w:eastAsia="宋体" w:cs="宋体"/>
          <w:color w:val="000000"/>
        </w:rPr>
        <w:t>，</w:t>
      </w:r>
      <w:r>
        <w:pict>
          <v:shape id="_x0000_i718866" o:spt="75" alt="学科网(www.zxxk.com)--教育资源门户，提供试卷、教案、课件、论文、素材以及各类教学资源下载，还有大量而丰富的教学相关资讯！" type="#_x0000_t75" style="height:15.75pt;width:42.75pt;" o:ole="t" filled="f" o:preferrelative="t" stroked="f" coordsize="21600,21600">
            <v:path/>
            <v:fill on="f" focussize="0,0"/>
            <v:stroke on="f" joinstyle="miter"/>
            <v:imagedata r:id="rId3883" o:title="eqIdca257288ebd4229902f616f896967c34"/>
            <o:lock v:ext="edit" aspectratio="t"/>
            <w10:wrap type="none"/>
            <w10:anchorlock/>
          </v:shape>
        </w:pict>
      </w:r>
      <w:r>
        <w:rPr>
          <w:rFonts w:ascii="宋体" w:hAnsi="宋体" w:eastAsia="宋体" w:cs="宋体"/>
          <w:color w:val="000000"/>
        </w:rPr>
        <w:t>，我们称关于</w:t>
      </w:r>
      <w:r>
        <w:pict>
          <v:shape id="_x0000_i71886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884" o:title="eqId81dea63b8ce3e51adf66cf7b9982a248"/>
            <o:lock v:ext="edit" aspectratio="t"/>
            <w10:wrap type="none"/>
            <w10:anchorlock/>
          </v:shape>
        </w:pict>
      </w:r>
      <w:r>
        <w:rPr>
          <w:rFonts w:ascii="宋体" w:hAnsi="宋体" w:eastAsia="宋体" w:cs="宋体"/>
          <w:color w:val="000000"/>
        </w:rPr>
        <w:t>的一元一次方程</w:t>
      </w:r>
      <w:r>
        <w:pict>
          <v:shape id="_x0000_i718868" o:spt="75" alt="学科网(www.zxxk.com)--教育资源门户，提供试卷、教案、课件、论文、素材以及各类教学资源下载，还有大量而丰富的教学相关资讯！" type="#_x0000_t75" style="height:13.75pt;width:58.25pt;" o:ole="t" filled="f" o:preferrelative="t" stroked="f" coordsize="21600,21600">
            <v:path/>
            <v:fill on="f" focussize="0,0"/>
            <v:stroke on="f" joinstyle="miter"/>
            <v:imagedata r:id="rId3885" o:title="eqIdcab4e75ecdc0482be4b982c32988fe40"/>
            <o:lock v:ext="edit" aspectratio="t"/>
            <w10:wrap type="none"/>
            <w10:anchorlock/>
          </v:shape>
        </w:pict>
      </w:r>
      <w:r>
        <w:rPr>
          <w:rFonts w:ascii="宋体" w:hAnsi="宋体" w:eastAsia="宋体" w:cs="宋体"/>
          <w:color w:val="000000"/>
        </w:rPr>
        <w:t>为线段</w:t>
      </w:r>
      <w:r>
        <w:pict>
          <v:shape id="_x0000_i71886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86" o:title="eqIdf52a58fbaf4fea03567e88a9f0f6e37e"/>
            <o:lock v:ext="edit" aspectratio="t"/>
            <w10:wrap type="none"/>
            <w10:anchorlock/>
          </v:shape>
        </w:pict>
      </w:r>
      <w:r>
        <w:rPr>
          <w:rFonts w:ascii="宋体" w:hAnsi="宋体" w:eastAsia="宋体" w:cs="宋体"/>
          <w:color w:val="000000"/>
        </w:rPr>
        <w:t>的相关方程，将方程</w:t>
      </w:r>
      <w:r>
        <w:pict>
          <v:shape id="_x0000_i718870" o:spt="75" alt="学科网(www.zxxk.com)--教育资源门户，提供试卷、教案、课件、论文、素材以及各类教学资源下载，还有大量而丰富的教学相关资讯！" type="#_x0000_t75" style="height:13.75pt;width:58.25pt;" o:ole="t" filled="f" o:preferrelative="t" stroked="f" coordsize="21600,21600">
            <v:path/>
            <v:fill on="f" focussize="0,0"/>
            <v:stroke on="f" joinstyle="miter"/>
            <v:imagedata r:id="rId3885" o:title="eqIdcab4e75ecdc0482be4b982c32988fe40"/>
            <o:lock v:ext="edit" aspectratio="t"/>
            <w10:wrap type="none"/>
            <w10:anchorlock/>
          </v:shape>
        </w:pict>
      </w:r>
      <w:r>
        <w:rPr>
          <w:rFonts w:ascii="宋体" w:hAnsi="宋体" w:eastAsia="宋体" w:cs="宋体"/>
          <w:color w:val="000000"/>
        </w:rPr>
        <w:t>的解记为</w:t>
      </w:r>
      <w:r>
        <w:pict>
          <v:shape id="_x0000_i718871" o:spt="75" alt="学科网(www.zxxk.com)--教育资源门户，提供试卷、教案、课件、论文、素材以及各类教学资源下载，还有大量而丰富的教学相关资讯！" type="#_x0000_t75" style="height:10.9pt;width:27.25pt;" o:ole="t" filled="f" o:preferrelative="t" stroked="f" coordsize="21600,21600">
            <v:path/>
            <v:fill on="f" focussize="0,0"/>
            <v:stroke on="f" joinstyle="miter"/>
            <v:imagedata r:id="rId3887" o:title="eqIdb8a454588e9beb97c69a0332a7c5c796"/>
            <o:lock v:ext="edit" aspectratio="t"/>
            <w10:wrap type="none"/>
            <w10:anchorlock/>
          </v:shape>
        </w:pict>
      </w:r>
      <w:r>
        <w:rPr>
          <w:rFonts w:ascii="宋体" w:hAnsi="宋体" w:eastAsia="宋体" w:cs="宋体"/>
          <w:color w:val="000000"/>
        </w:rPr>
        <w:t>，</w:t>
      </w:r>
      <w:r>
        <w:pict>
          <v:shape id="_x0000_i718872"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3888" o:title="eqId071a7e733d466949ac935b4b8ee8d183"/>
            <o:lock v:ext="edit" aspectratio="t"/>
            <w10:wrap type="none"/>
            <w10:anchorlock/>
          </v:shape>
        </w:pict>
      </w:r>
      <w:r>
        <w:rPr>
          <w:rFonts w:ascii="宋体" w:hAnsi="宋体" w:eastAsia="宋体" w:cs="宋体"/>
          <w:color w:val="000000"/>
        </w:rPr>
        <w:t>在数轴上对应的点为</w:t>
      </w:r>
      <w:r>
        <w:pict>
          <v:shape id="_x0000_i71887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889" o:title="eqIdc5db41a1f31d6baee7c69990811edb9f"/>
            <o:lock v:ext="edit" aspectratio="t"/>
            <w10:wrap type="none"/>
            <w10:anchorlock/>
          </v:shape>
        </w:pict>
      </w:r>
      <w:r>
        <w:rPr>
          <w:rFonts w:ascii="宋体" w:hAnsi="宋体" w:eastAsia="宋体" w:cs="宋体"/>
          <w:color w:val="000000"/>
        </w:rPr>
        <w:t>，若点</w:t>
      </w:r>
      <w:r>
        <w:pict>
          <v:shape id="_x0000_i71887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889" o:title="eqIdc5db41a1f31d6baee7c69990811edb9f"/>
            <o:lock v:ext="edit" aspectratio="t"/>
            <w10:wrap type="none"/>
            <w10:anchorlock/>
          </v:shape>
        </w:pict>
      </w:r>
      <w:r>
        <w:rPr>
          <w:rFonts w:ascii="宋体" w:hAnsi="宋体" w:eastAsia="宋体" w:cs="宋体"/>
          <w:color w:val="000000"/>
        </w:rPr>
        <w:t>在线段</w:t>
      </w:r>
      <w:r>
        <w:pict>
          <v:shape id="_x0000_i71887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86" o:title="eqIdf52a58fbaf4fea03567e88a9f0f6e37e"/>
            <o:lock v:ext="edit" aspectratio="t"/>
            <w10:wrap type="none"/>
            <w10:anchorlock/>
          </v:shape>
        </w:pict>
      </w:r>
      <w:r>
        <w:rPr>
          <w:rFonts w:ascii="宋体" w:hAnsi="宋体" w:eastAsia="宋体" w:cs="宋体"/>
          <w:color w:val="000000"/>
        </w:rPr>
        <w:t>上，则称线段</w:t>
      </w:r>
      <w:r>
        <w:pict>
          <v:shape id="_x0000_i71887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86" o:title="eqIdf52a58fbaf4fea03567e88a9f0f6e37e"/>
            <o:lock v:ext="edit" aspectratio="t"/>
            <w10:wrap type="none"/>
            <w10:anchorlock/>
          </v:shape>
        </w:pict>
      </w:r>
      <w:r>
        <w:rPr>
          <w:rFonts w:ascii="宋体" w:hAnsi="宋体" w:eastAsia="宋体" w:cs="宋体"/>
          <w:color w:val="000000"/>
        </w:rPr>
        <w:t>为美好线段，</w:t>
      </w:r>
      <w:r>
        <w:pict>
          <v:shape id="_x0000_i71887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889" o:title="eqIdc5db41a1f31d6baee7c69990811edb9f"/>
            <o:lock v:ext="edit" aspectratio="t"/>
            <w10:wrap type="none"/>
            <w10:anchorlock/>
          </v:shape>
        </w:pict>
      </w:r>
      <w:r>
        <w:rPr>
          <w:rFonts w:ascii="宋体" w:hAnsi="宋体" w:eastAsia="宋体" w:cs="宋体"/>
          <w:color w:val="000000"/>
        </w:rPr>
        <w:t>为线段</w:t>
      </w:r>
      <w:r>
        <w:pict>
          <v:shape id="_x0000_i71887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86" o:title="eqIdf52a58fbaf4fea03567e88a9f0f6e37e"/>
            <o:lock v:ext="edit" aspectratio="t"/>
            <w10:wrap type="none"/>
            <w10:anchorlock/>
          </v:shape>
        </w:pict>
      </w:r>
      <w:r>
        <w:rPr>
          <w:rFonts w:ascii="宋体" w:hAnsi="宋体" w:eastAsia="宋体" w:cs="宋体"/>
          <w:color w:val="000000"/>
        </w:rPr>
        <w:t>的美好点．</w:t>
      </w:r>
    </w:p>
    <w:p>
      <w:pPr>
        <w:spacing w:line="360" w:lineRule="auto"/>
        <w:jc w:val="left"/>
        <w:textAlignment w:val="center"/>
        <w:rPr>
          <w:color w:val="000000"/>
        </w:rPr>
      </w:pPr>
      <w:r>
        <w:rPr>
          <w:color w:val="000000"/>
        </w:rPr>
        <w:t>（1）</w:t>
      </w:r>
      <w:r>
        <w:rPr>
          <w:rFonts w:ascii="宋体" w:hAnsi="宋体" w:eastAsia="宋体" w:cs="宋体"/>
          <w:color w:val="000000"/>
        </w:rPr>
        <w:t>若</w:t>
      </w:r>
      <w:r>
        <w:pict>
          <v:shape id="_x0000_i718879"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890" o:title="eqId8e258ab9e600435b37465092243d99f6"/>
            <o:lock v:ext="edit" aspectratio="t"/>
            <w10:wrap type="none"/>
            <w10:anchorlock/>
          </v:shape>
        </w:pict>
      </w:r>
      <w:r>
        <w:rPr>
          <w:rFonts w:ascii="宋体" w:hAnsi="宋体" w:eastAsia="宋体" w:cs="宋体"/>
          <w:color w:val="000000"/>
        </w:rPr>
        <w:t>，</w:t>
      </w:r>
      <w:r>
        <w:pict>
          <v:shape id="_x0000_i718880" o:spt="75" alt="学科网(www.zxxk.com)--教育资源门户，提供试卷、教案、课件、论文、素材以及各类教学资源下载，还有大量而丰富的教学相关资讯！" type="#_x0000_t75" style="height:13.75pt;width:31.95pt;" o:ole="t" filled="f" o:preferrelative="t" stroked="f" coordsize="21600,21600">
            <v:path/>
            <v:fill on="f" focussize="0,0"/>
            <v:stroke on="f" joinstyle="miter"/>
            <v:imagedata r:id="rId3891" o:title="eqIdb86304c3e26200299a0480641525a283"/>
            <o:lock v:ext="edit" aspectratio="t"/>
            <w10:wrap type="none"/>
            <w10:anchorlock/>
          </v:shape>
        </w:pict>
      </w:r>
      <w:r>
        <w:rPr>
          <w:rFonts w:ascii="宋体" w:hAnsi="宋体" w:eastAsia="宋体" w:cs="宋体"/>
          <w:color w:val="000000"/>
        </w:rPr>
        <w:t>，则线段</w:t>
      </w:r>
      <w:r>
        <w:pict>
          <v:shape id="_x0000_i71888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92" o:title="eqIdf52a58fbaf4fea03567e88a9f0f6e37e"/>
            <o:lock v:ext="edit" aspectratio="t"/>
            <w10:wrap type="none"/>
            <w10:anchorlock/>
          </v:shape>
        </w:pict>
      </w:r>
      <w:r>
        <w:rPr>
          <w:rFonts w:ascii="宋体" w:hAnsi="宋体" w:eastAsia="宋体" w:cs="宋体"/>
          <w:color w:val="000000"/>
        </w:rPr>
        <w:t>的相关方程为</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；线段</w:t>
      </w:r>
      <w:r>
        <w:pict>
          <v:shape id="_x0000_i71888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92" o:title="eqIdf52a58fbaf4fea03567e88a9f0f6e37e"/>
            <o:lock v:ext="edit" aspectratio="t"/>
            <w10:wrap type="none"/>
            <w10:anchorlock/>
          </v:shape>
        </w:pict>
      </w:r>
      <w:r>
        <w:rPr>
          <w:rFonts w:ascii="宋体" w:hAnsi="宋体" w:eastAsia="宋体" w:cs="宋体"/>
          <w:color w:val="000000"/>
        </w:rPr>
        <w:t>是否是美好线段</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　　</w:t>
      </w:r>
      <w:r>
        <w:rPr>
          <w:rFonts w:ascii="宋体" w:hAnsi="宋体" w:eastAsia="宋体" w:cs="宋体"/>
          <w:color w:val="000000"/>
        </w:rPr>
        <w:t>（填“是”或“否”</w:t>
      </w:r>
      <w:r>
        <w:rPr>
          <w:rFonts w:ascii="Times New Roman" w:hAnsi="Times New Roman" w:eastAsia="Times New Roman" w:cs="Times New Roman"/>
          <w:color w:val="000000"/>
        </w:rPr>
        <w:t xml:space="preserve"> </w:t>
      </w:r>
      <w:r>
        <w:pict>
          <v:shape id="_x0000_i718883" o:spt="75" alt="学科网(www.zxxk.com)--教育资源门户，提供试卷、教案、课件、论文、素材以及各类教学资源下载，还有大量而丰富的教学相关资讯！" type="#_x0000_t75" style="height:15pt;width:6.95pt;" o:ole="t" filled="f" o:preferrelative="t" stroked="f" coordsize="21600,21600">
            <v:path/>
            <v:fill on="f" focussize="0,0"/>
            <v:stroke on="f" joinstyle="miter"/>
            <v:imagedata r:id="rId3893" o:title="eqId04582116cd765fcc5a52f44279ad6c9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已知</w:t>
      </w:r>
      <w:r>
        <w:pict>
          <v:shape id="_x0000_i71888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3894" o:title="eqIdfc8056762d833a9dc3c953d9da5bd044"/>
            <o:lock v:ext="edit" aspectratio="t"/>
            <w10:wrap type="none"/>
            <w10:anchorlock/>
          </v:shape>
        </w:pict>
      </w:r>
      <w:r>
        <w:rPr>
          <w:rFonts w:ascii="宋体" w:hAnsi="宋体" w:eastAsia="宋体" w:cs="宋体"/>
          <w:color w:val="000000"/>
        </w:rPr>
        <w:t>，若线段</w:t>
      </w:r>
      <w:r>
        <w:pict>
          <v:shape id="_x0000_i71888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95" o:title="eqIdf52a58fbaf4fea03567e88a9f0f6e37e"/>
            <o:lock v:ext="edit" aspectratio="t"/>
            <w10:wrap type="none"/>
            <w10:anchorlock/>
          </v:shape>
        </w:pict>
      </w:r>
      <w:r>
        <w:rPr>
          <w:rFonts w:ascii="宋体" w:hAnsi="宋体" w:eastAsia="宋体" w:cs="宋体"/>
          <w:color w:val="000000"/>
        </w:rPr>
        <w:t>的美好点恰好是线段</w:t>
      </w:r>
      <w:r>
        <w:pict>
          <v:shape id="_x0000_i71888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95" o:title="eqIdf52a58fbaf4fea03567e88a9f0f6e37e"/>
            <o:lock v:ext="edit" aspectratio="t"/>
            <w10:wrap type="none"/>
            <w10:anchorlock/>
          </v:shape>
        </w:pict>
      </w:r>
      <w:r>
        <w:rPr>
          <w:rFonts w:ascii="宋体" w:hAnsi="宋体" w:eastAsia="宋体" w:cs="宋体"/>
          <w:color w:val="000000"/>
        </w:rPr>
        <w:t>的中点，求点</w:t>
      </w:r>
      <w:r>
        <w:pict>
          <v:shape id="_x0000_i71888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896" o:title="eqIdc5db41a1f31d6baee7c69990811edb9f"/>
            <o:lock v:ext="edit" aspectratio="t"/>
            <w10:wrap type="none"/>
            <w10:anchorlock/>
          </v:shape>
        </w:pict>
      </w:r>
      <w:r>
        <w:rPr>
          <w:rFonts w:ascii="宋体" w:hAnsi="宋体" w:eastAsia="宋体" w:cs="宋体"/>
          <w:color w:val="000000"/>
        </w:rPr>
        <w:t>表示的数；</w:t>
      </w:r>
    </w:p>
    <w:p>
      <w:pPr>
        <w:spacing w:line="360" w:lineRule="auto"/>
        <w:jc w:val="left"/>
        <w:textAlignment w:val="center"/>
        <w:rPr>
          <w:color w:val="000000"/>
        </w:rPr>
      </w:pPr>
      <w:r>
        <w:rPr>
          <w:color w:val="000000"/>
        </w:rPr>
        <w:t>（3）</w:t>
      </w:r>
      <w:r>
        <w:rPr>
          <w:rFonts w:ascii="宋体" w:hAnsi="宋体" w:eastAsia="宋体" w:cs="宋体"/>
          <w:color w:val="000000"/>
        </w:rPr>
        <w:t>已知数组</w:t>
      </w:r>
      <w:r>
        <w:pict>
          <v:shape id="_x0000_i718888" o:spt="75" alt="学科网(www.zxxk.com)--教育资源门户，提供试卷、教案、课件、论文、素材以及各类教学资源下载，还有大量而丰富的教学相关资讯！" type="#_x0000_t75" style="height:31.3pt;width:56.95pt;" o:ole="t" filled="f" o:preferrelative="t" stroked="f" coordsize="21600,21600">
            <v:path/>
            <v:fill on="f" focussize="0,0"/>
            <v:stroke on="f" joinstyle="miter"/>
            <v:imagedata r:id="rId3897" o:title="eqId0ccdcb12e62b77a15b4da2b72f90c90a"/>
            <o:lock v:ext="edit" aspectratio="t"/>
            <w10:wrap type="none"/>
            <w10:anchorlock/>
          </v:shape>
        </w:pict>
      </w:r>
      <w:r>
        <w:rPr>
          <w:rFonts w:ascii="宋体" w:hAnsi="宋体" w:eastAsia="宋体" w:cs="宋体"/>
          <w:color w:val="000000"/>
        </w:rPr>
        <w:t>，</w:t>
      </w:r>
      <w:r>
        <w:pict>
          <v:shape id="_x0000_i718889" o:spt="75" alt="学科网(www.zxxk.com)--教育资源门户，提供试卷、教案、课件、论文、素材以及各类教学资源下载，还有大量而丰富的教学相关资讯！" type="#_x0000_t75" style="height:31.3pt;width:38.2pt;" o:ole="t" filled="f" o:preferrelative="t" stroked="f" coordsize="21600,21600">
            <v:path/>
            <v:fill on="f" focussize="0,0"/>
            <v:stroke on="f" joinstyle="miter"/>
            <v:imagedata r:id="rId3898" o:title="eqIdc1a46a2616e3515f5407ed4d5bdd1e7f"/>
            <o:lock v:ext="edit" aspectratio="t"/>
            <w10:wrap type="none"/>
            <w10:anchorlock/>
          </v:shape>
        </w:pict>
      </w:r>
      <w:r>
        <w:rPr>
          <w:rFonts w:ascii="宋体" w:hAnsi="宋体" w:eastAsia="宋体" w:cs="宋体"/>
          <w:color w:val="000000"/>
        </w:rPr>
        <w:t>，</w:t>
      </w:r>
      <w:r>
        <w:pict>
          <v:shape id="_x0000_i718890" o:spt="75" alt="学科网(www.zxxk.com)--教育资源门户，提供试卷、教案、课件、论文、素材以及各类教学资源下载，还有大量而丰富的教学相关资讯！" type="#_x0000_t75" style="height:30.75pt;width:42.75pt;" o:ole="t" filled="f" o:preferrelative="t" stroked="f" coordsize="21600,21600">
            <v:path/>
            <v:fill on="f" focussize="0,0"/>
            <v:stroke on="f" joinstyle="miter"/>
            <v:imagedata r:id="rId3899" o:title="eqIdd48a5432caf5a72165040dc6d11c8a41"/>
            <o:lock v:ext="edit" aspectratio="t"/>
            <w10:wrap type="none"/>
            <w10:anchorlock/>
          </v:shape>
        </w:pict>
      </w:r>
      <w:r>
        <w:rPr>
          <w:rFonts w:ascii="宋体" w:hAnsi="宋体" w:eastAsia="宋体" w:cs="宋体"/>
          <w:color w:val="000000"/>
        </w:rPr>
        <w:t>，</w:t>
      </w:r>
      <w:r>
        <w:pict>
          <v:shape id="_x0000_i718891" o:spt="75" alt="学科网(www.zxxk.com)--教育资源门户，提供试卷、教案、课件、论文、素材以及各类教学资源下载，还有大量而丰富的教学相关资讯！" type="#_x0000_t75" style="height:30.75pt;width:32.25pt;" o:ole="t" filled="f" o:preferrelative="t" stroked="f" coordsize="21600,21600">
            <v:path/>
            <v:fill on="f" focussize="0,0"/>
            <v:stroke on="f" joinstyle="miter"/>
            <v:imagedata r:id="rId3900" o:title="eqIddbe32a222c17106ce970259f41e99b8f"/>
            <o:lock v:ext="edit" aspectratio="t"/>
            <w10:wrap type="none"/>
            <w10:anchorlock/>
          </v:shape>
        </w:pict>
      </w:r>
      <w:r>
        <w:rPr>
          <w:rFonts w:ascii="宋体" w:hAnsi="宋体" w:eastAsia="宋体" w:cs="宋体"/>
          <w:color w:val="000000"/>
        </w:rPr>
        <w:t>，</w:t>
      </w:r>
      <w:r>
        <w:pict>
          <v:shape id="_x0000_i718892"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3901" o:title="eqIdf8440fe2c472bd2966a55184411bc7c8"/>
            <o:lock v:ext="edit" aspectratio="t"/>
            <w10:wrap type="none"/>
            <w10:anchorlock/>
          </v:shape>
        </w:pict>
      </w:r>
      <w:r>
        <w:rPr>
          <w:rFonts w:ascii="宋体" w:hAnsi="宋体" w:eastAsia="宋体" w:cs="宋体"/>
          <w:color w:val="000000"/>
        </w:rPr>
        <w:t>，</w:t>
      </w:r>
      <w:r>
        <w:pict>
          <v:shape id="_x0000_i718893"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3902" o:title="eqIdcd2f3816265777edf8984e63dbe6c8d1"/>
            <o:lock v:ext="edit" aspectratio="t"/>
            <w10:wrap type="none"/>
            <w10:anchorlock/>
          </v:shape>
        </w:pict>
      </w:r>
      <w:r>
        <w:rPr>
          <w:rFonts w:ascii="宋体" w:hAnsi="宋体" w:eastAsia="宋体" w:cs="宋体"/>
          <w:color w:val="000000"/>
        </w:rPr>
        <w:t>，</w:t>
      </w:r>
      <w:r>
        <w:pict>
          <v:shape id="_x0000_i718894" o:spt="75" alt="学科网(www.zxxk.com)--教育资源门户，提供试卷、教案、课件、论文、素材以及各类教学资源下载，还有大量而丰富的教学相关资讯！" type="#_x0000_t75" style="height:6pt;width:12.75pt;" o:ole="t" filled="f" o:preferrelative="t" stroked="f" coordsize="21600,21600">
            <v:path/>
            <v:fill on="f" focussize="0,0"/>
            <v:stroke on="f" joinstyle="miter"/>
            <v:imagedata r:id="rId3903" o:title="eqId07096af3b99fd1cb11c31f19a2c6408e"/>
            <o:lock v:ext="edit" aspectratio="t"/>
            <w10:wrap type="none"/>
            <w10:anchorlock/>
          </v:shape>
        </w:pict>
      </w:r>
      <w:r>
        <w:rPr>
          <w:rFonts w:ascii="宋体" w:hAnsi="宋体" w:eastAsia="宋体" w:cs="宋体"/>
          <w:color w:val="000000"/>
        </w:rPr>
        <w:t>，</w:t>
      </w:r>
      <w:r>
        <w:pict>
          <v:shape id="_x0000_i718895" o:spt="75" alt="学科网(www.zxxk.com)--教育资源门户，提供试卷、教案、课件、论文、素材以及各类教学资源下载，还有大量而丰富的教学相关资讯！" type="#_x0000_t75" style="height:31.3pt;width:28.8pt;" o:ole="t" filled="f" o:preferrelative="t" stroked="f" coordsize="21600,21600">
            <v:path/>
            <v:fill on="f" focussize="0,0"/>
            <v:stroke on="f" joinstyle="miter"/>
            <v:imagedata r:id="rId3904" o:title="eqId750220d2ac1e05b1050db95ed1aa95a0"/>
            <o:lock v:ext="edit" aspectratio="t"/>
            <w10:wrap type="none"/>
            <w10:anchorlock/>
          </v:shape>
        </w:pict>
      </w:r>
      <w:r>
        <w:rPr>
          <w:rFonts w:ascii="宋体" w:hAnsi="宋体" w:eastAsia="宋体" w:cs="宋体"/>
          <w:color w:val="000000"/>
        </w:rPr>
        <w:t>，一共有</w:t>
      </w:r>
      <w:r>
        <w:rPr>
          <w:rFonts w:ascii="Times New Roman" w:hAnsi="Times New Roman" w:eastAsia="Times New Roman" w:cs="Times New Roman"/>
          <w:color w:val="000000"/>
        </w:rPr>
        <w:t>4047</w:t>
      </w:r>
      <w:r>
        <w:rPr>
          <w:rFonts w:ascii="宋体" w:hAnsi="宋体" w:eastAsia="宋体" w:cs="宋体"/>
          <w:color w:val="000000"/>
        </w:rPr>
        <w:t>个数，数组</w:t>
      </w:r>
      <w:r>
        <w:pict>
          <v:shape id="_x0000_i718896" o:spt="75" alt="学科网(www.zxxk.com)--教育资源门户，提供试卷、教案、课件、论文、素材以及各类教学资源下载，还有大量而丰富的教学相关资讯！" type="#_x0000_t75" style="height:13.75pt;width:40.05pt;" o:ole="t" filled="f" o:preferrelative="t" stroked="f" coordsize="21600,21600">
            <v:path/>
            <v:fill on="f" focussize="0,0"/>
            <v:stroke on="f" joinstyle="miter"/>
            <v:imagedata r:id="rId3905" o:title="eqIdcfd6f8b29aeb3267309a29244f91ada1"/>
            <o:lock v:ext="edit" aspectratio="t"/>
            <w10:wrap type="none"/>
            <w10:anchorlock/>
          </v:shape>
        </w:pict>
      </w:r>
      <w:r>
        <w:rPr>
          <w:rFonts w:ascii="宋体" w:hAnsi="宋体" w:eastAsia="宋体" w:cs="宋体"/>
          <w:color w:val="000000"/>
        </w:rPr>
        <w:t>，</w:t>
      </w:r>
      <w:r>
        <w:pict>
          <v:shape id="_x0000_i718897"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3906" o:title="eqIdacbc6a613224461ade69362d46550474"/>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0，1，2，3，4，5，6，7</w:t>
      </w:r>
      <w:r>
        <w:rPr>
          <w:rFonts w:ascii="宋体" w:hAnsi="宋体" w:eastAsia="宋体" w:cs="宋体"/>
          <w:color w:val="000000"/>
        </w:rPr>
        <w:t>，一共有</w:t>
      </w:r>
      <w:r>
        <w:rPr>
          <w:rFonts w:ascii="Times New Roman" w:hAnsi="Times New Roman" w:eastAsia="Times New Roman" w:cs="Times New Roman"/>
          <w:color w:val="000000"/>
        </w:rPr>
        <w:t>10</w:t>
      </w:r>
      <w:r>
        <w:rPr>
          <w:rFonts w:ascii="宋体" w:hAnsi="宋体" w:eastAsia="宋体" w:cs="宋体"/>
          <w:color w:val="000000"/>
        </w:rPr>
        <w:t>个数．有理数</w:t>
      </w:r>
      <w:r>
        <w:pict>
          <v:shape id="_x0000_i718898"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907" o:title="eqId0a6936d370d6a238a608ca56f87198de"/>
            <o:lock v:ext="edit" aspectratio="t"/>
            <w10:wrap type="none"/>
            <w10:anchorlock/>
          </v:shape>
        </w:pict>
      </w:r>
      <w:r>
        <w:rPr>
          <w:rFonts w:ascii="宋体" w:hAnsi="宋体" w:eastAsia="宋体" w:cs="宋体"/>
          <w:color w:val="000000"/>
        </w:rPr>
        <w:t>是数组</w:t>
      </w:r>
      <w:r>
        <w:pict>
          <v:shape id="_x0000_i71889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3908" o:title="eqIdac047e91852b91af639feec23a9598b2"/>
            <o:lock v:ext="edit" aspectratio="t"/>
            <w10:wrap type="none"/>
            <w10:anchorlock/>
          </v:shape>
        </w:pict>
      </w:r>
      <w:r>
        <w:rPr>
          <w:rFonts w:ascii="宋体" w:hAnsi="宋体" w:eastAsia="宋体" w:cs="宋体"/>
          <w:color w:val="000000"/>
        </w:rPr>
        <w:t>中的一个数，有理数</w:t>
      </w:r>
      <w:r>
        <w:pict>
          <v:shape id="_x0000_i718900"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3909" o:title="eqId2c94bb12cee76221e13f9ef955b0aab1"/>
            <o:lock v:ext="edit" aspectratio="t"/>
            <w10:wrap type="none"/>
            <w10:anchorlock/>
          </v:shape>
        </w:pict>
      </w:r>
      <w:r>
        <w:rPr>
          <w:rFonts w:ascii="宋体" w:hAnsi="宋体" w:eastAsia="宋体" w:cs="宋体"/>
          <w:color w:val="000000"/>
        </w:rPr>
        <w:t>是数组</w:t>
      </w:r>
      <w:r>
        <w:pict>
          <v:shape id="_x0000_i718901"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3910" o:title="eqId54a5d7d3b6b63fe5c24c3907b7a8eaa3"/>
            <o:lock v:ext="edit" aspectratio="t"/>
            <w10:wrap type="none"/>
            <w10:anchorlock/>
          </v:shape>
        </w:pict>
      </w:r>
      <w:r>
        <w:rPr>
          <w:rFonts w:ascii="宋体" w:hAnsi="宋体" w:eastAsia="宋体" w:cs="宋体"/>
          <w:color w:val="000000"/>
        </w:rPr>
        <w:t>中的一个数，若线段</w:t>
      </w:r>
      <w:r>
        <w:pict>
          <v:shape id="_x0000_i71890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911" o:title="eqIdf52a58fbaf4fea03567e88a9f0f6e37e"/>
            <o:lock v:ext="edit" aspectratio="t"/>
            <w10:wrap type="none"/>
            <w10:anchorlock/>
          </v:shape>
        </w:pict>
      </w:r>
      <w:r>
        <w:rPr>
          <w:rFonts w:ascii="宋体" w:hAnsi="宋体" w:eastAsia="宋体" w:cs="宋体"/>
          <w:color w:val="000000"/>
        </w:rPr>
        <w:t>为美好线段，且线段</w:t>
      </w:r>
      <w:r>
        <w:pict>
          <v:shape id="_x0000_i71890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911" o:title="eqIdf52a58fbaf4fea03567e88a9f0f6e37e"/>
            <o:lock v:ext="edit" aspectratio="t"/>
            <w10:wrap type="none"/>
            <w10:anchorlock/>
          </v:shape>
        </w:pict>
      </w:r>
      <w:r>
        <w:rPr>
          <w:rFonts w:ascii="宋体" w:hAnsi="宋体" w:eastAsia="宋体" w:cs="宋体"/>
          <w:color w:val="000000"/>
        </w:rPr>
        <w:t xml:space="preserve">的美好点在数轴的正半轴上，则这样的美好点一共有 </w:t>
      </w:r>
      <w:r>
        <w:rPr>
          <w:rFonts w:ascii="宋体" w:hAnsi="宋体" w:eastAsia="宋体" w:cs="宋体"/>
          <w:color w:val="000000"/>
          <w:u w:val="single"/>
        </w:rPr>
        <w:t>　　</w:t>
      </w:r>
      <w:r>
        <w:rPr>
          <w:rFonts w:ascii="宋体" w:hAnsi="宋体" w:eastAsia="宋体" w:cs="宋体"/>
          <w:color w:val="000000"/>
        </w:rPr>
        <w:t>个．</w:t>
      </w:r>
    </w:p>
    <w:p>
      <w:pPr>
        <w:spacing w:line="360" w:lineRule="auto"/>
        <w:textAlignment w:val="center"/>
        <w:rPr>
          <w:color w:val="000000"/>
        </w:rPr>
      </w:pPr>
      <w:r>
        <w:rPr>
          <w:color w:val="2E75B6"/>
        </w:rPr>
        <w:t>【答案】</w:t>
      </w:r>
      <w:r>
        <w:rPr>
          <w:color w:val="000000"/>
        </w:rPr>
        <w:t xml:space="preserve">26. </w:t>
      </w:r>
      <w:r>
        <w:pict>
          <v:shape id="_x0000_i718904"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3912" o:title="eqId34a9bc5c523ef6a812db05d847924744"/>
            <o:lock v:ext="edit" aspectratio="t"/>
            <w10:wrap type="none"/>
            <w10:anchorlock/>
          </v:shape>
        </w:pict>
      </w:r>
      <w:r>
        <w:rPr>
          <w:rFonts w:ascii="宋体" w:hAnsi="宋体" w:eastAsia="宋体" w:cs="宋体"/>
          <w:color w:val="000000"/>
        </w:rPr>
        <w:t>，是</w:t>
      </w:r>
      <w:r>
        <w:rPr>
          <w:color w:val="000000"/>
        </w:rPr>
        <w:t xml:space="preserve">    </w:t>
      </w:r>
    </w:p>
    <w:p>
      <w:pPr>
        <w:spacing w:line="360" w:lineRule="auto"/>
        <w:textAlignment w:val="center"/>
        <w:rPr>
          <w:color w:val="000000"/>
        </w:rPr>
      </w:pPr>
      <w:r>
        <w:rPr>
          <w:color w:val="000000"/>
        </w:rPr>
        <w:t xml:space="preserve">27. </w:t>
      </w:r>
      <w:r>
        <w:pict>
          <v:shape id="_x0000_i718905"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3913" o:title="eqId5e6486784415f3537c9a13556c05d893"/>
            <o:lock v:ext="edit" aspectratio="t"/>
            <w10:wrap type="none"/>
            <w10:anchorlock/>
          </v:shape>
        </w:pict>
      </w:r>
      <w:r>
        <w:rPr>
          <w:color w:val="000000"/>
        </w:rPr>
        <w:t xml:space="preserve">    </w:t>
      </w:r>
    </w:p>
    <w:p>
      <w:pPr>
        <w:spacing w:line="360" w:lineRule="auto"/>
        <w:textAlignment w:val="center"/>
        <w:rPr>
          <w:color w:val="000000"/>
        </w:rPr>
      </w:pPr>
      <w:r>
        <w:rPr>
          <w:color w:val="000000"/>
        </w:rPr>
        <w:t xml:space="preserve">28. </w:t>
      </w:r>
      <w:r>
        <w:rPr>
          <w:rFonts w:ascii="Times New Roman" w:hAnsi="Times New Roman" w:eastAsia="Times New Roman" w:cs="Times New Roman"/>
          <w:color w:val="000000"/>
        </w:rPr>
        <w:t>46</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本题考查了定义新运算，一元一次方程的解，数轴上的点</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）由题意和美好线段</w:t>
      </w:r>
      <w:r>
        <w:rPr>
          <w:rFonts w:ascii="宋体" w:hAnsi="宋体" w:eastAsia="宋体" w:cs="宋体"/>
          <w:color w:val="000000"/>
          <w:position w:val="0"/>
        </w:rPr>
        <w:drawing>
          <wp:inline distT="0" distB="0" distL="114300" distR="114300">
            <wp:extent cx="133350" cy="177800"/>
            <wp:effectExtent l="0" t="0" r="0" b="0"/>
            <wp:docPr id="3793" name="图片 141232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 name="图片 1412322160"/>
                    <pic:cNvPicPr>
                      <a:picLocks noChangeAspect="1"/>
                    </pic:cNvPicPr>
                  </pic:nvPicPr>
                  <pic:blipFill>
                    <a:blip r:embed="rId391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定义可得答案；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）由线段</w:t>
      </w:r>
      <w:r>
        <w:pict>
          <v:shape id="_x0000_i71890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915" o:title="eqIdf52a58fbaf4fea03567e88a9f0f6e37e"/>
            <o:lock v:ext="edit" aspectratio="t"/>
            <w10:wrap type="none"/>
            <w10:anchorlock/>
          </v:shape>
        </w:pict>
      </w:r>
      <w:r>
        <w:rPr>
          <w:rFonts w:ascii="宋体" w:hAnsi="宋体" w:eastAsia="宋体" w:cs="宋体"/>
          <w:color w:val="000000"/>
        </w:rPr>
        <w:t>的美好点恰好是线段</w:t>
      </w:r>
      <w:r>
        <w:pict>
          <v:shape id="_x0000_i71890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915" o:title="eqIdf52a58fbaf4fea03567e88a9f0f6e37e"/>
            <o:lock v:ext="edit" aspectratio="t"/>
            <w10:wrap type="none"/>
            <w10:anchorlock/>
          </v:shape>
        </w:pict>
      </w:r>
      <w:r>
        <w:rPr>
          <w:rFonts w:ascii="宋体" w:hAnsi="宋体" w:eastAsia="宋体" w:cs="宋体"/>
          <w:color w:val="000000"/>
        </w:rPr>
        <w:t>的中点，得</w:t>
      </w:r>
      <w:r>
        <w:pict>
          <v:shape id="_x0000_i718908" o:spt="75" alt="学科网(www.zxxk.com)--教育资源门户，提供试卷、教案、课件、论文、素材以及各类教学资源下载，还有大量而丰富的教学相关资讯！" type="#_x0000_t75" style="height:32.25pt;width:60.75pt;" o:ole="t" filled="f" o:preferrelative="t" stroked="f" coordsize="21600,21600">
            <v:path/>
            <v:fill on="f" focussize="0,0"/>
            <v:stroke on="f" joinstyle="miter"/>
            <v:imagedata r:id="rId3916" o:title="eqId38747918f79e42492d0c510ad7f9635e"/>
            <o:lock v:ext="edit" aspectratio="t"/>
            <w10:wrap type="none"/>
            <w10:anchorlock/>
          </v:shape>
        </w:pict>
      </w:r>
      <w:r>
        <w:rPr>
          <w:rFonts w:ascii="宋体" w:hAnsi="宋体" w:eastAsia="宋体" w:cs="宋体"/>
          <w:color w:val="000000"/>
        </w:rPr>
        <w:t>，将</w:t>
      </w:r>
      <w:r>
        <w:pict>
          <v:shape id="_x0000_i718909" o:spt="75" alt="学科网(www.zxxk.com)--教育资源门户，提供试卷、教案、课件、论文、素材以及各类教学资源下载，还有大量而丰富的教学相关资讯！" type="#_x0000_t75" style="height:30.75pt;width:38.25pt;" o:ole="t" filled="f" o:preferrelative="t" stroked="f" coordsize="21600,21600">
            <v:path/>
            <v:fill on="f" focussize="0,0"/>
            <v:stroke on="f" joinstyle="miter"/>
            <v:imagedata r:id="rId3917" o:title="eqId37e9222ffc26c0e6bfbf252ab5d8a520"/>
            <o:lock v:ext="edit" aspectratio="t"/>
            <w10:wrap type="none"/>
            <w10:anchorlock/>
          </v:shape>
        </w:pict>
      </w:r>
      <w:r>
        <w:rPr>
          <w:rFonts w:ascii="宋体" w:hAnsi="宋体" w:eastAsia="宋体" w:cs="宋体"/>
          <w:color w:val="000000"/>
        </w:rPr>
        <w:t>代入计算可得</w:t>
      </w:r>
      <w:r>
        <w:pict>
          <v:shape id="_x0000_i718910" o:spt="75" alt="学科网(www.zxxk.com)--教育资源门户，提供试卷、教案、课件、论文、素材以及各类教学资源下载，还有大量而丰富的教学相关资讯！" type="#_x0000_t75" style="height:30.75pt;width:36.75pt;" o:ole="t" filled="f" o:preferrelative="t" stroked="f" coordsize="21600,21600">
            <v:path/>
            <v:fill on="f" focussize="0,0"/>
            <v:stroke on="f" joinstyle="miter"/>
            <v:imagedata r:id="rId3918" o:title="eqIda3bba33d2bd6bc6c60ee46715c706fd5"/>
            <o:lock v:ext="edit" aspectratio="t"/>
            <w10:wrap type="none"/>
            <w10:anchorlock/>
          </v:shape>
        </w:pict>
      </w:r>
      <w:r>
        <w:rPr>
          <w:rFonts w:ascii="宋体" w:hAnsi="宋体" w:eastAsia="宋体" w:cs="宋体"/>
          <w:color w:val="000000"/>
        </w:rPr>
        <w:t>，即可求出点</w:t>
      </w:r>
      <w:r>
        <w:pict>
          <v:shape id="_x0000_i71891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919" o:title="eqIdc5db41a1f31d6baee7c69990811edb9f"/>
            <o:lock v:ext="edit" aspectratio="t"/>
            <w10:wrap type="none"/>
            <w10:anchorlock/>
          </v:shape>
        </w:pict>
      </w:r>
      <w:r>
        <w:rPr>
          <w:rFonts w:ascii="宋体" w:hAnsi="宋体" w:eastAsia="宋体" w:cs="宋体"/>
          <w:color w:val="000000"/>
        </w:rPr>
        <w:t>表示的数；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）根据一元一次方程的定义求出</w:t>
      </w:r>
      <w:r>
        <w:pict>
          <v:shape id="_x0000_i71891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920" o:title="eqId20849c00c47cbdc43f18d53341b6c4e5"/>
            <o:lock v:ext="edit" aspectratio="t"/>
            <w10:wrap type="none"/>
            <w10:anchorlock/>
          </v:shape>
        </w:pict>
      </w:r>
      <w:r>
        <w:rPr>
          <w:rFonts w:ascii="宋体" w:hAnsi="宋体" w:eastAsia="宋体" w:cs="宋体"/>
          <w:color w:val="000000"/>
        </w:rPr>
        <w:t>，再解得</w:t>
      </w:r>
      <w:r>
        <w:pict>
          <v:shape id="_x0000_i718913" o:spt="75" alt="学科网(www.zxxk.com)--教育资源门户，提供试卷、教案、课件、论文、素材以及各类教学资源下载，还有大量而丰富的教学相关资讯！" type="#_x0000_t75" style="height:14.1pt;width:45.2pt;" o:ole="t" filled="f" o:preferrelative="t" stroked="f" coordsize="21600,21600">
            <v:path/>
            <v:fill on="f" focussize="0,0"/>
            <v:stroke on="f" joinstyle="miter"/>
            <v:imagedata r:id="rId3921" o:title="eqIdd903954372b6e7319d9bf418fc17743b"/>
            <o:lock v:ext="edit" aspectratio="t"/>
            <w10:wrap type="none"/>
            <w10:anchorlock/>
          </v:shape>
        </w:pict>
      </w:r>
      <w:r>
        <w:rPr>
          <w:rFonts w:ascii="宋体" w:hAnsi="宋体" w:eastAsia="宋体" w:cs="宋体"/>
          <w:color w:val="000000"/>
        </w:rPr>
        <w:t>，分两种情况</w:t>
      </w:r>
      <w:r>
        <w:pict>
          <v:shape id="_x0000_i718914" o:spt="75" alt="学科网(www.zxxk.com)--教育资源门户，提供试卷、教案、课件、论文、素材以及各类教学资源下载，还有大量而丰富的教学相关资讯！" type="#_x0000_t75" style="height:14.4pt;width:39.6pt;" o:ole="t" filled="f" o:preferrelative="t" stroked="f" coordsize="21600,21600">
            <v:path/>
            <v:fill on="f" focussize="0,0"/>
            <v:stroke on="f" joinstyle="miter"/>
            <v:imagedata r:id="rId3922" o:title="eqId0059e3e0dbaf8e73f2e94ebdf3bb0cec"/>
            <o:lock v:ext="edit" aspectratio="t"/>
            <w10:wrap type="none"/>
            <w10:anchorlock/>
          </v:shape>
        </w:pict>
      </w:r>
      <w:r>
        <w:rPr>
          <w:rFonts w:ascii="宋体" w:hAnsi="宋体" w:eastAsia="宋体" w:cs="宋体"/>
          <w:color w:val="000000"/>
        </w:rPr>
        <w:t>或</w:t>
      </w:r>
      <w:r>
        <w:pict>
          <v:shape id="_x0000_i718915" o:spt="75" alt="学科网(www.zxxk.com)--教育资源门户，提供试卷、教案、课件、论文、素材以及各类教学资源下载，还有大量而丰富的教学相关资讯！" type="#_x0000_t75" style="height:13.75pt;width:31.95pt;" o:ole="t" filled="f" o:preferrelative="t" stroked="f" coordsize="21600,21600">
            <v:path/>
            <v:fill on="f" focussize="0,0"/>
            <v:stroke on="f" joinstyle="miter"/>
            <v:imagedata r:id="rId3923" o:title="eqIdb86304c3e26200299a0480641525a283"/>
            <o:lock v:ext="edit" aspectratio="t"/>
            <w10:wrap type="none"/>
            <w10:anchorlock/>
          </v:shape>
        </w:pict>
      </w:r>
      <w:r>
        <w:rPr>
          <w:rFonts w:ascii="宋体" w:hAnsi="宋体" w:eastAsia="宋体" w:cs="宋体"/>
          <w:color w:val="000000"/>
        </w:rPr>
        <w:t>，当</w:t>
      </w:r>
      <w:r>
        <w:pict>
          <v:shape id="_x0000_i718916" o:spt="75" alt="学科网(www.zxxk.com)--教育资源门户，提供试卷、教案、课件、论文、素材以及各类教学资源下载，还有大量而丰富的教学相关资讯！" type="#_x0000_t75" style="height:14.4pt;width:39.6pt;" o:ole="t" filled="f" o:preferrelative="t" stroked="f" coordsize="21600,21600">
            <v:path/>
            <v:fill on="f" focussize="0,0"/>
            <v:stroke on="f" joinstyle="miter"/>
            <v:imagedata r:id="rId3922" o:title="eqId0059e3e0dbaf8e73f2e94ebdf3bb0cec"/>
            <o:lock v:ext="edit" aspectratio="t"/>
            <w10:wrap type="none"/>
            <w10:anchorlock/>
          </v:shape>
        </w:pict>
      </w:r>
      <w:r>
        <w:rPr>
          <w:rFonts w:ascii="宋体" w:hAnsi="宋体" w:eastAsia="宋体" w:cs="宋体"/>
          <w:color w:val="000000"/>
        </w:rPr>
        <w:t>时，解得</w:t>
      </w:r>
      <w:r>
        <w:pict>
          <v:shape id="_x0000_i718917"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3924" o:title="eqId6b932d4d09f25ed0acf19c69f90de5ea"/>
            <o:lock v:ext="edit" aspectratio="t"/>
            <w10:wrap type="none"/>
            <w10:anchorlock/>
          </v:shape>
        </w:pict>
      </w:r>
      <w:r>
        <w:rPr>
          <w:rFonts w:ascii="宋体" w:hAnsi="宋体" w:eastAsia="宋体" w:cs="宋体"/>
          <w:color w:val="000000"/>
        </w:rPr>
        <w:t>；当</w:t>
      </w:r>
      <w:r>
        <w:pict>
          <v:shape id="_x0000_i718918" o:spt="75" alt="学科网(www.zxxk.com)--教育资源门户，提供试卷、教案、课件、论文、素材以及各类教学资源下载，还有大量而丰富的教学相关资讯！" type="#_x0000_t75" style="height:13.75pt;width:31.95pt;" o:ole="t" filled="f" o:preferrelative="t" stroked="f" coordsize="21600,21600">
            <v:path/>
            <v:fill on="f" focussize="0,0"/>
            <v:stroke on="f" joinstyle="miter"/>
            <v:imagedata r:id="rId3923" o:title="eqIdb86304c3e26200299a0480641525a283"/>
            <o:lock v:ext="edit" aspectratio="t"/>
            <w10:wrap type="none"/>
            <w10:anchorlock/>
          </v:shape>
        </w:pict>
      </w:r>
      <w:r>
        <w:rPr>
          <w:rFonts w:ascii="宋体" w:hAnsi="宋体" w:eastAsia="宋体" w:cs="宋体"/>
          <w:color w:val="000000"/>
        </w:rPr>
        <w:t>时，解得</w:t>
      </w:r>
      <w:r>
        <w:pict>
          <v:shape id="_x0000_i718919"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3925" o:title="eqId1d9baacced6911a3e993e65084c49852"/>
            <o:lock v:ext="edit" aspectratio="t"/>
            <w10:wrap type="none"/>
            <w10:anchorlock/>
          </v:shape>
        </w:pict>
      </w:r>
      <w:r>
        <w:rPr>
          <w:rFonts w:ascii="宋体" w:hAnsi="宋体" w:eastAsia="宋体" w:cs="宋体"/>
          <w:color w:val="000000"/>
        </w:rPr>
        <w:t>，即可得美好点数．</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解：由题意可知线段</w:t>
      </w:r>
      <w:r>
        <w:pict>
          <v:shape id="_x0000_i71892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926" o:title="eqIdb79dd200766db27fb90d6bd1992cf658"/>
            <o:lock v:ext="edit" aspectratio="t"/>
            <w10:wrap type="none"/>
            <w10:anchorlock/>
          </v:shape>
        </w:pict>
      </w:r>
      <w:r>
        <w:rPr>
          <w:rFonts w:ascii="宋体" w:hAnsi="宋体" w:eastAsia="宋体" w:cs="宋体"/>
          <w:color w:val="000000"/>
        </w:rPr>
        <w:t>的相关方程为</w:t>
      </w:r>
    </w:p>
    <w:p>
      <w:pPr>
        <w:spacing w:line="360" w:lineRule="auto"/>
        <w:jc w:val="both"/>
        <w:textAlignment w:val="center"/>
        <w:rPr>
          <w:color w:val="000000"/>
        </w:rPr>
      </w:pPr>
      <w:r>
        <w:pict>
          <v:shape id="_x0000_i718921"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3927" o:title="eqId34a9bc5c523ef6a812db05d84792474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8922" o:spt="75" alt="学科网(www.zxxk.com)--教育资源门户，提供试卷、教案、课件、论文、素材以及各类教学资源下载，还有大量而丰富的教学相关资讯！" type="#_x0000_t75" style="height:31pt;width:38.15pt;" o:ole="t" filled="f" o:preferrelative="t" stroked="f" coordsize="21600,21600">
            <v:path/>
            <v:fill on="f" focussize="0,0"/>
            <v:stroke on="f" joinstyle="miter"/>
            <v:imagedata r:id="rId3928" o:title="eqId1c98a7f3a8bf384b1dfc1d34aebd46d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23"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929" o:title="eqId16f3d198e76391779fa3badc848c8ac8"/>
            <o:lock v:ext="edit" aspectratio="t"/>
            <w10:wrap type="none"/>
            <w10:anchorlock/>
          </v:shape>
        </w:pict>
      </w:r>
      <w:r>
        <w:pict>
          <v:shape id="_x0000_i718924" o:spt="75" alt="学科网(www.zxxk.com)--教育资源门户，提供试卷、教案、课件、论文、素材以及各类教学资源下载，还有大量而丰富的教学相关资讯！" type="#_x0000_t75" style="height:27pt;width:49.95pt;" o:ole="t" filled="f" o:preferrelative="t" stroked="f" coordsize="21600,21600">
            <v:path/>
            <v:fill on="f" focussize="0,0"/>
            <v:stroke on="f" joinstyle="miter"/>
            <v:imagedata r:id="rId3930" o:title="eqIda28ca31bb5a16955d4bab5936245bc8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25"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931" o:title="eqId2de0d10ef8b748d4531250c37c5d3f9e"/>
            <o:lock v:ext="edit" aspectratio="t"/>
            <w10:wrap type="none"/>
            <w10:anchorlock/>
          </v:shape>
        </w:pict>
      </w:r>
      <w:r>
        <w:rPr>
          <w:rFonts w:ascii="宋体" w:hAnsi="宋体" w:eastAsia="宋体" w:cs="宋体"/>
          <w:color w:val="000000"/>
        </w:rPr>
        <w:t>线段</w:t>
      </w:r>
      <w:r>
        <w:pict>
          <v:shape id="_x0000_i71892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932" o:title="eqIdf52a58fbaf4fea03567e88a9f0f6e37e"/>
            <o:lock v:ext="edit" aspectratio="t"/>
            <w10:wrap type="none"/>
            <w10:anchorlock/>
          </v:shape>
        </w:pict>
      </w:r>
      <w:r>
        <w:rPr>
          <w:rFonts w:ascii="宋体" w:hAnsi="宋体" w:eastAsia="宋体" w:cs="宋体"/>
          <w:color w:val="000000"/>
        </w:rPr>
        <w:t>是美好线段；</w:t>
      </w:r>
    </w:p>
    <w:p>
      <w:pPr>
        <w:spacing w:line="360" w:lineRule="auto"/>
        <w:jc w:val="both"/>
        <w:textAlignment w:val="center"/>
        <w:rPr>
          <w:color w:val="000000"/>
        </w:rPr>
      </w:pPr>
      <w:r>
        <w:rPr>
          <w:rFonts w:ascii="宋体" w:hAnsi="宋体" w:eastAsia="宋体" w:cs="宋体"/>
          <w:color w:val="000000"/>
        </w:rPr>
        <w:t>故答案为：</w:t>
      </w:r>
      <w:r>
        <w:pict>
          <v:shape id="_x0000_i718927" o:spt="75" alt="学科网(www.zxxk.com)--教育资源门户，提供试卷、教案、课件、论文、素材以及各类教学资源下载，还有大量而丰富的教学相关资讯！" type="#_x0000_t75" style="height:14.25pt;width:56.25pt;" o:ole="t" filled="f" o:preferrelative="t" stroked="f" coordsize="21600,21600">
            <v:path/>
            <v:fill on="f" focussize="0,0"/>
            <v:stroke on="f" joinstyle="miter"/>
            <v:imagedata r:id="rId3934" o:title="eqId34a9bc5c523ef6a812db05d847924744"/>
            <o:lock v:ext="edit" aspectratio="t"/>
            <w10:wrap type="none"/>
            <w10:anchorlock/>
          </v:shape>
        </w:pict>
      </w:r>
      <w:r>
        <w:rPr>
          <w:rFonts w:ascii="宋体" w:hAnsi="宋体" w:eastAsia="宋体" w:cs="宋体"/>
          <w:color w:val="000000"/>
        </w:rPr>
        <w:t>；</w:t>
      </w:r>
      <w:r>
        <w:rPr>
          <w:rFonts w:ascii="宋体" w:hAnsi="宋体" w:eastAsia="宋体" w:cs="宋体"/>
          <w:color w:val="000000"/>
          <w:position w:val="0"/>
        </w:rPr>
        <w:drawing>
          <wp:inline distT="0" distB="0" distL="114300" distR="114300">
            <wp:extent cx="132080" cy="167640"/>
            <wp:effectExtent l="0" t="0" r="0" b="0"/>
            <wp:docPr id="3795" name="图片 141232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6" name="图片 1412322154"/>
                    <pic:cNvPicPr>
                      <a:picLocks noChangeAspect="1"/>
                    </pic:cNvPicPr>
                  </pic:nvPicPr>
                  <pic:blipFill>
                    <a:blip r:embed="rId3933"/>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解：由题意可知：</w:t>
      </w:r>
      <w:r>
        <w:pict>
          <v:shape id="_x0000_i718928" o:spt="75" alt="学科网(www.zxxk.com)--教育资源门户，提供试卷、教案、课件、论文、素材以及各类教学资源下载，还有大量而丰富的教学相关资讯！" type="#_x0000_t75" style="height:32.25pt;width:108pt;" o:ole="t" filled="f" o:preferrelative="t" stroked="f" coordsize="21600,21600">
            <v:path/>
            <v:fill on="f" focussize="0,0"/>
            <v:stroke on="f" joinstyle="miter"/>
            <v:imagedata r:id="rId3935" o:title="eqIdefd4af28b7bd9cecdb02dd3bba01a8d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2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936" o:title="eqId2de0d10ef8b748d4531250c37c5d3f9e"/>
            <o:lock v:ext="edit" aspectratio="t"/>
            <w10:wrap type="none"/>
            <w10:anchorlock/>
          </v:shape>
        </w:pict>
      </w:r>
      <w:r>
        <w:pict>
          <v:shape id="_x0000_i718930" o:spt="75" alt="学科网(www.zxxk.com)--教育资源门户，提供试卷、教案、课件、论文、素材以及各类教学资源下载，还有大量而丰富的教学相关资讯！" type="#_x0000_t75" style="height:30.75pt;width:99.75pt;" o:ole="t" filled="f" o:preferrelative="t" stroked="f" coordsize="21600,21600">
            <v:path/>
            <v:fill on="f" focussize="0,0"/>
            <v:stroke on="f" joinstyle="miter"/>
            <v:imagedata r:id="rId3937" o:title="eqIdee189ee6ad5b7d7b3656a4a898dbd6e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8931" o:spt="75" alt="学科网(www.zxxk.com)--教育资源门户，提供试卷、教案、课件、论文、素材以及各类教学资源下载，还有大量而丰富的教学相关资讯！" type="#_x0000_t75" style="height:30.75pt;width:36.75pt;" o:ole="t" filled="f" o:preferrelative="t" stroked="f" coordsize="21600,21600">
            <v:path/>
            <v:fill on="f" focussize="0,0"/>
            <v:stroke on="f" joinstyle="miter"/>
            <v:imagedata r:id="rId3938" o:title="eqIda3bba33d2bd6bc6c60ee46715c706fd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32" o:spt="75" alt="学科网(www.zxxk.com)--教育资源门户，提供试卷、教案、课件、论文、素材以及各类教学资源下载，还有大量而丰富的教学相关资讯！" type="#_x0000_t75" style="height:32.25pt;width:183.75pt;" o:ole="t" filled="f" o:preferrelative="t" stroked="f" coordsize="21600,21600">
            <v:path/>
            <v:fill on="f" focussize="0,0"/>
            <v:stroke on="f" joinstyle="miter"/>
            <v:imagedata r:id="rId3939" o:title="eqId7233239abf33936979854e22279bb85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893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940" o:title="eqId2de0d10ef8b748d4531250c37c5d3f9e"/>
            <o:lock v:ext="edit" aspectratio="t"/>
            <w10:wrap type="none"/>
            <w10:anchorlock/>
          </v:shape>
        </w:pict>
      </w:r>
      <w:r>
        <w:rPr>
          <w:rFonts w:ascii="宋体" w:hAnsi="宋体" w:eastAsia="宋体" w:cs="宋体"/>
          <w:color w:val="000000"/>
        </w:rPr>
        <w:t>点</w:t>
      </w:r>
      <w:r>
        <w:pict>
          <v:shape id="_x0000_i71893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941" o:title="eqIdc5db41a1f31d6baee7c69990811edb9f"/>
            <o:lock v:ext="edit" aspectratio="t"/>
            <w10:wrap type="none"/>
            <w10:anchorlock/>
          </v:shape>
        </w:pict>
      </w:r>
      <w:r>
        <w:rPr>
          <w:rFonts w:ascii="宋体" w:hAnsi="宋体" w:eastAsia="宋体" w:cs="宋体"/>
          <w:color w:val="000000"/>
        </w:rPr>
        <w:t>表示的数是</w:t>
      </w:r>
      <w:r>
        <w:pict>
          <v:shape id="_x0000_i718935" o:spt="75" alt="学科网(www.zxxk.com)--教育资源门户，提供试卷、教案、课件、论文、素材以及各类教学资源下载，还有大量而丰富的教学相关资讯！" type="#_x0000_t75" style="height:31pt;width:11pt;" o:ole="t" filled="f" o:preferrelative="t" stroked="f" coordsize="21600,21600">
            <v:path/>
            <v:fill on="f" focussize="0,0"/>
            <v:stroke on="f" joinstyle="miter"/>
            <v:imagedata r:id="rId3942" o:title="eqId5e6486784415f3537c9a13556c05d89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both"/>
        <w:textAlignment w:val="center"/>
        <w:rPr>
          <w:color w:val="000000"/>
        </w:rPr>
      </w:pPr>
      <w:r>
        <w:rPr>
          <w:rFonts w:ascii="宋体" w:hAnsi="宋体" w:eastAsia="宋体" w:cs="宋体"/>
          <w:color w:val="000000"/>
        </w:rPr>
        <w:t>解：</w:t>
      </w:r>
      <w:r>
        <w:pict>
          <v:shape id="_x0000_i718936"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3943" o:title="eqId99f580e5ede06411a67e97d5a4bb9562"/>
            <o:lock v:ext="edit" aspectratio="t"/>
            <w10:wrap type="none"/>
            <w10:anchorlock/>
          </v:shape>
        </w:pict>
      </w:r>
      <w:r>
        <w:rPr>
          <w:rFonts w:ascii="宋体" w:hAnsi="宋体" w:eastAsia="宋体" w:cs="宋体"/>
          <w:color w:val="000000"/>
        </w:rPr>
        <w:t>是关于</w:t>
      </w:r>
      <w:r>
        <w:pict>
          <v:shape id="_x0000_i71893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944" o:title="eqId81dea63b8ce3e51adf66cf7b9982a248"/>
            <o:lock v:ext="edit" aspectratio="t"/>
            <w10:wrap type="none"/>
            <w10:anchorlock/>
          </v:shape>
        </w:pict>
      </w:r>
      <w:r>
        <w:rPr>
          <w:rFonts w:ascii="宋体" w:hAnsi="宋体" w:eastAsia="宋体" w:cs="宋体"/>
          <w:color w:val="000000"/>
        </w:rPr>
        <w:t>的一元一次方程，</w:t>
      </w:r>
    </w:p>
    <w:p>
      <w:pPr>
        <w:spacing w:line="360" w:lineRule="auto"/>
        <w:jc w:val="both"/>
        <w:textAlignment w:val="center"/>
        <w:rPr>
          <w:color w:val="000000"/>
        </w:rPr>
      </w:pPr>
      <w:r>
        <w:pict>
          <v:shape id="_x0000_i718938" o:spt="75" alt="学科网(www.zxxk.com)--教育资源门户，提供试卷、教案、课件、论文、素材以及各类教学资源下载，还有大量而丰富的教学相关资讯！" type="#_x0000_t75" style="height:14.1pt;width:36pt;" o:ole="t" filled="f" o:preferrelative="t" stroked="f" coordsize="21600,21600">
            <v:path/>
            <v:fill on="f" focussize="0,0"/>
            <v:stroke on="f" joinstyle="miter"/>
            <v:imagedata r:id="rId3945" o:title="eqIdace7e63032fd6753ed7a0f55bb472e4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解方程</w:t>
      </w:r>
      <w:r>
        <w:pict>
          <v:shape id="_x0000_i718939" o:spt="75" alt="学科网(www.zxxk.com)--教育资源门户，提供试卷、教案、课件、论文、素材以及各类教学资源下载，还有大量而丰富的教学相关资讯！" type="#_x0000_t75" style="height:13.75pt;width:58.25pt;" o:ole="t" filled="f" o:preferrelative="t" stroked="f" coordsize="21600,21600">
            <v:path/>
            <v:fill on="f" focussize="0,0"/>
            <v:stroke on="f" joinstyle="miter"/>
            <v:imagedata r:id="rId3946" o:title="eqIdcab4e75ecdc0482be4b982c32988fe4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8940" o:spt="75" alt="学科网(www.zxxk.com)--教育资源门户，提供试卷、教案、课件、论文、素材以及各类教学资源下载，还有大量而丰富的教学相关资讯！" type="#_x0000_t75" style="height:32.25pt;width:59.25pt;" o:ole="t" filled="f" o:preferrelative="t" stroked="f" coordsize="21600,21600">
            <v:path/>
            <v:fill on="f" focussize="0,0"/>
            <v:stroke on="f" joinstyle="miter"/>
            <v:imagedata r:id="rId3947" o:title="eqIded4d3397d38894fc3128d5303564e81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即</w:t>
      </w:r>
      <w:r>
        <w:pict>
          <v:shape id="_x0000_i718941" o:spt="75" alt="学科网(www.zxxk.com)--教育资源门户，提供试卷、教案、课件、论文、素材以及各类教学资源下载，还有大量而丰富的教学相关资讯！" type="#_x0000_t75" style="height:32.25pt;width:57.75pt;" o:ole="t" filled="f" o:preferrelative="t" stroked="f" coordsize="21600,21600">
            <v:path/>
            <v:fill on="f" focussize="0,0"/>
            <v:stroke on="f" joinstyle="miter"/>
            <v:imagedata r:id="rId3948" o:title="eqIdebb35a4364cd6f60391f0f6988df8a4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4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3949" o:title="eqId16f3d198e76391779fa3badc848c8ac8"/>
            <o:lock v:ext="edit" aspectratio="t"/>
            <w10:wrap type="none"/>
            <w10:anchorlock/>
          </v:shape>
        </w:pict>
      </w:r>
      <w:r>
        <w:rPr>
          <w:rFonts w:ascii="宋体" w:hAnsi="宋体" w:eastAsia="宋体" w:cs="宋体"/>
          <w:color w:val="000000"/>
        </w:rPr>
        <w:t>点</w:t>
      </w:r>
      <w:r>
        <w:pict>
          <v:shape id="_x0000_i71894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3950" o:title="eqIdc5db41a1f31d6baee7c69990811edb9f"/>
            <o:lock v:ext="edit" aspectratio="t"/>
            <w10:wrap type="none"/>
            <w10:anchorlock/>
          </v:shape>
        </w:pict>
      </w:r>
      <w:r>
        <w:rPr>
          <w:rFonts w:ascii="宋体" w:hAnsi="宋体" w:eastAsia="宋体" w:cs="宋体"/>
          <w:color w:val="000000"/>
        </w:rPr>
        <w:t>在线段</w:t>
      </w:r>
      <w:r>
        <w:pict>
          <v:shape id="_x0000_i71894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951" o:title="eqIdf52a58fbaf4fea03567e88a9f0f6e37e"/>
            <o:lock v:ext="edit" aspectratio="t"/>
            <w10:wrap type="none"/>
            <w10:anchorlock/>
          </v:shape>
        </w:pict>
      </w:r>
      <w:r>
        <w:rPr>
          <w:rFonts w:ascii="宋体" w:hAnsi="宋体" w:eastAsia="宋体" w:cs="宋体"/>
          <w:color w:val="000000"/>
        </w:rPr>
        <w:t>上，</w:t>
      </w:r>
    </w:p>
    <w:p>
      <w:pPr>
        <w:spacing w:line="360" w:lineRule="auto"/>
        <w:jc w:val="both"/>
        <w:textAlignment w:val="center"/>
        <w:rPr>
          <w:color w:val="000000"/>
        </w:rPr>
      </w:pPr>
      <w:r>
        <w:pict>
          <v:shape id="_x0000_i718945" o:spt="75" alt="学科网(www.zxxk.com)--教育资源门户，提供试卷、教案、课件、论文、素材以及各类教学资源下载，还有大量而丰富的教学相关资讯！" type="#_x0000_t75" style="height:13.8pt;width:55.2pt;" o:ole="t" filled="f" o:preferrelative="t" stroked="f" coordsize="21600,21600">
            <v:path/>
            <v:fill on="f" focussize="0,0"/>
            <v:stroke on="f" joinstyle="miter"/>
            <v:imagedata r:id="rId3952" o:title="eqId0ca0243d528e06d8735c3fa0fa05caed"/>
            <o:lock v:ext="edit" aspectratio="t"/>
            <w10:wrap type="none"/>
            <w10:anchorlock/>
          </v:shape>
        </w:pict>
      </w:r>
      <w:r>
        <w:rPr>
          <w:rFonts w:ascii="宋体" w:hAnsi="宋体" w:eastAsia="宋体" w:cs="宋体"/>
          <w:color w:val="000000"/>
        </w:rPr>
        <w:t>，即</w:t>
      </w:r>
      <w:r>
        <w:pict>
          <v:shape id="_x0000_i718946" o:spt="75" alt="学科网(www.zxxk.com)--教育资源门户，提供试卷、教案、课件、论文、素材以及各类教学资源下载，还有大量而丰富的教学相关资讯！" type="#_x0000_t75" style="height:32.25pt;width:81.75pt;" o:ole="t" filled="f" o:preferrelative="t" stroked="f" coordsize="21600,21600">
            <v:path/>
            <v:fill on="f" focussize="0,0"/>
            <v:stroke on="f" joinstyle="miter"/>
            <v:imagedata r:id="rId3953" o:title="eqId06149e722354f2b06b6c8af07fa4a1a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47" o:spt="75" alt="学科网(www.zxxk.com)--教育资源门户，提供试卷、教案、课件、论文、素材以及各类教学资源下载，还有大量而丰富的教学相关资讯！" type="#_x0000_t75" style="height:30.75pt;width:56.25pt;" o:ole="t" filled="f" o:preferrelative="t" stroked="f" coordsize="21600,21600">
            <v:path/>
            <v:fill on="f" focussize="0,0"/>
            <v:stroke on="f" joinstyle="miter"/>
            <v:imagedata r:id="rId3954" o:title="eqId4a8543851b4edc5836c9d50c9c191ac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8948"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3955" o:title="eqId0005ee1db98e3cf5acea885f8bb1c2b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49" o:spt="75" alt="学科网(www.zxxk.com)--教育资源门户，提供试卷、教案、课件、论文、素材以及各类教学资源下载，还有大量而丰富的教学相关资讯！" type="#_x0000_t75" style="height:14.05pt;width:36.95pt;" o:ole="t" filled="f" o:preferrelative="t" stroked="f" coordsize="21600,21600">
            <v:path/>
            <v:fill on="f" focussize="0,0"/>
            <v:stroke on="f" joinstyle="miter"/>
            <v:imagedata r:id="rId3956" o:title="eqId8b8e44b98e6caebca8010ca36365504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50" o:spt="75" alt="学科网(www.zxxk.com)--教育资源门户，提供试卷、教案、课件、论文、素材以及各类教学资源下载，还有大量而丰富的教学相关资讯！" type="#_x0000_t75" style="height:13.95pt;width:54.8pt;" o:ole="t" filled="f" o:preferrelative="t" stroked="f" coordsize="21600,21600">
            <v:path/>
            <v:fill on="f" focussize="0,0"/>
            <v:stroke on="f" joinstyle="miter"/>
            <v:imagedata r:id="rId3957" o:title="eqIdda6448281654b08576bcd5542d32a82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51" o:spt="75" alt="学科网(www.zxxk.com)--教育资源门户，提供试卷、教案、课件、论文、素材以及各类教学资源下载，还有大量而丰富的教学相关资讯！" type="#_x0000_t75" style="height:14pt;width:50.5pt;" o:ole="t" filled="f" o:preferrelative="t" stroked="f" coordsize="21600,21600">
            <v:path/>
            <v:fill on="f" focussize="0,0"/>
            <v:stroke on="f" joinstyle="miter"/>
            <v:imagedata r:id="rId3958" o:title="eqId9bfac54b55cb3cd97c2090ce0df457d0"/>
            <o:lock v:ext="edit" aspectratio="t"/>
            <w10:wrap type="none"/>
            <w10:anchorlock/>
          </v:shape>
        </w:pict>
      </w:r>
      <w:r>
        <w:rPr>
          <w:rFonts w:ascii="宋体" w:hAnsi="宋体" w:eastAsia="宋体" w:cs="宋体"/>
          <w:color w:val="000000"/>
        </w:rPr>
        <w:t>或</w:t>
      </w:r>
      <w:r>
        <w:pict>
          <v:shape id="_x0000_i718952" o:spt="75" alt="学科网(www.zxxk.com)--教育资源门户，提供试卷、教案、课件、论文、素材以及各类教学资源下载，还有大量而丰富的教学相关资讯！" type="#_x0000_t75" style="height:13.75pt;width:31.95pt;" o:ole="t" filled="f" o:preferrelative="t" stroked="f" coordsize="21600,21600">
            <v:path/>
            <v:fill on="f" focussize="0,0"/>
            <v:stroke on="f" joinstyle="miter"/>
            <v:imagedata r:id="rId3959" o:title="eqIdb86304c3e26200299a0480641525a28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因为美好点在数轴的正半轴上，即</w:t>
      </w:r>
      <w:r>
        <w:pict>
          <v:shape id="_x0000_i718953" o:spt="75" alt="学科网(www.zxxk.com)--教育资源门户，提供试卷、教案、课件、论文、素材以及各类教学资源下载，还有大量而丰富的教学相关资讯！" type="#_x0000_t75" style="height:12.75pt;width:24pt;" o:ole="t" filled="f" o:preferrelative="t" stroked="f" coordsize="21600,21600">
            <v:path/>
            <v:fill on="f" focussize="0,0"/>
            <v:stroke on="f" joinstyle="miter"/>
            <v:imagedata r:id="rId3960" o:title="eqId8cec12441802f71e803efaf2c62ee58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所以</w:t>
      </w:r>
      <w:r>
        <w:pict>
          <v:shape id="_x0000_i718954" o:spt="75" alt="学科网(www.zxxk.com)--教育资源门户，提供试卷、教案、课件、论文、素材以及各类教学资源下载，还有大量而丰富的教学相关资讯！" type="#_x0000_t75" style="height:32.25pt;width:57pt;" o:ole="t" filled="f" o:preferrelative="t" stroked="f" coordsize="21600,21600">
            <v:path/>
            <v:fill on="f" focussize="0,0"/>
            <v:stroke on="f" joinstyle="miter"/>
            <v:imagedata r:id="rId3961" o:title="eqId1a22d8bdf44b1797f524b5791e5e3be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18955" o:spt="75" alt="学科网(www.zxxk.com)--教育资源门户，提供试卷、教案、课件、论文、素材以及各类教学资源下载，还有大量而丰富的教学相关资讯！" type="#_x0000_t75" style="height:14.4pt;width:39.6pt;" o:ole="t" filled="f" o:preferrelative="t" stroked="f" coordsize="21600,21600">
            <v:path/>
            <v:fill on="f" focussize="0,0"/>
            <v:stroke on="f" joinstyle="miter"/>
            <v:imagedata r:id="rId3962" o:title="eqId0059e3e0dbaf8e73f2e94ebdf3bb0cec"/>
            <o:lock v:ext="edit" aspectratio="t"/>
            <w10:wrap type="none"/>
            <w10:anchorlock/>
          </v:shape>
        </w:pict>
      </w:r>
      <w:r>
        <w:rPr>
          <w:rFonts w:ascii="宋体" w:hAnsi="宋体" w:eastAsia="宋体" w:cs="宋体"/>
          <w:color w:val="000000"/>
        </w:rPr>
        <w:t>时，</w:t>
      </w:r>
      <w:r>
        <w:pict>
          <v:shape id="_x0000_i718956" o:spt="75" alt="学科网(www.zxxk.com)--教育资源门户，提供试卷、教案、课件、论文、素材以及各类教学资源下载，还有大量而丰富的教学相关资讯！" type="#_x0000_t75" style="height:32.25pt;width:74.25pt;" o:ole="t" filled="f" o:preferrelative="t" stroked="f" coordsize="21600,21600">
            <v:path/>
            <v:fill on="f" focussize="0,0"/>
            <v:stroke on="f" joinstyle="miter"/>
            <v:imagedata r:id="rId3963" o:title="eqIde1582424c7a761048bbb453d636ad90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即</w:t>
      </w:r>
      <w:r>
        <w:pict>
          <v:shape id="_x0000_i718957" o:spt="75" alt="学科网(www.zxxk.com)--教育资源门户，提供试卷、教案、课件、论文、素材以及各类教学资源下载，还有大量而丰富的教学相关资讯！" type="#_x0000_t75" style="height:32.25pt;width:72.75pt;" o:ole="t" filled="f" o:preferrelative="t" stroked="f" coordsize="21600,21600">
            <v:path/>
            <v:fill on="f" focussize="0,0"/>
            <v:stroke on="f" joinstyle="miter"/>
            <v:imagedata r:id="rId3964" o:title="eqIdb0342376e521559d37eda88f4b9ba2a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8958" o:spt="75" alt="学科网(www.zxxk.com)--教育资源门户，提供试卷、教案、课件、论文、素材以及各类教学资源下载，还有大量而丰富的教学相关资讯！" type="#_x0000_t75" style="height:12.75pt;width:32.25pt;" o:ole="t" filled="f" o:preferrelative="t" stroked="f" coordsize="21600,21600">
            <v:path/>
            <v:fill on="f" focussize="0,0"/>
            <v:stroke on="f" joinstyle="miter"/>
            <v:imagedata r:id="rId3965" o:title="eqIdd217c7b12e12e5fb67472452518859ec"/>
            <o:lock v:ext="edit" aspectratio="t"/>
            <w10:wrap type="none"/>
            <w10:anchorlock/>
          </v:shape>
        </w:pict>
      </w:r>
      <w:r>
        <w:rPr>
          <w:rFonts w:ascii="宋体" w:hAnsi="宋体" w:eastAsia="宋体" w:cs="宋体"/>
          <w:color w:val="000000"/>
        </w:rPr>
        <w:t>，所以</w:t>
      </w:r>
      <w:r>
        <w:pict>
          <v:shape id="_x0000_i718959" o:spt="75" alt="学科网(www.zxxk.com)--教育资源门户，提供试卷、教案、课件、论文、素材以及各类教学资源下载，还有大量而丰富的教学相关资讯！" type="#_x0000_t75" style="height:11.25pt;width:34.5pt;" o:ole="t" filled="f" o:preferrelative="t" stroked="f" coordsize="21600,21600">
            <v:path/>
            <v:fill on="f" focussize="0,0"/>
            <v:stroke on="f" joinstyle="miter"/>
            <v:imagedata r:id="rId3966" o:title="eqId7326ea56be82bd616fec7e6aa3c884c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60" o:spt="75" alt="学科网(www.zxxk.com)--教育资源门户，提供试卷、教案、课件、论文、素材以及各类教学资源下载，还有大量而丰富的教学相关资讯！" type="#_x0000_t75" style="height:32.25pt;width:57.75pt;" o:ole="t" filled="f" o:preferrelative="t" stroked="f" coordsize="21600,21600">
            <v:path/>
            <v:fill on="f" focussize="0,0"/>
            <v:stroke on="f" joinstyle="miter"/>
            <v:imagedata r:id="rId3967" o:title="eqId742a5ad2cbb90c5a6731a8766a7c6791"/>
            <o:lock v:ext="edit" aspectratio="t"/>
            <w10:wrap type="none"/>
            <w10:anchorlock/>
          </v:shape>
        </w:pict>
      </w:r>
      <w:r>
        <w:rPr>
          <w:rFonts w:ascii="宋体" w:hAnsi="宋体" w:eastAsia="宋体" w:cs="宋体"/>
          <w:color w:val="000000"/>
        </w:rPr>
        <w:t>，即</w:t>
      </w:r>
      <w:r>
        <w:pict>
          <v:shape id="_x0000_i718961" o:spt="75" alt="学科网(www.zxxk.com)--教育资源门户，提供试卷、教案、课件、论文、素材以及各类教学资源下载，还有大量而丰富的教学相关资讯！" type="#_x0000_t75" style="height:32.25pt;width:74.25pt;" o:ole="t" filled="f" o:preferrelative="t" stroked="f" coordsize="21600,21600">
            <v:path/>
            <v:fill on="f" focussize="0,0"/>
            <v:stroke on="f" joinstyle="miter"/>
            <v:imagedata r:id="rId3968" o:title="eqId96f490965cf3043a842d9d4e1da3890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8962"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3969" o:title="eqId876a15d673d116426872b38a3dddbc6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所以</w:t>
      </w:r>
      <w:r>
        <w:pict>
          <v:shape id="_x0000_i718963"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3970" o:title="eqId6b932d4d09f25ed0acf19c69f90de5e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所以</w:t>
      </w:r>
      <w:r>
        <w:pict>
          <v:shape id="_x0000_i71896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971" o:title="eqId0a6936d370d6a238a608ca56f87198de"/>
            <o:lock v:ext="edit" aspectratio="t"/>
            <w10:wrap type="none"/>
            <w10:anchorlock/>
          </v:shape>
        </w:pict>
      </w:r>
      <w:r>
        <w:rPr>
          <w:rFonts w:ascii="宋体" w:hAnsi="宋体" w:eastAsia="宋体" w:cs="宋体"/>
          <w:color w:val="000000"/>
        </w:rPr>
        <w:t>可取</w:t>
      </w:r>
      <w:r>
        <w:pict>
          <v:shape id="_x0000_i718965" o:spt="75" alt="学科网(www.zxxk.com)--教育资源门户，提供试卷、教案、课件、论文、素材以及各类教学资源下载，还有大量而丰富的教学相关资讯！" type="#_x0000_t75" style="height:31.2pt;width:22.2pt;" o:ole="t" filled="f" o:preferrelative="t" stroked="f" coordsize="21600,21600">
            <v:path/>
            <v:fill on="f" focussize="0,0"/>
            <v:stroke on="f" joinstyle="miter"/>
            <v:imagedata r:id="rId3972" o:title="eqId1f3e33f78e089e8eaf5e4bc51b8cd2ef"/>
            <o:lock v:ext="edit" aspectratio="t"/>
            <w10:wrap type="none"/>
            <w10:anchorlock/>
          </v:shape>
        </w:pict>
      </w:r>
      <w:r>
        <w:rPr>
          <w:rFonts w:ascii="宋体" w:hAnsi="宋体" w:eastAsia="宋体" w:cs="宋体"/>
          <w:color w:val="000000"/>
        </w:rPr>
        <w:t>，</w:t>
      </w:r>
      <w:r>
        <w:pict>
          <v:shape id="_x0000_i718966"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3973" o:title="eqId6bd50b58731b286dcd8e7801a6a00090"/>
            <o:lock v:ext="edit" aspectratio="t"/>
            <w10:wrap type="none"/>
            <w10:anchorlock/>
          </v:shape>
        </w:pict>
      </w:r>
      <w:r>
        <w:rPr>
          <w:rFonts w:ascii="宋体" w:hAnsi="宋体" w:eastAsia="宋体" w:cs="宋体"/>
          <w:color w:val="000000"/>
        </w:rPr>
        <w:t>，</w:t>
      </w:r>
      <w:r>
        <w:pict>
          <v:shape id="_x0000_i718967" o:spt="75" alt="学科网(www.zxxk.com)--教育资源门户，提供试卷、教案、课件、论文、素材以及各类教学资源下载，还有大量而丰富的教学相关资讯！" type="#_x0000_t75" style="height:27.75pt;width:18.75pt;" o:ole="t" filled="f" o:preferrelative="t" stroked="f" coordsize="21600,21600">
            <v:path/>
            <v:fill on="f" focussize="0,0"/>
            <v:stroke on="f" joinstyle="miter"/>
            <v:imagedata r:id="rId3974" o:title="eqIdc1c0e5e3d90dd3abca2df60a2d021904"/>
            <o:lock v:ext="edit" aspectratio="t"/>
            <w10:wrap type="none"/>
            <w10:anchorlock/>
          </v:shape>
        </w:pict>
      </w:r>
      <w:r>
        <w:rPr>
          <w:rFonts w:ascii="宋体" w:hAnsi="宋体" w:eastAsia="宋体" w:cs="宋体"/>
          <w:color w:val="000000"/>
        </w:rPr>
        <w:t>，</w:t>
      </w:r>
      <w:r>
        <w:pict>
          <v:shape id="_x0000_i718968" o:spt="75" alt="学科网(www.zxxk.com)--教育资源门户，提供试卷、教案、课件、论文、素材以及各类教学资源下载，还有大量而丰富的教学相关资讯！" type="#_x0000_t75" style="height:8pt;width:13.95pt;" o:ole="t" filled="f" o:preferrelative="t" stroked="f" coordsize="21600,21600">
            <v:path/>
            <v:fill on="f" focussize="0,0"/>
            <v:stroke on="f" joinstyle="miter"/>
            <v:imagedata r:id="rId3975" o:title="eqIddaa5e9bd516f6282483b92cfe6074623"/>
            <o:lock v:ext="edit" aspectratio="t"/>
            <w10:wrap type="none"/>
            <w10:anchorlock/>
          </v:shape>
        </w:pict>
      </w:r>
      <w:r>
        <w:rPr>
          <w:rFonts w:ascii="宋体" w:hAnsi="宋体" w:eastAsia="宋体" w:cs="宋体"/>
          <w:color w:val="000000"/>
        </w:rPr>
        <w:t>，</w:t>
      </w:r>
      <w:r>
        <w:pict>
          <v:shape id="_x0000_i718969"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3976" o:title="eqId56a59fbd6812a044c767944dd833a704"/>
            <o:lock v:ext="edit" aspectratio="t"/>
            <w10:wrap type="none"/>
            <w10:anchorlock/>
          </v:shape>
        </w:pict>
      </w:r>
      <w:r>
        <w:rPr>
          <w:rFonts w:ascii="宋体" w:hAnsi="宋体" w:eastAsia="宋体" w:cs="宋体"/>
          <w:color w:val="000000"/>
        </w:rPr>
        <w:t>共</w:t>
      </w:r>
      <w:r>
        <w:rPr>
          <w:rFonts w:ascii="Times New Roman" w:hAnsi="Times New Roman" w:eastAsia="Times New Roman" w:cs="Times New Roman"/>
          <w:color w:val="000000"/>
        </w:rPr>
        <w:t>8</w:t>
      </w:r>
      <w:r>
        <w:rPr>
          <w:rFonts w:ascii="宋体" w:hAnsi="宋体" w:eastAsia="宋体" w:cs="宋体"/>
          <w:color w:val="000000"/>
        </w:rPr>
        <w:t>个；</w:t>
      </w:r>
    </w:p>
    <w:p>
      <w:pPr>
        <w:spacing w:line="360" w:lineRule="auto"/>
        <w:jc w:val="both"/>
        <w:textAlignment w:val="center"/>
        <w:rPr>
          <w:color w:val="000000"/>
        </w:rPr>
      </w:pPr>
      <w:r>
        <w:rPr>
          <w:rFonts w:ascii="宋体" w:hAnsi="宋体" w:eastAsia="宋体" w:cs="宋体"/>
          <w:color w:val="000000"/>
        </w:rPr>
        <w:t>当</w:t>
      </w:r>
      <w:r>
        <w:pict>
          <v:shape id="_x0000_i718970" o:spt="75" alt="学科网(www.zxxk.com)--教育资源门户，提供试卷、教案、课件、论文、素材以及各类教学资源下载，还有大量而丰富的教学相关资讯！" type="#_x0000_t75" style="height:13.75pt;width:31.95pt;" o:ole="t" filled="f" o:preferrelative="t" stroked="f" coordsize="21600,21600">
            <v:path/>
            <v:fill on="f" focussize="0,0"/>
            <v:stroke on="f" joinstyle="miter"/>
            <v:imagedata r:id="rId3977" o:title="eqIdb86304c3e26200299a0480641525a283"/>
            <o:lock v:ext="edit" aspectratio="t"/>
            <w10:wrap type="none"/>
            <w10:anchorlock/>
          </v:shape>
        </w:pict>
      </w:r>
      <w:r>
        <w:rPr>
          <w:rFonts w:ascii="宋体" w:hAnsi="宋体" w:eastAsia="宋体" w:cs="宋体"/>
          <w:color w:val="000000"/>
        </w:rPr>
        <w:t>时，</w:t>
      </w:r>
      <w:r>
        <w:pict>
          <v:shape id="_x0000_i718971" o:spt="75" alt="学科网(www.zxxk.com)--教育资源门户，提供试卷、教案、课件、论文、素材以及各类教学资源下载，还有大量而丰富的教学相关资讯！" type="#_x0000_t75" style="height:32.25pt;width:62.25pt;" o:ole="t" filled="f" o:preferrelative="t" stroked="f" coordsize="21600,21600">
            <v:path/>
            <v:fill on="f" focussize="0,0"/>
            <v:stroke on="f" joinstyle="miter"/>
            <v:imagedata r:id="rId3978" o:title="eqIdacc402a9a72b40d8d42a15ff465af2d9"/>
            <o:lock v:ext="edit" aspectratio="t"/>
            <w10:wrap type="none"/>
            <w10:anchorlock/>
          </v:shape>
        </w:pict>
      </w:r>
      <w:r>
        <w:rPr>
          <w:rFonts w:ascii="宋体" w:hAnsi="宋体" w:eastAsia="宋体" w:cs="宋体"/>
          <w:color w:val="000000"/>
        </w:rPr>
        <w:t>，所以</w:t>
      </w:r>
      <w:r>
        <w:pict>
          <v:shape id="_x0000_i718972" o:spt="75" alt="学科网(www.zxxk.com)--教育资源门户，提供试卷、教案、课件、论文、素材以及各类教学资源下载，还有大量而丰富的教学相关资讯！" type="#_x0000_t75" style="height:32.25pt;width:60.75pt;" o:ole="t" filled="f" o:preferrelative="t" stroked="f" coordsize="21600,21600">
            <v:path/>
            <v:fill on="f" focussize="0,0"/>
            <v:stroke on="f" joinstyle="miter"/>
            <v:imagedata r:id="rId3979" o:title="eqId07e0a36da4787513dbdd1188ec8f5f0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8973" o:spt="75" alt="学科网(www.zxxk.com)--教育资源门户，提供试卷、教案、课件、论文、素材以及各类教学资源下载，还有大量而丰富的教学相关资讯！" type="#_x0000_t75" style="height:12.75pt;width:32.25pt;" o:ole="t" filled="f" o:preferrelative="t" stroked="f" coordsize="21600,21600">
            <v:path/>
            <v:fill on="f" focussize="0,0"/>
            <v:stroke on="f" joinstyle="miter"/>
            <v:imagedata r:id="rId3980" o:title="eqIdd217c7b12e12e5fb67472452518859e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所以</w:t>
      </w:r>
      <w:r>
        <w:pict>
          <v:shape id="_x0000_i718974" o:spt="75" alt="学科网(www.zxxk.com)--教育资源门户，提供试卷、教案、课件、论文、素材以及各类教学资源下载，还有大量而丰富的教学相关资讯！" type="#_x0000_t75" style="height:11.25pt;width:34.5pt;" o:ole="t" filled="f" o:preferrelative="t" stroked="f" coordsize="21600,21600">
            <v:path/>
            <v:fill on="f" focussize="0,0"/>
            <v:stroke on="f" joinstyle="miter"/>
            <v:imagedata r:id="rId3981" o:title="eqId7326ea56be82bd616fec7e6aa3c884c8"/>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75" o:spt="75" alt="学科网(www.zxxk.com)--教育资源门户，提供试卷、教案、课件、论文、素材以及各类教学资源下载，还有大量而丰富的教学相关资讯！" type="#_x0000_t75" style="height:32.25pt;width:57.75pt;" o:ole="t" filled="f" o:preferrelative="t" stroked="f" coordsize="21600,21600">
            <v:path/>
            <v:fill on="f" focussize="0,0"/>
            <v:stroke on="f" joinstyle="miter"/>
            <v:imagedata r:id="rId3982" o:title="eqId742a5ad2cbb90c5a6731a8766a7c6791"/>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即</w:t>
      </w:r>
      <w:r>
        <w:pict>
          <v:shape id="_x0000_i718976" o:spt="75" alt="学科网(www.zxxk.com)--教育资源门户，提供试卷、教案、课件、论文、素材以及各类教学资源下载，还有大量而丰富的教学相关资讯！" type="#_x0000_t75" style="height:32.25pt;width:62.25pt;" o:ole="t" filled="f" o:preferrelative="t" stroked="f" coordsize="21600,21600">
            <v:path/>
            <v:fill on="f" focussize="0,0"/>
            <v:stroke on="f" joinstyle="miter"/>
            <v:imagedata r:id="rId3983" o:title="eqIda5de527898f1eb23d6c7b54ab377eff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18977"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3984" o:title="eqIdfcedafaf11179e48c5c04e4dbcd2a429"/>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所以</w:t>
      </w:r>
      <w:r>
        <w:pict>
          <v:shape id="_x0000_i718978" o:spt="75" alt="学科网(www.zxxk.com)--教育资源门户，提供试卷、教案、课件、论文、素材以及各类教学资源下载，还有大量而丰富的教学相关资讯！" type="#_x0000_t75" style="height:14.25pt;width:72.75pt;" o:ole="t" filled="f" o:preferrelative="t" stroked="f" coordsize="21600,21600">
            <v:path/>
            <v:fill on="f" focussize="0,0"/>
            <v:stroke on="f" joinstyle="miter"/>
            <v:imagedata r:id="rId3985" o:title="eqId1d9baacced6911a3e993e65084c4985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所以</w:t>
      </w:r>
      <w:r>
        <w:pict>
          <v:shape id="_x0000_i71897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3986" o:title="eqId0a6936d370d6a238a608ca56f87198de"/>
            <o:lock v:ext="edit" aspectratio="t"/>
            <w10:wrap type="none"/>
            <w10:anchorlock/>
          </v:shape>
        </w:pict>
      </w:r>
      <w:r>
        <w:rPr>
          <w:rFonts w:ascii="宋体" w:hAnsi="宋体" w:eastAsia="宋体" w:cs="宋体"/>
          <w:color w:val="000000"/>
        </w:rPr>
        <w:t>可取</w:t>
      </w:r>
      <w:r>
        <w:pict>
          <v:shape id="_x0000_i718980" o:spt="75" alt="学科网(www.zxxk.com)--教育资源门户，提供试卷、教案、课件、论文、素材以及各类教学资源下载，还有大量而丰富的教学相关资讯！" type="#_x0000_t75" style="height:31.25pt;width:21.75pt;" o:ole="t" filled="f" o:preferrelative="t" stroked="f" coordsize="21600,21600">
            <v:path/>
            <v:fill on="f" focussize="0,0"/>
            <v:stroke on="f" joinstyle="miter"/>
            <v:imagedata r:id="rId3987" o:title="eqIddb67e9562ed5ac42bc81d0911bf9887a"/>
            <o:lock v:ext="edit" aspectratio="t"/>
            <w10:wrap type="none"/>
            <w10:anchorlock/>
          </v:shape>
        </w:pict>
      </w:r>
      <w:r>
        <w:rPr>
          <w:rFonts w:ascii="宋体" w:hAnsi="宋体" w:eastAsia="宋体" w:cs="宋体"/>
          <w:color w:val="000000"/>
        </w:rPr>
        <w:t>，</w:t>
      </w:r>
      <w:r>
        <w:pict>
          <v:shape id="_x0000_i718981" o:spt="75" alt="学科网(www.zxxk.com)--教育资源门户，提供试卷、教案、课件、论文、素材以及各类教学资源下载，还有大量而丰富的教学相关资讯！" type="#_x0000_t75" style="height:31pt;width:22pt;" o:ole="t" filled="f" o:preferrelative="t" stroked="f" coordsize="21600,21600">
            <v:path/>
            <v:fill on="f" focussize="0,0"/>
            <v:stroke on="f" joinstyle="miter"/>
            <v:imagedata r:id="rId3988" o:title="eqIdf1e7a703b2715a5cf519bec429d6bab2"/>
            <o:lock v:ext="edit" aspectratio="t"/>
            <w10:wrap type="none"/>
            <w10:anchorlock/>
          </v:shape>
        </w:pict>
      </w:r>
      <w:r>
        <w:rPr>
          <w:rFonts w:ascii="宋体" w:hAnsi="宋体" w:eastAsia="宋体" w:cs="宋体"/>
          <w:color w:val="000000"/>
        </w:rPr>
        <w:t>，</w:t>
      </w:r>
      <w:r>
        <w:pict>
          <v:shape id="_x0000_i718982"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3989" o:title="eqId074a9ea2a83865357979686b2865822a"/>
            <o:lock v:ext="edit" aspectratio="t"/>
            <w10:wrap type="none"/>
            <w10:anchorlock/>
          </v:shape>
        </w:pict>
      </w:r>
      <w:r>
        <w:rPr>
          <w:rFonts w:ascii="宋体" w:hAnsi="宋体" w:eastAsia="宋体" w:cs="宋体"/>
          <w:color w:val="000000"/>
        </w:rPr>
        <w:t>，</w:t>
      </w:r>
      <w:r>
        <w:pict>
          <v:shape id="_x0000_i718983" o:spt="75" alt="学科网(www.zxxk.com)--教育资源门户，提供试卷、教案、课件、论文、素材以及各类教学资源下载，还有大量而丰富的教学相关资讯！" type="#_x0000_t75" style="height:8pt;width:13.95pt;" o:ole="t" filled="f" o:preferrelative="t" stroked="f" coordsize="21600,21600">
            <v:path/>
            <v:fill on="f" focussize="0,0"/>
            <v:stroke on="f" joinstyle="miter"/>
            <v:imagedata r:id="rId3990" o:title="eqIddaa5e9bd516f6282483b92cfe6074623"/>
            <o:lock v:ext="edit" aspectratio="t"/>
            <w10:wrap type="none"/>
            <w10:anchorlock/>
          </v:shape>
        </w:pict>
      </w:r>
      <w:r>
        <w:rPr>
          <w:rFonts w:ascii="宋体" w:hAnsi="宋体" w:eastAsia="宋体" w:cs="宋体"/>
          <w:color w:val="000000"/>
        </w:rPr>
        <w:t>，</w:t>
      </w:r>
      <w:r>
        <w:pict>
          <v:shape id="_x0000_i718984"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3991" o:title="eqId56a59fbd6812a044c767944dd833a704"/>
            <o:lock v:ext="edit" aspectratio="t"/>
            <w10:wrap type="none"/>
            <w10:anchorlock/>
          </v:shape>
        </w:pict>
      </w:r>
      <w:r>
        <w:rPr>
          <w:rFonts w:ascii="宋体" w:hAnsi="宋体" w:eastAsia="宋体" w:cs="宋体"/>
          <w:color w:val="000000"/>
        </w:rPr>
        <w:t>共</w:t>
      </w:r>
      <w:r>
        <w:rPr>
          <w:rFonts w:ascii="Times New Roman" w:hAnsi="Times New Roman" w:eastAsia="Times New Roman" w:cs="Times New Roman"/>
          <w:color w:val="000000"/>
        </w:rPr>
        <w:t>38</w:t>
      </w:r>
      <w:r>
        <w:rPr>
          <w:rFonts w:ascii="宋体" w:hAnsi="宋体" w:eastAsia="宋体" w:cs="宋体"/>
          <w:color w:val="000000"/>
        </w:rPr>
        <w:t>个，</w:t>
      </w:r>
    </w:p>
    <w:p>
      <w:pPr>
        <w:spacing w:line="360" w:lineRule="auto"/>
        <w:jc w:val="both"/>
        <w:textAlignment w:val="center"/>
        <w:rPr>
          <w:color w:val="000000"/>
        </w:rPr>
      </w:pPr>
      <w:r>
        <w:pict>
          <v:shape id="_x0000_i718985"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3992" o:title="eqId1fb104a44627895adbf893b9472d1dee"/>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8986"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3993" o:title="eqId2de0d10ef8b748d4531250c37c5d3f9e"/>
            <o:lock v:ext="edit" aspectratio="t"/>
            <w10:wrap type="none"/>
            <w10:anchorlock/>
          </v:shape>
        </w:pict>
      </w:r>
      <w:r>
        <w:rPr>
          <w:rFonts w:ascii="宋体" w:hAnsi="宋体" w:eastAsia="宋体" w:cs="宋体"/>
          <w:color w:val="000000"/>
        </w:rPr>
        <w:t>美好点一共有</w:t>
      </w:r>
      <w:r>
        <w:rPr>
          <w:rFonts w:ascii="Times New Roman" w:hAnsi="Times New Roman" w:eastAsia="Times New Roman" w:cs="Times New Roman"/>
          <w:color w:val="000000"/>
        </w:rPr>
        <w:t>46</w:t>
      </w:r>
      <w:r>
        <w:rPr>
          <w:rFonts w:ascii="宋体" w:hAnsi="宋体" w:eastAsia="宋体" w:cs="宋体"/>
          <w:color w:val="000000"/>
        </w:rPr>
        <w:t>个；</w:t>
      </w:r>
    </w:p>
    <w:p>
      <w:pPr>
        <w:spacing w:line="360" w:lineRule="auto"/>
        <w:jc w:val="both"/>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46</w:t>
      </w:r>
      <w:r>
        <w:rPr>
          <w:rFonts w:ascii="宋体" w:hAnsi="宋体" w:eastAsia="宋体" w:cs="宋体"/>
          <w:color w:val="000000"/>
        </w:rPr>
        <w:t>．</w:t>
      </w:r>
    </w:p>
    <w:p>
      <w:pPr>
        <w:pStyle w:val="Heading2"/>
      </w:pPr>
      <w:r>
        <w:t>丰台区</w:t>
      </w:r>
    </w:p>
    <w:p>
      <w:pPr>
        <w:spacing w:line="360" w:lineRule="auto"/>
        <w:jc w:val="left"/>
        <w:textAlignment w:val="center"/>
        <w:rPr>
          <w:color w:val="000000"/>
        </w:rPr>
      </w:pPr>
      <w:r>
        <w:rPr>
          <w:color w:val="000000"/>
        </w:rPr>
        <w:t xml:space="preserve">26. </w:t>
      </w:r>
      <w:r>
        <w:rPr>
          <w:rFonts w:ascii="宋体" w:hAnsi="宋体" w:eastAsia="宋体" w:cs="宋体"/>
          <w:color w:val="000000"/>
        </w:rPr>
        <w:t>已知</w:t>
      </w:r>
      <w:r>
        <w:pict>
          <v:shape id="_x0000_i718987"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3994" o:title="eqId655085672c6bac837c4b54306d63cc63"/>
            <o:lock v:ext="edit" aspectratio="t"/>
            <w10:wrap type="none"/>
            <w10:anchorlock/>
          </v:shape>
        </w:pict>
      </w:r>
      <w:r>
        <w:rPr>
          <w:rFonts w:ascii="宋体" w:hAnsi="宋体" w:eastAsia="宋体" w:cs="宋体"/>
          <w:color w:val="000000"/>
        </w:rPr>
        <w:t>，作射线</w:t>
      </w:r>
      <w:r>
        <w:pict>
          <v:shape id="_x0000_i71898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3995" o:title="eqId828628c0876b45381c9a0edeb0fec236"/>
            <o:lock v:ext="edit" aspectratio="t"/>
            <w10:wrap type="none"/>
            <w10:anchorlock/>
          </v:shape>
        </w:pict>
      </w:r>
      <w:r>
        <w:rPr>
          <w:rFonts w:ascii="宋体" w:hAnsi="宋体" w:eastAsia="宋体" w:cs="宋体"/>
          <w:color w:val="000000"/>
        </w:rPr>
        <w:t>，</w:t>
      </w:r>
      <w:r>
        <w:pict>
          <v:shape id="_x0000_i718989"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3996" o:title="eqIdfcbec8352ce3dbfbf3b173045d0ba8f2"/>
            <o:lock v:ext="edit" aspectratio="t"/>
            <w10:wrap type="none"/>
            <w10:anchorlock/>
          </v:shape>
        </w:pict>
      </w:r>
      <w:r>
        <w:rPr>
          <w:rFonts w:ascii="宋体" w:hAnsi="宋体" w:eastAsia="宋体" w:cs="宋体"/>
          <w:color w:val="000000"/>
        </w:rPr>
        <w:t>，射线</w:t>
      </w:r>
      <w:r>
        <w:pict>
          <v:shape id="_x0000_i718990"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3997" o:title="eqId683c590673eece14fea3319c4fd5eb55"/>
            <o:lock v:ext="edit" aspectratio="t"/>
            <w10:wrap type="none"/>
            <w10:anchorlock/>
          </v:shape>
        </w:pict>
      </w:r>
      <w:r>
        <w:rPr>
          <w:rFonts w:ascii="宋体" w:hAnsi="宋体" w:eastAsia="宋体" w:cs="宋体"/>
          <w:color w:val="000000"/>
        </w:rPr>
        <w:t>，</w:t>
      </w:r>
      <w:r>
        <w:pict>
          <v:shape id="_x0000_i718991"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3998" o:title="eqIda299d2b999568e80be8005565ba209a4"/>
            <o:lock v:ext="edit" aspectratio="t"/>
            <w10:wrap type="none"/>
            <w10:anchorlock/>
          </v:shape>
        </w:pict>
      </w:r>
      <w:r>
        <w:rPr>
          <w:rFonts w:ascii="宋体" w:hAnsi="宋体" w:eastAsia="宋体" w:cs="宋体"/>
          <w:color w:val="000000"/>
        </w:rPr>
        <w:t>分别是</w:t>
      </w:r>
      <w:r>
        <w:pict>
          <v:shape id="_x0000_i71899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999" o:title="eqId6d7b2fe01a33c4825f9974ed9663a99c"/>
            <o:lock v:ext="edit" aspectratio="t"/>
            <w10:wrap type="none"/>
            <w10:anchorlock/>
          </v:shape>
        </w:pict>
      </w:r>
      <w:r>
        <w:rPr>
          <w:rFonts w:ascii="宋体" w:hAnsi="宋体" w:eastAsia="宋体" w:cs="宋体"/>
          <w:color w:val="000000"/>
        </w:rPr>
        <w:t>，</w:t>
      </w:r>
      <w:r>
        <w:pict>
          <v:shape id="_x0000_i71899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00" o:title="eqIdd22df2977de56cc69be0c1e847653d7a"/>
            <o:lock v:ext="edit" aspectratio="t"/>
            <w10:wrap type="none"/>
            <w10:anchorlock/>
          </v:shape>
        </w:pict>
      </w:r>
      <w:r>
        <w:rPr>
          <w:rFonts w:ascii="宋体" w:hAnsi="宋体" w:eastAsia="宋体" w:cs="宋体"/>
          <w:color w:val="000000"/>
        </w:rPr>
        <w:t>的平分线．</w:t>
      </w:r>
    </w:p>
    <w:p>
      <w:pPr>
        <w:spacing w:line="360" w:lineRule="auto"/>
        <w:jc w:val="left"/>
        <w:textAlignment w:val="center"/>
        <w:rPr>
          <w:color w:val="000000"/>
        </w:rPr>
      </w:pPr>
      <w:r>
        <w:rPr>
          <w:color w:val="000000"/>
        </w:rPr>
        <w:t>（1）</w:t>
      </w:r>
      <w:r>
        <w:rPr>
          <w:rFonts w:ascii="宋体" w:hAnsi="宋体" w:eastAsia="宋体" w:cs="宋体"/>
          <w:color w:val="000000"/>
        </w:rPr>
        <w:t>当射线</w:t>
      </w:r>
      <w:r>
        <w:pict>
          <v:shape id="_x0000_i718994"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001" o:title="eqId828628c0876b45381c9a0edeb0fec236"/>
            <o:lock v:ext="edit" aspectratio="t"/>
            <w10:wrap type="none"/>
            <w10:anchorlock/>
          </v:shape>
        </w:pict>
      </w:r>
      <w:r>
        <w:rPr>
          <w:rFonts w:ascii="宋体" w:hAnsi="宋体" w:eastAsia="宋体" w:cs="宋体"/>
          <w:color w:val="000000"/>
        </w:rPr>
        <w:t>在</w:t>
      </w:r>
      <w:r>
        <w:pict>
          <v:shape id="_x0000_i71899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02" o:title="eqId6d7b2fe01a33c4825f9974ed9663a99c"/>
            <o:lock v:ext="edit" aspectratio="t"/>
            <w10:wrap type="none"/>
            <w10:anchorlock/>
          </v:shape>
        </w:pict>
      </w:r>
      <w:r>
        <w:rPr>
          <w:rFonts w:ascii="宋体" w:hAnsi="宋体" w:eastAsia="宋体" w:cs="宋体"/>
          <w:color w:val="000000"/>
        </w:rPr>
        <w:t>的内部时，</w:t>
      </w:r>
    </w:p>
    <w:p>
      <w:pPr>
        <w:spacing w:line="360" w:lineRule="auto"/>
        <w:jc w:val="left"/>
        <w:textAlignment w:val="center"/>
        <w:rPr>
          <w:color w:val="000000"/>
        </w:rPr>
      </w:pPr>
      <w:r>
        <w:rPr>
          <w:rFonts w:ascii="宋体" w:hAnsi="宋体" w:eastAsia="宋体" w:cs="宋体"/>
          <w:color w:val="000000"/>
        </w:rPr>
        <w:t>①如图</w:t>
      </w:r>
      <w:r>
        <w:rPr>
          <w:rFonts w:ascii="Times New Roman" w:hAnsi="Times New Roman" w:eastAsia="Times New Roman" w:cs="Times New Roman"/>
          <w:color w:val="000000"/>
        </w:rPr>
        <w:t>1</w:t>
      </w:r>
      <w:r>
        <w:rPr>
          <w:rFonts w:ascii="宋体" w:hAnsi="宋体" w:eastAsia="宋体" w:cs="宋体"/>
          <w:color w:val="000000"/>
        </w:rPr>
        <w:t>，若</w:t>
      </w:r>
      <w:r>
        <w:pict>
          <v:shape id="_x0000_i718996" o:spt="75" alt="学科网(www.zxxk.com)--教育资源门户，提供试卷、教案、课件、论文、素材以及各类教学资源下载，还有大量而丰富的教学相关资讯！" type="#_x0000_t75" style="height:14.25pt;width:40.75pt;" o:ole="t" filled="f" o:preferrelative="t" stroked="f" coordsize="21600,21600">
            <v:path/>
            <v:fill on="f" focussize="0,0"/>
            <v:stroke on="f" joinstyle="miter"/>
            <v:imagedata r:id="rId4003" o:title="eqIdb6c96cb3ac8290e09c55d4eb336a8608"/>
            <o:lock v:ext="edit" aspectratio="t"/>
            <w10:wrap type="none"/>
            <w10:anchorlock/>
          </v:shape>
        </w:pict>
      </w:r>
      <w:r>
        <w:rPr>
          <w:rFonts w:ascii="宋体" w:hAnsi="宋体" w:eastAsia="宋体" w:cs="宋体"/>
          <w:color w:val="000000"/>
        </w:rPr>
        <w:t>，则</w:t>
      </w:r>
      <w:r>
        <w:pict>
          <v:shape id="_x0000_i718997"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4004" o:title="eqId4cbee6d5731d6f4bb1e4f2ba3d89b7dc"/>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2</w:t>
      </w:r>
      <w:r>
        <w:rPr>
          <w:rFonts w:ascii="宋体" w:hAnsi="宋体" w:eastAsia="宋体" w:cs="宋体"/>
          <w:color w:val="000000"/>
        </w:rPr>
        <w:t>，若</w:t>
      </w:r>
      <w:r>
        <w:pict>
          <v:shape id="_x0000_i718998" o:spt="75" alt="学科网(www.zxxk.com)--教育资源门户，提供试卷、教案、课件、论文、素材以及各类教学资源下载，还有大量而丰富的教学相关资讯！" type="#_x0000_t75" style="height:14.4pt;width:67.2pt;" o:ole="t" filled="f" o:preferrelative="t" stroked="f" coordsize="21600,21600">
            <v:path/>
            <v:fill on="f" focussize="0,0"/>
            <v:stroke on="f" joinstyle="miter"/>
            <v:imagedata r:id="rId4005" o:title="eqIdbf382eaffb4ab66bff60b66833666adb"/>
            <o:lock v:ext="edit" aspectratio="t"/>
            <w10:wrap type="none"/>
            <w10:anchorlock/>
          </v:shape>
        </w:pict>
      </w:r>
      <w:r>
        <w:rPr>
          <w:rFonts w:ascii="宋体" w:hAnsi="宋体" w:eastAsia="宋体" w:cs="宋体"/>
          <w:color w:val="000000"/>
        </w:rPr>
        <w:t>，补全图形，并求</w:t>
      </w:r>
      <w:r>
        <w:pict>
          <v:shape id="_x0000_i718999"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4006" o:title="eqId4cbee6d5731d6f4bb1e4f2ba3d89b7dc"/>
            <o:lock v:ext="edit" aspectratio="t"/>
            <w10:wrap type="none"/>
            <w10:anchorlock/>
          </v:shape>
        </w:pict>
      </w:r>
      <w:r>
        <w:rPr>
          <w:rFonts w:ascii="宋体" w:hAnsi="宋体" w:eastAsia="宋体" w:cs="宋体"/>
          <w:color w:val="000000"/>
        </w:rPr>
        <w:t>的度数（用含</w:t>
      </w:r>
      <w:r>
        <w:pict>
          <v:shape id="_x0000_i719000"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4007" o:title="eqIde170f206fdbbd834aad7580c727e2cc6"/>
            <o:lock v:ext="edit" aspectratio="t"/>
            <w10:wrap type="none"/>
            <w10:anchorlock/>
          </v:shape>
        </w:pict>
      </w:r>
      <w:r>
        <w:rPr>
          <w:rFonts w:ascii="宋体" w:hAnsi="宋体" w:eastAsia="宋体" w:cs="宋体"/>
          <w:color w:val="000000"/>
        </w:rPr>
        <w:t xml:space="preserve">的式子表示）． </w:t>
      </w:r>
    </w:p>
    <w:p>
      <w:pPr>
        <w:spacing w:line="360" w:lineRule="auto"/>
        <w:jc w:val="left"/>
        <w:textAlignment w:val="center"/>
        <w:rPr>
          <w:color w:val="000000"/>
        </w:rPr>
      </w:pPr>
      <w:r>
        <w:rPr>
          <w:rFonts w:ascii="宋体" w:hAnsi="宋体" w:eastAsia="宋体" w:cs="宋体"/>
          <w:color w:val="000000"/>
        </w:rPr>
        <w:t>下面是小东的解答过程，请你补充完整．</w:t>
      </w:r>
    </w:p>
    <w:p>
      <w:pPr>
        <w:spacing w:line="360" w:lineRule="auto"/>
        <w:jc w:val="left"/>
        <w:textAlignment w:val="center"/>
        <w:rPr>
          <w:color w:val="000000"/>
        </w:rPr>
      </w:pPr>
      <w:r>
        <w:rPr>
          <w:rFonts w:ascii="宋体" w:hAnsi="宋体" w:eastAsia="宋体" w:cs="宋体"/>
          <w:color w:val="000000"/>
        </w:rPr>
        <w:t>解：因为</w:t>
      </w:r>
      <w:r>
        <w:pict>
          <v:shape id="_x0000_i719001"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008" o:title="eqId683c590673eece14fea3319c4fd5eb55"/>
            <o:lock v:ext="edit" aspectratio="t"/>
            <w10:wrap type="none"/>
            <w10:anchorlock/>
          </v:shape>
        </w:pict>
      </w:r>
      <w:r>
        <w:rPr>
          <w:rFonts w:ascii="宋体" w:hAnsi="宋体" w:eastAsia="宋体" w:cs="宋体"/>
          <w:color w:val="000000"/>
        </w:rPr>
        <w:t>是</w:t>
      </w:r>
      <w:r>
        <w:pict>
          <v:shape id="_x0000_i71900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09" o:title="eqId6d7b2fe01a33c4825f9974ed9663a99c"/>
            <o:lock v:ext="edit" aspectratio="t"/>
            <w10:wrap type="none"/>
            <w10:anchorlock/>
          </v:shape>
        </w:pict>
      </w:r>
      <w:r>
        <w:rPr>
          <w:rFonts w:ascii="宋体" w:hAnsi="宋体" w:eastAsia="宋体" w:cs="宋体"/>
          <w:color w:val="000000"/>
        </w:rPr>
        <w:t>的平分线，且</w:t>
      </w:r>
      <w:r>
        <w:pict>
          <v:shape id="_x0000_i719003"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4010" o:title="eqId655085672c6bac837c4b54306d63cc6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19004" o:spt="75" alt="学科网(www.zxxk.com)--教育资源门户，提供试卷、教案、课件、论文、素材以及各类教学资源下载，还有大量而丰富的教学相关资讯！" type="#_x0000_t75" style="height:27.6pt;width:105.6pt;" o:ole="t" filled="f" o:preferrelative="t" stroked="f" coordsize="21600,21600">
            <v:path/>
            <v:fill on="f" focussize="0,0"/>
            <v:stroke on="f" joinstyle="miter"/>
            <v:imagedata r:id="rId4011" o:title="eqId91db8768acf4ac85dacaca38ede3a97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__________</w:t>
      </w:r>
      <w:r>
        <w:rPr>
          <w:rFonts w:ascii="宋体" w:hAnsi="宋体" w:eastAsia="宋体" w:cs="宋体"/>
          <w:color w:val="000000"/>
        </w:rPr>
        <w:t>）（填写推理依据）．</w:t>
      </w:r>
    </w:p>
    <w:p>
      <w:pPr>
        <w:spacing w:line="360" w:lineRule="auto"/>
        <w:jc w:val="left"/>
        <w:textAlignment w:val="center"/>
        <w:rPr>
          <w:color w:val="000000"/>
        </w:rPr>
      </w:pPr>
      <w:r>
        <w:rPr>
          <w:rFonts w:ascii="宋体" w:hAnsi="宋体" w:eastAsia="宋体" w:cs="宋体"/>
          <w:color w:val="000000"/>
        </w:rPr>
        <w:t>因为</w:t>
      </w:r>
      <w:r>
        <w:pict>
          <v:shape id="_x0000_i71900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012" o:title="eqIda299d2b999568e80be8005565ba209a4"/>
            <o:lock v:ext="edit" aspectratio="t"/>
            <w10:wrap type="none"/>
            <w10:anchorlock/>
          </v:shape>
        </w:pict>
      </w:r>
      <w:r>
        <w:rPr>
          <w:rFonts w:ascii="宋体" w:hAnsi="宋体" w:eastAsia="宋体" w:cs="宋体"/>
          <w:color w:val="000000"/>
        </w:rPr>
        <w:t>是</w:t>
      </w:r>
      <w:r>
        <w:pict>
          <v:shape id="_x0000_i71900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13" o:title="eqIdd22df2977de56cc69be0c1e847653d7a"/>
            <o:lock v:ext="edit" aspectratio="t"/>
            <w10:wrap type="none"/>
            <w10:anchorlock/>
          </v:shape>
        </w:pict>
      </w:r>
      <w:r>
        <w:rPr>
          <w:rFonts w:ascii="宋体" w:hAnsi="宋体" w:eastAsia="宋体" w:cs="宋体"/>
          <w:color w:val="000000"/>
        </w:rPr>
        <w:t>的平分线，且</w:t>
      </w:r>
      <w:r>
        <w:pict>
          <v:shape id="_x0000_i719007"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4014" o:title="eqIdfcbec8352ce3dbfbf3b173045d0ba8f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19008" o:spt="75" alt="学科网(www.zxxk.com)--教育资源门户，提供试卷、教案、课件、论文、素材以及各类教学资源下载，还有大量而丰富的教学相关资讯！" type="#_x0000_t75" style="height:31.2pt;width:101.4pt;" o:ole="t" filled="f" o:preferrelative="t" stroked="f" coordsize="21600,21600">
            <v:path/>
            <v:fill on="f" focussize="0,0"/>
            <v:stroke on="f" joinstyle="miter"/>
            <v:imagedata r:id="rId4015" o:title="eqId75a03aadc47b47ef514e7a68d7b5ae4c"/>
            <o:lock v:ext="edit" aspectratio="t"/>
            <w10:wrap type="none"/>
            <w10:anchorlock/>
          </v:shape>
        </w:pic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19009" o:spt="75" alt="学科网(www.zxxk.com)--教育资源门户，提供试卷、教案、课件、论文、素材以及各类教学资源下载，还有大量而丰富的教学相关资讯！" type="#_x0000_t75" style="height:14.25pt;width:46.5pt;" o:ole="t" filled="f" o:preferrelative="t" stroked="f" coordsize="21600,21600">
            <v:path/>
            <v:fill on="f" focussize="0,0"/>
            <v:stroke on="f" joinstyle="miter"/>
            <v:imagedata r:id="rId4016" o:title="eqIdb600f913d6d700bbd332b34220b78a21"/>
            <o:lock v:ext="edit" aspectratio="t"/>
            <w10:wrap type="none"/>
            <w10:anchorlock/>
          </v:shape>
        </w:pict>
      </w:r>
      <w:r>
        <w:rPr>
          <w:rFonts w:ascii="Times New Roman" w:hAnsi="Times New Roman" w:eastAsia="Times New Roman" w:cs="Times New Roman"/>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48000" cy="1266825"/>
            <wp:effectExtent l="0" t="0" r="0" b="0"/>
            <wp:docPr id="3797"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 name="图片 100041" descr="学科网(www.zxxk.com)--教育资源门户，提供试卷、教案、课件、论文、素材以及各类教学资源下载，还有大量而丰富的教学相关资讯！"/>
                    <pic:cNvPicPr>
                      <a:picLocks noChangeAspect="1"/>
                    </pic:cNvPicPr>
                  </pic:nvPicPr>
                  <pic:blipFill>
                    <a:blip r:embed="rId4017"/>
                    <a:stretch>
                      <a:fillRect/>
                    </a:stretch>
                  </pic:blipFill>
                  <pic:spPr>
                    <a:xfrm>
                      <a:off x="0" y="0"/>
                      <a:ext cx="3048000" cy="12668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当射线</w:t>
      </w:r>
      <w:r>
        <w:pict>
          <v:shape id="_x0000_i719010"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018" o:title="eqId828628c0876b45381c9a0edeb0fec236"/>
            <o:lock v:ext="edit" aspectratio="t"/>
            <w10:wrap type="none"/>
            <w10:anchorlock/>
          </v:shape>
        </w:pict>
      </w:r>
      <w:r>
        <w:rPr>
          <w:rFonts w:ascii="宋体" w:hAnsi="宋体" w:eastAsia="宋体" w:cs="宋体"/>
          <w:color w:val="000000"/>
        </w:rPr>
        <w:t>在</w:t>
      </w:r>
      <w:r>
        <w:pict>
          <v:shape id="_x0000_i71901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19" o:title="eqId6d7b2fe01a33c4825f9974ed9663a99c"/>
            <o:lock v:ext="edit" aspectratio="t"/>
            <w10:wrap type="none"/>
            <w10:anchorlock/>
          </v:shape>
        </w:pict>
      </w:r>
      <w:r>
        <w:rPr>
          <w:rFonts w:ascii="宋体" w:hAnsi="宋体" w:eastAsia="宋体" w:cs="宋体"/>
          <w:color w:val="000000"/>
        </w:rPr>
        <w:t>的外部时，</w:t>
      </w:r>
      <w:r>
        <w:pict>
          <v:shape id="_x0000_i719012"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4020" o:title="eqId4cbee6d5731d6f4bb1e4f2ba3d89b7dc"/>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pict>
          <v:shape id="_x0000_i719013" o:spt="75" alt="学科网(www.zxxk.com)--教育资源门户，提供试卷、教案、课件、论文、素材以及各类教学资源下载，还有大量而丰富的教学相关资讯！" type="#_x0000_t75" style="height:15pt;width:23.25pt;" o:ole="t" filled="f" o:preferrelative="t" stroked="f" coordsize="21600,21600">
            <v:path/>
            <v:fill on="f" focussize="0,0"/>
            <v:stroke on="f" joinstyle="miter"/>
            <v:imagedata r:id="rId4021" o:title="eqId2fb94bd9eb80fb9f5f02f518bb8f2211"/>
            <o:lock v:ext="edit" aspectratio="t"/>
            <w10:wrap type="none"/>
            <w10:anchorlock/>
          </v:shape>
        </w:pict>
      </w:r>
      <w:r>
        <w:rPr>
          <w:rFonts w:ascii="宋体" w:hAnsi="宋体" w:eastAsia="宋体" w:cs="宋体"/>
          <w:color w:val="000000"/>
        </w:rPr>
        <w:t>②作图见详解；</w:t>
      </w:r>
      <w:r>
        <w:pict>
          <v:shape id="_x0000_i719014" o:spt="75" alt="学科网(www.zxxk.com)--教育资源门户，提供试卷、教案、课件、论文、素材以及各类教学资源下载，还有大量而丰富的教学相关资讯！" type="#_x0000_t75" style="height:31pt;width:48.2pt;" o:ole="t" filled="f" o:preferrelative="t" stroked="f" coordsize="21600,21600">
            <v:path/>
            <v:fill on="f" focussize="0,0"/>
            <v:stroke on="f" joinstyle="miter"/>
            <v:imagedata r:id="rId4022" o:title="eqIdbc946193440294ec67713b026d772c59"/>
            <o:lock v:ext="edit" aspectratio="t"/>
            <w10:wrap type="none"/>
            <w10:anchorlock/>
          </v:shape>
        </w:pict>
      </w:r>
      <w:r>
        <w:rPr>
          <w:rFonts w:ascii="宋体" w:hAnsi="宋体" w:eastAsia="宋体" w:cs="宋体"/>
          <w:color w:val="000000"/>
        </w:rPr>
        <w:t>；角的平分线定义；</w:t>
      </w:r>
      <w:r>
        <w:pict>
          <v:shape id="_x0000_i719015" o:spt="75" alt="学科网(www.zxxk.com)--教育资源门户，提供试卷、教案、课件、论文、素材以及各类教学资源下载，还有大量而丰富的教学相关资讯！" type="#_x0000_t75" style="height:30.75pt;width:21pt;" o:ole="t" filled="f" o:preferrelative="t" stroked="f" coordsize="21600,21600">
            <v:path/>
            <v:fill on="f" focussize="0,0"/>
            <v:stroke on="f" joinstyle="miter"/>
            <v:imagedata r:id="rId4023" o:title="eqIde0f888dc7c78bb3b0a017a898571b68f"/>
            <o:lock v:ext="edit" aspectratio="t"/>
            <w10:wrap type="none"/>
            <w10:anchorlock/>
          </v:shape>
        </w:pict>
      </w:r>
      <w:r>
        <w:rPr>
          <w:rFonts w:ascii="宋体" w:hAnsi="宋体" w:eastAsia="宋体" w:cs="宋体"/>
          <w:color w:val="000000"/>
        </w:rPr>
        <w:t>；</w:t>
      </w:r>
      <w:r>
        <w:pict>
          <v:shape id="_x0000_i719016" o:spt="75" alt="学科网(www.zxxk.com)--教育资源门户，提供试卷、教案、课件、论文、素材以及各类教学资源下载，还有大量而丰富的教学相关资讯！" type="#_x0000_t75" style="height:31pt;width:48.2pt;" o:ole="t" filled="f" o:preferrelative="t" stroked="f" coordsize="21600,21600">
            <v:path/>
            <v:fill on="f" focussize="0,0"/>
            <v:stroke on="f" joinstyle="miter"/>
            <v:imagedata r:id="rId4022" o:title="eqIdbc946193440294ec67713b026d772c59"/>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9017" o:spt="75" alt="学科网(www.zxxk.com)--教育资源门户，提供试卷、教案、课件、论文、素材以及各类教学资源下载，还有大量而丰富的教学相关资讯！" type="#_x0000_t75" style="height:31.2pt;width:47.4pt;" o:ole="t" filled="f" o:preferrelative="t" stroked="f" coordsize="21600,21600">
            <v:path/>
            <v:fill on="f" focussize="0,0"/>
            <v:stroke on="f" joinstyle="miter"/>
            <v:imagedata r:id="rId4024" o:title="eqIda10d8cb68c98ac6ca4b644c53537dc8e"/>
            <o:lock v:ext="edit" aspectratio="t"/>
            <w10:wrap type="none"/>
            <w10:anchorlock/>
          </v:shape>
        </w:pict>
      </w:r>
      <w:r>
        <w:rPr>
          <w:rFonts w:ascii="宋体" w:hAnsi="宋体" w:eastAsia="宋体" w:cs="宋体"/>
          <w:color w:val="000000"/>
        </w:rPr>
        <w:t>或</w:t>
      </w:r>
      <w:r>
        <w:pict>
          <v:shape id="_x0000_i719018" o:spt="75" alt="学科网(www.zxxk.com)--教育资源门户，提供试卷、教案、课件、论文、素材以及各类教学资源下载，还有大量而丰富的教学相关资讯！" type="#_x0000_t75" style="height:31.2pt;width:46.2pt;" o:ole="t" filled="f" o:preferrelative="t" stroked="f" coordsize="21600,21600">
            <v:path/>
            <v:fill on="f" focussize="0,0"/>
            <v:stroke on="f" joinstyle="miter"/>
            <v:imagedata r:id="rId4025" o:title="eqId60daa77f3c2f37c04999604c99ee5248"/>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该题主要考查了角的计算以及角平分线定义，解题的关键是画出图象；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）①根据</w:t>
      </w:r>
      <w:r>
        <w:pict>
          <v:shape id="_x0000_i71901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026" o:title="eqId683c590673eece14fea3319c4fd5eb55"/>
            <o:lock v:ext="edit" aspectratio="t"/>
            <w10:wrap type="none"/>
            <w10:anchorlock/>
          </v:shape>
        </w:pict>
      </w:r>
      <w:r>
        <w:rPr>
          <w:rFonts w:ascii="宋体" w:hAnsi="宋体" w:eastAsia="宋体" w:cs="宋体"/>
          <w:color w:val="000000"/>
        </w:rPr>
        <w:t>，</w:t>
      </w:r>
      <w:r>
        <w:pict>
          <v:shape id="_x0000_i719020"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027" o:title="eqIda299d2b999568e80be8005565ba209a4"/>
            <o:lock v:ext="edit" aspectratio="t"/>
            <w10:wrap type="none"/>
            <w10:anchorlock/>
          </v:shape>
        </w:pict>
      </w:r>
      <w:r>
        <w:rPr>
          <w:rFonts w:ascii="宋体" w:hAnsi="宋体" w:eastAsia="宋体" w:cs="宋体"/>
          <w:color w:val="000000"/>
        </w:rPr>
        <w:t>分别是</w:t>
      </w:r>
      <w:r>
        <w:pict>
          <v:shape id="_x0000_i71902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28" o:title="eqId6d7b2fe01a33c4825f9974ed9663a99c"/>
            <o:lock v:ext="edit" aspectratio="t"/>
            <w10:wrap type="none"/>
            <w10:anchorlock/>
          </v:shape>
        </w:pict>
      </w:r>
      <w:r>
        <w:rPr>
          <w:rFonts w:ascii="宋体" w:hAnsi="宋体" w:eastAsia="宋体" w:cs="宋体"/>
          <w:color w:val="000000"/>
        </w:rPr>
        <w:t>，</w:t>
      </w:r>
      <w:r>
        <w:pict>
          <v:shape id="_x0000_i71902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29" o:title="eqIdd22df2977de56cc69be0c1e847653d7a"/>
            <o:lock v:ext="edit" aspectratio="t"/>
            <w10:wrap type="none"/>
            <w10:anchorlock/>
          </v:shape>
        </w:pict>
      </w:r>
      <w:r>
        <w:rPr>
          <w:rFonts w:ascii="宋体" w:hAnsi="宋体" w:eastAsia="宋体" w:cs="宋体"/>
          <w:color w:val="000000"/>
        </w:rPr>
        <w:t>的平分线得出</w:t>
      </w:r>
      <w:r>
        <w:pict>
          <v:shape id="_x0000_i719023" o:spt="75" alt="学科网(www.zxxk.com)--教育资源门户，提供试卷、教案、课件、论文、素材以及各类教学资源下载，还有大量而丰富的教学相关资讯！" type="#_x0000_t75" style="height:31pt;width:279pt;" o:ole="t" filled="f" o:preferrelative="t" stroked="f" coordsize="21600,21600">
            <v:path/>
            <v:fill on="f" focussize="0,0"/>
            <v:stroke on="f" joinstyle="miter"/>
            <v:imagedata r:id="rId4030" o:title="eqIdd97ab25572fded09e1380a3da213cf2b"/>
            <o:lock v:ext="edit" aspectratio="t"/>
            <w10:wrap type="none"/>
            <w10:anchorlock/>
          </v:shape>
        </w:pict>
      </w:r>
      <w:r>
        <w:rPr>
          <w:rFonts w:ascii="宋体" w:hAnsi="宋体" w:eastAsia="宋体" w:cs="宋体"/>
          <w:color w:val="000000"/>
        </w:rPr>
        <w:t>再结合</w:t>
      </w:r>
      <w:r>
        <w:pict>
          <v:shape id="_x0000_i719024"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4031" o:title="eqId655085672c6bac837c4b54306d63cc63"/>
            <o:lock v:ext="edit" aspectratio="t"/>
            <w10:wrap type="none"/>
            <w10:anchorlock/>
          </v:shape>
        </w:pict>
      </w:r>
      <w:r>
        <w:rPr>
          <w:rFonts w:ascii="宋体" w:hAnsi="宋体" w:eastAsia="宋体" w:cs="宋体"/>
          <w:color w:val="000000"/>
        </w:rPr>
        <w:t>，</w:t>
      </w:r>
      <w:r>
        <w:pict>
          <v:shape id="_x0000_i719025"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4032" o:title="eqIdfcbec8352ce3dbfbf3b173045d0ba8f2"/>
            <o:lock v:ext="edit" aspectratio="t"/>
            <w10:wrap type="none"/>
            <w10:anchorlock/>
          </v:shape>
        </w:pict>
      </w:r>
      <w:r>
        <w:rPr>
          <w:rFonts w:ascii="宋体" w:hAnsi="宋体" w:eastAsia="宋体" w:cs="宋体"/>
          <w:color w:val="000000"/>
        </w:rPr>
        <w:t>，</w:t>
      </w:r>
      <w:r>
        <w:pict>
          <v:shape id="_x0000_i719026" o:spt="75" alt="学科网(www.zxxk.com)--教育资源门户，提供试卷、教案、课件、论文、素材以及各类教学资源下载，还有大量而丰富的教学相关资讯！" type="#_x0000_t75" style="height:14pt;width:43pt;" o:ole="t" filled="f" o:preferrelative="t" stroked="f" coordsize="21600,21600">
            <v:path/>
            <v:fill on="f" focussize="0,0"/>
            <v:stroke on="f" joinstyle="miter"/>
            <v:imagedata r:id="rId4033" o:title="eqId8ddd57e588f3e2a4b3dd502339945e22"/>
            <o:lock v:ext="edit" aspectratio="t"/>
            <w10:wrap type="none"/>
            <w10:anchorlock/>
          </v:shape>
        </w:pict>
      </w:r>
      <w:r>
        <w:rPr>
          <w:rFonts w:ascii="宋体" w:hAnsi="宋体" w:eastAsia="宋体" w:cs="宋体"/>
          <w:color w:val="000000"/>
        </w:rPr>
        <w:t>即可求解；</w:t>
      </w:r>
    </w:p>
    <w:p>
      <w:pPr>
        <w:spacing w:line="360" w:lineRule="auto"/>
        <w:jc w:val="left"/>
        <w:textAlignment w:val="center"/>
        <w:rPr>
          <w:color w:val="000000"/>
        </w:rPr>
      </w:pPr>
      <w:r>
        <w:rPr>
          <w:rFonts w:ascii="宋体" w:hAnsi="宋体" w:eastAsia="宋体" w:cs="宋体"/>
          <w:color w:val="000000"/>
        </w:rPr>
        <w:t>②根据题意画图即可；根据</w:t>
      </w:r>
      <w:r>
        <w:pict>
          <v:shape id="_x0000_i719027"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034" o:title="eqId683c590673eece14fea3319c4fd5eb55"/>
            <o:lock v:ext="edit" aspectratio="t"/>
            <w10:wrap type="none"/>
            <w10:anchorlock/>
          </v:shape>
        </w:pict>
      </w:r>
      <w:r>
        <w:rPr>
          <w:rFonts w:ascii="宋体" w:hAnsi="宋体" w:eastAsia="宋体" w:cs="宋体"/>
          <w:color w:val="000000"/>
        </w:rPr>
        <w:t>是</w:t>
      </w:r>
      <w:r>
        <w:pict>
          <v:shape id="_x0000_i71902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35" o:title="eqId6d7b2fe01a33c4825f9974ed9663a99c"/>
            <o:lock v:ext="edit" aspectratio="t"/>
            <w10:wrap type="none"/>
            <w10:anchorlock/>
          </v:shape>
        </w:pict>
      </w:r>
      <w:r>
        <w:rPr>
          <w:rFonts w:ascii="宋体" w:hAnsi="宋体" w:eastAsia="宋体" w:cs="宋体"/>
          <w:color w:val="000000"/>
        </w:rPr>
        <w:t>的平分线，且</w:t>
      </w:r>
      <w:r>
        <w:pict>
          <v:shape id="_x0000_i719029"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4036" o:title="eqId655085672c6bac837c4b54306d63cc63"/>
            <o:lock v:ext="edit" aspectratio="t"/>
            <w10:wrap type="none"/>
            <w10:anchorlock/>
          </v:shape>
        </w:pict>
      </w:r>
      <w:r>
        <w:rPr>
          <w:rFonts w:ascii="宋体" w:hAnsi="宋体" w:eastAsia="宋体" w:cs="宋体"/>
          <w:color w:val="000000"/>
        </w:rPr>
        <w:t>，得出</w:t>
      </w:r>
      <w:r>
        <w:pict>
          <v:shape id="_x0000_i719030" o:spt="75" alt="学科网(www.zxxk.com)--教育资源门户，提供试卷、教案、课件、论文、素材以及各类教学资源下载，还有大量而丰富的教学相关资讯！" type="#_x0000_t75" style="height:27.6pt;width:105.6pt;" o:ole="t" filled="f" o:preferrelative="t" stroked="f" coordsize="21600,21600">
            <v:path/>
            <v:fill on="f" focussize="0,0"/>
            <v:stroke on="f" joinstyle="miter"/>
            <v:imagedata r:id="rId4037" o:title="eqId91db8768acf4ac85dacaca38ede3a970"/>
            <o:lock v:ext="edit" aspectratio="t"/>
            <w10:wrap type="none"/>
            <w10:anchorlock/>
          </v:shape>
        </w:pict>
      </w:r>
      <w:r>
        <w:rPr>
          <w:rFonts w:ascii="宋体" w:hAnsi="宋体" w:eastAsia="宋体" w:cs="宋体"/>
          <w:color w:val="000000"/>
        </w:rPr>
        <w:t>，再根据</w:t>
      </w:r>
      <w:r>
        <w:pict>
          <v:shape id="_x0000_i719031"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038" o:title="eqIda299d2b999568e80be8005565ba209a4"/>
            <o:lock v:ext="edit" aspectratio="t"/>
            <w10:wrap type="none"/>
            <w10:anchorlock/>
          </v:shape>
        </w:pict>
      </w:r>
      <w:r>
        <w:rPr>
          <w:rFonts w:ascii="宋体" w:hAnsi="宋体" w:eastAsia="宋体" w:cs="宋体"/>
          <w:color w:val="000000"/>
        </w:rPr>
        <w:t>是</w:t>
      </w:r>
      <w:r>
        <w:pict>
          <v:shape id="_x0000_i71903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39" o:title="eqIdd22df2977de56cc69be0c1e847653d7a"/>
            <o:lock v:ext="edit" aspectratio="t"/>
            <w10:wrap type="none"/>
            <w10:anchorlock/>
          </v:shape>
        </w:pict>
      </w:r>
      <w:r>
        <w:rPr>
          <w:rFonts w:ascii="宋体" w:hAnsi="宋体" w:eastAsia="宋体" w:cs="宋体"/>
          <w:color w:val="000000"/>
        </w:rPr>
        <w:t>的平分线，且</w:t>
      </w:r>
      <w:r>
        <w:pict>
          <v:shape id="_x0000_i719033"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4040" o:title="eqIdfcbec8352ce3dbfbf3b173045d0ba8f2"/>
            <o:lock v:ext="edit" aspectratio="t"/>
            <w10:wrap type="none"/>
            <w10:anchorlock/>
          </v:shape>
        </w:pict>
      </w:r>
      <w:r>
        <w:rPr>
          <w:rFonts w:ascii="宋体" w:hAnsi="宋体" w:eastAsia="宋体" w:cs="宋体"/>
          <w:color w:val="000000"/>
        </w:rPr>
        <w:t>，得出</w:t>
      </w:r>
      <w:r>
        <w:pict>
          <v:shape id="_x0000_i719034" o:spt="75" alt="学科网(www.zxxk.com)--教育资源门户，提供试卷、教案、课件、论文、素材以及各类教学资源下载，还有大量而丰富的教学相关资讯！" type="#_x0000_t75" style="height:31.1pt;width:122.1pt;" o:ole="t" filled="f" o:preferrelative="t" stroked="f" coordsize="21600,21600">
            <v:path/>
            <v:fill on="f" focussize="0,0"/>
            <v:stroke on="f" joinstyle="miter"/>
            <v:imagedata r:id="rId4041" o:title="eqId39b3746bfae953c88afd3ad0cd48234e"/>
            <o:lock v:ext="edit" aspectratio="t"/>
            <w10:wrap type="none"/>
            <w10:anchorlock/>
          </v:shape>
        </w:pict>
      </w:r>
      <w:r>
        <w:rPr>
          <w:rFonts w:ascii="宋体" w:hAnsi="宋体" w:eastAsia="宋体" w:cs="宋体"/>
          <w:color w:val="000000"/>
        </w:rPr>
        <w:t>，即可求解；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）分为当</w:t>
      </w:r>
      <w:r>
        <w:pict>
          <v:shape id="_x0000_i719035"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4042" o:title="eqId6aa3b68ece9e596ed7d4ec91a117218a"/>
            <o:lock v:ext="edit" aspectratio="t"/>
            <w10:wrap type="none"/>
            <w10:anchorlock/>
          </v:shape>
        </w:pict>
      </w:r>
      <w:r>
        <w:rPr>
          <w:rFonts w:ascii="宋体" w:hAnsi="宋体" w:eastAsia="宋体" w:cs="宋体"/>
          <w:color w:val="000000"/>
        </w:rPr>
        <w:t>在</w:t>
      </w:r>
      <w:r>
        <w:pict>
          <v:shape id="_x0000_i719036"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4043" o:title="eqIdb90e0f35eda1a729fed485f83da5ea9d"/>
            <o:lock v:ext="edit" aspectratio="t"/>
            <w10:wrap type="none"/>
            <w10:anchorlock/>
          </v:shape>
        </w:pict>
      </w:r>
      <w:r>
        <w:rPr>
          <w:rFonts w:ascii="宋体" w:hAnsi="宋体" w:eastAsia="宋体" w:cs="宋体"/>
          <w:color w:val="000000"/>
        </w:rPr>
        <w:t>同侧时，当</w:t>
      </w:r>
      <w:r>
        <w:pict>
          <v:shape id="_x0000_i719037"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4042" o:title="eqId6aa3b68ece9e596ed7d4ec91a117218a"/>
            <o:lock v:ext="edit" aspectratio="t"/>
            <w10:wrap type="none"/>
            <w10:anchorlock/>
          </v:shape>
        </w:pict>
      </w:r>
      <w:r>
        <w:rPr>
          <w:rFonts w:ascii="宋体" w:hAnsi="宋体" w:eastAsia="宋体" w:cs="宋体"/>
          <w:color w:val="000000"/>
        </w:rPr>
        <w:t>在</w:t>
      </w:r>
      <w:r>
        <w:pict>
          <v:shape id="_x0000_i719038"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4043" o:title="eqIdb90e0f35eda1a729fed485f83da5ea9d"/>
            <o:lock v:ext="edit" aspectratio="t"/>
            <w10:wrap type="none"/>
            <w10:anchorlock/>
          </v:shape>
        </w:pict>
      </w:r>
      <w:r>
        <w:rPr>
          <w:rFonts w:ascii="宋体" w:hAnsi="宋体" w:eastAsia="宋体" w:cs="宋体"/>
          <w:color w:val="000000"/>
        </w:rPr>
        <w:t>两侧时，分别画图求解；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①</w:t>
      </w:r>
      <w:r>
        <w:pict>
          <v:shape id="_x0000_i719039"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4044" o:title="eqId4061d189e971edc2f6e5a1c3b7671895"/>
            <o:lock v:ext="edit" aspectratio="t"/>
            <w10:wrap type="none"/>
            <w10:anchorlock/>
          </v:shape>
        </w:pict>
      </w:r>
      <w:r>
        <w:rPr>
          <w:rFonts w:ascii="宋体" w:hAnsi="宋体" w:eastAsia="宋体" w:cs="宋体"/>
          <w:color w:val="000000"/>
        </w:rPr>
        <w:t>，</w:t>
      </w:r>
      <w:r>
        <w:pict>
          <v:shape id="_x0000_i719040"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045" o:title="eqIda299d2b999568e80be8005565ba209a4"/>
            <o:lock v:ext="edit" aspectratio="t"/>
            <w10:wrap type="none"/>
            <w10:anchorlock/>
          </v:shape>
        </w:pict>
      </w:r>
      <w:r>
        <w:rPr>
          <w:rFonts w:ascii="宋体" w:hAnsi="宋体" w:eastAsia="宋体" w:cs="宋体"/>
          <w:color w:val="000000"/>
        </w:rPr>
        <w:t>分别是</w:t>
      </w:r>
      <w:r>
        <w:pict>
          <v:shape id="_x0000_i71904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46" o:title="eqId6d7b2fe01a33c4825f9974ed9663a99c"/>
            <o:lock v:ext="edit" aspectratio="t"/>
            <w10:wrap type="none"/>
            <w10:anchorlock/>
          </v:shape>
        </w:pict>
      </w:r>
      <w:r>
        <w:rPr>
          <w:rFonts w:ascii="宋体" w:hAnsi="宋体" w:eastAsia="宋体" w:cs="宋体"/>
          <w:color w:val="000000"/>
        </w:rPr>
        <w:t>，</w:t>
      </w:r>
      <w:r>
        <w:pict>
          <v:shape id="_x0000_i71904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47" o:title="eqIdd22df2977de56cc69be0c1e847653d7a"/>
            <o:lock v:ext="edit" aspectratio="t"/>
            <w10:wrap type="none"/>
            <w10:anchorlock/>
          </v:shape>
        </w:pict>
      </w:r>
      <w:r>
        <w:rPr>
          <w:rFonts w:ascii="宋体" w:hAnsi="宋体" w:eastAsia="宋体" w:cs="宋体"/>
          <w:color w:val="000000"/>
        </w:rPr>
        <w:t>的平分线，</w:t>
      </w:r>
    </w:p>
    <w:p>
      <w:pPr>
        <w:spacing w:line="360" w:lineRule="auto"/>
        <w:jc w:val="left"/>
        <w:textAlignment w:val="center"/>
        <w:rPr>
          <w:color w:val="000000"/>
        </w:rPr>
      </w:pPr>
      <w:r>
        <w:pict>
          <v:shape id="_x0000_i719043" o:spt="75" alt="学科网(www.zxxk.com)--教育资源门户，提供试卷、教案、课件、论文、素材以及各类教学资源下载，还有大量而丰富的教学相关资讯！" type="#_x0000_t75" style="height:31pt;width:288pt;" o:ole="t" filled="f" o:preferrelative="t" stroked="f" coordsize="21600,21600">
            <v:path/>
            <v:fill on="f" focussize="0,0"/>
            <v:stroke on="f" joinstyle="miter"/>
            <v:imagedata r:id="rId4048" o:title="eqIdf675652372a948e96d8eb7660e7bff26"/>
            <o:lock v:ext="edit" aspectratio="t"/>
            <w10:wrap type="none"/>
            <w10:anchorlock/>
          </v:shape>
        </w:pict>
      </w:r>
    </w:p>
    <w:p>
      <w:pPr>
        <w:spacing w:line="360" w:lineRule="auto"/>
        <w:jc w:val="left"/>
        <w:textAlignment w:val="center"/>
        <w:rPr>
          <w:color w:val="000000"/>
        </w:rPr>
      </w:pPr>
      <w:r>
        <w:pict>
          <v:shape id="_x0000_i719044" o:spt="75" alt="学科网(www.zxxk.com)--教育资源门户，提供试卷、教案、课件、论文、素材以及各类教学资源下载，还有大量而丰富的教学相关资讯！" type="#_x0000_t75" style="height:13.95pt;width:78.95pt;" o:ole="t" filled="f" o:preferrelative="t" stroked="f" coordsize="21600,21600">
            <v:path/>
            <v:fill on="f" focussize="0,0"/>
            <v:stroke on="f" joinstyle="miter"/>
            <v:imagedata r:id="rId4049" o:title="eqIdd9d7791f921a842acd0257f71e8c5f40"/>
            <o:lock v:ext="edit" aspectratio="t"/>
            <w10:wrap type="none"/>
            <w10:anchorlock/>
          </v:shape>
        </w:pict>
      </w:r>
      <w:r>
        <w:rPr>
          <w:rFonts w:ascii="宋体" w:hAnsi="宋体" w:eastAsia="宋体" w:cs="宋体"/>
          <w:color w:val="000000"/>
        </w:rPr>
        <w:t>，</w:t>
      </w:r>
      <w:r>
        <w:pict>
          <v:shape id="_x0000_i719045"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4050" o:title="eqIdfcbec8352ce3dbfbf3b173045d0ba8f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w:t>
      </w:r>
      <w:r>
        <w:pict>
          <v:shape id="_x0000_i719046" o:spt="75" alt="学科网(www.zxxk.com)--教育资源门户，提供试卷、教案、课件、论文、素材以及各类教学资源下载，还有大量而丰富的教学相关资讯！" type="#_x0000_t75" style="height:14pt;width:43pt;" o:ole="t" filled="f" o:preferrelative="t" stroked="f" coordsize="21600,21600">
            <v:path/>
            <v:fill on="f" focussize="0,0"/>
            <v:stroke on="f" joinstyle="miter"/>
            <v:imagedata r:id="rId4051" o:title="eqId8ddd57e588f3e2a4b3dd502339945e22"/>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则</w:t>
      </w:r>
      <w:r>
        <w:pict>
          <v:shape id="_x0000_i719047" o:spt="75" alt="学科网(www.zxxk.com)--教育资源门户，提供试卷、教案、课件、论文、素材以及各类教学资源下载，还有大量而丰富的教学相关资讯！" type="#_x0000_t75" style="height:31pt;width:168pt;" o:ole="t" filled="f" o:preferrelative="t" stroked="f" coordsize="21600,21600">
            <v:path/>
            <v:fill on="f" focussize="0,0"/>
            <v:stroke on="f" joinstyle="miter"/>
            <v:imagedata r:id="rId4052" o:title="eqIdd2fd252a9d1c6ee4489d4152a05a53e6"/>
            <o:lock v:ext="edit" aspectratio="t"/>
            <w10:wrap type="none"/>
            <w10:anchorlock/>
          </v:shape>
        </w:pict>
      </w:r>
    </w:p>
    <w:p>
      <w:pPr>
        <w:spacing w:line="360" w:lineRule="auto"/>
        <w:jc w:val="both"/>
        <w:textAlignment w:val="center"/>
        <w:rPr>
          <w:color w:val="000000"/>
        </w:rPr>
      </w:pPr>
      <w:r>
        <w:pict>
          <v:shape id="_x0000_i719048" o:spt="75" alt="学科网(www.zxxk.com)--教育资源门户，提供试卷、教案、课件、论文、素材以及各类教学资源下载，还有大量而丰富的教学相关资讯！" type="#_x0000_t75" style="height:14pt;width:137pt;" o:ole="t" filled="f" o:preferrelative="t" stroked="f" coordsize="21600,21600">
            <v:path/>
            <v:fill on="f" focussize="0,0"/>
            <v:stroke on="f" joinstyle="miter"/>
            <v:imagedata r:id="rId4053" o:title="eqId4dc701e6e22a473c71e43eda6414e04e"/>
            <o:lock v:ext="edit" aspectratio="t"/>
            <w10:wrap type="none"/>
            <w10:anchorlock/>
          </v:shape>
        </w:pict>
      </w:r>
    </w:p>
    <w:p>
      <w:pPr>
        <w:spacing w:line="360" w:lineRule="auto"/>
        <w:jc w:val="both"/>
        <w:textAlignment w:val="center"/>
        <w:rPr>
          <w:color w:val="000000"/>
        </w:rPr>
      </w:pPr>
      <w:r>
        <w:pict>
          <v:shape id="_x0000_i719049" o:spt="75" alt="学科网(www.zxxk.com)--教育资源门户，提供试卷、教案、课件、论文、素材以及各类教学资源下载，还有大量而丰富的教学相关资讯！" type="#_x0000_t75" style="height:31pt;width:99pt;" o:ole="t" filled="f" o:preferrelative="t" stroked="f" coordsize="21600,21600">
            <v:path/>
            <v:fill on="f" focussize="0,0"/>
            <v:stroke on="f" joinstyle="miter"/>
            <v:imagedata r:id="rId4054" o:title="eqIdc3c2b6cbc3efe141935c9f96c9bf4847"/>
            <o:lock v:ext="edit" aspectratio="t"/>
            <w10:wrap type="none"/>
            <w10:anchorlock/>
          </v:shape>
        </w:pict>
      </w:r>
    </w:p>
    <w:p>
      <w:pPr>
        <w:spacing w:line="360" w:lineRule="auto"/>
        <w:jc w:val="both"/>
        <w:textAlignment w:val="center"/>
        <w:rPr>
          <w:color w:val="000000"/>
        </w:rPr>
      </w:pPr>
      <w:r>
        <w:pict>
          <v:shape id="_x0000_i719050" o:spt="75" alt="学科网(www.zxxk.com)--教育资源门户，提供试卷、教案、课件、论文、素材以及各类教学资源下载，还有大量而丰富的教学相关资讯！" type="#_x0000_t75" style="height:31pt;width:78pt;" o:ole="t" filled="f" o:preferrelative="t" stroked="f" coordsize="21600,21600">
            <v:path/>
            <v:fill on="f" focussize="0,0"/>
            <v:stroke on="f" joinstyle="miter"/>
            <v:imagedata r:id="rId4055" o:title="eqId2cbce7bd59cd17249f95fd3b00b4149f"/>
            <o:lock v:ext="edit" aspectratio="t"/>
            <w10:wrap type="none"/>
            <w10:anchorlock/>
          </v:shape>
        </w:pict>
      </w:r>
    </w:p>
    <w:p>
      <w:pPr>
        <w:spacing w:line="360" w:lineRule="auto"/>
        <w:jc w:val="both"/>
        <w:textAlignment w:val="center"/>
        <w:rPr>
          <w:color w:val="000000"/>
        </w:rPr>
      </w:pPr>
      <w:r>
        <w:pict>
          <v:shape id="_x0000_i719051" o:spt="75" alt="学科网(www.zxxk.com)--教育资源门户，提供试卷、教案、课件、论文、素材以及各类教学资源下载，还有大量而丰富的教学相关资讯！" type="#_x0000_t75" style="height:12.75pt;width:26.25pt;" o:ole="t" filled="f" o:preferrelative="t" stroked="f" coordsize="21600,21600">
            <v:path/>
            <v:fill on="f" focussize="0,0"/>
            <v:stroke on="f" joinstyle="miter"/>
            <v:imagedata r:id="rId4056" o:title="eqId5199f6b27a81143f0f40628dcbe905d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②补全图形如图所示：下图画出其一即可．</w:t>
      </w:r>
    </w:p>
    <w:p>
      <w:pPr>
        <w:spacing w:line="360" w:lineRule="auto"/>
        <w:jc w:val="both"/>
        <w:textAlignment w:val="center"/>
        <w:rPr>
          <w:color w:val="000000"/>
        </w:rPr>
      </w:pPr>
      <w:r>
        <w:rPr>
          <w:color w:val="000000"/>
        </w:rPr>
        <w:drawing>
          <wp:inline distT="0" distB="0" distL="114300" distR="114300">
            <wp:extent cx="3352800" cy="1200150"/>
            <wp:effectExtent l="0" t="0" r="0" b="0"/>
            <wp:docPr id="3799"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 name="图片 100043" descr="学科网(www.zxxk.com)--教育资源门户，提供试卷、教案、课件、论文、素材以及各类教学资源下载，还有大量而丰富的教学相关资讯！"/>
                    <pic:cNvPicPr>
                      <a:picLocks noChangeAspect="1"/>
                    </pic:cNvPicPr>
                  </pic:nvPicPr>
                  <pic:blipFill>
                    <a:blip r:embed="rId4057"/>
                    <a:stretch>
                      <a:fillRect/>
                    </a:stretch>
                  </pic:blipFill>
                  <pic:spPr>
                    <a:xfrm>
                      <a:off x="0" y="0"/>
                      <a:ext cx="3352800" cy="12001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小东的解答过程补充如下．</w:t>
      </w:r>
    </w:p>
    <w:p>
      <w:pPr>
        <w:spacing w:line="360" w:lineRule="auto"/>
        <w:jc w:val="left"/>
        <w:textAlignment w:val="center"/>
        <w:rPr>
          <w:color w:val="000000"/>
        </w:rPr>
      </w:pPr>
      <w:r>
        <w:rPr>
          <w:rFonts w:ascii="宋体" w:hAnsi="宋体" w:eastAsia="宋体" w:cs="宋体"/>
          <w:color w:val="000000"/>
        </w:rPr>
        <w:t>因为</w:t>
      </w:r>
      <w:r>
        <w:pict>
          <v:shape id="_x0000_i719052"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058" o:title="eqId683c590673eece14fea3319c4fd5eb55"/>
            <o:lock v:ext="edit" aspectratio="t"/>
            <w10:wrap type="none"/>
            <w10:anchorlock/>
          </v:shape>
        </w:pict>
      </w:r>
      <w:r>
        <w:rPr>
          <w:rFonts w:ascii="宋体" w:hAnsi="宋体" w:eastAsia="宋体" w:cs="宋体"/>
          <w:color w:val="000000"/>
        </w:rPr>
        <w:t>是</w:t>
      </w:r>
      <w:r>
        <w:pict>
          <v:shape id="_x0000_i71905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59" o:title="eqId6d7b2fe01a33c4825f9974ed9663a99c"/>
            <o:lock v:ext="edit" aspectratio="t"/>
            <w10:wrap type="none"/>
            <w10:anchorlock/>
          </v:shape>
        </w:pict>
      </w:r>
      <w:r>
        <w:rPr>
          <w:rFonts w:ascii="宋体" w:hAnsi="宋体" w:eastAsia="宋体" w:cs="宋体"/>
          <w:color w:val="000000"/>
        </w:rPr>
        <w:t>的平分线，且</w:t>
      </w:r>
      <w:r>
        <w:pict>
          <v:shape id="_x0000_i719054"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4060" o:title="eqId655085672c6bac837c4b54306d63cc6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19055" o:spt="75" alt="学科网(www.zxxk.com)--教育资源门户，提供试卷、教案、课件、论文、素材以及各类教学资源下载，还有大量而丰富的教学相关资讯！" type="#_x0000_t75" style="height:27.6pt;width:105.6pt;" o:ole="t" filled="f" o:preferrelative="t" stroked="f" coordsize="21600,21600">
            <v:path/>
            <v:fill on="f" focussize="0,0"/>
            <v:stroke on="f" joinstyle="miter"/>
            <v:imagedata r:id="rId4061" o:title="eqId91db8768acf4ac85dacaca38ede3a970"/>
            <o:lock v:ext="edit" aspectratio="t"/>
            <w10:wrap type="none"/>
            <w10:anchorlock/>
          </v:shape>
        </w:pict>
      </w:r>
      <w:r>
        <w:rPr>
          <w:rFonts w:ascii="宋体" w:hAnsi="宋体" w:eastAsia="宋体" w:cs="宋体"/>
          <w:color w:val="000000"/>
        </w:rPr>
        <w:t>（</w:t>
      </w:r>
      <w:r>
        <w:rPr>
          <w:rFonts w:ascii="宋体" w:hAnsi="宋体" w:eastAsia="宋体" w:cs="宋体"/>
          <w:color w:val="000000"/>
          <w:u w:val="single"/>
        </w:rPr>
        <w:t>角的平分线定义</w:t>
      </w:r>
      <w:r>
        <w:rPr>
          <w:rFonts w:ascii="宋体" w:hAnsi="宋体" w:eastAsia="宋体" w:cs="宋体"/>
          <w:color w:val="000000"/>
        </w:rPr>
        <w:t>）（填写推理依据）．</w:t>
      </w:r>
    </w:p>
    <w:p>
      <w:pPr>
        <w:spacing w:line="360" w:lineRule="auto"/>
        <w:jc w:val="left"/>
        <w:textAlignment w:val="center"/>
        <w:rPr>
          <w:color w:val="000000"/>
        </w:rPr>
      </w:pPr>
      <w:r>
        <w:rPr>
          <w:rFonts w:ascii="宋体" w:hAnsi="宋体" w:eastAsia="宋体" w:cs="宋体"/>
          <w:color w:val="000000"/>
        </w:rPr>
        <w:t>因为</w:t>
      </w:r>
      <w:r>
        <w:pict>
          <v:shape id="_x0000_i719056"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062" o:title="eqIda299d2b999568e80be8005565ba209a4"/>
            <o:lock v:ext="edit" aspectratio="t"/>
            <w10:wrap type="none"/>
            <w10:anchorlock/>
          </v:shape>
        </w:pict>
      </w:r>
      <w:r>
        <w:rPr>
          <w:rFonts w:ascii="宋体" w:hAnsi="宋体" w:eastAsia="宋体" w:cs="宋体"/>
          <w:color w:val="000000"/>
        </w:rPr>
        <w:t>是</w:t>
      </w:r>
      <w:r>
        <w:pict>
          <v:shape id="_x0000_i71905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63" o:title="eqIdd22df2977de56cc69be0c1e847653d7a"/>
            <o:lock v:ext="edit" aspectratio="t"/>
            <w10:wrap type="none"/>
            <w10:anchorlock/>
          </v:shape>
        </w:pict>
      </w:r>
      <w:r>
        <w:rPr>
          <w:rFonts w:ascii="宋体" w:hAnsi="宋体" w:eastAsia="宋体" w:cs="宋体"/>
          <w:color w:val="000000"/>
        </w:rPr>
        <w:t>的平分线，且</w:t>
      </w:r>
      <w:r>
        <w:pict>
          <v:shape id="_x0000_i719058" o:spt="75" alt="学科网(www.zxxk.com)--教育资源门户，提供试卷、教案、课件、论文、素材以及各类教学资源下载，还有大量而丰富的教学相关资讯！" type="#_x0000_t75" style="height:14.4pt;width:58.2pt;" o:ole="t" filled="f" o:preferrelative="t" stroked="f" coordsize="21600,21600">
            <v:path/>
            <v:fill on="f" focussize="0,0"/>
            <v:stroke on="f" joinstyle="miter"/>
            <v:imagedata r:id="rId4064" o:title="eqIdfcbec8352ce3dbfbf3b173045d0ba8f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19059" o:spt="75" alt="学科网(www.zxxk.com)--教育资源门户，提供试卷、教案、课件、论文、素材以及各类教学资源下载，还有大量而丰富的教学相关资讯！" type="#_x0000_t75" style="height:33pt;width:121pt;" o:ole="t" filled="f" o:preferrelative="t" stroked="f" coordsize="21600,21600">
            <v:path/>
            <v:fill on="f" focussize="0,0"/>
            <v:stroke on="f" joinstyle="miter"/>
            <v:imagedata r:id="rId4065" o:title="eqIdd5b5d0d0e85cb08e9285abd17d201ff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19060" o:spt="75" alt="学科网(www.zxxk.com)--教育资源门户，提供试卷、教案、课件、论文、素材以及各类教学资源下载，还有大量而丰富的教学相关资讯！" type="#_x0000_t75" style="height:33pt;width:94pt;" o:ole="t" filled="f" o:preferrelative="t" stroked="f" coordsize="21600,21600">
            <v:path/>
            <v:fill on="f" focussize="0,0"/>
            <v:stroke on="f" joinstyle="miter"/>
            <v:imagedata r:id="rId4066" o:title="eqIdfb1a0b97fce3c86333c395e2ea2446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当射线</w:t>
      </w:r>
      <w:r>
        <w:pict>
          <v:shape id="_x0000_i719061"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068" o:title="eqId828628c0876b45381c9a0edeb0fec236"/>
            <o:lock v:ext="edit" aspectratio="t"/>
            <w10:wrap type="none"/>
            <w10:anchorlock/>
          </v:shape>
        </w:pict>
      </w:r>
      <w:r>
        <w:rPr>
          <w:rFonts w:ascii="宋体" w:hAnsi="宋体" w:eastAsia="宋体" w:cs="宋体"/>
          <w:color w:val="000000"/>
        </w:rPr>
        <w:t>在</w:t>
      </w:r>
      <w:r>
        <w:pict>
          <v:shape id="_x0000_i71906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069" o:title="eqId6d7b2fe01a33c4825f9974ed9663a99c"/>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801" name="图片 91756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 name="图片 917563722"/>
                    <pic:cNvPicPr>
                      <a:picLocks noChangeAspect="1"/>
                    </pic:cNvPicPr>
                  </pic:nvPicPr>
                  <pic:blipFill>
                    <a:blip r:embed="rId406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外部时，</w:t>
      </w:r>
    </w:p>
    <w:p>
      <w:pPr>
        <w:spacing w:line="360" w:lineRule="auto"/>
        <w:jc w:val="left"/>
        <w:textAlignment w:val="center"/>
        <w:rPr>
          <w:color w:val="000000"/>
        </w:rPr>
      </w:pPr>
      <w:r>
        <w:rPr>
          <w:rFonts w:ascii="宋体" w:hAnsi="宋体" w:eastAsia="宋体" w:cs="宋体"/>
          <w:color w:val="000000"/>
        </w:rPr>
        <w:t>分两种情况讨论：</w:t>
      </w:r>
    </w:p>
    <w:p>
      <w:pPr>
        <w:spacing w:line="360" w:lineRule="auto"/>
        <w:jc w:val="left"/>
        <w:textAlignment w:val="center"/>
        <w:rPr>
          <w:color w:val="000000"/>
        </w:rPr>
      </w:pPr>
      <w:r>
        <w:rPr>
          <w:rFonts w:ascii="宋体" w:hAnsi="宋体" w:eastAsia="宋体" w:cs="宋体"/>
          <w:color w:val="000000"/>
        </w:rPr>
        <w:t>当</w:t>
      </w:r>
      <w:r>
        <w:pict>
          <v:shape id="_x0000_i719063"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4070" o:title="eqId6aa3b68ece9e596ed7d4ec91a117218a"/>
            <o:lock v:ext="edit" aspectratio="t"/>
            <w10:wrap type="none"/>
            <w10:anchorlock/>
          </v:shape>
        </w:pict>
      </w:r>
      <w:r>
        <w:rPr>
          <w:rFonts w:ascii="宋体" w:hAnsi="宋体" w:eastAsia="宋体" w:cs="宋体"/>
          <w:color w:val="000000"/>
        </w:rPr>
        <w:t>在</w:t>
      </w:r>
      <w:r>
        <w:pict>
          <v:shape id="_x0000_i719064"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4071" o:title="eqIdb90e0f35eda1a729fed485f83da5ea9d"/>
            <o:lock v:ext="edit" aspectratio="t"/>
            <w10:wrap type="none"/>
            <w10:anchorlock/>
          </v:shape>
        </w:pict>
      </w:r>
      <w:r>
        <w:rPr>
          <w:rFonts w:ascii="宋体" w:hAnsi="宋体" w:eastAsia="宋体" w:cs="宋体"/>
          <w:color w:val="000000"/>
        </w:rPr>
        <w:t>同侧时，如图，</w:t>
      </w:r>
    </w:p>
    <w:p>
      <w:pPr>
        <w:spacing w:line="360" w:lineRule="auto"/>
        <w:jc w:val="left"/>
        <w:textAlignment w:val="center"/>
        <w:rPr>
          <w:color w:val="000000"/>
        </w:rPr>
      </w:pPr>
      <w:r>
        <w:rPr>
          <w:color w:val="000000"/>
        </w:rPr>
        <w:drawing>
          <wp:inline distT="0" distB="0" distL="114300" distR="114300">
            <wp:extent cx="1866900" cy="1162050"/>
            <wp:effectExtent l="0" t="0" r="0" b="0"/>
            <wp:docPr id="3803"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 name="图片 100045" descr="学科网(www.zxxk.com)--教育资源门户，提供试卷、教案、课件、论文、素材以及各类教学资源下载，还有大量而丰富的教学相关资讯！"/>
                    <pic:cNvPicPr>
                      <a:picLocks noChangeAspect="1"/>
                    </pic:cNvPicPr>
                  </pic:nvPicPr>
                  <pic:blipFill>
                    <a:blip r:embed="rId4072"/>
                    <a:stretch>
                      <a:fillRect/>
                    </a:stretch>
                  </pic:blipFill>
                  <pic:spPr>
                    <a:xfrm>
                      <a:off x="0" y="0"/>
                      <a:ext cx="1866900" cy="1162050"/>
                    </a:xfrm>
                    <a:prstGeom prst="rect">
                      <a:avLst/>
                    </a:prstGeom>
                  </pic:spPr>
                </pic:pic>
              </a:graphicData>
            </a:graphic>
          </wp:inline>
        </w:drawing>
      </w:r>
    </w:p>
    <w:p>
      <w:pPr>
        <w:spacing w:line="360" w:lineRule="auto"/>
        <w:jc w:val="both"/>
        <w:textAlignment w:val="center"/>
        <w:rPr>
          <w:color w:val="000000"/>
        </w:rPr>
      </w:pPr>
      <w:r>
        <w:pict>
          <v:shape id="_x0000_i719065" o:spt="75" alt="学科网(www.zxxk.com)--教育资源门户，提供试卷、教案、课件、论文、素材以及各类教学资源下载，还有大量而丰富的教学相关资讯！" type="#_x0000_t75" style="height:13.8pt;width:127.2pt;" o:ole="t" filled="f" o:preferrelative="t" stroked="f" coordsize="21600,21600">
            <v:path/>
            <v:fill on="f" focussize="0,0"/>
            <v:stroke on="f" joinstyle="miter"/>
            <v:imagedata r:id="rId4073" o:title="eqIda69c7c8c777f680573bf5a2bcce3baf1"/>
            <o:lock v:ext="edit" aspectratio="t"/>
            <w10:wrap type="none"/>
            <w10:anchorlock/>
          </v:shape>
        </w:pict>
      </w:r>
    </w:p>
    <w:p>
      <w:pPr>
        <w:spacing w:line="360" w:lineRule="auto"/>
        <w:jc w:val="both"/>
        <w:textAlignment w:val="center"/>
        <w:rPr>
          <w:color w:val="000000"/>
        </w:rPr>
      </w:pPr>
      <w:r>
        <w:pict>
          <v:shape id="_x0000_i719066" o:spt="75" alt="学科网(www.zxxk.com)--教育资源门户，提供试卷、教案、课件、论文、素材以及各类教学资源下载，还有大量而丰富的教学相关资讯！" type="#_x0000_t75" style="height:28.2pt;width:96pt;" o:ole="t" filled="f" o:preferrelative="t" stroked="f" coordsize="21600,21600">
            <v:path/>
            <v:fill on="f" focussize="0,0"/>
            <v:stroke on="f" joinstyle="miter"/>
            <v:imagedata r:id="rId4074" o:title="eqId9e0a461baf905e2ca43db7ec69f22ac4"/>
            <o:lock v:ext="edit" aspectratio="t"/>
            <w10:wrap type="none"/>
            <w10:anchorlock/>
          </v:shape>
        </w:pict>
      </w:r>
    </w:p>
    <w:p>
      <w:pPr>
        <w:spacing w:line="360" w:lineRule="auto"/>
        <w:jc w:val="both"/>
        <w:textAlignment w:val="center"/>
        <w:rPr>
          <w:color w:val="000000"/>
        </w:rPr>
      </w:pPr>
      <w:r>
        <w:pict>
          <v:shape id="_x0000_i719067" o:spt="75" alt="学科网(www.zxxk.com)--教育资源门户，提供试卷、教案、课件、论文、素材以及各类教学资源下载，还有大量而丰富的教学相关资讯！" type="#_x0000_t75" style="height:31pt;width:108pt;" o:ole="t" filled="f" o:preferrelative="t" stroked="f" coordsize="21600,21600">
            <v:path/>
            <v:fill on="f" focussize="0,0"/>
            <v:stroke on="f" joinstyle="miter"/>
            <v:imagedata r:id="rId4075" o:title="eqId0b940027790b88feece1ff3584ed394a"/>
            <o:lock v:ext="edit" aspectratio="t"/>
            <w10:wrap type="none"/>
            <w10:anchorlock/>
          </v:shape>
        </w:pict>
      </w:r>
    </w:p>
    <w:p>
      <w:pPr>
        <w:spacing w:line="360" w:lineRule="auto"/>
        <w:jc w:val="left"/>
        <w:textAlignment w:val="center"/>
        <w:rPr>
          <w:color w:val="000000"/>
        </w:rPr>
      </w:pPr>
      <w:r>
        <w:pict>
          <v:shape id="_x0000_i719068" o:spt="75" alt="学科网(www.zxxk.com)--教育资源门户，提供试卷、教案、课件、论文、素材以及各类教学资源下载，还有大量而丰富的教学相关资讯！" type="#_x0000_t75" style="height:30.75pt;width:72pt;" o:ole="t" filled="f" o:preferrelative="t" stroked="f" coordsize="21600,21600">
            <v:path/>
            <v:fill on="f" focussize="0,0"/>
            <v:stroke on="f" joinstyle="miter"/>
            <v:imagedata r:id="rId4076" o:title="eqId06e93fa1f49c42713baca6d823a4cbfb"/>
            <o:lock v:ext="edit" aspectratio="t"/>
            <w10:wrap type="none"/>
            <w10:anchorlock/>
          </v:shape>
        </w:pict>
      </w:r>
    </w:p>
    <w:p>
      <w:pPr>
        <w:spacing w:line="360" w:lineRule="auto"/>
        <w:jc w:val="left"/>
        <w:textAlignment w:val="center"/>
        <w:rPr>
          <w:color w:val="000000"/>
        </w:rPr>
      </w:pPr>
      <w:r>
        <w:pict>
          <v:shape id="_x0000_i719069" o:spt="75" alt="学科网(www.zxxk.com)--教育资源门户，提供试卷、教案、课件、论文、素材以及各类教学资源下载，还有大量而丰富的教学相关资讯！" type="#_x0000_t75" style="height:31pt;width:53pt;" o:ole="t" filled="f" o:preferrelative="t" stroked="f" coordsize="21600,21600">
            <v:path/>
            <v:fill on="f" focussize="0,0"/>
            <v:stroke on="f" joinstyle="miter"/>
            <v:imagedata r:id="rId4077" o:title="eqIda6aa0edc77bde88c7e39d42d1b000a9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当</w:t>
      </w:r>
      <w:r>
        <w:pict>
          <v:shape id="_x0000_i719070"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4078" o:title="eqId6aa3b68ece9e596ed7d4ec91a117218a"/>
            <o:lock v:ext="edit" aspectratio="t"/>
            <w10:wrap type="none"/>
            <w10:anchorlock/>
          </v:shape>
        </w:pict>
      </w:r>
      <w:r>
        <w:rPr>
          <w:rFonts w:ascii="宋体" w:hAnsi="宋体" w:eastAsia="宋体" w:cs="宋体"/>
          <w:color w:val="000000"/>
        </w:rPr>
        <w:t>在</w:t>
      </w:r>
      <w:r>
        <w:pict>
          <v:shape id="_x0000_i719071"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4079" o:title="eqIdb90e0f35eda1a729fed485f83da5ea9d"/>
            <o:lock v:ext="edit" aspectratio="t"/>
            <w10:wrap type="none"/>
            <w10:anchorlock/>
          </v:shape>
        </w:pict>
      </w:r>
      <w:r>
        <w:rPr>
          <w:rFonts w:ascii="宋体" w:hAnsi="宋体" w:eastAsia="宋体" w:cs="宋体"/>
          <w:color w:val="000000"/>
        </w:rPr>
        <w:t>两侧时，如图，</w:t>
      </w:r>
    </w:p>
    <w:p>
      <w:pPr>
        <w:spacing w:line="360" w:lineRule="auto"/>
        <w:jc w:val="left"/>
        <w:textAlignment w:val="center"/>
        <w:rPr>
          <w:color w:val="000000"/>
        </w:rPr>
      </w:pPr>
      <w:r>
        <w:rPr>
          <w:color w:val="000000"/>
        </w:rPr>
        <w:drawing>
          <wp:inline distT="0" distB="0" distL="114300" distR="114300">
            <wp:extent cx="1562100" cy="1714500"/>
            <wp:effectExtent l="0" t="0" r="0" b="0"/>
            <wp:docPr id="3805"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 name="图片 100047" descr="学科网(www.zxxk.com)--教育资源门户，提供试卷、教案、课件、论文、素材以及各类教学资源下载，还有大量而丰富的教学相关资讯！"/>
                    <pic:cNvPicPr>
                      <a:picLocks noChangeAspect="1"/>
                    </pic:cNvPicPr>
                  </pic:nvPicPr>
                  <pic:blipFill>
                    <a:blip r:embed="rId4080"/>
                    <a:stretch>
                      <a:fillRect/>
                    </a:stretch>
                  </pic:blipFill>
                  <pic:spPr>
                    <a:xfrm>
                      <a:off x="0" y="0"/>
                      <a:ext cx="1562100" cy="1714500"/>
                    </a:xfrm>
                    <a:prstGeom prst="rect">
                      <a:avLst/>
                    </a:prstGeom>
                  </pic:spPr>
                </pic:pic>
              </a:graphicData>
            </a:graphic>
          </wp:inline>
        </w:drawing>
      </w:r>
    </w:p>
    <w:p>
      <w:pPr>
        <w:spacing w:line="360" w:lineRule="auto"/>
        <w:jc w:val="both"/>
        <w:textAlignment w:val="center"/>
        <w:rPr>
          <w:color w:val="000000"/>
        </w:rPr>
      </w:pPr>
      <w:r>
        <w:pict>
          <v:shape id="_x0000_i719072" o:spt="75" alt="学科网(www.zxxk.com)--教育资源门户，提供试卷、教案、课件、论文、素材以及各类教学资源下载，还有大量而丰富的教学相关资讯！" type="#_x0000_t75" style="height:13.8pt;width:127.9pt;" o:ole="t" filled="f" o:preferrelative="t" stroked="f" coordsize="21600,21600">
            <v:path/>
            <v:fill on="f" focussize="0,0"/>
            <v:stroke on="f" joinstyle="miter"/>
            <v:imagedata r:id="rId4081" o:title="eqId0df85f57248c23dc91ae22fad0b4c056"/>
            <o:lock v:ext="edit" aspectratio="t"/>
            <w10:wrap type="none"/>
            <w10:anchorlock/>
          </v:shape>
        </w:pict>
      </w:r>
    </w:p>
    <w:p>
      <w:pPr>
        <w:spacing w:line="360" w:lineRule="auto"/>
        <w:jc w:val="both"/>
        <w:textAlignment w:val="center"/>
        <w:rPr>
          <w:color w:val="000000"/>
        </w:rPr>
      </w:pPr>
      <w:r>
        <w:pict>
          <v:shape id="_x0000_i719073" o:spt="75" alt="学科网(www.zxxk.com)--教育资源门户，提供试卷、教案、课件、论文、素材以及各类教学资源下载，还有大量而丰富的教学相关资讯！" type="#_x0000_t75" style="height:30.85pt;width:108.9pt;" o:ole="t" filled="f" o:preferrelative="t" stroked="f" coordsize="21600,21600">
            <v:path/>
            <v:fill on="f" focussize="0,0"/>
            <v:stroke on="f" joinstyle="miter"/>
            <v:imagedata r:id="rId4082" o:title="eqId53bd9dc32eccea2ba3f40fca3480a238"/>
            <o:lock v:ext="edit" aspectratio="t"/>
            <w10:wrap type="none"/>
            <w10:anchorlock/>
          </v:shape>
        </w:pict>
      </w:r>
    </w:p>
    <w:p>
      <w:pPr>
        <w:spacing w:line="360" w:lineRule="auto"/>
        <w:jc w:val="both"/>
        <w:textAlignment w:val="center"/>
        <w:rPr>
          <w:color w:val="000000"/>
        </w:rPr>
      </w:pPr>
      <w:r>
        <w:pict>
          <v:shape id="_x0000_i719074" o:spt="75" alt="学科网(www.zxxk.com)--教育资源门户，提供试卷、教案、课件、论文、素材以及各类教学资源下载，还有大量而丰富的教学相关资讯！" type="#_x0000_t75" style="height:31pt;width:73pt;" o:ole="t" filled="f" o:preferrelative="t" stroked="f" coordsize="21600,21600">
            <v:path/>
            <v:fill on="f" focussize="0,0"/>
            <v:stroke on="f" joinstyle="miter"/>
            <v:imagedata r:id="rId4083" o:title="eqId16d2b9c9b21bd5296c9f6d13bb7be989"/>
            <o:lock v:ext="edit" aspectratio="t"/>
            <w10:wrap type="none"/>
            <w10:anchorlock/>
          </v:shape>
        </w:pict>
      </w:r>
    </w:p>
    <w:p>
      <w:pPr>
        <w:spacing w:line="360" w:lineRule="auto"/>
        <w:jc w:val="left"/>
        <w:textAlignment w:val="center"/>
        <w:rPr>
          <w:color w:val="000000"/>
        </w:rPr>
      </w:pPr>
      <w:r>
        <w:pict>
          <v:shape id="_x0000_i719075" o:spt="75" alt="学科网(www.zxxk.com)--教育资源门户，提供试卷、教案、课件、论文、素材以及各类教学资源下载，还有大量而丰富的教学相关资讯！" type="#_x0000_t75" style="height:31pt;width:53pt;" o:ole="t" filled="f" o:preferrelative="t" stroked="f" coordsize="21600,21600">
            <v:path/>
            <v:fill on="f" focussize="0,0"/>
            <v:stroke on="f" joinstyle="miter"/>
            <v:imagedata r:id="rId4084" o:title="eqId560224d9e1259e992b616cc6d18db6f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综上，</w:t>
      </w:r>
      <w:r>
        <w:pict>
          <v:shape id="_x0000_i719076"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4085" o:title="eqId4cbee6d5731d6f4bb1e4f2ba3d89b7dc"/>
            <o:lock v:ext="edit" aspectratio="t"/>
            <w10:wrap type="none"/>
            <w10:anchorlock/>
          </v:shape>
        </w:pict>
      </w:r>
      <w:r>
        <w:rPr>
          <w:rFonts w:ascii="宋体" w:hAnsi="宋体" w:eastAsia="宋体" w:cs="宋体"/>
          <w:color w:val="000000"/>
        </w:rPr>
        <w:t>的度数为</w:t>
      </w:r>
      <w:r>
        <w:pict>
          <v:shape id="_x0000_i719077" o:spt="75" alt="学科网(www.zxxk.com)--教育资源门户，提供试卷、教案、课件、论文、素材以及各类教学资源下载，还有大量而丰富的教学相关资讯！" type="#_x0000_t75" style="height:31pt;width:41pt;" o:ole="t" filled="f" o:preferrelative="t" stroked="f" coordsize="21600,21600">
            <v:path/>
            <v:fill on="f" focussize="0,0"/>
            <v:stroke on="f" joinstyle="miter"/>
            <v:imagedata r:id="rId4086" o:title="eqId55ed5331f2b68309ab3ebf160968bfad"/>
            <o:lock v:ext="edit" aspectratio="t"/>
            <w10:wrap type="none"/>
            <w10:anchorlock/>
          </v:shape>
        </w:pict>
      </w:r>
      <w:r>
        <w:rPr>
          <w:rFonts w:ascii="宋体" w:hAnsi="宋体" w:eastAsia="宋体" w:cs="宋体"/>
          <w:color w:val="000000"/>
        </w:rPr>
        <w:t>或</w:t>
      </w:r>
      <w:r>
        <w:pict>
          <v:shape id="_x0000_i719078" o:spt="75" alt="学科网(www.zxxk.com)--教育资源门户，提供试卷、教案、课件、论文、素材以及各类教学资源下载，还有大量而丰富的教学相关资讯！" type="#_x0000_t75" style="height:31pt;width:41pt;" o:ole="t" filled="f" o:preferrelative="t" stroked="f" coordsize="21600,21600">
            <v:path/>
            <v:fill on="f" focussize="0,0"/>
            <v:stroke on="f" joinstyle="miter"/>
            <v:imagedata r:id="rId4087" o:title="eqIda8da3b6e1bcc22fdd70da8e9d771606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27. </w:t>
      </w:r>
      <w:r>
        <w:rPr>
          <w:rFonts w:ascii="宋体" w:hAnsi="宋体" w:eastAsia="宋体" w:cs="宋体"/>
          <w:color w:val="000000"/>
        </w:rPr>
        <w:t>数轴上有四个点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，我们规定：点</w:t>
      </w:r>
      <w:r>
        <w:rPr>
          <w:rFonts w:ascii="Times New Roman" w:hAnsi="Times New Roman" w:eastAsia="Times New Roman" w:cs="Times New Roman"/>
          <w:i/>
          <w:color w:val="000000"/>
        </w:rPr>
        <w:t>P</w:t>
      </w:r>
      <w:r>
        <w:rPr>
          <w:rFonts w:ascii="宋体" w:hAnsi="宋体" w:eastAsia="宋体" w:cs="宋体"/>
          <w:color w:val="000000"/>
        </w:rPr>
        <w:t>与点</w:t>
      </w:r>
      <w:r>
        <w:rPr>
          <w:rFonts w:ascii="Times New Roman" w:hAnsi="Times New Roman" w:eastAsia="Times New Roman" w:cs="Times New Roman"/>
          <w:i/>
          <w:color w:val="000000"/>
        </w:rPr>
        <w:t>Q</w:t>
      </w:r>
      <w:r>
        <w:rPr>
          <w:rFonts w:ascii="宋体" w:hAnsi="宋体" w:eastAsia="宋体" w:cs="宋体"/>
          <w:color w:val="000000"/>
        </w:rPr>
        <w:t>之间的距离记为</w:t>
      </w:r>
      <w:r>
        <w:rPr>
          <w:rFonts w:ascii="Times New Roman" w:hAnsi="Times New Roman" w:eastAsia="Times New Roman" w:cs="Times New Roman"/>
          <w:i/>
          <w:color w:val="000000"/>
        </w:rPr>
        <w:t>d</w: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与点</w:t>
      </w:r>
      <w:r>
        <w:rPr>
          <w:rFonts w:ascii="Times New Roman" w:hAnsi="Times New Roman" w:eastAsia="Times New Roman" w:cs="Times New Roman"/>
          <w:i/>
          <w:color w:val="000000"/>
        </w:rPr>
        <w:t>M</w:t>
      </w:r>
      <w:r>
        <w:rPr>
          <w:rFonts w:ascii="宋体" w:hAnsi="宋体" w:eastAsia="宋体" w:cs="宋体"/>
          <w:color w:val="000000"/>
        </w:rPr>
        <w:t>或点</w:t>
      </w:r>
      <w:r>
        <w:rPr>
          <w:rFonts w:ascii="Times New Roman" w:hAnsi="Times New Roman" w:eastAsia="Times New Roman" w:cs="Times New Roman"/>
          <w:i/>
          <w:color w:val="000000"/>
        </w:rPr>
        <w:t>N</w:t>
      </w:r>
      <w:r>
        <w:rPr>
          <w:rFonts w:ascii="宋体" w:hAnsi="宋体" w:eastAsia="宋体" w:cs="宋体"/>
          <w:color w:val="000000"/>
        </w:rPr>
        <w:t>中某一个点的距离记为</w:t>
      </w:r>
      <w:r>
        <w:pict>
          <v:shape id="_x0000_i719079" o:spt="75" alt="学科网(www.zxxk.com)--教育资源门户，提供试卷、教案、课件、论文、素材以及各类教学资源下载，还有大量而丰富的教学相关资讯！" type="#_x0000_t75" style="height:18.15pt;width:13.05pt;" o:ole="t" filled="f" o:preferrelative="t" stroked="f" coordsize="21600,21600">
            <v:path/>
            <v:fill on="f" focussize="0,0"/>
            <v:stroke on="f" joinstyle="miter"/>
            <v:imagedata r:id="rId4088" o:title="eqId5edf900c810371fb21297c15f86d8743"/>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与点</w:t>
      </w:r>
      <w:r>
        <w:rPr>
          <w:rFonts w:ascii="Times New Roman" w:hAnsi="Times New Roman" w:eastAsia="Times New Roman" w:cs="Times New Roman"/>
          <w:i/>
          <w:color w:val="000000"/>
        </w:rPr>
        <w:t>M</w:t>
      </w:r>
      <w:r>
        <w:rPr>
          <w:rFonts w:ascii="宋体" w:hAnsi="宋体" w:eastAsia="宋体" w:cs="宋体"/>
          <w:color w:val="000000"/>
        </w:rPr>
        <w:t>或点</w:t>
      </w:r>
      <w:r>
        <w:rPr>
          <w:rFonts w:ascii="Times New Roman" w:hAnsi="Times New Roman" w:eastAsia="Times New Roman" w:cs="Times New Roman"/>
          <w:i/>
          <w:color w:val="000000"/>
        </w:rPr>
        <w:t>N</w:t>
      </w:r>
      <w:r>
        <w:rPr>
          <w:rFonts w:ascii="宋体" w:hAnsi="宋体" w:eastAsia="宋体" w:cs="宋体"/>
          <w:color w:val="000000"/>
        </w:rPr>
        <w:t>中另一个点的距离记为</w:t>
      </w:r>
      <w:r>
        <w:pict>
          <v:shape id="_x0000_i719080" o:spt="75" alt="学科网(www.zxxk.com)--教育资源门户，提供试卷、教案、课件、论文、素材以及各类教学资源下载，还有大量而丰富的教学相关资讯！" type="#_x0000_t75" style="height:18.15pt;width:14.15pt;" o:ole="t" filled="f" o:preferrelative="t" stroked="f" coordsize="21600,21600">
            <v:path/>
            <v:fill on="f" focussize="0,0"/>
            <v:stroke on="f" joinstyle="miter"/>
            <v:imagedata r:id="rId4089" o:title="eqIdb31ac1def558351e2e3ed1235c570530"/>
            <o:lock v:ext="edit" aspectratio="t"/>
            <w10:wrap type="none"/>
            <w10:anchorlock/>
          </v:shape>
        </w:pict>
      </w:r>
      <w:r>
        <w:rPr>
          <w:rFonts w:ascii="宋体" w:hAnsi="宋体" w:eastAsia="宋体" w:cs="宋体"/>
          <w:color w:val="000000"/>
        </w:rPr>
        <w:t>，若满足</w:t>
      </w:r>
      <w:r>
        <w:pict>
          <v:shape id="_x0000_i719081"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4090" o:title="eqIdfe313009fe0e292b2b75566ff91becf4"/>
            <o:lock v:ext="edit" aspectratio="t"/>
            <w10:wrap type="none"/>
            <w10:anchorlock/>
          </v:shape>
        </w:pict>
      </w:r>
      <w:r>
        <w:rPr>
          <w:rFonts w:ascii="宋体" w:hAnsi="宋体" w:eastAsia="宋体" w:cs="宋体"/>
          <w:color w:val="000000"/>
        </w:rPr>
        <w:t>，则称</w:t>
      </w:r>
      <w:r>
        <w:rPr>
          <w:rFonts w:ascii="Times New Roman" w:hAnsi="Times New Roman" w:eastAsia="Times New Roman" w:cs="Times New Roman"/>
          <w:i/>
          <w:color w:val="000000"/>
        </w:rPr>
        <w:t>P</w:t>
      </w:r>
      <w:r>
        <w:rPr>
          <w:rFonts w:ascii="宋体" w:hAnsi="宋体" w:eastAsia="宋体" w:cs="宋体"/>
          <w:color w:val="000000"/>
        </w:rPr>
        <w:t>和</w:t>
      </w:r>
      <w:r>
        <w:rPr>
          <w:rFonts w:ascii="Times New Roman" w:hAnsi="Times New Roman" w:eastAsia="Times New Roman" w:cs="Times New Roman"/>
          <w:i/>
          <w:color w:val="000000"/>
        </w:rPr>
        <w:t>Q</w:t>
      </w:r>
      <w:r>
        <w:rPr>
          <w:rFonts w:ascii="宋体" w:hAnsi="宋体" w:eastAsia="宋体" w:cs="宋体"/>
          <w:color w:val="000000"/>
        </w:rPr>
        <w:t>是</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的“伴随点对”．</w:t>
      </w:r>
    </w:p>
    <w:p>
      <w:pPr>
        <w:spacing w:line="360" w:lineRule="auto"/>
        <w:jc w:val="left"/>
        <w:textAlignment w:val="center"/>
        <w:rPr>
          <w:color w:val="000000"/>
        </w:rPr>
      </w:pPr>
      <w:r>
        <w:rPr>
          <w:rFonts w:ascii="宋体" w:hAnsi="宋体" w:eastAsia="宋体" w:cs="宋体"/>
          <w:color w:val="000000"/>
        </w:rPr>
        <w:t>例如：点</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Q</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分别表示的数为</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52900" cy="438150"/>
            <wp:effectExtent l="0" t="0" r="0" b="0"/>
            <wp:docPr id="3807"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 name="图片 100049" descr="学科网(www.zxxk.com)--教育资源门户，提供试卷、教案、课件、论文、素材以及各类教学资源下载，还有大量而丰富的教学相关资讯！"/>
                    <pic:cNvPicPr>
                      <a:picLocks noChangeAspect="1"/>
                    </pic:cNvPicPr>
                  </pic:nvPicPr>
                  <pic:blipFill>
                    <a:blip r:embed="rId4091"/>
                    <a:stretch>
                      <a:fillRect/>
                    </a:stretch>
                  </pic:blipFill>
                  <pic:spPr>
                    <a:xfrm>
                      <a:off x="0" y="0"/>
                      <a:ext cx="4152900" cy="4381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此时，</w:t>
      </w:r>
      <w:r>
        <w:pict>
          <v:shape id="_x0000_i719082" o:spt="75" alt="学科网(www.zxxk.com)--教育资源门户，提供试卷、教案、课件、论文、素材以及各类教学资源下载，还有大量而丰富的教学相关资讯！" type="#_x0000_t75" style="height:15.75pt;width:36pt;" o:ole="t" filled="f" o:preferrelative="t" stroked="f" coordsize="21600,21600">
            <v:path/>
            <v:fill on="f" focussize="0,0"/>
            <v:stroke on="f" joinstyle="miter"/>
            <v:imagedata r:id="rId4092" o:title="eqIde9e3f3f09715fd737324ea48c3696485"/>
            <o:lock v:ext="edit" aspectratio="t"/>
            <w10:wrap type="none"/>
            <w10:anchorlock/>
          </v:shape>
        </w:pict>
      </w:r>
      <w:r>
        <w:rPr>
          <w:rFonts w:ascii="宋体" w:hAnsi="宋体" w:eastAsia="宋体" w:cs="宋体"/>
          <w:color w:val="000000"/>
        </w:rPr>
        <w:t>，</w:t>
      </w:r>
      <w:r>
        <w:pict>
          <v:shape id="_x0000_i719083" o:spt="75" alt="学科网(www.zxxk.com)--教育资源门户，提供试卷、教案、课件、论文、素材以及各类教学资源下载，还有大量而丰富的教学相关资讯！" type="#_x0000_t75" style="height:13pt;width:41pt;" o:ole="t" filled="f" o:preferrelative="t" stroked="f" coordsize="21600,21600">
            <v:path/>
            <v:fill on="f" focussize="0,0"/>
            <v:stroke on="f" joinstyle="miter"/>
            <v:imagedata r:id="rId4093" o:title="eqId122e3e53a614abc840775b9d4f7b950c"/>
            <o:lock v:ext="edit" aspectratio="t"/>
            <w10:wrap type="none"/>
            <w10:anchorlock/>
          </v:shape>
        </w:pict>
      </w:r>
      <w:r>
        <w:rPr>
          <w:rFonts w:ascii="宋体" w:hAnsi="宋体" w:eastAsia="宋体" w:cs="宋体"/>
          <w:color w:val="000000"/>
        </w:rPr>
        <w:t>，</w:t>
      </w:r>
      <w:r>
        <w:pict>
          <v:shape id="_x0000_i719084"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094" o:title="eqIda3e8efb3018e9243269c82dcdac89b3c"/>
            <o:lock v:ext="edit" aspectratio="t"/>
            <w10:wrap type="none"/>
            <w10:anchorlock/>
          </v:shape>
        </w:pict>
      </w:r>
      <w:r>
        <w:rPr>
          <w:rFonts w:ascii="宋体" w:hAnsi="宋体" w:eastAsia="宋体" w:cs="宋体"/>
          <w:color w:val="000000"/>
        </w:rPr>
        <w:t>，</w:t>
      </w:r>
      <w:r>
        <w:pict>
          <v:shape id="_x0000_i719085"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4095" o:title="eqIdd47f789d500a0c20fdb13ced1e0a4e19"/>
            <o:lock v:ext="edit" aspectratio="t"/>
            <w10:wrap type="none"/>
            <w10:anchorlock/>
          </v:shape>
        </w:pict>
      </w:r>
      <w:r>
        <w:rPr>
          <w:rFonts w:ascii="宋体" w:hAnsi="宋体" w:eastAsia="宋体" w:cs="宋体"/>
          <w:color w:val="000000"/>
        </w:rPr>
        <w:t>，</w:t>
      </w:r>
      <w:r>
        <w:pict>
          <v:shape id="_x0000_i719086" o:spt="75" alt="学科网(www.zxxk.com)--教育资源门户，提供试卷、教案、课件、论文、素材以及各类教学资源下载，还有大量而丰富的教学相关资讯！" type="#_x0000_t75" style="height:16.2pt;width:39pt;" o:ole="t" filled="f" o:preferrelative="t" stroked="f" coordsize="21600,21600">
            <v:path/>
            <v:fill on="f" focussize="0,0"/>
            <v:stroke on="f" joinstyle="miter"/>
            <v:imagedata r:id="rId4096" o:title="eqIdbccef1998c9f98ea96e3500e582d3016"/>
            <o:lock v:ext="edit" aspectratio="t"/>
            <w10:wrap type="none"/>
            <w10:anchorlock/>
          </v:shape>
        </w:pict>
      </w:r>
      <w:r>
        <w:rPr>
          <w:rFonts w:ascii="宋体" w:hAnsi="宋体" w:eastAsia="宋体" w:cs="宋体"/>
          <w:color w:val="000000"/>
        </w:rPr>
        <w:t>，其中存在</w:t>
      </w:r>
      <w:r>
        <w:pict>
          <v:shape id="_x0000_i719087" o:spt="75" alt="学科网(www.zxxk.com)--教育资源门户，提供试卷、教案、课件、论文、素材以及各类教学资源下载，还有大量而丰富的教学相关资讯！" type="#_x0000_t75" style="height:16.2pt;width:96pt;" o:ole="t" filled="f" o:preferrelative="t" stroked="f" coordsize="21600,21600">
            <v:path/>
            <v:fill on="f" focussize="0,0"/>
            <v:stroke on="f" joinstyle="miter"/>
            <v:imagedata r:id="rId4097" o:title="eqId2292a6806df320d1bf38980a12ff6728"/>
            <o:lock v:ext="edit" aspectratio="t"/>
            <w10:wrap type="none"/>
            <w10:anchorlock/>
          </v:shape>
        </w:pict>
      </w:r>
      <w:r>
        <w:rPr>
          <w:rFonts w:ascii="宋体" w:hAnsi="宋体" w:eastAsia="宋体" w:cs="宋体"/>
          <w:color w:val="000000"/>
        </w:rPr>
        <w:t>，满足</w:t>
      </w:r>
      <w:r>
        <w:pict>
          <v:shape id="_x0000_i719088"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4098" o:title="eqIdfe313009fe0e292b2b75566ff91becf4"/>
            <o:lock v:ext="edit" aspectratio="t"/>
            <w10:wrap type="none"/>
            <w10:anchorlock/>
          </v:shape>
        </w:pict>
      </w:r>
      <w:r>
        <w:rPr>
          <w:rFonts w:ascii="宋体" w:hAnsi="宋体" w:eastAsia="宋体" w:cs="宋体"/>
          <w:color w:val="000000"/>
        </w:rPr>
        <w:t>，则称</w:t>
      </w:r>
      <w:r>
        <w:rPr>
          <w:rFonts w:ascii="Times New Roman" w:hAnsi="Times New Roman" w:eastAsia="Times New Roman" w:cs="Times New Roman"/>
          <w:i/>
          <w:color w:val="000000"/>
        </w:rPr>
        <w:t>P</w:t>
      </w:r>
      <w:r>
        <w:rPr>
          <w:rFonts w:ascii="宋体" w:hAnsi="宋体" w:eastAsia="宋体" w:cs="宋体"/>
          <w:color w:val="000000"/>
        </w:rPr>
        <w:t>和</w:t>
      </w:r>
      <w:r>
        <w:rPr>
          <w:rFonts w:ascii="Times New Roman" w:hAnsi="Times New Roman" w:eastAsia="Times New Roman" w:cs="Times New Roman"/>
          <w:i/>
          <w:color w:val="000000"/>
        </w:rPr>
        <w:t>Q</w:t>
      </w:r>
      <w:r>
        <w:rPr>
          <w:rFonts w:ascii="宋体" w:hAnsi="宋体" w:eastAsia="宋体" w:cs="宋体"/>
          <w:color w:val="000000"/>
        </w:rPr>
        <w:t>是</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的“伴随点对”</w:t>
      </w:r>
    </w:p>
    <w:p>
      <w:pPr>
        <w:spacing w:line="360" w:lineRule="auto"/>
        <w:jc w:val="left"/>
        <w:textAlignment w:val="center"/>
        <w:rPr>
          <w:color w:val="000000"/>
        </w:rPr>
      </w:pPr>
      <w:r>
        <w:rPr>
          <w:rFonts w:ascii="宋体" w:hAnsi="宋体" w:eastAsia="宋体" w:cs="宋体"/>
          <w:color w:val="000000"/>
        </w:rPr>
        <w:t>在数轴上点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分别表示的数为</w:t>
      </w:r>
      <w:r>
        <w:pict>
          <v:shape id="_x0000_i71908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099"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若点</w:t>
      </w:r>
      <w:r>
        <w:pict>
          <v:shape id="_x0000_i719090"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4100" o:title="eqIdb1241216f3c1cb5e73043dd1037f556d"/>
            <o:lock v:ext="edit" aspectratio="t"/>
            <w10:wrap type="none"/>
            <w10:anchorlock/>
          </v:shape>
        </w:pict>
      </w:r>
      <w:r>
        <w:rPr>
          <w:rFonts w:ascii="宋体" w:hAnsi="宋体" w:eastAsia="宋体" w:cs="宋体"/>
          <w:color w:val="000000"/>
        </w:rPr>
        <w:t>和</w:t>
      </w:r>
      <w:r>
        <w:pict>
          <v:shape id="_x0000_i71909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101" o:title="eqId6795cae2df43a722e1355e9562d93c09"/>
            <o:lock v:ext="edit" aspectratio="t"/>
            <w10:wrap type="none"/>
            <w10:anchorlock/>
          </v:shape>
        </w:pict>
      </w:r>
      <w:r>
        <w:rPr>
          <w:rFonts w:ascii="宋体" w:hAnsi="宋体" w:eastAsia="宋体" w:cs="宋体"/>
          <w:color w:val="000000"/>
        </w:rPr>
        <w:t>分别表示的数为</w:t>
      </w:r>
      <w:r>
        <w:rPr>
          <w:rFonts w:ascii="Times New Roman" w:hAnsi="Times New Roman" w:eastAsia="Times New Roman" w:cs="Times New Roman"/>
          <w:color w:val="000000"/>
        </w:rPr>
        <w:t>10</w:t>
      </w:r>
      <w:r>
        <w:rPr>
          <w:rFonts w:ascii="宋体" w:hAnsi="宋体" w:eastAsia="宋体" w:cs="宋体"/>
          <w:color w:val="000000"/>
        </w:rPr>
        <w:t>和</w:t>
      </w:r>
      <w:r>
        <w:rPr>
          <w:rFonts w:ascii="Times New Roman" w:hAnsi="Times New Roman" w:eastAsia="Times New Roman" w:cs="Times New Roman"/>
          <w:color w:val="000000"/>
        </w:rPr>
        <w:t>1</w:t>
      </w:r>
      <w:r>
        <w:rPr>
          <w:rFonts w:ascii="宋体" w:hAnsi="宋体" w:eastAsia="宋体" w:cs="宋体"/>
          <w:color w:val="000000"/>
        </w:rPr>
        <w:t>，点</w:t>
      </w:r>
      <w:r>
        <w:pict>
          <v:shape id="_x0000_i71909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102" o:title="eqId23f3ffe7abc59e2f65d827c8eab8d36a"/>
            <o:lock v:ext="edit" aspectratio="t"/>
            <w10:wrap type="none"/>
            <w10:anchorlock/>
          </v:shape>
        </w:pict>
      </w:r>
      <w:r>
        <w:rPr>
          <w:rFonts w:ascii="宋体" w:hAnsi="宋体" w:eastAsia="宋体" w:cs="宋体"/>
          <w:color w:val="000000"/>
        </w:rPr>
        <w:t>和</w:t>
      </w:r>
      <w:r>
        <w:pict>
          <v:shape id="_x0000_i719093"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4103" o:title="eqIdc296e45b84cf67a98939aa7334e7d478"/>
            <o:lock v:ext="edit" aspectratio="t"/>
            <w10:wrap type="none"/>
            <w10:anchorlock/>
          </v:shape>
        </w:pict>
      </w:r>
      <w:r>
        <w:rPr>
          <w:rFonts w:ascii="宋体" w:hAnsi="宋体" w:eastAsia="宋体" w:cs="宋体"/>
          <w:color w:val="000000"/>
        </w:rPr>
        <w:t>分别表示的数为</w:t>
      </w:r>
      <w:r>
        <w:rPr>
          <w:rFonts w:ascii="Times New Roman" w:hAnsi="Times New Roman" w:eastAsia="Times New Roman" w:cs="Times New Roman"/>
          <w:color w:val="000000"/>
        </w:rPr>
        <w:t>3</w:t>
      </w:r>
      <w:r>
        <w:rPr>
          <w:rFonts w:ascii="宋体" w:hAnsi="宋体" w:eastAsia="宋体" w:cs="宋体"/>
          <w:color w:val="000000"/>
        </w:rPr>
        <w:t>和</w:t>
      </w:r>
      <w:r>
        <w:pict>
          <v:shape id="_x0000_i719094"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4104" o:title="eqId01317332a203c898536b1d0459f51d23"/>
            <o:lock v:ext="edit" aspectratio="t"/>
            <w10:wrap type="none"/>
            <w10:anchorlock/>
          </v:shape>
        </w:pict>
      </w:r>
      <w:r>
        <w:rPr>
          <w:rFonts w:ascii="宋体" w:hAnsi="宋体" w:eastAsia="宋体" w:cs="宋体"/>
          <w:color w:val="000000"/>
        </w:rPr>
        <w:t>，点</w:t>
      </w:r>
      <w:r>
        <w:pict>
          <v:shape id="_x0000_i719095"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4105" o:title="eqIdab94459e87c666facddbe1a23ae1899d"/>
            <o:lock v:ext="edit" aspectratio="t"/>
            <w10:wrap type="none"/>
            <w10:anchorlock/>
          </v:shape>
        </w:pict>
      </w:r>
      <w:r>
        <w:rPr>
          <w:rFonts w:ascii="宋体" w:hAnsi="宋体" w:eastAsia="宋体" w:cs="宋体"/>
          <w:color w:val="000000"/>
        </w:rPr>
        <w:t>和</w:t>
      </w:r>
      <w:r>
        <w:pict>
          <v:shape id="_x0000_i719096"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4106" o:title="eqIdde8ce8c07e34224e2d25130ed27c9a98"/>
            <o:lock v:ext="edit" aspectratio="t"/>
            <w10:wrap type="none"/>
            <w10:anchorlock/>
          </v:shape>
        </w:pict>
      </w:r>
      <w:r>
        <w:rPr>
          <w:rFonts w:ascii="宋体" w:hAnsi="宋体" w:eastAsia="宋体" w:cs="宋体"/>
          <w:color w:val="000000"/>
        </w:rPr>
        <w:t>分别表示的数为</w:t>
      </w:r>
      <w:r>
        <w:pict>
          <v:shape id="_x0000_i719097"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4104" o:title="eqId01317332a203c898536b1d0459f51d23"/>
            <o:lock v:ext="edit" aspectratio="t"/>
            <w10:wrap type="none"/>
            <w10:anchorlock/>
          </v:shape>
        </w:pict>
      </w:r>
      <w:r>
        <w:rPr>
          <w:rFonts w:ascii="宋体" w:hAnsi="宋体" w:eastAsia="宋体" w:cs="宋体"/>
          <w:color w:val="000000"/>
        </w:rPr>
        <w:t>和</w:t>
      </w:r>
      <w:r>
        <w:pict>
          <v:shape id="_x0000_i719098"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107" o:title="eqIdd3aab28a20b5bf47040aaec03b1eb550"/>
            <o:lock v:ext="edit" aspectratio="t"/>
            <w10:wrap type="none"/>
            <w10:anchorlock/>
          </v:shape>
        </w:pict>
      </w:r>
      <w:r>
        <w:rPr>
          <w:rFonts w:ascii="宋体" w:hAnsi="宋体" w:eastAsia="宋体" w:cs="宋体"/>
          <w:color w:val="000000"/>
        </w:rPr>
        <w:t>，则在①</w:t>
      </w:r>
      <w:r>
        <w:pict>
          <v:shape id="_x0000_i719099"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4100" o:title="eqIdb1241216f3c1cb5e73043dd1037f556d"/>
            <o:lock v:ext="edit" aspectratio="t"/>
            <w10:wrap type="none"/>
            <w10:anchorlock/>
          </v:shape>
        </w:pict>
      </w:r>
      <w:r>
        <w:rPr>
          <w:rFonts w:ascii="宋体" w:hAnsi="宋体" w:eastAsia="宋体" w:cs="宋体"/>
          <w:color w:val="000000"/>
        </w:rPr>
        <w:t>和</w:t>
      </w:r>
      <w:r>
        <w:pict>
          <v:shape id="_x0000_i71910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101" o:title="eqId6795cae2df43a722e1355e9562d93c09"/>
            <o:lock v:ext="edit" aspectratio="t"/>
            <w10:wrap type="none"/>
            <w10:anchorlock/>
          </v:shape>
        </w:pict>
      </w:r>
      <w:r>
        <w:rPr>
          <w:rFonts w:ascii="宋体" w:hAnsi="宋体" w:eastAsia="宋体" w:cs="宋体"/>
          <w:color w:val="000000"/>
        </w:rPr>
        <w:t>，②</w:t>
      </w:r>
      <w:r>
        <w:pict>
          <v:shape id="_x0000_i71910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102" o:title="eqId23f3ffe7abc59e2f65d827c8eab8d36a"/>
            <o:lock v:ext="edit" aspectratio="t"/>
            <w10:wrap type="none"/>
            <w10:anchorlock/>
          </v:shape>
        </w:pict>
      </w:r>
      <w:r>
        <w:rPr>
          <w:rFonts w:ascii="宋体" w:hAnsi="宋体" w:eastAsia="宋体" w:cs="宋体"/>
          <w:color w:val="000000"/>
        </w:rPr>
        <w:t>和</w:t>
      </w:r>
      <w:r>
        <w:pict>
          <v:shape id="_x0000_i719102"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4103" o:title="eqIdc296e45b84cf67a98939aa7334e7d478"/>
            <o:lock v:ext="edit" aspectratio="t"/>
            <w10:wrap type="none"/>
            <w10:anchorlock/>
          </v:shape>
        </w:pict>
      </w:r>
      <w:r>
        <w:rPr>
          <w:rFonts w:ascii="宋体" w:hAnsi="宋体" w:eastAsia="宋体" w:cs="宋体"/>
          <w:color w:val="000000"/>
        </w:rPr>
        <w:t>，③</w:t>
      </w:r>
      <w:r>
        <w:pict>
          <v:shape id="_x0000_i719103"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4105" o:title="eqIdab94459e87c666facddbe1a23ae1899d"/>
            <o:lock v:ext="edit" aspectratio="t"/>
            <w10:wrap type="none"/>
            <w10:anchorlock/>
          </v:shape>
        </w:pict>
      </w:r>
      <w:r>
        <w:rPr>
          <w:rFonts w:ascii="宋体" w:hAnsi="宋体" w:eastAsia="宋体" w:cs="宋体"/>
          <w:color w:val="000000"/>
        </w:rPr>
        <w:t>和</w:t>
      </w:r>
      <w:r>
        <w:pict>
          <v:shape id="_x0000_i719104"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4106" o:title="eqIdde8ce8c07e34224e2d25130ed27c9a98"/>
            <o:lock v:ext="edit" aspectratio="t"/>
            <w10:wrap type="none"/>
            <w10:anchorlock/>
          </v:shape>
        </w:pict>
      </w:r>
      <w:r>
        <w:rPr>
          <w:rFonts w:ascii="宋体" w:hAnsi="宋体" w:eastAsia="宋体" w:cs="宋体"/>
          <w:color w:val="000000"/>
        </w:rPr>
        <w:t>中，是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的“伴随点对”的是</w:t>
      </w:r>
      <w:r>
        <w:rPr>
          <w:rFonts w:ascii="Times New Roman" w:hAnsi="Times New Roman" w:eastAsia="Times New Roman" w:cs="Times New Roman"/>
          <w:color w:val="000000"/>
        </w:rPr>
        <w:t>_____</w:t>
      </w:r>
      <w:r>
        <w:rPr>
          <w:rFonts w:ascii="宋体" w:hAnsi="宋体" w:eastAsia="宋体" w:cs="宋体"/>
          <w:color w:val="000000"/>
        </w:rPr>
        <w:t>（填序号即可）；</w:t>
      </w:r>
    </w:p>
    <w:p>
      <w:pPr>
        <w:spacing w:line="360" w:lineRule="auto"/>
        <w:jc w:val="left"/>
        <w:textAlignment w:val="center"/>
        <w:rPr>
          <w:color w:val="000000"/>
        </w:rPr>
      </w:pPr>
      <w:r>
        <w:rPr>
          <w:color w:val="000000"/>
        </w:rPr>
        <w:t>（2）</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表示的数为</w:t>
      </w:r>
      <w:r>
        <w:rPr>
          <w:rFonts w:ascii="Times New Roman" w:hAnsi="Times New Roman" w:eastAsia="Times New Roman" w:cs="Times New Roman"/>
          <w:i/>
          <w:color w:val="000000"/>
        </w:rPr>
        <w:t>m</w:t>
      </w:r>
      <w:r>
        <w:rPr>
          <w:rFonts w:ascii="宋体" w:hAnsi="宋体" w:eastAsia="宋体" w:cs="宋体"/>
          <w:color w:val="000000"/>
        </w:rPr>
        <w:t>，且</w:t>
      </w:r>
      <w:r>
        <w:rPr>
          <w:rFonts w:ascii="Times New Roman" w:hAnsi="Times New Roman" w:eastAsia="Times New Roman" w:cs="Times New Roman"/>
          <w:i/>
          <w:color w:val="000000"/>
        </w:rPr>
        <w:t>C</w:t>
      </w:r>
      <w:r>
        <w:rPr>
          <w:rFonts w:ascii="宋体" w:hAnsi="宋体" w:eastAsia="宋体" w:cs="宋体"/>
          <w:color w:val="000000"/>
        </w:rPr>
        <w:t>和</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的“伴随点对”，直接写出</w:t>
      </w:r>
      <w:r>
        <w:rPr>
          <w:rFonts w:ascii="Times New Roman" w:hAnsi="Times New Roman" w:eastAsia="Times New Roman" w:cs="Times New Roman"/>
          <w:i/>
          <w:color w:val="000000"/>
        </w:rPr>
        <w:t>m</w:t>
      </w:r>
      <w:r>
        <w:rPr>
          <w:rFonts w:ascii="宋体" w:hAnsi="宋体" w:eastAsia="宋体" w:cs="宋体"/>
          <w:color w:val="000000"/>
        </w:rPr>
        <w:t>的取值范围；</w:t>
      </w:r>
    </w:p>
    <w:p>
      <w:pPr>
        <w:spacing w:line="360" w:lineRule="auto"/>
        <w:jc w:val="left"/>
        <w:textAlignment w:val="center"/>
        <w:rPr>
          <w:color w:val="000000"/>
        </w:rPr>
      </w:pPr>
      <w:r>
        <w:rPr>
          <w:color w:val="000000"/>
        </w:rPr>
        <w:t>（3）</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从点</w:t>
      </w:r>
      <w:r>
        <w:rPr>
          <w:rFonts w:ascii="Times New Roman" w:hAnsi="Times New Roman" w:eastAsia="Times New Roman" w:cs="Times New Roman"/>
          <w:i/>
          <w:color w:val="000000"/>
        </w:rPr>
        <w:t>A</w:t>
      </w:r>
      <w:r>
        <w:rPr>
          <w:rFonts w:ascii="宋体" w:hAnsi="宋体" w:eastAsia="宋体" w:cs="宋体"/>
          <w:color w:val="000000"/>
        </w:rPr>
        <w:t>出发以每秒</w:t>
      </w:r>
      <w:r>
        <w:rPr>
          <w:rFonts w:ascii="Times New Roman" w:hAnsi="Times New Roman" w:eastAsia="Times New Roman" w:cs="Times New Roman"/>
          <w:color w:val="000000"/>
        </w:rPr>
        <w:t>4</w:t>
      </w:r>
      <w:r>
        <w:rPr>
          <w:rFonts w:ascii="宋体" w:hAnsi="宋体" w:eastAsia="宋体" w:cs="宋体"/>
          <w:color w:val="000000"/>
        </w:rPr>
        <w:t>个单位长度向右运动，同时点</w:t>
      </w:r>
      <w:r>
        <w:rPr>
          <w:rFonts w:ascii="Times New Roman" w:hAnsi="Times New Roman" w:eastAsia="Times New Roman" w:cs="Times New Roman"/>
          <w:i/>
          <w:color w:val="000000"/>
        </w:rPr>
        <w:t>D</w:t>
      </w:r>
      <w:r>
        <w:rPr>
          <w:rFonts w:ascii="宋体" w:hAnsi="宋体" w:eastAsia="宋体" w:cs="宋体"/>
          <w:color w:val="000000"/>
        </w:rPr>
        <w:t>从点</w:t>
      </w:r>
      <w:r>
        <w:rPr>
          <w:rFonts w:ascii="Times New Roman" w:hAnsi="Times New Roman" w:eastAsia="Times New Roman" w:cs="Times New Roman"/>
          <w:i/>
          <w:color w:val="000000"/>
        </w:rPr>
        <w:t>B</w:t>
      </w:r>
      <w:r>
        <w:rPr>
          <w:rFonts w:ascii="宋体" w:hAnsi="宋体" w:eastAsia="宋体" w:cs="宋体"/>
          <w:color w:val="000000"/>
        </w:rPr>
        <w:t>出发以每秒</w:t>
      </w:r>
      <w:r>
        <w:rPr>
          <w:rFonts w:ascii="Times New Roman" w:hAnsi="Times New Roman" w:eastAsia="Times New Roman" w:cs="Times New Roman"/>
          <w:color w:val="000000"/>
        </w:rPr>
        <w:t>1</w:t>
      </w:r>
      <w:r>
        <w:rPr>
          <w:rFonts w:ascii="宋体" w:hAnsi="宋体" w:eastAsia="宋体" w:cs="宋体"/>
          <w:color w:val="000000"/>
        </w:rPr>
        <w:t>个单位长度向左运动，当点</w:t>
      </w:r>
      <w:r>
        <w:rPr>
          <w:rFonts w:ascii="Times New Roman" w:hAnsi="Times New Roman" w:eastAsia="Times New Roman" w:cs="Times New Roman"/>
          <w:i/>
          <w:color w:val="000000"/>
        </w:rPr>
        <w:t>D</w:t>
      </w:r>
      <w:r>
        <w:rPr>
          <w:rFonts w:ascii="宋体" w:hAnsi="宋体" w:eastAsia="宋体" w:cs="宋体"/>
          <w:color w:val="000000"/>
        </w:rPr>
        <w:t>到达点</w:t>
      </w:r>
      <w:r>
        <w:rPr>
          <w:rFonts w:ascii="Times New Roman" w:hAnsi="Times New Roman" w:eastAsia="Times New Roman" w:cs="Times New Roman"/>
          <w:i/>
          <w:color w:val="000000"/>
        </w:rPr>
        <w:t>A</w:t>
      </w:r>
      <w:r>
        <w:rPr>
          <w:rFonts w:ascii="宋体" w:hAnsi="宋体" w:eastAsia="宋体" w:cs="宋体"/>
          <w:color w:val="000000"/>
        </w:rPr>
        <w:t>时，点</w:t>
      </w:r>
      <w:r>
        <w:rPr>
          <w:rFonts w:ascii="Times New Roman" w:hAnsi="Times New Roman" w:eastAsia="Times New Roman" w:cs="Times New Roman"/>
          <w:i/>
          <w:color w:val="000000"/>
        </w:rPr>
        <w:t>C</w:t>
      </w:r>
      <w:r>
        <w:rPr>
          <w:rFonts w:ascii="宋体" w:hAnsi="宋体" w:eastAsia="宋体" w:cs="宋体"/>
          <w:color w:val="000000"/>
        </w:rPr>
        <w:t>和点</w:t>
      </w:r>
      <w:r>
        <w:rPr>
          <w:rFonts w:ascii="Times New Roman" w:hAnsi="Times New Roman" w:eastAsia="Times New Roman" w:cs="Times New Roman"/>
          <w:i/>
          <w:color w:val="000000"/>
        </w:rPr>
        <w:t>D</w:t>
      </w:r>
      <w:r>
        <w:rPr>
          <w:rFonts w:ascii="宋体" w:hAnsi="宋体" w:eastAsia="宋体" w:cs="宋体"/>
          <w:color w:val="000000"/>
        </w:rPr>
        <w:t>同时停止运动</w:t>
      </w:r>
      <w:r>
        <w:rPr>
          <w:rFonts w:ascii="Times New Roman" w:hAnsi="Times New Roman" w:eastAsia="Times New Roman" w:cs="Times New Roman"/>
          <w:color w:val="000000"/>
        </w:rPr>
        <w:t>.</w:t>
      </w:r>
      <w:r>
        <w:rPr>
          <w:rFonts w:ascii="宋体" w:hAnsi="宋体" w:eastAsia="宋体" w:cs="宋体"/>
          <w:color w:val="000000"/>
        </w:rPr>
        <w:t>设点</w:t>
      </w:r>
      <w:r>
        <w:rPr>
          <w:rFonts w:ascii="Times New Roman" w:hAnsi="Times New Roman" w:eastAsia="Times New Roman" w:cs="Times New Roman"/>
          <w:i/>
          <w:color w:val="000000"/>
        </w:rPr>
        <w:t>D</w:t>
      </w:r>
      <w:r>
        <w:rPr>
          <w:rFonts w:ascii="宋体" w:hAnsi="宋体" w:eastAsia="宋体" w:cs="宋体"/>
          <w:color w:val="000000"/>
        </w:rPr>
        <w:t>的运动时间为</w:t>
      </w:r>
      <w:r>
        <w:rPr>
          <w:rFonts w:ascii="Times New Roman" w:hAnsi="Times New Roman" w:eastAsia="Times New Roman" w:cs="Times New Roman"/>
          <w:i/>
          <w:color w:val="000000"/>
        </w:rPr>
        <w:t>t</w:t>
      </w:r>
      <w:r>
        <w:rPr>
          <w:rFonts w:ascii="宋体" w:hAnsi="宋体" w:eastAsia="宋体" w:cs="宋体"/>
          <w:color w:val="000000"/>
        </w:rPr>
        <w:t>秒</w:t>
      </w:r>
      <w:r>
        <w:rPr>
          <w:rFonts w:ascii="Times New Roman" w:hAnsi="Times New Roman" w:eastAsia="Times New Roman" w:cs="Times New Roman"/>
          <w:color w:val="000000"/>
        </w:rPr>
        <w:t>.</w:t>
      </w:r>
      <w:r>
        <w:rPr>
          <w:rFonts w:ascii="宋体" w:hAnsi="宋体" w:eastAsia="宋体" w:cs="宋体"/>
          <w:color w:val="000000"/>
        </w:rPr>
        <w:t>当</w:t>
      </w:r>
      <w:r>
        <w:rPr>
          <w:rFonts w:ascii="Times New Roman" w:hAnsi="Times New Roman" w:eastAsia="Times New Roman" w:cs="Times New Roman"/>
          <w:i/>
          <w:color w:val="000000"/>
        </w:rPr>
        <w:t>C</w:t>
      </w:r>
      <w:r>
        <w:rPr>
          <w:rFonts w:ascii="宋体" w:hAnsi="宋体" w:eastAsia="宋体" w:cs="宋体"/>
          <w:color w:val="000000"/>
        </w:rPr>
        <w:t>和</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的“作随点对”时，直接写出</w:t>
      </w:r>
      <w:r>
        <w:rPr>
          <w:rFonts w:ascii="Times New Roman" w:hAnsi="Times New Roman" w:eastAsia="Times New Roman" w:cs="Times New Roman"/>
          <w:i/>
          <w:color w:val="000000"/>
        </w:rPr>
        <w:t>t</w: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①③</w:t>
      </w:r>
      <w:r>
        <w:rPr>
          <w:color w:val="000000"/>
        </w:rPr>
        <w:t xml:space="preserve">    （2）</w:t>
      </w:r>
      <w:r>
        <w:pict>
          <v:shape id="_x0000_i719105"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4108" o:title="eqId684484b1de8c9dec621c35e876142297"/>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9106" o:spt="75" alt="学科网(www.zxxk.com)--教育资源门户，提供试卷、教案、课件、论文、素材以及各类教学资源下载，还有大量而丰富的教学相关资讯！" type="#_x0000_t75" style="height:31.5pt;width:36pt;" o:ole="t" filled="f" o:preferrelative="t" stroked="f" coordsize="21600,21600">
            <v:path/>
            <v:fill on="f" focussize="0,0"/>
            <v:stroke on="f" joinstyle="miter"/>
            <v:imagedata r:id="rId4109" o:title="eqId96978247904e98e738958ca3f8b046ce"/>
            <o:lock v:ext="edit" aspectratio="t"/>
            <w10:wrap type="none"/>
            <w10:anchorlock/>
          </v:shape>
        </w:pict>
      </w:r>
      <w:r>
        <w:rPr>
          <w:rFonts w:ascii="宋体" w:hAnsi="宋体" w:eastAsia="宋体" w:cs="宋体"/>
          <w:color w:val="000000"/>
        </w:rPr>
        <w:t>或</w:t>
      </w:r>
      <w:r>
        <w:pict>
          <v:shape id="_x0000_i719107" o:spt="75" alt="学科网(www.zxxk.com)--教育资源门户，提供试卷、教案、课件、论文、素材以及各类教学资源下载，还有大量而丰富的教学相关资讯！" type="#_x0000_t75" style="height:13.9pt;width:24.95pt;" o:ole="t" filled="f" o:preferrelative="t" stroked="f" coordsize="21600,21600">
            <v:path/>
            <v:fill on="f" focussize="0,0"/>
            <v:stroke on="f" joinstyle="miter"/>
            <v:imagedata r:id="rId4110" o:title="eqIdf66884efff7400f92b530d69d029778d"/>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该题主要考查了数轴上的动点问题以及两点之间距离公式，解题的关键是分类讨论；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）根据题意，分别计算</w:t>
      </w:r>
      <w:r>
        <w:pict>
          <v:shape id="_x0000_i719108" o:spt="75" alt="学科网(www.zxxk.com)--教育资源门户，提供试卷、教案、课件、论文、素材以及各类教学资源下载，还有大量而丰富的教学相关资讯！" type="#_x0000_t75" style="height:15.9pt;width:100.95pt;" o:ole="t" filled="f" o:preferrelative="t" stroked="f" coordsize="21600,21600">
            <v:path/>
            <v:fill on="f" focussize="0,0"/>
            <v:stroke on="f" joinstyle="miter"/>
            <v:imagedata r:id="rId4111" o:title="eqIdc15cefb91b3f351b340421eae0c9ccf5"/>
            <o:lock v:ext="edit" aspectratio="t"/>
            <w10:wrap type="none"/>
            <w10:anchorlock/>
          </v:shape>
        </w:pict>
      </w:r>
      <w:r>
        <w:rPr>
          <w:rFonts w:ascii="宋体" w:hAnsi="宋体" w:eastAsia="宋体" w:cs="宋体"/>
          <w:color w:val="000000"/>
        </w:rPr>
        <w:t>的值，确定是否满足</w:t>
      </w:r>
      <w:r>
        <w:pict>
          <v:shape id="_x0000_i719109"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4112" o:title="eqIdfe313009fe0e292b2b75566ff91becf4"/>
            <o:lock v:ext="edit" aspectratio="t"/>
            <w10:wrap type="none"/>
            <w10:anchorlock/>
          </v:shape>
        </w:pict>
      </w:r>
      <w:r>
        <w:rPr>
          <w:rFonts w:ascii="宋体" w:hAnsi="宋体" w:eastAsia="宋体" w:cs="宋体"/>
          <w:color w:val="000000"/>
        </w:rPr>
        <w:t>即可判断；</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）根据题意，分别表示</w:t>
      </w:r>
      <w:r>
        <w:pict>
          <v:shape id="_x0000_i719110" o:spt="75" alt="学科网(www.zxxk.com)--教育资源门户，提供试卷、教案、课件、论文、素材以及各类教学资源下载，还有大量而丰富的教学相关资讯！" type="#_x0000_t75" style="height:15.9pt;width:100.95pt;" o:ole="t" filled="f" o:preferrelative="t" stroked="f" coordsize="21600,21600">
            <v:path/>
            <v:fill on="f" focussize="0,0"/>
            <v:stroke on="f" joinstyle="miter"/>
            <v:imagedata r:id="rId4113" o:title="eqIdc15cefb91b3f351b340421eae0c9ccf5"/>
            <o:lock v:ext="edit" aspectratio="t"/>
            <w10:wrap type="none"/>
            <w10:anchorlock/>
          </v:shape>
        </w:pict>
      </w:r>
      <w:r>
        <w:rPr>
          <w:rFonts w:ascii="宋体" w:hAnsi="宋体" w:eastAsia="宋体" w:cs="宋体"/>
          <w:color w:val="000000"/>
        </w:rPr>
        <w:t>，根据</w:t>
      </w:r>
      <w:r>
        <w:rPr>
          <w:rFonts w:ascii="Times New Roman" w:hAnsi="Times New Roman" w:eastAsia="Times New Roman" w:cs="Times New Roman"/>
          <w:i/>
          <w:color w:val="000000"/>
        </w:rPr>
        <w:t>C</w:t>
      </w:r>
      <w:r>
        <w:rPr>
          <w:rFonts w:ascii="宋体" w:hAnsi="宋体" w:eastAsia="宋体" w:cs="宋体"/>
          <w:color w:val="000000"/>
        </w:rPr>
        <w:t>和</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的“作随点对”，分为</w:t>
      </w:r>
      <w:r>
        <w:pict>
          <v:shape id="_x0000_i719111" o:spt="75" alt="学科网(www.zxxk.com)--教育资源门户，提供试卷、教案、课件、论文、素材以及各类教学资源下载，还有大量而丰富的教学相关资讯！" type="#_x0000_t75" style="height:14.1pt;width:74.1pt;" o:ole="t" filled="f" o:preferrelative="t" stroked="f" coordsize="21600,21600">
            <v:path/>
            <v:fill on="f" focussize="0,0"/>
            <v:stroke on="f" joinstyle="miter"/>
            <v:imagedata r:id="rId4114" o:title="eqId6005f99260cff97a62ae5e309a46c346"/>
            <o:lock v:ext="edit" aspectratio="t"/>
            <w10:wrap type="none"/>
            <w10:anchorlock/>
          </v:shape>
        </w:pict>
      </w:r>
      <w:r>
        <w:rPr>
          <w:rFonts w:ascii="宋体" w:hAnsi="宋体" w:eastAsia="宋体" w:cs="宋体"/>
          <w:color w:val="000000"/>
        </w:rPr>
        <w:t>和</w:t>
      </w:r>
      <w:r>
        <w:pict>
          <v:shape id="_x0000_i719112" o:spt="75" alt="学科网(www.zxxk.com)--教育资源门户，提供试卷、教案、课件、论文、素材以及各类教学资源下载，还有大量而丰富的教学相关资讯！" type="#_x0000_t75" style="height:12.85pt;width:65.6pt;" o:ole="t" filled="f" o:preferrelative="t" stroked="f" coordsize="21600,21600">
            <v:path/>
            <v:fill on="f" focussize="0,0"/>
            <v:stroke on="f" joinstyle="miter"/>
            <v:imagedata r:id="rId4115" o:title="eqId3ba6550791d3cd498f2c2faef557d102"/>
            <o:lock v:ext="edit" aspectratio="t"/>
            <w10:wrap type="none"/>
            <w10:anchorlock/>
          </v:shape>
        </w:pict>
      </w:r>
      <w:r>
        <w:rPr>
          <w:rFonts w:ascii="宋体" w:hAnsi="宋体" w:eastAsia="宋体" w:cs="宋体"/>
          <w:color w:val="000000"/>
        </w:rPr>
        <w:t>分别计算即可确定范围；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）由题意得：</w:t>
      </w:r>
      <w:r>
        <w:pict>
          <v:shape id="_x0000_i719113" o:spt="75" alt="学科网(www.zxxk.com)--教育资源门户，提供试卷、教案、课件、论文、素材以及各类教学资源下载，还有大量而丰富的教学相关资讯！" type="#_x0000_t75" style="height:14.1pt;width:51.9pt;" o:ole="t" filled="f" o:preferrelative="t" stroked="f" coordsize="21600,21600">
            <v:path/>
            <v:fill on="f" focussize="0,0"/>
            <v:stroke on="f" joinstyle="miter"/>
            <v:imagedata r:id="rId4116" o:title="eqIdb4e4ac7bc4a6fdf9b1995556df1dc1f5"/>
            <o:lock v:ext="edit" aspectratio="t"/>
            <w10:wrap type="none"/>
            <w10:anchorlock/>
          </v:shape>
        </w:pict>
      </w:r>
      <w:r>
        <w:rPr>
          <w:rFonts w:ascii="Times New Roman" w:hAnsi="Times New Roman" w:eastAsia="Times New Roman" w:cs="Times New Roman"/>
          <w:color w:val="000000"/>
        </w:rPr>
        <w:t>,</w:t>
      </w:r>
      <w:r>
        <w:pict>
          <v:shape id="_x0000_i719114" o:spt="75" alt="学科网(www.zxxk.com)--教育资源门户，提供试卷、教案、课件、论文、素材以及各类教学资源下载，还有大量而丰富的教学相关资讯！" type="#_x0000_t75" style="height:14.1pt;width:39.9pt;" o:ole="t" filled="f" o:preferrelative="t" stroked="f" coordsize="21600,21600">
            <v:path/>
            <v:fill on="f" focussize="0,0"/>
            <v:stroke on="f" joinstyle="miter"/>
            <v:imagedata r:id="rId4117" o:title="eqIdb754848bd29d195acf6c986efd7b1d33"/>
            <o:lock v:ext="edit" aspectratio="t"/>
            <w10:wrap type="none"/>
            <w10:anchorlock/>
          </v:shape>
        </w:pict>
      </w:r>
      <w:r>
        <w:rPr>
          <w:rFonts w:ascii="宋体" w:hAnsi="宋体" w:eastAsia="宋体" w:cs="宋体"/>
          <w:color w:val="000000"/>
        </w:rPr>
        <w:t>，分别表示出</w:t>
      </w:r>
      <w:r>
        <w:pict>
          <v:shape id="_x0000_i719115" o:spt="75" alt="学科网(www.zxxk.com)--教育资源门户，提供试卷、教案、课件、论文、素材以及各类教学资源下载，还有大量而丰富的教学相关资讯！" type="#_x0000_t75" style="height:15.9pt;width:69.9pt;" o:ole="t" filled="f" o:preferrelative="t" stroked="f" coordsize="21600,21600">
            <v:path/>
            <v:fill on="f" focussize="0,0"/>
            <v:stroke on="f" joinstyle="miter"/>
            <v:imagedata r:id="rId4118" o:title="eqId3692782abf3f14486f67f2f31aadea31"/>
            <o:lock v:ext="edit" aspectratio="t"/>
            <w10:wrap type="none"/>
            <w10:anchorlock/>
          </v:shape>
        </w:pict>
      </w:r>
      <w:r>
        <w:rPr>
          <w:rFonts w:ascii="宋体" w:hAnsi="宋体" w:eastAsia="宋体" w:cs="宋体"/>
          <w:color w:val="000000"/>
        </w:rPr>
        <w:t>，</w:t>
      </w:r>
      <w:r>
        <w:pict>
          <v:shape id="_x0000_i719116" o:spt="75" alt="学科网(www.zxxk.com)--教育资源门户，提供试卷、教案、课件、论文、素材以及各类教学资源下载，还有大量而丰富的教学相关资讯！" type="#_x0000_t75" style="height:20.25pt;width:102pt;" o:ole="t" filled="f" o:preferrelative="t" stroked="f" coordsize="21600,21600">
            <v:path/>
            <v:fill on="f" focussize="0,0"/>
            <v:stroke on="f" joinstyle="miter"/>
            <v:imagedata r:id="rId4119" o:title="eqId7fc204fb9ca216e7db2c0a9bb4c52427"/>
            <o:lock v:ext="edit" aspectratio="t"/>
            <w10:wrap type="none"/>
            <w10:anchorlock/>
          </v:shape>
        </w:pict>
      </w:r>
      <w:r>
        <w:rPr>
          <w:rFonts w:ascii="宋体" w:hAnsi="宋体" w:eastAsia="宋体" w:cs="宋体"/>
          <w:color w:val="000000"/>
        </w:rPr>
        <w:t>，</w:t>
      </w:r>
      <w:r>
        <w:pict>
          <v:shape id="_x0000_i719117" o:spt="75" alt="学科网(www.zxxk.com)--教育资源门户，提供试卷、教案、课件、论文、素材以及各类教学资源下载，还有大量而丰富的教学相关资讯！" type="#_x0000_t75" style="height:15.9pt;width:88.95pt;" o:ole="t" filled="f" o:preferrelative="t" stroked="f" coordsize="21600,21600">
            <v:path/>
            <v:fill on="f" focussize="0,0"/>
            <v:stroke on="f" joinstyle="miter"/>
            <v:imagedata r:id="rId4120" o:title="eqIdc40ff4ea9899261c76e48316ae2504a9"/>
            <o:lock v:ext="edit" aspectratio="t"/>
            <w10:wrap type="none"/>
            <w10:anchorlock/>
          </v:shape>
        </w:pict>
      </w:r>
      <w:r>
        <w:rPr>
          <w:rFonts w:ascii="Times New Roman" w:hAnsi="Times New Roman" w:eastAsia="Times New Roman" w:cs="Times New Roman"/>
          <w:color w:val="000000"/>
        </w:rPr>
        <w:t>,</w:t>
      </w:r>
      <w:r>
        <w:rPr>
          <w:rFonts w:ascii="宋体" w:hAnsi="宋体" w:eastAsia="宋体" w:cs="宋体"/>
          <w:color w:val="000000"/>
        </w:rPr>
        <w:t>根据</w:t>
      </w:r>
      <w:r>
        <w:rPr>
          <w:rFonts w:ascii="Times New Roman" w:hAnsi="Times New Roman" w:eastAsia="Times New Roman" w:cs="Times New Roman"/>
          <w:i/>
          <w:color w:val="000000"/>
        </w:rPr>
        <w:t>C</w:t>
      </w:r>
      <w:r>
        <w:rPr>
          <w:rFonts w:ascii="宋体" w:hAnsi="宋体" w:eastAsia="宋体" w:cs="宋体"/>
          <w:color w:val="000000"/>
        </w:rPr>
        <w:t>和</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的“作随点对”，分四种情况分别计算即可；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①点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分别表示的数为</w:t>
      </w:r>
      <w:r>
        <w:pict>
          <v:shape id="_x0000_i71911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121"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，点</w:t>
      </w:r>
      <w:r>
        <w:pict>
          <v:shape id="_x0000_i719119"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4122" o:title="eqIdb1241216f3c1cb5e73043dd1037f556d"/>
            <o:lock v:ext="edit" aspectratio="t"/>
            <w10:wrap type="none"/>
            <w10:anchorlock/>
          </v:shape>
        </w:pict>
      </w:r>
      <w:r>
        <w:rPr>
          <w:rFonts w:ascii="宋体" w:hAnsi="宋体" w:eastAsia="宋体" w:cs="宋体"/>
          <w:color w:val="000000"/>
        </w:rPr>
        <w:t>和</w:t>
      </w:r>
      <w:r>
        <w:pict>
          <v:shape id="_x0000_i71912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123" o:title="eqId6795cae2df43a722e1355e9562d93c09"/>
            <o:lock v:ext="edit" aspectratio="t"/>
            <w10:wrap type="none"/>
            <w10:anchorlock/>
          </v:shape>
        </w:pict>
      </w:r>
      <w:r>
        <w:rPr>
          <w:rFonts w:ascii="宋体" w:hAnsi="宋体" w:eastAsia="宋体" w:cs="宋体"/>
          <w:color w:val="000000"/>
        </w:rPr>
        <w:t>分别表示的数为</w:t>
      </w:r>
      <w:r>
        <w:rPr>
          <w:rFonts w:ascii="Times New Roman" w:hAnsi="Times New Roman" w:eastAsia="Times New Roman" w:cs="Times New Roman"/>
          <w:color w:val="000000"/>
        </w:rPr>
        <w:t>10</w:t>
      </w:r>
      <w:r>
        <w:rPr>
          <w:rFonts w:ascii="宋体" w:hAnsi="宋体" w:eastAsia="宋体" w:cs="宋体"/>
          <w:color w:val="000000"/>
        </w:rPr>
        <w:t>和</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pict>
          <v:shape id="_x0000_i719121" o:spt="75" alt="学科网(www.zxxk.com)--教育资源门户，提供试卷、教案、课件、论文、素材以及各类教学资源下载，还有大量而丰富的教学相关资讯！" type="#_x0000_t75" style="height:18pt;width:225.2pt;" o:ole="t" filled="f" o:preferrelative="t" stroked="f" coordsize="21600,21600">
            <v:path/>
            <v:fill on="f" focussize="0,0"/>
            <v:stroke on="f" joinstyle="miter"/>
            <v:imagedata r:id="rId4124" o:title="eqId282b5153e6f57ae47ea7424f03d7f1ba"/>
            <o:lock v:ext="edit" aspectratio="t"/>
            <w10:wrap type="none"/>
            <w10:anchorlock/>
          </v:shape>
        </w:pict>
      </w:r>
    </w:p>
    <w:p>
      <w:pPr>
        <w:spacing w:line="360" w:lineRule="auto"/>
        <w:jc w:val="both"/>
        <w:textAlignment w:val="center"/>
        <w:rPr>
          <w:color w:val="000000"/>
        </w:rPr>
      </w:pPr>
      <w:r>
        <w:pict>
          <v:shape id="_x0000_i719122" o:spt="75" alt="学科网(www.zxxk.com)--教育资源门户，提供试卷、教案、课件、论文、素材以及各类教学资源下载，还有大量而丰富的教学相关资讯！" type="#_x0000_t75" style="height:18pt;width:99.2pt;" o:ole="t" filled="f" o:preferrelative="t" stroked="f" coordsize="21600,21600">
            <v:path/>
            <v:fill on="f" focussize="0,0"/>
            <v:stroke on="f" joinstyle="miter"/>
            <v:imagedata r:id="rId4125" o:title="eqId43b795877761bca2a47f028a2cb0a553"/>
            <o:lock v:ext="edit" aspectratio="t"/>
            <w10:wrap type="none"/>
            <w10:anchorlock/>
          </v:shape>
        </w:pict>
      </w:r>
    </w:p>
    <w:p>
      <w:pPr>
        <w:spacing w:line="360" w:lineRule="auto"/>
        <w:jc w:val="both"/>
        <w:textAlignment w:val="center"/>
        <w:rPr>
          <w:color w:val="000000"/>
        </w:rPr>
      </w:pPr>
      <w:r>
        <w:pict>
          <v:shape id="_x0000_i719123" o:spt="75" alt="学科网(www.zxxk.com)--教育资源门户，提供试卷、教案、课件、论文、素材以及各类教学资源下载，还有大量而丰富的教学相关资讯！" type="#_x0000_t75" style="height:18pt;width:39.9pt;" o:ole="t" filled="f" o:preferrelative="t" stroked="f" coordsize="21600,21600">
            <v:path/>
            <v:fill on="f" focussize="0,0"/>
            <v:stroke on="f" joinstyle="miter"/>
            <v:imagedata r:id="rId4126" o:title="eqId265f2a689e3f232ac5140d4df748938b"/>
            <o:lock v:ext="edit" aspectratio="t"/>
            <w10:wrap type="none"/>
            <w10:anchorlock/>
          </v:shape>
        </w:pict>
      </w:r>
      <w:r>
        <w:rPr>
          <w:rFonts w:ascii="宋体" w:hAnsi="宋体" w:eastAsia="宋体" w:cs="宋体"/>
          <w:color w:val="000000"/>
        </w:rPr>
        <w:t>是</w:t>
      </w:r>
      <w:r>
        <w:pict>
          <v:shape id="_x0000_i719124"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127" o:title="eqId01c74a907dda6bb7d9d56d009d9df253"/>
            <o:lock v:ext="edit" aspectratio="t"/>
            <w10:wrap type="none"/>
            <w10:anchorlock/>
          </v:shape>
        </w:pict>
      </w:r>
      <w:r>
        <w:rPr>
          <w:rFonts w:ascii="宋体" w:hAnsi="宋体" w:eastAsia="宋体" w:cs="宋体"/>
          <w:color w:val="000000"/>
        </w:rPr>
        <w:t>的 “伴随点对”；</w:t>
      </w:r>
    </w:p>
    <w:p>
      <w:pPr>
        <w:spacing w:line="360" w:lineRule="auto"/>
        <w:jc w:val="left"/>
        <w:textAlignment w:val="center"/>
        <w:rPr>
          <w:color w:val="000000"/>
        </w:rPr>
      </w:pPr>
      <w:r>
        <w:rPr>
          <w:rFonts w:ascii="宋体" w:hAnsi="宋体" w:eastAsia="宋体" w:cs="宋体"/>
          <w:color w:val="000000"/>
        </w:rPr>
        <w:t>②点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分别表示的数为</w:t>
      </w:r>
      <w:r>
        <w:pict>
          <v:shape id="_x0000_i71912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128"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，点</w:t>
      </w:r>
      <w:r>
        <w:pict>
          <v:shape id="_x0000_i719126"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129" o:title="eqId23f3ffe7abc59e2f65d827c8eab8d36a"/>
            <o:lock v:ext="edit" aspectratio="t"/>
            <w10:wrap type="none"/>
            <w10:anchorlock/>
          </v:shape>
        </w:pict>
      </w:r>
      <w:r>
        <w:rPr>
          <w:rFonts w:ascii="宋体" w:hAnsi="宋体" w:eastAsia="宋体" w:cs="宋体"/>
          <w:color w:val="000000"/>
        </w:rPr>
        <w:t>和</w:t>
      </w:r>
      <w:r>
        <w:pict>
          <v:shape id="_x0000_i719127"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4130" o:title="eqIdc296e45b84cf67a98939aa7334e7d478"/>
            <o:lock v:ext="edit" aspectratio="t"/>
            <w10:wrap type="none"/>
            <w10:anchorlock/>
          </v:shape>
        </w:pict>
      </w:r>
      <w:r>
        <w:rPr>
          <w:rFonts w:ascii="宋体" w:hAnsi="宋体" w:eastAsia="宋体" w:cs="宋体"/>
          <w:color w:val="000000"/>
        </w:rPr>
        <w:t>分别表示的数为</w:t>
      </w:r>
      <w:r>
        <w:rPr>
          <w:rFonts w:ascii="Times New Roman" w:hAnsi="Times New Roman" w:eastAsia="Times New Roman" w:cs="Times New Roman"/>
          <w:color w:val="000000"/>
        </w:rPr>
        <w:t>3</w:t>
      </w:r>
      <w:r>
        <w:rPr>
          <w:rFonts w:ascii="宋体" w:hAnsi="宋体" w:eastAsia="宋体" w:cs="宋体"/>
          <w:color w:val="000000"/>
        </w:rPr>
        <w:t>和</w:t>
      </w:r>
      <w:r>
        <w:pict>
          <v:shape id="_x0000_i719128"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4131" o:title="eqId01317332a203c898536b1d0459f51d2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129" o:spt="75" alt="学科网(www.zxxk.com)--教育资源门户，提供试卷、教案、课件、论文、素材以及各类教学资源下载，还有大量而丰富的教学相关资讯！" type="#_x0000_t75" style="height:18pt;width:231.2pt;" o:ole="t" filled="f" o:preferrelative="t" stroked="f" coordsize="21600,21600">
            <v:path/>
            <v:fill on="f" focussize="0,0"/>
            <v:stroke on="f" joinstyle="miter"/>
            <v:imagedata r:id="rId4132" o:title="eqId37669f488b967fbcc12d0ffddb69ef0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不满足</w:t>
      </w:r>
      <w:r>
        <w:pict>
          <v:shape id="_x0000_i719130"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4133" o:title="eqIdfe313009fe0e292b2b75566ff91becf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9131"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4134" o:title="eqId45f19ceedda0fe3182e02fb58abc9b6f"/>
            <o:lock v:ext="edit" aspectratio="t"/>
            <w10:wrap type="none"/>
            <w10:anchorlock/>
          </v:shape>
        </w:pict>
      </w:r>
      <w:r>
        <w:rPr>
          <w:rFonts w:ascii="宋体" w:hAnsi="宋体" w:eastAsia="宋体" w:cs="宋体"/>
          <w:color w:val="000000"/>
        </w:rPr>
        <w:t>是</w:t>
      </w:r>
      <w:r>
        <w:pict>
          <v:shape id="_x0000_i719132"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135" o:title="eqId01c74a907dda6bb7d9d56d009d9df253"/>
            <o:lock v:ext="edit" aspectratio="t"/>
            <w10:wrap type="none"/>
            <w10:anchorlock/>
          </v:shape>
        </w:pict>
      </w:r>
      <w:r>
        <w:rPr>
          <w:rFonts w:ascii="宋体" w:hAnsi="宋体" w:eastAsia="宋体" w:cs="宋体"/>
          <w:color w:val="000000"/>
        </w:rPr>
        <w:t>的 “伴随点对”；</w:t>
      </w:r>
    </w:p>
    <w:p>
      <w:pPr>
        <w:spacing w:line="360" w:lineRule="auto"/>
        <w:jc w:val="left"/>
        <w:textAlignment w:val="center"/>
        <w:rPr>
          <w:color w:val="000000"/>
        </w:rPr>
      </w:pPr>
      <w:r>
        <w:rPr>
          <w:rFonts w:ascii="宋体" w:hAnsi="宋体" w:eastAsia="宋体" w:cs="宋体"/>
          <w:color w:val="000000"/>
        </w:rPr>
        <w:t>③点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分别表示的数为</w:t>
      </w:r>
      <w:r>
        <w:pict>
          <v:shape id="_x0000_i71913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136"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，点</w:t>
      </w:r>
      <w:r>
        <w:pict>
          <v:shape id="_x0000_i719134"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4137" o:title="eqIdab94459e87c666facddbe1a23ae1899d"/>
            <o:lock v:ext="edit" aspectratio="t"/>
            <w10:wrap type="none"/>
            <w10:anchorlock/>
          </v:shape>
        </w:pict>
      </w:r>
      <w:r>
        <w:rPr>
          <w:rFonts w:ascii="宋体" w:hAnsi="宋体" w:eastAsia="宋体" w:cs="宋体"/>
          <w:color w:val="000000"/>
        </w:rPr>
        <w:t>和</w:t>
      </w:r>
      <w:r>
        <w:pict>
          <v:shape id="_x0000_i719135"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4138" o:title="eqIdde8ce8c07e34224e2d25130ed27c9a98"/>
            <o:lock v:ext="edit" aspectratio="t"/>
            <w10:wrap type="none"/>
            <w10:anchorlock/>
          </v:shape>
        </w:pict>
      </w:r>
      <w:r>
        <w:rPr>
          <w:rFonts w:ascii="宋体" w:hAnsi="宋体" w:eastAsia="宋体" w:cs="宋体"/>
          <w:color w:val="000000"/>
        </w:rPr>
        <w:t>分别表示的数为</w:t>
      </w:r>
      <w:r>
        <w:pict>
          <v:shape id="_x0000_i719136" o:spt="75" alt="学科网(www.zxxk.com)--教育资源门户，提供试卷、教案、课件、论文、素材以及各类教学资源下载，还有大量而丰富的教学相关资讯！" type="#_x0000_t75" style="height:13.8pt;width:16.2pt;" o:ole="t" filled="f" o:preferrelative="t" stroked="f" coordsize="21600,21600">
            <v:path/>
            <v:fill on="f" focussize="0,0"/>
            <v:stroke on="f" joinstyle="miter"/>
            <v:imagedata r:id="rId4139" o:title="eqId01317332a203c898536b1d0459f51d23"/>
            <o:lock v:ext="edit" aspectratio="t"/>
            <w10:wrap type="none"/>
            <w10:anchorlock/>
          </v:shape>
        </w:pict>
      </w:r>
      <w:r>
        <w:rPr>
          <w:rFonts w:ascii="宋体" w:hAnsi="宋体" w:eastAsia="宋体" w:cs="宋体"/>
          <w:color w:val="000000"/>
        </w:rPr>
        <w:t>和</w:t>
      </w:r>
      <w:r>
        <w:pict>
          <v:shape id="_x0000_i719137"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140" o:title="eqIdd3aab28a20b5bf47040aaec03b1eb55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9138" o:spt="75" alt="学科网(www.zxxk.com)--教育资源门户，提供试卷、教案、课件、论文、素材以及各类教学资源下载，还有大量而丰富的教学相关资讯！" type="#_x0000_t75" style="height:18pt;width:235.05pt;" o:ole="t" filled="f" o:preferrelative="t" stroked="f" coordsize="21600,21600">
            <v:path/>
            <v:fill on="f" focussize="0,0"/>
            <v:stroke on="f" joinstyle="miter"/>
            <v:imagedata r:id="rId4141" o:title="eqId850dcf3214b6471b40b2bf29a5a9217e"/>
            <o:lock v:ext="edit" aspectratio="t"/>
            <w10:wrap type="none"/>
            <w10:anchorlock/>
          </v:shape>
        </w:pict>
      </w:r>
    </w:p>
    <w:p>
      <w:pPr>
        <w:spacing w:line="360" w:lineRule="auto"/>
        <w:jc w:val="both"/>
        <w:textAlignment w:val="center"/>
        <w:rPr>
          <w:color w:val="000000"/>
        </w:rPr>
      </w:pPr>
      <w:r>
        <w:pict>
          <v:shape id="_x0000_i719139" o:spt="75" alt="学科网(www.zxxk.com)--教育资源门户，提供试卷、教案、课件、论文、素材以及各类教学资源下载，还有大量而丰富的教学相关资讯！" type="#_x0000_t75" style="height:18pt;width:103.05pt;" o:ole="t" filled="f" o:preferrelative="t" stroked="f" coordsize="21600,21600">
            <v:path/>
            <v:fill on="f" focussize="0,0"/>
            <v:stroke on="f" joinstyle="miter"/>
            <v:imagedata r:id="rId4142" o:title="eqIde347da20a2385617e25b5858e4050510"/>
            <o:lock v:ext="edit" aspectratio="t"/>
            <w10:wrap type="none"/>
            <w10:anchorlock/>
          </v:shape>
        </w:pict>
      </w:r>
    </w:p>
    <w:p>
      <w:pPr>
        <w:spacing w:line="360" w:lineRule="auto"/>
        <w:jc w:val="both"/>
        <w:textAlignment w:val="center"/>
        <w:rPr>
          <w:color w:val="000000"/>
        </w:rPr>
      </w:pPr>
      <w:r>
        <w:pict>
          <v:shape id="_x0000_i719140"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4143" o:title="eqId6bf54720b28269ecabf2cc544ce8628c"/>
            <o:lock v:ext="edit" aspectratio="t"/>
            <w10:wrap type="none"/>
            <w10:anchorlock/>
          </v:shape>
        </w:pict>
      </w:r>
      <w:r>
        <w:rPr>
          <w:rFonts w:ascii="宋体" w:hAnsi="宋体" w:eastAsia="宋体" w:cs="宋体"/>
          <w:color w:val="000000"/>
        </w:rPr>
        <w:t>是</w:t>
      </w:r>
      <w:r>
        <w:pict>
          <v:shape id="_x0000_i719141"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144" o:title="eqId01c74a907dda6bb7d9d56d009d9df253"/>
            <o:lock v:ext="edit" aspectratio="t"/>
            <w10:wrap type="none"/>
            <w10:anchorlock/>
          </v:shape>
        </w:pict>
      </w:r>
      <w:r>
        <w:rPr>
          <w:rFonts w:ascii="宋体" w:hAnsi="宋体" w:eastAsia="宋体" w:cs="宋体"/>
          <w:color w:val="000000"/>
        </w:rPr>
        <w:t>的 “伴随点对”；</w:t>
      </w:r>
    </w:p>
    <w:p>
      <w:pPr>
        <w:spacing w:line="360" w:lineRule="auto"/>
        <w:jc w:val="left"/>
        <w:textAlignment w:val="center"/>
        <w:rPr>
          <w:color w:val="000000"/>
        </w:rPr>
      </w:pPr>
      <w:r>
        <w:rPr>
          <w:rFonts w:ascii="宋体" w:hAnsi="宋体" w:eastAsia="宋体" w:cs="宋体"/>
          <w:color w:val="000000"/>
        </w:rPr>
        <w:t>故答案为：①③；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根据题意：</w:t>
      </w:r>
      <w:r>
        <w:pict>
          <v:shape id="_x0000_i719142" o:spt="75" alt="学科网(www.zxxk.com)--教育资源门户，提供试卷、教案、课件、论文、素材以及各类教学资源下载，还有大量而丰富的教学相关资讯！" type="#_x0000_t75" style="height:15.9pt;width:262pt;" o:ole="t" filled="f" o:preferrelative="t" stroked="f" coordsize="21600,21600">
            <v:path/>
            <v:fill on="f" focussize="0,0"/>
            <v:stroke on="f" joinstyle="miter"/>
            <v:imagedata r:id="rId4145" o:title="eqIdecb3b224a03f7d01a1d4d3dfa2d0dd0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C</w:t>
      </w:r>
      <w:r>
        <w:rPr>
          <w:rFonts w:ascii="宋体" w:hAnsi="宋体" w:eastAsia="宋体" w:cs="宋体"/>
          <w:color w:val="000000"/>
        </w:rPr>
        <w:t>和</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的“作随点对”时，</w:t>
      </w:r>
    </w:p>
    <w:p>
      <w:pPr>
        <w:spacing w:line="360" w:lineRule="auto"/>
        <w:jc w:val="both"/>
        <w:textAlignment w:val="center"/>
        <w:rPr>
          <w:color w:val="000000"/>
        </w:rPr>
      </w:pPr>
      <w:r>
        <w:rPr>
          <w:rFonts w:ascii="宋体" w:hAnsi="宋体" w:eastAsia="宋体" w:cs="宋体"/>
          <w:color w:val="000000"/>
        </w:rPr>
        <w:t>①</w:t>
      </w:r>
      <w:r>
        <w:pict>
          <v:shape id="_x0000_i719143" o:spt="75" alt="学科网(www.zxxk.com)--教育资源门户，提供试卷、教案、课件、论文、素材以及各类教学资源下载，还有大量而丰富的教学相关资讯！" type="#_x0000_t75" style="height:15.9pt;width:76.95pt;" o:ole="t" filled="f" o:preferrelative="t" stroked="f" coordsize="21600,21600">
            <v:path/>
            <v:fill on="f" focussize="0,0"/>
            <v:stroke on="f" joinstyle="miter"/>
            <v:imagedata r:id="rId4146" o:title="eqId9c555410b59a48b876e0e10b3d5b8d1f"/>
            <o:lock v:ext="edit" aspectratio="t"/>
            <w10:wrap type="none"/>
            <w10:anchorlock/>
          </v:shape>
        </w:pict>
      </w:r>
    </w:p>
    <w:p>
      <w:pPr>
        <w:spacing w:line="360" w:lineRule="auto"/>
        <w:jc w:val="both"/>
        <w:textAlignment w:val="center"/>
        <w:rPr>
          <w:color w:val="000000"/>
        </w:rPr>
      </w:pPr>
      <w:r>
        <w:pict>
          <v:shape id="_x0000_i719144" o:spt="75" alt="学科网(www.zxxk.com)--教育资源门户，提供试卷、教案、课件、论文、素材以及各类教学资源下载，还有大量而丰富的教学相关资讯！" type="#_x0000_t75" style="height:20.25pt;width:101.25pt;" o:ole="t" filled="f" o:preferrelative="t" stroked="f" coordsize="21600,21600">
            <v:path/>
            <v:fill on="f" focussize="0,0"/>
            <v:stroke on="f" joinstyle="miter"/>
            <v:imagedata r:id="rId4147" o:title="eqIdd24579ce8730fa0447f150936f6f5911"/>
            <o:lock v:ext="edit" aspectratio="t"/>
            <w10:wrap type="none"/>
            <w10:anchorlock/>
          </v:shape>
        </w:pict>
      </w:r>
    </w:p>
    <w:p>
      <w:pPr>
        <w:spacing w:line="360" w:lineRule="auto"/>
        <w:jc w:val="both"/>
        <w:textAlignment w:val="center"/>
        <w:rPr>
          <w:color w:val="000000"/>
        </w:rPr>
      </w:pPr>
      <w:r>
        <w:pict>
          <v:shape id="_x0000_i719145" o:spt="75" alt="学科网(www.zxxk.com)--教育资源门户，提供试卷、教案、课件、论文、素材以及各类教学资源下载，还有大量而丰富的教学相关资讯！" type="#_x0000_t75" style="height:15.9pt;width:102pt;" o:ole="t" filled="f" o:preferrelative="t" stroked="f" coordsize="21600,21600">
            <v:path/>
            <v:fill on="f" focussize="0,0"/>
            <v:stroke on="f" joinstyle="miter"/>
            <v:imagedata r:id="rId4148" o:title="eqId7796de90fed98a273487fd509757511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146"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149" o:title="eqIdb313bde7507f3643858e88cb19bfbab6"/>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w:t>
      </w:r>
      <w:r>
        <w:pict>
          <v:shape id="_x0000_i719147" o:spt="75" alt="学科网(www.zxxk.com)--教育资源门户，提供试卷、教案、课件、论文、素材以及各类教学资源下载，还有大量而丰富的教学相关资讯！" type="#_x0000_t75" style="height:15.9pt;width:78pt;" o:ole="t" filled="f" o:preferrelative="t" stroked="f" coordsize="21600,21600">
            <v:path/>
            <v:fill on="f" focussize="0,0"/>
            <v:stroke on="f" joinstyle="miter"/>
            <v:imagedata r:id="rId4150" o:title="eqId1488d8a639275f4f7641b57a3e7f7439"/>
            <o:lock v:ext="edit" aspectratio="t"/>
            <w10:wrap type="none"/>
            <w10:anchorlock/>
          </v:shape>
        </w:pict>
      </w:r>
    </w:p>
    <w:p>
      <w:pPr>
        <w:spacing w:line="360" w:lineRule="auto"/>
        <w:jc w:val="both"/>
        <w:textAlignment w:val="center"/>
        <w:rPr>
          <w:color w:val="000000"/>
        </w:rPr>
      </w:pPr>
      <w:r>
        <w:pict>
          <v:shape id="_x0000_i719148" o:spt="75" alt="学科网(www.zxxk.com)--教育资源门户，提供试卷、教案、课件、论文、素材以及各类教学资源下载，还有大量而丰富的教学相关资讯！" type="#_x0000_t75" style="height:20.25pt;width:101.25pt;" o:ole="t" filled="f" o:preferrelative="t" stroked="f" coordsize="21600,21600">
            <v:path/>
            <v:fill on="f" focussize="0,0"/>
            <v:stroke on="f" joinstyle="miter"/>
            <v:imagedata r:id="rId4151" o:title="eqId9029798a49c38cb1dbf405d0c1e78ef6"/>
            <o:lock v:ext="edit" aspectratio="t"/>
            <w10:wrap type="none"/>
            <w10:anchorlock/>
          </v:shape>
        </w:pict>
      </w:r>
    </w:p>
    <w:p>
      <w:pPr>
        <w:spacing w:line="360" w:lineRule="auto"/>
        <w:jc w:val="both"/>
        <w:textAlignment w:val="center"/>
        <w:rPr>
          <w:color w:val="000000"/>
        </w:rPr>
      </w:pPr>
      <w:r>
        <w:pict>
          <v:shape id="_x0000_i719149" o:spt="75" alt="学科网(www.zxxk.com)--教育资源门户，提供试卷、教案、课件、论文、素材以及各类教学资源下载，还有大量而丰富的教学相关资讯！" type="#_x0000_t75" style="height:15.9pt;width:102pt;" o:ole="t" filled="f" o:preferrelative="t" stroked="f" coordsize="21600,21600">
            <v:path/>
            <v:fill on="f" focussize="0,0"/>
            <v:stroke on="f" joinstyle="miter"/>
            <v:imagedata r:id="rId4152" o:title="eqIdb1260a9a66e4b3fde217473e612a282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150"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4153" o:title="eqIdd5480081890562e2914de7e1386886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pict>
          <v:shape id="_x0000_i719151"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4154" o:title="eqId684484b1de8c9dec621c35e87614229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由题意得：</w:t>
      </w:r>
      <w:r>
        <w:pict>
          <v:shape id="_x0000_i719152" o:spt="75" alt="学科网(www.zxxk.com)--教育资源门户，提供试卷、教案、课件、论文、素材以及各类教学资源下载，还有大量而丰富的教学相关资讯！" type="#_x0000_t75" style="height:14.1pt;width:51.9pt;" o:ole="t" filled="f" o:preferrelative="t" stroked="f" coordsize="21600,21600">
            <v:path/>
            <v:fill on="f" focussize="0,0"/>
            <v:stroke on="f" joinstyle="miter"/>
            <v:imagedata r:id="rId4155" o:title="eqIdb4e4ac7bc4a6fdf9b1995556df1dc1f5"/>
            <o:lock v:ext="edit" aspectratio="t"/>
            <w10:wrap type="none"/>
            <w10:anchorlock/>
          </v:shape>
        </w:pict>
      </w:r>
      <w:r>
        <w:rPr>
          <w:rFonts w:ascii="宋体" w:hAnsi="宋体" w:eastAsia="宋体" w:cs="宋体"/>
          <w:color w:val="000000"/>
        </w:rPr>
        <w:t>，</w:t>
      </w:r>
      <w:r>
        <w:pict>
          <v:shape id="_x0000_i719153" o:spt="75" alt="学科网(www.zxxk.com)--教育资源门户，提供试卷、教案、课件、论文、素材以及各类教学资源下载，还有大量而丰富的教学相关资讯！" type="#_x0000_t75" style="height:14.1pt;width:39.9pt;" o:ole="t" filled="f" o:preferrelative="t" stroked="f" coordsize="21600,21600">
            <v:path/>
            <v:fill on="f" focussize="0,0"/>
            <v:stroke on="f" joinstyle="miter"/>
            <v:imagedata r:id="rId4156" o:title="eqIdb754848bd29d195acf6c986efd7b1d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15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4157" o:title="eqId2de0d10ef8b748d4531250c37c5d3f9e"/>
            <o:lock v:ext="edit" aspectratio="t"/>
            <w10:wrap type="none"/>
            <w10:anchorlock/>
          </v:shape>
        </w:pict>
      </w:r>
      <w:r>
        <w:pict>
          <v:shape id="_x0000_i719155" o:spt="75" alt="学科网(www.zxxk.com)--教育资源门户，提供试卷、教案、课件、论文、素材以及各类教学资源下载，还有大量而丰富的教学相关资讯！" type="#_x0000_t75" style="height:15.9pt;width:69.9pt;" o:ole="t" filled="f" o:preferrelative="t" stroked="f" coordsize="21600,21600">
            <v:path/>
            <v:fill on="f" focussize="0,0"/>
            <v:stroke on="f" joinstyle="miter"/>
            <v:imagedata r:id="rId4158" o:title="eqId3692782abf3f14486f67f2f31aadea31"/>
            <o:lock v:ext="edit" aspectratio="t"/>
            <w10:wrap type="none"/>
            <w10:anchorlock/>
          </v:shape>
        </w:pict>
      </w:r>
      <w:r>
        <w:rPr>
          <w:rFonts w:ascii="宋体" w:hAnsi="宋体" w:eastAsia="宋体" w:cs="宋体"/>
          <w:color w:val="000000"/>
        </w:rPr>
        <w:t>，</w:t>
      </w:r>
      <w:r>
        <w:pict>
          <v:shape id="_x0000_i719156" o:spt="75" alt="学科网(www.zxxk.com)--教育资源门户，提供试卷、教案、课件、论文、素材以及各类教学资源下载，还有大量而丰富的教学相关资讯！" type="#_x0000_t75" style="height:20.25pt;width:102pt;" o:ole="t" filled="f" o:preferrelative="t" stroked="f" coordsize="21600,21600">
            <v:path/>
            <v:fill on="f" focussize="0,0"/>
            <v:stroke on="f" joinstyle="miter"/>
            <v:imagedata r:id="rId4159" o:title="eqId7fc204fb9ca216e7db2c0a9bb4c52427"/>
            <o:lock v:ext="edit" aspectratio="t"/>
            <w10:wrap type="none"/>
            <w10:anchorlock/>
          </v:shape>
        </w:pict>
      </w:r>
      <w:r>
        <w:rPr>
          <w:rFonts w:ascii="宋体" w:hAnsi="宋体" w:eastAsia="宋体" w:cs="宋体"/>
          <w:color w:val="000000"/>
        </w:rPr>
        <w:t>，</w:t>
      </w:r>
      <w:r>
        <w:pict>
          <v:shape id="_x0000_i719157" o:spt="75" alt="学科网(www.zxxk.com)--教育资源门户，提供试卷、教案、课件、论文、素材以及各类教学资源下载，还有大量而丰富的教学相关资讯！" type="#_x0000_t75" style="height:15.75pt;width:89.25pt;" o:ole="t" filled="f" o:preferrelative="t" stroked="f" coordsize="21600,21600">
            <v:path/>
            <v:fill on="f" focussize="0,0"/>
            <v:stroke on="f" joinstyle="miter"/>
            <v:imagedata r:id="rId4160" o:title="eqId2e008e3788ffde3267a2c9e9c5a72c8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158" o:spt="75" alt="学科网(www.zxxk.com)--教育资源门户，提供试卷、教案、课件、论文、素材以及各类教学资源下载，还有大量而丰富的教学相关资讯！" type="#_x0000_t75" style="height:15.9pt;width:86.1pt;" o:ole="t" filled="f" o:preferrelative="t" stroked="f" coordsize="21600,21600">
            <v:path/>
            <v:fill on="f" focussize="0,0"/>
            <v:stroke on="f" joinstyle="miter"/>
            <v:imagedata r:id="rId4161" o:title="eqId52d62b5f5adf11621664089f7cf48edb"/>
            <o:lock v:ext="edit" aspectratio="t"/>
            <w10:wrap type="none"/>
            <w10:anchorlock/>
          </v:shape>
        </w:pict>
      </w:r>
      <w:r>
        <w:rPr>
          <w:rFonts w:ascii="宋体" w:hAnsi="宋体" w:eastAsia="宋体" w:cs="宋体"/>
          <w:color w:val="000000"/>
        </w:rPr>
        <w:t>，即</w:t>
      </w:r>
      <w:r>
        <w:pict>
          <v:shape id="_x0000_i719159" o:spt="75" alt="学科网(www.zxxk.com)--教育资源门户，提供试卷、教案、课件、论文、素材以及各类教学资源下载，还有大量而丰富的教学相关资讯！" type="#_x0000_t75" style="height:31.15pt;width:26.85pt;" o:ole="t" filled="f" o:preferrelative="t" stroked="f" coordsize="21600,21600">
            <v:path/>
            <v:fill on="f" focussize="0,0"/>
            <v:stroke on="f" joinstyle="miter"/>
            <v:imagedata r:id="rId4162" o:title="eqIdc72152329fb518ac828ea7056469f256"/>
            <o:lock v:ext="edit" aspectratio="t"/>
            <w10:wrap type="none"/>
            <w10:anchorlock/>
          </v:shape>
        </w:pict>
      </w:r>
      <w:r>
        <w:rPr>
          <w:rFonts w:ascii="宋体" w:hAnsi="宋体" w:eastAsia="宋体" w:cs="宋体"/>
          <w:color w:val="000000"/>
        </w:rPr>
        <w:t>时，</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两点重合，不符合题意，</w:t>
      </w:r>
    </w:p>
    <w:p>
      <w:pPr>
        <w:spacing w:line="360" w:lineRule="auto"/>
        <w:jc w:val="left"/>
        <w:textAlignment w:val="center"/>
        <w:rPr>
          <w:color w:val="000000"/>
        </w:rPr>
      </w:pPr>
      <w:r>
        <w:rPr>
          <w:rFonts w:ascii="宋体" w:hAnsi="宋体" w:eastAsia="宋体" w:cs="宋体"/>
          <w:color w:val="000000"/>
        </w:rPr>
        <w:t>当</w:t>
      </w:r>
      <w:r>
        <w:pict>
          <v:shape id="_x0000_i719160" o:spt="75" alt="学科网(www.zxxk.com)--教育资源门户，提供试卷、教案、课件、论文、素材以及各类教学资源下载，还有大量而丰富的教学相关资讯！" type="#_x0000_t75" style="height:20.25pt;width:78.75pt;" o:ole="t" filled="f" o:preferrelative="t" stroked="f" coordsize="21600,21600">
            <v:path/>
            <v:fill on="f" focussize="0,0"/>
            <v:stroke on="f" joinstyle="miter"/>
            <v:imagedata r:id="rId4163" o:title="eqId315e2f5c67aaf24d2bc9d2f7f20b05e9"/>
            <o:lock v:ext="edit" aspectratio="t"/>
            <w10:wrap type="none"/>
            <w10:anchorlock/>
          </v:shape>
        </w:pict>
      </w:r>
      <w:r>
        <w:rPr>
          <w:rFonts w:ascii="宋体" w:hAnsi="宋体" w:eastAsia="宋体" w:cs="宋体"/>
          <w:color w:val="000000"/>
        </w:rPr>
        <w:t>，即</w:t>
      </w:r>
      <w:r>
        <w:pict>
          <v:shape id="_x0000_i719161" o:spt="75" alt="学科网(www.zxxk.com)--教育资源门户，提供试卷、教案、课件、论文、素材以及各类教学资源下载，还有大量而丰富的教学相关资讯！" type="#_x0000_t75" style="height:30.75pt;width:27pt;" o:ole="t" filled="f" o:preferrelative="t" stroked="f" coordsize="21600,21600">
            <v:path/>
            <v:fill on="f" focussize="0,0"/>
            <v:stroke on="f" joinstyle="miter"/>
            <v:imagedata r:id="rId4164" o:title="eqId60fcdf72ab0bc02a29e1fa1170d1fa3f"/>
            <o:lock v:ext="edit" aspectratio="t"/>
            <w10:wrap type="none"/>
            <w10:anchorlock/>
          </v:shape>
        </w:pict>
      </w:r>
      <w:r>
        <w:rPr>
          <w:rFonts w:ascii="宋体" w:hAnsi="宋体" w:eastAsia="宋体" w:cs="宋体"/>
          <w:color w:val="000000"/>
        </w:rPr>
        <w:t>时，</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两点重合，不符合题意，</w:t>
      </w:r>
    </w:p>
    <w:p>
      <w:pPr>
        <w:spacing w:line="360" w:lineRule="auto"/>
        <w:jc w:val="left"/>
        <w:textAlignment w:val="center"/>
        <w:rPr>
          <w:color w:val="000000"/>
        </w:rPr>
      </w:pPr>
      <w:r>
        <w:rPr>
          <w:rFonts w:ascii="宋体" w:hAnsi="宋体" w:eastAsia="宋体" w:cs="宋体"/>
          <w:color w:val="000000"/>
        </w:rPr>
        <w:t>当</w:t>
      </w:r>
      <w:r>
        <w:pict>
          <v:shape id="_x0000_i719162"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4165" o:title="eqId0b364218a3c61265a0936b7096b8ad91"/>
            <o:lock v:ext="edit" aspectratio="t"/>
            <w10:wrap type="none"/>
            <w10:anchorlock/>
          </v:shape>
        </w:pict>
      </w:r>
      <w:r>
        <w:rPr>
          <w:rFonts w:ascii="宋体" w:hAnsi="宋体" w:eastAsia="宋体" w:cs="宋体"/>
          <w:color w:val="000000"/>
        </w:rPr>
        <w:t>，即</w:t>
      </w:r>
      <w:r>
        <w:pict>
          <v:shape id="_x0000_i719163"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4166" o:title="eqId64e5b7ba0ea72875976fd72a99887e4a"/>
            <o:lock v:ext="edit" aspectratio="t"/>
            <w10:wrap type="none"/>
            <w10:anchorlock/>
          </v:shape>
        </w:pict>
      </w:r>
      <w:r>
        <w:rPr>
          <w:rFonts w:ascii="宋体" w:hAnsi="宋体" w:eastAsia="宋体" w:cs="宋体"/>
          <w:color w:val="000000"/>
        </w:rPr>
        <w:t>时，</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两点重合，不符合题意；</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C</w:t>
      </w:r>
      <w:r>
        <w:rPr>
          <w:rFonts w:ascii="宋体" w:hAnsi="宋体" w:eastAsia="宋体" w:cs="宋体"/>
          <w:color w:val="000000"/>
        </w:rPr>
        <w:t>和</w:t>
      </w:r>
      <w:r>
        <w:rPr>
          <w:rFonts w:ascii="Times New Roman" w:hAnsi="Times New Roman" w:eastAsia="Times New Roman" w:cs="Times New Roman"/>
          <w:i/>
          <w:color w:val="000000"/>
        </w:rPr>
        <w:t>D</w:t>
      </w:r>
      <w:r>
        <w:rPr>
          <w:rFonts w:ascii="宋体" w:hAnsi="宋体" w:eastAsia="宋体" w:cs="宋体"/>
          <w:color w:val="000000"/>
        </w:rPr>
        <w:t>是</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的“作随点对”时，</w:t>
      </w:r>
    </w:p>
    <w:p>
      <w:pPr>
        <w:spacing w:line="360" w:lineRule="auto"/>
        <w:jc w:val="left"/>
        <w:textAlignment w:val="center"/>
        <w:rPr>
          <w:color w:val="000000"/>
        </w:rPr>
      </w:pPr>
      <w:r>
        <w:rPr>
          <w:color w:val="000000"/>
        </w:rPr>
        <w:t>①</w:t>
      </w:r>
      <w:r>
        <w:pict>
          <v:shape id="_x0000_i719164" o:spt="75" alt="学科网(www.zxxk.com)--教育资源门户，提供试卷、教案、课件、论文、素材以及各类教学资源下载，还有大量而丰富的教学相关资讯！" type="#_x0000_t75" style="height:15.9pt;width:79.05pt;" o:ole="t" filled="f" o:preferrelative="t" stroked="f" coordsize="21600,21600">
            <v:path/>
            <v:fill on="f" focussize="0,0"/>
            <v:stroke on="f" joinstyle="miter"/>
            <v:imagedata r:id="rId4167" o:title="eqIdb00ef5e6fba5de47f8d14b910098d70c"/>
            <o:lock v:ext="edit" aspectratio="t"/>
            <w10:wrap type="none"/>
            <w10:anchorlock/>
          </v:shape>
        </w:pict>
      </w:r>
      <w:r>
        <w:rPr>
          <w:rFonts w:ascii="宋体" w:hAnsi="宋体" w:eastAsia="宋体" w:cs="宋体"/>
          <w:color w:val="000000"/>
        </w:rPr>
        <w:t>，解得：</w:t>
      </w:r>
      <w:r>
        <w:pict>
          <v:shape id="_x0000_i719165" o:spt="75" alt="学科网(www.zxxk.com)--教育资源门户，提供试卷、教案、课件、论文、素材以及各类教学资源下载，还有大量而丰富的教学相关资讯！" type="#_x0000_t75" style="height:31.15pt;width:26.85pt;" o:ole="t" filled="f" o:preferrelative="t" stroked="f" coordsize="21600,21600">
            <v:path/>
            <v:fill on="f" focussize="0,0"/>
            <v:stroke on="f" joinstyle="miter"/>
            <v:imagedata r:id="rId4168" o:title="eqIdc72152329fb518ac828ea7056469f256"/>
            <o:lock v:ext="edit" aspectratio="t"/>
            <w10:wrap type="none"/>
            <w10:anchorlock/>
          </v:shape>
        </w:pict>
      </w:r>
      <w:r>
        <w:rPr>
          <w:rFonts w:ascii="宋体" w:hAnsi="宋体" w:eastAsia="宋体" w:cs="宋体"/>
          <w:color w:val="000000"/>
        </w:rPr>
        <w:t>（舍去）；</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②</w:t>
      </w:r>
      <w:r>
        <w:pict>
          <v:shape id="_x0000_i719166" o:spt="75" alt="学科网(www.zxxk.com)--教育资源门户，提供试卷、教案、课件、论文、素材以及各类教学资源下载，还有大量而丰富的教学相关资讯！" type="#_x0000_t75" style="height:15.9pt;width:63.2pt;" o:ole="t" filled="f" o:preferrelative="t" stroked="f" coordsize="21600,21600">
            <v:path/>
            <v:fill on="f" focussize="0,0"/>
            <v:stroke on="f" joinstyle="miter"/>
            <v:imagedata r:id="rId4169" o:title="eqId9ac9ef3db360d54ad0d019aafa6dd90b"/>
            <o:lock v:ext="edit" aspectratio="t"/>
            <w10:wrap type="none"/>
            <w10:anchorlock/>
          </v:shape>
        </w:pict>
      </w:r>
      <w:r>
        <w:rPr>
          <w:rFonts w:ascii="宋体" w:hAnsi="宋体" w:eastAsia="宋体" w:cs="宋体"/>
          <w:color w:val="000000"/>
        </w:rPr>
        <w:t>，解得：</w:t>
      </w:r>
      <w:r>
        <w:pict>
          <v:shape id="_x0000_i719167" o:spt="75" alt="学科网(www.zxxk.com)--教育资源门户，提供试卷、教案、课件、论文、素材以及各类教学资源下载，还有大量而丰富的教学相关资讯！" type="#_x0000_t75" style="height:31.5pt;width:36pt;" o:ole="t" filled="f" o:preferrelative="t" stroked="f" coordsize="21600,21600">
            <v:path/>
            <v:fill on="f" focussize="0,0"/>
            <v:stroke on="f" joinstyle="miter"/>
            <v:imagedata r:id="rId4170" o:title="eqId96978247904e98e738958ca3f8b046ce"/>
            <o:lock v:ext="edit" aspectratio="t"/>
            <w10:wrap type="none"/>
            <w10:anchorlock/>
          </v:shape>
        </w:pict>
      </w:r>
      <w:r>
        <w:rPr>
          <w:rFonts w:ascii="宋体" w:hAnsi="宋体" w:eastAsia="宋体" w:cs="宋体"/>
          <w:color w:val="000000"/>
        </w:rPr>
        <w:t>或</w:t>
      </w:r>
      <w:r>
        <w:pict>
          <v:shape id="_x0000_i719168" o:spt="75" alt="学科网(www.zxxk.com)--教育资源门户，提供试卷、教案、课件、论文、素材以及各类教学资源下载，还有大量而丰富的教学相关资讯！" type="#_x0000_t75" style="height:13.9pt;width:24.95pt;" o:ole="t" filled="f" o:preferrelative="t" stroked="f" coordsize="21600,21600">
            <v:path/>
            <v:fill on="f" focussize="0,0"/>
            <v:stroke on="f" joinstyle="miter"/>
            <v:imagedata r:id="rId4171" o:title="eqIdf66884efff7400f92b530d69d029778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③</w:t>
      </w:r>
      <w:r>
        <w:pict>
          <v:shape id="_x0000_i719169" o:spt="75" alt="学科网(www.zxxk.com)--教育资源门户，提供试卷、教案、课件、论文、素材以及各类教学资源下载，还有大量而丰富的教学相关资讯！" type="#_x0000_t75" style="height:20.25pt;width:113.25pt;" o:ole="t" filled="f" o:preferrelative="t" stroked="f" coordsize="21600,21600">
            <v:path/>
            <v:fill on="f" focussize="0,0"/>
            <v:stroke on="f" joinstyle="miter"/>
            <v:imagedata r:id="rId4172" o:title="eqId416142598f0b27e220e0dc19c289df93"/>
            <o:lock v:ext="edit" aspectratio="t"/>
            <w10:wrap type="none"/>
            <w10:anchorlock/>
          </v:shape>
        </w:pict>
      </w:r>
      <w:r>
        <w:rPr>
          <w:rFonts w:ascii="宋体" w:hAnsi="宋体" w:eastAsia="宋体" w:cs="宋体"/>
          <w:color w:val="000000"/>
        </w:rPr>
        <w:t>，无解；</w:t>
      </w:r>
    </w:p>
    <w:p>
      <w:pPr>
        <w:spacing w:line="360" w:lineRule="auto"/>
        <w:jc w:val="left"/>
        <w:textAlignment w:val="center"/>
        <w:rPr>
          <w:color w:val="000000"/>
        </w:rPr>
      </w:pPr>
      <w:r>
        <w:rPr>
          <w:color w:val="000000"/>
        </w:rPr>
        <w:t>④</w:t>
      </w:r>
      <w:r>
        <w:pict>
          <v:shape id="_x0000_i719170" o:spt="75" alt="学科网(www.zxxk.com)--教育资源门户，提供试卷、教案、课件、论文、素材以及各类教学资源下载，还有大量而丰富的教学相关资讯！" type="#_x0000_t75" style="height:20.25pt;width:96.75pt;" o:ole="t" filled="f" o:preferrelative="t" stroked="f" coordsize="21600,21600">
            <v:path/>
            <v:fill on="f" focussize="0,0"/>
            <v:stroke on="f" joinstyle="miter"/>
            <v:imagedata r:id="rId4173" o:title="eqId2ec18b525e6ddabef4f807dc03b8298d"/>
            <o:lock v:ext="edit" aspectratio="t"/>
            <w10:wrap type="none"/>
            <w10:anchorlock/>
          </v:shape>
        </w:pict>
      </w:r>
      <w:r>
        <w:rPr>
          <w:rFonts w:ascii="宋体" w:hAnsi="宋体" w:eastAsia="宋体" w:cs="宋体"/>
          <w:color w:val="000000"/>
        </w:rPr>
        <w:t>，解得：</w:t>
      </w:r>
      <w:r>
        <w:pict>
          <v:shape id="_x0000_i719171" o:spt="75" alt="学科网(www.zxxk.com)--教育资源门户，提供试卷、教案、课件、论文、素材以及各类教学资源下载，还有大量而丰富的教学相关资讯！" type="#_x0000_t75" style="height:31.15pt;width:26.85pt;" o:ole="t" filled="f" o:preferrelative="t" stroked="f" coordsize="21600,21600">
            <v:path/>
            <v:fill on="f" focussize="0,0"/>
            <v:stroke on="f" joinstyle="miter"/>
            <v:imagedata r:id="rId4174" o:title="eqIdc72152329fb518ac828ea7056469f256"/>
            <o:lock v:ext="edit" aspectratio="t"/>
            <w10:wrap type="none"/>
            <w10:anchorlock/>
          </v:shape>
        </w:pict>
      </w:r>
      <w:r>
        <w:rPr>
          <w:rFonts w:ascii="宋体" w:hAnsi="宋体" w:eastAsia="宋体" w:cs="宋体"/>
          <w:color w:val="000000"/>
        </w:rPr>
        <w:t>（舍去）或</w:t>
      </w:r>
      <w:r>
        <w:pict>
          <v:shape id="_x0000_i719172"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4175" o:title="eqIdc09df9a0b278be11470149083efc5a6e"/>
            <o:lock v:ext="edit" aspectratio="t"/>
            <w10:wrap type="none"/>
            <w10:anchorlock/>
          </v:shape>
        </w:pict>
      </w:r>
      <w:r>
        <w:rPr>
          <w:color w:val="000000"/>
        </w:rPr>
        <w:t>（舍去）</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pict>
          <v:shape id="_x0000_i719173" o:spt="75" alt="学科网(www.zxxk.com)--教育资源门户，提供试卷、教案、课件、论文、素材以及各类教学资源下载，还有大量而丰富的教学相关资讯！" type="#_x0000_t75" style="height:31.5pt;width:36pt;" o:ole="t" filled="f" o:preferrelative="t" stroked="f" coordsize="21600,21600">
            <v:path/>
            <v:fill on="f" focussize="0,0"/>
            <v:stroke on="f" joinstyle="miter"/>
            <v:imagedata r:id="rId4176" o:title="eqId96978247904e98e738958ca3f8b046ce"/>
            <o:lock v:ext="edit" aspectratio="t"/>
            <w10:wrap type="none"/>
            <w10:anchorlock/>
          </v:shape>
        </w:pict>
      </w:r>
      <w:r>
        <w:rPr>
          <w:rFonts w:ascii="宋体" w:hAnsi="宋体" w:eastAsia="宋体" w:cs="宋体"/>
          <w:color w:val="000000"/>
        </w:rPr>
        <w:t>或</w:t>
      </w:r>
      <w:r>
        <w:pict>
          <v:shape id="_x0000_i719174" o:spt="75" alt="学科网(www.zxxk.com)--教育资源门户，提供试卷、教案、课件、论文、素材以及各类教学资源下载，还有大量而丰富的教学相关资讯！" type="#_x0000_t75" style="height:13.9pt;width:24.95pt;" o:ole="t" filled="f" o:preferrelative="t" stroked="f" coordsize="21600,21600">
            <v:path/>
            <v:fill on="f" focussize="0,0"/>
            <v:stroke on="f" joinstyle="miter"/>
            <v:imagedata r:id="rId4177" o:title="eqIdf66884efff7400f92b530d69d029778d"/>
            <o:lock v:ext="edit" aspectratio="t"/>
            <w10:wrap type="none"/>
            <w10:anchorlock/>
          </v:shape>
        </w:pict>
      </w:r>
      <w:r>
        <w:rPr>
          <w:rFonts w:ascii="宋体" w:hAnsi="宋体" w:eastAsia="宋体" w:cs="宋体"/>
          <w:color w:val="000000"/>
        </w:rPr>
        <w:t>．</w:t>
      </w:r>
    </w:p>
    <w:p>
      <w:pPr>
        <w:pStyle w:val="Heading2"/>
      </w:pPr>
      <w:r>
        <w:t>二中教育集团</w:t>
      </w:r>
    </w:p>
    <w:p>
      <w:pPr>
        <w:spacing w:line="360" w:lineRule="auto"/>
        <w:jc w:val="left"/>
        <w:textAlignment w:val="center"/>
        <w:rPr>
          <w:color w:val="000000"/>
        </w:rPr>
      </w:pPr>
      <w:r>
        <w:rPr>
          <w:color w:val="000000"/>
        </w:rPr>
        <w:t xml:space="preserve">26. </w:t>
      </w:r>
      <w:r>
        <w:rPr>
          <w:rFonts w:ascii="宋体" w:hAnsi="宋体" w:eastAsia="宋体" w:cs="宋体"/>
          <w:color w:val="000000"/>
        </w:rPr>
        <w:t>已知：</w:t>
      </w:r>
      <w:r>
        <w:pict>
          <v:shape id="_x0000_i719175" o:spt="75" alt="学科网(www.zxxk.com)--教育资源门户，提供试卷、教案、课件、论文、素材以及各类教学资源下载，还有大量而丰富的教学相关资讯！" type="#_x0000_t75" style="height:13pt;width:62.5pt;" o:ole="t" filled="f" o:preferrelative="t" stroked="f" coordsize="21600,21600">
            <v:path/>
            <v:fill on="f" focussize="0,0"/>
            <v:stroke on="f" joinstyle="miter"/>
            <v:imagedata r:id="rId4179" o:title="eqId9ff5c21185c13eae675906dabd3593c7"/>
            <o:lock v:ext="edit" aspectratio="t"/>
            <w10:wrap type="none"/>
            <w10:anchorlock/>
          </v:shape>
        </w:pict>
      </w:r>
      <w:r>
        <w:rPr>
          <w:rFonts w:ascii="宋体" w:hAnsi="宋体" w:eastAsia="宋体" w:cs="宋体"/>
          <w:color w:val="000000"/>
        </w:rPr>
        <w:t>，射线</w:t>
      </w:r>
      <w:r>
        <w:pict>
          <v:shape id="_x0000_i719176"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180" o:title="eqId828628c0876b45381c9a0edeb0fec236"/>
            <o:lock v:ext="edit" aspectratio="t"/>
            <w10:wrap type="none"/>
            <w10:anchorlock/>
          </v:shape>
        </w:pict>
      </w:r>
      <w:r>
        <w:rPr>
          <w:rFonts w:ascii="宋体" w:hAnsi="宋体" w:eastAsia="宋体" w:cs="宋体"/>
          <w:color w:val="000000"/>
          <w:position w:val="0"/>
        </w:rPr>
        <w:drawing>
          <wp:inline distT="0" distB="0" distL="114300" distR="114300">
            <wp:extent cx="132080" cy="167640"/>
            <wp:effectExtent l="0" t="0" r="0" b="0"/>
            <wp:docPr id="3809" name="图片 934896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0" name="图片 934896609"/>
                    <pic:cNvPicPr>
                      <a:picLocks noChangeAspect="1"/>
                    </pic:cNvPicPr>
                  </pic:nvPicPr>
                  <pic:blipFill>
                    <a:blip r:embed="rId4178"/>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平面内一条动射线，射线</w:t>
      </w:r>
      <w:r>
        <w:pict>
          <v:shape id="_x0000_i719177"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180" o:title="eqId828628c0876b45381c9a0edeb0fec236"/>
            <o:lock v:ext="edit" aspectratio="t"/>
            <w10:wrap type="none"/>
            <w10:anchorlock/>
          </v:shape>
        </w:pict>
      </w:r>
      <w:r>
        <w:rPr>
          <w:rFonts w:ascii="宋体" w:hAnsi="宋体" w:eastAsia="宋体" w:cs="宋体"/>
          <w:color w:val="000000"/>
        </w:rPr>
        <w:t>绕点</w:t>
      </w:r>
      <w:r>
        <w:rPr>
          <w:rFonts w:ascii="Times New Roman" w:hAnsi="Times New Roman" w:eastAsia="Times New Roman" w:cs="Times New Roman"/>
          <w:i/>
          <w:color w:val="000000"/>
        </w:rPr>
        <w:t>O</w:t>
      </w:r>
      <w:r>
        <w:rPr>
          <w:rFonts w:ascii="宋体" w:hAnsi="宋体" w:eastAsia="宋体" w:cs="宋体"/>
          <w:color w:val="000000"/>
        </w:rPr>
        <w:t>顺时针旋转</w:t>
      </w:r>
      <w:r>
        <w:pict>
          <v:shape id="_x0000_i71917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4181" o:title="eqIdc02b54dc6b3e1bb6544f47d4c8743fcf"/>
            <o:lock v:ext="edit" aspectratio="t"/>
            <w10:wrap type="none"/>
            <w10:anchorlock/>
          </v:shape>
        </w:pict>
      </w:r>
      <w:r>
        <w:rPr>
          <w:rFonts w:ascii="宋体" w:hAnsi="宋体" w:eastAsia="宋体" w:cs="宋体"/>
          <w:color w:val="000000"/>
        </w:rPr>
        <w:t>得到射线</w:t>
      </w:r>
      <w:r>
        <w:pict>
          <v:shape id="_x0000_i71917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182" o:title="eqId683c590673eece14fea3319c4fd5eb55"/>
            <o:lock v:ext="edit" aspectratio="t"/>
            <w10:wrap type="none"/>
            <w10:anchorlock/>
          </v:shape>
        </w:pict>
      </w:r>
      <w:r>
        <w:rPr>
          <w:rFonts w:ascii="宋体" w:hAnsi="宋体" w:eastAsia="宋体" w:cs="宋体"/>
          <w:color w:val="000000"/>
        </w:rPr>
        <w:t>，</w:t>
      </w:r>
      <w:r>
        <w:pict>
          <v:shape id="_x0000_i719180"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183" o:title="eqIda299d2b999568e80be8005565ba209a4"/>
            <o:lock v:ext="edit" aspectratio="t"/>
            <w10:wrap type="none"/>
            <w10:anchorlock/>
          </v:shape>
        </w:pict>
      </w:r>
      <w:r>
        <w:rPr>
          <w:rFonts w:ascii="宋体" w:hAnsi="宋体" w:eastAsia="宋体" w:cs="宋体"/>
          <w:color w:val="000000"/>
        </w:rPr>
        <w:t>平分</w:t>
      </w:r>
      <w:r>
        <w:pict>
          <v:shape id="_x0000_i719181"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184"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990850" cy="1228725"/>
            <wp:effectExtent l="0" t="0" r="0" b="0"/>
            <wp:docPr id="3811"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2" name="图片 100037" descr="学科网(www.zxxk.com)--教育资源门户，提供试卷、教案、课件、论文、素材以及各类教学资源下载，还有大量而丰富的教学相关资讯！"/>
                    <pic:cNvPicPr>
                      <a:picLocks noChangeAspect="1"/>
                    </pic:cNvPicPr>
                  </pic:nvPicPr>
                  <pic:blipFill>
                    <a:blip r:embed="rId4185"/>
                    <a:stretch>
                      <a:fillRect/>
                    </a:stretch>
                  </pic:blipFill>
                  <pic:spPr>
                    <a:xfrm>
                      <a:off x="0" y="0"/>
                      <a:ext cx="2990850" cy="12287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　　　　　　　　图</w:t>
      </w:r>
      <w:r>
        <w:rPr>
          <w:rFonts w:ascii="Times New Roman" w:hAnsi="Times New Roman" w:eastAsia="Times New Roman" w:cs="Times New Roman"/>
          <w:color w:val="000000"/>
        </w:rPr>
        <w:t>1</w:t>
      </w:r>
      <w:r>
        <w:rPr>
          <w:rFonts w:ascii="宋体" w:hAnsi="宋体" w:eastAsia="宋体" w:cs="宋体"/>
          <w:color w:val="000000"/>
        </w:rPr>
        <w:t>　　　　　　　　　　　　　　　　图</w:t>
      </w:r>
      <w:r>
        <w:rPr>
          <w:rFonts w:ascii="Times New Roman" w:hAnsi="Times New Roman" w:eastAsia="Times New Roman" w:cs="Times New Roman"/>
          <w:color w:val="000000"/>
        </w:rPr>
        <w:t>2</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，当射线</w:t>
      </w:r>
      <w:r>
        <w:pict>
          <v:shape id="_x0000_i71918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186" o:title="eqId828628c0876b45381c9a0edeb0fec236"/>
            <o:lock v:ext="edit" aspectratio="t"/>
            <w10:wrap type="none"/>
            <w10:anchorlock/>
          </v:shape>
        </w:pict>
      </w:r>
      <w:r>
        <w:rPr>
          <w:rFonts w:ascii="宋体" w:hAnsi="宋体" w:eastAsia="宋体" w:cs="宋体"/>
          <w:color w:val="000000"/>
        </w:rPr>
        <w:t>在</w:t>
      </w:r>
      <w:r>
        <w:pict>
          <v:shape id="_x0000_i71918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187" o:title="eqId6d7b2fe01a33c4825f9974ed9663a99c"/>
            <o:lock v:ext="edit" aspectratio="t"/>
            <w10:wrap type="none"/>
            <w10:anchorlock/>
          </v:shape>
        </w:pict>
      </w:r>
      <w:r>
        <w:rPr>
          <w:rFonts w:ascii="宋体" w:hAnsi="宋体" w:eastAsia="宋体" w:cs="宋体"/>
          <w:color w:val="000000"/>
        </w:rPr>
        <w:t>外部时，若</w:t>
      </w:r>
      <w:r>
        <w:pict>
          <v:shape id="_x0000_i719184"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188" o:title="eqId28a70bf3cfe95dace1626cda50e5feef"/>
            <o:lock v:ext="edit" aspectratio="t"/>
            <w10:wrap type="none"/>
            <w10:anchorlock/>
          </v:shape>
        </w:pict>
      </w:r>
      <w:r>
        <w:rPr>
          <w:rFonts w:ascii="宋体" w:hAnsi="宋体" w:eastAsia="宋体" w:cs="宋体"/>
          <w:color w:val="000000"/>
        </w:rPr>
        <w:t>，求</w:t>
      </w:r>
      <w:r>
        <w:pict>
          <v:shape id="_x0000_i71918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189" o:title="eqIddc9f91270ddbe1cf3c1362e1b95aee14"/>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，当射线</w:t>
      </w:r>
      <w:r>
        <w:pict>
          <v:shape id="_x0000_i719186"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190" o:title="eqId828628c0876b45381c9a0edeb0fec236"/>
            <o:lock v:ext="edit" aspectratio="t"/>
            <w10:wrap type="none"/>
            <w10:anchorlock/>
          </v:shape>
        </w:pict>
      </w:r>
      <w:r>
        <w:rPr>
          <w:rFonts w:ascii="宋体" w:hAnsi="宋体" w:eastAsia="宋体" w:cs="宋体"/>
          <w:color w:val="000000"/>
        </w:rPr>
        <w:t>、</w:t>
      </w:r>
      <w:r>
        <w:pict>
          <v:shape id="_x0000_i719187"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191" o:title="eqId683c590673eece14fea3319c4fd5eb55"/>
            <o:lock v:ext="edit" aspectratio="t"/>
            <w10:wrap type="none"/>
            <w10:anchorlock/>
          </v:shape>
        </w:pict>
      </w:r>
      <w:r>
        <w:rPr>
          <w:rFonts w:ascii="宋体" w:hAnsi="宋体" w:eastAsia="宋体" w:cs="宋体"/>
          <w:color w:val="000000"/>
        </w:rPr>
        <w:t>都在</w:t>
      </w:r>
      <w:r>
        <w:pict>
          <v:shape id="_x0000_i71918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192" o:title="eqId6d7b2fe01a33c4825f9974ed9663a99c"/>
            <o:lock v:ext="edit" aspectratio="t"/>
            <w10:wrap type="none"/>
            <w10:anchorlock/>
          </v:shape>
        </w:pict>
      </w:r>
      <w:r>
        <w:rPr>
          <w:rFonts w:ascii="宋体" w:hAnsi="宋体" w:eastAsia="宋体" w:cs="宋体"/>
          <w:color w:val="000000"/>
        </w:rPr>
        <w:t>内部时，若</w:t>
      </w:r>
      <w:r>
        <w:pict>
          <v:shape id="_x0000_i719189"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4193" o:title="eqId21331c2a4e20d6d182eff6e129c7e2af"/>
            <o:lock v:ext="edit" aspectratio="t"/>
            <w10:wrap type="none"/>
            <w10:anchorlock/>
          </v:shape>
        </w:pict>
      </w:r>
      <w:r>
        <w:rPr>
          <w:rFonts w:ascii="宋体" w:hAnsi="宋体" w:eastAsia="宋体" w:cs="宋体"/>
          <w:color w:val="000000"/>
        </w:rPr>
        <w:t>，则</w:t>
      </w:r>
      <w:r>
        <w:pict>
          <v:shape id="_x0000_i719190"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4194" o:title="eqIdc35b6af1d4f447760a2dc8b10a9e9afd"/>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（用含</w:t>
      </w:r>
      <w:r>
        <w:pict>
          <v:shape id="_x0000_i719191"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4195"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（3）</w:t>
      </w:r>
      <w:r>
        <w:rPr>
          <w:rFonts w:ascii="宋体" w:hAnsi="宋体" w:eastAsia="宋体" w:cs="宋体"/>
          <w:color w:val="000000"/>
        </w:rPr>
        <w:t>若</w:t>
      </w:r>
      <w:r>
        <w:pict>
          <v:shape id="_x0000_i719192"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196" o:title="eqId6cad4595d5352b2884568a59d8d766a4"/>
            <o:lock v:ext="edit" aspectratio="t"/>
            <w10:wrap type="none"/>
            <w10:anchorlock/>
          </v:shape>
        </w:pict>
      </w:r>
      <w:r>
        <w:rPr>
          <w:rFonts w:ascii="宋体" w:hAnsi="宋体" w:eastAsia="宋体" w:cs="宋体"/>
          <w:color w:val="000000"/>
        </w:rPr>
        <w:t>平分</w:t>
      </w:r>
      <w:r>
        <w:pict>
          <v:shape id="_x0000_i71919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197" o:title="eqIdd22df2977de56cc69be0c1e847653d7a"/>
            <o:lock v:ext="edit" aspectratio="t"/>
            <w10:wrap type="none"/>
            <w10:anchorlock/>
          </v:shape>
        </w:pict>
      </w:r>
      <w:r>
        <w:rPr>
          <w:rFonts w:ascii="宋体" w:hAnsi="宋体" w:eastAsia="宋体" w:cs="宋体"/>
          <w:color w:val="000000"/>
        </w:rPr>
        <w:t>，直接写出</w:t>
      </w:r>
      <w:r>
        <w:pict>
          <v:shape id="_x0000_i719194"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4198" o:title="eqId2b2557547eecdc826b8282058802d217"/>
            <o:lock v:ext="edit" aspectratio="t"/>
            <w10:wrap type="none"/>
            <w10:anchorlock/>
          </v:shape>
        </w:pict>
      </w:r>
      <w:r>
        <w:rPr>
          <w:rFonts w:ascii="宋体" w:hAnsi="宋体" w:eastAsia="宋体" w:cs="宋体"/>
          <w:color w:val="000000"/>
        </w:rPr>
        <w:t>度数</w:t>
      </w:r>
      <w:r>
        <w:pict>
          <v:shape id="_x0000_i719195" o:spt="75" alt="学科网(www.zxxk.com)--教育资源门户，提供试卷、教案、课件、论文、素材以及各类教学资源下载，还有大量而丰富的教学相关资讯！" type="#_x0000_t75" style="height:20.25pt;width:194.25pt;" o:ole="t" filled="f" o:preferrelative="t" stroked="f" coordsize="21600,21600">
            <v:path/>
            <v:fill on="f" focussize="0,0"/>
            <v:stroke on="f" joinstyle="miter"/>
            <v:imagedata r:id="rId4199" o:title="eqId5456d5ac2382159881441aafbdecbab1"/>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9196" o:spt="75" alt="学科网(www.zxxk.com)--教育资源门户，提供试卷、教案、课件、论文、素材以及各类教学资源下载，还有大量而丰富的教学相关资讯！" type="#_x0000_t75" style="height:13.9pt;width:19.9pt;" o:ole="t" filled="f" o:preferrelative="t" stroked="f" coordsize="21600,21600">
            <v:path/>
            <v:fill on="f" focussize="0,0"/>
            <v:stroke on="f" joinstyle="miter"/>
            <v:imagedata r:id="rId4200" o:title="eqId391479c151307826c9765a47a5f10503"/>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9197"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4201" o:title="eqId1e86b7dfa3998470aadc87c33d3a3bdc"/>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9198"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4202" o:title="eqId76c12e76fbd84eeec721386bd3b04cc4"/>
            <o:lock v:ext="edit" aspectratio="t"/>
            <w10:wrap type="none"/>
            <w10:anchorlock/>
          </v:shape>
        </w:pict>
      </w:r>
      <w:r>
        <w:rPr>
          <w:rFonts w:ascii="宋体" w:hAnsi="宋体" w:eastAsia="宋体" w:cs="宋体"/>
          <w:color w:val="000000"/>
        </w:rPr>
        <w:t>或</w:t>
      </w:r>
      <w:r>
        <w:pict>
          <v:shape id="_x0000_i719199" o:spt="75" alt="学科网(www.zxxk.com)--教育资源门户，提供试卷、教案、课件、论文、素材以及各类教学资源下载，还有大量而丰富的教学相关资讯！" type="#_x0000_t75" style="height:14.15pt;width:24.85pt;" o:ole="t" filled="f" o:preferrelative="t" stroked="f" coordsize="21600,21600">
            <v:path/>
            <v:fill on="f" focussize="0,0"/>
            <v:stroke on="f" joinstyle="miter"/>
            <v:imagedata r:id="rId4203" o:title="eqId76cb1df84bc3fff3d3c59ad5eb761aec"/>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本题主要考查旋转的性质、角平分线的性质和角度和差的关系，</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）根据旋转的性质，角平分线的定义以即可计算出结果．</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）根据角平分线的定义和角的和差关系计算即可．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）分类讨论：当</w:t>
      </w:r>
      <w:r>
        <w:pict>
          <v:shape id="_x0000_i71920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4204" o:title="eqIdebdae1b1c950c86fa1db228b73bffc49"/>
            <o:lock v:ext="edit" aspectratio="t"/>
            <w10:wrap type="none"/>
            <w10:anchorlock/>
          </v:shape>
        </w:pict>
      </w:r>
      <w:r>
        <w:rPr>
          <w:rFonts w:ascii="宋体" w:hAnsi="宋体" w:eastAsia="宋体" w:cs="宋体"/>
          <w:color w:val="000000"/>
        </w:rPr>
        <w:t>位于</w:t>
      </w:r>
      <w:r>
        <w:pict>
          <v:shape id="_x0000_i71920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05" o:title="eqId6d7b2fe01a33c4825f9974ed9663a99c"/>
            <o:lock v:ext="edit" aspectratio="t"/>
            <w10:wrap type="none"/>
            <w10:anchorlock/>
          </v:shape>
        </w:pict>
      </w:r>
      <w:r>
        <w:rPr>
          <w:rFonts w:ascii="宋体" w:hAnsi="宋体" w:eastAsia="宋体" w:cs="宋体"/>
          <w:color w:val="000000"/>
        </w:rPr>
        <w:t>内部；当</w:t>
      </w:r>
      <w:r>
        <w:pict>
          <v:shape id="_x0000_i71920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206" o:title="eqId828628c0876b45381c9a0edeb0fec236"/>
            <o:lock v:ext="edit" aspectratio="t"/>
            <w10:wrap type="none"/>
            <w10:anchorlock/>
          </v:shape>
        </w:pict>
      </w:r>
      <w:r>
        <w:rPr>
          <w:rFonts w:ascii="宋体" w:hAnsi="宋体" w:eastAsia="宋体" w:cs="宋体"/>
          <w:color w:val="000000"/>
        </w:rPr>
        <w:t>或</w:t>
      </w:r>
      <w:r>
        <w:pict>
          <v:shape id="_x0000_i719203"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207" o:title="eqId683c590673eece14fea3319c4fd5eb55"/>
            <o:lock v:ext="edit" aspectratio="t"/>
            <w10:wrap type="none"/>
            <w10:anchorlock/>
          </v:shape>
        </w:pict>
      </w:r>
      <w:r>
        <w:rPr>
          <w:rFonts w:ascii="宋体" w:hAnsi="宋体" w:eastAsia="宋体" w:cs="宋体"/>
          <w:color w:val="000000"/>
        </w:rPr>
        <w:t>位于</w:t>
      </w:r>
      <w:r>
        <w:pict>
          <v:shape id="_x0000_i71920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05" o:title="eqId6d7b2fe01a33c4825f9974ed9663a99c"/>
            <o:lock v:ext="edit" aspectratio="t"/>
            <w10:wrap type="none"/>
            <w10:anchorlock/>
          </v:shape>
        </w:pict>
      </w:r>
      <w:r>
        <w:rPr>
          <w:rFonts w:ascii="宋体" w:hAnsi="宋体" w:eastAsia="宋体" w:cs="宋体"/>
          <w:color w:val="000000"/>
        </w:rPr>
        <w:t>内部；当</w:t>
      </w:r>
      <w:r>
        <w:pict>
          <v:shape id="_x0000_i719205"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206" o:title="eqId828628c0876b45381c9a0edeb0fec236"/>
            <o:lock v:ext="edit" aspectratio="t"/>
            <w10:wrap type="none"/>
            <w10:anchorlock/>
          </v:shape>
        </w:pict>
      </w:r>
      <w:r>
        <w:rPr>
          <w:rFonts w:ascii="宋体" w:hAnsi="宋体" w:eastAsia="宋体" w:cs="宋体"/>
          <w:color w:val="000000"/>
        </w:rPr>
        <w:t>和</w:t>
      </w:r>
      <w:r>
        <w:pict>
          <v:shape id="_x0000_i719206"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207" o:title="eqId683c590673eece14fea3319c4fd5eb55"/>
            <o:lock v:ext="edit" aspectratio="t"/>
            <w10:wrap type="none"/>
            <w10:anchorlock/>
          </v:shape>
        </w:pict>
      </w:r>
      <w:r>
        <w:rPr>
          <w:rFonts w:ascii="宋体" w:hAnsi="宋体" w:eastAsia="宋体" w:cs="宋体"/>
          <w:color w:val="000000"/>
        </w:rPr>
        <w:t>位于</w:t>
      </w:r>
      <w:r>
        <w:pict>
          <v:shape id="_x0000_i71920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05" o:title="eqId6d7b2fe01a33c4825f9974ed9663a99c"/>
            <o:lock v:ext="edit" aspectratio="t"/>
            <w10:wrap type="none"/>
            <w10:anchorlock/>
          </v:shape>
        </w:pict>
      </w:r>
      <w:r>
        <w:rPr>
          <w:rFonts w:ascii="宋体" w:hAnsi="宋体" w:eastAsia="宋体" w:cs="宋体"/>
          <w:color w:val="000000"/>
        </w:rPr>
        <w:t>外部，利用旋转的性质、角平分线的性质和角度之间和差的关系即可求得．</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解：∵射线</w:t>
      </w:r>
      <w:r>
        <w:pict>
          <v:shape id="_x0000_i71920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208" o:title="eqId828628c0876b45381c9a0edeb0fec236"/>
            <o:lock v:ext="edit" aspectratio="t"/>
            <w10:wrap type="none"/>
            <w10:anchorlock/>
          </v:shape>
        </w:pict>
      </w:r>
      <w:r>
        <w:rPr>
          <w:rFonts w:ascii="宋体" w:hAnsi="宋体" w:eastAsia="宋体" w:cs="宋体"/>
          <w:color w:val="000000"/>
        </w:rPr>
        <w:t>绕点</w:t>
      </w:r>
      <w:r>
        <w:rPr>
          <w:rFonts w:ascii="Times New Roman" w:hAnsi="Times New Roman" w:eastAsia="Times New Roman" w:cs="Times New Roman"/>
          <w:i/>
          <w:color w:val="000000"/>
        </w:rPr>
        <w:t>O</w:t>
      </w:r>
      <w:r>
        <w:rPr>
          <w:rFonts w:ascii="宋体" w:hAnsi="宋体" w:eastAsia="宋体" w:cs="宋体"/>
          <w:color w:val="000000"/>
        </w:rPr>
        <w:t>顺时针旋转</w:t>
      </w:r>
      <w:r>
        <w:pict>
          <v:shape id="_x0000_i719209"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4209" o:title="eqIdc02b54dc6b3e1bb6544f47d4c8743fcf"/>
            <o:lock v:ext="edit" aspectratio="t"/>
            <w10:wrap type="none"/>
            <w10:anchorlock/>
          </v:shape>
        </w:pict>
      </w:r>
      <w:r>
        <w:rPr>
          <w:rFonts w:ascii="宋体" w:hAnsi="宋体" w:eastAsia="宋体" w:cs="宋体"/>
          <w:color w:val="000000"/>
        </w:rPr>
        <w:t>得到射线</w:t>
      </w:r>
      <w:r>
        <w:pict>
          <v:shape id="_x0000_i719210"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210" o:title="eqId683c590673eece14fea3319c4fd5eb55"/>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211"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4211" o:title="eqIdd8cc88685997c7586d1d4bf75a05543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212" o:spt="75" alt="学科网(www.zxxk.com)--教育资源门户，提供试卷、教案、课件、论文、素材以及各类教学资源下载，还有大量而丰富的教学相关资讯！" type="#_x0000_t75" style="height:13.95pt;width:213pt;" o:ole="t" filled="f" o:preferrelative="t" stroked="f" coordsize="21600,21600">
            <v:path/>
            <v:fill on="f" focussize="0,0"/>
            <v:stroke on="f" joinstyle="miter"/>
            <v:imagedata r:id="rId4212" o:title="eqId488f5ce9bcfffc16cc99313ff8840da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13"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213" o:title="eqIda299d2b999568e80be8005565ba209a4"/>
            <o:lock v:ext="edit" aspectratio="t"/>
            <w10:wrap type="none"/>
            <w10:anchorlock/>
          </v:shape>
        </w:pict>
      </w:r>
      <w:r>
        <w:rPr>
          <w:rFonts w:ascii="宋体" w:hAnsi="宋体" w:eastAsia="宋体" w:cs="宋体"/>
          <w:color w:val="000000"/>
        </w:rPr>
        <w:t>平分</w:t>
      </w:r>
      <w:r>
        <w:pict>
          <v:shape id="_x0000_i719214"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214"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15" o:spt="75" alt="学科网(www.zxxk.com)--教育资源门户，提供试卷、教案、课件、论文、素材以及各类教学资源下载，还有大量而丰富的教学相关资讯！" type="#_x0000_t75" style="height:14pt;width:111.05pt;" o:ole="t" filled="f" o:preferrelative="t" stroked="f" coordsize="21600,21600">
            <v:path/>
            <v:fill on="f" focussize="0,0"/>
            <v:stroke on="f" joinstyle="miter"/>
            <v:imagedata r:id="rId4215" o:title="eqId82943c225583306cbb181babbc4dc8a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16" o:spt="75" alt="学科网(www.zxxk.com)--教育资源门户，提供试卷、教案、课件、论文、素材以及各类教学资源下载，还有大量而丰富的教学相关资讯！" type="#_x0000_t75" style="height:14pt;width:286pt;" o:ole="t" filled="f" o:preferrelative="t" stroked="f" coordsize="21600,21600">
            <v:path/>
            <v:fill on="f" focussize="0,0"/>
            <v:stroke on="f" joinstyle="miter"/>
            <v:imagedata r:id="rId4216" o:title="eqId264bdad92111e70d22533dc3d8b54fb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w:t>
      </w:r>
      <w:r>
        <w:pict>
          <v:shape id="_x0000_i719217"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4217" o:title="eqId21331c2a4e20d6d182eff6e129c7e2af"/>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218" o:spt="75" alt="学科网(www.zxxk.com)--教育资源门户，提供试卷、教案、课件、论文、素材以及各类教学资源下载，还有大量而丰富的教学相关资讯！" type="#_x0000_t75" style="height:14pt;width:166pt;" o:ole="t" filled="f" o:preferrelative="t" stroked="f" coordsize="21600,21600">
            <v:path/>
            <v:fill on="f" focussize="0,0"/>
            <v:stroke on="f" joinstyle="miter"/>
            <v:imagedata r:id="rId4218" o:title="eqId84417ba926e248d790fc8ace563836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19"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219" o:title="eqIda299d2b999568e80be8005565ba209a4"/>
            <o:lock v:ext="edit" aspectratio="t"/>
            <w10:wrap type="none"/>
            <w10:anchorlock/>
          </v:shape>
        </w:pict>
      </w:r>
      <w:r>
        <w:rPr>
          <w:rFonts w:ascii="宋体" w:hAnsi="宋体" w:eastAsia="宋体" w:cs="宋体"/>
          <w:color w:val="000000"/>
        </w:rPr>
        <w:t>平分</w:t>
      </w:r>
      <w:r>
        <w:pict>
          <v:shape id="_x0000_i719220"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220"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21" o:spt="75" alt="学科网(www.zxxk.com)--教育资源门户，提供试卷、教案、课件、论文、素材以及各类教学资源下载，还有大量而丰富的教学相关资讯！" type="#_x0000_t75" style="height:14pt;width:130pt;" o:ole="t" filled="f" o:preferrelative="t" stroked="f" coordsize="21600,21600">
            <v:path/>
            <v:fill on="f" focussize="0,0"/>
            <v:stroke on="f" joinstyle="miter"/>
            <v:imagedata r:id="rId4221" o:title="eqId6d5e34bae489f4a1cb90f73eddf378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22" o:spt="75" alt="学科网(www.zxxk.com)--教育资源门户，提供试卷、教案、课件、论文、素材以及各类教学资源下载，还有大量而丰富的教学相关资讯！" type="#_x0000_t75" style="height:20.25pt;width:308.25pt;" o:ole="t" filled="f" o:preferrelative="t" stroked="f" coordsize="21600,21600">
            <v:path/>
            <v:fill on="f" focussize="0,0"/>
            <v:stroke on="f" joinstyle="miter"/>
            <v:imagedata r:id="rId4222" o:title="eqId416476b15ee9a822cef778d541dfa370"/>
            <o:lock v:ext="edit" aspectratio="t"/>
            <w10:wrap type="none"/>
            <w10:anchorlock/>
          </v:shape>
        </w:pic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①当</w:t>
      </w:r>
      <w:r>
        <w:pict>
          <v:shape id="_x0000_i719223"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4223" o:title="eqIdebdae1b1c950c86fa1db228b73bffc49"/>
            <o:lock v:ext="edit" aspectratio="t"/>
            <w10:wrap type="none"/>
            <w10:anchorlock/>
          </v:shape>
        </w:pict>
      </w:r>
      <w:r>
        <w:rPr>
          <w:rFonts w:ascii="宋体" w:hAnsi="宋体" w:eastAsia="宋体" w:cs="宋体"/>
          <w:color w:val="000000"/>
        </w:rPr>
        <w:t>位于</w:t>
      </w:r>
      <w:r>
        <w:pict>
          <v:shape id="_x0000_i71922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24" o:title="eqId6d7b2fe01a33c4825f9974ed9663a99c"/>
            <o:lock v:ext="edit" aspectratio="t"/>
            <w10:wrap type="none"/>
            <w10:anchorlock/>
          </v:shape>
        </w:pict>
      </w:r>
      <w:r>
        <w:rPr>
          <w:rFonts w:ascii="宋体" w:hAnsi="宋体" w:eastAsia="宋体" w:cs="宋体"/>
          <w:color w:val="000000"/>
        </w:rPr>
        <w:t>内部时，如图，</w:t>
      </w:r>
    </w:p>
    <w:p>
      <w:pPr>
        <w:spacing w:line="360" w:lineRule="auto"/>
        <w:jc w:val="left"/>
        <w:textAlignment w:val="center"/>
        <w:rPr>
          <w:color w:val="000000"/>
        </w:rPr>
      </w:pPr>
      <w:r>
        <w:rPr>
          <w:color w:val="000000"/>
        </w:rPr>
        <w:drawing>
          <wp:inline distT="0" distB="0" distL="114300" distR="114300">
            <wp:extent cx="1152525" cy="962025"/>
            <wp:effectExtent l="0" t="0" r="0" b="0"/>
            <wp:docPr id="3813"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 name="图片 100039" descr="学科网(www.zxxk.com)--教育资源门户，提供试卷、教案、课件、论文、素材以及各类教学资源下载，还有大量而丰富的教学相关资讯！"/>
                    <pic:cNvPicPr>
                      <a:picLocks noChangeAspect="1"/>
                    </pic:cNvPicPr>
                  </pic:nvPicPr>
                  <pic:blipFill>
                    <a:blip r:embed="rId4225"/>
                    <a:stretch>
                      <a:fillRect/>
                    </a:stretch>
                  </pic:blipFill>
                  <pic:spPr>
                    <a:xfrm>
                      <a:off x="0" y="0"/>
                      <a:ext cx="1152525" cy="9620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设</w:t>
      </w:r>
      <w:r>
        <w:pict>
          <v:shape id="_x0000_i719225"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4226" o:title="eqIdf435c3556b48f0eccc958240fc6c7d6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∵射线</w:t>
      </w:r>
      <w:r>
        <w:pict>
          <v:shape id="_x0000_i719226"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227" o:title="eqId828628c0876b45381c9a0edeb0fec236"/>
            <o:lock v:ext="edit" aspectratio="t"/>
            <w10:wrap type="none"/>
            <w10:anchorlock/>
          </v:shape>
        </w:pict>
      </w:r>
      <w:r>
        <w:rPr>
          <w:rFonts w:ascii="宋体" w:hAnsi="宋体" w:eastAsia="宋体" w:cs="宋体"/>
          <w:color w:val="000000"/>
        </w:rPr>
        <w:t>绕点</w:t>
      </w:r>
      <w:r>
        <w:rPr>
          <w:rFonts w:ascii="Times New Roman" w:hAnsi="Times New Roman" w:eastAsia="Times New Roman" w:cs="Times New Roman"/>
          <w:i/>
          <w:color w:val="000000"/>
        </w:rPr>
        <w:t>O</w:t>
      </w:r>
      <w:r>
        <w:rPr>
          <w:rFonts w:ascii="宋体" w:hAnsi="宋体" w:eastAsia="宋体" w:cs="宋体"/>
          <w:color w:val="000000"/>
        </w:rPr>
        <w:t>顺时针旋转</w:t>
      </w:r>
      <w:r>
        <w:pict>
          <v:shape id="_x0000_i71922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4228" o:title="eqIdc02b54dc6b3e1bb6544f47d4c8743fcf"/>
            <o:lock v:ext="edit" aspectratio="t"/>
            <w10:wrap type="none"/>
            <w10:anchorlock/>
          </v:shape>
        </w:pict>
      </w:r>
      <w:r>
        <w:rPr>
          <w:rFonts w:ascii="宋体" w:hAnsi="宋体" w:eastAsia="宋体" w:cs="宋体"/>
          <w:color w:val="000000"/>
        </w:rPr>
        <w:t>得到射线</w:t>
      </w:r>
      <w:r>
        <w:pict>
          <v:shape id="_x0000_i719228"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229" o:title="eqId683c590673eece14fea3319c4fd5eb5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29" o:spt="75" alt="学科网(www.zxxk.com)--教育资源门户，提供试卷、教案、课件、论文、素材以及各类教学资源下载，还有大量而丰富的教学相关资讯！" type="#_x0000_t75" style="height:14.25pt;width:180.75pt;" o:ole="t" filled="f" o:preferrelative="t" stroked="f" coordsize="21600,21600">
            <v:path/>
            <v:fill on="f" focussize="0,0"/>
            <v:stroke on="f" joinstyle="miter"/>
            <v:imagedata r:id="rId4230" o:title="eqId6480e1ff0d627721026f0619293c2519"/>
            <o:lock v:ext="edit" aspectratio="t"/>
            <w10:wrap type="none"/>
            <w10:anchorlock/>
          </v:shape>
        </w:pict>
      </w:r>
      <w:r>
        <w:rPr>
          <w:rFonts w:ascii="宋体" w:hAnsi="宋体" w:eastAsia="宋体" w:cs="宋体"/>
          <w:color w:val="000000"/>
        </w:rPr>
        <w:t>，</w:t>
      </w:r>
      <w:r>
        <w:pict>
          <v:shape id="_x0000_i719230" o:spt="75" alt="学科网(www.zxxk.com)--教育资源门户，提供试卷、教案、课件、论文、素材以及各类教学资源下载，还有大量而丰富的教学相关资讯！" type="#_x0000_t75" style="height:14.25pt;width:177.75pt;" o:ole="t" filled="f" o:preferrelative="t" stroked="f" coordsize="21600,21600">
            <v:path/>
            <v:fill on="f" focussize="0,0"/>
            <v:stroke on="f" joinstyle="miter"/>
            <v:imagedata r:id="rId4231" o:title="eqId657e91fe10451021dd22898bd2ccbfe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31"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232" o:title="eqIda299d2b999568e80be8005565ba209a4"/>
            <o:lock v:ext="edit" aspectratio="t"/>
            <w10:wrap type="none"/>
            <w10:anchorlock/>
          </v:shape>
        </w:pict>
      </w:r>
      <w:r>
        <w:rPr>
          <w:rFonts w:ascii="宋体" w:hAnsi="宋体" w:eastAsia="宋体" w:cs="宋体"/>
          <w:color w:val="000000"/>
        </w:rPr>
        <w:t>平分</w:t>
      </w:r>
      <w:r>
        <w:pict>
          <v:shape id="_x0000_i719232"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233" o:title="eqId42e7b8a59f8d66176463f3d71f882a26"/>
            <o:lock v:ext="edit" aspectratio="t"/>
            <w10:wrap type="none"/>
            <w10:anchorlock/>
          </v:shape>
        </w:pict>
      </w:r>
      <w:r>
        <w:rPr>
          <w:rFonts w:ascii="宋体" w:hAnsi="宋体" w:eastAsia="宋体" w:cs="宋体"/>
          <w:color w:val="000000"/>
        </w:rPr>
        <w:t>，</w:t>
      </w:r>
      <w:r>
        <w:pict>
          <v:shape id="_x0000_i719233"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234" o:title="eqId6cad4595d5352b2884568a59d8d766a4"/>
            <o:lock v:ext="edit" aspectratio="t"/>
            <w10:wrap type="none"/>
            <w10:anchorlock/>
          </v:shape>
        </w:pict>
      </w:r>
      <w:r>
        <w:rPr>
          <w:rFonts w:ascii="宋体" w:hAnsi="宋体" w:eastAsia="宋体" w:cs="宋体"/>
          <w:color w:val="000000"/>
        </w:rPr>
        <w:t>平分</w:t>
      </w:r>
      <w:r>
        <w:pict>
          <v:shape id="_x0000_i71923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35" o:title="eqIdd22df2977de56cc69be0c1e847653d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35" o:spt="75" alt="学科网(www.zxxk.com)--教育资源门户，提供试卷、教案、课件、论文、素材以及各类教学资源下载，还有大量而丰富的教学相关资讯！" type="#_x0000_t75" style="height:31.05pt;width:142.1pt;" o:ole="t" filled="f" o:preferrelative="t" stroked="f" coordsize="21600,21600">
            <v:path/>
            <v:fill on="f" focussize="0,0"/>
            <v:stroke on="f" joinstyle="miter"/>
            <v:imagedata r:id="rId4236" o:title="eqId47afce5e57317597788478fb2b4cbd92"/>
            <o:lock v:ext="edit" aspectratio="t"/>
            <w10:wrap type="none"/>
            <w10:anchorlock/>
          </v:shape>
        </w:pict>
      </w:r>
      <w:r>
        <w:rPr>
          <w:rFonts w:ascii="宋体" w:hAnsi="宋体" w:eastAsia="宋体" w:cs="宋体"/>
          <w:color w:val="000000"/>
        </w:rPr>
        <w:t>，</w:t>
      </w:r>
      <w:r>
        <w:pict>
          <v:shape id="_x0000_i719236" o:spt="75" alt="学科网(www.zxxk.com)--教育资源门户，提供试卷、教案、课件、论文、素材以及各类教学资源下载，还有大量而丰富的教学相关资讯！" type="#_x0000_t75" style="height:31.05pt;width:145.9pt;" o:ole="t" filled="f" o:preferrelative="t" stroked="f" coordsize="21600,21600">
            <v:path/>
            <v:fill on="f" focussize="0,0"/>
            <v:stroke on="f" joinstyle="miter"/>
            <v:imagedata r:id="rId4237" o:title="eqId5e18baf205a241f867a0b9e138ae79c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9237" o:spt="75" alt="学科网(www.zxxk.com)--教育资源门户，提供试卷、教案、课件、论文、素材以及各类教学资源下载，还有大量而丰富的教学相关资讯！" type="#_x0000_t75" style="height:31.05pt;width:328pt;" o:ole="t" filled="f" o:preferrelative="t" stroked="f" coordsize="21600,21600">
            <v:path/>
            <v:fill on="f" focussize="0,0"/>
            <v:stroke on="f" joinstyle="miter"/>
            <v:imagedata r:id="rId4238" o:title="eqId59fd0906862c16149b34a38ddd67331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w:t>
      </w:r>
      <w:r>
        <w:pict>
          <v:shape id="_x0000_i71923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239" o:title="eqId828628c0876b45381c9a0edeb0fec236"/>
            <o:lock v:ext="edit" aspectratio="t"/>
            <w10:wrap type="none"/>
            <w10:anchorlock/>
          </v:shape>
        </w:pict>
      </w:r>
      <w:r>
        <w:rPr>
          <w:rFonts w:ascii="宋体" w:hAnsi="宋体" w:eastAsia="宋体" w:cs="宋体"/>
          <w:color w:val="000000"/>
        </w:rPr>
        <w:t>或</w:t>
      </w:r>
      <w:r>
        <w:pict>
          <v:shape id="_x0000_i719239"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240" o:title="eqId683c590673eece14fea3319c4fd5eb55"/>
            <o:lock v:ext="edit" aspectratio="t"/>
            <w10:wrap type="none"/>
            <w10:anchorlock/>
          </v:shape>
        </w:pict>
      </w:r>
      <w:r>
        <w:rPr>
          <w:rFonts w:ascii="宋体" w:hAnsi="宋体" w:eastAsia="宋体" w:cs="宋体"/>
          <w:color w:val="000000"/>
        </w:rPr>
        <w:t>位于</w:t>
      </w:r>
      <w:r>
        <w:pict>
          <v:shape id="_x0000_i71924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41" o:title="eqId6d7b2fe01a33c4825f9974ed9663a99c"/>
            <o:lock v:ext="edit" aspectratio="t"/>
            <w10:wrap type="none"/>
            <w10:anchorlock/>
          </v:shape>
        </w:pict>
      </w:r>
      <w:r>
        <w:rPr>
          <w:rFonts w:ascii="宋体" w:hAnsi="宋体" w:eastAsia="宋体" w:cs="宋体"/>
          <w:color w:val="000000"/>
        </w:rPr>
        <w:t>内部时，如图，</w:t>
      </w:r>
    </w:p>
    <w:p>
      <w:pPr>
        <w:spacing w:line="360" w:lineRule="auto"/>
        <w:jc w:val="left"/>
        <w:textAlignment w:val="center"/>
        <w:rPr>
          <w:color w:val="000000"/>
        </w:rPr>
      </w:pPr>
      <w:r>
        <w:rPr>
          <w:color w:val="000000"/>
        </w:rPr>
        <w:drawing>
          <wp:inline distT="0" distB="0" distL="114300" distR="114300">
            <wp:extent cx="1152525" cy="1104900"/>
            <wp:effectExtent l="0" t="0" r="0" b="0"/>
            <wp:docPr id="3815"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 name="图片 100041" descr="学科网(www.zxxk.com)--教育资源门户，提供试卷、教案、课件、论文、素材以及各类教学资源下载，还有大量而丰富的教学相关资讯！"/>
                    <pic:cNvPicPr>
                      <a:picLocks noChangeAspect="1"/>
                    </pic:cNvPicPr>
                  </pic:nvPicPr>
                  <pic:blipFill>
                    <a:blip r:embed="rId4242"/>
                    <a:stretch>
                      <a:fillRect/>
                    </a:stretch>
                  </pic:blipFill>
                  <pic:spPr>
                    <a:xfrm>
                      <a:off x="0" y="0"/>
                      <a:ext cx="1152525" cy="1104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设</w:t>
      </w:r>
      <w:r>
        <w:pict>
          <v:shape id="_x0000_i719241" o:spt="75" alt="学科网(www.zxxk.com)--教育资源门户，提供试卷、教案、课件、论文、素材以及各类教学资源下载，还有大量而丰富的教学相关资讯！" type="#_x0000_t75" style="height:16pt;width:58pt;" o:ole="t" filled="f" o:preferrelative="t" stroked="f" coordsize="21600,21600">
            <v:path/>
            <v:fill on="f" focussize="0,0"/>
            <v:stroke on="f" joinstyle="miter"/>
            <v:imagedata r:id="rId4243" o:title="eqId9468931aa396efbdd7f50cc79f95f392"/>
            <o:lock v:ext="edit" aspectratio="t"/>
            <w10:wrap type="none"/>
            <w10:anchorlock/>
          </v:shape>
        </w:pict>
      </w:r>
      <w:r>
        <w:rPr>
          <w:rFonts w:ascii="宋体" w:hAnsi="宋体" w:eastAsia="宋体" w:cs="宋体"/>
          <w:color w:val="000000"/>
        </w:rPr>
        <w:t>，则</w:t>
      </w:r>
      <w:r>
        <w:pict>
          <v:shape id="_x0000_i719242" o:spt="75" alt="学科网(www.zxxk.com)--教育资源门户，提供试卷、教案、课件、论文、素材以及各类教学资源下载，还有大量而丰富的教学相关资讯！" type="#_x0000_t75" style="height:15.75pt;width:84.75pt;" o:ole="t" filled="f" o:preferrelative="t" stroked="f" coordsize="21600,21600">
            <v:path/>
            <v:fill on="f" focussize="0,0"/>
            <v:stroke on="f" joinstyle="miter"/>
            <v:imagedata r:id="rId4244" o:title="eqId8aa007b246644b9c824eafdaf0cc09dd"/>
            <o:lock v:ext="edit" aspectratio="t"/>
            <w10:wrap type="none"/>
            <w10:anchorlock/>
          </v:shape>
        </w:pict>
      </w:r>
      <w:r>
        <w:rPr>
          <w:rFonts w:ascii="宋体" w:hAnsi="宋体" w:eastAsia="宋体" w:cs="宋体"/>
          <w:color w:val="000000"/>
        </w:rPr>
        <w:t>，</w:t>
      </w:r>
      <w:r>
        <w:pict>
          <v:shape id="_x0000_i719243" o:spt="75" alt="学科网(www.zxxk.com)--教育资源门户，提供试卷、教案、课件、论文、素材以及各类教学资源下载，还有大量而丰富的教学相关资讯！" type="#_x0000_t75" style="height:15.75pt;width:90pt;" o:ole="t" filled="f" o:preferrelative="t" stroked="f" coordsize="21600,21600">
            <v:path/>
            <v:fill on="f" focussize="0,0"/>
            <v:stroke on="f" joinstyle="miter"/>
            <v:imagedata r:id="rId4245" o:title="eqIdbf7085b660f689065c80d39f14c7538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44"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246" o:title="eqIda299d2b999568e80be8005565ba209a4"/>
            <o:lock v:ext="edit" aspectratio="t"/>
            <w10:wrap type="none"/>
            <w10:anchorlock/>
          </v:shape>
        </w:pict>
      </w:r>
      <w:r>
        <w:rPr>
          <w:rFonts w:ascii="宋体" w:hAnsi="宋体" w:eastAsia="宋体" w:cs="宋体"/>
          <w:color w:val="000000"/>
        </w:rPr>
        <w:t>平分</w:t>
      </w:r>
      <w:r>
        <w:pict>
          <v:shape id="_x0000_i719245"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247" o:title="eqId42e7b8a59f8d66176463f3d71f882a26"/>
            <o:lock v:ext="edit" aspectratio="t"/>
            <w10:wrap type="none"/>
            <w10:anchorlock/>
          </v:shape>
        </w:pict>
      </w:r>
      <w:r>
        <w:rPr>
          <w:rFonts w:ascii="宋体" w:hAnsi="宋体" w:eastAsia="宋体" w:cs="宋体"/>
          <w:color w:val="000000"/>
        </w:rPr>
        <w:t>，</w:t>
      </w:r>
      <w:r>
        <w:pict>
          <v:shape id="_x0000_i719246"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248" o:title="eqId6cad4595d5352b2884568a59d8d766a4"/>
            <o:lock v:ext="edit" aspectratio="t"/>
            <w10:wrap type="none"/>
            <w10:anchorlock/>
          </v:shape>
        </w:pict>
      </w:r>
      <w:r>
        <w:rPr>
          <w:rFonts w:ascii="宋体" w:hAnsi="宋体" w:eastAsia="宋体" w:cs="宋体"/>
          <w:color w:val="000000"/>
        </w:rPr>
        <w:t>平分</w:t>
      </w:r>
      <w:r>
        <w:pict>
          <v:shape id="_x0000_i71924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49" o:title="eqIdd22df2977de56cc69be0c1e847653d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48" o:spt="75" alt="学科网(www.zxxk.com)--教育资源门户，提供试卷、教案、课件、论文、素材以及各类教学资源下载，还有大量而丰富的教学相关资讯！" type="#_x0000_t75" style="height:30.75pt;width:143.25pt;" o:ole="t" filled="f" o:preferrelative="t" stroked="f" coordsize="21600,21600">
            <v:path/>
            <v:fill on="f" focussize="0,0"/>
            <v:stroke on="f" joinstyle="miter"/>
            <v:imagedata r:id="rId4250" o:title="eqId3a98272b1dceb53cfc69ab9622f910f8"/>
            <o:lock v:ext="edit" aspectratio="t"/>
            <w10:wrap type="none"/>
            <w10:anchorlock/>
          </v:shape>
        </w:pict>
      </w:r>
      <w:r>
        <w:rPr>
          <w:rFonts w:ascii="宋体" w:hAnsi="宋体" w:eastAsia="宋体" w:cs="宋体"/>
          <w:color w:val="000000"/>
        </w:rPr>
        <w:t>，</w:t>
      </w:r>
      <w:r>
        <w:pict>
          <v:shape id="_x0000_i719249" o:spt="75" alt="学科网(www.zxxk.com)--教育资源门户，提供试卷、教案、课件、论文、素材以及各类教学资源下载，还有大量而丰富的教学相关资讯！" type="#_x0000_t75" style="height:30.75pt;width:147pt;" o:ole="t" filled="f" o:preferrelative="t" stroked="f" coordsize="21600,21600">
            <v:path/>
            <v:fill on="f" focussize="0,0"/>
            <v:stroke on="f" joinstyle="miter"/>
            <v:imagedata r:id="rId4251" o:title="eqIdd319feec722e6dbb02afee8e182abde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9250" o:spt="75" alt="学科网(www.zxxk.com)--教育资源门户，提供试卷、教案、课件、论文、素材以及各类教学资源下载，还有大量而丰富的教学相关资讯！" type="#_x0000_t75" style="height:30.75pt;width:329.25pt;" o:ole="t" filled="f" o:preferrelative="t" stroked="f" coordsize="21600,21600">
            <v:path/>
            <v:fill on="f" focussize="0,0"/>
            <v:stroke on="f" joinstyle="miter"/>
            <v:imagedata r:id="rId4252" o:title="eqId341038b9b8f3debde033a1342d1aa8b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38275" cy="990600"/>
            <wp:effectExtent l="0" t="0" r="0" b="0"/>
            <wp:docPr id="3817"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 name="图片 100043" descr="学科网(www.zxxk.com)--教育资源门户，提供试卷、教案、课件、论文、素材以及各类教学资源下载，还有大量而丰富的教学相关资讯！"/>
                    <pic:cNvPicPr>
                      <a:picLocks noChangeAspect="1"/>
                    </pic:cNvPicPr>
                  </pic:nvPicPr>
                  <pic:blipFill>
                    <a:blip r:embed="rId4253"/>
                    <a:stretch>
                      <a:fillRect/>
                    </a:stretch>
                  </pic:blipFill>
                  <pic:spPr>
                    <a:xfrm>
                      <a:off x="0" y="0"/>
                      <a:ext cx="1438275" cy="9906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设</w:t>
      </w:r>
      <w:r>
        <w:pict>
          <v:shape id="_x0000_i719251" o:spt="75" alt="学科网(www.zxxk.com)--教育资源门户，提供试卷、教案、课件、论文、素材以及各类教学资源下载，还有大量而丰富的教学相关资讯！" type="#_x0000_t75" style="height:15pt;width:50.4pt;" o:ole="t" filled="f" o:preferrelative="t" stroked="f" coordsize="21600,21600">
            <v:path/>
            <v:fill on="f" focussize="0,0"/>
            <v:stroke on="f" joinstyle="miter"/>
            <v:imagedata r:id="rId4254" o:title="eqId03d6a47ca99dcde502fe7dfa504a9005"/>
            <o:lock v:ext="edit" aspectratio="t"/>
            <w10:wrap type="none"/>
            <w10:anchorlock/>
          </v:shape>
        </w:pict>
      </w:r>
      <w:r>
        <w:rPr>
          <w:rFonts w:ascii="宋体" w:hAnsi="宋体" w:eastAsia="宋体" w:cs="宋体"/>
          <w:color w:val="000000"/>
        </w:rPr>
        <w:t>，则</w:t>
      </w:r>
      <w:r>
        <w:pict>
          <v:shape id="_x0000_i719252" o:spt="75" alt="学科网(www.zxxk.com)--教育资源门户，提供试卷、教案、课件、论文、素材以及各类教学资源下载，还有大量而丰富的教学相关资讯！" type="#_x0000_t75" style="height:15.9pt;width:83pt;" o:ole="t" filled="f" o:preferrelative="t" stroked="f" coordsize="21600,21600">
            <v:path/>
            <v:fill on="f" focussize="0,0"/>
            <v:stroke on="f" joinstyle="miter"/>
            <v:imagedata r:id="rId4255" o:title="eqIda6653463236ee307c2c436a216cdd1cf"/>
            <o:lock v:ext="edit" aspectratio="t"/>
            <w10:wrap type="none"/>
            <w10:anchorlock/>
          </v:shape>
        </w:pict>
      </w:r>
      <w:r>
        <w:rPr>
          <w:rFonts w:ascii="宋体" w:hAnsi="宋体" w:eastAsia="宋体" w:cs="宋体"/>
          <w:color w:val="000000"/>
        </w:rPr>
        <w:t>，</w:t>
      </w:r>
      <w:r>
        <w:pict>
          <v:shape id="_x0000_i719253" o:spt="75" alt="学科网(www.zxxk.com)--教育资源门户，提供试卷、教案、课件、论文、素材以及各类教学资源下载，还有大量而丰富的教学相关资讯！" type="#_x0000_t75" style="height:15.9pt;width:87.9pt;" o:ole="t" filled="f" o:preferrelative="t" stroked="f" coordsize="21600,21600">
            <v:path/>
            <v:fill on="f" focussize="0,0"/>
            <v:stroke on="f" joinstyle="miter"/>
            <v:imagedata r:id="rId4256" o:title="eqId9b2595b83299b7849ff9baeb5508980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54"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257" o:title="eqIda299d2b999568e80be8005565ba209a4"/>
            <o:lock v:ext="edit" aspectratio="t"/>
            <w10:wrap type="none"/>
            <w10:anchorlock/>
          </v:shape>
        </w:pict>
      </w:r>
      <w:r>
        <w:rPr>
          <w:rFonts w:ascii="宋体" w:hAnsi="宋体" w:eastAsia="宋体" w:cs="宋体"/>
          <w:color w:val="000000"/>
        </w:rPr>
        <w:t>平分</w:t>
      </w:r>
      <w:r>
        <w:pict>
          <v:shape id="_x0000_i719255"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258" o:title="eqId42e7b8a59f8d66176463f3d71f882a26"/>
            <o:lock v:ext="edit" aspectratio="t"/>
            <w10:wrap type="none"/>
            <w10:anchorlock/>
          </v:shape>
        </w:pict>
      </w:r>
      <w:r>
        <w:rPr>
          <w:rFonts w:ascii="宋体" w:hAnsi="宋体" w:eastAsia="宋体" w:cs="宋体"/>
          <w:color w:val="000000"/>
        </w:rPr>
        <w:t>，</w:t>
      </w:r>
      <w:r>
        <w:pict>
          <v:shape id="_x0000_i719256"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259" o:title="eqId6cad4595d5352b2884568a59d8d766a4"/>
            <o:lock v:ext="edit" aspectratio="t"/>
            <w10:wrap type="none"/>
            <w10:anchorlock/>
          </v:shape>
        </w:pict>
      </w:r>
      <w:r>
        <w:rPr>
          <w:rFonts w:ascii="宋体" w:hAnsi="宋体" w:eastAsia="宋体" w:cs="宋体"/>
          <w:color w:val="000000"/>
        </w:rPr>
        <w:t>平分</w:t>
      </w:r>
      <w:r>
        <w:pict>
          <v:shape id="_x0000_i71925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60" o:title="eqIdd22df2977de56cc69be0c1e847653d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58" o:spt="75" alt="学科网(www.zxxk.com)--教育资源门户，提供试卷、教案、课件、论文、素材以及各类教学资源下载，还有大量而丰富的教学相关资讯！" type="#_x0000_t75" style="height:31.05pt;width:139.85pt;" o:ole="t" filled="f" o:preferrelative="t" stroked="f" coordsize="21600,21600">
            <v:path/>
            <v:fill on="f" focussize="0,0"/>
            <v:stroke on="f" joinstyle="miter"/>
            <v:imagedata r:id="rId4261" o:title="eqIdd83e16c6bca67f5ce8b3e5ea53ecb034"/>
            <o:lock v:ext="edit" aspectratio="t"/>
            <w10:wrap type="none"/>
            <w10:anchorlock/>
          </v:shape>
        </w:pict>
      </w:r>
      <w:r>
        <w:rPr>
          <w:rFonts w:ascii="宋体" w:hAnsi="宋体" w:eastAsia="宋体" w:cs="宋体"/>
          <w:color w:val="000000"/>
        </w:rPr>
        <w:t>，</w:t>
      </w:r>
      <w:r>
        <w:pict>
          <v:shape id="_x0000_i719259" o:spt="75" alt="学科网(www.zxxk.com)--教育资源门户，提供试卷、教案、课件、论文、素材以及各类教学资源下载，还有大量而丰富的教学相关资讯！" type="#_x0000_t75" style="height:31.05pt;width:145.15pt;" o:ole="t" filled="f" o:preferrelative="t" stroked="f" coordsize="21600,21600">
            <v:path/>
            <v:fill on="f" focussize="0,0"/>
            <v:stroke on="f" joinstyle="miter"/>
            <v:imagedata r:id="rId4262" o:title="eqIdeefc54b94439ca5497a9cd0e1d1bea6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9260" o:spt="75" alt="学科网(www.zxxk.com)--教育资源门户，提供试卷、教案、课件、论文、素材以及各类教学资源下载，还有大量而丰富的教学相关资讯！" type="#_x0000_t75" style="height:31.05pt;width:325pt;" o:ole="t" filled="f" o:preferrelative="t" stroked="f" coordsize="21600,21600">
            <v:path/>
            <v:fill on="f" focussize="0,0"/>
            <v:stroke on="f" joinstyle="miter"/>
            <v:imagedata r:id="rId4263" o:title="eqId28b53c7746fdbc43513943d81f2b0e3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③当</w:t>
      </w:r>
      <w:r>
        <w:pict>
          <v:shape id="_x0000_i719261"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264" o:title="eqId828628c0876b45381c9a0edeb0fec236"/>
            <o:lock v:ext="edit" aspectratio="t"/>
            <w10:wrap type="none"/>
            <w10:anchorlock/>
          </v:shape>
        </w:pict>
      </w:r>
      <w:r>
        <w:rPr>
          <w:rFonts w:ascii="宋体" w:hAnsi="宋体" w:eastAsia="宋体" w:cs="宋体"/>
          <w:color w:val="000000"/>
        </w:rPr>
        <w:t>和</w:t>
      </w:r>
      <w:r>
        <w:pict>
          <v:shape id="_x0000_i719262"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265" o:title="eqId683c590673eece14fea3319c4fd5eb55"/>
            <o:lock v:ext="edit" aspectratio="t"/>
            <w10:wrap type="none"/>
            <w10:anchorlock/>
          </v:shape>
        </w:pict>
      </w:r>
      <w:r>
        <w:rPr>
          <w:rFonts w:ascii="宋体" w:hAnsi="宋体" w:eastAsia="宋体" w:cs="宋体"/>
          <w:color w:val="000000"/>
        </w:rPr>
        <w:t>位于</w:t>
      </w:r>
      <w:r>
        <w:pict>
          <v:shape id="_x0000_i71926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66" o:title="eqId6d7b2fe01a33c4825f9974ed9663a99c"/>
            <o:lock v:ext="edit" aspectratio="t"/>
            <w10:wrap type="none"/>
            <w10:anchorlock/>
          </v:shape>
        </w:pict>
      </w:r>
      <w:r>
        <w:rPr>
          <w:rFonts w:ascii="宋体" w:hAnsi="宋体" w:eastAsia="宋体" w:cs="宋体"/>
          <w:color w:val="000000"/>
        </w:rPr>
        <w:t>外部时，如图，</w:t>
      </w:r>
    </w:p>
    <w:p>
      <w:pPr>
        <w:spacing w:line="360" w:lineRule="auto"/>
        <w:jc w:val="left"/>
        <w:textAlignment w:val="center"/>
        <w:rPr>
          <w:color w:val="000000"/>
        </w:rPr>
      </w:pPr>
      <w:r>
        <w:rPr>
          <w:color w:val="000000"/>
        </w:rPr>
        <w:drawing>
          <wp:inline distT="0" distB="0" distL="114300" distR="114300">
            <wp:extent cx="1524000" cy="1447800"/>
            <wp:effectExtent l="0" t="0" r="0" b="0"/>
            <wp:docPr id="3819"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 name="图片 100045" descr="学科网(www.zxxk.com)--教育资源门户，提供试卷、教案、课件、论文、素材以及各类教学资源下载，还有大量而丰富的教学相关资讯！"/>
                    <pic:cNvPicPr>
                      <a:picLocks noChangeAspect="1"/>
                    </pic:cNvPicPr>
                  </pic:nvPicPr>
                  <pic:blipFill>
                    <a:blip r:embed="rId4267"/>
                    <a:stretch>
                      <a:fillRect/>
                    </a:stretch>
                  </pic:blipFill>
                  <pic:spPr>
                    <a:xfrm>
                      <a:off x="0" y="0"/>
                      <a:ext cx="1524000" cy="1447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设</w:t>
      </w:r>
      <w:r>
        <w:pict>
          <v:shape id="_x0000_i719264"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4268" o:title="eqIdf435c3556b48f0eccc958240fc6c7d6a"/>
            <o:lock v:ext="edit" aspectratio="t"/>
            <w10:wrap type="none"/>
            <w10:anchorlock/>
          </v:shape>
        </w:pict>
      </w:r>
      <w:r>
        <w:rPr>
          <w:rFonts w:ascii="宋体" w:hAnsi="宋体" w:eastAsia="宋体" w:cs="宋体"/>
          <w:color w:val="000000"/>
        </w:rPr>
        <w:t>，则</w:t>
      </w:r>
      <w:r>
        <w:pict>
          <v:shape id="_x0000_i719265" o:spt="75" alt="学科网(www.zxxk.com)--教育资源门户，提供试卷、教案、课件、论文、素材以及各类教学资源下载，还有大量而丰富的教学相关资讯！" type="#_x0000_t75" style="height:14pt;width:175.05pt;" o:ole="t" filled="f" o:preferrelative="t" stroked="f" coordsize="21600,21600">
            <v:path/>
            <v:fill on="f" focussize="0,0"/>
            <v:stroke on="f" joinstyle="miter"/>
            <v:imagedata r:id="rId4269" o:title="eqIdb3108ea77ef5bdd812ddf68ffc0689a4"/>
            <o:lock v:ext="edit" aspectratio="t"/>
            <w10:wrap type="none"/>
            <w10:anchorlock/>
          </v:shape>
        </w:pict>
      </w:r>
      <w:r>
        <w:rPr>
          <w:rFonts w:ascii="宋体" w:hAnsi="宋体" w:eastAsia="宋体" w:cs="宋体"/>
          <w:color w:val="000000"/>
        </w:rPr>
        <w:t>，</w:t>
      </w:r>
      <w:r>
        <w:pict>
          <v:shape id="_x0000_i719266" o:spt="75" alt="学科网(www.zxxk.com)--教育资源门户，提供试卷、教案、课件、论文、素材以及各类教学资源下载，还有大量而丰富的教学相关资讯！" type="#_x0000_t75" style="height:14.25pt;width:212.25pt;" o:ole="t" filled="f" o:preferrelative="t" stroked="f" coordsize="21600,21600">
            <v:path/>
            <v:fill on="f" focussize="0,0"/>
            <v:stroke on="f" joinstyle="miter"/>
            <v:imagedata r:id="rId4270" o:title="eqIdcdaa2f39ae30b29649393993464b07e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67"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271" o:title="eqIda299d2b999568e80be8005565ba209a4"/>
            <o:lock v:ext="edit" aspectratio="t"/>
            <w10:wrap type="none"/>
            <w10:anchorlock/>
          </v:shape>
        </w:pict>
      </w:r>
      <w:r>
        <w:rPr>
          <w:rFonts w:ascii="宋体" w:hAnsi="宋体" w:eastAsia="宋体" w:cs="宋体"/>
          <w:color w:val="000000"/>
        </w:rPr>
        <w:t>平分</w:t>
      </w:r>
      <w:r>
        <w:pict>
          <v:shape id="_x0000_i719268"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272" o:title="eqId42e7b8a59f8d66176463f3d71f882a26"/>
            <o:lock v:ext="edit" aspectratio="t"/>
            <w10:wrap type="none"/>
            <w10:anchorlock/>
          </v:shape>
        </w:pict>
      </w:r>
      <w:r>
        <w:rPr>
          <w:rFonts w:ascii="宋体" w:hAnsi="宋体" w:eastAsia="宋体" w:cs="宋体"/>
          <w:color w:val="000000"/>
        </w:rPr>
        <w:t>，</w:t>
      </w:r>
      <w:r>
        <w:pict>
          <v:shape id="_x0000_i719269"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273" o:title="eqId6cad4595d5352b2884568a59d8d766a4"/>
            <o:lock v:ext="edit" aspectratio="t"/>
            <w10:wrap type="none"/>
            <w10:anchorlock/>
          </v:shape>
        </w:pict>
      </w:r>
      <w:r>
        <w:rPr>
          <w:rFonts w:ascii="宋体" w:hAnsi="宋体" w:eastAsia="宋体" w:cs="宋体"/>
          <w:color w:val="000000"/>
        </w:rPr>
        <w:t>平分</w:t>
      </w:r>
      <w:r>
        <w:pict>
          <v:shape id="_x0000_i71927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274" o:title="eqIdd22df2977de56cc69be0c1e847653d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271" o:spt="75" alt="学科网(www.zxxk.com)--教育资源门户，提供试卷、教案、课件、论文、素材以及各类教学资源下载，还有大量而丰富的教学相关资讯！" type="#_x0000_t75" style="height:30.75pt;width:141.75pt;" o:ole="t" filled="f" o:preferrelative="t" stroked="f" coordsize="21600,21600">
            <v:path/>
            <v:fill on="f" focussize="0,0"/>
            <v:stroke on="f" joinstyle="miter"/>
            <v:imagedata r:id="rId4275" o:title="eqId2b1d3a6d4ef692a4c62fc9c33db075f7"/>
            <o:lock v:ext="edit" aspectratio="t"/>
            <w10:wrap type="none"/>
            <w10:anchorlock/>
          </v:shape>
        </w:pict>
      </w:r>
      <w:r>
        <w:rPr>
          <w:rFonts w:ascii="宋体" w:hAnsi="宋体" w:eastAsia="宋体" w:cs="宋体"/>
          <w:color w:val="000000"/>
        </w:rPr>
        <w:t>，</w:t>
      </w:r>
      <w:r>
        <w:pict>
          <v:shape id="_x0000_i719272" o:spt="75" alt="学科网(www.zxxk.com)--教育资源门户，提供试卷、教案、课件、论文、素材以及各类教学资源下载，还有大量而丰富的教学相关资讯！" type="#_x0000_t75" style="height:31.05pt;width:148.15pt;" o:ole="t" filled="f" o:preferrelative="t" stroked="f" coordsize="21600,21600">
            <v:path/>
            <v:fill on="f" focussize="0,0"/>
            <v:stroke on="f" joinstyle="miter"/>
            <v:imagedata r:id="rId4276" o:title="eqIdce53fbf25df45f07b9204f04e3494c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19273" o:spt="75" alt="学科网(www.zxxk.com)--教育资源门户，提供试卷、教案、课件、论文、素材以及各类教学资源下载，还有大量而丰富的教学相关资讯！" type="#_x0000_t75" style="height:30.75pt;width:330.6pt;" o:ole="t" filled="f" o:preferrelative="t" stroked="f" coordsize="21600,21600">
            <v:path/>
            <v:fill on="f" focussize="0,0"/>
            <v:stroke on="f" joinstyle="miter"/>
            <v:imagedata r:id="rId4277" o:title="eqId6c4607de196f87b1b1bda9dea6f4ab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w:t>
      </w:r>
      <w:r>
        <w:pict>
          <v:shape id="_x0000_i719274"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4278" o:title="eqId2b2557547eecdc826b8282058802d217"/>
            <o:lock v:ext="edit" aspectratio="t"/>
            <w10:wrap type="none"/>
            <w10:anchorlock/>
          </v:shape>
        </w:pict>
      </w:r>
      <w:r>
        <w:rPr>
          <w:rFonts w:ascii="宋体" w:hAnsi="宋体" w:eastAsia="宋体" w:cs="宋体"/>
          <w:color w:val="000000"/>
        </w:rPr>
        <w:t>度数</w:t>
      </w:r>
      <w:r>
        <w:pict>
          <v:shape id="_x0000_i719275" o:spt="75" alt="学科网(www.zxxk.com)--教育资源门户，提供试卷、教案、课件、论文、素材以及各类教学资源下载，还有大量而丰富的教学相关资讯！" type="#_x0000_t75" style="height:13pt;width:17pt;" o:ole="t" filled="f" o:preferrelative="t" stroked="f" coordsize="21600,21600">
            <v:path/>
            <v:fill on="f" focussize="0,0"/>
            <v:stroke on="f" joinstyle="miter"/>
            <v:imagedata r:id="rId4279" o:title="eqId76c12e76fbd84eeec721386bd3b04cc4"/>
            <o:lock v:ext="edit" aspectratio="t"/>
            <w10:wrap type="none"/>
            <w10:anchorlock/>
          </v:shape>
        </w:pict>
      </w:r>
      <w:r>
        <w:rPr>
          <w:rFonts w:ascii="宋体" w:hAnsi="宋体" w:eastAsia="宋体" w:cs="宋体"/>
          <w:color w:val="000000"/>
        </w:rPr>
        <w:t>或</w:t>
      </w:r>
      <w:r>
        <w:pict>
          <v:shape id="_x0000_i719276" o:spt="75" alt="学科网(www.zxxk.com)--教育资源门户，提供试卷、教案、课件、论文、素材以及各类教学资源下载，还有大量而丰富的教学相关资讯！" type="#_x0000_t75" style="height:14.15pt;width:24.85pt;" o:ole="t" filled="f" o:preferrelative="t" stroked="f" coordsize="21600,21600">
            <v:path/>
            <v:fill on="f" focussize="0,0"/>
            <v:stroke on="f" joinstyle="miter"/>
            <v:imagedata r:id="rId4280" o:title="eqId76cb1df84bc3fff3d3c59ad5eb761ae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27. </w:t>
      </w:r>
      <w:r>
        <w:rPr>
          <w:rFonts w:ascii="宋体" w:hAnsi="宋体" w:eastAsia="宋体" w:cs="宋体"/>
          <w:color w:val="000000"/>
        </w:rPr>
        <w:t>定义：数轴上有一点</w:t>
      </w:r>
      <w:r>
        <w:rPr>
          <w:rFonts w:ascii="Times New Roman" w:hAnsi="Times New Roman" w:eastAsia="Times New Roman" w:cs="Times New Roman"/>
          <w:i/>
          <w:color w:val="000000"/>
        </w:rPr>
        <w:t>M</w:t>
      </w:r>
      <w:r>
        <w:rPr>
          <w:rFonts w:ascii="宋体" w:hAnsi="宋体" w:eastAsia="宋体" w:cs="宋体"/>
          <w:color w:val="000000"/>
        </w:rPr>
        <w:t>，若点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1927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281" o:title="eqIdb79dd200766db27fb90d6bd1992cf658"/>
            <o:lock v:ext="edit" aspectratio="t"/>
            <w10:wrap type="none"/>
            <w10:anchorlock/>
          </v:shape>
        </w:pict>
      </w:r>
      <w:r>
        <w:rPr>
          <w:rFonts w:ascii="宋体" w:hAnsi="宋体" w:eastAsia="宋体" w:cs="宋体"/>
          <w:color w:val="000000"/>
        </w:rPr>
        <w:t>两个端点的距离成二倍关系时，则称点</w:t>
      </w:r>
      <w:r>
        <w:rPr>
          <w:rFonts w:ascii="Times New Roman" w:hAnsi="Times New Roman" w:eastAsia="Times New Roman" w:cs="Times New Roman"/>
          <w:i/>
          <w:color w:val="000000"/>
        </w:rPr>
        <w:t>M</w:t>
      </w:r>
      <w:r>
        <w:rPr>
          <w:rFonts w:ascii="宋体" w:hAnsi="宋体" w:eastAsia="宋体" w:cs="宋体"/>
          <w:color w:val="000000"/>
        </w:rPr>
        <w:t>是线段</w:t>
      </w:r>
      <w:r>
        <w:pict>
          <v:shape id="_x0000_i71927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282" o:title="eqIdf52a58fbaf4fea03567e88a9f0f6e37e"/>
            <o:lock v:ext="edit" aspectratio="t"/>
            <w10:wrap type="none"/>
            <w10:anchorlock/>
          </v:shape>
        </w:pict>
      </w:r>
      <w:r>
        <w:rPr>
          <w:rFonts w:ascii="宋体" w:hAnsi="宋体" w:eastAsia="宋体" w:cs="宋体"/>
          <w:color w:val="000000"/>
        </w:rPr>
        <w:t>的二倍关联点．</w:t>
      </w:r>
    </w:p>
    <w:p>
      <w:pPr>
        <w:spacing w:line="360" w:lineRule="auto"/>
        <w:jc w:val="left"/>
        <w:textAlignment w:val="center"/>
        <w:rPr>
          <w:color w:val="000000"/>
        </w:rPr>
      </w:pPr>
      <w:r>
        <w:rPr>
          <w:rFonts w:ascii="宋体" w:hAnsi="宋体" w:eastAsia="宋体" w:cs="宋体"/>
          <w:color w:val="000000"/>
        </w:rPr>
        <w:t>已知：点</w:t>
      </w:r>
      <w:r>
        <w:rPr>
          <w:rFonts w:ascii="Times New Roman" w:hAnsi="Times New Roman" w:eastAsia="Times New Roman" w:cs="Times New Roman"/>
          <w:i/>
          <w:color w:val="000000"/>
        </w:rPr>
        <w:t>O</w:t>
      </w:r>
      <w:r>
        <w:rPr>
          <w:rFonts w:ascii="宋体" w:hAnsi="宋体" w:eastAsia="宋体" w:cs="宋体"/>
          <w:color w:val="000000"/>
        </w:rPr>
        <w:t>为数轴原点，点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162425" cy="419100"/>
            <wp:effectExtent l="0" t="0" r="0" b="0"/>
            <wp:docPr id="3821"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 name="图片 100047" descr="学科网(www.zxxk.com)--教育资源门户，提供试卷、教案、课件、论文、素材以及各类教学资源下载，还有大量而丰富的教学相关资讯！"/>
                    <pic:cNvPicPr>
                      <a:picLocks noChangeAspect="1"/>
                    </pic:cNvPicPr>
                  </pic:nvPicPr>
                  <pic:blipFill>
                    <a:blip r:embed="rId4283"/>
                    <a:stretch>
                      <a:fillRect/>
                    </a:stretch>
                  </pic:blipFill>
                  <pic:spPr>
                    <a:xfrm>
                      <a:off x="0" y="0"/>
                      <a:ext cx="4162425" cy="419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在线段</w:t>
      </w:r>
      <w:r>
        <w:pict>
          <v:shape id="_x0000_i71927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284" o:title="eqIdf52a58fbaf4fea03567e88a9f0f6e37e"/>
            <o:lock v:ext="edit" aspectratio="t"/>
            <w10:wrap type="none"/>
            <w10:anchorlock/>
          </v:shape>
        </w:pict>
      </w:r>
      <w:r>
        <w:rPr>
          <w:rFonts w:ascii="宋体" w:hAnsi="宋体" w:eastAsia="宋体" w:cs="宋体"/>
          <w:color w:val="000000"/>
        </w:rPr>
        <w:t>上，线段</w:t>
      </w:r>
      <w:r>
        <w:pict>
          <v:shape id="_x0000_i71928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284" o:title="eqIdf52a58fbaf4fea03567e88a9f0f6e37e"/>
            <o:lock v:ext="edit" aspectratio="t"/>
            <w10:wrap type="none"/>
            <w10:anchorlock/>
          </v:shape>
        </w:pict>
      </w:r>
      <w:r>
        <w:rPr>
          <w:rFonts w:ascii="宋体" w:hAnsi="宋体" w:eastAsia="宋体" w:cs="宋体"/>
          <w:color w:val="000000"/>
        </w:rPr>
        <w:t>的二倍关联点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color w:val="000000"/>
        </w:rPr>
        <w:t>3</w:t>
      </w:r>
      <w:r>
        <w:rPr>
          <w:rFonts w:ascii="宋体" w:hAnsi="宋体" w:eastAsia="宋体" w:cs="宋体"/>
          <w:color w:val="000000"/>
        </w:rPr>
        <w:t>，则点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从表示</w:t>
      </w:r>
      <w:r>
        <w:rPr>
          <w:rFonts w:ascii="Times New Roman" w:hAnsi="Times New Roman" w:eastAsia="Times New Roman" w:cs="Times New Roman"/>
          <w:color w:val="000000"/>
        </w:rPr>
        <w:t>5</w:t>
      </w:r>
      <w:r>
        <w:rPr>
          <w:rFonts w:ascii="宋体" w:hAnsi="宋体" w:eastAsia="宋体" w:cs="宋体"/>
          <w:color w:val="000000"/>
        </w:rPr>
        <w:t>的点出发，以每秒</w:t>
      </w:r>
      <w:r>
        <w:rPr>
          <w:rFonts w:ascii="Times New Roman" w:hAnsi="Times New Roman" w:eastAsia="Times New Roman" w:cs="Times New Roman"/>
          <w:color w:val="000000"/>
        </w:rPr>
        <w:t>1</w:t>
      </w:r>
      <w:r>
        <w:rPr>
          <w:rFonts w:ascii="宋体" w:hAnsi="宋体" w:eastAsia="宋体" w:cs="宋体"/>
          <w:color w:val="000000"/>
        </w:rPr>
        <w:t>个单位的速度沿数轴正方向运动，同时点</w:t>
      </w:r>
      <w:r>
        <w:rPr>
          <w:rFonts w:ascii="Times New Roman" w:hAnsi="Times New Roman" w:eastAsia="Times New Roman" w:cs="Times New Roman"/>
          <w:i/>
          <w:color w:val="000000"/>
        </w:rPr>
        <w:t>D</w:t>
      </w:r>
      <w:r>
        <w:rPr>
          <w:rFonts w:ascii="宋体" w:hAnsi="宋体" w:eastAsia="宋体" w:cs="宋体"/>
          <w:color w:val="000000"/>
        </w:rPr>
        <w:t>从表示</w:t>
      </w:r>
      <w:r>
        <w:rPr>
          <w:rFonts w:ascii="Times New Roman" w:hAnsi="Times New Roman" w:eastAsia="Times New Roman" w:cs="Times New Roman"/>
          <w:color w:val="000000"/>
        </w:rPr>
        <w:t>1</w:t>
      </w:r>
      <w:r>
        <w:rPr>
          <w:rFonts w:ascii="宋体" w:hAnsi="宋体" w:eastAsia="宋体" w:cs="宋体"/>
          <w:color w:val="000000"/>
        </w:rPr>
        <w:t>的点出发，以每秒</w:t>
      </w:r>
      <w:r>
        <w:rPr>
          <w:rFonts w:ascii="Times New Roman" w:hAnsi="Times New Roman" w:eastAsia="Times New Roman" w:cs="Times New Roman"/>
          <w:color w:val="000000"/>
        </w:rPr>
        <w:t>3</w:t>
      </w:r>
      <w:r>
        <w:rPr>
          <w:rFonts w:ascii="宋体" w:hAnsi="宋体" w:eastAsia="宋体" w:cs="宋体"/>
          <w:color w:val="000000"/>
        </w:rPr>
        <w:t>个单位长度的速度沿数轴正方向运动，设运动时间为</w:t>
      </w:r>
      <w:r>
        <w:rPr>
          <w:rFonts w:ascii="Times New Roman" w:hAnsi="Times New Roman" w:eastAsia="Times New Roman" w:cs="Times New Roman"/>
          <w:i/>
          <w:color w:val="000000"/>
        </w:rPr>
        <w:t>t</w:t>
      </w:r>
      <w:r>
        <w:rPr>
          <w:rFonts w:ascii="宋体" w:hAnsi="宋体" w:eastAsia="宋体" w:cs="宋体"/>
          <w:color w:val="000000"/>
        </w:rPr>
        <w:t>秒，当点</w:t>
      </w:r>
      <w:r>
        <w:rPr>
          <w:rFonts w:ascii="Times New Roman" w:hAnsi="Times New Roman" w:eastAsia="Times New Roman" w:cs="Times New Roman"/>
          <w:i/>
          <w:color w:val="000000"/>
        </w:rPr>
        <w:t>D</w:t>
      </w:r>
      <w:r>
        <w:rPr>
          <w:rFonts w:ascii="宋体" w:hAnsi="宋体" w:eastAsia="宋体" w:cs="宋体"/>
          <w:color w:val="000000"/>
        </w:rPr>
        <w:t>是线段</w:t>
      </w:r>
      <w:r>
        <w:pict>
          <v:shape id="_x0000_i71928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285" o:title="eqIdf52a58fbaf4fea03567e88a9f0f6e37e"/>
            <o:lock v:ext="edit" aspectratio="t"/>
            <w10:wrap type="none"/>
            <w10:anchorlock/>
          </v:shape>
        </w:pict>
      </w:r>
      <w:r>
        <w:rPr>
          <w:rFonts w:ascii="宋体" w:hAnsi="宋体" w:eastAsia="宋体" w:cs="宋体"/>
          <w:color w:val="000000"/>
        </w:rPr>
        <w:t>的二倍关联点时，求出</w:t>
      </w:r>
      <w:r>
        <w:rPr>
          <w:rFonts w:ascii="Times New Roman" w:hAnsi="Times New Roman" w:eastAsia="Times New Roman" w:cs="Times New Roman"/>
          <w:i/>
          <w:color w:val="000000"/>
        </w:rPr>
        <w:t>t</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设点</w:t>
      </w:r>
      <w:r>
        <w:rPr>
          <w:rFonts w:ascii="Times New Roman" w:hAnsi="Times New Roman" w:eastAsia="Times New Roman" w:cs="Times New Roman"/>
          <w:i/>
          <w:color w:val="000000"/>
        </w:rPr>
        <w:t>B</w:t>
      </w:r>
      <w:r>
        <w:rPr>
          <w:rFonts w:ascii="宋体" w:hAnsi="宋体" w:eastAsia="宋体" w:cs="宋体"/>
          <w:color w:val="000000"/>
        </w:rPr>
        <w:t>表示的数是</w:t>
      </w:r>
      <w:r>
        <w:pict>
          <v:shape id="_x0000_i719282"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286" o:title="eqIde2d51f9147b8265c0276c1f2c2659197"/>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表示的数为</w:t>
      </w:r>
      <w:r>
        <w:pict>
          <v:shape id="_x0000_i71928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287" o:title="eqId3468a665ac713ab7b400c672f19650a1"/>
            <o:lock v:ext="edit" aspectratio="t"/>
            <w10:wrap type="none"/>
            <w10:anchorlock/>
          </v:shape>
        </w:pict>
      </w:r>
      <w:r>
        <w:rPr>
          <w:rFonts w:ascii="宋体" w:hAnsi="宋体" w:eastAsia="宋体" w:cs="宋体"/>
          <w:color w:val="000000"/>
        </w:rPr>
        <w:t>，若线段</w:t>
      </w:r>
      <w:r>
        <w:pict>
          <v:shape id="_x0000_i719284"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4288" o:title="eqId7a5f1641947153c80b987320885a2b57"/>
            <o:lock v:ext="edit" aspectratio="t"/>
            <w10:wrap type="none"/>
            <w10:anchorlock/>
          </v:shape>
        </w:pict>
      </w:r>
      <w:r>
        <w:rPr>
          <w:rFonts w:ascii="宋体" w:hAnsi="宋体" w:eastAsia="宋体" w:cs="宋体"/>
          <w:color w:val="000000"/>
        </w:rPr>
        <w:t>上存在线段</w:t>
      </w:r>
      <w:r>
        <w:pict>
          <v:shape id="_x0000_i71928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289" o:title="eqIdf52a58fbaf4fea03567e88a9f0f6e37e"/>
            <o:lock v:ext="edit" aspectratio="t"/>
            <w10:wrap type="none"/>
            <w10:anchorlock/>
          </v:shape>
        </w:pict>
      </w:r>
      <w:r>
        <w:rPr>
          <w:rFonts w:ascii="宋体" w:hAnsi="宋体" w:eastAsia="宋体" w:cs="宋体"/>
          <w:color w:val="000000"/>
        </w:rPr>
        <w:t>的二倍关联点，直接写出</w:t>
      </w:r>
      <w:r>
        <w:rPr>
          <w:rFonts w:ascii="Times New Roman" w:hAnsi="Times New Roman" w:eastAsia="Times New Roman" w:cs="Times New Roman"/>
          <w:i/>
          <w:color w:val="000000"/>
        </w:rPr>
        <w:t>n</w:t>
      </w:r>
      <w:r>
        <w:rPr>
          <w:rFonts w:ascii="宋体" w:hAnsi="宋体" w:eastAsia="宋体" w:cs="宋体"/>
          <w:color w:val="000000"/>
        </w:rPr>
        <w:t>的最大值及最小值．</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7</w:t>
      </w:r>
      <w:r>
        <w:rPr>
          <w:rFonts w:ascii="宋体" w:hAnsi="宋体" w:eastAsia="宋体" w:cs="宋体"/>
          <w:color w:val="000000"/>
        </w:rPr>
        <w:t>或</w:t>
      </w:r>
      <w:r>
        <w:rPr>
          <w:rFonts w:ascii="Times New Roman" w:hAnsi="Times New Roman" w:eastAsia="Times New Roman" w:cs="Times New Roman"/>
          <w:color w:val="000000"/>
        </w:rPr>
        <w:t>4</w:t>
      </w:r>
      <w:r>
        <w:rPr>
          <w:color w:val="000000"/>
        </w:rPr>
        <w:t xml:space="preserve">    （2）</w:t>
      </w:r>
      <w:r>
        <w:pict>
          <v:shape id="_x0000_i719286" o:spt="75" alt="学科网(www.zxxk.com)--教育资源门户，提供试卷、教案、课件、论文、素材以及各类教学资源下载，还有大量而丰富的教学相关资讯！" type="#_x0000_t75" style="height:31.15pt;width:26.85pt;" o:ole="t" filled="f" o:preferrelative="t" stroked="f" coordsize="21600,21600">
            <v:path/>
            <v:fill on="f" focussize="0,0"/>
            <v:stroke on="f" joinstyle="miter"/>
            <v:imagedata r:id="rId4290" o:title="eqId66b4ea11a10e9e9ae3c0153b99fd2446"/>
            <o:lock v:ext="edit" aspectratio="t"/>
            <w10:wrap type="none"/>
            <w10:anchorlock/>
          </v:shape>
        </w:pict>
      </w:r>
      <w:r>
        <w:rPr>
          <w:rFonts w:ascii="宋体" w:hAnsi="宋体" w:eastAsia="宋体" w:cs="宋体"/>
          <w:color w:val="000000"/>
        </w:rPr>
        <w:t>或</w:t>
      </w:r>
      <w:r>
        <w:pict>
          <v:shape id="_x0000_i719287" o:spt="75" alt="学科网(www.zxxk.com)--教育资源门户，提供试卷、教案、课件、论文、素材以及各类教学资源下载，还有大量而丰富的教学相关资讯！" type="#_x0000_t75" style="height:31pt;width:27pt;" o:ole="t" filled="f" o:preferrelative="t" stroked="f" coordsize="21600,21600">
            <v:path/>
            <v:fill on="f" focussize="0,0"/>
            <v:stroke on="f" joinstyle="miter"/>
            <v:imagedata r:id="rId4291" o:title="eqId3129ddd2ea97fd010b9e0b644225da8c"/>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i/>
          <w:color w:val="000000"/>
        </w:rPr>
        <w:t>n</w:t>
      </w:r>
      <w:r>
        <w:rPr>
          <w:rFonts w:ascii="宋体" w:hAnsi="宋体" w:eastAsia="宋体" w:cs="宋体"/>
          <w:color w:val="000000"/>
        </w:rPr>
        <w:t>的最大值为</w:t>
      </w:r>
      <w:r>
        <w:rPr>
          <w:rFonts w:ascii="Times New Roman" w:hAnsi="Times New Roman" w:eastAsia="Times New Roman" w:cs="Times New Roman"/>
          <w:color w:val="000000"/>
        </w:rPr>
        <w:t>5</w:t>
      </w:r>
      <w:r>
        <w:rPr>
          <w:rFonts w:ascii="宋体" w:hAnsi="宋体" w:eastAsia="宋体" w:cs="宋体"/>
          <w:color w:val="000000"/>
        </w:rPr>
        <w:t>，最小值为</w:t>
      </w:r>
      <w:r>
        <w:pict>
          <v:shape id="_x0000_i71928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4292" o:title="eqIdacbc6a613224461ade69362d46550474"/>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本题主要考查了数轴上表示有理数，数轴上两点之间的距离，以及一元一次方程的应用．</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）根据二倍关联点的定义分情况就解即可．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）设运动时间为</w:t>
      </w:r>
      <w:r>
        <w:rPr>
          <w:rFonts w:ascii="Times New Roman" w:hAnsi="Times New Roman" w:eastAsia="Times New Roman" w:cs="Times New Roman"/>
          <w:i/>
          <w:color w:val="000000"/>
        </w:rPr>
        <w:t>t</w:t>
      </w:r>
      <w:r>
        <w:rPr>
          <w:rFonts w:ascii="宋体" w:hAnsi="宋体" w:eastAsia="宋体" w:cs="宋体"/>
          <w:color w:val="000000"/>
        </w:rPr>
        <w:t>秒，列出点</w:t>
      </w:r>
      <w:r>
        <w:rPr>
          <w:rFonts w:ascii="Times New Roman" w:hAnsi="Times New Roman" w:eastAsia="Times New Roman" w:cs="Times New Roman"/>
          <w:i/>
          <w:color w:val="000000"/>
        </w:rPr>
        <w:t>D</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表示的数，然后根据二倍关联点的定义分情况列出关于</w:t>
      </w:r>
      <w:r>
        <w:rPr>
          <w:rFonts w:ascii="Times New Roman" w:hAnsi="Times New Roman" w:eastAsia="Times New Roman" w:cs="Times New Roman"/>
          <w:i/>
          <w:color w:val="000000"/>
        </w:rPr>
        <w:t>t</w:t>
      </w:r>
      <w:r>
        <w:rPr>
          <w:rFonts w:ascii="宋体" w:hAnsi="宋体" w:eastAsia="宋体" w:cs="宋体"/>
          <w:color w:val="000000"/>
        </w:rPr>
        <w:t>的一元一次方程解方程即可就出答案．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）根据题目，设点</w:t>
      </w:r>
      <w:r>
        <w:rPr>
          <w:rFonts w:ascii="Times New Roman" w:hAnsi="Times New Roman" w:eastAsia="Times New Roman" w:cs="Times New Roman"/>
          <w:i/>
          <w:color w:val="000000"/>
        </w:rPr>
        <w:t>B</w:t>
      </w:r>
      <w:r>
        <w:rPr>
          <w:rFonts w:ascii="宋体" w:hAnsi="宋体" w:eastAsia="宋体" w:cs="宋体"/>
          <w:color w:val="000000"/>
        </w:rPr>
        <w:t>表示的数是</w:t>
      </w:r>
      <w:r>
        <w:pict>
          <v:shape id="_x0000_i719289"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293" o:title="eqIde2d51f9147b8265c0276c1f2c2659197"/>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表示的数为</w:t>
      </w:r>
      <w:r>
        <w:pict>
          <v:shape id="_x0000_i71929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294" o:title="eqId3468a665ac713ab7b400c672f19650a1"/>
            <o:lock v:ext="edit" aspectratio="t"/>
            <w10:wrap type="none"/>
            <w10:anchorlock/>
          </v:shape>
        </w:pict>
      </w:r>
      <w:r>
        <w:rPr>
          <w:rFonts w:ascii="宋体" w:hAnsi="宋体" w:eastAsia="宋体" w:cs="宋体"/>
          <w:color w:val="000000"/>
        </w:rPr>
        <w:t>．根据线段</w:t>
      </w:r>
      <w:r>
        <w:pict>
          <v:shape id="_x0000_i719291"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4295" o:title="eqId7a5f1641947153c80b987320885a2b57"/>
            <o:lock v:ext="edit" aspectratio="t"/>
            <w10:wrap type="none"/>
            <w10:anchorlock/>
          </v:shape>
        </w:pict>
      </w:r>
      <w:r>
        <w:rPr>
          <w:rFonts w:ascii="宋体" w:hAnsi="宋体" w:eastAsia="宋体" w:cs="宋体"/>
          <w:color w:val="000000"/>
        </w:rPr>
        <w:t>上存在线段</w:t>
      </w:r>
      <w:r>
        <w:pict>
          <v:shape id="_x0000_i71929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296" o:title="eqIdf52a58fbaf4fea03567e88a9f0f6e37e"/>
            <o:lock v:ext="edit" aspectratio="t"/>
            <w10:wrap type="none"/>
            <w10:anchorlock/>
          </v:shape>
        </w:pict>
      </w:r>
      <w:r>
        <w:rPr>
          <w:rFonts w:ascii="宋体" w:hAnsi="宋体" w:eastAsia="宋体" w:cs="宋体"/>
          <w:color w:val="000000"/>
        </w:rPr>
        <w:t>的二倍关联点分情况列出关于</w:t>
      </w:r>
      <w:r>
        <w:rPr>
          <w:rFonts w:ascii="Times New Roman" w:hAnsi="Times New Roman" w:eastAsia="Times New Roman" w:cs="Times New Roman"/>
          <w:i/>
          <w:color w:val="000000"/>
        </w:rPr>
        <w:t>n</w:t>
      </w:r>
      <w:r>
        <w:rPr>
          <w:rFonts w:ascii="宋体" w:hAnsi="宋体" w:eastAsia="宋体" w:cs="宋体"/>
          <w:color w:val="000000"/>
        </w:rPr>
        <w:t>的一元一次方程解方程即可就出最大值和最小值了．</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解：点</w:t>
      </w:r>
      <w:r>
        <w:rPr>
          <w:rFonts w:ascii="Times New Roman" w:hAnsi="Times New Roman" w:eastAsia="Times New Roman" w:cs="Times New Roman"/>
          <w:i/>
          <w:color w:val="000000"/>
        </w:rPr>
        <w:t>A</w: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表示的数为</w:t>
      </w:r>
      <w:r>
        <w:rPr>
          <w:rFonts w:ascii="Times New Roman" w:hAnsi="Times New Roman" w:eastAsia="Times New Roman" w:cs="Times New Roman"/>
          <w:color w:val="000000"/>
        </w:rPr>
        <w:t>3</w:t>
      </w:r>
    </w:p>
    <w:p>
      <w:pPr>
        <w:spacing w:line="360" w:lineRule="auto"/>
        <w:jc w:val="left"/>
        <w:textAlignment w:val="center"/>
        <w:rPr>
          <w:color w:val="000000"/>
        </w:rPr>
      </w:pPr>
      <w:r>
        <w:rPr>
          <w:rFonts w:ascii="宋体" w:hAnsi="宋体" w:eastAsia="宋体" w:cs="宋体"/>
          <w:color w:val="000000"/>
        </w:rPr>
        <w:t>∴</w:t>
      </w:r>
      <w:r>
        <w:pict>
          <v:shape id="_x0000_i719293"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4297" o:title="eqId4c6af3c3e731dbd2bfad73f794de0ae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为线段</w:t>
      </w:r>
      <w:r>
        <w:pict>
          <v:shape id="_x0000_i71929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298" o:title="eqIdf52a58fbaf4fea03567e88a9f0f6e37e"/>
            <o:lock v:ext="edit" aspectratio="t"/>
            <w10:wrap type="none"/>
            <w10:anchorlock/>
          </v:shape>
        </w:pict>
      </w:r>
      <w:r>
        <w:rPr>
          <w:rFonts w:ascii="宋体" w:hAnsi="宋体" w:eastAsia="宋体" w:cs="宋体"/>
          <w:color w:val="000000"/>
        </w:rPr>
        <w:t>的二倍关联点，</w:t>
      </w:r>
    </w:p>
    <w:p>
      <w:pPr>
        <w:spacing w:line="360" w:lineRule="auto"/>
        <w:jc w:val="left"/>
        <w:textAlignment w:val="center"/>
        <w:rPr>
          <w:color w:val="000000"/>
        </w:rPr>
      </w:pPr>
      <w:r>
        <w:rPr>
          <w:rFonts w:ascii="宋体" w:hAnsi="宋体" w:eastAsia="宋体" w:cs="宋体"/>
          <w:color w:val="000000"/>
        </w:rPr>
        <w:t>∴</w:t>
      </w:r>
      <w:r>
        <w:pict>
          <v:shape id="_x0000_i719295" o:spt="75" alt="学科网(www.zxxk.com)--教育资源门户，提供试卷、教案、课件、论文、素材以及各类教学资源下载，还有大量而丰富的教学相关资讯！" type="#_x0000_t75" style="height:14pt;width:54pt;" o:ole="t" filled="f" o:preferrelative="t" stroked="f" coordsize="21600,21600">
            <v:path/>
            <v:fill on="f" focussize="0,0"/>
            <v:stroke on="f" joinstyle="miter"/>
            <v:imagedata r:id="rId4299" o:title="eqId500d9430503f4a7607441d0791399561"/>
            <o:lock v:ext="edit" aspectratio="t"/>
            <w10:wrap type="none"/>
            <w10:anchorlock/>
          </v:shape>
        </w:pict>
      </w:r>
      <w:r>
        <w:rPr>
          <w:rFonts w:ascii="宋体" w:hAnsi="宋体" w:eastAsia="宋体" w:cs="宋体"/>
          <w:color w:val="000000"/>
        </w:rPr>
        <w:t>，或者</w:t>
      </w:r>
      <w:r>
        <w:pict>
          <v:shape id="_x0000_i719296"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4300" o:title="eqId8a8c563906d6d25078fd5d96abe9619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297" o:spt="75" alt="学科网(www.zxxk.com)--教育资源门户，提供试卷、教案、课件、论文、素材以及各类教学资源下载，还有大量而丰富的教学相关资讯！" type="#_x0000_t75" style="height:14pt;width:54pt;" o:ole="t" filled="f" o:preferrelative="t" stroked="f" coordsize="21600,21600">
            <v:path/>
            <v:fill on="f" focussize="0,0"/>
            <v:stroke on="f" joinstyle="miter"/>
            <v:imagedata r:id="rId4301" o:title="eqId500d9430503f4a7607441d0791399561"/>
            <o:lock v:ext="edit" aspectratio="t"/>
            <w10:wrap type="none"/>
            <w10:anchorlock/>
          </v:shape>
        </w:pict>
      </w:r>
      <w:r>
        <w:rPr>
          <w:rFonts w:ascii="宋体" w:hAnsi="宋体" w:eastAsia="宋体" w:cs="宋体"/>
          <w:color w:val="000000"/>
        </w:rPr>
        <w:t>时，</w:t>
      </w:r>
      <w:r>
        <w:rPr>
          <w:rFonts w:ascii="Times New Roman" w:hAnsi="Times New Roman" w:eastAsia="Times New Roman" w:cs="Times New Roman"/>
          <w:i/>
          <w:color w:val="000000"/>
        </w:rPr>
        <w:t>B</w:t>
      </w:r>
      <w:r>
        <w:rPr>
          <w:rFonts w:ascii="宋体" w:hAnsi="宋体" w:eastAsia="宋体" w:cs="宋体"/>
          <w:color w:val="000000"/>
        </w:rPr>
        <w:t>表示的数为：</w:t>
      </w:r>
      <w:r>
        <w:pict>
          <v:shape id="_x0000_i719298"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4302" o:title="eqIddca85e1bed08f2f830c53f90ce8829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299"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4303" o:title="eqId8a8c563906d6d25078fd5d96abe96194"/>
            <o:lock v:ext="edit" aspectratio="t"/>
            <w10:wrap type="none"/>
            <w10:anchorlock/>
          </v:shape>
        </w:pict>
      </w:r>
      <w:r>
        <w:rPr>
          <w:rFonts w:ascii="宋体" w:hAnsi="宋体" w:eastAsia="宋体" w:cs="宋体"/>
          <w:color w:val="000000"/>
        </w:rPr>
        <w:t>时，</w:t>
      </w:r>
      <w:r>
        <w:rPr>
          <w:rFonts w:ascii="Times New Roman" w:hAnsi="Times New Roman" w:eastAsia="Times New Roman" w:cs="Times New Roman"/>
          <w:i/>
          <w:color w:val="000000"/>
        </w:rPr>
        <w:t>B</w:t>
      </w:r>
      <w:r>
        <w:rPr>
          <w:rFonts w:ascii="宋体" w:hAnsi="宋体" w:eastAsia="宋体" w:cs="宋体"/>
          <w:color w:val="000000"/>
        </w:rPr>
        <w:t>表示的数为：</w:t>
      </w:r>
      <w:r>
        <w:pict>
          <v:shape id="_x0000_i719300" o:spt="75" alt="学科网(www.zxxk.com)--教育资源门户，提供试卷、教案、课件、论文、素材以及各类教学资源下载，还有大量而丰富的教学相关资讯！" type="#_x0000_t75" style="height:30.9pt;width:60.9pt;" o:ole="t" filled="f" o:preferrelative="t" stroked="f" coordsize="21600,21600">
            <v:path/>
            <v:fill on="f" focussize="0,0"/>
            <v:stroke on="f" joinstyle="miter"/>
            <v:imagedata r:id="rId4304" o:title="eqIdaa41cac8b9716e06e02a3076a33744f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故点</w:t>
      </w:r>
      <w:r>
        <w:rPr>
          <w:rFonts w:ascii="Times New Roman" w:hAnsi="Times New Roman" w:eastAsia="Times New Roman" w:cs="Times New Roman"/>
          <w:i/>
          <w:color w:val="000000"/>
        </w:rPr>
        <w:t>B</w:t>
      </w:r>
      <w:r>
        <w:rPr>
          <w:rFonts w:ascii="宋体" w:hAnsi="宋体" w:eastAsia="宋体" w:cs="宋体"/>
          <w:color w:val="000000"/>
        </w:rPr>
        <w:t>表示的数为</w:t>
      </w:r>
      <w:r>
        <w:rPr>
          <w:rFonts w:ascii="Times New Roman" w:hAnsi="Times New Roman" w:eastAsia="Times New Roman" w:cs="Times New Roman"/>
          <w:color w:val="000000"/>
        </w:rPr>
        <w:t>7</w: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设运动时间为</w:t>
      </w:r>
      <w:r>
        <w:rPr>
          <w:rFonts w:ascii="Times New Roman" w:hAnsi="Times New Roman" w:eastAsia="Times New Roman" w:cs="Times New Roman"/>
          <w:i/>
          <w:color w:val="000000"/>
        </w:rPr>
        <w:t>t</w:t>
      </w:r>
      <w:r>
        <w:rPr>
          <w:rFonts w:ascii="宋体" w:hAnsi="宋体" w:eastAsia="宋体" w:cs="宋体"/>
          <w:color w:val="000000"/>
        </w:rPr>
        <w:t>秒，</w:t>
      </w:r>
    </w:p>
    <w:p>
      <w:pPr>
        <w:spacing w:line="360" w:lineRule="auto"/>
        <w:jc w:val="left"/>
        <w:textAlignment w:val="center"/>
        <w:rPr>
          <w:color w:val="000000"/>
        </w:rPr>
      </w:pPr>
      <w:r>
        <w:rPr>
          <w:rFonts w:ascii="宋体" w:hAnsi="宋体" w:eastAsia="宋体" w:cs="宋体"/>
          <w:color w:val="000000"/>
        </w:rPr>
        <w:t>那么点</w:t>
      </w:r>
      <w:r>
        <w:rPr>
          <w:rFonts w:ascii="Times New Roman" w:hAnsi="Times New Roman" w:eastAsia="Times New Roman" w:cs="Times New Roman"/>
          <w:i/>
          <w:color w:val="000000"/>
        </w:rPr>
        <w:t>D</w:t>
      </w:r>
      <w:r>
        <w:rPr>
          <w:rFonts w:ascii="宋体" w:hAnsi="宋体" w:eastAsia="宋体" w:cs="宋体"/>
          <w:color w:val="000000"/>
        </w:rPr>
        <w:t>表示的数就是</w:t>
      </w:r>
      <w:r>
        <w:pict>
          <v:shape id="_x0000_i719301"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305" o:title="eqId51758a6ee06fb0f2cc458d2863c7459d"/>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表示的数就是</w:t>
      </w:r>
      <w:r>
        <w:pict>
          <v:shape id="_x0000_i719302"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4306" o:title="eqId08e9e267cdc703112896619d32dd03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rPr>
          <w:rFonts w:ascii="Times New Roman" w:hAnsi="Times New Roman" w:eastAsia="Times New Roman" w:cs="Times New Roman"/>
          <w:i/>
          <w:color w:val="000000"/>
        </w:rPr>
        <w:t>D</w:t>
      </w:r>
      <w:r>
        <w:rPr>
          <w:rFonts w:ascii="宋体" w:hAnsi="宋体" w:eastAsia="宋体" w:cs="宋体"/>
          <w:color w:val="000000"/>
        </w:rPr>
        <w:t>是线段</w:t>
      </w:r>
      <w:r>
        <w:pict>
          <v:shape id="_x0000_i71930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307" o:title="eqIdf52a58fbaf4fea03567e88a9f0f6e37e"/>
            <o:lock v:ext="edit" aspectratio="t"/>
            <w10:wrap type="none"/>
            <w10:anchorlock/>
          </v:shape>
        </w:pict>
      </w:r>
      <w:r>
        <w:rPr>
          <w:rFonts w:ascii="宋体" w:hAnsi="宋体" w:eastAsia="宋体" w:cs="宋体"/>
          <w:color w:val="000000"/>
        </w:rPr>
        <w:t>的二倍关联点时，有两种情况，</w:t>
      </w:r>
    </w:p>
    <w:p>
      <w:pPr>
        <w:spacing w:line="360" w:lineRule="auto"/>
        <w:jc w:val="left"/>
        <w:textAlignment w:val="center"/>
        <w:rPr>
          <w:color w:val="000000"/>
        </w:rPr>
      </w:pPr>
      <w:r>
        <w:rPr>
          <w:rFonts w:ascii="宋体" w:hAnsi="宋体" w:eastAsia="宋体" w:cs="宋体"/>
          <w:color w:val="000000"/>
        </w:rPr>
        <w:t>①点</w:t>
      </w:r>
      <w:r>
        <w:rPr>
          <w:rFonts w:ascii="Times New Roman" w:hAnsi="Times New Roman" w:eastAsia="Times New Roman" w:cs="Times New Roman"/>
          <w:i/>
          <w:color w:val="000000"/>
        </w:rPr>
        <w:t>D</w: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position w:val="0"/>
        </w:rPr>
        <w:drawing>
          <wp:inline distT="0" distB="0" distL="114300" distR="114300">
            <wp:extent cx="133350" cy="177800"/>
            <wp:effectExtent l="0" t="0" r="0" b="0"/>
            <wp:docPr id="3823" name="图片 934896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 name="图片 934896613"/>
                    <pic:cNvPicPr>
                      <a:picLocks noChangeAspect="1"/>
                    </pic:cNvPicPr>
                  </pic:nvPicPr>
                  <pic:blipFill>
                    <a:blip r:embed="rId430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距离是点</w:t>
      </w:r>
      <w:r>
        <w:rPr>
          <w:rFonts w:ascii="Times New Roman" w:hAnsi="Times New Roman" w:eastAsia="Times New Roman" w:cs="Times New Roman"/>
          <w:i/>
          <w:color w:val="000000"/>
        </w:rPr>
        <w:t>D</w:t>
      </w:r>
      <w:r>
        <w:rPr>
          <w:rFonts w:ascii="宋体" w:hAnsi="宋体" w:eastAsia="宋体" w:cs="宋体"/>
          <w:color w:val="000000"/>
        </w:rPr>
        <w:t>到</w:t>
      </w:r>
      <w:r>
        <w:rPr>
          <w:rFonts w:ascii="Times New Roman" w:hAnsi="Times New Roman" w:eastAsia="Times New Roman" w:cs="Times New Roman"/>
          <w:i/>
          <w:color w:val="000000"/>
        </w:rPr>
        <w:t>B</w:t>
      </w:r>
      <w:r>
        <w:rPr>
          <w:rFonts w:ascii="宋体" w:hAnsi="宋体" w:eastAsia="宋体" w:cs="宋体"/>
          <w:color w:val="000000"/>
        </w:rPr>
        <w:t>的距离的两倍，</w:t>
      </w:r>
    </w:p>
    <w:p>
      <w:pPr>
        <w:spacing w:line="360" w:lineRule="auto"/>
        <w:jc w:val="left"/>
        <w:textAlignment w:val="center"/>
        <w:rPr>
          <w:color w:val="000000"/>
        </w:rPr>
      </w:pPr>
      <w:r>
        <w:rPr>
          <w:rFonts w:ascii="宋体" w:hAnsi="宋体" w:eastAsia="宋体" w:cs="宋体"/>
          <w:color w:val="000000"/>
        </w:rPr>
        <w:t>即</w:t>
      </w:r>
      <w:r>
        <w:pict>
          <v:shape id="_x0000_i719304" o:spt="75" alt="学科网(www.zxxk.com)--教育资源门户，提供试卷、教案、课件、论文、素材以及各类教学资源下载，还有大量而丰富的教学相关资讯！" type="#_x0000_t75" style="height:21.75pt;width:143.25pt;" o:ole="t" filled="f" o:preferrelative="t" stroked="f" coordsize="21600,21600">
            <v:path/>
            <v:fill on="f" focussize="0,0"/>
            <v:stroke on="f" joinstyle="miter"/>
            <v:imagedata r:id="rId4309" o:title="eqIdd70ac63104217ce861af7c6a74dcb40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305" o:spt="75" alt="学科网(www.zxxk.com)--教育资源门户，提供试卷、教案、课件、论文、素材以及各类教学资源下载，还有大量而丰富的教学相关资讯！" type="#_x0000_t75" style="height:31.15pt;width:26.85pt;" o:ole="t" filled="f" o:preferrelative="t" stroked="f" coordsize="21600,21600">
            <v:path/>
            <v:fill on="f" focussize="0,0"/>
            <v:stroke on="f" joinstyle="miter"/>
            <v:imagedata r:id="rId4310" o:title="eqId66b4ea11a10e9e9ae3c0153b99fd244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②点</w:t>
      </w:r>
      <w:r>
        <w:rPr>
          <w:rFonts w:ascii="Times New Roman" w:hAnsi="Times New Roman" w:eastAsia="Times New Roman" w:cs="Times New Roman"/>
          <w:i/>
          <w:color w:val="000000"/>
        </w:rPr>
        <w:t>D</w:t>
      </w:r>
      <w:r>
        <w:rPr>
          <w:rFonts w:ascii="宋体" w:hAnsi="宋体" w:eastAsia="宋体" w:cs="宋体"/>
          <w:color w:val="000000"/>
        </w:rPr>
        <w:t>到</w:t>
      </w:r>
      <w:r>
        <w:rPr>
          <w:rFonts w:ascii="Times New Roman" w:hAnsi="Times New Roman" w:eastAsia="Times New Roman" w:cs="Times New Roman"/>
          <w:i/>
          <w:color w:val="000000"/>
        </w:rPr>
        <w:t>B</w:t>
      </w:r>
      <w:r>
        <w:rPr>
          <w:rFonts w:ascii="宋体" w:hAnsi="宋体" w:eastAsia="宋体" w:cs="宋体"/>
          <w:color w:val="000000"/>
        </w:rPr>
        <w:t>的距离是点</w:t>
      </w:r>
      <w:r>
        <w:rPr>
          <w:rFonts w:ascii="Times New Roman" w:hAnsi="Times New Roman" w:eastAsia="Times New Roman" w:cs="Times New Roman"/>
          <w:i/>
          <w:color w:val="000000"/>
        </w:rPr>
        <w:t>D</w: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的距离的两倍，</w:t>
      </w:r>
    </w:p>
    <w:p>
      <w:pPr>
        <w:spacing w:line="360" w:lineRule="auto"/>
        <w:jc w:val="left"/>
        <w:textAlignment w:val="center"/>
        <w:rPr>
          <w:color w:val="000000"/>
        </w:rPr>
      </w:pPr>
      <w:r>
        <w:rPr>
          <w:rFonts w:ascii="宋体" w:hAnsi="宋体" w:eastAsia="宋体" w:cs="宋体"/>
          <w:color w:val="000000"/>
        </w:rPr>
        <w:t>即</w:t>
      </w:r>
      <w:r>
        <w:pict>
          <v:shape id="_x0000_i719306" o:spt="75" alt="学科网(www.zxxk.com)--教育资源门户，提供试卷、教案、课件、论文、素材以及各类教学资源下载，还有大量而丰富的教学相关资讯！" type="#_x0000_t75" style="height:20.25pt;width:141pt;" o:ole="t" filled="f" o:preferrelative="t" stroked="f" coordsize="21600,21600">
            <v:path/>
            <v:fill on="f" focussize="0,0"/>
            <v:stroke on="f" joinstyle="miter"/>
            <v:imagedata r:id="rId4311" o:title="eqId4d671e1ec67d5cb0769ee29e8b9b35f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307" o:spt="75" alt="学科网(www.zxxk.com)--教育资源门户，提供试卷、教案、课件、论文、素材以及各类教学资源下载，还有大量而丰富的教学相关资讯！" type="#_x0000_t75" style="height:31pt;width:27pt;" o:ole="t" filled="f" o:preferrelative="t" stroked="f" coordsize="21600,21600">
            <v:path/>
            <v:fill on="f" focussize="0,0"/>
            <v:stroke on="f" joinstyle="miter"/>
            <v:imagedata r:id="rId4312" o:title="eqId3129ddd2ea97fd010b9e0b644225da8c"/>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w:t>
      </w:r>
      <w:r>
        <w:pict>
          <v:shape id="_x0000_i719308" o:spt="75" alt="学科网(www.zxxk.com)--教育资源门户，提供试卷、教案、课件、论文、素材以及各类教学资源下载，还有大量而丰富的教学相关资讯！" type="#_x0000_t75" style="height:31.15pt;width:26.85pt;" o:ole="t" filled="f" o:preferrelative="t" stroked="f" coordsize="21600,21600">
            <v:path/>
            <v:fill on="f" focussize="0,0"/>
            <v:stroke on="f" joinstyle="miter"/>
            <v:imagedata r:id="rId4313" o:title="eqId66b4ea11a10e9e9ae3c0153b99fd2446"/>
            <o:lock v:ext="edit" aspectratio="t"/>
            <w10:wrap type="none"/>
            <w10:anchorlock/>
          </v:shape>
        </w:pict>
      </w:r>
      <w:r>
        <w:rPr>
          <w:rFonts w:ascii="宋体" w:hAnsi="宋体" w:eastAsia="宋体" w:cs="宋体"/>
          <w:color w:val="000000"/>
        </w:rPr>
        <w:t>或</w:t>
      </w:r>
      <w:r>
        <w:pict>
          <v:shape id="_x0000_i719309" o:spt="75" alt="学科网(www.zxxk.com)--教育资源门户，提供试卷、教案、课件、论文、素材以及各类教学资源下载，还有大量而丰富的教学相关资讯！" type="#_x0000_t75" style="height:31pt;width:27pt;" o:ole="t" filled="f" o:preferrelative="t" stroked="f" coordsize="21600,21600">
            <v:path/>
            <v:fill on="f" focussize="0,0"/>
            <v:stroke on="f" joinstyle="miter"/>
            <v:imagedata r:id="rId4314" o:title="eqId3129ddd2ea97fd010b9e0b644225da8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根据题目，设点</w:t>
      </w:r>
      <w:r>
        <w:rPr>
          <w:rFonts w:ascii="Times New Roman" w:hAnsi="Times New Roman" w:eastAsia="Times New Roman" w:cs="Times New Roman"/>
          <w:i/>
          <w:color w:val="000000"/>
        </w:rPr>
        <w:t>B</w:t>
      </w:r>
      <w:r>
        <w:rPr>
          <w:rFonts w:ascii="宋体" w:hAnsi="宋体" w:eastAsia="宋体" w:cs="宋体"/>
          <w:color w:val="000000"/>
        </w:rPr>
        <w:t>表示的数是</w:t>
      </w:r>
      <w:r>
        <w:pict>
          <v:shape id="_x0000_i71931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315" o:title="eqIde2d51f9147b8265c0276c1f2c2659197"/>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表示的数为</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表示的数为</w:t>
      </w:r>
      <w:r>
        <w:pict>
          <v:shape id="_x0000_i719311"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316" o:title="eqId3468a665ac713ab7b400c672f19650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那么线段</w:t>
      </w:r>
      <w:r>
        <w:pict>
          <v:shape id="_x0000_i719312"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4317" o:title="eqId7a5f1641947153c80b987320885a2b57"/>
            <o:lock v:ext="edit" aspectratio="t"/>
            <w10:wrap type="none"/>
            <w10:anchorlock/>
          </v:shape>
        </w:pict>
      </w:r>
      <w:r>
        <w:rPr>
          <w:rFonts w:ascii="宋体" w:hAnsi="宋体" w:eastAsia="宋体" w:cs="宋体"/>
          <w:color w:val="000000"/>
        </w:rPr>
        <w:t>上存在线段</w:t>
      </w:r>
      <w:r>
        <w:pict>
          <v:shape id="_x0000_i71931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318" o:title="eqIdf52a58fbaf4fea03567e88a9f0f6e37e"/>
            <o:lock v:ext="edit" aspectratio="t"/>
            <w10:wrap type="none"/>
            <w10:anchorlock/>
          </v:shape>
        </w:pict>
      </w:r>
      <w:r>
        <w:rPr>
          <w:rFonts w:ascii="宋体" w:hAnsi="宋体" w:eastAsia="宋体" w:cs="宋体"/>
          <w:color w:val="000000"/>
        </w:rPr>
        <w:t>的二倍关联点，</w:t>
      </w:r>
    </w:p>
    <w:p>
      <w:pPr>
        <w:spacing w:line="360" w:lineRule="auto"/>
        <w:jc w:val="left"/>
        <w:textAlignment w:val="center"/>
        <w:rPr>
          <w:color w:val="000000"/>
        </w:rPr>
      </w:pPr>
      <w:r>
        <w:rPr>
          <w:rFonts w:ascii="宋体" w:hAnsi="宋体" w:eastAsia="宋体" w:cs="宋体"/>
          <w:color w:val="000000"/>
        </w:rPr>
        <w:t>那么点</w:t>
      </w:r>
      <w:r>
        <w:rPr>
          <w:rFonts w:ascii="Times New Roman" w:hAnsi="Times New Roman" w:eastAsia="Times New Roman" w:cs="Times New Roman"/>
          <w:i/>
          <w:color w:val="000000"/>
        </w:rPr>
        <w:t>P</w: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的距离是点</w:t>
      </w:r>
      <w:r>
        <w:rPr>
          <w:rFonts w:ascii="Times New Roman" w:hAnsi="Times New Roman" w:eastAsia="Times New Roman" w:cs="Times New Roman"/>
          <w:i/>
          <w:color w:val="000000"/>
        </w:rPr>
        <w:t>P</w:t>
      </w:r>
      <w:r>
        <w:rPr>
          <w:rFonts w:ascii="宋体" w:hAnsi="宋体" w:eastAsia="宋体" w:cs="宋体"/>
          <w:color w:val="000000"/>
        </w:rPr>
        <w:t>到</w:t>
      </w:r>
      <w:r>
        <w:rPr>
          <w:rFonts w:ascii="Times New Roman" w:hAnsi="Times New Roman" w:eastAsia="Times New Roman" w:cs="Times New Roman"/>
          <w:i/>
          <w:color w:val="000000"/>
        </w:rPr>
        <w:t>B</w:t>
      </w:r>
      <w:r>
        <w:rPr>
          <w:rFonts w:ascii="宋体" w:hAnsi="宋体" w:eastAsia="宋体" w:cs="宋体"/>
          <w:color w:val="000000"/>
        </w:rPr>
        <w:t>的距离的两倍，</w:t>
      </w:r>
    </w:p>
    <w:p>
      <w:pPr>
        <w:spacing w:line="360" w:lineRule="auto"/>
        <w:jc w:val="left"/>
        <w:textAlignment w:val="center"/>
        <w:rPr>
          <w:color w:val="000000"/>
        </w:rPr>
      </w:pPr>
      <w:r>
        <w:rPr>
          <w:rFonts w:ascii="宋体" w:hAnsi="宋体" w:eastAsia="宋体" w:cs="宋体"/>
          <w:color w:val="000000"/>
        </w:rPr>
        <w:t>即</w:t>
      </w:r>
      <w:r>
        <w:pict>
          <v:shape id="_x0000_i719314" o:spt="75" alt="学科网(www.zxxk.com)--教育资源门户，提供试卷、教案、课件、论文、素材以及各类教学资源下载，还有大量而丰富的教学相关资讯！" type="#_x0000_t75" style="height:20.25pt;width:90pt;" o:ole="t" filled="f" o:preferrelative="t" stroked="f" coordsize="21600,21600">
            <v:path/>
            <v:fill on="f" focussize="0,0"/>
            <v:stroke on="f" joinstyle="miter"/>
            <v:imagedata r:id="rId4319" o:title="eqIdd223678072298da5bd66fa3ea1f421f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315" o:spt="75" alt="学科网(www.zxxk.com)--教育资源门户，提供试卷、教案、课件、论文、素材以及各类教学资源下载，还有大量而丰富的教学相关资讯！" type="#_x0000_t75" style="height:14.5pt;width:33.85pt;" o:ole="t" filled="f" o:preferrelative="t" stroked="f" coordsize="21600,21600">
            <v:path/>
            <v:fill on="f" focussize="0,0"/>
            <v:stroke on="f" joinstyle="miter"/>
            <v:imagedata r:id="rId4320" o:title="eqId4561e662151983a27b3e8c8fcc857f0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Q</w:t>
      </w:r>
      <w:r>
        <w:rPr>
          <w:rFonts w:ascii="宋体" w:hAnsi="宋体" w:eastAsia="宋体" w:cs="宋体"/>
          <w:color w:val="000000"/>
        </w:rPr>
        <w:t>到</w:t>
      </w:r>
      <w:r>
        <w:rPr>
          <w:rFonts w:ascii="Times New Roman" w:hAnsi="Times New Roman" w:eastAsia="Times New Roman" w:cs="Times New Roman"/>
          <w:i/>
          <w:color w:val="000000"/>
        </w:rPr>
        <w:t>A</w:t>
      </w:r>
      <w:r>
        <w:rPr>
          <w:rFonts w:ascii="宋体" w:hAnsi="宋体" w:eastAsia="宋体" w:cs="宋体"/>
          <w:color w:val="000000"/>
        </w:rPr>
        <w:t>的距离是点</w:t>
      </w:r>
      <w:r>
        <w:rPr>
          <w:rFonts w:ascii="Times New Roman" w:hAnsi="Times New Roman" w:eastAsia="Times New Roman" w:cs="Times New Roman"/>
          <w:i/>
          <w:color w:val="000000"/>
        </w:rPr>
        <w:t>Q</w:t>
      </w:r>
      <w:r>
        <w:rPr>
          <w:rFonts w:ascii="宋体" w:hAnsi="宋体" w:eastAsia="宋体" w:cs="宋体"/>
          <w:color w:val="000000"/>
        </w:rPr>
        <w:t>到</w:t>
      </w:r>
      <w:r>
        <w:rPr>
          <w:rFonts w:ascii="Times New Roman" w:hAnsi="Times New Roman" w:eastAsia="Times New Roman" w:cs="Times New Roman"/>
          <w:i/>
          <w:color w:val="000000"/>
        </w:rPr>
        <w:t>B</w:t>
      </w:r>
      <w:r>
        <w:rPr>
          <w:rFonts w:ascii="宋体" w:hAnsi="宋体" w:eastAsia="宋体" w:cs="宋体"/>
          <w:color w:val="000000"/>
        </w:rPr>
        <w:t>的距离的两倍，</w:t>
      </w:r>
    </w:p>
    <w:p>
      <w:pPr>
        <w:spacing w:line="360" w:lineRule="auto"/>
        <w:jc w:val="both"/>
        <w:textAlignment w:val="center"/>
        <w:rPr>
          <w:color w:val="000000"/>
        </w:rPr>
      </w:pPr>
      <w:r>
        <w:rPr>
          <w:rFonts w:ascii="宋体" w:hAnsi="宋体" w:eastAsia="宋体" w:cs="宋体"/>
          <w:color w:val="000000"/>
        </w:rPr>
        <w:t>即</w:t>
      </w:r>
      <w:r>
        <w:pict>
          <v:shape id="_x0000_i719316" o:spt="75" alt="学科网(www.zxxk.com)--教育资源门户，提供试卷、教案、课件、论文、素材以及各类教学资源下载，还有大量而丰富的教学相关资讯！" type="#_x0000_t75" style="height:21.75pt;width:134.25pt;" o:ole="t" filled="f" o:preferrelative="t" stroked="f" coordsize="21600,21600">
            <v:path/>
            <v:fill on="f" focussize="0,0"/>
            <v:stroke on="f" joinstyle="miter"/>
            <v:imagedata r:id="rId4321" o:title="eqIdd2f2f9280ced16b33a14b65330679c6c"/>
            <o:lock v:ext="edit" aspectratio="t"/>
            <w10:wrap type="none"/>
            <w10:anchorlock/>
          </v:shape>
        </w:pict>
      </w:r>
    </w:p>
    <w:p>
      <w:pPr>
        <w:spacing w:line="360" w:lineRule="auto"/>
        <w:jc w:val="both"/>
        <w:textAlignment w:val="center"/>
        <w:rPr>
          <w:color w:val="000000"/>
        </w:rPr>
      </w:pPr>
      <w:r>
        <w:rPr>
          <w:rFonts w:ascii="宋体" w:hAnsi="宋体" w:eastAsia="宋体" w:cs="宋体"/>
          <w:color w:val="000000"/>
        </w:rPr>
        <w:t>解得</w:t>
      </w:r>
      <w:r>
        <w:pict>
          <v:shape id="_x0000_i719317" o:spt="75" alt="学科网(www.zxxk.com)--教育资源门户，提供试卷、教案、课件、论文、素材以及各类教学资源下载，还有大量而丰富的教学相关资讯！" type="#_x0000_t75" style="height:13.75pt;width:26.9pt;" o:ole="t" filled="f" o:preferrelative="t" stroked="f" coordsize="21600,21600">
            <v:path/>
            <v:fill on="f" focussize="0,0"/>
            <v:stroke on="f" joinstyle="miter"/>
            <v:imagedata r:id="rId4322" o:title="eqIde45cf86650443d1b86c79b1e3edc7e5c"/>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所以，</w:t>
      </w:r>
      <w:r>
        <w:rPr>
          <w:rFonts w:ascii="Times New Roman" w:hAnsi="Times New Roman" w:eastAsia="Times New Roman" w:cs="Times New Roman"/>
          <w:i/>
          <w:color w:val="000000"/>
        </w:rPr>
        <w:t>n</w:t>
      </w:r>
      <w:r>
        <w:rPr>
          <w:rFonts w:ascii="宋体" w:hAnsi="宋体" w:eastAsia="宋体" w:cs="宋体"/>
          <w:color w:val="000000"/>
        </w:rPr>
        <w:t>的最大值为</w:t>
      </w:r>
      <w:r>
        <w:rPr>
          <w:rFonts w:ascii="Times New Roman" w:hAnsi="Times New Roman" w:eastAsia="Times New Roman" w:cs="Times New Roman"/>
          <w:color w:val="000000"/>
        </w:rPr>
        <w:t>5</w:t>
      </w:r>
      <w:r>
        <w:rPr>
          <w:rFonts w:ascii="宋体" w:hAnsi="宋体" w:eastAsia="宋体" w:cs="宋体"/>
          <w:color w:val="000000"/>
        </w:rPr>
        <w:t>，最小值为</w:t>
      </w:r>
      <w:r>
        <w:pict>
          <v:shape id="_x0000_i71931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4323" o:title="eqIdacbc6a613224461ade69362d46550474"/>
            <o:lock v:ext="edit" aspectratio="t"/>
            <w10:wrap type="none"/>
            <w10:anchorlock/>
          </v:shape>
        </w:pict>
      </w:r>
      <w:r>
        <w:rPr>
          <w:rFonts w:ascii="宋体" w:hAnsi="宋体" w:eastAsia="宋体" w:cs="宋体"/>
          <w:color w:val="000000"/>
        </w:rPr>
        <w:t>．</w:t>
      </w:r>
    </w:p>
    <w:p>
      <w:pPr>
        <w:pStyle w:val="Heading2"/>
      </w:pPr>
      <w:r>
        <w:t>十一实验中学</w:t>
      </w:r>
    </w:p>
    <w:p>
      <w:pPr>
        <w:spacing w:line="360" w:lineRule="auto"/>
        <w:jc w:val="both"/>
        <w:textAlignment w:val="center"/>
        <w:rPr>
          <w:color w:val="000000"/>
        </w:rPr>
      </w:pPr>
      <w:r>
        <w:rPr>
          <w:color w:val="000000"/>
        </w:rPr>
        <w:t xml:space="preserve">25.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，已知射线</w:t>
      </w:r>
      <w:r>
        <w:pict>
          <v:shape id="_x0000_i719319"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324" o:title="eqId828628c0876b45381c9a0edeb0fec236"/>
            <o:lock v:ext="edit" aspectratio="t"/>
            <w10:wrap type="none"/>
            <w10:anchorlock/>
          </v:shape>
        </w:pict>
      </w:r>
      <w:r>
        <w:rPr>
          <w:rFonts w:ascii="宋体" w:hAnsi="宋体" w:eastAsia="宋体" w:cs="宋体"/>
          <w:color w:val="000000"/>
        </w:rPr>
        <w:t>在</w:t>
      </w:r>
      <w:r>
        <w:pict>
          <v:shape id="_x0000_i71932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325" o:title="eqId6d7b2fe01a33c4825f9974ed9663a99c"/>
            <o:lock v:ext="edit" aspectratio="t"/>
            <w10:wrap type="none"/>
            <w10:anchorlock/>
          </v:shape>
        </w:pict>
      </w:r>
      <w:r>
        <w:rPr>
          <w:rFonts w:ascii="宋体" w:hAnsi="宋体" w:eastAsia="宋体" w:cs="宋体"/>
          <w:color w:val="000000"/>
        </w:rPr>
        <w:t>的内部，若</w:t>
      </w:r>
      <w:r>
        <w:pict>
          <v:shape id="_x0000_i71932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325" o:title="eqId6d7b2fe01a33c4825f9974ed9663a99c"/>
            <o:lock v:ext="edit" aspectratio="t"/>
            <w10:wrap type="none"/>
            <w10:anchorlock/>
          </v:shape>
        </w:pict>
      </w:r>
      <w:r>
        <w:rPr>
          <w:rFonts w:ascii="宋体" w:hAnsi="宋体" w:eastAsia="宋体" w:cs="宋体"/>
          <w:color w:val="000000"/>
        </w:rPr>
        <w:t>，</w:t>
      </w:r>
      <w:r>
        <w:pict>
          <v:shape id="_x0000_i719322" o:spt="75" alt="学科网(www.zxxk.com)--教育资源门户，提供试卷、教案、课件、论文、素材以及各类教学资源下载，还有大量而丰富的教学相关资讯！" type="#_x0000_t75" style="height:14.4pt;width:40.6pt;" o:ole="t" filled="f" o:preferrelative="t" stroked="f" coordsize="21600,21600">
            <v:path/>
            <v:fill on="f" focussize="0,0"/>
            <v:stroke on="f" joinstyle="miter"/>
            <v:imagedata r:id="rId4326" o:title="eqId9fed1f57a835af4e9022e27603d12d31"/>
            <o:lock v:ext="edit" aspectratio="t"/>
            <w10:wrap type="none"/>
            <w10:anchorlock/>
          </v:shape>
        </w:pict>
      </w:r>
      <w:r>
        <w:rPr>
          <w:rFonts w:ascii="宋体" w:hAnsi="宋体" w:eastAsia="宋体" w:cs="宋体"/>
          <w:color w:val="000000"/>
        </w:rPr>
        <w:t>和</w:t>
      </w:r>
      <w:r>
        <w:pict>
          <v:shape id="_x0000_i71932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327" o:title="eqIdd22df2977de56cc69be0c1e847653d7a"/>
            <o:lock v:ext="edit" aspectratio="t"/>
            <w10:wrap type="none"/>
            <w10:anchorlock/>
          </v:shape>
        </w:pict>
      </w:r>
      <w:r>
        <w:rPr>
          <w:rFonts w:ascii="宋体" w:hAnsi="宋体" w:eastAsia="宋体" w:cs="宋体"/>
          <w:color w:val="000000"/>
        </w:rPr>
        <w:t>三个角中有一个角的度数是另一个角度数的两倍，则称射线</w:t>
      </w:r>
      <w:r>
        <w:pict>
          <v:shape id="_x0000_i719324"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324" o:title="eqId828628c0876b45381c9a0edeb0fec236"/>
            <o:lock v:ext="edit" aspectratio="t"/>
            <w10:wrap type="none"/>
            <w10:anchorlock/>
          </v:shape>
        </w:pict>
      </w:r>
      <w:r>
        <w:rPr>
          <w:rFonts w:ascii="宋体" w:hAnsi="宋体" w:eastAsia="宋体" w:cs="宋体"/>
          <w:color w:val="000000"/>
        </w:rPr>
        <w:t>是</w:t>
      </w:r>
      <w:r>
        <w:pict>
          <v:shape id="_x0000_i71932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325" o:title="eqId6d7b2fe01a33c4825f9974ed9663a99c"/>
            <o:lock v:ext="edit" aspectratio="t"/>
            <w10:wrap type="none"/>
            <w10:anchorlock/>
          </v:shape>
        </w:pict>
      </w:r>
      <w:r>
        <w:rPr>
          <w:rFonts w:ascii="宋体" w:hAnsi="宋体" w:eastAsia="宋体" w:cs="宋体"/>
          <w:color w:val="000000"/>
        </w:rPr>
        <w:t>的奇妙线．</w:t>
      </w:r>
    </w:p>
    <w:p>
      <w:pPr>
        <w:spacing w:line="360" w:lineRule="auto"/>
        <w:jc w:val="both"/>
        <w:textAlignment w:val="center"/>
        <w:rPr>
          <w:color w:val="000000"/>
        </w:rPr>
      </w:pPr>
      <w:r>
        <w:rPr>
          <w:color w:val="000000"/>
        </w:rPr>
        <w:drawing>
          <wp:inline distT="0" distB="0" distL="114300" distR="114300">
            <wp:extent cx="2000250" cy="952500"/>
            <wp:effectExtent l="0" t="0" r="0" b="0"/>
            <wp:docPr id="3825"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6" name="图片 100029" descr="学科网(www.zxxk.com)--教育资源门户，提供试卷、教案、课件、论文、素材以及各类教学资源下载，还有大量而丰富的教学相关资讯！"/>
                    <pic:cNvPicPr>
                      <a:picLocks noChangeAspect="1"/>
                    </pic:cNvPicPr>
                  </pic:nvPicPr>
                  <pic:blipFill>
                    <a:blip r:embed="rId4328"/>
                    <a:stretch>
                      <a:fillRect/>
                    </a:stretch>
                  </pic:blipFill>
                  <pic:spPr>
                    <a:xfrm>
                      <a:off x="0" y="0"/>
                      <a:ext cx="2000250" cy="952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一个角的平分线</w:t>
      </w:r>
      <w:r>
        <w:rPr>
          <w:rFonts w:ascii="Times New Roman" w:hAnsi="Times New Roman" w:eastAsia="Times New Roman" w:cs="Times New Roman"/>
          <w:color w:val="000000"/>
        </w:rPr>
        <w:t>________</w:t>
      </w:r>
      <w:r>
        <w:rPr>
          <w:rFonts w:ascii="宋体" w:hAnsi="宋体" w:eastAsia="宋体" w:cs="宋体"/>
          <w:color w:val="000000"/>
        </w:rPr>
        <w:t>这个角的奇妙线；（填“是”或“不是”）</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w:t>
      </w:r>
      <w:r>
        <w:pict>
          <v:shape id="_x0000_i719326" o:spt="75" alt="学科网(www.zxxk.com)--教育资源门户，提供试卷、教案、课件、论文、素材以及各类教学资源下载，还有大量而丰富的教学相关资讯！" type="#_x0000_t75" style="height:14.1pt;width:67.75pt;" o:ole="t" filled="f" o:preferrelative="t" stroked="f" coordsize="21600,21600">
            <v:path/>
            <v:fill on="f" focussize="0,0"/>
            <v:stroke on="f" joinstyle="miter"/>
            <v:imagedata r:id="rId4329" o:title="eqIdadd60595ecea5d00ff1fbb2a5409be7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①若射线</w:t>
      </w:r>
      <w:r>
        <w:pict>
          <v:shape id="_x0000_i719327"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4330" o:title="eqId7a5f1641947153c80b987320885a2b57"/>
            <o:lock v:ext="edit" aspectratio="t"/>
            <w10:wrap type="none"/>
            <w10:anchorlock/>
          </v:shape>
        </w:pict>
      </w:r>
      <w:r>
        <w:rPr>
          <w:rFonts w:ascii="宋体" w:hAnsi="宋体" w:eastAsia="宋体" w:cs="宋体"/>
          <w:color w:val="000000"/>
        </w:rPr>
        <w:t>是</w:t>
      </w:r>
      <w:r>
        <w:pict>
          <v:shape id="_x0000_i719328" o:spt="75" alt="学科网(www.zxxk.com)--教育资源门户，提供试卷、教案、课件、论文、素材以及各类教学资源下载，还有大量而丰富的教学相关资讯！" type="#_x0000_t75" style="height:14.4pt;width:41.95pt;" o:ole="t" filled="f" o:preferrelative="t" stroked="f" coordsize="21600,21600">
            <v:path/>
            <v:fill on="f" focussize="0,0"/>
            <v:stroke on="f" joinstyle="miter"/>
            <v:imagedata r:id="rId4331" o:title="eqIdc45a8a837c11c07073da3ff751d70278"/>
            <o:lock v:ext="edit" aspectratio="t"/>
            <w10:wrap type="none"/>
            <w10:anchorlock/>
          </v:shape>
        </w:pict>
      </w:r>
      <w:r>
        <w:rPr>
          <w:rFonts w:ascii="宋体" w:hAnsi="宋体" w:eastAsia="宋体" w:cs="宋体"/>
          <w:color w:val="000000"/>
        </w:rPr>
        <w:t>的奇妙线，则</w:t>
      </w:r>
      <w:r>
        <w:pict>
          <v:shape id="_x0000_i719329"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4332" o:title="eqId958e7abd79a73e20a4629233d7b42e4a"/>
            <o:lock v:ext="edit" aspectratio="t"/>
            <w10:wrap type="none"/>
            <w10:anchorlock/>
          </v:shape>
        </w:pict>
      </w:r>
      <w:r>
        <w:rPr>
          <w:rFonts w:ascii="宋体" w:hAnsi="宋体" w:eastAsia="宋体" w:cs="宋体"/>
          <w:color w:val="000000"/>
        </w:rPr>
        <w:t>的度数为</w: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②若射线</w:t>
      </w:r>
      <w:r>
        <w:pict>
          <v:shape id="_x0000_i71933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333" o:title="eqId4fb26d84907c923278ac4626a9d58947"/>
            <o:lock v:ext="edit" aspectratio="t"/>
            <w10:wrap type="none"/>
            <w10:anchorlock/>
          </v:shape>
        </w:pict>
      </w:r>
      <w:r>
        <w:rPr>
          <w:rFonts w:ascii="宋体" w:hAnsi="宋体" w:eastAsia="宋体" w:cs="宋体"/>
          <w:color w:val="000000"/>
        </w:rPr>
        <w:t>从</w:t>
      </w:r>
      <w:r>
        <w:pict>
          <v:shape id="_x0000_i719331"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4334" o:title="eqId6c8ffe24cf9f327aeb241225ab15ab1a"/>
            <o:lock v:ext="edit" aspectratio="t"/>
            <w10:wrap type="none"/>
            <w10:anchorlock/>
          </v:shape>
        </w:pict>
      </w:r>
      <w:r>
        <w:rPr>
          <w:rFonts w:ascii="宋体" w:hAnsi="宋体" w:eastAsia="宋体" w:cs="宋体"/>
          <w:color w:val="000000"/>
        </w:rPr>
        <w:t>位置开始，以每秒旋转</w:t>
      </w:r>
      <w:r>
        <w:pict>
          <v:shape id="_x0000_i719332"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4335" o:title="eqId654c79a470d5af5e0a34fd9233da5118"/>
            <o:lock v:ext="edit" aspectratio="t"/>
            <w10:wrap type="none"/>
            <w10:anchorlock/>
          </v:shape>
        </w:pict>
      </w:r>
      <w:r>
        <w:rPr>
          <w:rFonts w:ascii="宋体" w:hAnsi="宋体" w:eastAsia="宋体" w:cs="宋体"/>
          <w:color w:val="000000"/>
        </w:rPr>
        <w:t>的速度绕点</w:t>
      </w:r>
      <w:r>
        <w:pict>
          <v:shape id="_x0000_i719333"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4336" o:title="eqIddad2a36927223bd70f426ba06aea4b45"/>
            <o:lock v:ext="edit" aspectratio="t"/>
            <w10:wrap type="none"/>
            <w10:anchorlock/>
          </v:shape>
        </w:pict>
      </w:r>
      <w:r>
        <w:rPr>
          <w:rFonts w:ascii="宋体" w:hAnsi="宋体" w:eastAsia="宋体" w:cs="宋体"/>
          <w:color w:val="000000"/>
        </w:rPr>
        <w:t>按逆时针方向旋转，当</w:t>
      </w:r>
      <w:r>
        <w:pict>
          <v:shape id="_x0000_i719334"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4337" o:title="eqIdc46e2aafc96cbd4616f9bf6499f80fd1"/>
            <o:lock v:ext="edit" aspectratio="t"/>
            <w10:wrap type="none"/>
            <w10:anchorlock/>
          </v:shape>
        </w:pict>
      </w:r>
      <w:r>
        <w:rPr>
          <w:rFonts w:ascii="宋体" w:hAnsi="宋体" w:eastAsia="宋体" w:cs="宋体"/>
          <w:color w:val="000000"/>
        </w:rPr>
        <w:t>首次等于</w:t>
      </w:r>
      <w:r>
        <w:pict>
          <v:shape id="_x0000_i71933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4338" o:title="eqIdbfe639eab78eafd2d40ea70aa5d3f21d"/>
            <o:lock v:ext="edit" aspectratio="t"/>
            <w10:wrap type="none"/>
            <w10:anchorlock/>
          </v:shape>
        </w:pict>
      </w:r>
      <w:r>
        <w:rPr>
          <w:rFonts w:ascii="宋体" w:hAnsi="宋体" w:eastAsia="宋体" w:cs="宋体"/>
          <w:color w:val="000000"/>
        </w:rPr>
        <w:t>时停止旋转，设旋转的时间为</w:t>
      </w:r>
      <w:r>
        <w:pict>
          <v:shape id="_x0000_i719336" o:spt="75" alt="学科网(www.zxxk.com)--教育资源门户，提供试卷、教案、课件、论文、素材以及各类教学资源下载，还有大量而丰富的教学相关资讯！" type="#_x0000_t75" style="height:16pt;width:20pt;" o:ole="t" filled="f" o:preferrelative="t" stroked="f" coordsize="21600,21600">
            <v:path/>
            <v:fill on="f" focussize="0,0"/>
            <v:stroke on="f" joinstyle="miter"/>
            <v:imagedata r:id="rId4339" o:title="eqId9ecd76012d1b9c5e9fec6221e6e489c2"/>
            <o:lock v:ext="edit" aspectratio="t"/>
            <w10:wrap type="none"/>
            <w10:anchorlock/>
          </v:shape>
        </w:pict>
      </w:r>
      <w:r>
        <w:rPr>
          <w:rFonts w:ascii="宋体" w:hAnsi="宋体" w:eastAsia="宋体" w:cs="宋体"/>
          <w:color w:val="000000"/>
        </w:rPr>
        <w:t>．当</w:t>
      </w:r>
      <w:r>
        <w:pict>
          <v:shape id="_x0000_i719337"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4340" o:title="eqId36a1b09c653185842513e24ebba60bb3"/>
            <o:lock v:ext="edit" aspectratio="t"/>
            <w10:wrap type="none"/>
            <w10:anchorlock/>
          </v:shape>
        </w:pict>
      </w:r>
      <w:r>
        <w:rPr>
          <w:rFonts w:ascii="宋体" w:hAnsi="宋体" w:eastAsia="宋体" w:cs="宋体"/>
          <w:color w:val="000000"/>
        </w:rPr>
        <w:t>为何值时，射线</w:t>
      </w:r>
      <w:r>
        <w:pict>
          <v:shape id="_x0000_i719338" o:spt="75" alt="学科网(www.zxxk.com)--教育资源门户，提供试卷、教案、课件、论文、素材以及各类教学资源下载，还有大量而丰富的教学相关资讯！" type="#_x0000_t75" style="height:13.05pt;width:22.7pt;" o:ole="t" filled="f" o:preferrelative="t" stroked="f" coordsize="21600,21600">
            <v:path/>
            <v:fill on="f" focussize="0,0"/>
            <v:stroke on="f" joinstyle="miter"/>
            <v:imagedata r:id="rId4341" o:title="eqId892909e49156f7dcc0650fcd65243877"/>
            <o:lock v:ext="edit" aspectratio="t"/>
            <w10:wrap type="none"/>
            <w10:anchorlock/>
          </v:shape>
        </w:pict>
      </w:r>
      <w:r>
        <w:rPr>
          <w:rFonts w:ascii="宋体" w:hAnsi="宋体" w:eastAsia="宋体" w:cs="宋体"/>
          <w:color w:val="000000"/>
        </w:rPr>
        <w:t>是</w:t>
      </w:r>
      <w:r>
        <w:pict>
          <v:shape id="_x0000_i719339"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4337" o:title="eqIdc46e2aafc96cbd4616f9bf6499f80fd1"/>
            <o:lock v:ext="edit" aspectratio="t"/>
            <w10:wrap type="none"/>
            <w10:anchorlock/>
          </v:shape>
        </w:pict>
      </w:r>
      <w:r>
        <w:rPr>
          <w:rFonts w:ascii="宋体" w:hAnsi="宋体" w:eastAsia="宋体" w:cs="宋体"/>
          <w:color w:val="000000"/>
        </w:rPr>
        <w:t>的奇妙线？</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是</w:t>
      </w:r>
      <w:r>
        <w:rPr>
          <w:color w:val="000000"/>
        </w:rPr>
        <w:t xml:space="preserve">    （2）</w:t>
      </w:r>
      <w:r>
        <w:rPr>
          <w:rFonts w:ascii="宋体" w:hAnsi="宋体" w:eastAsia="宋体" w:cs="宋体"/>
          <w:color w:val="000000"/>
        </w:rPr>
        <w:t>①</w:t>
      </w:r>
      <w:r>
        <w:pict>
          <v:shape id="_x0000_i719340"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4342" o:title="eqId0aee6e4e9350a2665df8597ff8045bbd"/>
            <o:lock v:ext="edit" aspectratio="t"/>
            <w10:wrap type="none"/>
            <w10:anchorlock/>
          </v:shape>
        </w:pict>
      </w:r>
      <w:r>
        <w:rPr>
          <w:rFonts w:ascii="宋体" w:hAnsi="宋体" w:eastAsia="宋体" w:cs="宋体"/>
          <w:color w:val="000000"/>
        </w:rPr>
        <w:t>或</w:t>
      </w:r>
      <w:r>
        <w:pict>
          <v:shape id="_x0000_i719341"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4343" o:title="eqIdf6b86c22b670a8e9f3896f9e8883fbbb"/>
            <o:lock v:ext="edit" aspectratio="t"/>
            <w10:wrap type="none"/>
            <w10:anchorlock/>
          </v:shape>
        </w:pict>
      </w:r>
      <w:r>
        <w:rPr>
          <w:rFonts w:ascii="宋体" w:hAnsi="宋体" w:eastAsia="宋体" w:cs="宋体"/>
          <w:color w:val="000000"/>
        </w:rPr>
        <w:t>或</w:t>
      </w:r>
      <w:r>
        <w:pict>
          <v:shape id="_x0000_i71934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4344" o:title="eqIdd36581140ebac5d28438ea63b1b23b65"/>
            <o:lock v:ext="edit" aspectratio="t"/>
            <w10:wrap type="none"/>
            <w10:anchorlock/>
          </v:shape>
        </w:pict>
      </w:r>
      <w:r>
        <w:rPr>
          <w:rFonts w:ascii="宋体" w:hAnsi="宋体" w:eastAsia="宋体" w:cs="宋体"/>
          <w:color w:val="000000"/>
        </w:rPr>
        <w:t>；②</w:t>
      </w:r>
      <w:r>
        <w:pict>
          <v:shape id="_x0000_i719343" o:spt="75" alt="学科网(www.zxxk.com)--教育资源门户，提供试卷、教案、课件、论文、素材以及各类教学资源下载，还有大量而丰富的教学相关资讯！" type="#_x0000_t75" style="height:14pt;width:15pt;" o:ole="t" filled="f" o:preferrelative="t" stroked="f" coordsize="21600,21600">
            <v:path/>
            <v:fill on="f" focussize="0,0"/>
            <v:stroke on="f" joinstyle="miter"/>
            <v:imagedata r:id="rId4345" o:title="eqIdb53c7539ed297ea63b9ace6f5cc58ca8"/>
            <o:lock v:ext="edit" aspectratio="t"/>
            <w10:wrap type="none"/>
            <w10:anchorlock/>
          </v:shape>
        </w:pict>
      </w:r>
      <w:r>
        <w:rPr>
          <w:rFonts w:ascii="宋体" w:hAnsi="宋体" w:eastAsia="宋体" w:cs="宋体"/>
          <w:color w:val="000000"/>
        </w:rPr>
        <w:t>或</w:t>
      </w:r>
      <w:r>
        <w:pict>
          <v:shape id="_x0000_i719344" o:spt="75" alt="学科网(www.zxxk.com)--教育资源门户，提供试卷、教案、课件、论文、素材以及各类教学资源下载，还有大量而丰富的教学相关资讯！" type="#_x0000_t75" style="height:14.2pt;width:15.8pt;" o:ole="t" filled="f" o:preferrelative="t" stroked="f" coordsize="21600,21600">
            <v:path/>
            <v:fill on="f" focussize="0,0"/>
            <v:stroke on="f" joinstyle="miter"/>
            <v:imagedata r:id="rId4346" o:title="eqId4b72ac611ae66b86761e080761d9aabc"/>
            <o:lock v:ext="edit" aspectratio="t"/>
            <w10:wrap type="none"/>
            <w10:anchorlock/>
          </v:shape>
        </w:pict>
      </w:r>
      <w:r>
        <w:rPr>
          <w:rFonts w:ascii="宋体" w:hAnsi="宋体" w:eastAsia="宋体" w:cs="宋体"/>
          <w:color w:val="000000"/>
        </w:rPr>
        <w:t>或</w:t>
      </w:r>
      <w:r>
        <w:pict>
          <v:shape id="_x0000_i719345" o:spt="75" alt="学科网(www.zxxk.com)--教育资源门户，提供试卷、教案、课件、论文、素材以及各类教学资源下载，还有大量而丰富的教学相关资讯！" type="#_x0000_t75" style="height:14.2pt;width:15.8pt;" o:ole="t" filled="f" o:preferrelative="t" stroked="f" coordsize="21600,21600">
            <v:path/>
            <v:fill on="f" focussize="0,0"/>
            <v:stroke on="f" joinstyle="miter"/>
            <v:imagedata r:id="rId4347" o:title="eqId3b3779b4ea5477aebfe85113b0de1d60"/>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）根据其妙线的定义进行判断即可；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）①根据奇妙线的定义分三种情况讨论计算即可；</w:t>
      </w:r>
    </w:p>
    <w:p>
      <w:pPr>
        <w:spacing w:line="360" w:lineRule="auto"/>
        <w:jc w:val="left"/>
        <w:textAlignment w:val="center"/>
        <w:rPr>
          <w:color w:val="000000"/>
        </w:rPr>
      </w:pPr>
      <w:r>
        <w:rPr>
          <w:rFonts w:ascii="宋体" w:hAnsi="宋体" w:eastAsia="宋体" w:cs="宋体"/>
          <w:color w:val="000000"/>
        </w:rPr>
        <w:t>②射线</w:t>
      </w:r>
      <w:r>
        <w:pict>
          <v:shape id="_x0000_i719346" o:spt="75" alt="学科网(www.zxxk.com)--教育资源门户，提供试卷、教案、课件、论文、素材以及各类教学资源下载，还有大量而丰富的教学相关资讯！" type="#_x0000_t75" style="height:13.05pt;width:22.7pt;" o:ole="t" filled="f" o:preferrelative="t" stroked="f" coordsize="21600,21600">
            <v:path/>
            <v:fill on="f" focussize="0,0"/>
            <v:stroke on="f" joinstyle="miter"/>
            <v:imagedata r:id="rId4348" o:title="eqId892909e49156f7dcc0650fcd65243877"/>
            <o:lock v:ext="edit" aspectratio="t"/>
            <w10:wrap type="none"/>
            <w10:anchorlock/>
          </v:shape>
        </w:pict>
      </w:r>
      <w:r>
        <w:rPr>
          <w:rFonts w:ascii="宋体" w:hAnsi="宋体" w:eastAsia="宋体" w:cs="宋体"/>
          <w:color w:val="000000"/>
        </w:rPr>
        <w:t>是</w:t>
      </w:r>
      <w:r>
        <w:pict>
          <v:shape id="_x0000_i719347"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4349" o:title="eqIdc46e2aafc96cbd4616f9bf6499f80fd1"/>
            <o:lock v:ext="edit" aspectratio="t"/>
            <w10:wrap type="none"/>
            <w10:anchorlock/>
          </v:shape>
        </w:pict>
      </w:r>
      <w:r>
        <w:rPr>
          <w:rFonts w:ascii="宋体" w:hAnsi="宋体" w:eastAsia="宋体" w:cs="宋体"/>
          <w:color w:val="000000"/>
        </w:rPr>
        <w:t>的奇妙线，</w:t>
      </w:r>
      <w:r>
        <w:pict>
          <v:shape id="_x0000_i719348" o:spt="75" alt="学科网(www.zxxk.com)--教育资源门户，提供试卷、教案、课件、论文、素材以及各类教学资源下载，还有大量而丰富的教学相关资讯！" type="#_x0000_t75" style="height:13.05pt;width:22.7pt;" o:ole="t" filled="f" o:preferrelative="t" stroked="f" coordsize="21600,21600">
            <v:path/>
            <v:fill on="f" focussize="0,0"/>
            <v:stroke on="f" joinstyle="miter"/>
            <v:imagedata r:id="rId4348" o:title="eqId892909e49156f7dcc0650fcd65243877"/>
            <o:lock v:ext="edit" aspectratio="t"/>
            <w10:wrap type="none"/>
            <w10:anchorlock/>
          </v:shape>
        </w:pict>
      </w:r>
      <w:r>
        <w:rPr>
          <w:rFonts w:ascii="宋体" w:hAnsi="宋体" w:eastAsia="宋体" w:cs="宋体"/>
          <w:color w:val="000000"/>
        </w:rPr>
        <w:t>在</w:t>
      </w:r>
      <w:r>
        <w:pict>
          <v:shape id="_x0000_i719349"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4349" o:title="eqIdc46e2aafc96cbd4616f9bf6499f80fd1"/>
            <o:lock v:ext="edit" aspectratio="t"/>
            <w10:wrap type="none"/>
            <w10:anchorlock/>
          </v:shape>
        </w:pict>
      </w:r>
      <w:r>
        <w:rPr>
          <w:rFonts w:ascii="宋体" w:hAnsi="宋体" w:eastAsia="宋体" w:cs="宋体"/>
          <w:color w:val="000000"/>
        </w:rPr>
        <w:t>的内部，</w:t>
      </w:r>
      <w:r>
        <w:pict>
          <v:shape id="_x0000_i71935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350" o:title="eqId4fb26d84907c923278ac4626a9d58947"/>
            <o:lock v:ext="edit" aspectratio="t"/>
            <w10:wrap type="none"/>
            <w10:anchorlock/>
          </v:shape>
        </w:pict>
      </w:r>
      <w:r>
        <w:rPr>
          <w:rFonts w:ascii="宋体" w:hAnsi="宋体" w:eastAsia="宋体" w:cs="宋体"/>
          <w:color w:val="000000"/>
        </w:rPr>
        <w:t>在</w:t>
      </w:r>
      <w:r>
        <w:pict>
          <v:shape id="_x0000_i719351"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4351" o:title="eqIdb6d0c19eec98f184ad306a1b09127b31"/>
            <o:lock v:ext="edit" aspectratio="t"/>
            <w10:wrap type="none"/>
            <w10:anchorlock/>
          </v:shape>
        </w:pict>
      </w:r>
      <w:r>
        <w:rPr>
          <w:rFonts w:ascii="宋体" w:hAnsi="宋体" w:eastAsia="宋体" w:cs="宋体"/>
          <w:color w:val="000000"/>
        </w:rPr>
        <w:t>的内部，然后分三种情况求解即可．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解：一个角的平分线中，大角是小角的</w:t>
      </w:r>
      <w:r>
        <w:rPr>
          <w:rFonts w:ascii="Times New Roman" w:hAnsi="Times New Roman" w:eastAsia="Times New Roman" w:cs="Times New Roman"/>
          <w:color w:val="000000"/>
        </w:rPr>
        <w:t>2</w:t>
      </w:r>
      <w:r>
        <w:rPr>
          <w:rFonts w:ascii="宋体" w:hAnsi="宋体" w:eastAsia="宋体" w:cs="宋体"/>
          <w:color w:val="000000"/>
        </w:rPr>
        <w:t>倍，满足奇妙线的定义，</w:t>
      </w:r>
    </w:p>
    <w:p>
      <w:pPr>
        <w:spacing w:line="360" w:lineRule="auto"/>
        <w:jc w:val="left"/>
        <w:textAlignment w:val="center"/>
        <w:rPr>
          <w:color w:val="000000"/>
        </w:rPr>
      </w:pPr>
      <w:r>
        <w:rPr>
          <w:rFonts w:ascii="宋体" w:hAnsi="宋体" w:eastAsia="宋体" w:cs="宋体"/>
          <w:color w:val="000000"/>
        </w:rPr>
        <w:t>故答案为：是；</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解：①</w:t>
      </w:r>
      <w:r>
        <w:pict>
          <v:shape id="_x0000_i719352" o:spt="75" alt="学科网(www.zxxk.com)--教育资源门户，提供试卷、教案、课件、论文、素材以及各类教学资源下载，还有大量而丰富的教学相关资讯！" type="#_x0000_t75" style="height:14.1pt;width:67.75pt;" o:ole="t" filled="f" o:preferrelative="t" stroked="f" coordsize="21600,21600">
            <v:path/>
            <v:fill on="f" focussize="0,0"/>
            <v:stroke on="f" joinstyle="miter"/>
            <v:imagedata r:id="rId4352" o:title="eqIdadd60595ecea5d00ff1fbb2a5409be73"/>
            <o:lock v:ext="edit" aspectratio="t"/>
            <w10:wrap type="none"/>
            <w10:anchorlock/>
          </v:shape>
        </w:pict>
      </w:r>
      <w:r>
        <w:rPr>
          <w:rFonts w:ascii="宋体" w:hAnsi="宋体" w:eastAsia="宋体" w:cs="宋体"/>
          <w:color w:val="000000"/>
        </w:rPr>
        <w:t>，射线</w:t>
      </w:r>
      <w:r>
        <w:pict>
          <v:shape id="_x0000_i719353"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4353" o:title="eqId7a5f1641947153c80b987320885a2b57"/>
            <o:lock v:ext="edit" aspectratio="t"/>
            <w10:wrap type="none"/>
            <w10:anchorlock/>
          </v:shape>
        </w:pict>
      </w:r>
      <w:r>
        <w:rPr>
          <w:rFonts w:ascii="宋体" w:hAnsi="宋体" w:eastAsia="宋体" w:cs="宋体"/>
          <w:color w:val="000000"/>
        </w:rPr>
        <w:t>是</w:t>
      </w:r>
      <w:r>
        <w:pict>
          <v:shape id="_x0000_i719354" o:spt="75" alt="学科网(www.zxxk.com)--教育资源门户，提供试卷、教案、课件、论文、素材以及各类教学资源下载，还有大量而丰富的教学相关资讯！" type="#_x0000_t75" style="height:14.4pt;width:41.95pt;" o:ole="t" filled="f" o:preferrelative="t" stroked="f" coordsize="21600,21600">
            <v:path/>
            <v:fill on="f" focussize="0,0"/>
            <v:stroke on="f" joinstyle="miter"/>
            <v:imagedata r:id="rId4354" o:title="eqIdc45a8a837c11c07073da3ff751d70278"/>
            <o:lock v:ext="edit" aspectratio="t"/>
            <w10:wrap type="none"/>
            <w10:anchorlock/>
          </v:shape>
        </w:pict>
      </w:r>
      <w:r>
        <w:rPr>
          <w:rFonts w:ascii="宋体" w:hAnsi="宋体" w:eastAsia="宋体" w:cs="宋体"/>
          <w:color w:val="000000"/>
        </w:rPr>
        <w:t>的奇妙线，根据奇妙线的定义分三种情况讨论：</w:t>
      </w:r>
    </w:p>
    <w:p>
      <w:pPr>
        <w:spacing w:line="360" w:lineRule="auto"/>
        <w:jc w:val="left"/>
        <w:textAlignment w:val="center"/>
        <w:rPr>
          <w:color w:val="000000"/>
        </w:rPr>
      </w:pPr>
      <w:r>
        <w:rPr>
          <w:rFonts w:ascii="宋体" w:hAnsi="宋体" w:eastAsia="宋体" w:cs="宋体"/>
          <w:color w:val="000000"/>
        </w:rPr>
        <w:t>当</w:t>
      </w:r>
      <w:r>
        <w:pict>
          <v:shape id="_x0000_i719355" o:spt="75" alt="学科网(www.zxxk.com)--教育资源门户，提供试卷、教案、课件、论文、素材以及各类教学资源下载，还有大量而丰富的教学相关资讯！" type="#_x0000_t75" style="height:16.15pt;width:93pt;" o:ole="t" filled="f" o:preferrelative="t" stroked="f" coordsize="21600,21600">
            <v:path/>
            <v:fill on="f" focussize="0,0"/>
            <v:stroke on="f" joinstyle="miter"/>
            <v:imagedata r:id="rId4355" o:title="eqIdeb62d1438f94f7575742c4bebd307230"/>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w:t>
      </w:r>
      <w:r>
        <w:pict>
          <v:shape id="_x0000_i719356" o:spt="75" alt="学科网(www.zxxk.com)--教育资源门户，提供试卷、教案、课件、论文、素材以及各类教学资源下载，还有大量而丰富的教学相关资讯！" type="#_x0000_t75" style="height:16.2pt;width:118.8pt;" o:ole="t" filled="f" o:preferrelative="t" stroked="f" coordsize="21600,21600">
            <v:path/>
            <v:fill on="f" focussize="0,0"/>
            <v:stroke on="f" joinstyle="miter"/>
            <v:imagedata r:id="rId4356" o:title="eqId75f9f2dc5e63d3e0c51115fbb8c5e48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357" o:spt="75" alt="学科网(www.zxxk.com)--教育资源门户，提供试卷、教案、课件、论文、素材以及各类教学资源下载，还有大量而丰富的教学相关资讯！" type="#_x0000_t75" style="height:31.2pt;width:112.2pt;" o:ole="t" filled="f" o:preferrelative="t" stroked="f" coordsize="21600,21600">
            <v:path/>
            <v:fill on="f" focussize="0,0"/>
            <v:stroke on="f" joinstyle="miter"/>
            <v:imagedata r:id="rId4357" o:title="eqIdd77afd0e53fdb09828316fb2e5be76a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358" o:spt="75" alt="学科网(www.zxxk.com)--教育资源门户，提供试卷、教案、课件、论文、素材以及各类教学资源下载，还有大量而丰富的教学相关资讯！" type="#_x0000_t75" style="height:16.15pt;width:91.15pt;" o:ole="t" filled="f" o:preferrelative="t" stroked="f" coordsize="21600,21600">
            <v:path/>
            <v:fill on="f" focussize="0,0"/>
            <v:stroke on="f" joinstyle="miter"/>
            <v:imagedata r:id="rId4358" o:title="eqId00f34d73fadac986469fc88ec309f56a"/>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w:t>
      </w:r>
      <w:r>
        <w:pict>
          <v:shape id="_x0000_i719359" o:spt="75" alt="学科网(www.zxxk.com)--教育资源门户，提供试卷、教案、课件、论文、素材以及各类教学资源下载，还有大量而丰富的教学相关资讯！" type="#_x0000_t75" style="height:16.2pt;width:118.8pt;" o:ole="t" filled="f" o:preferrelative="t" stroked="f" coordsize="21600,21600">
            <v:path/>
            <v:fill on="f" focussize="0,0"/>
            <v:stroke on="f" joinstyle="miter"/>
            <v:imagedata r:id="rId4359" o:title="eqId5e9e11f00ed423599564c71bd12ce15a"/>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360" o:spt="75" alt="学科网(www.zxxk.com)--教育资源门户，提供试卷、教案、课件、论文、素材以及各类教学资源下载，还有大量而丰富的教学相关资讯！" type="#_x0000_t75" style="height:31.2pt;width:112.2pt;" o:ole="t" filled="f" o:preferrelative="t" stroked="f" coordsize="21600,21600">
            <v:path/>
            <v:fill on="f" focussize="0,0"/>
            <v:stroke on="f" joinstyle="miter"/>
            <v:imagedata r:id="rId4360" o:title="eqId4cdf416844f7a69cb813d849a87b222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361" o:spt="75" alt="学科网(www.zxxk.com)--教育资源门户，提供试卷、教案、课件、论文、素材以及各类教学资源下载，还有大量而丰富的教学相关资讯！" type="#_x0000_t75" style="height:16.2pt;width:93pt;" o:ole="t" filled="f" o:preferrelative="t" stroked="f" coordsize="21600,21600">
            <v:path/>
            <v:fill on="f" focussize="0,0"/>
            <v:stroke on="f" joinstyle="miter"/>
            <v:imagedata r:id="rId4361" o:title="eqId89549c47b29f0f3af1bcc0d79979dcf5"/>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w:t>
      </w:r>
      <w:r>
        <w:pict>
          <v:shape id="_x0000_i719362" o:spt="75" alt="学科网(www.zxxk.com)--教育资源门户，提供试卷、教案、课件、论文、素材以及各类教学资源下载，还有大量而丰富的教学相关资讯！" type="#_x0000_t75" style="height:14.1pt;width:67.75pt;" o:ole="t" filled="f" o:preferrelative="t" stroked="f" coordsize="21600,21600">
            <v:path/>
            <v:fill on="f" focussize="0,0"/>
            <v:stroke on="f" joinstyle="miter"/>
            <v:imagedata r:id="rId4362" o:title="eqIdadd60595ecea5d00ff1fbb2a5409be7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363" o:spt="75" alt="学科网(www.zxxk.com)--教育资源门户，提供试卷、教案、课件、论文、素材以及各类教学资源下载，还有大量而丰富的教学相关资讯！" type="#_x0000_t75" style="height:31.2pt;width:112.2pt;" o:ole="t" filled="f" o:preferrelative="t" stroked="f" coordsize="21600,21600">
            <v:path/>
            <v:fill on="f" focussize="0,0"/>
            <v:stroke on="f" joinstyle="miter"/>
            <v:imagedata r:id="rId4363" o:title="eqId96336aa3d465a66759a6f1aa445f5df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20</w:t>
      </w:r>
      <w:r>
        <w:rPr>
          <w:rFonts w:ascii="宋体" w:hAnsi="宋体" w:eastAsia="宋体" w:cs="宋体"/>
          <w:color w:val="000000"/>
        </w:rPr>
        <w:t>或</w:t>
      </w:r>
      <w:r>
        <w:rPr>
          <w:rFonts w:ascii="Times New Roman" w:hAnsi="Times New Roman" w:eastAsia="Times New Roman" w:cs="Times New Roman"/>
          <w:color w:val="000000"/>
        </w:rPr>
        <w:t>30</w:t>
      </w:r>
      <w:r>
        <w:rPr>
          <w:rFonts w:ascii="宋体" w:hAnsi="宋体" w:eastAsia="宋体" w:cs="宋体"/>
          <w:color w:val="000000"/>
        </w:rPr>
        <w:t>或</w:t>
      </w:r>
      <w:r>
        <w:rPr>
          <w:rFonts w:ascii="Times New Roman" w:hAnsi="Times New Roman" w:eastAsia="Times New Roman" w:cs="Times New Roman"/>
          <w:color w:val="000000"/>
        </w:rPr>
        <w:t>40</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②∵射线</w:t>
      </w:r>
      <w:r>
        <w:pict>
          <v:shape id="_x0000_i719364" o:spt="75" alt="学科网(www.zxxk.com)--教育资源门户，提供试卷、教案、课件、论文、素材以及各类教学资源下载，还有大量而丰富的教学相关资讯！" type="#_x0000_t75" style="height:13.05pt;width:22.7pt;" o:ole="t" filled="f" o:preferrelative="t" stroked="f" coordsize="21600,21600">
            <v:path/>
            <v:fill on="f" focussize="0,0"/>
            <v:stroke on="f" joinstyle="miter"/>
            <v:imagedata r:id="rId4364" o:title="eqId892909e49156f7dcc0650fcd65243877"/>
            <o:lock v:ext="edit" aspectratio="t"/>
            <w10:wrap type="none"/>
            <w10:anchorlock/>
          </v:shape>
        </w:pict>
      </w:r>
      <w:r>
        <w:rPr>
          <w:rFonts w:ascii="宋体" w:hAnsi="宋体" w:eastAsia="宋体" w:cs="宋体"/>
          <w:color w:val="000000"/>
        </w:rPr>
        <w:t>是</w:t>
      </w:r>
      <w:r>
        <w:pict>
          <v:shape id="_x0000_i719365"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4365" o:title="eqIdc46e2aafc96cbd4616f9bf6499f80fd1"/>
            <o:lock v:ext="edit" aspectratio="t"/>
            <w10:wrap type="none"/>
            <w10:anchorlock/>
          </v:shape>
        </w:pict>
      </w:r>
      <w:r>
        <w:rPr>
          <w:rFonts w:ascii="宋体" w:hAnsi="宋体" w:eastAsia="宋体" w:cs="宋体"/>
          <w:color w:val="000000"/>
        </w:rPr>
        <w:t>的奇妙线，</w:t>
      </w:r>
    </w:p>
    <w:p>
      <w:pPr>
        <w:spacing w:line="360" w:lineRule="auto"/>
        <w:jc w:val="left"/>
        <w:textAlignment w:val="center"/>
        <w:rPr>
          <w:color w:val="000000"/>
        </w:rPr>
      </w:pPr>
      <w:r>
        <w:rPr>
          <w:rFonts w:ascii="宋体" w:hAnsi="宋体" w:eastAsia="宋体" w:cs="宋体"/>
          <w:color w:val="000000"/>
        </w:rPr>
        <w:t>∴</w:t>
      </w:r>
      <w:r>
        <w:pict>
          <v:shape id="_x0000_i719366" o:spt="75" alt="学科网(www.zxxk.com)--教育资源门户，提供试卷、教案、课件、论文、素材以及各类教学资源下载，还有大量而丰富的教学相关资讯！" type="#_x0000_t75" style="height:13.05pt;width:22.7pt;" o:ole="t" filled="f" o:preferrelative="t" stroked="f" coordsize="21600,21600">
            <v:path/>
            <v:fill on="f" focussize="0,0"/>
            <v:stroke on="f" joinstyle="miter"/>
            <v:imagedata r:id="rId4366" o:title="eqId892909e49156f7dcc0650fcd65243877"/>
            <o:lock v:ext="edit" aspectratio="t"/>
            <w10:wrap type="none"/>
            <w10:anchorlock/>
          </v:shape>
        </w:pict>
      </w:r>
      <w:r>
        <w:rPr>
          <w:rFonts w:ascii="宋体" w:hAnsi="宋体" w:eastAsia="宋体" w:cs="宋体"/>
          <w:color w:val="000000"/>
        </w:rPr>
        <w:t>在</w:t>
      </w:r>
      <w:r>
        <w:pict>
          <v:shape id="_x0000_i719367"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4367" o:title="eqIdc46e2aafc96cbd4616f9bf6499f80fd1"/>
            <o:lock v:ext="edit" aspectratio="t"/>
            <w10:wrap type="none"/>
            <w10:anchorlock/>
          </v:shape>
        </w:pict>
      </w:r>
      <w:r>
        <w:rPr>
          <w:rFonts w:ascii="宋体" w:hAnsi="宋体" w:eastAsia="宋体" w:cs="宋体"/>
          <w:color w:val="000000"/>
        </w:rPr>
        <w:t>的内部，</w:t>
      </w:r>
    </w:p>
    <w:p>
      <w:pPr>
        <w:spacing w:line="360" w:lineRule="auto"/>
        <w:jc w:val="left"/>
        <w:textAlignment w:val="center"/>
        <w:rPr>
          <w:color w:val="000000"/>
        </w:rPr>
      </w:pPr>
      <w:r>
        <w:rPr>
          <w:rFonts w:ascii="宋体" w:hAnsi="宋体" w:eastAsia="宋体" w:cs="宋体"/>
          <w:color w:val="000000"/>
        </w:rPr>
        <w:t>∴</w:t>
      </w:r>
      <w:r>
        <w:pict>
          <v:shape id="_x0000_i71936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369" o:title="eqId4fb26d84907c923278ac4626a9d58947"/>
            <o:lock v:ext="edit" aspectratio="t"/>
            <w10:wrap type="none"/>
            <w10:anchorlock/>
          </v:shape>
        </w:pict>
      </w:r>
      <w:r>
        <w:rPr>
          <w:rFonts w:ascii="宋体" w:hAnsi="宋体" w:eastAsia="宋体" w:cs="宋体"/>
          <w:color w:val="000000"/>
        </w:rPr>
        <w:t>在</w:t>
      </w:r>
      <w:r>
        <w:pict>
          <v:shape id="_x0000_i719369"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4370" o:title="eqIdb6d0c19eec98f184ad306a1b09127b31"/>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827" name="图片 944564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 name="图片 944564790"/>
                    <pic:cNvPicPr>
                      <a:picLocks noChangeAspect="1"/>
                    </pic:cNvPicPr>
                  </pic:nvPicPr>
                  <pic:blipFill>
                    <a:blip r:embed="rId4368"/>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内部；</w:t>
      </w:r>
    </w:p>
    <w:p>
      <w:pPr>
        <w:spacing w:line="360" w:lineRule="auto"/>
        <w:jc w:val="left"/>
        <w:textAlignment w:val="center"/>
        <w:rPr>
          <w:color w:val="000000"/>
        </w:rPr>
      </w:pPr>
      <w:r>
        <w:rPr>
          <w:rFonts w:ascii="宋体" w:hAnsi="宋体" w:eastAsia="宋体" w:cs="宋体"/>
          <w:color w:val="000000"/>
        </w:rPr>
        <w:t>分三种情况：</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Ⅰ</w:t>
      </w:r>
      <w:r>
        <w:rPr>
          <w:rFonts w:ascii="宋体" w:hAnsi="宋体" w:eastAsia="宋体" w:cs="宋体"/>
          <w:color w:val="000000"/>
        </w:rPr>
        <w:t>）如图，当</w:t>
      </w:r>
      <w:r>
        <w:pict>
          <v:shape id="_x0000_i719370" o:spt="75" alt="学科网(www.zxxk.com)--教育资源门户，提供试卷、教案、课件、论文、素材以及各类教学资源下载，还有大量而丰富的教学相关资讯！" type="#_x0000_t75" style="height:14.25pt;width:93.75pt;" o:ole="t" filled="f" o:preferrelative="t" stroked="f" coordsize="21600,21600">
            <v:path/>
            <v:fill on="f" focussize="0,0"/>
            <v:stroke on="f" joinstyle="miter"/>
            <v:imagedata r:id="rId4371" o:title="eqIdb7eee79609758e5e34f27501249de36d"/>
            <o:lock v:ext="edit" aspectratio="t"/>
            <w10:wrap type="none"/>
            <w10:anchorlock/>
          </v:shape>
        </w:pict>
      </w:r>
      <w:r>
        <w:rPr>
          <w:rFonts w:ascii="宋体" w:hAnsi="宋体" w:eastAsia="宋体" w:cs="宋体"/>
          <w:color w:val="000000"/>
        </w:rPr>
        <w:t>时，如图所示：</w:t>
      </w:r>
    </w:p>
    <w:p>
      <w:pPr>
        <w:spacing w:line="360" w:lineRule="auto"/>
        <w:jc w:val="left"/>
        <w:textAlignment w:val="center"/>
        <w:rPr>
          <w:color w:val="000000"/>
        </w:rPr>
      </w:pPr>
      <w:r>
        <w:rPr>
          <w:color w:val="000000"/>
        </w:rPr>
        <w:drawing>
          <wp:inline distT="0" distB="0" distL="114300" distR="114300">
            <wp:extent cx="771525" cy="885825"/>
            <wp:effectExtent l="0" t="0" r="0" b="0"/>
            <wp:docPr id="3829"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 name="图片 100031" descr="学科网(www.zxxk.com)--教育资源门户，提供试卷、教案、课件、论文、素材以及各类教学资源下载，还有大量而丰富的教学相关资讯！"/>
                    <pic:cNvPicPr>
                      <a:picLocks noChangeAspect="1"/>
                    </pic:cNvPicPr>
                  </pic:nvPicPr>
                  <pic:blipFill>
                    <a:blip r:embed="rId4372"/>
                    <a:stretch>
                      <a:fillRect/>
                    </a:stretch>
                  </pic:blipFill>
                  <pic:spPr>
                    <a:xfrm>
                      <a:off x="0" y="0"/>
                      <a:ext cx="771525" cy="885825"/>
                    </a:xfrm>
                    <a:prstGeom prst="rect">
                      <a:avLst/>
                    </a:prstGeom>
                  </pic:spPr>
                </pic:pic>
              </a:graphicData>
            </a:graphic>
          </wp:inline>
        </w:drawing>
      </w:r>
    </w:p>
    <w:p>
      <w:pPr>
        <w:spacing w:line="360" w:lineRule="auto"/>
        <w:jc w:val="left"/>
        <w:textAlignment w:val="center"/>
        <w:rPr>
          <w:color w:val="000000"/>
        </w:rPr>
      </w:pPr>
      <w:r>
        <w:pict>
          <v:shape id="_x0000_i719371" o:spt="75" alt="学科网(www.zxxk.com)--教育资源门户，提供试卷、教案、课件、论文、素材以及各类教学资源下载，还有大量而丰富的教学相关资讯！" type="#_x0000_t75" style="height:30.75pt;width:171pt;" o:ole="t" filled="f" o:preferrelative="t" stroked="f" coordsize="21600,21600">
            <v:path/>
            <v:fill on="f" focussize="0,0"/>
            <v:stroke on="f" joinstyle="miter"/>
            <v:imagedata r:id="rId4373" o:title="eqId9e7c7e333e55dea30dee0e0b6b3c4797"/>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372" o:spt="75" alt="学科网(www.zxxk.com)--教育资源门户，提供试卷、教案、课件、论文、素材以及各类教学资源下载，还有大量而丰富的教学相关资讯！" type="#_x0000_t75" style="height:14.25pt;width:215.25pt;" o:ole="t" filled="f" o:preferrelative="t" stroked="f" coordsize="21600,21600">
            <v:path/>
            <v:fill on="f" focussize="0,0"/>
            <v:stroke on="f" joinstyle="miter"/>
            <v:imagedata r:id="rId4374" o:title="eqIdd46f0e9d5de46b22baa960cc15da2c72"/>
            <o:lock v:ext="edit" aspectratio="t"/>
            <w10:wrap type="none"/>
            <w10:anchorlock/>
          </v:shape>
        </w:pic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9373" o:spt="75" alt="学科网(www.zxxk.com)--教育资源门户，提供试卷、教案、课件、论文、素材以及各类教学资源下载，还有大量而丰富的教学相关资讯！" type="#_x0000_t75" style="height:20.25pt;width:84.75pt;" o:ole="t" filled="f" o:preferrelative="t" stroked="f" coordsize="21600,21600">
            <v:path/>
            <v:fill on="f" focussize="0,0"/>
            <v:stroke on="f" joinstyle="miter"/>
            <v:imagedata r:id="rId4375" o:title="eqId21ce9c631748168d69f930cc51bd324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Ⅱ</w:t>
      </w:r>
      <w:r>
        <w:rPr>
          <w:rFonts w:ascii="宋体" w:hAnsi="宋体" w:eastAsia="宋体" w:cs="宋体"/>
          <w:color w:val="000000"/>
        </w:rPr>
        <w:t>）如图，当</w:t>
      </w:r>
      <w:r>
        <w:pict>
          <v:shape id="_x0000_i719374" o:spt="75" alt="学科网(www.zxxk.com)--教育资源门户，提供试卷、教案、课件、论文、素材以及各类教学资源下载，还有大量而丰富的教学相关资讯！" type="#_x0000_t75" style="height:14.25pt;width:90.75pt;" o:ole="t" filled="f" o:preferrelative="t" stroked="f" coordsize="21600,21600">
            <v:path/>
            <v:fill on="f" focussize="0,0"/>
            <v:stroke on="f" joinstyle="miter"/>
            <v:imagedata r:id="rId4376" o:title="eqId9e58e2d6fa3256954f22b84f377e1785"/>
            <o:lock v:ext="edit" aspectratio="t"/>
            <w10:wrap type="none"/>
            <w10:anchorlock/>
          </v:shape>
        </w:pict>
      </w:r>
      <w:r>
        <w:rPr>
          <w:rFonts w:ascii="宋体" w:hAnsi="宋体" w:eastAsia="宋体" w:cs="宋体"/>
          <w:color w:val="000000"/>
        </w:rPr>
        <w:t>时，如图所示：</w:t>
      </w:r>
    </w:p>
    <w:p>
      <w:pPr>
        <w:spacing w:line="360" w:lineRule="auto"/>
        <w:jc w:val="left"/>
        <w:textAlignment w:val="center"/>
        <w:rPr>
          <w:color w:val="000000"/>
        </w:rPr>
      </w:pPr>
      <w:r>
        <w:rPr>
          <w:color w:val="000000"/>
        </w:rPr>
        <w:drawing>
          <wp:inline distT="0" distB="0" distL="114300" distR="114300">
            <wp:extent cx="981075" cy="876300"/>
            <wp:effectExtent l="0" t="0" r="0" b="0"/>
            <wp:docPr id="3831"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 name="图片 100033" descr="学科网(www.zxxk.com)--教育资源门户，提供试卷、教案、课件、论文、素材以及各类教学资源下载，还有大量而丰富的教学相关资讯！"/>
                    <pic:cNvPicPr>
                      <a:picLocks noChangeAspect="1"/>
                    </pic:cNvPicPr>
                  </pic:nvPicPr>
                  <pic:blipFill>
                    <a:blip r:embed="rId4377"/>
                    <a:stretch>
                      <a:fillRect/>
                    </a:stretch>
                  </pic:blipFill>
                  <pic:spPr>
                    <a:xfrm>
                      <a:off x="0" y="0"/>
                      <a:ext cx="981075" cy="8763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19375" o:spt="75" alt="学科网(www.zxxk.com)--教育资源门户，提供试卷、教案、课件、论文、素材以及各类教学资源下载，还有大量而丰富的教学相关资讯！" type="#_x0000_t75" style="height:14.25pt;width:114pt;" o:ole="t" filled="f" o:preferrelative="t" stroked="f" coordsize="21600,21600">
            <v:path/>
            <v:fill on="f" focussize="0,0"/>
            <v:stroke on="f" joinstyle="miter"/>
            <v:imagedata r:id="rId4378" o:title="eqId1981d1454ff2bbca2e480814a1e4caf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376" o:spt="75" alt="学科网(www.zxxk.com)--教育资源门户，提供试卷、教案、课件、论文、素材以及各类教学资源下载，还有大量而丰富的教学相关资讯！" type="#_x0000_t75" style="height:20.25pt;width:90.75pt;" o:ole="t" filled="f" o:preferrelative="t" stroked="f" coordsize="21600,21600">
            <v:path/>
            <v:fill on="f" focussize="0,0"/>
            <v:stroke on="f" joinstyle="miter"/>
            <v:imagedata r:id="rId4379" o:title="eqId3d5ab60553d9abb44d2ac912247897e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Ⅲ</w:t>
      </w:r>
      <w:r>
        <w:rPr>
          <w:rFonts w:ascii="宋体" w:hAnsi="宋体" w:eastAsia="宋体" w:cs="宋体"/>
          <w:color w:val="000000"/>
        </w:rPr>
        <w:t>）当</w:t>
      </w:r>
      <w:r>
        <w:pict>
          <v:shape id="_x0000_i719377" o:spt="75" alt="学科网(www.zxxk.com)--教育资源门户，提供试卷、教案、课件、论文、素材以及各类教学资源下载，还有大量而丰富的教学相关资讯！" type="#_x0000_t75" style="height:14.25pt;width:90.75pt;" o:ole="t" filled="f" o:preferrelative="t" stroked="f" coordsize="21600,21600">
            <v:path/>
            <v:fill on="f" focussize="0,0"/>
            <v:stroke on="f" joinstyle="miter"/>
            <v:imagedata r:id="rId4380" o:title="eqIdb7a2936965ca283c5d834ac9e00de1d5"/>
            <o:lock v:ext="edit" aspectratio="t"/>
            <w10:wrap type="none"/>
            <w10:anchorlock/>
          </v:shape>
        </w:pict>
      </w:r>
      <w:r>
        <w:rPr>
          <w:rFonts w:ascii="宋体" w:hAnsi="宋体" w:eastAsia="宋体" w:cs="宋体"/>
          <w:color w:val="000000"/>
        </w:rPr>
        <w:t>时，如图所示：</w:t>
      </w:r>
    </w:p>
    <w:p>
      <w:pPr>
        <w:spacing w:line="360" w:lineRule="auto"/>
        <w:jc w:val="left"/>
        <w:textAlignment w:val="center"/>
        <w:rPr>
          <w:color w:val="000000"/>
        </w:rPr>
      </w:pPr>
      <w:r>
        <w:rPr>
          <w:color w:val="000000"/>
        </w:rPr>
        <w:drawing>
          <wp:inline distT="0" distB="0" distL="114300" distR="114300">
            <wp:extent cx="1266825" cy="819150"/>
            <wp:effectExtent l="0" t="0" r="0" b="0"/>
            <wp:docPr id="3833"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 name="图片 100035" descr="学科网(www.zxxk.com)--教育资源门户，提供试卷、教案、课件、论文、素材以及各类教学资源下载，还有大量而丰富的教学相关资讯！"/>
                    <pic:cNvPicPr>
                      <a:picLocks noChangeAspect="1"/>
                    </pic:cNvPicPr>
                  </pic:nvPicPr>
                  <pic:blipFill>
                    <a:blip r:embed="rId4381"/>
                    <a:stretch>
                      <a:fillRect/>
                    </a:stretch>
                  </pic:blipFill>
                  <pic:spPr>
                    <a:xfrm>
                      <a:off x="0" y="0"/>
                      <a:ext cx="1266825" cy="8191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19378" o:spt="75" alt="学科网(www.zxxk.com)--教育资源门户，提供试卷、教案、课件、论文、素材以及各类教学资源下载，还有大量而丰富的教学相关资讯！" type="#_x0000_t75" style="height:14.25pt;width:114pt;" o:ole="t" filled="f" o:preferrelative="t" stroked="f" coordsize="21600,21600">
            <v:path/>
            <v:fill on="f" focussize="0,0"/>
            <v:stroke on="f" joinstyle="miter"/>
            <v:imagedata r:id="rId4382" o:title="eqId1981d1454ff2bbca2e480814a1e4caf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379" o:spt="75" alt="学科网(www.zxxk.com)--教育资源门户，提供试卷、教案、课件、论文、素材以及各类教学资源下载，还有大量而丰富的教学相关资讯！" type="#_x0000_t75" style="height:14.25pt;width:225pt;" o:ole="t" filled="f" o:preferrelative="t" stroked="f" coordsize="21600,21600">
            <v:path/>
            <v:fill on="f" focussize="0,0"/>
            <v:stroke on="f" joinstyle="miter"/>
            <v:imagedata r:id="rId4383" o:title="eqIddd337579dd79aa52983cbed9ba77c4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380" o:spt="75" alt="学科网(www.zxxk.com)--教育资源门户，提供试卷、教案、课件、论文、素材以及各类教学资源下载，还有大量而丰富的教学相关资讯！" type="#_x0000_t75" style="height:20.25pt;width:90.75pt;" o:ole="t" filled="f" o:preferrelative="t" stroked="f" coordsize="21600,21600">
            <v:path/>
            <v:fill on="f" focussize="0,0"/>
            <v:stroke on="f" joinstyle="miter"/>
            <v:imagedata r:id="rId4384" o:title="eqId04bfed2f2f6777b808b495cc3619124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综上：当</w:t>
      </w:r>
      <w:r>
        <w:rPr>
          <w:rFonts w:ascii="Times New Roman" w:hAnsi="Times New Roman" w:eastAsia="Times New Roman" w:cs="Times New Roman"/>
          <w:i/>
          <w:color w:val="000000"/>
        </w:rPr>
        <w:t>t</w:t>
      </w:r>
      <w:r>
        <w:rPr>
          <w:rFonts w:ascii="宋体" w:hAnsi="宋体" w:eastAsia="宋体" w:cs="宋体"/>
          <w:color w:val="000000"/>
        </w:rPr>
        <w:t>为</w:t>
      </w:r>
      <w:r>
        <w:pict>
          <v:shape id="_x0000_i719381" o:spt="75" alt="学科网(www.zxxk.com)--教育资源门户，提供试卷、教案、课件、论文、素材以及各类教学资源下载，还有大量而丰富的教学相关资讯！" type="#_x0000_t75" style="height:14pt;width:15pt;" o:ole="t" filled="f" o:preferrelative="t" stroked="f" coordsize="21600,21600">
            <v:path/>
            <v:fill on="f" focussize="0,0"/>
            <v:stroke on="f" joinstyle="miter"/>
            <v:imagedata r:id="rId4385" o:title="eqIdb53c7539ed297ea63b9ace6f5cc58ca8"/>
            <o:lock v:ext="edit" aspectratio="t"/>
            <w10:wrap type="none"/>
            <w10:anchorlock/>
          </v:shape>
        </w:pict>
      </w:r>
      <w:r>
        <w:rPr>
          <w:rFonts w:ascii="宋体" w:hAnsi="宋体" w:eastAsia="宋体" w:cs="宋体"/>
          <w:color w:val="000000"/>
        </w:rPr>
        <w:t>或</w:t>
      </w:r>
      <w:r>
        <w:pict>
          <v:shape id="_x0000_i719382" o:spt="75" alt="学科网(www.zxxk.com)--教育资源门户，提供试卷、教案、课件、论文、素材以及各类教学资源下载，还有大量而丰富的教学相关资讯！" type="#_x0000_t75" style="height:14.2pt;width:15.8pt;" o:ole="t" filled="f" o:preferrelative="t" stroked="f" coordsize="21600,21600">
            <v:path/>
            <v:fill on="f" focussize="0,0"/>
            <v:stroke on="f" joinstyle="miter"/>
            <v:imagedata r:id="rId4386" o:title="eqId4b72ac611ae66b86761e080761d9aabc"/>
            <o:lock v:ext="edit" aspectratio="t"/>
            <w10:wrap type="none"/>
            <w10:anchorlock/>
          </v:shape>
        </w:pict>
      </w:r>
      <w:r>
        <w:rPr>
          <w:rFonts w:ascii="宋体" w:hAnsi="宋体" w:eastAsia="宋体" w:cs="宋体"/>
          <w:color w:val="000000"/>
        </w:rPr>
        <w:t>或</w:t>
      </w:r>
      <w:r>
        <w:pict>
          <v:shape id="_x0000_i719383" o:spt="75" alt="学科网(www.zxxk.com)--教育资源门户，提供试卷、教案、课件、论文、素材以及各类教学资源下载，还有大量而丰富的教学相关资讯！" type="#_x0000_t75" style="height:14.2pt;width:15.8pt;" o:ole="t" filled="f" o:preferrelative="t" stroked="f" coordsize="21600,21600">
            <v:path/>
            <v:fill on="f" focussize="0,0"/>
            <v:stroke on="f" joinstyle="miter"/>
            <v:imagedata r:id="rId4387" o:title="eqId3b3779b4ea5477aebfe85113b0de1d60"/>
            <o:lock v:ext="edit" aspectratio="t"/>
            <w10:wrap type="none"/>
            <w10:anchorlock/>
          </v:shape>
        </w:pict>
      </w:r>
      <w:r>
        <w:rPr>
          <w:rFonts w:ascii="宋体" w:hAnsi="宋体" w:eastAsia="宋体" w:cs="宋体"/>
          <w:color w:val="000000"/>
        </w:rPr>
        <w:t>时，射线</w:t>
      </w:r>
      <w:r>
        <w:pict>
          <v:shape id="_x0000_i719384" o:spt="75" alt="学科网(www.zxxk.com)--教育资源门户，提供试卷、教案、课件、论文、素材以及各类教学资源下载，还有大量而丰富的教学相关资讯！" type="#_x0000_t75" style="height:13.05pt;width:22.7pt;" o:ole="t" filled="f" o:preferrelative="t" stroked="f" coordsize="21600,21600">
            <v:path/>
            <v:fill on="f" focussize="0,0"/>
            <v:stroke on="f" joinstyle="miter"/>
            <v:imagedata r:id="rId4388" o:title="eqId892909e49156f7dcc0650fcd65243877"/>
            <o:lock v:ext="edit" aspectratio="t"/>
            <w10:wrap type="none"/>
            <w10:anchorlock/>
          </v:shape>
        </w:pict>
      </w:r>
      <w:r>
        <w:rPr>
          <w:rFonts w:ascii="宋体" w:hAnsi="宋体" w:eastAsia="宋体" w:cs="宋体"/>
          <w:color w:val="000000"/>
        </w:rPr>
        <w:t>是</w:t>
      </w:r>
      <w:r>
        <w:pict>
          <v:shape id="_x0000_i719385" o:spt="75" alt="学科网(www.zxxk.com)--教育资源门户，提供试卷、教案、课件、论文、素材以及各类教学资源下载，还有大量而丰富的教学相关资讯！" type="#_x0000_t75" style="height:13.5pt;width:36.75pt;" o:ole="t" filled="f" o:preferrelative="t" stroked="f" coordsize="21600,21600">
            <v:path/>
            <v:fill on="f" focussize="0,0"/>
            <v:stroke on="f" joinstyle="miter"/>
            <v:imagedata r:id="rId4389" o:title="eqIdc46e2aafc96cbd4616f9bf6499f80fd1"/>
            <o:lock v:ext="edit" aspectratio="t"/>
            <w10:wrap type="none"/>
            <w10:anchorlock/>
          </v:shape>
        </w:pict>
      </w:r>
      <w:r>
        <w:rPr>
          <w:rFonts w:ascii="宋体" w:hAnsi="宋体" w:eastAsia="宋体" w:cs="宋体"/>
          <w:color w:val="000000"/>
        </w:rPr>
        <w:t>的奇妙线．</w:t>
      </w:r>
    </w:p>
    <w:p>
      <w:pPr>
        <w:spacing w:line="360" w:lineRule="auto"/>
        <w:jc w:val="left"/>
        <w:textAlignment w:val="center"/>
        <w:rPr>
          <w:color w:val="000000"/>
        </w:rPr>
      </w:pPr>
      <w:r>
        <w:rPr>
          <w:color w:val="000000"/>
        </w:rPr>
        <w:t>【点睛】</w:t>
      </w:r>
      <w:r>
        <w:rPr>
          <w:rFonts w:ascii="宋体" w:hAnsi="宋体" w:eastAsia="宋体" w:cs="宋体"/>
          <w:color w:val="000000"/>
        </w:rPr>
        <w:t>本题主要考查新定义下的角的计算，几何图形中的角度计算，理解题意，列出相应的式子求解，是解题关键．</w:t>
      </w:r>
    </w:p>
    <w:p>
      <w:pPr>
        <w:spacing w:line="360" w:lineRule="auto"/>
        <w:jc w:val="left"/>
        <w:textAlignment w:val="center"/>
        <w:rPr>
          <w:color w:val="000000"/>
        </w:rPr>
      </w:pPr>
      <w:r>
        <w:rPr>
          <w:color w:val="000000"/>
        </w:rPr>
        <w:t xml:space="preserve">26. </w:t>
      </w:r>
      <w:r>
        <w:rPr>
          <w:rFonts w:ascii="宋体" w:hAnsi="宋体" w:eastAsia="宋体" w:cs="宋体"/>
          <w:color w:val="000000"/>
        </w:rPr>
        <w:t>在数轴上，把原点记作点</w:t>
      </w:r>
      <w:r>
        <w:rPr>
          <w:rFonts w:ascii="Times New Roman" w:hAnsi="Times New Roman" w:eastAsia="Times New Roman" w:cs="Times New Roman"/>
          <w:i/>
          <w:color w:val="000000"/>
        </w:rPr>
        <w:t>O</w:t>
      </w:r>
      <w:r>
        <w:rPr>
          <w:rFonts w:ascii="宋体" w:hAnsi="宋体" w:eastAsia="宋体" w:cs="宋体"/>
          <w:color w:val="000000"/>
        </w:rPr>
        <w:t>，表示数</w:t>
      </w:r>
      <w:r>
        <w:rPr>
          <w:rFonts w:ascii="Times New Roman" w:hAnsi="Times New Roman" w:eastAsia="Times New Roman" w:cs="Times New Roman"/>
          <w:color w:val="000000"/>
        </w:rPr>
        <w:t>1</w:t>
      </w:r>
      <w:r>
        <w:rPr>
          <w:rFonts w:ascii="宋体" w:hAnsi="宋体" w:eastAsia="宋体" w:cs="宋体"/>
          <w:color w:val="000000"/>
        </w:rPr>
        <w:t>的点记作点</w:t>
      </w:r>
      <w:r>
        <w:rPr>
          <w:rFonts w:ascii="Times New Roman" w:hAnsi="Times New Roman" w:eastAsia="Times New Roman" w:cs="Times New Roman"/>
          <w:i/>
          <w:color w:val="000000"/>
        </w:rPr>
        <w:t>A</w:t>
      </w:r>
      <w:r>
        <w:rPr>
          <w:rFonts w:ascii="宋体" w:hAnsi="宋体" w:eastAsia="宋体" w:cs="宋体"/>
          <w:color w:val="000000"/>
        </w:rPr>
        <w:t>．对于数轴上任意一点</w:t>
      </w:r>
      <w:r>
        <w:rPr>
          <w:rFonts w:ascii="Times New Roman" w:hAnsi="Times New Roman" w:eastAsia="Times New Roman" w:cs="Times New Roman"/>
          <w:i/>
          <w:color w:val="000000"/>
        </w:rPr>
        <w:t>P</w:t>
      </w:r>
      <w:r>
        <w:rPr>
          <w:rFonts w:ascii="宋体" w:hAnsi="宋体" w:eastAsia="宋体" w:cs="宋体"/>
          <w:color w:val="000000"/>
        </w:rPr>
        <w:t>（不与点</w:t>
      </w:r>
      <w:r>
        <w:rPr>
          <w:rFonts w:ascii="Times New Roman" w:hAnsi="Times New Roman" w:eastAsia="Times New Roman" w:cs="Times New Roman"/>
          <w:i/>
          <w:color w:val="000000"/>
        </w:rPr>
        <w:t>O</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重合），将线段</w:t>
      </w:r>
      <w:r>
        <w:pict>
          <v:shape id="_x0000_i71938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4390" o:title="eqIdef49a3ca580a144cc65a609c167facc1"/>
            <o:lock v:ext="edit" aspectratio="t"/>
            <w10:wrap type="none"/>
            <w10:anchorlock/>
          </v:shape>
        </w:pict>
      </w:r>
      <w:r>
        <w:rPr>
          <w:rFonts w:ascii="宋体" w:hAnsi="宋体" w:eastAsia="宋体" w:cs="宋体"/>
          <w:color w:val="000000"/>
        </w:rPr>
        <w:t>与线段</w:t>
      </w:r>
      <w:r>
        <w:pict>
          <v:shape id="_x0000_i719387"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4391" o:title="eqIdbd33764ff4efddfe11a98a609753715c"/>
            <o:lock v:ext="edit" aspectratio="t"/>
            <w10:wrap type="none"/>
            <w10:anchorlock/>
          </v:shape>
        </w:pict>
      </w:r>
      <w:r>
        <w:rPr>
          <w:rFonts w:ascii="宋体" w:hAnsi="宋体" w:eastAsia="宋体" w:cs="宋体"/>
          <w:color w:val="000000"/>
        </w:rPr>
        <w:t>的长度之比定义为点</w:t>
      </w:r>
      <w:r>
        <w:rPr>
          <w:rFonts w:ascii="Times New Roman" w:hAnsi="Times New Roman" w:eastAsia="Times New Roman" w:cs="Times New Roman"/>
          <w:i/>
          <w:color w:val="000000"/>
        </w:rPr>
        <w:t>P</w:t>
      </w:r>
      <w:r>
        <w:rPr>
          <w:rFonts w:ascii="宋体" w:hAnsi="宋体" w:eastAsia="宋体" w:cs="宋体"/>
          <w:color w:val="000000"/>
        </w:rPr>
        <w:t>的特征值，记作</w:t>
      </w:r>
      <w:r>
        <w:pict>
          <v:shape id="_x0000_i719388" o:spt="75" alt="学科网(www.zxxk.com)--教育资源门户，提供试卷、教案、课件、论文、素材以及各类教学资源下载，还有大量而丰富的教学相关资讯！" type="#_x0000_t75" style="height:17.25pt;width:12pt;" o:ole="t" filled="f" o:preferrelative="t" stroked="f" coordsize="21600,21600">
            <v:path/>
            <v:fill on="f" focussize="0,0"/>
            <v:stroke on="f" joinstyle="miter"/>
            <v:imagedata r:id="rId4392" o:title="eqId8dbc16aa63c620755095783ed8727db3"/>
            <o:lock v:ext="edit" aspectratio="t"/>
            <w10:wrap type="none"/>
            <w10:anchorlock/>
          </v:shape>
        </w:pict>
      </w:r>
      <w:r>
        <w:rPr>
          <w:rFonts w:ascii="宋体" w:hAnsi="宋体" w:eastAsia="宋体" w:cs="宋体"/>
          <w:color w:val="000000"/>
        </w:rPr>
        <w:t>．即</w:t>
      </w:r>
      <w:r>
        <w:pict>
          <v:shape id="_x0000_i719389" o:spt="75" alt="学科网(www.zxxk.com)--教育资源门户，提供试卷、教案、课件、论文、素材以及各类教学资源下载，还有大量而丰富的教学相关资讯！" type="#_x0000_t75" style="height:30.75pt;width:42pt;" o:ole="t" filled="f" o:preferrelative="t" stroked="f" coordsize="21600,21600">
            <v:path/>
            <v:fill on="f" focussize="0,0"/>
            <v:stroke on="f" joinstyle="miter"/>
            <v:imagedata r:id="rId4393" o:title="eqId1e84b154cb973909998741db54a220ee"/>
            <o:lock v:ext="edit" aspectratio="t"/>
            <w10:wrap type="none"/>
            <w10:anchorlock/>
          </v:shape>
        </w:pict>
      </w:r>
      <w:r>
        <w:rPr>
          <w:rFonts w:ascii="宋体" w:hAnsi="宋体" w:eastAsia="宋体" w:cs="宋体"/>
          <w:color w:val="000000"/>
        </w:rPr>
        <w:t>．例如：当点</w:t>
      </w:r>
      <w:r>
        <w:rPr>
          <w:rFonts w:ascii="Times New Roman" w:hAnsi="Times New Roman" w:eastAsia="Times New Roman" w:cs="Times New Roman"/>
          <w:i/>
          <w:color w:val="000000"/>
        </w:rPr>
        <w:t>P</w:t>
      </w:r>
      <w:r>
        <w:rPr>
          <w:rFonts w:ascii="宋体" w:hAnsi="宋体" w:eastAsia="宋体" w:cs="宋体"/>
          <w:color w:val="000000"/>
        </w:rPr>
        <w:t>是线段</w:t>
      </w:r>
      <w:r>
        <w:pict>
          <v:shape id="_x0000_i719390"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4394" o:title="eqIdef4113c492885ba7c47fe42ac792578f"/>
            <o:lock v:ext="edit" aspectratio="t"/>
            <w10:wrap type="none"/>
            <w10:anchorlock/>
          </v:shape>
        </w:pict>
      </w:r>
      <w:r>
        <w:rPr>
          <w:rFonts w:ascii="宋体" w:hAnsi="宋体" w:eastAsia="宋体" w:cs="宋体"/>
          <w:color w:val="000000"/>
        </w:rPr>
        <w:t>的中点时，因为</w:t>
      </w:r>
      <w:r>
        <w:pict>
          <v:shape id="_x0000_i719391"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4395" o:title="eqId572541b49fc434fd160620076057ac8a"/>
            <o:lock v:ext="edit" aspectratio="t"/>
            <w10:wrap type="none"/>
            <w10:anchorlock/>
          </v:shape>
        </w:pict>
      </w:r>
      <w:r>
        <w:rPr>
          <w:rFonts w:ascii="宋体" w:hAnsi="宋体" w:eastAsia="宋体" w:cs="宋体"/>
          <w:color w:val="000000"/>
        </w:rPr>
        <w:t>，所以</w:t>
      </w:r>
      <w:r>
        <w:pict>
          <v:shape id="_x0000_i719392" o:spt="75" alt="学科网(www.zxxk.com)--教育资源门户，提供试卷、教案、课件、论文、素材以及各类教学资源下载，还有大量而丰富的教学相关资讯！" type="#_x0000_t75" style="height:17.25pt;width:27.75pt;" o:ole="t" filled="f" o:preferrelative="t" stroked="f" coordsize="21600,21600">
            <v:path/>
            <v:fill on="f" focussize="0,0"/>
            <v:stroke on="f" joinstyle="miter"/>
            <v:imagedata r:id="rId4396" o:title="eqIdff24b65428076d960dfc41ee71d2799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743200" cy="514350"/>
            <wp:effectExtent l="0" t="0" r="0" b="0"/>
            <wp:docPr id="3835"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 name="图片 100037" descr="学科网(www.zxxk.com)--教育资源门户，提供试卷、教案、课件、论文、素材以及各类教学资源下载，还有大量而丰富的教学相关资讯！"/>
                    <pic:cNvPicPr>
                      <a:picLocks noChangeAspect="1"/>
                    </pic:cNvPicPr>
                  </pic:nvPicPr>
                  <pic:blipFill>
                    <a:blip r:embed="rId4397"/>
                    <a:stretch>
                      <a:fillRect/>
                    </a:stretch>
                  </pic:blipFill>
                  <pic:spPr>
                    <a:xfrm>
                      <a:off x="0" y="0"/>
                      <a:ext cx="2743200" cy="5143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）如图，点</w:t>
      </w:r>
      <w:r>
        <w:pict>
          <v:shape id="_x0000_i719393"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4398" o:title="eqId2708fa6298e52f617383efc175b71ddc"/>
            <o:lock v:ext="edit" aspectratio="t"/>
            <w10:wrap type="none"/>
            <w10:anchorlock/>
          </v:shape>
        </w:pict>
      </w:r>
      <w:r>
        <w:rPr>
          <w:rFonts w:ascii="宋体" w:hAnsi="宋体" w:eastAsia="宋体" w:cs="宋体"/>
          <w:color w:val="000000"/>
        </w:rPr>
        <w:t>，</w:t>
      </w:r>
      <w:r>
        <w:pict>
          <v:shape id="_x0000_i71939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399" o:title="eqId9b9cb8e6ff801523b0304576cd69fd2d"/>
            <o:lock v:ext="edit" aspectratio="t"/>
            <w10:wrap type="none"/>
            <w10:anchorlock/>
          </v:shape>
        </w:pict>
      </w:r>
      <w:r>
        <w:rPr>
          <w:rFonts w:ascii="宋体" w:hAnsi="宋体" w:eastAsia="宋体" w:cs="宋体"/>
          <w:color w:val="000000"/>
        </w:rPr>
        <w:t>，</w:t>
      </w:r>
      <w:r>
        <w:pict>
          <v:shape id="_x0000_i71939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400" o:title="eqId797e67927616b141ed7c6b83f8b6f4fb"/>
            <o:lock v:ext="edit" aspectratio="t"/>
            <w10:wrap type="none"/>
            <w10:anchorlock/>
          </v:shape>
        </w:pict>
      </w:r>
      <w:r>
        <w:rPr>
          <w:rFonts w:ascii="宋体" w:hAnsi="宋体" w:eastAsia="宋体" w:cs="宋体"/>
          <w:color w:val="000000"/>
        </w:rPr>
        <w:t>为数轴上三个点，点</w:t>
      </w:r>
      <w:r>
        <w:pict>
          <v:shape id="_x0000_i719396"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4398" o:title="eqId2708fa6298e52f617383efc175b71ddc"/>
            <o:lock v:ext="edit" aspectratio="t"/>
            <w10:wrap type="none"/>
            <w10:anchorlock/>
          </v:shape>
        </w:pict>
      </w:r>
      <w:r>
        <w:rPr>
          <w:rFonts w:ascii="宋体" w:hAnsi="宋体" w:eastAsia="宋体" w:cs="宋体"/>
          <w:color w:val="000000"/>
        </w:rPr>
        <w:t>表示的数是</w:t>
      </w:r>
      <w:r>
        <w:pict>
          <v:shape id="_x0000_i719397" o:spt="75" alt="学科网(www.zxxk.com)--教育资源门户，提供试卷、教案、课件、论文、素材以及各类教学资源下载，还有大量而丰富的教学相关资讯！" type="#_x0000_t75" style="height:31.2pt;width:19.8pt;" o:ole="t" filled="f" o:preferrelative="t" stroked="f" coordsize="21600,21600">
            <v:path/>
            <v:fill on="f" focussize="0,0"/>
            <v:stroke on="f" joinstyle="miter"/>
            <v:imagedata r:id="rId4401" o:title="eqId602baac86c2b1668ecdfadc8a5948885"/>
            <o:lock v:ext="edit" aspectratio="t"/>
            <w10:wrap type="none"/>
            <w10:anchorlock/>
          </v:shape>
        </w:pict>
      </w:r>
      <w:r>
        <w:rPr>
          <w:rFonts w:ascii="宋体" w:hAnsi="宋体" w:eastAsia="宋体" w:cs="宋体"/>
          <w:color w:val="000000"/>
        </w:rPr>
        <w:t>，点</w:t>
      </w:r>
      <w:r>
        <w:pict>
          <v:shape id="_x0000_i719398"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399" o:title="eqId9b9cb8e6ff801523b0304576cd69fd2d"/>
            <o:lock v:ext="edit" aspectratio="t"/>
            <w10:wrap type="none"/>
            <w10:anchorlock/>
          </v:shape>
        </w:pict>
      </w:r>
      <w:r>
        <w:rPr>
          <w:rFonts w:ascii="宋体" w:hAnsi="宋体" w:eastAsia="宋体" w:cs="宋体"/>
          <w:color w:val="000000"/>
        </w:rPr>
        <w:t>与</w:t>
      </w:r>
      <w:r>
        <w:pict>
          <v:shape id="_x0000_i719399"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4398" o:title="eqId2708fa6298e52f617383efc175b71ddc"/>
            <o:lock v:ext="edit" aspectratio="t"/>
            <w10:wrap type="none"/>
            <w10:anchorlock/>
          </v:shape>
        </w:pict>
      </w:r>
      <w:r>
        <w:rPr>
          <w:rFonts w:ascii="宋体" w:hAnsi="宋体" w:eastAsia="宋体" w:cs="宋体"/>
          <w:color w:val="000000"/>
        </w:rPr>
        <w:t>关于原点对称．</w:t>
      </w:r>
    </w:p>
    <w:p>
      <w:pPr>
        <w:spacing w:line="360" w:lineRule="auto"/>
        <w:jc w:val="left"/>
        <w:textAlignment w:val="center"/>
        <w:rPr>
          <w:color w:val="000000"/>
        </w:rPr>
      </w:pPr>
      <w:r>
        <w:rPr>
          <w:color w:val="000000"/>
        </w:rPr>
        <w:drawing>
          <wp:inline distT="0" distB="0" distL="114300" distR="114300">
            <wp:extent cx="2686050" cy="533400"/>
            <wp:effectExtent l="0" t="0" r="0" b="0"/>
            <wp:docPr id="3837"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8" name="图片 100039" descr="学科网(www.zxxk.com)--教育资源门户，提供试卷、教案、课件、论文、素材以及各类教学资源下载，还有大量而丰富的教学相关资讯！"/>
                    <pic:cNvPicPr>
                      <a:picLocks noChangeAspect="1"/>
                    </pic:cNvPicPr>
                  </pic:nvPicPr>
                  <pic:blipFill>
                    <a:blip r:embed="rId4402"/>
                    <a:stretch>
                      <a:fillRect/>
                    </a:stretch>
                  </pic:blipFill>
                  <pic:spPr>
                    <a:xfrm>
                      <a:off x="0" y="0"/>
                      <a:ext cx="2686050" cy="533400"/>
                    </a:xfrm>
                    <a:prstGeom prst="rect">
                      <a:avLst/>
                    </a:prstGeom>
                  </pic:spPr>
                </pic:pic>
              </a:graphicData>
            </a:graphic>
          </wp:inline>
        </w:drawing>
      </w:r>
    </w:p>
    <w:p>
      <w:pPr>
        <w:spacing w:line="360" w:lineRule="auto"/>
        <w:jc w:val="left"/>
        <w:textAlignment w:val="center"/>
        <w:rPr>
          <w:color w:val="000000"/>
        </w:rPr>
      </w:pPr>
      <w:r>
        <w:rPr>
          <w:rFonts w:ascii="Times New Roman" w:hAnsi="Times New Roman" w:eastAsia="Times New Roman" w:cs="Times New Roman"/>
          <w:color w:val="000000"/>
        </w:rPr>
        <w:t>①</w:t>
      </w:r>
      <w:r>
        <w:pict>
          <v:shape id="_x0000_i719400" o:spt="75" alt="学科网(www.zxxk.com)--教育资源门户，提供试卷、教案、课件、论文、素材以及各类教学资源下载，还有大量而丰富的教学相关资讯！" type="#_x0000_t75" style="height:21pt;width:24pt;" o:ole="t" filled="f" o:preferrelative="t" stroked="f" coordsize="21600,21600">
            <v:path/>
            <v:fill on="f" focussize="0,0"/>
            <v:stroke on="f" joinstyle="miter"/>
            <v:imagedata r:id="rId4403" o:title="eqId094144f6f54a0acd5bd69cde4e5c79a7"/>
            <o:lock v:ext="edit" aspectratio="t"/>
            <w10:wrap type="none"/>
            <w10:anchorlock/>
          </v:shape>
        </w:pic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比较</w:t>
      </w:r>
      <w:r>
        <w:pict>
          <v:shape id="_x0000_i719401" o:spt="75" alt="学科网(www.zxxk.com)--教育资源门户，提供试卷、教案、课件、论文、素材以及各类教学资源下载，还有大量而丰富的教学相关资讯！" type="#_x0000_t75" style="height:21pt;width:12.75pt;" o:ole="t" filled="f" o:preferrelative="t" stroked="f" coordsize="21600,21600">
            <v:path/>
            <v:fill on="f" focussize="0,0"/>
            <v:stroke on="f" joinstyle="miter"/>
            <v:imagedata r:id="rId4404" o:title="eqIde7a377741f86d4fe53c85e711ae10179"/>
            <o:lock v:ext="edit" aspectratio="t"/>
            <w10:wrap type="none"/>
            <w10:anchorlock/>
          </v:shape>
        </w:pict>
      </w:r>
      <w:r>
        <w:rPr>
          <w:rFonts w:ascii="宋体" w:hAnsi="宋体" w:eastAsia="宋体" w:cs="宋体"/>
          <w:color w:val="000000"/>
        </w:rPr>
        <w:t>，</w:t>
      </w:r>
      <w:r>
        <w:pict>
          <v:shape id="_x0000_i719402"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05" o:title="eqIdb5731fe3705707637af64b9ca32bb453"/>
            <o:lock v:ext="edit" aspectratio="t"/>
            <w10:wrap type="none"/>
            <w10:anchorlock/>
          </v:shape>
        </w:pict>
      </w:r>
      <w:r>
        <w:rPr>
          <w:rFonts w:ascii="宋体" w:hAnsi="宋体" w:eastAsia="宋体" w:cs="宋体"/>
          <w:color w:val="000000"/>
        </w:rPr>
        <w:t>，</w:t>
      </w:r>
      <w:r>
        <w:pict>
          <v:shape id="_x0000_i719403"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06" o:title="eqIdf44392a12f88814f6f38e296b7706d67"/>
            <o:lock v:ext="edit" aspectratio="t"/>
            <w10:wrap type="none"/>
            <w10:anchorlock/>
          </v:shape>
        </w:pict>
      </w:r>
      <w:r>
        <w:rPr>
          <w:rFonts w:ascii="宋体" w:hAnsi="宋体" w:eastAsia="宋体" w:cs="宋体"/>
          <w:color w:val="000000"/>
        </w:rPr>
        <w:t>的大小</w:t>
      </w:r>
      <w:r>
        <w:rPr>
          <w:rFonts w:ascii="Times New Roman" w:hAnsi="Times New Roman" w:eastAsia="Times New Roman" w:cs="Times New Roman"/>
          <w:color w:val="000000"/>
        </w:rPr>
        <w:t>______</w:t>
      </w:r>
      <w:r>
        <w:rPr>
          <w:rFonts w:ascii="宋体" w:hAnsi="宋体" w:eastAsia="宋体" w:cs="宋体"/>
          <w:color w:val="000000"/>
        </w:rPr>
        <w:t>（用“&lt;”连接）；</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）数轴上的点</w:t>
      </w:r>
      <w:r>
        <w:rPr>
          <w:rFonts w:ascii="Times New Roman" w:hAnsi="Times New Roman" w:eastAsia="Times New Roman" w:cs="Times New Roman"/>
          <w:i/>
          <w:color w:val="000000"/>
        </w:rPr>
        <w:t>M</w:t>
      </w:r>
      <w:r>
        <w:rPr>
          <w:rFonts w:ascii="宋体" w:hAnsi="宋体" w:eastAsia="宋体" w:cs="宋体"/>
          <w:color w:val="000000"/>
        </w:rPr>
        <w:t>满足</w:t>
      </w:r>
      <w:r>
        <w:pict>
          <v:shape id="_x0000_i719404" o:spt="75" alt="学科网(www.zxxk.com)--教育资源门户，提供试卷、教案、课件、论文、素材以及各类教学资源下载，还有大量而丰富的教学相关资讯！" type="#_x0000_t75" style="height:30.75pt;width:60pt;" o:ole="t" filled="f" o:preferrelative="t" stroked="f" coordsize="21600,21600">
            <v:path/>
            <v:fill on="f" focussize="0,0"/>
            <v:stroke on="f" joinstyle="miter"/>
            <v:imagedata r:id="rId4407" o:title="eqId7e1e463262ccfcc5ad0daa7716361620"/>
            <o:lock v:ext="edit" aspectratio="t"/>
            <w10:wrap type="none"/>
            <w10:anchorlock/>
          </v:shape>
        </w:pict>
      </w:r>
      <w:r>
        <w:rPr>
          <w:rFonts w:ascii="宋体" w:hAnsi="宋体" w:eastAsia="宋体" w:cs="宋体"/>
          <w:color w:val="000000"/>
        </w:rPr>
        <w:t>，求</w:t>
      </w:r>
      <w:r>
        <w:pict>
          <v:shape id="_x0000_i719405" o:spt="75" alt="学科网(www.zxxk.com)--教育资源门户，提供试卷、教案、课件、论文、素材以及各类教学资源下载，还有大量而丰富的教学相关资讯！" type="#_x0000_t75" style="height:17.25pt;width:15.75pt;" o:ole="t" filled="f" o:preferrelative="t" stroked="f" coordsize="21600,21600">
            <v:path/>
            <v:fill on="f" focussize="0,0"/>
            <v:stroke on="f" joinstyle="miter"/>
            <v:imagedata r:id="rId4408" o:title="eqIdee638de17b1b8daf4a27fb38cdeb5b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）数轴上的点</w:t>
      </w:r>
      <w:r>
        <w:rPr>
          <w:rFonts w:ascii="Times New Roman" w:hAnsi="Times New Roman" w:eastAsia="Times New Roman" w:cs="Times New Roman"/>
          <w:i/>
          <w:color w:val="000000"/>
        </w:rPr>
        <w:t>P</w:t>
      </w:r>
      <w:r>
        <w:rPr>
          <w:rFonts w:ascii="宋体" w:hAnsi="宋体" w:eastAsia="宋体" w:cs="宋体"/>
          <w:color w:val="000000"/>
        </w:rPr>
        <w:t>表示有理数</w:t>
      </w:r>
      <w:r>
        <w:rPr>
          <w:rFonts w:ascii="Times New Roman" w:hAnsi="Times New Roman" w:eastAsia="Times New Roman" w:cs="Times New Roman"/>
          <w:i/>
          <w:color w:val="000000"/>
        </w:rPr>
        <w:t>p</w:t>
      </w:r>
      <w:r>
        <w:rPr>
          <w:rFonts w:ascii="宋体" w:hAnsi="宋体" w:eastAsia="宋体" w:cs="宋体"/>
          <w:color w:val="000000"/>
        </w:rPr>
        <w:t>，已知</w:t>
      </w:r>
      <w:r>
        <w:pict>
          <v:shape id="_x0000_i719406" o:spt="75" alt="学科网(www.zxxk.com)--教育资源门户，提供试卷、教案、课件、论文、素材以及各类教学资源下载，还有大量而丰富的教学相关资讯！" type="#_x0000_t75" style="height:18pt;width:39.75pt;" o:ole="t" filled="f" o:preferrelative="t" stroked="f" coordsize="21600,21600">
            <v:path/>
            <v:fill on="f" focussize="0,0"/>
            <v:stroke on="f" joinstyle="miter"/>
            <v:imagedata r:id="rId4409" o:title="eqIdb8103d7c18e816bece8c0b8046bb48b2"/>
            <o:lock v:ext="edit" aspectratio="t"/>
            <w10:wrap type="none"/>
            <w10:anchorlock/>
          </v:shape>
        </w:pict>
      </w:r>
      <w:r>
        <w:rPr>
          <w:rFonts w:ascii="宋体" w:hAnsi="宋体" w:eastAsia="宋体" w:cs="宋体"/>
          <w:color w:val="000000"/>
        </w:rPr>
        <w:t>且</w:t>
      </w:r>
      <w:r>
        <w:pict>
          <v:shape id="_x0000_i719407" o:spt="75" alt="学科网(www.zxxk.com)--教育资源门户，提供试卷、教案、课件、论文、素材以及各类教学资源下载，还有大量而丰富的教学相关资讯！" type="#_x0000_t75" style="height:17.25pt;width:12pt;" o:ole="t" filled="f" o:preferrelative="t" stroked="f" coordsize="21600,21600">
            <v:path/>
            <v:fill on="f" focussize="0,0"/>
            <v:stroke on="f" joinstyle="miter"/>
            <v:imagedata r:id="rId4410" o:title="eqId8dbc16aa63c620755095783ed8727db3"/>
            <o:lock v:ext="edit" aspectratio="t"/>
            <w10:wrap type="none"/>
            <w10:anchorlock/>
          </v:shape>
        </w:pict>
      </w:r>
      <w:r>
        <w:rPr>
          <w:rFonts w:ascii="宋体" w:hAnsi="宋体" w:eastAsia="宋体" w:cs="宋体"/>
          <w:color w:val="000000"/>
        </w:rPr>
        <w:t>为整数，则所有满足条件的</w:t>
      </w:r>
      <w:r>
        <w:rPr>
          <w:rFonts w:ascii="Times New Roman" w:hAnsi="Times New Roman" w:eastAsia="Times New Roman" w:cs="Times New Roman"/>
          <w:i/>
          <w:color w:val="000000"/>
        </w:rPr>
        <w:t>p</w:t>
      </w:r>
      <w:r>
        <w:rPr>
          <w:rFonts w:ascii="宋体" w:hAnsi="宋体" w:eastAsia="宋体" w:cs="宋体"/>
          <w:color w:val="000000"/>
        </w:rPr>
        <w:t>的倒数之和为</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w:t>
      </w:r>
      <w:r>
        <w:pict>
          <v:shape id="_x0000_i719408"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411" o:title="eqId4dac452fbb5ef6dd653e7fbbef639484"/>
            <o:lock v:ext="edit" aspectratio="t"/>
            <w10:wrap type="none"/>
            <w10:anchorlock/>
          </v:shape>
        </w:pict>
      </w:r>
      <w:r>
        <w:rPr>
          <w:rFonts w:ascii="宋体" w:hAnsi="宋体" w:eastAsia="宋体" w:cs="宋体"/>
          <w:color w:val="000000"/>
        </w:rPr>
        <w:t>；②</w:t>
      </w:r>
      <w:r>
        <w:pict>
          <v:shape id="_x0000_i719409" o:spt="75" alt="学科网(www.zxxk.com)--教育资源门户，提供试卷、教案、课件、论文、素材以及各类教学资源下载，还有大量而丰富的教学相关资讯！" type="#_x0000_t75" style="height:21pt;width:12.75pt;" o:ole="t" filled="f" o:preferrelative="t" stroked="f" coordsize="21600,21600">
            <v:path/>
            <v:fill on="f" focussize="0,0"/>
            <v:stroke on="f" joinstyle="miter"/>
            <v:imagedata r:id="rId4412" o:title="eqIdea84f717b368dc78b1d9c0c745603779"/>
            <o:lock v:ext="edit" aspectratio="t"/>
            <w10:wrap type="none"/>
            <w10:anchorlock/>
          </v:shape>
        </w:pict>
      </w:r>
      <w:r>
        <w:rPr>
          <w:rFonts w:ascii="宋体" w:hAnsi="宋体" w:eastAsia="宋体" w:cs="宋体"/>
          <w:color w:val="000000"/>
        </w:rPr>
        <w:t>＜</w:t>
      </w:r>
      <w:r>
        <w:pict>
          <v:shape id="_x0000_i719410"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13" o:title="eqIdb5731fe3705707637af64b9ca32bb453"/>
            <o:lock v:ext="edit" aspectratio="t"/>
            <w10:wrap type="none"/>
            <w10:anchorlock/>
          </v:shape>
        </w:pict>
      </w:r>
      <w:r>
        <w:rPr>
          <w:rFonts w:ascii="宋体" w:hAnsi="宋体" w:eastAsia="宋体" w:cs="宋体"/>
          <w:color w:val="000000"/>
        </w:rPr>
        <w:t>＜</w:t>
      </w:r>
      <w:r>
        <w:pict>
          <v:shape id="_x0000_i719411"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14" o:title="eqIdf44392a12f88814f6f38e296b7706d67"/>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9412"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4415" o:title="eqIdf89eef3148f2d4d09379767b4af69132"/>
            <o:lock v:ext="edit" aspectratio="t"/>
            <w10:wrap type="none"/>
            <w10:anchorlock/>
          </v:shape>
        </w:pict>
      </w:r>
      <w:r>
        <w:rPr>
          <w:rFonts w:ascii="宋体" w:hAnsi="宋体" w:eastAsia="宋体" w:cs="宋体"/>
          <w:color w:val="000000"/>
        </w:rPr>
        <w:t>或</w:t>
      </w:r>
      <w:r>
        <w:pict>
          <v:shape id="_x0000_i719413"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4416" o:title="eqId56d266a04f3dc7483eddbc26c5e487db"/>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198</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）①先确定</w:t>
      </w:r>
      <w:r>
        <w:pict>
          <v:shape id="_x0000_i71941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417" o:title="eqId9b9cb8e6ff801523b0304576cd69fd2d"/>
            <o:lock v:ext="edit" aspectratio="t"/>
            <w10:wrap type="none"/>
            <w10:anchorlock/>
          </v:shape>
        </w:pict>
      </w:r>
      <w:r>
        <w:rPr>
          <w:rFonts w:ascii="宋体" w:hAnsi="宋体" w:eastAsia="宋体" w:cs="宋体"/>
          <w:color w:val="000000"/>
        </w:rPr>
        <w:t>的表示的数，然后根据题意求出</w:t>
      </w:r>
      <w:r>
        <w:pict>
          <v:shape id="_x0000_i719415"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18" o:title="eqIdb5731fe3705707637af64b9ca32bb453"/>
            <o:lock v:ext="edit" aspectratio="t"/>
            <w10:wrap type="none"/>
            <w10:anchorlock/>
          </v:shape>
        </w:pict>
      </w:r>
      <w:r>
        <w:rPr>
          <w:rFonts w:ascii="宋体" w:hAnsi="宋体" w:eastAsia="宋体" w:cs="宋体"/>
          <w:color w:val="000000"/>
        </w:rPr>
        <w:t>即可；②先确定</w:t>
      </w:r>
      <w:r>
        <w:pict>
          <v:shape id="_x0000_i719416"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419" o:title="eqId797e67927616b141ed7c6b83f8b6f4fb"/>
            <o:lock v:ext="edit" aspectratio="t"/>
            <w10:wrap type="none"/>
            <w10:anchorlock/>
          </v:shape>
        </w:pict>
      </w:r>
      <w:r>
        <w:rPr>
          <w:rFonts w:ascii="宋体" w:hAnsi="宋体" w:eastAsia="宋体" w:cs="宋体"/>
          <w:color w:val="000000"/>
        </w:rPr>
        <w:t>的表示的数根据题意求出</w:t>
      </w:r>
      <w:r>
        <w:pict>
          <v:shape id="_x0000_i719417" o:spt="75" alt="学科网(www.zxxk.com)--教育资源门户，提供试卷、教案、课件、论文、素材以及各类教学资源下载，还有大量而丰富的教学相关资讯！" type="#_x0000_t75" style="height:21pt;width:12.75pt;" o:ole="t" filled="f" o:preferrelative="t" stroked="f" coordsize="21600,21600">
            <v:path/>
            <v:fill on="f" focussize="0,0"/>
            <v:stroke on="f" joinstyle="miter"/>
            <v:imagedata r:id="rId4420" o:title="eqIde7a377741f86d4fe53c85e711ae10179"/>
            <o:lock v:ext="edit" aspectratio="t"/>
            <w10:wrap type="none"/>
            <w10:anchorlock/>
          </v:shape>
        </w:pict>
      </w:r>
      <w:r>
        <w:rPr>
          <w:rFonts w:ascii="宋体" w:hAnsi="宋体" w:eastAsia="宋体" w:cs="宋体"/>
          <w:color w:val="000000"/>
        </w:rPr>
        <w:t>、</w:t>
      </w:r>
      <w:r>
        <w:pict>
          <v:shape id="_x0000_i719418"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21" o:title="eqIdf44392a12f88814f6f38e296b7706d67"/>
            <o:lock v:ext="edit" aspectratio="t"/>
            <w10:wrap type="none"/>
            <w10:anchorlock/>
          </v:shape>
        </w:pict>
      </w:r>
      <w:r>
        <w:rPr>
          <w:rFonts w:ascii="宋体" w:hAnsi="宋体" w:eastAsia="宋体" w:cs="宋体"/>
          <w:color w:val="000000"/>
        </w:rPr>
        <w:t>，然后比较即可；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）先由</w:t>
      </w:r>
      <w:r>
        <w:pict>
          <v:shape id="_x0000_i719419" o:spt="75" alt="学科网(www.zxxk.com)--教育资源门户，提供试卷、教案、课件、论文、素材以及各类教学资源下载，还有大量而丰富的教学相关资讯！" type="#_x0000_t75" style="height:30.75pt;width:60pt;" o:ole="t" filled="f" o:preferrelative="t" stroked="f" coordsize="21600,21600">
            <v:path/>
            <v:fill on="f" focussize="0,0"/>
            <v:stroke on="f" joinstyle="miter"/>
            <v:imagedata r:id="rId4422" o:title="eqId7e1e463262ccfcc5ad0daa7716361620"/>
            <o:lock v:ext="edit" aspectratio="t"/>
            <w10:wrap type="none"/>
            <w10:anchorlock/>
          </v:shape>
        </w:pict>
      </w:r>
      <w:r>
        <w:rPr>
          <w:rFonts w:ascii="宋体" w:hAnsi="宋体" w:eastAsia="宋体" w:cs="宋体"/>
          <w:color w:val="000000"/>
        </w:rPr>
        <w:t>确定</w:t>
      </w:r>
      <w:r>
        <w:rPr>
          <w:rFonts w:ascii="Times New Roman" w:hAnsi="Times New Roman" w:eastAsia="Times New Roman" w:cs="Times New Roman"/>
          <w:i/>
          <w:color w:val="000000"/>
        </w:rPr>
        <w:t>M</w:t>
      </w:r>
      <w:r>
        <w:rPr>
          <w:rFonts w:ascii="宋体" w:hAnsi="宋体" w:eastAsia="宋体" w:cs="宋体"/>
          <w:color w:val="000000"/>
        </w:rPr>
        <w:t>所表示的数，然后根据题意求出</w:t>
      </w:r>
      <w:r>
        <w:pict>
          <v:shape id="_x0000_i719420" o:spt="75" alt="学科网(www.zxxk.com)--教育资源门户，提供试卷、教案、课件、论文、素材以及各类教学资源下载，还有大量而丰富的教学相关资讯！" type="#_x0000_t75" style="height:17.25pt;width:15.75pt;" o:ole="t" filled="f" o:preferrelative="t" stroked="f" coordsize="21600,21600">
            <v:path/>
            <v:fill on="f" focussize="0,0"/>
            <v:stroke on="f" joinstyle="miter"/>
            <v:imagedata r:id="rId4423" o:title="eqIdee638de17b1b8daf4a27fb38cdeb5b2f"/>
            <o:lock v:ext="edit" aspectratio="t"/>
            <w10:wrap type="none"/>
            <w10:anchorlock/>
          </v:shape>
        </w:pict>
      </w:r>
      <w:r>
        <w:rPr>
          <w:rFonts w:ascii="宋体" w:hAnsi="宋体" w:eastAsia="宋体" w:cs="宋体"/>
          <w:color w:val="000000"/>
        </w:rPr>
        <w:t>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）根据题意可得</w:t>
      </w:r>
      <w:r>
        <w:rPr>
          <w:rFonts w:ascii="Times New Roman" w:hAnsi="Times New Roman" w:eastAsia="Times New Roman" w:cs="Times New Roman"/>
          <w:i/>
          <w:color w:val="000000"/>
        </w:rPr>
        <w:t>PO</w:t>
      </w:r>
      <w:r>
        <w:rPr>
          <w:rFonts w:ascii="宋体" w:hAnsi="宋体" w:eastAsia="宋体" w:cs="宋体"/>
          <w:color w:val="000000"/>
        </w:rPr>
        <w:t>＞</w:t>
      </w:r>
      <w:r>
        <w:rPr>
          <w:rFonts w:ascii="Times New Roman" w:hAnsi="Times New Roman" w:eastAsia="Times New Roman" w:cs="Times New Roman"/>
          <w:i/>
          <w:color w:val="000000"/>
        </w:rPr>
        <w:t>PA</w:t>
      </w:r>
      <w:r>
        <w:rPr>
          <w:rFonts w:ascii="宋体" w:hAnsi="宋体" w:eastAsia="宋体" w:cs="宋体"/>
          <w:color w:val="000000"/>
        </w:rPr>
        <w:t>且</w:t>
      </w:r>
      <w:r>
        <w:rPr>
          <w:rFonts w:ascii="Times New Roman" w:hAnsi="Times New Roman" w:eastAsia="Times New Roman" w:cs="Times New Roman"/>
          <w:i/>
          <w:color w:val="000000"/>
        </w:rPr>
        <w:t>PO</w:t>
      </w:r>
      <w:r>
        <w:rPr>
          <w:rFonts w:ascii="宋体" w:hAnsi="宋体" w:eastAsia="宋体" w:cs="宋体"/>
          <w:color w:val="000000"/>
        </w:rPr>
        <w:t>为</w:t>
      </w:r>
      <w:r>
        <w:rPr>
          <w:rFonts w:ascii="Times New Roman" w:hAnsi="Times New Roman" w:eastAsia="Times New Roman" w:cs="Times New Roman"/>
          <w:i/>
          <w:color w:val="000000"/>
        </w:rPr>
        <w:t>PA</w:t>
      </w:r>
      <w:r>
        <w:rPr>
          <w:rFonts w:ascii="宋体" w:hAnsi="宋体" w:eastAsia="宋体" w:cs="宋体"/>
          <w:color w:val="000000"/>
        </w:rPr>
        <w:t>的整数倍，然后分别求出所有</w:t>
      </w:r>
      <w:r>
        <w:rPr>
          <w:rFonts w:ascii="Times New Roman" w:hAnsi="Times New Roman" w:eastAsia="Times New Roman" w:cs="Times New Roman"/>
          <w:i/>
          <w:color w:val="000000"/>
        </w:rPr>
        <w:t>P</w:t>
      </w:r>
      <w:r>
        <w:rPr>
          <w:rFonts w:ascii="宋体" w:hAnsi="宋体" w:eastAsia="宋体" w:cs="宋体"/>
          <w:color w:val="000000"/>
        </w:rPr>
        <w:t>所表示的数，最后求和即可．</w:t>
      </w:r>
    </w:p>
    <w:p>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）①∵点</w:t>
      </w:r>
      <w:r>
        <w:pict>
          <v:shape id="_x0000_i719421"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4424" o:title="eqId2708fa6298e52f617383efc175b71ddc"/>
            <o:lock v:ext="edit" aspectratio="t"/>
            <w10:wrap type="none"/>
            <w10:anchorlock/>
          </v:shape>
        </w:pict>
      </w:r>
      <w:r>
        <w:rPr>
          <w:rFonts w:ascii="宋体" w:hAnsi="宋体" w:eastAsia="宋体" w:cs="宋体"/>
          <w:color w:val="000000"/>
        </w:rPr>
        <w:t>表示的数是</w:t>
      </w:r>
      <w:r>
        <w:pict>
          <v:shape id="_x0000_i719422" o:spt="75" alt="学科网(www.zxxk.com)--教育资源门户，提供试卷、教案、课件、论文、素材以及各类教学资源下载，还有大量而丰富的教学相关资讯！" type="#_x0000_t75" style="height:31.2pt;width:19.8pt;" o:ole="t" filled="f" o:preferrelative="t" stroked="f" coordsize="21600,21600">
            <v:path/>
            <v:fill on="f" focussize="0,0"/>
            <v:stroke on="f" joinstyle="miter"/>
            <v:imagedata r:id="rId4425" o:title="eqId602baac86c2b1668ecdfadc8a5948885"/>
            <o:lock v:ext="edit" aspectratio="t"/>
            <w10:wrap type="none"/>
            <w10:anchorlock/>
          </v:shape>
        </w:pict>
      </w:r>
      <w:r>
        <w:rPr>
          <w:rFonts w:ascii="宋体" w:hAnsi="宋体" w:eastAsia="宋体" w:cs="宋体"/>
          <w:color w:val="000000"/>
        </w:rPr>
        <w:t>，点</w:t>
      </w:r>
      <w:r>
        <w:pict>
          <v:shape id="_x0000_i719423"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426" o:title="eqId9b9cb8e6ff801523b0304576cd69fd2d"/>
            <o:lock v:ext="edit" aspectratio="t"/>
            <w10:wrap type="none"/>
            <w10:anchorlock/>
          </v:shape>
        </w:pict>
      </w:r>
      <w:r>
        <w:rPr>
          <w:rFonts w:ascii="宋体" w:hAnsi="宋体" w:eastAsia="宋体" w:cs="宋体"/>
          <w:color w:val="000000"/>
        </w:rPr>
        <w:t>与</w:t>
      </w:r>
      <w:r>
        <w:pict>
          <v:shape id="_x0000_i719424" o:spt="75" alt="学科网(www.zxxk.com)--教育资源门户，提供试卷、教案、课件、论文、素材以及各类教学资源下载，还有大量而丰富的教学相关资讯！" type="#_x0000_t75" style="height:18pt;width:12pt;" o:ole="t" filled="f" o:preferrelative="t" stroked="f" coordsize="21600,21600">
            <v:path/>
            <v:fill on="f" focussize="0,0"/>
            <v:stroke on="f" joinstyle="miter"/>
            <v:imagedata r:id="rId4424" o:title="eqId2708fa6298e52f617383efc175b71ddc"/>
            <o:lock v:ext="edit" aspectratio="t"/>
            <w10:wrap type="none"/>
            <w10:anchorlock/>
          </v:shape>
        </w:pict>
      </w:r>
      <w:r>
        <w:rPr>
          <w:rFonts w:ascii="宋体" w:hAnsi="宋体" w:eastAsia="宋体" w:cs="宋体"/>
          <w:color w:val="000000"/>
        </w:rPr>
        <w:t>关于原点对称．</w:t>
      </w:r>
    </w:p>
    <w:p>
      <w:pPr>
        <w:spacing w:line="360" w:lineRule="auto"/>
        <w:jc w:val="left"/>
        <w:textAlignment w:val="center"/>
        <w:rPr>
          <w:color w:val="000000"/>
        </w:rPr>
      </w:pPr>
      <w:r>
        <w:rPr>
          <w:rFonts w:ascii="宋体" w:hAnsi="宋体" w:eastAsia="宋体" w:cs="宋体"/>
          <w:color w:val="000000"/>
        </w:rPr>
        <w:t>∴</w:t>
      </w:r>
      <w:r>
        <w:pict>
          <v:shape id="_x0000_i719425"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427" o:title="eqId9b9cb8e6ff801523b0304576cd69fd2d"/>
            <o:lock v:ext="edit" aspectratio="t"/>
            <w10:wrap type="none"/>
            <w10:anchorlock/>
          </v:shape>
        </w:pict>
      </w:r>
      <w:r>
        <w:rPr>
          <w:color w:val="000000"/>
        </w:rPr>
        <w:t>表</w:t>
      </w:r>
      <w:r>
        <w:rPr>
          <w:rFonts w:ascii="宋体" w:hAnsi="宋体" w:eastAsia="宋体" w:cs="宋体"/>
          <w:color w:val="000000"/>
        </w:rPr>
        <w:t>示的数是</w:t>
      </w:r>
      <w:r>
        <w:pict>
          <v:shape id="_x0000_i719426"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4428" o:title="eqId56d266a04f3dc7483eddbc26c5e487d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27" o:spt="75" alt="学科网(www.zxxk.com)--教育资源门户，提供试卷、教案、课件、论文、素材以及各类教学资源下载，还有大量而丰富的教学相关资讯！" type="#_x0000_t75" style="height:60pt;width:92.25pt;" o:ole="t" filled="f" o:preferrelative="t" stroked="f" coordsize="21600,21600">
            <v:path/>
            <v:fill on="f" focussize="0,0"/>
            <v:stroke on="f" joinstyle="miter"/>
            <v:imagedata r:id="rId4429" o:title="eqIdfdf3a794aa897ef11ee23de64746b9c8"/>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故答案是</w:t>
      </w:r>
      <w:r>
        <w:pict>
          <v:shape id="_x0000_i719428"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430" o:title="eqId4dac452fbb5ef6dd653e7fbbef6394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19429"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4431" o:title="eqId797e67927616b141ed7c6b83f8b6f4fb"/>
            <o:lock v:ext="edit" aspectratio="t"/>
            <w10:wrap type="none"/>
            <w10:anchorlock/>
          </v:shape>
        </w:pict>
      </w:r>
      <w:r>
        <w:rPr>
          <w:rFonts w:ascii="宋体" w:hAnsi="宋体" w:eastAsia="宋体" w:cs="宋体"/>
          <w:color w:val="000000"/>
        </w:rPr>
        <w:t>表示的数大约是</w:t>
      </w:r>
      <w:r>
        <w:pict>
          <v:shape id="_x0000_i719430"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4432" o:title="eqId33416936750a9caf9e877f02c3ad6b0e"/>
            <o:lock v:ext="edit" aspectratio="t"/>
            <w10:wrap type="none"/>
            <w10:anchorlock/>
          </v:shape>
        </w:pic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9431" o:spt="75" alt="学科网(www.zxxk.com)--教育资源门户，提供试卷、教案、课件、论文、素材以及各类教学资源下载，还有大量而丰富的教学相关资讯！" type="#_x0000_t75" style="height:60pt;width:104.25pt;" o:ole="t" filled="f" o:preferrelative="t" stroked="f" coordsize="21600,21600">
            <v:path/>
            <v:fill on="f" focussize="0,0"/>
            <v:stroke on="f" joinstyle="miter"/>
            <v:imagedata r:id="rId4433" o:title="eqIdf917bc34e0794d376b3c2931e9ef9427"/>
            <o:lock v:ext="edit" aspectratio="t"/>
            <w10:wrap type="none"/>
            <w10:anchorlock/>
          </v:shape>
        </w:pict>
      </w:r>
      <w:r>
        <w:rPr>
          <w:rFonts w:ascii="宋体" w:hAnsi="宋体" w:eastAsia="宋体" w:cs="宋体"/>
          <w:color w:val="000000"/>
        </w:rPr>
        <w:t>，</w:t>
      </w:r>
      <w:r>
        <w:pict>
          <v:shape id="_x0000_i719432" o:spt="75" alt="学科网(www.zxxk.com)--教育资源门户，提供试卷、教案、课件、论文、素材以及各类教学资源下载，还有大量而丰富的教学相关资讯！" type="#_x0000_t75" style="height:60pt;width:104.25pt;" o:ole="t" filled="f" o:preferrelative="t" stroked="f" coordsize="21600,21600">
            <v:path/>
            <v:fill on="f" focussize="0,0"/>
            <v:stroke on="f" joinstyle="miter"/>
            <v:imagedata r:id="rId4434" o:title="eqId054d6bdacaca44fccafbdcb5ac3a5d97"/>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433" o:spt="75" alt="学科网(www.zxxk.com)--教育资源门户，提供试卷、教案、课件、论文、素材以及各类教学资源下载，还有大量而丰富的教学相关资讯！" type="#_x0000_t75" style="height:21pt;width:12.75pt;" o:ole="t" filled="f" o:preferrelative="t" stroked="f" coordsize="21600,21600">
            <v:path/>
            <v:fill on="f" focussize="0,0"/>
            <v:stroke on="f" joinstyle="miter"/>
            <v:imagedata r:id="rId4435" o:title="eqIde7a377741f86d4fe53c85e711ae10179"/>
            <o:lock v:ext="edit" aspectratio="t"/>
            <w10:wrap type="none"/>
            <w10:anchorlock/>
          </v:shape>
        </w:pict>
      </w:r>
      <w:r>
        <w:rPr>
          <w:rFonts w:ascii="宋体" w:hAnsi="宋体" w:eastAsia="宋体" w:cs="宋体"/>
          <w:color w:val="000000"/>
        </w:rPr>
        <w:t>＜</w:t>
      </w:r>
      <w:r>
        <w:pict>
          <v:shape id="_x0000_i719434"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36" o:title="eqIdb5731fe3705707637af64b9ca32bb453"/>
            <o:lock v:ext="edit" aspectratio="t"/>
            <w10:wrap type="none"/>
            <w10:anchorlock/>
          </v:shape>
        </w:pict>
      </w:r>
      <w:r>
        <w:rPr>
          <w:rFonts w:ascii="宋体" w:hAnsi="宋体" w:eastAsia="宋体" w:cs="宋体"/>
          <w:color w:val="000000"/>
        </w:rPr>
        <w:t>＜</w:t>
      </w:r>
      <w:r>
        <w:pict>
          <v:shape id="_x0000_i719435"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37" o:title="eqIdf44392a12f88814f6f38e296b7706d67"/>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故答案是</w:t>
      </w:r>
      <w:r>
        <w:pict>
          <v:shape id="_x0000_i719436" o:spt="75" alt="学科网(www.zxxk.com)--教育资源门户，提供试卷、教案、课件、论文、素材以及各类教学资源下载，还有大量而丰富的教学相关资讯！" type="#_x0000_t75" style="height:21pt;width:12.75pt;" o:ole="t" filled="f" o:preferrelative="t" stroked="f" coordsize="21600,21600">
            <v:path/>
            <v:fill on="f" focussize="0,0"/>
            <v:stroke on="f" joinstyle="miter"/>
            <v:imagedata r:id="rId4438" o:title="eqIde7a377741f86d4fe53c85e711ae10179"/>
            <o:lock v:ext="edit" aspectratio="t"/>
            <w10:wrap type="none"/>
            <w10:anchorlock/>
          </v:shape>
        </w:pict>
      </w:r>
      <w:r>
        <w:rPr>
          <w:rFonts w:ascii="宋体" w:hAnsi="宋体" w:eastAsia="宋体" w:cs="宋体"/>
          <w:color w:val="000000"/>
        </w:rPr>
        <w:t>＜</w:t>
      </w:r>
      <w:r>
        <w:pict>
          <v:shape id="_x0000_i719437"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39" o:title="eqIdb5731fe3705707637af64b9ca32bb453"/>
            <o:lock v:ext="edit" aspectratio="t"/>
            <w10:wrap type="none"/>
            <w10:anchorlock/>
          </v:shape>
        </w:pict>
      </w:r>
      <w:r>
        <w:rPr>
          <w:rFonts w:ascii="宋体" w:hAnsi="宋体" w:eastAsia="宋体" w:cs="宋体"/>
          <w:color w:val="000000"/>
        </w:rPr>
        <w:t>＜</w:t>
      </w:r>
      <w:r>
        <w:pict>
          <v:shape id="_x0000_i719438"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40" o:title="eqIdf44392a12f88814f6f38e296b7706d6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pict>
          <v:shape id="_x0000_i719439" o:spt="75" alt="学科网(www.zxxk.com)--教育资源门户，提供试卷、教案、课件、论文、素材以及各类教学资源下载，还有大量而丰富的教学相关资讯！" type="#_x0000_t75" style="height:30.75pt;width:60pt;" o:ole="t" filled="f" o:preferrelative="t" stroked="f" coordsize="21600,21600">
            <v:path/>
            <v:fill on="f" focussize="0,0"/>
            <v:stroke on="f" joinstyle="miter"/>
            <v:imagedata r:id="rId4441" o:title="eqId7e1e463262ccfcc5ad0daa771636162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表示的数是</w:t>
      </w:r>
      <w:r>
        <w:pict>
          <v:shape id="_x0000_i719440"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442" o:title="eqId4dac452fbb5ef6dd653e7fbbef639484"/>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w:t>
      </w:r>
      <w:r>
        <w:pict>
          <v:shape id="_x0000_i719441"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442" o:title="eqId4dac452fbb5ef6dd653e7fbbef639484"/>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442" o:spt="75" alt="学科网(www.zxxk.com)--教育资源门户，提供试卷、教案、课件、论文、素材以及各类教学资源下载，还有大量而丰富的教学相关资讯！" type="#_x0000_t75" style="height:60pt;width:105pt;" o:ole="t" filled="f" o:preferrelative="t" stroked="f" coordsize="21600,21600">
            <v:path/>
            <v:fill on="f" focussize="0,0"/>
            <v:stroke on="f" joinstyle="miter"/>
            <v:imagedata r:id="rId4443" o:title="eqId50c06a1c2b2aa4375c71af0304d28f38"/>
            <o:lock v:ext="edit" aspectratio="t"/>
            <w10:wrap type="none"/>
            <w10:anchorlock/>
          </v:shape>
        </w:pict>
      </w:r>
      <w:r>
        <w:rPr>
          <w:rFonts w:ascii="宋体" w:hAnsi="宋体" w:eastAsia="宋体" w:cs="宋体"/>
          <w:color w:val="000000"/>
        </w:rPr>
        <w:t>或</w:t>
      </w:r>
      <w:r>
        <w:pict>
          <v:shape id="_x0000_i719443" o:spt="75" alt="学科网(www.zxxk.com)--教育资源门户，提供试卷、教案、课件、论文、素材以及各类教学资源下载，还有大量而丰富的教学相关资讯！" type="#_x0000_t75" style="height:60pt;width:105pt;" o:ole="t" filled="f" o:preferrelative="t" stroked="f" coordsize="21600,21600">
            <v:path/>
            <v:fill on="f" focussize="0,0"/>
            <v:stroke on="f" joinstyle="miter"/>
            <v:imagedata r:id="rId4444" o:title="eqIdeb1085bda9961f77790a6097e175b1b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表示有理数，</w:t>
      </w:r>
      <w:r>
        <w:pict>
          <v:shape id="_x0000_i719444"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45" o:title="eqId990fc4a0fb2329548407dba6a40831f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且为整数</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PO</w:t>
      </w:r>
      <w:r>
        <w:rPr>
          <w:rFonts w:ascii="宋体" w:hAnsi="宋体" w:eastAsia="宋体" w:cs="宋体"/>
          <w:color w:val="000000"/>
        </w:rPr>
        <w:t>＞</w:t>
      </w:r>
      <w:r>
        <w:rPr>
          <w:rFonts w:ascii="Times New Roman" w:hAnsi="Times New Roman" w:eastAsia="Times New Roman" w:cs="Times New Roman"/>
          <w:i/>
          <w:color w:val="000000"/>
        </w:rPr>
        <w:t>PA</w:t>
      </w:r>
      <w:r>
        <w:rPr>
          <w:rFonts w:ascii="宋体" w:hAnsi="宋体" w:eastAsia="宋体" w:cs="宋体"/>
          <w:color w:val="000000"/>
        </w:rPr>
        <w:t>且</w:t>
      </w:r>
      <w:r>
        <w:rPr>
          <w:rFonts w:ascii="Times New Roman" w:hAnsi="Times New Roman" w:eastAsia="Times New Roman" w:cs="Times New Roman"/>
          <w:i/>
          <w:color w:val="000000"/>
        </w:rPr>
        <w:t>PO</w:t>
      </w:r>
      <w:r>
        <w:rPr>
          <w:rFonts w:ascii="宋体" w:hAnsi="宋体" w:eastAsia="宋体" w:cs="宋体"/>
          <w:color w:val="000000"/>
        </w:rPr>
        <w:t>为</w:t>
      </w:r>
      <w:r>
        <w:rPr>
          <w:rFonts w:ascii="Times New Roman" w:hAnsi="Times New Roman" w:eastAsia="Times New Roman" w:cs="Times New Roman"/>
          <w:i/>
          <w:color w:val="000000"/>
        </w:rPr>
        <w:t>PA</w:t>
      </w:r>
      <w:r>
        <w:rPr>
          <w:rFonts w:ascii="宋体" w:hAnsi="宋体" w:eastAsia="宋体" w:cs="宋体"/>
          <w:color w:val="000000"/>
        </w:rPr>
        <w:t>的整数倍</w:t>
      </w:r>
    </w:p>
    <w:p>
      <w:pPr>
        <w:spacing w:line="360" w:lineRule="auto"/>
        <w:jc w:val="left"/>
        <w:textAlignment w:val="center"/>
        <w:rPr>
          <w:color w:val="000000"/>
        </w:rPr>
      </w:pPr>
      <w:r>
        <w:rPr>
          <w:rFonts w:ascii="宋体" w:hAnsi="宋体" w:eastAsia="宋体" w:cs="宋体"/>
          <w:color w:val="000000"/>
        </w:rPr>
        <w:t>由题意可得，当</w:t>
      </w:r>
      <w:r>
        <w:rPr>
          <w:rFonts w:ascii="Times New Roman" w:hAnsi="Times New Roman" w:eastAsia="Times New Roman" w:cs="Times New Roman"/>
          <w:i/>
          <w:color w:val="000000"/>
        </w:rPr>
        <w:t>P</w:t>
      </w:r>
      <w:r>
        <w:rPr>
          <w:rFonts w:ascii="宋体" w:hAnsi="宋体" w:eastAsia="宋体" w:cs="宋体"/>
          <w:color w:val="000000"/>
        </w:rPr>
        <w:t>为</w:t>
      </w:r>
      <w:r>
        <w:rPr>
          <w:rFonts w:ascii="Times New Roman" w:hAnsi="Times New Roman" w:eastAsia="Times New Roman" w:cs="Times New Roman"/>
          <w:i/>
          <w:color w:val="000000"/>
        </w:rPr>
        <w:t>OA</w:t>
      </w:r>
      <w:r>
        <w:rPr>
          <w:rFonts w:ascii="宋体" w:hAnsi="宋体" w:eastAsia="宋体" w:cs="宋体"/>
          <w:color w:val="000000"/>
        </w:rPr>
        <w:t>中点时，则</w:t>
      </w:r>
      <w:r>
        <w:pict>
          <v:shape id="_x0000_i719445"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46" o:title="eqId990fc4a0fb2329548407dba6a40831f3"/>
            <o:lock v:ext="edit" aspectratio="t"/>
            <w10:wrap type="none"/>
            <w10:anchorlock/>
          </v:shape>
        </w:pict>
      </w:r>
      <w:r>
        <w:rPr>
          <w:rFonts w:ascii="Times New Roman" w:hAnsi="Times New Roman" w:eastAsia="Times New Roman" w:cs="Times New Roman"/>
          <w:color w:val="000000"/>
        </w:rPr>
        <w:t>=1</w:t>
      </w:r>
      <w:r>
        <w:rPr>
          <w:rFonts w:ascii="宋体" w:hAnsi="宋体" w:eastAsia="宋体" w:cs="宋体"/>
          <w:color w:val="000000"/>
        </w:rPr>
        <w:t>，此时为最小正整数且</w:t>
      </w:r>
      <w:r>
        <w:rPr>
          <w:rFonts w:ascii="Times New Roman" w:hAnsi="Times New Roman" w:eastAsia="Times New Roman" w:cs="Times New Roman"/>
          <w:i/>
          <w:color w:val="000000"/>
        </w:rPr>
        <w:t>P</w:t>
      </w:r>
      <w:r>
        <w:rPr>
          <w:rFonts w:ascii="宋体" w:hAnsi="宋体" w:eastAsia="宋体" w:cs="宋体"/>
          <w:color w:val="000000"/>
        </w:rPr>
        <w:t>表示</w:t>
      </w:r>
      <w:r>
        <w:pict>
          <v:shape id="_x0000_i719446"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4447" o:title="eqIdf89eef3148f2d4d09379767b4af6913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447"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48" o:title="eqId990fc4a0fb2329548407dba6a40831f3"/>
            <o:lock v:ext="edit" aspectratio="t"/>
            <w10:wrap type="none"/>
            <w10:anchorlock/>
          </v:shape>
        </w:pict>
      </w:r>
      <w:r>
        <w:rPr>
          <w:rFonts w:ascii="Times New Roman" w:hAnsi="Times New Roman" w:eastAsia="Times New Roman" w:cs="Times New Roman"/>
          <w:color w:val="000000"/>
        </w:rPr>
        <w:t>=2</w:t>
      </w:r>
      <w:r>
        <w:rPr>
          <w:rFonts w:ascii="宋体" w:hAnsi="宋体" w:eastAsia="宋体" w:cs="宋体"/>
          <w:color w:val="000000"/>
        </w:rPr>
        <w:t>，即</w:t>
      </w:r>
      <w:r>
        <w:rPr>
          <w:rFonts w:ascii="Times New Roman" w:hAnsi="Times New Roman" w:eastAsia="Times New Roman" w:cs="Times New Roman"/>
          <w:i/>
          <w:color w:val="000000"/>
        </w:rPr>
        <w:t>PO</w:t>
      </w:r>
      <w:r>
        <w:rPr>
          <w:rFonts w:ascii="Times New Roman" w:hAnsi="Times New Roman" w:eastAsia="Times New Roman" w:cs="Times New Roman"/>
          <w:color w:val="000000"/>
        </w:rPr>
        <w:t>=2</w:t>
      </w:r>
      <w:r>
        <w:rPr>
          <w:rFonts w:ascii="Times New Roman" w:hAnsi="Times New Roman" w:eastAsia="Times New Roman" w:cs="Times New Roman"/>
          <w:i/>
          <w:color w:val="000000"/>
        </w:rPr>
        <w:t>PA</w:t>
      </w:r>
      <w:r>
        <w:rPr>
          <w:rFonts w:ascii="Times New Roman" w:hAnsi="Times New Roman" w:eastAsia="Times New Roman" w:cs="Times New Roman"/>
          <w:color w:val="000000"/>
        </w:rPr>
        <w:t>,</w:t>
      </w:r>
      <w:r>
        <w:rPr>
          <w:rFonts w:ascii="宋体" w:hAnsi="宋体" w:eastAsia="宋体" w:cs="宋体"/>
          <w:color w:val="000000"/>
        </w:rPr>
        <w:t>此时</w:t>
      </w:r>
      <w:r>
        <w:rPr>
          <w:rFonts w:ascii="Times New Roman" w:hAnsi="Times New Roman" w:eastAsia="Times New Roman" w:cs="Times New Roman"/>
          <w:i/>
          <w:color w:val="000000"/>
        </w:rPr>
        <w:t>P</w:t>
      </w:r>
      <w:r>
        <w:rPr>
          <w:rFonts w:ascii="宋体" w:hAnsi="宋体" w:eastAsia="宋体" w:cs="宋体"/>
          <w:color w:val="000000"/>
        </w:rPr>
        <w:t>表示</w:t>
      </w:r>
      <w:r>
        <w:pict>
          <v:shape id="_x0000_i719448"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4449" o:title="eqIdbf31876698721a199c7c53c6b320aa86"/>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449"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50" o:title="eqId990fc4a0fb2329548407dba6a40831f3"/>
            <o:lock v:ext="edit" aspectratio="t"/>
            <w10:wrap type="none"/>
            <w10:anchorlock/>
          </v:shape>
        </w:pict>
      </w:r>
      <w:r>
        <w:rPr>
          <w:rFonts w:ascii="Times New Roman" w:hAnsi="Times New Roman" w:eastAsia="Times New Roman" w:cs="Times New Roman"/>
          <w:color w:val="000000"/>
        </w:rPr>
        <w:t>=3</w:t>
      </w:r>
      <w:r>
        <w:rPr>
          <w:rFonts w:ascii="宋体" w:hAnsi="宋体" w:eastAsia="宋体" w:cs="宋体"/>
          <w:color w:val="000000"/>
        </w:rPr>
        <w:t>，即</w:t>
      </w:r>
      <w:r>
        <w:rPr>
          <w:rFonts w:ascii="Times New Roman" w:hAnsi="Times New Roman" w:eastAsia="Times New Roman" w:cs="Times New Roman"/>
          <w:i/>
          <w:color w:val="000000"/>
        </w:rPr>
        <w:t>PO</w:t>
      </w:r>
      <w:r>
        <w:rPr>
          <w:rFonts w:ascii="Times New Roman" w:hAnsi="Times New Roman" w:eastAsia="Times New Roman" w:cs="Times New Roman"/>
          <w:color w:val="000000"/>
        </w:rPr>
        <w:t>=3</w:t>
      </w:r>
      <w:r>
        <w:rPr>
          <w:rFonts w:ascii="Times New Roman" w:hAnsi="Times New Roman" w:eastAsia="Times New Roman" w:cs="Times New Roman"/>
          <w:i/>
          <w:color w:val="000000"/>
        </w:rPr>
        <w:t>PA</w:t>
      </w:r>
      <w:r>
        <w:rPr>
          <w:rFonts w:ascii="Times New Roman" w:hAnsi="Times New Roman" w:eastAsia="Times New Roman" w:cs="Times New Roman"/>
          <w:color w:val="000000"/>
        </w:rPr>
        <w:t>,</w:t>
      </w:r>
      <w:r>
        <w:rPr>
          <w:rFonts w:ascii="宋体" w:hAnsi="宋体" w:eastAsia="宋体" w:cs="宋体"/>
          <w:color w:val="000000"/>
        </w:rPr>
        <w:t>此时</w:t>
      </w:r>
      <w:r>
        <w:rPr>
          <w:rFonts w:ascii="Times New Roman" w:hAnsi="Times New Roman" w:eastAsia="Times New Roman" w:cs="Times New Roman"/>
          <w:i/>
          <w:color w:val="000000"/>
        </w:rPr>
        <w:t>P</w:t>
      </w:r>
      <w:r>
        <w:rPr>
          <w:rFonts w:ascii="宋体" w:hAnsi="宋体" w:eastAsia="宋体" w:cs="宋体"/>
          <w:color w:val="000000"/>
        </w:rPr>
        <w:t>表示</w:t>
      </w:r>
      <w:r>
        <w:pict>
          <v:shape id="_x0000_i719450" o:spt="75" alt="学科网(www.zxxk.com)--教育资源门户，提供试卷、教案、课件、论文、素材以及各类教学资源下载，还有大量而丰富的教学相关资讯！" type="#_x0000_t75" style="height:30.45pt;width:11.75pt;" o:ole="t" filled="f" o:preferrelative="t" stroked="f" coordsize="21600,21600">
            <v:path/>
            <v:fill on="f" focussize="0,0"/>
            <v:stroke on="f" joinstyle="miter"/>
            <v:imagedata r:id="rId4451" o:title="eqId8b2a698891d42c70b597f0da4f215f09"/>
            <o:lock v:ext="edit" aspectratio="t"/>
            <w10:wrap type="none"/>
            <w10:anchorlock/>
          </v:shape>
        </w:pict>
      </w:r>
      <w:r>
        <w:rPr>
          <w:rFonts w:ascii="宋体" w:hAnsi="宋体" w:eastAsia="宋体" w:cs="宋体"/>
          <w:color w:val="000000"/>
        </w:rPr>
        <w:t>或</w:t>
      </w:r>
      <w:r>
        <w:pict>
          <v:shape id="_x0000_i719451"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4452" o:title="eqIda4b8503f4706b8321e4e79a87eadea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当</w:t>
      </w:r>
      <w:r>
        <w:pict>
          <v:shape id="_x0000_i719452" o:spt="75" alt="学科网(www.zxxk.com)--教育资源门户，提供试卷、教案、课件、论文、素材以及各类教学资源下载，还有大量而丰富的教学相关资讯！" type="#_x0000_t75" style="height:21pt;width:14.25pt;" o:ole="t" filled="f" o:preferrelative="t" stroked="f" coordsize="21600,21600">
            <v:path/>
            <v:fill on="f" focussize="0,0"/>
            <v:stroke on="f" joinstyle="miter"/>
            <v:imagedata r:id="rId4453" o:title="eqId990fc4a0fb2329548407dba6a40831f3"/>
            <o:lock v:ext="edit" aspectratio="t"/>
            <w10:wrap type="none"/>
            <w10:anchorlock/>
          </v:shape>
        </w:pict>
      </w:r>
      <w:r>
        <w:rPr>
          <w:rFonts w:ascii="Times New Roman" w:hAnsi="Times New Roman" w:eastAsia="Times New Roman" w:cs="Times New Roman"/>
          <w:color w:val="000000"/>
        </w:rPr>
        <w:t>=99</w:t>
      </w:r>
      <w:r>
        <w:rPr>
          <w:rFonts w:ascii="宋体" w:hAnsi="宋体" w:eastAsia="宋体" w:cs="宋体"/>
          <w:color w:val="000000"/>
        </w:rPr>
        <w:t>，即</w:t>
      </w:r>
      <w:r>
        <w:rPr>
          <w:rFonts w:ascii="Times New Roman" w:hAnsi="Times New Roman" w:eastAsia="Times New Roman" w:cs="Times New Roman"/>
          <w:i/>
          <w:color w:val="000000"/>
        </w:rPr>
        <w:t>PO</w:t>
      </w:r>
      <w:r>
        <w:rPr>
          <w:rFonts w:ascii="Times New Roman" w:hAnsi="Times New Roman" w:eastAsia="Times New Roman" w:cs="Times New Roman"/>
          <w:color w:val="000000"/>
        </w:rPr>
        <w:t>=3</w:t>
      </w:r>
      <w:r>
        <w:rPr>
          <w:rFonts w:ascii="Times New Roman" w:hAnsi="Times New Roman" w:eastAsia="Times New Roman" w:cs="Times New Roman"/>
          <w:i/>
          <w:color w:val="000000"/>
        </w:rPr>
        <w:t>PA</w:t>
      </w:r>
      <w:r>
        <w:rPr>
          <w:rFonts w:ascii="Times New Roman" w:hAnsi="Times New Roman" w:eastAsia="Times New Roman" w:cs="Times New Roman"/>
          <w:color w:val="000000"/>
        </w:rPr>
        <w:t>,</w:t>
      </w:r>
      <w:r>
        <w:rPr>
          <w:rFonts w:ascii="宋体" w:hAnsi="宋体" w:eastAsia="宋体" w:cs="宋体"/>
          <w:color w:val="000000"/>
        </w:rPr>
        <w:t>此时</w:t>
      </w:r>
      <w:r>
        <w:rPr>
          <w:rFonts w:ascii="Times New Roman" w:hAnsi="Times New Roman" w:eastAsia="Times New Roman" w:cs="Times New Roman"/>
          <w:i/>
          <w:color w:val="000000"/>
        </w:rPr>
        <w:t>P</w:t>
      </w:r>
      <w:r>
        <w:rPr>
          <w:rFonts w:ascii="宋体" w:hAnsi="宋体" w:eastAsia="宋体" w:cs="宋体"/>
          <w:color w:val="000000"/>
        </w:rPr>
        <w:t>表示</w:t>
      </w:r>
      <w:r>
        <w:pict>
          <v:shape id="_x0000_i719453"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4454" o:title="eqId56a59fbd6812a044c767944dd833a704"/>
            <o:lock v:ext="edit" aspectratio="t"/>
            <w10:wrap type="none"/>
            <w10:anchorlock/>
          </v:shape>
        </w:pict>
      </w:r>
      <w:r>
        <w:rPr>
          <w:rFonts w:ascii="宋体" w:hAnsi="宋体" w:eastAsia="宋体" w:cs="宋体"/>
          <w:color w:val="000000"/>
        </w:rPr>
        <w:t>或</w:t>
      </w:r>
      <w:r>
        <w:pict>
          <v:shape id="_x0000_i719454" o:spt="75" alt="学科网(www.zxxk.com)--教育资源门户，提供试卷、教案、课件、论文、素材以及各类教学资源下载，还有大量而丰富的教学相关资讯！" type="#_x0000_t75" style="height:30.6pt;width:17.4pt;" o:ole="t" filled="f" o:preferrelative="t" stroked="f" coordsize="21600,21600">
            <v:path/>
            <v:fill on="f" focussize="0,0"/>
            <v:stroke on="f" joinstyle="miter"/>
            <v:imagedata r:id="rId4455" o:title="eqId769d6d1d45de64f3fccee37768b06b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∴所有满足条件的</w:t>
      </w:r>
      <w:r>
        <w:rPr>
          <w:rFonts w:ascii="Times New Roman" w:hAnsi="Times New Roman" w:eastAsia="Times New Roman" w:cs="Times New Roman"/>
          <w:i/>
          <w:color w:val="000000"/>
        </w:rPr>
        <w:t>p</w:t>
      </w:r>
      <w:r>
        <w:rPr>
          <w:rFonts w:ascii="宋体" w:hAnsi="宋体" w:eastAsia="宋体" w:cs="宋体"/>
          <w:color w:val="000000"/>
        </w:rPr>
        <w:t>的倒数之和为：</w:t>
      </w:r>
    </w:p>
    <w:p>
      <w:pPr>
        <w:spacing w:line="360" w:lineRule="auto"/>
        <w:jc w:val="left"/>
        <w:textAlignment w:val="center"/>
        <w:rPr>
          <w:color w:val="000000"/>
        </w:rPr>
      </w:pPr>
      <w:r>
        <w:pict>
          <v:shape id="_x0000_i719455" o:spt="75" alt="学科网(www.zxxk.com)--教育资源门户，提供试卷、教案、课件、论文、素材以及各类教学资源下载，还有大量而丰富的教学相关资讯！" type="#_x0000_t75" style="height:30.75pt;width:180pt;" o:ole="t" filled="f" o:preferrelative="t" stroked="f" coordsize="21600,21600">
            <v:path/>
            <v:fill on="f" focussize="0,0"/>
            <v:stroke on="f" joinstyle="miter"/>
            <v:imagedata r:id="rId4456" o:title="eqIdca9a0d3804595fbc18ad16b798a49315"/>
            <o:lock v:ext="edit" aspectratio="t"/>
            <w10:wrap type="none"/>
            <w10:anchorlock/>
          </v:shape>
        </w:pic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19456" o:spt="75" alt="学科网(www.zxxk.com)--教育资源门户，提供试卷、教案、课件、论文、素材以及各类教学资源下载，还有大量而丰富的教学相关资讯！" type="#_x0000_t75" style="height:33.75pt;width:194.25pt;" o:ole="t" filled="f" o:preferrelative="t" stroked="f" coordsize="21600,21600">
            <v:path/>
            <v:fill on="f" focussize="0,0"/>
            <v:stroke on="f" joinstyle="miter"/>
            <v:imagedata r:id="rId4457" o:title="eqIde14da63447f05556ce5a7b46d0a729fb"/>
            <o:lock v:ext="edit" aspectratio="t"/>
            <w10:wrap type="none"/>
            <w10:anchorlock/>
          </v:shape>
        </w:pict>
      </w:r>
    </w:p>
    <w:p>
      <w:pPr>
        <w:spacing w:line="360" w:lineRule="auto"/>
        <w:jc w:val="left"/>
        <w:textAlignment w:val="center"/>
        <w:rPr>
          <w:color w:val="000000"/>
        </w:rPr>
      </w:pPr>
      <w:r>
        <w:rPr>
          <w:rFonts w:ascii="Times New Roman" w:hAnsi="Times New Roman" w:eastAsia="Times New Roman" w:cs="Times New Roman"/>
          <w:color w:val="000000"/>
        </w:rPr>
        <w:t>=2+98×2</w:t>
      </w:r>
    </w:p>
    <w:p>
      <w:pPr>
        <w:spacing w:line="360" w:lineRule="auto"/>
        <w:jc w:val="left"/>
        <w:textAlignment w:val="center"/>
        <w:rPr>
          <w:color w:val="000000"/>
        </w:rPr>
      </w:pPr>
      <w:r>
        <w:rPr>
          <w:rFonts w:ascii="Times New Roman" w:hAnsi="Times New Roman" w:eastAsia="Times New Roman" w:cs="Times New Roman"/>
          <w:color w:val="000000"/>
        </w:rPr>
        <w:t>=198</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故答案是</w:t>
      </w:r>
      <w:r>
        <w:rPr>
          <w:rFonts w:ascii="Times New Roman" w:hAnsi="Times New Roman" w:eastAsia="Times New Roman" w:cs="Times New Roman"/>
          <w:color w:val="000000"/>
        </w:rPr>
        <w:t>198</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本题主要考查了数轴上两点间的距离以及有理数的混合运算等知识点，理解题意、确定各点所表示的数成为解答本题的关键．</w:t>
      </w:r>
    </w:p>
    <w:p>
      <w:pPr>
        <w:pStyle w:val="Heading2"/>
      </w:pPr>
      <w:r>
        <w:t>大兴区</w:t>
      </w:r>
    </w:p>
    <w:p>
      <w:pPr>
        <w:spacing w:line="360" w:lineRule="auto"/>
        <w:jc w:val="left"/>
        <w:textAlignment w:val="center"/>
        <w:rPr>
          <w:color w:val="000000"/>
        </w:rPr>
      </w:pPr>
      <w:r>
        <w:rPr>
          <w:color w:val="000000"/>
        </w:rPr>
        <w:t xml:space="preserve">27. </w:t>
      </w:r>
      <w:r>
        <w:rPr>
          <w:rFonts w:ascii="宋体" w:hAnsi="宋体" w:eastAsia="宋体" w:cs="宋体"/>
          <w:color w:val="000000"/>
        </w:rPr>
        <w:t>如图，</w:t>
      </w:r>
      <w:r>
        <w:pict>
          <v:shape id="_x0000_i719457" o:spt="75" alt="学科网(www.zxxk.com)--教育资源门户，提供试卷、教案、课件、论文、素材以及各类教学资源下载，还有大量而丰富的教学相关资讯！" type="#_x0000_t75" style="height:13.8pt;width:213pt;" o:ole="t" filled="f" o:preferrelative="t" stroked="f" coordsize="21600,21600">
            <v:path/>
            <v:fill on="f" focussize="0,0"/>
            <v:stroke on="f" joinstyle="miter"/>
            <v:imagedata r:id="rId4458" o:title="eqId19ed0df6a923ea56062413613afc4df6"/>
            <o:lock v:ext="edit" aspectratio="t"/>
            <w10:wrap type="none"/>
            <w10:anchorlock/>
          </v:shape>
        </w:pict>
      </w:r>
      <w:r>
        <w:rPr>
          <w:rFonts w:ascii="宋体" w:hAnsi="宋体" w:eastAsia="宋体" w:cs="宋体"/>
          <w:color w:val="000000"/>
        </w:rPr>
        <w:t>，射线</w:t>
      </w:r>
      <w:r>
        <w:pict>
          <v:shape id="_x0000_i719458"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4459" o:title="eqIdabd13974aebe38eb2a1d744a01ea5aa5"/>
            <o:lock v:ext="edit" aspectratio="t"/>
            <w10:wrap type="none"/>
            <w10:anchorlock/>
          </v:shape>
        </w:pict>
      </w:r>
      <w:r>
        <w:rPr>
          <w:rFonts w:ascii="宋体" w:hAnsi="宋体" w:eastAsia="宋体" w:cs="宋体"/>
          <w:color w:val="000000"/>
        </w:rPr>
        <w:t>在</w:t>
      </w:r>
      <w:r>
        <w:pict>
          <v:shape id="_x0000_i71945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460" o:title="eqIdd22df2977de56cc69be0c1e847653d7a"/>
            <o:lock v:ext="edit" aspectratio="t"/>
            <w10:wrap type="none"/>
            <w10:anchorlock/>
          </v:shape>
        </w:pict>
      </w:r>
      <w:r>
        <w:rPr>
          <w:rFonts w:ascii="宋体" w:hAnsi="宋体" w:eastAsia="宋体" w:cs="宋体"/>
          <w:color w:val="000000"/>
        </w:rPr>
        <w:t>内，</w:t>
      </w:r>
      <w:r>
        <w:pict>
          <v:shape id="_x0000_i719460" o:spt="75" alt="学科网(www.zxxk.com)--教育资源门户，提供试卷、教案、课件、论文、素材以及各类教学资源下载，还有大量而丰富的教学相关资讯！" type="#_x0000_t75" style="height:13.8pt;width:88.2pt;" o:ole="t" filled="f" o:preferrelative="t" stroked="f" coordsize="21600,21600">
            <v:path/>
            <v:fill on="f" focussize="0,0"/>
            <v:stroke on="f" joinstyle="miter"/>
            <v:imagedata r:id="rId4461" o:title="eqId431818b50211817293af2a6e15e1489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28950" cy="1190625"/>
            <wp:effectExtent l="0" t="0" r="0" b="0"/>
            <wp:docPr id="3839"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0" name="图片 100023" descr="学科网(www.zxxk.com)--教育资源门户，提供试卷、教案、课件、论文、素材以及各类教学资源下载，还有大量而丰富的教学相关资讯！"/>
                    <pic:cNvPicPr>
                      <a:picLocks noChangeAspect="1"/>
                    </pic:cNvPicPr>
                  </pic:nvPicPr>
                  <pic:blipFill>
                    <a:blip r:embed="rId4462"/>
                    <a:stretch>
                      <a:fillRect/>
                    </a:stretch>
                  </pic:blipFill>
                  <pic:spPr>
                    <a:xfrm>
                      <a:off x="0" y="0"/>
                      <a:ext cx="3028950" cy="1190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19461"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4463" o:title="eqIdc87b351f16728b0023fd63678f8103c7"/>
            <o:lock v:ext="edit" aspectratio="t"/>
            <w10:wrap type="none"/>
            <w10:anchorlock/>
          </v:shape>
        </w:pict>
      </w:r>
      <w:r>
        <w:rPr>
          <w:rFonts w:ascii="宋体" w:hAnsi="宋体" w:eastAsia="宋体" w:cs="宋体"/>
          <w:color w:val="000000"/>
        </w:rPr>
        <w:t>时，请用量角器在图</w:t>
      </w:r>
      <w:r>
        <w:rPr>
          <w:rFonts w:ascii="Times New Roman" w:hAnsi="Times New Roman" w:eastAsia="Times New Roman" w:cs="Times New Roman"/>
          <w:color w:val="000000"/>
        </w:rPr>
        <w:t>1</w:t>
      </w:r>
      <w:r>
        <w:rPr>
          <w:rFonts w:ascii="宋体" w:hAnsi="宋体" w:eastAsia="宋体" w:cs="宋体"/>
          <w:color w:val="000000"/>
        </w:rPr>
        <w:t>中画出射线</w:t>
      </w:r>
      <w:r>
        <w:pict>
          <v:shape id="_x0000_i719462"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4464" o:title="eqIdabd13974aebe38eb2a1d744a01ea5aa5"/>
            <o:lock v:ext="edit" aspectratio="t"/>
            <w10:wrap type="none"/>
            <w10:anchorlock/>
          </v:shape>
        </w:pict>
      </w:r>
      <w:r>
        <w:rPr>
          <w:rFonts w:ascii="宋体" w:hAnsi="宋体" w:eastAsia="宋体" w:cs="宋体"/>
          <w:color w:val="000000"/>
        </w:rPr>
        <w:t>，求</w:t>
      </w:r>
      <w:r>
        <w:pict>
          <v:shape id="_x0000_i719463" o:spt="75" alt="学科网(www.zxxk.com)--教育资源门户，提供试卷、教案、课件、论文、素材以及各类教学资源下载，还有大量而丰富的教学相关资讯！" type="#_x0000_t75" style="height:13.5pt;width:38.25pt;" o:ole="t" filled="f" o:preferrelative="t" stroked="f" coordsize="21600,21600">
            <v:path/>
            <v:fill on="f" focussize="0,0"/>
            <v:stroke on="f" joinstyle="miter"/>
            <v:imagedata r:id="rId4465" o:title="eqId05805b7d1de800f3446ea176a9e00b64"/>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当</w:t>
      </w:r>
      <w:r>
        <w:pict>
          <v:shape id="_x0000_i71946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4466" o:title="eqIdcc2d3df37e73a8abea815f37dbb3fff5"/>
            <o:lock v:ext="edit" aspectratio="t"/>
            <w10:wrap type="none"/>
            <w10:anchorlock/>
          </v:shape>
        </w:pict>
      </w:r>
      <w:r>
        <w:rPr>
          <w:rFonts w:ascii="宋体" w:hAnsi="宋体" w:eastAsia="宋体" w:cs="宋体"/>
          <w:color w:val="000000"/>
        </w:rPr>
        <w:t>时，</w:t>
      </w:r>
      <w:r>
        <w:pict>
          <v:shape id="_x0000_i719465" o:spt="75" alt="学科网(www.zxxk.com)--教育资源门户，提供试卷、教案、课件、论文、素材以及各类教学资源下载，还有大量而丰富的教学相关资讯！" type="#_x0000_t75" style="height:15pt;width:18.75pt;" o:ole="t" filled="f" o:preferrelative="t" stroked="f" coordsize="21600,21600">
            <v:path/>
            <v:fill on="f" focussize="0,0"/>
            <v:stroke on="f" joinstyle="miter"/>
            <v:imagedata r:id="rId4467" o:title="eqId9f0009063fe00277645aff1be6e32471"/>
            <o:lock v:ext="edit" aspectratio="t"/>
            <w10:wrap type="none"/>
            <w10:anchorlock/>
          </v:shape>
        </w:pict>
      </w:r>
      <w:r>
        <w:rPr>
          <w:rFonts w:ascii="宋体" w:hAnsi="宋体" w:eastAsia="宋体" w:cs="宋体"/>
          <w:color w:val="000000"/>
        </w:rPr>
        <w:t>平分</w:t>
      </w:r>
      <w:r>
        <w:pict>
          <v:shape id="_x0000_i719466" o:spt="75" alt="学科网(www.zxxk.com)--教育资源门户，提供试卷、教案、课件、论文、素材以及各类教学资源下载，还有大量而丰富的教学相关资讯！" type="#_x0000_t75" style="height:13.5pt;width:38.25pt;" o:ole="t" filled="f" o:preferrelative="t" stroked="f" coordsize="21600,21600">
            <v:path/>
            <v:fill on="f" focussize="0,0"/>
            <v:stroke on="f" joinstyle="miter"/>
            <v:imagedata r:id="rId4468" o:title="eqId05805b7d1de800f3446ea176a9e00b64"/>
            <o:lock v:ext="edit" aspectratio="t"/>
            <w10:wrap type="none"/>
            <w10:anchorlock/>
          </v:shape>
        </w:pict>
      </w:r>
      <w:r>
        <w:rPr>
          <w:rFonts w:ascii="宋体" w:hAnsi="宋体" w:eastAsia="宋体" w:cs="宋体"/>
          <w:color w:val="000000"/>
        </w:rPr>
        <w:t>，直接写出</w:t>
      </w:r>
      <w:r>
        <w:pict>
          <v:shape id="_x0000_i719467" o:spt="75" alt="学科网(www.zxxk.com)--教育资源门户，提供试卷、教案、课件、论文、素材以及各类教学资源下载，还有大量而丰富的教学相关资讯！" type="#_x0000_t75" style="height:15.6pt;width:38.4pt;" o:ole="t" filled="f" o:preferrelative="t" stroked="f" coordsize="21600,21600">
            <v:path/>
            <v:fill on="f" focussize="0,0"/>
            <v:stroke on="f" joinstyle="miter"/>
            <v:imagedata r:id="rId4469" o:title="eqIda67367746e407d6ebb7b3b7bc2fba01f"/>
            <o:lock v:ext="edit" aspectratio="t"/>
            <w10:wrap type="none"/>
            <w10:anchorlock/>
          </v:shape>
        </w:pict>
      </w:r>
      <w:r>
        <w:rPr>
          <w:rFonts w:ascii="宋体" w:hAnsi="宋体" w:eastAsia="宋体" w:cs="宋体"/>
          <w:color w:val="000000"/>
        </w:rPr>
        <w:t>的度数．</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画图见解析，</w:t>
      </w:r>
      <w:r>
        <w:pict>
          <v:shape id="_x0000_i719468" o:spt="75" alt="学科网(www.zxxk.com)--教育资源门户，提供试卷、教案、课件、论文、素材以及各类教学资源下载，还有大量而丰富的教学相关资讯！" type="#_x0000_t75" style="height:14.5pt;width:19.5pt;" o:ole="t" filled="f" o:preferrelative="t" stroked="f" coordsize="21600,21600">
            <v:path/>
            <v:fill on="f" focussize="0,0"/>
            <v:stroke on="f" joinstyle="miter"/>
            <v:imagedata r:id="rId4470" o:title="eqIdbe6a6301878fed2a01413020b27310a5"/>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9469" o:spt="75" alt="学科网(www.zxxk.com)--教育资源门户，提供试卷、教案、课件、论文、素材以及各类教学资源下载，还有大量而丰富的教学相关资讯！" type="#_x0000_t75" style="height:13.95pt;width:13.95pt;" o:ole="t" filled="f" o:preferrelative="t" stroked="f" coordsize="21600,21600">
            <v:path/>
            <v:fill on="f" focussize="0,0"/>
            <v:stroke on="f" joinstyle="miter"/>
            <v:imagedata r:id="rId4471" o:title="eqId741a44528782580d24249e8075b8cd9a"/>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本题主要考查了几何图形中角度的计算，角平分线的定义，正确理清角之间的关系是解题的关键．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）先根据题意用量角器画图，再计算出</w:t>
      </w:r>
      <w:r>
        <w:pict>
          <v:shape id="_x0000_i71947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472" o:title="eqIdd22df2977de56cc69be0c1e847653d7a"/>
            <o:lock v:ext="edit" aspectratio="t"/>
            <w10:wrap type="none"/>
            <w10:anchorlock/>
          </v:shape>
        </w:pict>
      </w:r>
      <w:r>
        <w:rPr>
          <w:rFonts w:ascii="宋体" w:hAnsi="宋体" w:eastAsia="宋体" w:cs="宋体"/>
          <w:color w:val="000000"/>
        </w:rPr>
        <w:t>的度数，进而求出</w:t>
      </w:r>
      <w:r>
        <w:pict>
          <v:shape id="_x0000_i719471"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4473" o:title="eqId48f5dc1d043a4909a40238ff5b590c77"/>
            <o:lock v:ext="edit" aspectratio="t"/>
            <w10:wrap type="none"/>
            <w10:anchorlock/>
          </v:shape>
        </w:pict>
      </w:r>
      <w:r>
        <w:rPr>
          <w:rFonts w:ascii="宋体" w:hAnsi="宋体" w:eastAsia="宋体" w:cs="宋体"/>
          <w:color w:val="000000"/>
        </w:rPr>
        <w:t>的度数，由此即可得到答案；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）先求出</w:t>
      </w:r>
      <w:r>
        <w:pict>
          <v:shape id="_x0000_i71947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474" o:title="eqIdd22df2977de56cc69be0c1e847653d7a"/>
            <o:lock v:ext="edit" aspectratio="t"/>
            <w10:wrap type="none"/>
            <w10:anchorlock/>
          </v:shape>
        </w:pict>
      </w:r>
      <w:r>
        <w:rPr>
          <w:rFonts w:ascii="宋体" w:hAnsi="宋体" w:eastAsia="宋体" w:cs="宋体"/>
          <w:color w:val="000000"/>
        </w:rPr>
        <w:t>的度数，进而求出</w:t>
      </w:r>
      <w:r>
        <w:pict>
          <v:shape id="_x0000_i719473"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4475" o:title="eqId48f5dc1d043a4909a40238ff5b590c77"/>
            <o:lock v:ext="edit" aspectratio="t"/>
            <w10:wrap type="none"/>
            <w10:anchorlock/>
          </v:shape>
        </w:pict>
      </w:r>
      <w:r>
        <w:rPr>
          <w:rFonts w:ascii="宋体" w:hAnsi="宋体" w:eastAsia="宋体" w:cs="宋体"/>
          <w:color w:val="000000"/>
        </w:rPr>
        <w:t>和</w:t>
      </w:r>
      <w:r>
        <w:pict>
          <v:shape id="_x0000_i719474" o:spt="75" alt="学科网(www.zxxk.com)--教育资源门户，提供试卷、教案、课件、论文、素材以及各类教学资源下载，还有大量而丰富的教学相关资讯！" type="#_x0000_t75" style="height:14.4pt;width:36pt;" o:ole="t" filled="f" o:preferrelative="t" stroked="f" coordsize="21600,21600">
            <v:path/>
            <v:fill on="f" focussize="0,0"/>
            <v:stroke on="f" joinstyle="miter"/>
            <v:imagedata r:id="rId4476" o:title="eqId59dd5cfc1134a08462e38256529685b9"/>
            <o:lock v:ext="edit" aspectratio="t"/>
            <w10:wrap type="none"/>
            <w10:anchorlock/>
          </v:shape>
        </w:pict>
      </w:r>
      <w:r>
        <w:rPr>
          <w:rFonts w:ascii="宋体" w:hAnsi="宋体" w:eastAsia="宋体" w:cs="宋体"/>
          <w:color w:val="000000"/>
        </w:rPr>
        <w:t>的度数，再根据角平分线的定义求出</w:t>
      </w:r>
      <w:r>
        <w:pict>
          <v:shape id="_x0000_i719475" o:spt="75" alt="学科网(www.zxxk.com)--教育资源门户，提供试卷、教案、课件、论文、素材以及各类教学资源下载，还有大量而丰富的教学相关资讯！" type="#_x0000_t75" style="height:14.1pt;width:36pt;" o:ole="t" filled="f" o:preferrelative="t" stroked="f" coordsize="21600,21600">
            <v:path/>
            <v:fill on="f" focussize="0,0"/>
            <v:stroke on="f" joinstyle="miter"/>
            <v:imagedata r:id="rId4477" o:title="eqId10aa98b163ade82dcadbe8dd3b73e42e"/>
            <o:lock v:ext="edit" aspectratio="t"/>
            <w10:wrap type="none"/>
            <w10:anchorlock/>
          </v:shape>
        </w:pict>
      </w:r>
      <w:r>
        <w:rPr>
          <w:rFonts w:ascii="宋体" w:hAnsi="宋体" w:eastAsia="宋体" w:cs="宋体"/>
          <w:color w:val="000000"/>
        </w:rPr>
        <w:t>的度数即可得到答案，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解：如图所示，射线</w:t>
      </w:r>
      <w:r>
        <w:pict>
          <v:shape id="_x0000_i719476" o:spt="75" alt="学科网(www.zxxk.com)--教育资源门户，提供试卷、教案、课件、论文、素材以及各类教学资源下载，还有大量而丰富的教学相关资讯！" type="#_x0000_t75" style="height:14.5pt;width:20.4pt;" o:ole="t" filled="f" o:preferrelative="t" stroked="f" coordsize="21600,21600">
            <v:path/>
            <v:fill on="f" focussize="0,0"/>
            <v:stroke on="f" joinstyle="miter"/>
            <v:imagedata r:id="rId4478" o:title="eqIdabd13974aebe38eb2a1d744a01ea5aa5"/>
            <o:lock v:ext="edit" aspectratio="t"/>
            <w10:wrap type="none"/>
            <w10:anchorlock/>
          </v:shape>
        </w:pict>
      </w:r>
      <w:r>
        <w:rPr>
          <w:rFonts w:ascii="宋体" w:hAnsi="宋体" w:eastAsia="宋体" w:cs="宋体"/>
          <w:color w:val="000000"/>
        </w:rPr>
        <w:t>即为所求；</w:t>
      </w:r>
    </w:p>
    <w:p>
      <w:pPr>
        <w:spacing w:line="360" w:lineRule="auto"/>
        <w:jc w:val="left"/>
        <w:textAlignment w:val="center"/>
        <w:rPr>
          <w:color w:val="000000"/>
        </w:rPr>
      </w:pPr>
      <w:r>
        <w:rPr>
          <w:rFonts w:ascii="宋体" w:hAnsi="宋体" w:eastAsia="宋体" w:cs="宋体"/>
          <w:color w:val="000000"/>
        </w:rPr>
        <w:t>∵</w:t>
      </w:r>
      <w:r>
        <w:pict>
          <v:shape id="_x0000_i719477" o:spt="75" alt="学科网(www.zxxk.com)--教育资源门户，提供试卷、教案、课件、论文、素材以及各类教学资源下载，还有大量而丰富的教学相关资讯！" type="#_x0000_t75" style="height:13.8pt;width:139.2pt;" o:ole="t" filled="f" o:preferrelative="t" stroked="f" coordsize="21600,21600">
            <v:path/>
            <v:fill on="f" focussize="0,0"/>
            <v:stroke on="f" joinstyle="miter"/>
            <v:imagedata r:id="rId4479" o:title="eqIda6d875d05e511455fafff0f1716c5c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78" o:spt="75" alt="学科网(www.zxxk.com)--教育资源门户，提供试卷、教案、课件、论文、素材以及各类教学资源下载，还有大量而丰富的教学相关资讯！" type="#_x0000_t75" style="height:13.8pt;width:156pt;" o:ole="t" filled="f" o:preferrelative="t" stroked="f" coordsize="21600,21600">
            <v:path/>
            <v:fill on="f" focussize="0,0"/>
            <v:stroke on="f" joinstyle="miter"/>
            <v:imagedata r:id="rId4480" o:title="eqId1dd2532b91dd3071afb5115b524d593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79" o:spt="75" alt="学科网(www.zxxk.com)--教育资源门户，提供试卷、教案、课件、论文、素材以及各类教学资源下载，还有大量而丰富的教学相关资讯！" type="#_x0000_t75" style="height:13.95pt;width:82pt;" o:ole="t" filled="f" o:preferrelative="t" stroked="f" coordsize="21600,21600">
            <v:path/>
            <v:fill on="f" focussize="0,0"/>
            <v:stroke on="f" joinstyle="miter"/>
            <v:imagedata r:id="rId4481" o:title="eqId4ff3019fb6fdfd88be3b394a8e6c16a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80" o:spt="75" alt="学科网(www.zxxk.com)--教育资源门户，提供试卷、教案、课件、论文、素材以及各类教学资源下载，还有大量而丰富的教学相关资讯！" type="#_x0000_t75" style="height:31.2pt;width:168pt;" o:ole="t" filled="f" o:preferrelative="t" stroked="f" coordsize="21600,21600">
            <v:path/>
            <v:fill on="f" focussize="0,0"/>
            <v:stroke on="f" joinstyle="miter"/>
            <v:imagedata r:id="rId4482" o:title="eqId3904ebc9f847dd01e8482a4deaa8f5f8"/>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481"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4483" o:title="eqIdd8cc88685997c7586d1d4bf75a0554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82" o:spt="75" alt="学科网(www.zxxk.com)--教育资源门户，提供试卷、教案、课件、论文、素材以及各类教学资源下载，还有大量而丰富的教学相关资讯！" type="#_x0000_t75" style="height:13.8pt;width:163.2pt;" o:ole="t" filled="f" o:preferrelative="t" stroked="f" coordsize="21600,21600">
            <v:path/>
            <v:fill on="f" focussize="0,0"/>
            <v:stroke on="f" joinstyle="miter"/>
            <v:imagedata r:id="rId4484" o:title="eqId0565e679b4e835b430935cd3fa7811a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47800" cy="1038225"/>
            <wp:effectExtent l="0" t="0" r="0" b="0"/>
            <wp:docPr id="3841"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 name="图片 100025" descr="学科网(www.zxxk.com)--教育资源门户，提供试卷、教案、课件、论文、素材以及各类教学资源下载，还有大量而丰富的教学相关资讯！"/>
                    <pic:cNvPicPr>
                      <a:picLocks noChangeAspect="1"/>
                    </pic:cNvPicPr>
                  </pic:nvPicPr>
                  <pic:blipFill>
                    <a:blip r:embed="rId4485"/>
                    <a:stretch>
                      <a:fillRect/>
                    </a:stretch>
                  </pic:blipFill>
                  <pic:spPr>
                    <a:xfrm>
                      <a:off x="0" y="0"/>
                      <a:ext cx="1447800" cy="1038225"/>
                    </a:xfrm>
                    <a:prstGeom prst="rect">
                      <a:avLst/>
                    </a:prstGeom>
                  </pic:spPr>
                </pic:pic>
              </a:graphicData>
            </a:graphic>
          </wp:inline>
        </w:drawing>
      </w:r>
      <w:r>
        <w:rPr>
          <w:color w:val="000000"/>
        </w:rPr>
        <w:t xml:space="preserve">  【小问2详解】</w:t>
      </w:r>
    </w:p>
    <w:p>
      <w:pPr>
        <w:spacing w:line="360" w:lineRule="auto"/>
        <w:jc w:val="left"/>
        <w:textAlignment w:val="center"/>
        <w:rPr>
          <w:color w:val="000000"/>
        </w:rPr>
      </w:pPr>
      <w:r>
        <w:rPr>
          <w:rFonts w:ascii="宋体" w:hAnsi="宋体" w:eastAsia="宋体" w:cs="宋体"/>
          <w:color w:val="000000"/>
        </w:rPr>
        <w:t>解：∵</w:t>
      </w:r>
      <w:r>
        <w:pict>
          <v:shape id="_x0000_i719483" o:spt="75" alt="学科网(www.zxxk.com)--教育资源门户，提供试卷、教案、课件、论文、素材以及各类教学资源下载，还有大量而丰富的教学相关资讯！" type="#_x0000_t75" style="height:13.8pt;width:139.2pt;" o:ole="t" filled="f" o:preferrelative="t" stroked="f" coordsize="21600,21600">
            <v:path/>
            <v:fill on="f" focussize="0,0"/>
            <v:stroke on="f" joinstyle="miter"/>
            <v:imagedata r:id="rId4486" o:title="eqIda6d875d05e511455fafff0f1716c5c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84" o:spt="75" alt="学科网(www.zxxk.com)--教育资源门户，提供试卷、教案、课件、论文、素材以及各类教学资源下载，还有大量而丰富的教学相关资讯！" type="#_x0000_t75" style="height:13.8pt;width:156pt;" o:ole="t" filled="f" o:preferrelative="t" stroked="f" coordsize="21600,21600">
            <v:path/>
            <v:fill on="f" focussize="0,0"/>
            <v:stroke on="f" joinstyle="miter"/>
            <v:imagedata r:id="rId4487" o:title="eqId1dd2532b91dd3071afb5115b524d593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85" o:spt="75" alt="学科网(www.zxxk.com)--教育资源门户，提供试卷、教案、课件、论文、素材以及各类教学资源下载，还有大量而丰富的教学相关资讯！" type="#_x0000_t75" style="height:13.8pt;width:88.2pt;" o:ole="t" filled="f" o:preferrelative="t" stroked="f" coordsize="21600,21600">
            <v:path/>
            <v:fill on="f" focussize="0,0"/>
            <v:stroke on="f" joinstyle="miter"/>
            <v:imagedata r:id="rId4488" o:title="eqId1a4f510dc50040eb35d78986d045249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86" o:spt="75" alt="学科网(www.zxxk.com)--教育资源门户，提供试卷、教案、课件、论文、素材以及各类教学资源下载，还有大量而丰富的教学相关资讯！" type="#_x0000_t75" style="height:31.2pt;width:121.8pt;" o:ole="t" filled="f" o:preferrelative="t" stroked="f" coordsize="21600,21600">
            <v:path/>
            <v:fill on="f" focussize="0,0"/>
            <v:stroke on="f" joinstyle="miter"/>
            <v:imagedata r:id="rId4489" o:title="eqId27e7e0a4ddfe6e385a412af59be7567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87" o:spt="75" alt="学科网(www.zxxk.com)--教育资源门户，提供试卷、教案、课件、论文、素材以及各类教学资源下载，还有大量而丰富的教学相关资讯！" type="#_x0000_t75" style="height:13.8pt;width:117pt;" o:ole="t" filled="f" o:preferrelative="t" stroked="f" coordsize="21600,21600">
            <v:path/>
            <v:fill on="f" focussize="0,0"/>
            <v:stroke on="f" joinstyle="miter"/>
            <v:imagedata r:id="rId4490" o:title="eqId72f5a65f8fef94420c713f329093b2f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88"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4491" o:title="eqIdd8cc88685997c7586d1d4bf75a0554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89" o:spt="75" alt="学科网(www.zxxk.com)--教育资源门户，提供试卷、教案、课件、论文、素材以及各类教学资源下载，还有大量而丰富的教学相关资讯！" type="#_x0000_t75" style="height:13.8pt;width:163.2pt;" o:ole="t" filled="f" o:preferrelative="t" stroked="f" coordsize="21600,21600">
            <v:path/>
            <v:fill on="f" focussize="0,0"/>
            <v:stroke on="f" joinstyle="miter"/>
            <v:imagedata r:id="rId4492" o:title="eqIde9b25bc3c291ff62dac52f45d496f0e9"/>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19490" o:spt="75" alt="学科网(www.zxxk.com)--教育资源门户，提供试卷、教案、课件、论文、素材以及各类教学资源下载，还有大量而丰富的教学相关资讯！" type="#_x0000_t75" style="height:15pt;width:18.75pt;" o:ole="t" filled="f" o:preferrelative="t" stroked="f" coordsize="21600,21600">
            <v:path/>
            <v:fill on="f" focussize="0,0"/>
            <v:stroke on="f" joinstyle="miter"/>
            <v:imagedata r:id="rId4493" o:title="eqId9f0009063fe00277645aff1be6e32471"/>
            <o:lock v:ext="edit" aspectratio="t"/>
            <w10:wrap type="none"/>
            <w10:anchorlock/>
          </v:shape>
        </w:pict>
      </w:r>
      <w:r>
        <w:rPr>
          <w:rFonts w:ascii="宋体" w:hAnsi="宋体" w:eastAsia="宋体" w:cs="宋体"/>
          <w:color w:val="000000"/>
        </w:rPr>
        <w:t>平分</w:t>
      </w:r>
      <w:r>
        <w:pict>
          <v:shape id="_x0000_i719491" o:spt="75" alt="学科网(www.zxxk.com)--教育资源门户，提供试卷、教案、课件、论文、素材以及各类教学资源下载，还有大量而丰富的教学相关资讯！" type="#_x0000_t75" style="height:13.5pt;width:38.25pt;" o:ole="t" filled="f" o:preferrelative="t" stroked="f" coordsize="21600,21600">
            <v:path/>
            <v:fill on="f" focussize="0,0"/>
            <v:stroke on="f" joinstyle="miter"/>
            <v:imagedata r:id="rId4494" o:title="eqId05805b7d1de800f3446ea176a9e00b6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92" o:spt="75" alt="学科网(www.zxxk.com)--教育资源门户，提供试卷、教案、课件、论文、素材以及各类教学资源下载，还有大量而丰富的教学相关资讯！" type="#_x0000_t75" style="height:31.2pt;width:126pt;" o:ole="t" filled="f" o:preferrelative="t" stroked="f" coordsize="21600,21600">
            <v:path/>
            <v:fill on="f" focussize="0,0"/>
            <v:stroke on="f" joinstyle="miter"/>
            <v:imagedata r:id="rId4495" o:title="eqId12747ed2bff30ea8a0a456145d4eb56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493" o:spt="75" alt="学科网(www.zxxk.com)--教育资源门户，提供试卷、教案、课件、论文、素材以及各类教学资源下载，还有大量而丰富的教学相关资讯！" type="#_x0000_t75" style="height:16.2pt;width:156pt;" o:ole="t" filled="f" o:preferrelative="t" stroked="f" coordsize="21600,21600">
            <v:path/>
            <v:fill on="f" focussize="0,0"/>
            <v:stroke on="f" joinstyle="miter"/>
            <v:imagedata r:id="rId4496" o:title="eqId30d52666f31aa1ccaed9d1e0bfc01f5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24000" cy="1143000"/>
            <wp:effectExtent l="0" t="0" r="0" b="0"/>
            <wp:docPr id="3843"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 name="图片 100027" descr="学科网(www.zxxk.com)--教育资源门户，提供试卷、教案、课件、论文、素材以及各类教学资源下载，还有大量而丰富的教学相关资讯！"/>
                    <pic:cNvPicPr>
                      <a:picLocks noChangeAspect="1"/>
                    </pic:cNvPicPr>
                  </pic:nvPicPr>
                  <pic:blipFill>
                    <a:blip r:embed="rId4497"/>
                    <a:stretch>
                      <a:fillRect/>
                    </a:stretch>
                  </pic:blipFill>
                  <pic:spPr>
                    <a:xfrm>
                      <a:off x="0" y="0"/>
                      <a:ext cx="1524000" cy="1143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28. </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在数轴上，对于线段</w:t>
      </w:r>
      <w:r>
        <w:pict>
          <v:shape id="_x0000_i71949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98" o:title="eqIdf52a58fbaf4fea03567e88a9f0f6e37e"/>
            <o:lock v:ext="edit" aspectratio="t"/>
            <w10:wrap type="none"/>
            <w10:anchorlock/>
          </v:shape>
        </w:pict>
      </w:r>
      <w:r>
        <w:rPr>
          <w:rFonts w:ascii="宋体" w:hAnsi="宋体" w:eastAsia="宋体" w:cs="宋体"/>
          <w:color w:val="000000"/>
        </w:rPr>
        <w:t>和线段</w:t>
      </w:r>
      <w:r>
        <w:pict>
          <v:shape id="_x0000_i71949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98" o:title="eqIdf52a58fbaf4fea03567e88a9f0f6e37e"/>
            <o:lock v:ext="edit" aspectratio="t"/>
            <w10:wrap type="none"/>
            <w10:anchorlock/>
          </v:shape>
        </w:pict>
      </w:r>
      <w:r>
        <w:rPr>
          <w:rFonts w:ascii="宋体" w:hAnsi="宋体" w:eastAsia="宋体" w:cs="宋体"/>
          <w:color w:val="000000"/>
        </w:rPr>
        <w:t>外一点</w:t>
      </w:r>
      <w:r>
        <w:rPr>
          <w:rFonts w:ascii="Times New Roman" w:hAnsi="Times New Roman" w:eastAsia="Times New Roman" w:cs="Times New Roman"/>
          <w:i/>
          <w:color w:val="000000"/>
        </w:rPr>
        <w:t>C</w:t>
      </w:r>
      <w:r>
        <w:rPr>
          <w:rFonts w:ascii="宋体" w:hAnsi="宋体" w:eastAsia="宋体" w:cs="宋体"/>
          <w:color w:val="000000"/>
        </w:rPr>
        <w:t>给出如下定义：若点</w:t>
      </w:r>
      <w:r>
        <w:rPr>
          <w:rFonts w:ascii="Times New Roman" w:hAnsi="Times New Roman" w:eastAsia="Times New Roman" w:cs="Times New Roman"/>
          <w:i/>
          <w:color w:val="000000"/>
        </w:rPr>
        <w:t>C</w:t>
      </w:r>
      <w:r>
        <w:rPr>
          <w:rFonts w:ascii="宋体" w:hAnsi="宋体" w:eastAsia="宋体" w:cs="宋体"/>
          <w:color w:val="000000"/>
        </w:rPr>
        <w:t>与线段</w:t>
      </w:r>
      <w:r>
        <w:pict>
          <v:shape id="_x0000_i71949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98" o:title="eqIdf52a58fbaf4fea03567e88a9f0f6e37e"/>
            <o:lock v:ext="edit" aspectratio="t"/>
            <w10:wrap type="none"/>
            <w10:anchorlock/>
          </v:shape>
        </w:pict>
      </w:r>
      <w:r>
        <w:rPr>
          <w:rFonts w:ascii="宋体" w:hAnsi="宋体" w:eastAsia="宋体" w:cs="宋体"/>
          <w:color w:val="000000"/>
        </w:rPr>
        <w:t>上的点的最小距离小于或等于</w:t>
      </w:r>
      <w:r>
        <w:pict>
          <v:shape id="_x0000_i719497" o:spt="75" alt="学科网(www.zxxk.com)--教育资源门户，提供试卷、教案、课件、论文、素材以及各类教学资源下载，还有大量而丰富的教学相关资讯！" type="#_x0000_t75" style="height:31.2pt;width:28.8pt;" o:ole="t" filled="f" o:preferrelative="t" stroked="f" coordsize="21600,21600">
            <v:path/>
            <v:fill on="f" focussize="0,0"/>
            <v:stroke on="f" joinstyle="miter"/>
            <v:imagedata r:id="rId4499" o:title="eqId20d49404351575703cfe8325d1352ec9"/>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1949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498" o:title="eqIdf52a58fbaf4fea03567e88a9f0f6e37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 xml:space="preserve"> </w:t>
      </w:r>
      <w:r>
        <w:rPr>
          <w:rFonts w:ascii="宋体" w:hAnsi="宋体" w:eastAsia="宋体" w:cs="宋体"/>
          <w:color w:val="000000"/>
        </w:rPr>
        <w:t>“半关联点”．</w:t>
      </w:r>
    </w:p>
    <w:p>
      <w:pPr>
        <w:spacing w:line="360" w:lineRule="auto"/>
        <w:jc w:val="left"/>
        <w:textAlignment w:val="center"/>
        <w:rPr>
          <w:color w:val="000000"/>
        </w:rPr>
      </w:pPr>
      <w:r>
        <w:rPr>
          <w:color w:val="000000"/>
        </w:rPr>
        <w:t>（1）</w:t>
      </w:r>
      <w:r>
        <w:rPr>
          <w:rFonts w:ascii="宋体" w:hAnsi="宋体" w:eastAsia="宋体" w:cs="宋体"/>
          <w:color w:val="000000"/>
        </w:rPr>
        <w:t>如图，点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在数轴上，它们表示的数分别是</w:t>
      </w:r>
      <w:r>
        <w:pict>
          <v:shape id="_x0000_i719499"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4500" o:title="eqIdf89eef3148f2d4d09379767b4af6913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，则在点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中，线段</w:t>
      </w:r>
      <w:r>
        <w:pict>
          <v:shape id="_x0000_i71950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01" o:title="eqIdf52a58fbaf4fea03567e88a9f0f6e37e"/>
            <o:lock v:ext="edit" aspectratio="t"/>
            <w10:wrap type="none"/>
            <w10:anchorlock/>
          </v:shape>
        </w:pict>
      </w:r>
      <w:r>
        <w:rPr>
          <w:rFonts w:ascii="宋体" w:hAnsi="宋体" w:eastAsia="宋体" w:cs="宋体"/>
          <w:color w:val="000000"/>
        </w:rPr>
        <w:t>的 “半关联点”是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838325" cy="323850"/>
            <wp:effectExtent l="0" t="0" r="0" b="0"/>
            <wp:docPr id="3845"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6" name="图片 100029" descr="学科网(www.zxxk.com)--教育资源门户，提供试卷、教案、课件、论文、素材以及各类教学资源下载，还有大量而丰富的教学相关资讯！"/>
                    <pic:cNvPicPr>
                      <a:picLocks noChangeAspect="1"/>
                    </pic:cNvPicPr>
                  </pic:nvPicPr>
                  <pic:blipFill>
                    <a:blip r:embed="rId4502"/>
                    <a:stretch>
                      <a:fillRect/>
                    </a:stretch>
                  </pic:blipFill>
                  <pic:spPr>
                    <a:xfrm>
                      <a:off x="0" y="0"/>
                      <a:ext cx="1838325" cy="32385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，且点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1950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03" o:title="eqIdf52a58fbaf4fea03567e88a9f0f6e37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 xml:space="preserve"> </w:t>
      </w:r>
      <w:r>
        <w:rPr>
          <w:rFonts w:ascii="宋体" w:hAnsi="宋体" w:eastAsia="宋体" w:cs="宋体"/>
          <w:color w:val="000000"/>
        </w:rPr>
        <w:t>“半关联点”，则点</w:t>
      </w:r>
      <w:r>
        <w:rPr>
          <w:rFonts w:ascii="Times New Roman" w:hAnsi="Times New Roman" w:eastAsia="Times New Roman" w:cs="Times New Roman"/>
          <w:i/>
          <w:color w:val="000000"/>
        </w:rPr>
        <w:t>C</w:t>
      </w:r>
      <w:r>
        <w:rPr>
          <w:rFonts w:ascii="宋体" w:hAnsi="宋体" w:eastAsia="宋体" w:cs="宋体"/>
          <w:color w:val="000000"/>
        </w:rPr>
        <w:t>表示的数</w:t>
      </w:r>
      <w:r>
        <w:rPr>
          <w:rFonts w:ascii="Times New Roman" w:hAnsi="Times New Roman" w:eastAsia="Times New Roman" w:cs="Times New Roman"/>
          <w:i/>
          <w:color w:val="000000"/>
        </w:rPr>
        <w:t>c</w:t>
      </w:r>
      <w:r>
        <w:rPr>
          <w:rFonts w:ascii="宋体" w:hAnsi="宋体" w:eastAsia="宋体" w:cs="宋体"/>
          <w:color w:val="000000"/>
        </w:rPr>
        <w:t>的取值范围是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若点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，如点</w:t>
      </w:r>
      <w:r>
        <w:rPr>
          <w:rFonts w:ascii="Times New Roman" w:hAnsi="Times New Roman" w:eastAsia="Times New Roman" w:cs="Times New Roman"/>
          <w:i/>
          <w:color w:val="000000"/>
        </w:rPr>
        <w:t>C</w:t>
      </w:r>
      <w:r>
        <w:rPr>
          <w:rFonts w:ascii="宋体" w:hAnsi="宋体" w:eastAsia="宋体" w:cs="宋体"/>
          <w:color w:val="000000"/>
        </w:rPr>
        <w:t>表示的数是</w:t>
      </w:r>
      <w:r>
        <w:pict>
          <v:shape id="_x0000_i71950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4504" o:title="eqIdacbc6a613224461ade69362d46550474"/>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1950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05" o:title="eqIdf52a58fbaf4fea03567e88a9f0f6e37e"/>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 xml:space="preserve"> </w:t>
      </w:r>
      <w:r>
        <w:rPr>
          <w:rFonts w:ascii="宋体" w:hAnsi="宋体" w:eastAsia="宋体" w:cs="宋体"/>
          <w:color w:val="000000"/>
        </w:rPr>
        <w:t>“半关联点”，点</w:t>
      </w:r>
      <w:r>
        <w:rPr>
          <w:rFonts w:ascii="Times New Roman" w:hAnsi="Times New Roman" w:eastAsia="Times New Roman" w:cs="Times New Roman"/>
          <w:i/>
          <w:color w:val="000000"/>
        </w:rPr>
        <w:t>B</w:t>
      </w:r>
      <w:r>
        <w:rPr>
          <w:rFonts w:ascii="宋体" w:hAnsi="宋体" w:eastAsia="宋体" w:cs="宋体"/>
          <w:color w:val="000000"/>
        </w:rPr>
        <w:t>表示的数</w:t>
      </w:r>
      <w:r>
        <w:rPr>
          <w:rFonts w:ascii="Times New Roman" w:hAnsi="Times New Roman" w:eastAsia="Times New Roman" w:cs="Times New Roman"/>
          <w:i/>
          <w:color w:val="000000"/>
        </w:rPr>
        <w:t>b</w:t>
      </w:r>
      <w:r>
        <w:rPr>
          <w:rFonts w:ascii="宋体" w:hAnsi="宋体" w:eastAsia="宋体" w:cs="宋体"/>
          <w:color w:val="000000"/>
        </w:rPr>
        <w:t>的取值范围是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w:t>
      </w:r>
      <w:r>
        <w:rPr>
          <w:color w:val="000000"/>
        </w:rPr>
        <w:t xml:space="preserve">    （2）</w:t>
      </w:r>
      <w:r>
        <w:pict>
          <v:shape id="_x0000_i719504" o:spt="75" alt="学科网(www.zxxk.com)--教育资源门户，提供试卷、教案、课件、论文、素材以及各类教学资源下载，还有大量而丰富的教学相关资讯！" type="#_x0000_t75" style="height:31.15pt;width:44.3pt;" o:ole="t" filled="f" o:preferrelative="t" stroked="f" coordsize="21600,21600">
            <v:path/>
            <v:fill on="f" focussize="0,0"/>
            <v:stroke on="f" joinstyle="miter"/>
            <v:imagedata r:id="rId4506" o:title="eqId846ec39b97502d9b88b4e17cec631cd9"/>
            <o:lock v:ext="edit" aspectratio="t"/>
            <w10:wrap type="none"/>
            <w10:anchorlock/>
          </v:shape>
        </w:pict>
      </w:r>
      <w:r>
        <w:rPr>
          <w:rFonts w:ascii="宋体" w:hAnsi="宋体" w:eastAsia="宋体" w:cs="宋体"/>
          <w:color w:val="000000"/>
        </w:rPr>
        <w:t>或</w:t>
      </w:r>
      <w:r>
        <w:pict>
          <v:shape id="_x0000_i719505" o:spt="75" alt="学科网(www.zxxk.com)--教育资源门户，提供试卷、教案、课件、论文、素材以及各类教学资源下载，还有大量而丰富的教学相关资讯！" type="#_x0000_t75" style="height:31.2pt;width:46.8pt;" o:ole="t" filled="f" o:preferrelative="t" stroked="f" coordsize="21600,21600">
            <v:path/>
            <v:fill on="f" focussize="0,0"/>
            <v:stroke on="f" joinstyle="miter"/>
            <v:imagedata r:id="rId4507" o:title="eqIdd7c1a26aa8cce2e1d3becdef09a7343d"/>
            <o:lock v:ext="edit" aspectratio="t"/>
            <w10:wrap type="none"/>
            <w10:anchorlock/>
          </v:shape>
        </w:pict>
      </w:r>
      <w:r>
        <w:rPr>
          <w:color w:val="000000"/>
        </w:rPr>
        <w:t xml:space="preserve">    </w:t>
      </w:r>
    </w:p>
    <w:p>
      <w:pPr>
        <w:spacing w:line="360" w:lineRule="auto"/>
        <w:textAlignment w:val="center"/>
        <w:rPr>
          <w:color w:val="000000"/>
        </w:rPr>
      </w:pPr>
      <w:r>
        <w:rPr>
          <w:color w:val="000000"/>
        </w:rPr>
        <w:t>（3）</w:t>
      </w:r>
      <w:r>
        <w:pict>
          <v:shape id="_x0000_i719506" o:spt="75" alt="学科网(www.zxxk.com)--教育资源门户，提供试卷、教案、课件、论文、素材以及各类教学资源下载，还有大量而丰富的教学相关资讯！" type="#_x0000_t75" style="height:31.2pt;width:61.2pt;" o:ole="t" filled="f" o:preferrelative="t" stroked="f" coordsize="21600,21600">
            <v:path/>
            <v:fill on="f" focussize="0,0"/>
            <v:stroke on="f" joinstyle="miter"/>
            <v:imagedata r:id="rId4508" o:title="eqId8da36ef5745bb6972c46f2965e141025"/>
            <o:lock v:ext="edit" aspectratio="t"/>
            <w10:wrap type="none"/>
            <w10:anchorlock/>
          </v:shape>
        </w:pict>
      </w:r>
      <w:r>
        <w:rPr>
          <w:rFonts w:ascii="宋体" w:hAnsi="宋体" w:eastAsia="宋体" w:cs="宋体"/>
          <w:color w:val="000000"/>
        </w:rPr>
        <w:t>或</w:t>
      </w:r>
      <w:r>
        <w:pict>
          <v:shape id="_x0000_i719507"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4509" o:title="eqId59660a434fac563268b0e66de3c2b444"/>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本题主要考查了数轴上两点的距离计算，一元一次方程的定义，正确理解“半关联点”的定义是解题的关键．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）根据数轴结合数轴上两点距离计算公式分别求出线段</w:t>
      </w:r>
      <w:r>
        <w:pict>
          <v:shape id="_x0000_i71950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10" o:title="eqIdf52a58fbaf4fea03567e88a9f0f6e37e"/>
            <o:lock v:ext="edit" aspectratio="t"/>
            <w10:wrap type="none"/>
            <w10:anchorlock/>
          </v:shape>
        </w:pict>
      </w:r>
      <w:r>
        <w:rPr>
          <w:rFonts w:ascii="宋体" w:hAnsi="宋体" w:eastAsia="宋体" w:cs="宋体"/>
          <w:color w:val="000000"/>
        </w:rPr>
        <w:t>的长，</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到线段</w:t>
      </w:r>
      <w:r>
        <w:pict>
          <v:shape id="_x0000_i71950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10" o:title="eqIdf52a58fbaf4fea03567e88a9f0f6e37e"/>
            <o:lock v:ext="edit" aspectratio="t"/>
            <w10:wrap type="none"/>
            <w10:anchorlock/>
          </v:shape>
        </w:pict>
      </w:r>
      <w:r>
        <w:rPr>
          <w:rFonts w:ascii="宋体" w:hAnsi="宋体" w:eastAsia="宋体" w:cs="宋体"/>
          <w:color w:val="000000"/>
        </w:rPr>
        <w:t>上的点的最小距离，即可得到答案；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）当点</w:t>
      </w:r>
      <w:r>
        <w:rPr>
          <w:rFonts w:ascii="Times New Roman" w:hAnsi="Times New Roman" w:eastAsia="Times New Roman" w:cs="Times New Roman"/>
          <w:i/>
          <w:color w:val="000000"/>
        </w:rPr>
        <w:t>C</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左边时，则点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1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11" o:title="eqIdf52a58fbaf4fea03567e88a9f0f6e37e"/>
            <o:lock v:ext="edit" aspectratio="t"/>
            <w10:wrap type="none"/>
            <w10:anchorlock/>
          </v:shape>
        </w:pict>
      </w:r>
      <w:r>
        <w:rPr>
          <w:rFonts w:ascii="宋体" w:hAnsi="宋体" w:eastAsia="宋体" w:cs="宋体"/>
          <w:color w:val="000000"/>
        </w:rPr>
        <w:t>上的点的最小距离为</w:t>
      </w:r>
      <w:r>
        <w:pict>
          <v:shape id="_x0000_i719511" o:spt="75" alt="学科网(www.zxxk.com)--教育资源门户，提供试卷、教案、课件、论文、素材以及各类教学资源下载，还有大量而丰富的教学相关资讯！" type="#_x0000_t75" style="height:13.2pt;width:22.8pt;" o:ole="t" filled="f" o:preferrelative="t" stroked="f" coordsize="21600,21600">
            <v:path/>
            <v:fill on="f" focussize="0,0"/>
            <v:stroke on="f" joinstyle="miter"/>
            <v:imagedata r:id="rId4512" o:title="eqId3b66865276c9d141213df6858413bd41"/>
            <o:lock v:ext="edit" aspectratio="t"/>
            <w10:wrap type="none"/>
            <w10:anchorlock/>
          </v:shape>
        </w:pict>
      </w:r>
      <w:r>
        <w:rPr>
          <w:rFonts w:ascii="宋体" w:hAnsi="宋体" w:eastAsia="宋体" w:cs="宋体"/>
          <w:color w:val="000000"/>
        </w:rPr>
        <w:t>，当点</w:t>
      </w:r>
      <w:r>
        <w:rPr>
          <w:rFonts w:ascii="Times New Roman" w:hAnsi="Times New Roman" w:eastAsia="Times New Roman" w:cs="Times New Roman"/>
          <w:i/>
          <w:color w:val="000000"/>
        </w:rPr>
        <w:t>C</w:t>
      </w:r>
      <w:r>
        <w:rPr>
          <w:rFonts w:ascii="宋体" w:hAnsi="宋体" w:eastAsia="宋体" w:cs="宋体"/>
          <w:color w:val="000000"/>
        </w:rPr>
        <w:t>在点右边时，则点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1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11" o:title="eqIdf52a58fbaf4fea03567e88a9f0f6e37e"/>
            <o:lock v:ext="edit" aspectratio="t"/>
            <w10:wrap type="none"/>
            <w10:anchorlock/>
          </v:shape>
        </w:pict>
      </w:r>
      <w:r>
        <w:rPr>
          <w:rFonts w:ascii="宋体" w:hAnsi="宋体" w:eastAsia="宋体" w:cs="宋体"/>
          <w:color w:val="000000"/>
        </w:rPr>
        <w:t>上的点的最小距离为</w:t>
      </w:r>
      <w:r>
        <w:pict>
          <v:shape id="_x0000_i71951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4513" o:title="eqIdaeb3da37c982b8447b530199f28c7cf6"/>
            <o:lock v:ext="edit" aspectratio="t"/>
            <w10:wrap type="none"/>
            <w10:anchorlock/>
          </v:shape>
        </w:pict>
      </w:r>
      <w:r>
        <w:rPr>
          <w:rFonts w:ascii="宋体" w:hAnsi="宋体" w:eastAsia="宋体" w:cs="宋体"/>
          <w:color w:val="000000"/>
        </w:rPr>
        <w:t>，再根据点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1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11" o:title="eqIdf52a58fbaf4fea03567e88a9f0f6e37e"/>
            <o:lock v:ext="edit" aspectratio="t"/>
            <w10:wrap type="none"/>
            <w10:anchorlock/>
          </v:shape>
        </w:pict>
      </w:r>
      <w:r>
        <w:rPr>
          <w:rFonts w:ascii="宋体" w:hAnsi="宋体" w:eastAsia="宋体" w:cs="宋体"/>
          <w:color w:val="000000"/>
        </w:rPr>
        <w:t>上的点的最小距离恰好为</w:t>
      </w:r>
      <w:r>
        <w:pict>
          <v:shape id="_x0000_i719515"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4514" o:title="eqIdf89eef3148f2d4d09379767b4af69132"/>
            <o:lock v:ext="edit" aspectratio="t"/>
            <w10:wrap type="none"/>
            <w10:anchorlock/>
          </v:shape>
        </w:pict>
      </w:r>
      <w:r>
        <w:rPr>
          <w:rFonts w:ascii="宋体" w:hAnsi="宋体" w:eastAsia="宋体" w:cs="宋体"/>
          <w:color w:val="000000"/>
        </w:rPr>
        <w:t>时建立方程求出临界情况即可得到答案；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左侧时，则点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1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15" o:title="eqIdf52a58fbaf4fea03567e88a9f0f6e37e"/>
            <o:lock v:ext="edit" aspectratio="t"/>
            <w10:wrap type="none"/>
            <w10:anchorlock/>
          </v:shape>
        </w:pict>
      </w:r>
      <w:r>
        <w:rPr>
          <w:rFonts w:ascii="宋体" w:hAnsi="宋体" w:eastAsia="宋体" w:cs="宋体"/>
          <w:color w:val="000000"/>
        </w:rPr>
        <w:t>上的点的最小距离为</w:t>
      </w:r>
      <w:r>
        <w:pict>
          <v:shape id="_x0000_i719517" o:spt="75" alt="学科网(www.zxxk.com)--教育资源门户，提供试卷、教案、课件、论文、素材以及各类教学资源下载，还有大量而丰富的教学相关资讯！" type="#_x0000_t75" style="height:20.25pt;width:72.75pt;" o:ole="t" filled="f" o:preferrelative="t" stroked="f" coordsize="21600,21600">
            <v:path/>
            <v:fill on="f" focussize="0,0"/>
            <v:stroke on="f" joinstyle="miter"/>
            <v:imagedata r:id="rId4516" o:title="eqId0eb811b579751a86adfc8f8b563dffb3"/>
            <o:lock v:ext="edit" aspectratio="t"/>
            <w10:wrap type="none"/>
            <w10:anchorlock/>
          </v:shape>
        </w:pict>
      </w:r>
      <w:r>
        <w:rPr>
          <w:rFonts w:ascii="宋体" w:hAnsi="宋体" w:eastAsia="宋体" w:cs="宋体"/>
          <w:color w:val="000000"/>
        </w:rPr>
        <w:t>，</w:t>
      </w:r>
      <w:r>
        <w:pict>
          <v:shape id="_x0000_i719518"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4517" o:title="eqId2469aa424bb648a5693ff19e88ff22d3"/>
            <o:lock v:ext="edit" aspectratio="t"/>
            <w10:wrap type="none"/>
            <w10:anchorlock/>
          </v:shape>
        </w:pict>
      </w:r>
      <w:r>
        <w:rPr>
          <w:rFonts w:ascii="宋体" w:hAnsi="宋体" w:eastAsia="宋体" w:cs="宋体"/>
          <w:color w:val="000000"/>
        </w:rPr>
        <w:t>，当点</w:t>
      </w:r>
      <w:r>
        <w:rPr>
          <w:rFonts w:ascii="Times New Roman" w:hAnsi="Times New Roman" w:eastAsia="Times New Roman" w:cs="Times New Roman"/>
          <w:i/>
          <w:color w:val="000000"/>
        </w:rPr>
        <w:t>B</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右侧时，则点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1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15" o:title="eqIdf52a58fbaf4fea03567e88a9f0f6e37e"/>
            <o:lock v:ext="edit" aspectratio="t"/>
            <w10:wrap type="none"/>
            <w10:anchorlock/>
          </v:shape>
        </w:pict>
      </w:r>
      <w:r>
        <w:rPr>
          <w:rFonts w:ascii="宋体" w:hAnsi="宋体" w:eastAsia="宋体" w:cs="宋体"/>
          <w:color w:val="000000"/>
        </w:rPr>
        <w:t>上的点的最小距离为</w:t>
      </w:r>
      <w:r>
        <w:pict>
          <v:shape id="_x0000_i719520"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4518" o:title="eqIdc6a40c77b23c0d75d6af405946ccc58e"/>
            <o:lock v:ext="edit" aspectratio="t"/>
            <w10:wrap type="none"/>
            <w10:anchorlock/>
          </v:shape>
        </w:pict>
      </w:r>
      <w:r>
        <w:rPr>
          <w:rFonts w:ascii="宋体" w:hAnsi="宋体" w:eastAsia="宋体" w:cs="宋体"/>
          <w:color w:val="000000"/>
        </w:rPr>
        <w:t>，</w:t>
      </w:r>
      <w:r>
        <w:pict>
          <v:shape id="_x0000_i719521"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4519" o:title="eqIde606007a5459c9c223dd692016d4f09a"/>
            <o:lock v:ext="edit" aspectratio="t"/>
            <w10:wrap type="none"/>
            <w10:anchorlock/>
          </v:shape>
        </w:pict>
      </w:r>
      <w:r>
        <w:rPr>
          <w:rFonts w:ascii="宋体" w:hAnsi="宋体" w:eastAsia="宋体" w:cs="宋体"/>
          <w:color w:val="000000"/>
        </w:rPr>
        <w:t>，再根据点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2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15" o:title="eqIdf52a58fbaf4fea03567e88a9f0f6e37e"/>
            <o:lock v:ext="edit" aspectratio="t"/>
            <w10:wrap type="none"/>
            <w10:anchorlock/>
          </v:shape>
        </w:pict>
      </w:r>
      <w:r>
        <w:rPr>
          <w:rFonts w:ascii="宋体" w:hAnsi="宋体" w:eastAsia="宋体" w:cs="宋体"/>
          <w:color w:val="000000"/>
        </w:rPr>
        <w:t>上的点的最小距离恰好为</w:t>
      </w:r>
      <w:r>
        <w:pict>
          <v:shape id="_x0000_i719523" o:spt="75" alt="学科网(www.zxxk.com)--教育资源门户，提供试卷、教案、课件、论文、素材以及各类教学资源下载，还有大量而丰富的教学相关资讯！" type="#_x0000_t75" style="height:31.2pt;width:28.8pt;" o:ole="t" filled="f" o:preferrelative="t" stroked="f" coordsize="21600,21600">
            <v:path/>
            <v:fill on="f" focussize="0,0"/>
            <v:stroke on="f" joinstyle="miter"/>
            <v:imagedata r:id="rId4520" o:title="eqId20d49404351575703cfe8325d1352ec9"/>
            <o:lock v:ext="edit" aspectratio="t"/>
            <w10:wrap type="none"/>
            <w10:anchorlock/>
          </v:shape>
        </w:pict>
      </w:r>
      <w:r>
        <w:rPr>
          <w:rFonts w:ascii="宋体" w:hAnsi="宋体" w:eastAsia="宋体" w:cs="宋体"/>
          <w:color w:val="000000"/>
        </w:rPr>
        <w:t>时建立方程求出临界情况即可得到答案．</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解：由题意得，</w:t>
      </w:r>
      <w:r>
        <w:pict>
          <v:shape id="_x0000_i719524" o:spt="75" alt="学科网(www.zxxk.com)--教育资源门户，提供试卷、教案、课件、论文、素材以及各类教学资源下载，还有大量而丰富的教学相关资讯！" type="#_x0000_t75" style="height:13.5pt;width:67.5pt;" o:ole="t" filled="f" o:preferrelative="t" stroked="f" coordsize="21600,21600">
            <v:path/>
            <v:fill on="f" focussize="0,0"/>
            <v:stroke on="f" joinstyle="miter"/>
            <v:imagedata r:id="rId4521" o:title="eqId6c28ea9719229807b981715c8685262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在数轴上，它们表示的数分别是</w:t>
      </w:r>
      <w:r>
        <w:pict>
          <v:shape id="_x0000_i719525"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4522" o:title="eqIdf89eef3148f2d4d09379767b4af6913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到线段</w:t>
      </w:r>
      <w:r>
        <w:pict>
          <v:shape id="_x0000_i71952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23" o:title="eqIdf52a58fbaf4fea03567e88a9f0f6e37e"/>
            <o:lock v:ext="edit" aspectratio="t"/>
            <w10:wrap type="none"/>
            <w10:anchorlock/>
          </v:shape>
        </w:pict>
      </w:r>
      <w:r>
        <w:rPr>
          <w:rFonts w:ascii="宋体" w:hAnsi="宋体" w:eastAsia="宋体" w:cs="宋体"/>
          <w:color w:val="000000"/>
        </w:rPr>
        <w:t>上的点的最小距离为</w:t>
      </w:r>
      <w:r>
        <w:pict>
          <v:shape id="_x0000_i719527" o:spt="75" alt="学科网(www.zxxk.com)--教育资源门户，提供试卷、教案、课件、论文、素材以及各类教学资源下载，还有大量而丰富的教学相关资讯！" type="#_x0000_t75" style="height:30.75pt;width:45.75pt;" o:ole="t" filled="f" o:preferrelative="t" stroked="f" coordsize="21600,21600">
            <v:path/>
            <v:fill on="f" focussize="0,0"/>
            <v:stroke on="f" joinstyle="miter"/>
            <v:imagedata r:id="rId4524" o:title="eqId27336f9955d622979463a6244b8bc631"/>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到线段</w:t>
      </w:r>
      <w:r>
        <w:pict>
          <v:shape id="_x0000_i71952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23" o:title="eqIdf52a58fbaf4fea03567e88a9f0f6e37e"/>
            <o:lock v:ext="edit" aspectratio="t"/>
            <w10:wrap type="none"/>
            <w10:anchorlock/>
          </v:shape>
        </w:pict>
      </w:r>
      <w:r>
        <w:rPr>
          <w:rFonts w:ascii="宋体" w:hAnsi="宋体" w:eastAsia="宋体" w:cs="宋体"/>
          <w:color w:val="000000"/>
        </w:rPr>
        <w:t>上的点的最小距离为</w:t>
      </w:r>
      <w:r>
        <w:pict>
          <v:shape id="_x0000_i719529" o:spt="75" alt="学科网(www.zxxk.com)--教育资源门户，提供试卷、教案、课件、论文、素材以及各类教学资源下载，还有大量而丰富的教学相关资讯！" type="#_x0000_t75" style="height:31.2pt;width:63pt;" o:ole="t" filled="f" o:preferrelative="t" stroked="f" coordsize="21600,21600">
            <v:path/>
            <v:fill on="f" focussize="0,0"/>
            <v:stroke on="f" joinstyle="miter"/>
            <v:imagedata r:id="rId4525" o:title="eqIdadb28be00f229cddd9bb6e76f28b8b7d"/>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F</w:t>
      </w:r>
      <w:r>
        <w:rPr>
          <w:rFonts w:ascii="宋体" w:hAnsi="宋体" w:eastAsia="宋体" w:cs="宋体"/>
          <w:color w:val="000000"/>
        </w:rPr>
        <w:t>到线段</w:t>
      </w:r>
      <w:r>
        <w:pict>
          <v:shape id="_x0000_i71953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23" o:title="eqIdf52a58fbaf4fea03567e88a9f0f6e37e"/>
            <o:lock v:ext="edit" aspectratio="t"/>
            <w10:wrap type="none"/>
            <w10:anchorlock/>
          </v:shape>
        </w:pict>
      </w:r>
      <w:r>
        <w:rPr>
          <w:rFonts w:ascii="宋体" w:hAnsi="宋体" w:eastAsia="宋体" w:cs="宋体"/>
          <w:color w:val="000000"/>
        </w:rPr>
        <w:t>上的最小距离为</w:t>
      </w:r>
      <w:r>
        <w:pict>
          <v:shape id="_x0000_i719531" o:spt="75" alt="学科网(www.zxxk.com)--教育资源门户，提供试卷、教案、课件、论文、素材以及各类教学资源下载，还有大量而丰富的教学相关资讯！" type="#_x0000_t75" style="height:13.8pt;width:60pt;" o:ole="t" filled="f" o:preferrelative="t" stroked="f" coordsize="21600,21600">
            <v:path/>
            <v:fill on="f" focussize="0,0"/>
            <v:stroke on="f" joinstyle="miter"/>
            <v:imagedata r:id="rId4526" o:title="eqId1ff71571d0113d1162c1de4bbe6a8e4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∴在点</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中，线段</w:t>
      </w:r>
      <w:r>
        <w:pict>
          <v:shape id="_x0000_i71953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27" o:title="eqIdf52a58fbaf4fea03567e88a9f0f6e37e"/>
            <o:lock v:ext="edit" aspectratio="t"/>
            <w10:wrap type="none"/>
            <w10:anchorlock/>
          </v:shape>
        </w:pict>
      </w:r>
      <w:r>
        <w:rPr>
          <w:rFonts w:ascii="宋体" w:hAnsi="宋体" w:eastAsia="宋体" w:cs="宋体"/>
          <w:color w:val="000000"/>
        </w:rPr>
        <w:t>的 “半关联点”是</w:t>
      </w:r>
      <w:r>
        <w:rPr>
          <w:rFonts w:ascii="Times New Roman" w:hAnsi="Times New Roman" w:eastAsia="Times New Roman" w:cs="Times New Roman"/>
          <w:i/>
          <w:color w:val="000000"/>
        </w:rPr>
        <w:t>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i/>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解：当点</w:t>
      </w:r>
      <w:r>
        <w:rPr>
          <w:rFonts w:ascii="Times New Roman" w:hAnsi="Times New Roman" w:eastAsia="Times New Roman" w:cs="Times New Roman"/>
          <w:i/>
          <w:color w:val="000000"/>
        </w:rPr>
        <w:t>C</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左边时，则点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3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28" o:title="eqIdf52a58fbaf4fea03567e88a9f0f6e37e"/>
            <o:lock v:ext="edit" aspectratio="t"/>
            <w10:wrap type="none"/>
            <w10:anchorlock/>
          </v:shape>
        </w:pict>
      </w:r>
      <w:r>
        <w:rPr>
          <w:rFonts w:ascii="宋体" w:hAnsi="宋体" w:eastAsia="宋体" w:cs="宋体"/>
          <w:color w:val="000000"/>
        </w:rPr>
        <w:t>上的点的最小距离为</w:t>
      </w:r>
      <w:r>
        <w:pict>
          <v:shape id="_x0000_i719534" o:spt="75" alt="学科网(www.zxxk.com)--教育资源门户，提供试卷、教案、课件、论文、素材以及各类教学资源下载，还有大量而丰富的教学相关资讯！" type="#_x0000_t75" style="height:13.2pt;width:22.8pt;" o:ole="t" filled="f" o:preferrelative="t" stroked="f" coordsize="21600,21600">
            <v:path/>
            <v:fill on="f" focussize="0,0"/>
            <v:stroke on="f" joinstyle="miter"/>
            <v:imagedata r:id="rId4529" o:title="eqId3b66865276c9d141213df6858413bd41"/>
            <o:lock v:ext="edit" aspectratio="t"/>
            <w10:wrap type="none"/>
            <w10:anchorlock/>
          </v:shape>
        </w:pict>
      </w:r>
      <w:r>
        <w:rPr>
          <w:rFonts w:ascii="宋体" w:hAnsi="宋体" w:eastAsia="宋体" w:cs="宋体"/>
          <w:color w:val="000000"/>
        </w:rPr>
        <w:t>，当点</w:t>
      </w:r>
      <w:r>
        <w:rPr>
          <w:rFonts w:ascii="Times New Roman" w:hAnsi="Times New Roman" w:eastAsia="Times New Roman" w:cs="Times New Roman"/>
          <w:i/>
          <w:color w:val="000000"/>
        </w:rPr>
        <w:t>C</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右边时，则点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3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28" o:title="eqIdf52a58fbaf4fea03567e88a9f0f6e37e"/>
            <o:lock v:ext="edit" aspectratio="t"/>
            <w10:wrap type="none"/>
            <w10:anchorlock/>
          </v:shape>
        </w:pict>
      </w:r>
      <w:r>
        <w:rPr>
          <w:rFonts w:ascii="宋体" w:hAnsi="宋体" w:eastAsia="宋体" w:cs="宋体"/>
          <w:color w:val="000000"/>
        </w:rPr>
        <w:t>上的点的最小距离为</w:t>
      </w:r>
      <w:r>
        <w:pict>
          <v:shape id="_x0000_i719536"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4530" o:title="eqIdaeb3da37c982b8447b530199f28c7cf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537" o:spt="75" alt="学科网(www.zxxk.com)--教育资源门户，提供试卷、教案、课件、论文、素材以及各类教学资源下载，还有大量而丰富的教学相关资讯！" type="#_x0000_t75" style="height:31.2pt;width:58.8pt;" o:ole="t" filled="f" o:preferrelative="t" stroked="f" coordsize="21600,21600">
            <v:path/>
            <v:fill on="f" focussize="0,0"/>
            <v:stroke on="f" joinstyle="miter"/>
            <v:imagedata r:id="rId4531" o:title="eqId13ec1d92b0a04e1d5275d080e33018c3"/>
            <o:lock v:ext="edit" aspectratio="t"/>
            <w10:wrap type="none"/>
            <w10:anchorlock/>
          </v:shape>
        </w:pict>
      </w:r>
      <w:r>
        <w:rPr>
          <w:rFonts w:ascii="宋体" w:hAnsi="宋体" w:eastAsia="宋体" w:cs="宋体"/>
          <w:color w:val="000000"/>
        </w:rPr>
        <w:t>时，解得</w:t>
      </w:r>
      <w:r>
        <w:pict>
          <v:shape id="_x0000_i719538" o:spt="75" alt="学科网(www.zxxk.com)--教育资源门户，提供试卷、教案、课件、论文、素材以及各类教学资源下载，还有大量而丰富的教学相关资讯！" type="#_x0000_t75" style="height:30.75pt;width:29.25pt;" o:ole="t" filled="f" o:preferrelative="t" stroked="f" coordsize="21600,21600">
            <v:path/>
            <v:fill on="f" focussize="0,0"/>
            <v:stroke on="f" joinstyle="miter"/>
            <v:imagedata r:id="rId4532" o:title="eqIdb83fac7c530f31d7079f052c200c56c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539" o:spt="75" alt="学科网(www.zxxk.com)--教育资源门户，提供试卷、教案、课件、论文、素材以及各类教学资源下载，还有大量而丰富的教学相关资讯！" type="#_x0000_t75" style="height:31.2pt;width:61.2pt;" o:ole="t" filled="f" o:preferrelative="t" stroked="f" coordsize="21600,21600">
            <v:path/>
            <v:fill on="f" focussize="0,0"/>
            <v:stroke on="f" joinstyle="miter"/>
            <v:imagedata r:id="rId4533" o:title="eqIdbb9627ac8cb29d1f649bdab42b601e6c"/>
            <o:lock v:ext="edit" aspectratio="t"/>
            <w10:wrap type="none"/>
            <w10:anchorlock/>
          </v:shape>
        </w:pict>
      </w:r>
      <w:r>
        <w:rPr>
          <w:rFonts w:ascii="宋体" w:hAnsi="宋体" w:eastAsia="宋体" w:cs="宋体"/>
          <w:color w:val="000000"/>
        </w:rPr>
        <w:t>时，解得</w:t>
      </w:r>
      <w:r>
        <w:pict>
          <v:shape id="_x0000_i719540" o:spt="75" alt="学科网(www.zxxk.com)--教育资源门户，提供试卷、教案、课件、论文、素材以及各类教学资源下载，还有大量而丰富的教学相关资讯！" type="#_x0000_t75" style="height:30.75pt;width:29.25pt;" o:ole="t" filled="f" o:preferrelative="t" stroked="f" coordsize="21600,21600">
            <v:path/>
            <v:fill on="f" focussize="0,0"/>
            <v:stroke on="f" joinstyle="miter"/>
            <v:imagedata r:id="rId4534" o:title="eqId3c4876cb81ea77153ed3324a139b723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541" o:spt="75" alt="学科网(www.zxxk.com)--教育资源门户，提供试卷、教案、课件、论文、素材以及各类教学资源下载，还有大量而丰富的教学相关资讯！" type="#_x0000_t75" style="height:31.15pt;width:44.3pt;" o:ole="t" filled="f" o:preferrelative="t" stroked="f" coordsize="21600,21600">
            <v:path/>
            <v:fill on="f" focussize="0,0"/>
            <v:stroke on="f" joinstyle="miter"/>
            <v:imagedata r:id="rId4535" o:title="eqId846ec39b97502d9b88b4e17cec631cd9"/>
            <o:lock v:ext="edit" aspectratio="t"/>
            <w10:wrap type="none"/>
            <w10:anchorlock/>
          </v:shape>
        </w:pict>
      </w:r>
      <w:r>
        <w:rPr>
          <w:rFonts w:ascii="宋体" w:hAnsi="宋体" w:eastAsia="宋体" w:cs="宋体"/>
          <w:color w:val="000000"/>
        </w:rPr>
        <w:t>时满足</w:t>
      </w:r>
      <w:r>
        <w:pict>
          <v:shape id="_x0000_i719542" o:spt="75" alt="学科网(www.zxxk.com)--教育资源门户，提供试卷、教案、课件、论文、素材以及各类教学资源下载，还有大量而丰富的教学相关资讯！" type="#_x0000_t75" style="height:31.2pt;width:43.8pt;" o:ole="t" filled="f" o:preferrelative="t" stroked="f" coordsize="21600,21600">
            <v:path/>
            <v:fill on="f" focussize="0,0"/>
            <v:stroke on="f" joinstyle="miter"/>
            <v:imagedata r:id="rId4536" o:title="eqIddc0649b469ea4ef81f3549828da2be32"/>
            <o:lock v:ext="edit" aspectratio="t"/>
            <w10:wrap type="none"/>
            <w10:anchorlock/>
          </v:shape>
        </w:pict>
      </w:r>
      <w:r>
        <w:rPr>
          <w:rFonts w:ascii="宋体" w:hAnsi="宋体" w:eastAsia="宋体" w:cs="宋体"/>
          <w:color w:val="000000"/>
        </w:rPr>
        <w:t>，当</w:t>
      </w:r>
      <w:r>
        <w:pict>
          <v:shape id="_x0000_i719543" o:spt="75" alt="学科网(www.zxxk.com)--教育资源门户，提供试卷、教案、课件、论文、素材以及各类教学资源下载，还有大量而丰富的教学相关资讯！" type="#_x0000_t75" style="height:31.2pt;width:46.8pt;" o:ole="t" filled="f" o:preferrelative="t" stroked="f" coordsize="21600,21600">
            <v:path/>
            <v:fill on="f" focussize="0,0"/>
            <v:stroke on="f" joinstyle="miter"/>
            <v:imagedata r:id="rId4537" o:title="eqIdd7c1a26aa8cce2e1d3becdef09a7343d"/>
            <o:lock v:ext="edit" aspectratio="t"/>
            <w10:wrap type="none"/>
            <w10:anchorlock/>
          </v:shape>
        </w:pict>
      </w:r>
      <w:r>
        <w:rPr>
          <w:rFonts w:ascii="宋体" w:hAnsi="宋体" w:eastAsia="宋体" w:cs="宋体"/>
          <w:color w:val="000000"/>
        </w:rPr>
        <w:t>时，满足</w:t>
      </w:r>
      <w:r>
        <w:pict>
          <v:shape id="_x0000_i719544" o:spt="75" alt="学科网(www.zxxk.com)--教育资源门户，提供试卷、教案、课件、论文、素材以及各类教学资源下载，还有大量而丰富的教学相关资讯！" type="#_x0000_t75" style="height:13.8pt;width:43.8pt;" o:ole="t" filled="f" o:preferrelative="t" stroked="f" coordsize="21600,21600">
            <v:path/>
            <v:fill on="f" focussize="0,0"/>
            <v:stroke on="f" joinstyle="miter"/>
            <v:imagedata r:id="rId4538" o:title="eqId215e2f86e53755063d277a12e658b00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545" o:spt="75" alt="学科网(www.zxxk.com)--教育资源门户，提供试卷、教案、课件、论文、素材以及各类教学资源下载，还有大量而丰富的教学相关资讯！" type="#_x0000_t75" style="height:31.15pt;width:44.3pt;" o:ole="t" filled="f" o:preferrelative="t" stroked="f" coordsize="21600,21600">
            <v:path/>
            <v:fill on="f" focussize="0,0"/>
            <v:stroke on="f" joinstyle="miter"/>
            <v:imagedata r:id="rId4539" o:title="eqId846ec39b97502d9b88b4e17cec631cd9"/>
            <o:lock v:ext="edit" aspectratio="t"/>
            <w10:wrap type="none"/>
            <w10:anchorlock/>
          </v:shape>
        </w:pict>
      </w:r>
      <w:r>
        <w:rPr>
          <w:rFonts w:ascii="宋体" w:hAnsi="宋体" w:eastAsia="宋体" w:cs="宋体"/>
          <w:color w:val="000000"/>
        </w:rPr>
        <w:t>或</w:t>
      </w:r>
      <w:r>
        <w:pict>
          <v:shape id="_x0000_i719546" o:spt="75" alt="学科网(www.zxxk.com)--教育资源门户，提供试卷、教案、课件、论文、素材以及各类教学资源下载，还有大量而丰富的教学相关资讯！" type="#_x0000_t75" style="height:31.2pt;width:46.8pt;" o:ole="t" filled="f" o:preferrelative="t" stroked="f" coordsize="21600,21600">
            <v:path/>
            <v:fill on="f" focussize="0,0"/>
            <v:stroke on="f" joinstyle="miter"/>
            <v:imagedata r:id="rId4540" o:title="eqIdd7c1a26aa8cce2e1d3becdef09a7343d"/>
            <o:lock v:ext="edit" aspectratio="t"/>
            <w10:wrap type="none"/>
            <w10:anchorlock/>
          </v:shape>
        </w:pict>
      </w:r>
      <w:r>
        <w:rPr>
          <w:rFonts w:ascii="宋体" w:hAnsi="宋体" w:eastAsia="宋体" w:cs="宋体"/>
          <w:color w:val="000000"/>
        </w:rPr>
        <w:t>，满足点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1954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41" o:title="eqIdf52a58fbaf4fea03567e88a9f0f6e37e"/>
            <o:lock v:ext="edit" aspectratio="t"/>
            <w10:wrap type="none"/>
            <w10:anchorlock/>
          </v:shape>
        </w:pict>
      </w:r>
      <w:r>
        <w:rPr>
          <w:rFonts w:ascii="宋体" w:hAnsi="宋体" w:eastAsia="宋体" w:cs="宋体"/>
          <w:color w:val="000000"/>
        </w:rPr>
        <w:t>的 “半关联点”，</w:t>
      </w:r>
    </w:p>
    <w:p>
      <w:pPr>
        <w:spacing w:line="360" w:lineRule="auto"/>
        <w:jc w:val="left"/>
        <w:textAlignment w:val="center"/>
        <w:rPr>
          <w:color w:val="000000"/>
        </w:rPr>
      </w:pPr>
      <w:r>
        <w:rPr>
          <w:rFonts w:ascii="宋体" w:hAnsi="宋体" w:eastAsia="宋体" w:cs="宋体"/>
          <w:color w:val="000000"/>
        </w:rPr>
        <w:t>故答案为：</w:t>
      </w:r>
      <w:r>
        <w:pict>
          <v:shape id="_x0000_i719548" o:spt="75" alt="学科网(www.zxxk.com)--教育资源门户，提供试卷、教案、课件、论文、素材以及各类教学资源下载，还有大量而丰富的教学相关资讯！" type="#_x0000_t75" style="height:31.15pt;width:44.3pt;" o:ole="t" filled="f" o:preferrelative="t" stroked="f" coordsize="21600,21600">
            <v:path/>
            <v:fill on="f" focussize="0,0"/>
            <v:stroke on="f" joinstyle="miter"/>
            <v:imagedata r:id="rId4542" o:title="eqId846ec39b97502d9b88b4e17cec631cd9"/>
            <o:lock v:ext="edit" aspectratio="t"/>
            <w10:wrap type="none"/>
            <w10:anchorlock/>
          </v:shape>
        </w:pict>
      </w:r>
      <w:r>
        <w:rPr>
          <w:rFonts w:ascii="宋体" w:hAnsi="宋体" w:eastAsia="宋体" w:cs="宋体"/>
          <w:color w:val="000000"/>
        </w:rPr>
        <w:t>或</w:t>
      </w:r>
      <w:r>
        <w:pict>
          <v:shape id="_x0000_i719549" o:spt="75" alt="学科网(www.zxxk.com)--教育资源门户，提供试卷、教案、课件、论文、素材以及各类教学资源下载，还有大量而丰富的教学相关资讯！" type="#_x0000_t75" style="height:31.2pt;width:46.8pt;" o:ole="t" filled="f" o:preferrelative="t" stroked="f" coordsize="21600,21600">
            <v:path/>
            <v:fill on="f" focussize="0,0"/>
            <v:stroke on="f" joinstyle="miter"/>
            <v:imagedata r:id="rId4543" o:title="eqIdd7c1a26aa8cce2e1d3becdef09a7343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解：当点</w:t>
      </w:r>
      <w:r>
        <w:rPr>
          <w:rFonts w:ascii="Times New Roman" w:hAnsi="Times New Roman" w:eastAsia="Times New Roman" w:cs="Times New Roman"/>
          <w:i/>
          <w:color w:val="000000"/>
        </w:rPr>
        <w:t>B</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左侧时，则点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5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44" o:title="eqIdf52a58fbaf4fea03567e88a9f0f6e37e"/>
            <o:lock v:ext="edit" aspectratio="t"/>
            <w10:wrap type="none"/>
            <w10:anchorlock/>
          </v:shape>
        </w:pict>
      </w:r>
      <w:r>
        <w:rPr>
          <w:rFonts w:ascii="宋体" w:hAnsi="宋体" w:eastAsia="宋体" w:cs="宋体"/>
          <w:color w:val="000000"/>
        </w:rPr>
        <w:t>上的点的最小距离为</w:t>
      </w:r>
      <w:r>
        <w:pict>
          <v:shape id="_x0000_i719551" o:spt="75" alt="学科网(www.zxxk.com)--教育资源门户，提供试卷、教案、课件、论文、素材以及各类教学资源下载，还有大量而丰富的教学相关资讯！" type="#_x0000_t75" style="height:20.25pt;width:72.75pt;" o:ole="t" filled="f" o:preferrelative="t" stroked="f" coordsize="21600,21600">
            <v:path/>
            <v:fill on="f" focussize="0,0"/>
            <v:stroke on="f" joinstyle="miter"/>
            <v:imagedata r:id="rId4545" o:title="eqId0eb811b579751a86adfc8f8b563dffb3"/>
            <o:lock v:ext="edit" aspectratio="t"/>
            <w10:wrap type="none"/>
            <w10:anchorlock/>
          </v:shape>
        </w:pict>
      </w:r>
      <w:r>
        <w:rPr>
          <w:rFonts w:ascii="宋体" w:hAnsi="宋体" w:eastAsia="宋体" w:cs="宋体"/>
          <w:color w:val="000000"/>
        </w:rPr>
        <w:t>，</w:t>
      </w:r>
      <w:r>
        <w:pict>
          <v:shape id="_x0000_i719552"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4546" o:title="eqId2469aa424bb648a5693ff19e88ff22d3"/>
            <o:lock v:ext="edit" aspectratio="t"/>
            <w10:wrap type="none"/>
            <w10:anchorlock/>
          </v:shape>
        </w:pict>
      </w:r>
      <w:r>
        <w:rPr>
          <w:rFonts w:ascii="宋体" w:hAnsi="宋体" w:eastAsia="宋体" w:cs="宋体"/>
          <w:color w:val="000000"/>
        </w:rPr>
        <w:t>，当点</w:t>
      </w:r>
      <w:r>
        <w:rPr>
          <w:rFonts w:ascii="Times New Roman" w:hAnsi="Times New Roman" w:eastAsia="Times New Roman" w:cs="Times New Roman"/>
          <w:i/>
          <w:color w:val="000000"/>
        </w:rPr>
        <w:t>B</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右侧时，则点</w:t>
      </w:r>
      <w:r>
        <w:rPr>
          <w:rFonts w:ascii="Times New Roman" w:hAnsi="Times New Roman" w:eastAsia="Times New Roman" w:cs="Times New Roman"/>
          <w:i/>
          <w:color w:val="000000"/>
        </w:rPr>
        <w:t>C</w:t>
      </w:r>
      <w:r>
        <w:rPr>
          <w:rFonts w:ascii="宋体" w:hAnsi="宋体" w:eastAsia="宋体" w:cs="宋体"/>
          <w:color w:val="000000"/>
        </w:rPr>
        <w:t>到线段</w:t>
      </w:r>
      <w:r>
        <w:pict>
          <v:shape id="_x0000_i71955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44" o:title="eqIdf52a58fbaf4fea03567e88a9f0f6e37e"/>
            <o:lock v:ext="edit" aspectratio="t"/>
            <w10:wrap type="none"/>
            <w10:anchorlock/>
          </v:shape>
        </w:pict>
      </w:r>
      <w:r>
        <w:rPr>
          <w:rFonts w:ascii="宋体" w:hAnsi="宋体" w:eastAsia="宋体" w:cs="宋体"/>
          <w:color w:val="000000"/>
        </w:rPr>
        <w:t>上的点的最小距离为</w:t>
      </w:r>
      <w:r>
        <w:pict>
          <v:shape id="_x0000_i719554" o:spt="75" alt="学科网(www.zxxk.com)--教育资源门户，提供试卷、教案、课件、论文、素材以及各类教学资源下载，还有大量而丰富的教学相关资讯！" type="#_x0000_t75" style="height:20.25pt;width:57pt;" o:ole="t" filled="f" o:preferrelative="t" stroked="f" coordsize="21600,21600">
            <v:path/>
            <v:fill on="f" focussize="0,0"/>
            <v:stroke on="f" joinstyle="miter"/>
            <v:imagedata r:id="rId4547" o:title="eqIdc6a40c77b23c0d75d6af405946ccc58e"/>
            <o:lock v:ext="edit" aspectratio="t"/>
            <w10:wrap type="none"/>
            <w10:anchorlock/>
          </v:shape>
        </w:pict>
      </w:r>
      <w:r>
        <w:rPr>
          <w:rFonts w:ascii="宋体" w:hAnsi="宋体" w:eastAsia="宋体" w:cs="宋体"/>
          <w:color w:val="000000"/>
        </w:rPr>
        <w:t>，</w:t>
      </w:r>
      <w:r>
        <w:pict>
          <v:shape id="_x0000_i719555"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4548" o:title="eqIde606007a5459c9c223dd692016d4f09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556" o:spt="75" alt="学科网(www.zxxk.com)--教育资源门户，提供试卷、教案、课件、论文、素材以及各类教学资源下载，还有大量而丰富的教学相关资讯！" type="#_x0000_t75" style="height:30.75pt;width:75pt;" o:ole="t" filled="f" o:preferrelative="t" stroked="f" coordsize="21600,21600">
            <v:path/>
            <v:fill on="f" focussize="0,0"/>
            <v:stroke on="f" joinstyle="miter"/>
            <v:imagedata r:id="rId4549" o:title="eqIdb40b36c5ad941c279da9f5f6711f35b9"/>
            <o:lock v:ext="edit" aspectratio="t"/>
            <w10:wrap type="none"/>
            <w10:anchorlock/>
          </v:shape>
        </w:pict>
      </w:r>
      <w:r>
        <w:rPr>
          <w:rFonts w:ascii="宋体" w:hAnsi="宋体" w:eastAsia="宋体" w:cs="宋体"/>
          <w:color w:val="000000"/>
        </w:rPr>
        <w:t>时，解得</w:t>
      </w:r>
      <w:r>
        <w:pict>
          <v:shape id="_x0000_i719557" o:spt="75" alt="学科网(www.zxxk.com)--教育资源门户，提供试卷、教案、课件、论文、素材以及各类教学资源下载，还有大量而丰富的教学相关资讯！" type="#_x0000_t75" style="height:31pt;width:37pt;" o:ole="t" filled="f" o:preferrelative="t" stroked="f" coordsize="21600,21600">
            <v:path/>
            <v:fill on="f" focussize="0,0"/>
            <v:stroke on="f" joinstyle="miter"/>
            <v:imagedata r:id="rId4550" o:title="eqId9756b95e078670ea02a4b3d66f0dc7c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558" o:spt="75" alt="学科网(www.zxxk.com)--教育资源门户，提供试卷、教案、课件、论文、素材以及各类教学资源下载，还有大量而丰富的教学相关资讯！" type="#_x0000_t75" style="height:30.75pt;width:60pt;" o:ole="t" filled="f" o:preferrelative="t" stroked="f" coordsize="21600,21600">
            <v:path/>
            <v:fill on="f" focussize="0,0"/>
            <v:stroke on="f" joinstyle="miter"/>
            <v:imagedata r:id="rId4551" o:title="eqId9e8d21522c7b9bfc8b1d357e2f40d95f"/>
            <o:lock v:ext="edit" aspectratio="t"/>
            <w10:wrap type="none"/>
            <w10:anchorlock/>
          </v:shape>
        </w:pict>
      </w:r>
      <w:r>
        <w:rPr>
          <w:rFonts w:ascii="宋体" w:hAnsi="宋体" w:eastAsia="宋体" w:cs="宋体"/>
          <w:color w:val="000000"/>
        </w:rPr>
        <w:t>时，解得</w:t>
      </w:r>
      <w:r>
        <w:pict>
          <v:shape id="_x0000_i719559" o:spt="75" alt="学科网(www.zxxk.com)--教育资源门户，提供试卷、教案、课件、论文、素材以及各类教学资源下载，还有大量而丰富的教学相关资讯！" type="#_x0000_t75" style="height:14pt;width:26.95pt;" o:ole="t" filled="f" o:preferrelative="t" stroked="f" coordsize="21600,21600">
            <v:path/>
            <v:fill on="f" focussize="0,0"/>
            <v:stroke on="f" joinstyle="miter"/>
            <v:imagedata r:id="rId4552" o:title="eqId23725094c363fd158166a8698971694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560" o:spt="75" alt="学科网(www.zxxk.com)--教育资源门户，提供试卷、教案、课件、论文、素材以及各类教学资源下载，还有大量而丰富的教学相关资讯！" type="#_x0000_t75" style="height:31.2pt;width:61.2pt;" o:ole="t" filled="f" o:preferrelative="t" stroked="f" coordsize="21600,21600">
            <v:path/>
            <v:fill on="f" focussize="0,0"/>
            <v:stroke on="f" joinstyle="miter"/>
            <v:imagedata r:id="rId4553" o:title="eqId8da36ef5745bb6972c46f2965e141025"/>
            <o:lock v:ext="edit" aspectratio="t"/>
            <w10:wrap type="none"/>
            <w10:anchorlock/>
          </v:shape>
        </w:pict>
      </w:r>
      <w:r>
        <w:rPr>
          <w:rFonts w:ascii="宋体" w:hAnsi="宋体" w:eastAsia="宋体" w:cs="宋体"/>
          <w:color w:val="000000"/>
        </w:rPr>
        <w:t>时，满足</w:t>
      </w:r>
      <w:r>
        <w:pict>
          <v:shape id="_x0000_i719561" o:spt="75" alt="学科网(www.zxxk.com)--教育资源门户，提供试卷、教案、课件、论文、素材以及各类教学资源下载，还有大量而丰富的教学相关资讯！" type="#_x0000_t75" style="height:30.75pt;width:74.25pt;" o:ole="t" filled="f" o:preferrelative="t" stroked="f" coordsize="21600,21600">
            <v:path/>
            <v:fill on="f" focussize="0,0"/>
            <v:stroke on="f" joinstyle="miter"/>
            <v:imagedata r:id="rId4554" o:title="eqId77c9a284beaa333b0cbb7b4566d5da17"/>
            <o:lock v:ext="edit" aspectratio="t"/>
            <w10:wrap type="none"/>
            <w10:anchorlock/>
          </v:shape>
        </w:pict>
      </w:r>
      <w:r>
        <w:rPr>
          <w:rFonts w:ascii="宋体" w:hAnsi="宋体" w:eastAsia="宋体" w:cs="宋体"/>
          <w:color w:val="000000"/>
        </w:rPr>
        <w:t>，当</w:t>
      </w:r>
      <w:r>
        <w:pict>
          <v:shape id="_x0000_i719562"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4555" o:title="eqId59660a434fac563268b0e66de3c2b444"/>
            <o:lock v:ext="edit" aspectratio="t"/>
            <w10:wrap type="none"/>
            <w10:anchorlock/>
          </v:shape>
        </w:pict>
      </w:r>
      <w:r>
        <w:rPr>
          <w:rFonts w:ascii="宋体" w:hAnsi="宋体" w:eastAsia="宋体" w:cs="宋体"/>
          <w:color w:val="000000"/>
        </w:rPr>
        <w:t>时，满足</w:t>
      </w:r>
      <w:r>
        <w:pict>
          <v:shape id="_x0000_i719563" o:spt="75" alt="学科网(www.zxxk.com)--教育资源门户，提供试卷、教案、课件、论文、素材以及各类教学资源下载，还有大量而丰富的教学相关资讯！" type="#_x0000_t75" style="height:30.75pt;width:60pt;" o:ole="t" filled="f" o:preferrelative="t" stroked="f" coordsize="21600,21600">
            <v:path/>
            <v:fill on="f" focussize="0,0"/>
            <v:stroke on="f" joinstyle="miter"/>
            <v:imagedata r:id="rId4556" o:title="eqIde57c3e9d0ce33101d926443c7264b3b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564" o:spt="75" alt="学科网(www.zxxk.com)--教育资源门户，提供试卷、教案、课件、论文、素材以及各类教学资源下载，还有大量而丰富的教学相关资讯！" type="#_x0000_t75" style="height:31.2pt;width:61.2pt;" o:ole="t" filled="f" o:preferrelative="t" stroked="f" coordsize="21600,21600">
            <v:path/>
            <v:fill on="f" focussize="0,0"/>
            <v:stroke on="f" joinstyle="miter"/>
            <v:imagedata r:id="rId4557" o:title="eqId8da36ef5745bb6972c46f2965e141025"/>
            <o:lock v:ext="edit" aspectratio="t"/>
            <w10:wrap type="none"/>
            <w10:anchorlock/>
          </v:shape>
        </w:pict>
      </w:r>
      <w:r>
        <w:rPr>
          <w:rFonts w:ascii="宋体" w:hAnsi="宋体" w:eastAsia="宋体" w:cs="宋体"/>
          <w:color w:val="000000"/>
        </w:rPr>
        <w:t>或</w:t>
      </w:r>
      <w:r>
        <w:pict>
          <v:shape id="_x0000_i719565"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4558" o:title="eqId59660a434fac563268b0e66de3c2b444"/>
            <o:lock v:ext="edit" aspectratio="t"/>
            <w10:wrap type="none"/>
            <w10:anchorlock/>
          </v:shape>
        </w:pict>
      </w:r>
      <w:r>
        <w:rPr>
          <w:rFonts w:ascii="宋体" w:hAnsi="宋体" w:eastAsia="宋体" w:cs="宋体"/>
          <w:color w:val="000000"/>
        </w:rPr>
        <w:t>时，满足点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1956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559" o:title="eqIdf52a58fbaf4fea03567e88a9f0f6e37e"/>
            <o:lock v:ext="edit" aspectratio="t"/>
            <w10:wrap type="none"/>
            <w10:anchorlock/>
          </v:shape>
        </w:pict>
      </w:r>
      <w:r>
        <w:rPr>
          <w:rFonts w:ascii="宋体" w:hAnsi="宋体" w:eastAsia="宋体" w:cs="宋体"/>
          <w:color w:val="000000"/>
        </w:rPr>
        <w:t>的 “半关联点”，</w:t>
      </w:r>
    </w:p>
    <w:p>
      <w:pPr>
        <w:spacing w:line="360" w:lineRule="auto"/>
        <w:jc w:val="left"/>
        <w:textAlignment w:val="center"/>
        <w:rPr>
          <w:color w:val="000000"/>
        </w:rPr>
      </w:pPr>
      <w:r>
        <w:rPr>
          <w:rFonts w:ascii="宋体" w:hAnsi="宋体" w:eastAsia="宋体" w:cs="宋体"/>
          <w:color w:val="000000"/>
        </w:rPr>
        <w:t>故答案为：</w:t>
      </w:r>
      <w:r>
        <w:pict>
          <v:shape id="_x0000_i719567" o:spt="75" alt="学科网(www.zxxk.com)--教育资源门户，提供试卷、教案、课件、论文、素材以及各类教学资源下载，还有大量而丰富的教学相关资讯！" type="#_x0000_t75" style="height:31.2pt;width:61.2pt;" o:ole="t" filled="f" o:preferrelative="t" stroked="f" coordsize="21600,21600">
            <v:path/>
            <v:fill on="f" focussize="0,0"/>
            <v:stroke on="f" joinstyle="miter"/>
            <v:imagedata r:id="rId4560" o:title="eqId8da36ef5745bb6972c46f2965e141025"/>
            <o:lock v:ext="edit" aspectratio="t"/>
            <w10:wrap type="none"/>
            <w10:anchorlock/>
          </v:shape>
        </w:pict>
      </w:r>
      <w:r>
        <w:rPr>
          <w:rFonts w:ascii="宋体" w:hAnsi="宋体" w:eastAsia="宋体" w:cs="宋体"/>
          <w:color w:val="000000"/>
        </w:rPr>
        <w:t>或</w:t>
      </w:r>
      <w:r>
        <w:pict>
          <v:shape id="_x0000_i719568" o:spt="75" alt="学科网(www.zxxk.com)--教育资源门户，提供试卷、教案、课件、论文、素材以及各类教学资源下载，还有大量而丰富的教学相关资讯！" type="#_x0000_t75" style="height:14.25pt;width:27.15pt;" o:ole="t" filled="f" o:preferrelative="t" stroked="f" coordsize="21600,21600">
            <v:path/>
            <v:fill on="f" focussize="0,0"/>
            <v:stroke on="f" joinstyle="miter"/>
            <v:imagedata r:id="rId4561" o:title="eqId59660a434fac563268b0e66de3c2b444"/>
            <o:lock v:ext="edit" aspectratio="t"/>
            <w10:wrap type="none"/>
            <w10:anchorlock/>
          </v:shape>
        </w:pict>
      </w:r>
      <w:r>
        <w:rPr>
          <w:rFonts w:ascii="宋体" w:hAnsi="宋体" w:eastAsia="宋体" w:cs="宋体"/>
          <w:color w:val="000000"/>
        </w:rPr>
        <w:t>．</w:t>
      </w:r>
    </w:p>
    <w:p>
      <w:pPr>
        <w:pStyle w:val="Heading2"/>
      </w:pPr>
      <w:r>
        <w:t>延庆区</w:t>
      </w:r>
    </w:p>
    <w:p>
      <w:pPr>
        <w:spacing w:line="360" w:lineRule="auto"/>
        <w:jc w:val="left"/>
        <w:textAlignment w:val="center"/>
        <w:rPr>
          <w:color w:val="000000"/>
        </w:rPr>
      </w:pPr>
      <w:r>
        <w:rPr>
          <w:color w:val="000000"/>
        </w:rPr>
        <w:t xml:space="preserve">27. </w:t>
      </w:r>
      <w:r>
        <w:rPr>
          <w:rFonts w:ascii="宋体" w:hAnsi="宋体" w:eastAsia="宋体" w:cs="宋体"/>
          <w:color w:val="000000"/>
        </w:rPr>
        <w:t>阅读材料：对于任意有理数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，规定一种特别的运算“</w:t>
      </w:r>
      <w:r>
        <w:pict>
          <v:shape id="_x0000_i719569"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62" o:title="eqId4c3c2f679d53b91088ba6eb14c16cbc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pict>
          <v:shape id="_x0000_i719570"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62" o:title="eqId4c3c2f679d53b91088ba6eb14c16cbc0"/>
            <o:lock v:ext="edit" aspectratio="t"/>
            <w10:wrap type="none"/>
            <w10:anchorlock/>
          </v:shape>
        </w:pict>
      </w:r>
      <w:r>
        <w:rPr>
          <w:rFonts w:ascii="Times New Roman" w:hAnsi="Times New Roman" w:eastAsia="Times New Roman" w:cs="Times New Roman"/>
          <w:i/>
          <w:color w:val="000000"/>
        </w:rPr>
        <w:t>b</w:t>
      </w:r>
      <w:r>
        <w:pict>
          <v:shape id="_x0000_i719571" o:spt="75" alt="学科网(www.zxxk.com)--教育资源门户，提供试卷、教案、课件、论文、素材以及各类教学资源下载，还有大量而丰富的教学相关资讯！" type="#_x0000_t75" style="height:13.85pt;width:59.1pt;" o:ole="t" filled="f" o:preferrelative="t" stroked="f" coordsize="21600,21600">
            <v:path/>
            <v:fill on="f" focussize="0,0"/>
            <v:stroke on="f" joinstyle="miter"/>
            <v:imagedata r:id="rId4563" o:title="eqId95b8996e05382eba69c304876a79f64d"/>
            <o:lock v:ext="edit" aspectratio="t"/>
            <w10:wrap type="none"/>
            <w10:anchorlock/>
          </v:shape>
        </w:pict>
      </w:r>
      <w:r>
        <w:rPr>
          <w:rFonts w:ascii="宋体" w:hAnsi="宋体" w:eastAsia="宋体" w:cs="宋体"/>
          <w:color w:val="000000"/>
        </w:rPr>
        <w:t>．例如，</w:t>
      </w:r>
      <w:r>
        <w:rPr>
          <w:rFonts w:ascii="Times New Roman" w:hAnsi="Times New Roman" w:eastAsia="Times New Roman" w:cs="Times New Roman"/>
          <w:color w:val="000000"/>
        </w:rPr>
        <w:t>2</w:t>
      </w:r>
      <w:r>
        <w:pict>
          <v:shape id="_x0000_i719572"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62" o:title="eqId4c3c2f679d53b91088ba6eb14c16cbc0"/>
            <o:lock v:ext="edit" aspectratio="t"/>
            <w10:wrap type="none"/>
            <w10:anchorlock/>
          </v:shape>
        </w:pict>
      </w:r>
      <w:r>
        <w:rPr>
          <w:rFonts w:ascii="Times New Roman" w:hAnsi="Times New Roman" w:eastAsia="Times New Roman" w:cs="Times New Roman"/>
          <w:color w:val="000000"/>
        </w:rPr>
        <w:t>5</w:t>
      </w:r>
      <w:r>
        <w:pict>
          <v:shape id="_x0000_i719573" o:spt="75" alt="学科网(www.zxxk.com)--教育资源门户，提供试卷、教案、课件、论文、素材以及各类教学资源下载，还有大量而丰富的教学相关资讯！" type="#_x0000_t75" style="height:13.85pt;width:84.9pt;" o:ole="t" filled="f" o:preferrelative="t" stroked="f" coordsize="21600,21600">
            <v:path/>
            <v:fill on="f" focussize="0,0"/>
            <v:stroke on="f" joinstyle="miter"/>
            <v:imagedata r:id="rId4564" o:title="eqId4001b83fbde2bb30717e7ae244659d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求</w:t>
      </w:r>
      <w:r>
        <w:rPr>
          <w:rFonts w:ascii="Times New Roman" w:hAnsi="Times New Roman" w:eastAsia="Times New Roman" w:cs="Times New Roman"/>
          <w:color w:val="000000"/>
        </w:rPr>
        <w:t>3</w:t>
      </w:r>
      <w:r>
        <w:pict>
          <v:shape id="_x0000_i719574"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65" o:title="eqId4c3c2f679d53b91088ba6eb14c16cbc0"/>
            <o:lock v:ext="edit" aspectratio="t"/>
            <w10:wrap type="none"/>
            <w10:anchorlock/>
          </v:shape>
        </w:pict>
      </w:r>
      <w:r>
        <w:pict>
          <v:shape id="_x0000_i719575"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566" o:title="eqIdcfc0b1128fe2134d401f42fc52740f43"/>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19576"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4567" o:title="eqId0f6d4a6cbf82d597e25cc39a48146b67"/>
            <o:lock v:ext="edit" aspectratio="t"/>
            <w10:wrap type="none"/>
            <w10:anchorlock/>
          </v:shape>
        </w:pict>
      </w:r>
      <w:r>
        <w:pict>
          <v:shape id="_x0000_i719577"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68" o:title="eqId4c3c2f679d53b91088ba6eb14c16cbc0"/>
            <o:lock v:ext="edit" aspectratio="t"/>
            <w10:wrap type="none"/>
            <w10:anchorlock/>
          </v:shape>
        </w:pict>
      </w:r>
      <w:r>
        <w:pict>
          <v:shape id="_x0000_i719578"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4569" o:title="eqId39cc033406da2cdd342308972c6701f1"/>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x</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试探究这种特别的运算“</w:t>
      </w:r>
      <w:r>
        <w:pict>
          <v:shape id="_x0000_i719579"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70" o:title="eqId4c3c2f679d53b91088ba6eb14c16cbc0"/>
            <o:lock v:ext="edit" aspectratio="t"/>
            <w10:wrap type="none"/>
            <w10:anchorlock/>
          </v:shape>
        </w:pict>
      </w:r>
      <w:r>
        <w:rPr>
          <w:rFonts w:ascii="宋体" w:hAnsi="宋体" w:eastAsia="宋体" w:cs="宋体"/>
          <w:color w:val="000000"/>
        </w:rPr>
        <w:t>”是否具有交换律？</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w:t>
      </w:r>
      <w:r>
        <w:rPr>
          <w:color w:val="000000"/>
        </w:rPr>
        <w:t xml:space="preserve">    （2）</w:t>
      </w:r>
      <w:r>
        <w:pict>
          <v:shape id="_x0000_i71958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571" o:title="eqId274a9dc37509f01c2606fb3086a46f4f"/>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不具有，理由见解析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本题考查定义新运算题型，解一元一次方程．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）根据题意利用题干列式求解即可得到本题答案；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）根据题意列出含</w:t>
      </w:r>
      <w:r>
        <w:rPr>
          <w:rFonts w:ascii="Times New Roman" w:hAnsi="Times New Roman" w:eastAsia="Times New Roman" w:cs="Times New Roman"/>
          <w:i/>
          <w:color w:val="000000"/>
        </w:rPr>
        <w:t>x</w:t>
      </w:r>
      <w:r>
        <w:rPr>
          <w:rFonts w:ascii="宋体" w:hAnsi="宋体" w:eastAsia="宋体" w:cs="宋体"/>
          <w:color w:val="000000"/>
        </w:rPr>
        <w:t>的式子解出即为本题答案；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）可以代数求，计算</w:t>
      </w:r>
      <w:r>
        <w:pict>
          <v:shape id="_x0000_i719581"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572" o:title="eqIdcfc0b1128fe2134d401f42fc52740f43"/>
            <o:lock v:ext="edit" aspectratio="t"/>
            <w10:wrap type="none"/>
            <w10:anchorlock/>
          </v:shape>
        </w:pict>
      </w:r>
      <w:r>
        <w:pict>
          <v:shape id="_x0000_i719582"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73" o:title="eqId4c3c2f679d53b91088ba6eb14c16cbc0"/>
            <o:lock v:ext="edit" aspectratio="t"/>
            <w10:wrap type="none"/>
            <w10:anchorlock/>
          </v:shape>
        </w:pict>
      </w:r>
      <w:r>
        <w:rPr>
          <w:rFonts w:ascii="Times New Roman" w:hAnsi="Times New Roman" w:eastAsia="Times New Roman" w:cs="Times New Roman"/>
          <w:color w:val="000000"/>
        </w:rPr>
        <w:t>3</w:t>
      </w:r>
      <w:r>
        <w:rPr>
          <w:rFonts w:ascii="宋体" w:hAnsi="宋体" w:eastAsia="宋体" w:cs="宋体"/>
          <w:color w:val="000000"/>
        </w:rPr>
        <w:t>，看结果是否等于（</w:t>
      </w:r>
      <w:r>
        <w:rPr>
          <w:rFonts w:ascii="Times New Roman" w:hAnsi="Times New Roman" w:eastAsia="Times New Roman" w:cs="Times New Roman"/>
          <w:color w:val="000000"/>
        </w:rPr>
        <w:t>1</w:t>
      </w:r>
      <w:r>
        <w:rPr>
          <w:rFonts w:ascii="宋体" w:hAnsi="宋体" w:eastAsia="宋体" w:cs="宋体"/>
          <w:color w:val="000000"/>
        </w:rPr>
        <w:t>）中求得的结果，进而可作判断．</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i/>
          <w:color w:val="000000"/>
        </w:rPr>
        <w:t>a</w:t>
      </w:r>
      <w:r>
        <w:pict>
          <v:shape id="_x0000_i719583"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74" o:title="eqId4c3c2f679d53b91088ba6eb14c16cbc0"/>
            <o:lock v:ext="edit" aspectratio="t"/>
            <w10:wrap type="none"/>
            <w10:anchorlock/>
          </v:shape>
        </w:pict>
      </w:r>
      <w:r>
        <w:rPr>
          <w:rFonts w:ascii="Times New Roman" w:hAnsi="Times New Roman" w:eastAsia="Times New Roman" w:cs="Times New Roman"/>
          <w:i/>
          <w:color w:val="000000"/>
        </w:rPr>
        <w:t>b</w:t>
      </w:r>
      <w:r>
        <w:pict>
          <v:shape id="_x0000_i719584" o:spt="75" alt="学科网(www.zxxk.com)--教育资源门户，提供试卷、教案、课件、论文、素材以及各类教学资源下载，还有大量而丰富的教学相关资讯！" type="#_x0000_t75" style="height:13.85pt;width:59.1pt;" o:ole="t" filled="f" o:preferrelative="t" stroked="f" coordsize="21600,21600">
            <v:path/>
            <v:fill on="f" focussize="0,0"/>
            <v:stroke on="f" joinstyle="miter"/>
            <v:imagedata r:id="rId4575" o:title="eqId95b8996e05382eba69c304876a79f64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pict>
          <v:shape id="_x0000_i719585"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76" o:title="eqId4c3c2f679d53b91088ba6eb14c16cbc0"/>
            <o:lock v:ext="edit" aspectratio="t"/>
            <w10:wrap type="none"/>
            <w10:anchorlock/>
          </v:shape>
        </w:pict>
      </w:r>
      <w:r>
        <w:pict>
          <v:shape id="_x0000_i719586"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577" o:title="eqIdcfc0b1128fe2134d401f42fc52740f43"/>
            <o:lock v:ext="edit" aspectratio="t"/>
            <w10:wrap type="none"/>
            <w10:anchorlock/>
          </v:shape>
        </w:pict>
      </w:r>
      <w:r>
        <w:pict>
          <v:shape id="_x0000_i719587" o:spt="75" alt="学科网(www.zxxk.com)--教育资源门户，提供试卷、教案、课件、论文、素材以及各类教学资源下载，还有大量而丰富的教学相关资讯！" type="#_x0000_t75" style="height:16.15pt;width:156.9pt;" o:ole="t" filled="f" o:preferrelative="t" stroked="f" coordsize="21600,21600">
            <v:path/>
            <v:fill on="f" focussize="0,0"/>
            <v:stroke on="f" joinstyle="miter"/>
            <v:imagedata r:id="rId4578" o:title="eqIdcbadf000b9dfd58df495f4b0098d416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pict>
          <v:shape id="_x0000_i719588"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4579" o:title="eqId0f6d4a6cbf82d597e25cc39a48146b67"/>
            <o:lock v:ext="edit" aspectratio="t"/>
            <w10:wrap type="none"/>
            <w10:anchorlock/>
          </v:shape>
        </w:pict>
      </w:r>
      <w:r>
        <w:pict>
          <v:shape id="_x0000_i719589"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80" o:title="eqId4c3c2f679d53b91088ba6eb14c16cbc0"/>
            <o:lock v:ext="edit" aspectratio="t"/>
            <w10:wrap type="none"/>
            <w10:anchorlock/>
          </v:shape>
        </w:pict>
      </w:r>
      <w:r>
        <w:pict>
          <v:shape id="_x0000_i719590"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4581" o:title="eqId39cc033406da2cdd342308972c6701f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591" o:spt="75" alt="学科网(www.zxxk.com)--教育资源门户，提供试卷、教案、课件、论文、素材以及各类教学资源下载，还有大量而丰富的教学相关资讯！" type="#_x0000_t75" style="height:13.85pt;width:120.9pt;" o:ole="t" filled="f" o:preferrelative="t" stroked="f" coordsize="21600,21600">
            <v:path/>
            <v:fill on="f" focussize="0,0"/>
            <v:stroke on="f" joinstyle="miter"/>
            <v:imagedata r:id="rId4582" o:title="eqId7cfae64169a047b4d14fd57cf2c7d15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59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583" o:title="eqId639c3d2ff5ee566fcc1b69c65712a6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pict>
          <v:shape id="_x0000_i719593"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584" o:title="eqIdcfc0b1128fe2134d401f42fc52740f43"/>
            <o:lock v:ext="edit" aspectratio="t"/>
            <w10:wrap type="none"/>
            <w10:anchorlock/>
          </v:shape>
        </w:pict>
      </w:r>
      <w:r>
        <w:pict>
          <v:shape id="_x0000_i719594"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85" o:title="eqId4c3c2f679d53b91088ba6eb14c16cbc0"/>
            <o:lock v:ext="edit" aspectratio="t"/>
            <w10:wrap type="none"/>
            <w10:anchorlock/>
          </v:shape>
        </w:pict>
      </w:r>
      <w:r>
        <w:rPr>
          <w:rFonts w:ascii="Times New Roman" w:hAnsi="Times New Roman" w:eastAsia="Times New Roman" w:cs="Times New Roman"/>
          <w:color w:val="000000"/>
        </w:rPr>
        <w:t>3</w:t>
      </w:r>
      <w:r>
        <w:pict>
          <v:shape id="_x0000_i719595" o:spt="75" alt="学科网(www.zxxk.com)--教育资源门户，提供试卷、教案、课件、论文、素材以及各类教学资源下载，还有大量而丰富的教学相关资讯！" type="#_x0000_t75" style="height:16.15pt;width:150.9pt;" o:ole="t" filled="f" o:preferrelative="t" stroked="f" coordsize="21600,21600">
            <v:path/>
            <v:fill on="f" focussize="0,0"/>
            <v:stroke on="f" joinstyle="miter"/>
            <v:imagedata r:id="rId4586" o:title="eqId76b2dc6bdf26a183ddc0e7c9b3d9179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∵由（</w:t>
      </w:r>
      <w:r>
        <w:rPr>
          <w:rFonts w:ascii="Times New Roman" w:hAnsi="Times New Roman" w:eastAsia="Times New Roman" w:cs="Times New Roman"/>
          <w:color w:val="000000"/>
        </w:rPr>
        <w:t>1</w:t>
      </w:r>
      <w:r>
        <w:rPr>
          <w:rFonts w:ascii="宋体" w:hAnsi="宋体" w:eastAsia="宋体" w:cs="宋体"/>
          <w:color w:val="000000"/>
        </w:rPr>
        <w:t>）知，</w:t>
      </w:r>
      <w:r>
        <w:rPr>
          <w:rFonts w:ascii="Times New Roman" w:hAnsi="Times New Roman" w:eastAsia="Times New Roman" w:cs="Times New Roman"/>
          <w:color w:val="000000"/>
        </w:rPr>
        <w:t>3</w:t>
      </w:r>
      <w:r>
        <w:pict>
          <v:shape id="_x0000_i719596"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87" o:title="eqId4c3c2f679d53b91088ba6eb14c16cbc0"/>
            <o:lock v:ext="edit" aspectratio="t"/>
            <w10:wrap type="none"/>
            <w10:anchorlock/>
          </v:shape>
        </w:pict>
      </w:r>
      <w:r>
        <w:pict>
          <v:shape id="_x0000_i719597"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588" o:title="eqIdcfc0b1128fe2134d401f42fc52740f43"/>
            <o:lock v:ext="edit" aspectratio="t"/>
            <w10:wrap type="none"/>
            <w10:anchorlock/>
          </v:shape>
        </w:pict>
      </w:r>
      <w:r>
        <w:pict>
          <v:shape id="_x0000_i719598" o:spt="75" alt="学科网(www.zxxk.com)--教育资源门户，提供试卷、教案、课件、论文、素材以及各类教学资源下载，还有大量而丰富的教学相关资讯！" type="#_x0000_t75" style="height:12pt;width:15pt;" o:ole="t" filled="f" o:preferrelative="t" stroked="f" coordsize="21600,21600">
            <v:path/>
            <v:fill on="f" focussize="0,0"/>
            <v:stroke on="f" joinstyle="miter"/>
            <v:imagedata r:id="rId4589" o:title="eqIdf90bae886c8ab958aa4c693bf8e0627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pict>
          <v:shape id="_x0000_i719599"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90" o:title="eqId4c3c2f679d53b91088ba6eb14c16cbc0"/>
            <o:lock v:ext="edit" aspectratio="t"/>
            <w10:wrap type="none"/>
            <w10:anchorlock/>
          </v:shape>
        </w:pict>
      </w:r>
      <w:r>
        <w:pict>
          <v:shape id="_x0000_i719600"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591" o:title="eqIdcfc0b1128fe2134d401f42fc52740f43"/>
            <o:lock v:ext="edit" aspectratio="t"/>
            <w10:wrap type="none"/>
            <w10:anchorlock/>
          </v:shape>
        </w:pict>
      </w:r>
      <w:r>
        <w:pict>
          <v:shape id="_x0000_i719601" o:spt="75" alt="学科网(www.zxxk.com)--教育资源门户，提供试卷、教案、课件、论文、素材以及各类教学资源下载，还有大量而丰富的教学相关资讯！" type="#_x0000_t75" style="height:9.75pt;width:9.75pt;" o:ole="t" filled="f" o:preferrelative="t" stroked="f" coordsize="21600,21600">
            <v:path/>
            <v:fill on="f" focussize="0,0"/>
            <v:stroke on="f" joinstyle="miter"/>
            <v:imagedata r:id="rId4592" o:title="eqId411837b4b3078d05b43cb0439259a362"/>
            <o:lock v:ext="edit" aspectratio="t"/>
            <w10:wrap type="none"/>
            <w10:anchorlock/>
          </v:shape>
        </w:pict>
      </w:r>
      <w:r>
        <w:pict>
          <v:shape id="_x0000_i719602"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591" o:title="eqIdcfc0b1128fe2134d401f42fc52740f43"/>
            <o:lock v:ext="edit" aspectratio="t"/>
            <w10:wrap type="none"/>
            <w10:anchorlock/>
          </v:shape>
        </w:pict>
      </w:r>
      <w:r>
        <w:pict>
          <v:shape id="_x0000_i719603"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90" o:title="eqId4c3c2f679d53b91088ba6eb14c16cbc0"/>
            <o:lock v:ext="edit" aspectratio="t"/>
            <w10:wrap type="none"/>
            <w10:anchorlock/>
          </v:shape>
        </w:pic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∴这种特别的运算“</w:t>
      </w:r>
      <w:r>
        <w:pict>
          <v:shape id="_x0000_i719604" o:spt="75" alt="学科网(www.zxxk.com)--教育资源门户，提供试卷、教案、课件、论文、素材以及各类教学资源下载，还有大量而丰富的教学相关资讯！" type="#_x0000_t75" style="height:14.25pt;width:12.75pt;" o:ole="t" filled="f" o:preferrelative="t" stroked="f" coordsize="21600,21600">
            <v:path/>
            <v:fill on="f" focussize="0,0"/>
            <v:stroke on="f" joinstyle="miter"/>
            <v:imagedata r:id="rId4593" o:title="eqId4c3c2f679d53b91088ba6eb14c16cbc0"/>
            <o:lock v:ext="edit" aspectratio="t"/>
            <w10:wrap type="none"/>
            <w10:anchorlock/>
          </v:shape>
        </w:pict>
      </w:r>
      <w:r>
        <w:rPr>
          <w:rFonts w:ascii="宋体" w:hAnsi="宋体" w:eastAsia="宋体" w:cs="宋体"/>
          <w:color w:val="000000"/>
        </w:rPr>
        <w:t>”不具有交换律．</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对于数轴上三个不同的点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，给出如下定义：在线段</w:t>
      </w:r>
      <w:r>
        <w:pict>
          <v:shape id="_x0000_i719605" o:spt="75" alt="学科网(www.zxxk.com)--教育资源门户，提供试卷、教案、课件、论文、素材以及各类教学资源下载，还有大量而丰富的教学相关资讯！" type="#_x0000_t75" style="height:13.9pt;width:72pt;" o:ole="t" filled="f" o:preferrelative="t" stroked="f" coordsize="21600,21600">
            <v:path/>
            <v:fill on="f" focussize="0,0"/>
            <v:stroke on="f" joinstyle="miter"/>
            <v:imagedata r:id="rId4594" o:title="eqIda1a6936a0a7379a7dd2331182696712a"/>
            <o:lock v:ext="edit" aspectratio="t"/>
            <w10:wrap type="none"/>
            <w10:anchorlock/>
          </v:shape>
        </w:pict>
      </w:r>
      <w:r>
        <w:rPr>
          <w:rFonts w:ascii="宋体" w:hAnsi="宋体" w:eastAsia="宋体" w:cs="宋体"/>
          <w:color w:val="000000"/>
        </w:rPr>
        <w:t>中，若其中有两条线段相等，则称</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三点是“均衡点”．</w:t>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1960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595" o:title="eqId274a9dc37509f01c2606fb3086a46f4f"/>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w:t>
      </w:r>
      <w:r>
        <w:rPr>
          <w:rFonts w:ascii="Times New Roman" w:hAnsi="Times New Roman" w:eastAsia="Times New Roman" w:cs="Times New Roman"/>
          <w:color w:val="000000"/>
        </w:rPr>
        <w:t>______</w:t>
      </w:r>
      <w:r>
        <w:rPr>
          <w:rFonts w:ascii="宋体" w:hAnsi="宋体" w:eastAsia="宋体" w:cs="宋体"/>
          <w:color w:val="000000"/>
        </w:rPr>
        <w:t>（填“是”或“不是”）“均衡点”；</w:t>
      </w:r>
    </w:p>
    <w:p>
      <w:pPr>
        <w:spacing w:line="360" w:lineRule="auto"/>
        <w:jc w:val="left"/>
        <w:textAlignment w:val="center"/>
        <w:rPr>
          <w:color w:val="000000"/>
        </w:rPr>
      </w:pPr>
      <w:r>
        <w:rPr>
          <w:rFonts w:ascii="宋体" w:hAnsi="宋体" w:eastAsia="宋体" w:cs="宋体"/>
          <w:color w:val="000000"/>
        </w:rPr>
        <w:t>②点</w:t>
      </w:r>
      <w:r>
        <w:rPr>
          <w:rFonts w:ascii="Times New Roman" w:hAnsi="Times New Roman" w:eastAsia="Times New Roman" w:cs="Times New Roman"/>
          <w:i/>
          <w:color w:val="000000"/>
        </w:rPr>
        <w:t>M</w:t>
      </w:r>
      <w:r>
        <w:rPr>
          <w:rFonts w:ascii="宋体" w:hAnsi="宋体" w:eastAsia="宋体" w:cs="宋体"/>
          <w:color w:val="000000"/>
        </w:rPr>
        <w:t>表示的数是</w:t>
      </w:r>
      <w:r>
        <w:rPr>
          <w:rFonts w:ascii="Times New Roman" w:hAnsi="Times New Roman" w:eastAsia="Times New Roman" w:cs="Times New Roman"/>
          <w:i/>
          <w:color w:val="000000"/>
        </w:rPr>
        <w:t>m</w:t>
      </w:r>
      <w:r>
        <w:rPr>
          <w:rFonts w:ascii="宋体" w:hAnsi="宋体" w:eastAsia="宋体" w:cs="宋体"/>
          <w:color w:val="000000"/>
        </w:rPr>
        <w:t>，且</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三点是“均衡点”，则</w:t>
      </w:r>
      <w:r>
        <w:pict>
          <v:shape id="_x0000_i719607"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4596" o:title="eqIda6c57bbef89a37f1a3808c0ceeac0c22"/>
            <o:lock v:ext="edit" aspectratio="t"/>
            <w10:wrap type="none"/>
            <w10:anchorlock/>
          </v:shape>
        </w:pict>
      </w:r>
      <w:r>
        <w:rPr>
          <w:rFonts w:ascii="Times New Roman" w:hAnsi="Times New Roman" w:eastAsia="Times New Roman" w:cs="Times New Roman"/>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表示的数是</w:t>
      </w:r>
      <w:r>
        <w:rPr>
          <w:rFonts w:ascii="Times New Roman" w:hAnsi="Times New Roman" w:eastAsia="Times New Roman" w:cs="Times New Roman"/>
          <w:i/>
          <w:color w:val="000000"/>
        </w:rPr>
        <w:t>n</w:t>
      </w:r>
      <w:r>
        <w:rPr>
          <w:rFonts w:ascii="宋体" w:hAnsi="宋体" w:eastAsia="宋体" w:cs="宋体"/>
          <w:color w:val="000000"/>
        </w:rPr>
        <w:t>，线段</w:t>
      </w:r>
      <w:r>
        <w:pict>
          <v:shape id="_x0000_i719608"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4597" o:title="eqId3319509bbd6b74f077bc88681d7be74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为正整数），线段</w:t>
      </w:r>
      <w:r>
        <w:pict>
          <v:shape id="_x0000_i719609"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598" o:title="eqIdfee745c99acb9d50c86ebd83faf2d020"/>
            <o:lock v:ext="edit" aspectratio="t"/>
            <w10:wrap type="none"/>
            <w10:anchorlock/>
          </v:shape>
        </w:pict>
      </w:r>
      <w:r>
        <w:rPr>
          <w:rFonts w:ascii="宋体" w:hAnsi="宋体" w:eastAsia="宋体" w:cs="宋体"/>
          <w:color w:val="000000"/>
        </w:rPr>
        <w:t>，若</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三点是“均衡点”，且关于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9610" o:spt="75" alt="学科网(www.zxxk.com)--教育资源门户，提供试卷、教案、课件、论文、素材以及各类教学资源下载，还有大量而丰富的教学相关资讯！" type="#_x0000_t75" style="height:13.85pt;width:55.85pt;" o:ole="t" filled="f" o:preferrelative="t" stroked="f" coordsize="21600,21600">
            <v:path/>
            <v:fill on="f" focussize="0,0"/>
            <v:stroke on="f" joinstyle="miter"/>
            <v:imagedata r:id="rId4599" o:title="eqIdea78f5c24a448c20eb7ed2a2bde224fa"/>
            <o:lock v:ext="edit" aspectratio="t"/>
            <w10:wrap type="none"/>
            <w10:anchorlock/>
          </v:shape>
        </w:pict>
      </w:r>
      <w:r>
        <w:rPr>
          <w:rFonts w:ascii="宋体" w:hAnsi="宋体" w:eastAsia="宋体" w:cs="宋体"/>
          <w:color w:val="000000"/>
        </w:rPr>
        <w:t>的解为整数，求</w:t>
      </w:r>
      <w:r>
        <w:rPr>
          <w:rFonts w:ascii="Times New Roman" w:hAnsi="Times New Roman" w:eastAsia="Times New Roman" w:cs="Times New Roman"/>
          <w:i/>
          <w:color w:val="000000"/>
        </w:rPr>
        <w:t>n</w:t>
      </w:r>
      <w:r>
        <w:rPr>
          <w:rFonts w:ascii="宋体" w:hAnsi="宋体" w:eastAsia="宋体" w:cs="宋体"/>
          <w:color w:val="000000"/>
        </w:rPr>
        <w:t>的最小值．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①不是；②</w:t>
      </w:r>
      <w:r>
        <w:pict>
          <v:shape id="_x0000_i719611" o:spt="75" alt="学科网(www.zxxk.com)--教育资源门户，提供试卷、教案、课件、论文、素材以及各类教学资源下载，还有大量而丰富的教学相关资讯！" type="#_x0000_t75" style="height:15pt;width:35.25pt;" o:ole="t" filled="f" o:preferrelative="t" stroked="f" coordsize="21600,21600">
            <v:path/>
            <v:fill on="f" focussize="0,0"/>
            <v:stroke on="f" joinstyle="miter"/>
            <v:imagedata r:id="rId4600" o:title="eqIdf47019c37af1d4519456b7dc0a738f01"/>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19612" o:spt="75" alt="学科网(www.zxxk.com)--教育资源门户，提供试卷、教案、课件、论文、素材以及各类教学资源下载，还有大量而丰富的教学相关资讯！" type="#_x0000_t75" style="height:10.8pt;width:12.9pt;" o:ole="t" filled="f" o:preferrelative="t" stroked="f" coordsize="21600,21600">
            <v:path/>
            <v:fill on="f" focussize="0,0"/>
            <v:stroke on="f" joinstyle="miter"/>
            <v:imagedata r:id="rId4601" o:title="eqId4a94acdfb41489d5694b5a64b9e99754"/>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本题考查解一元一次方程，数轴上两点之间距离关系．</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）根据题意分别表示出</w:t>
      </w:r>
      <w:r>
        <w:pict>
          <v:shape id="_x0000_i719613" o:spt="75" alt="学科网(www.zxxk.com)--教育资源门户，提供试卷、教案、课件、论文、素材以及各类教学资源下载，还有大量而丰富的教学相关资讯！" type="#_x0000_t75" style="height:16.15pt;width:114.9pt;" o:ole="t" filled="f" o:preferrelative="t" stroked="f" coordsize="21600,21600">
            <v:path/>
            <v:fill on="f" focussize="0,0"/>
            <v:stroke on="f" joinstyle="miter"/>
            <v:imagedata r:id="rId4602" o:title="eqIdba47827c44735404a60d6d0bd26ef5e8"/>
            <o:lock v:ext="edit" aspectratio="t"/>
            <w10:wrap type="none"/>
            <w10:anchorlock/>
          </v:shape>
        </w:pict>
      </w:r>
      <w:r>
        <w:rPr>
          <w:rFonts w:ascii="宋体" w:hAnsi="宋体" w:eastAsia="宋体" w:cs="宋体"/>
          <w:color w:val="000000"/>
        </w:rPr>
        <w:t>，即可得到本题答案；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）根据题意针对三点的位置分情况讨论，列关于</w:t>
      </w:r>
      <w:r>
        <w:pict>
          <v:shape id="_x0000_i719614"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4603" o:title="eqId294f5ba74cdf695fc9a8a8e52f421328"/>
            <o:lock v:ext="edit" aspectratio="t"/>
            <w10:wrap type="none"/>
            <w10:anchorlock/>
          </v:shape>
        </w:pict>
      </w:r>
      <w:r>
        <w:rPr>
          <w:rFonts w:ascii="宋体" w:hAnsi="宋体" w:eastAsia="宋体" w:cs="宋体"/>
          <w:color w:val="000000"/>
        </w:rPr>
        <w:t>的一元一次方程并解出即可得到本题答案；</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）根据题意针对三点分情况讨论，可分为</w:t>
      </w:r>
      <w:r>
        <w:rPr>
          <w:rFonts w:ascii="Times New Roman" w:hAnsi="Times New Roman" w:eastAsia="Times New Roman" w:cs="Times New Roman"/>
          <w:color w:val="000000"/>
        </w:rPr>
        <w:t>6</w:t>
      </w:r>
      <w:r>
        <w:rPr>
          <w:rFonts w:ascii="宋体" w:hAnsi="宋体" w:eastAsia="宋体" w:cs="宋体"/>
          <w:color w:val="000000"/>
        </w:rPr>
        <w:t>种情况，再分别列出方程正确解答后比较</w:t>
      </w:r>
      <w:r>
        <w:pict>
          <v:shape id="_x0000_i719615"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4604" o:title="eqIdb6a24198bd04c29321ae5dc5a28fe421"/>
            <o:lock v:ext="edit" aspectratio="t"/>
            <w10:wrap type="none"/>
            <w10:anchorlock/>
          </v:shape>
        </w:pict>
      </w:r>
      <w:r>
        <w:rPr>
          <w:rFonts w:ascii="宋体" w:hAnsi="宋体" w:eastAsia="宋体" w:cs="宋体"/>
          <w:color w:val="000000"/>
        </w:rPr>
        <w:t>的数值，即可得到本题答案．</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①解：∵点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1961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605" o:title="eqId274a9dc37509f01c2606fb3086a46f4f"/>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17" o:spt="75" alt="学科网(www.zxxk.com)--教育资源门户，提供试卷、教案、课件、论文、素材以及各类教学资源下载，还有大量而丰富的教学相关资讯！" type="#_x0000_t75" style="height:16.15pt;width:114.9pt;" o:ole="t" filled="f" o:preferrelative="t" stroked="f" coordsize="21600,21600">
            <v:path/>
            <v:fill on="f" focussize="0,0"/>
            <v:stroke on="f" joinstyle="miter"/>
            <v:imagedata r:id="rId4606" o:title="eqIdba47827c44735404a60d6d0bd26ef5e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18" o:spt="75" alt="学科网(www.zxxk.com)--教育资源门户，提供试卷、教案、课件、论文、素材以及各类教学资源下载，还有大量而丰富的教学相关资讯！" type="#_x0000_t75" style="height:13.95pt;width:78pt;" o:ole="t" filled="f" o:preferrelative="t" stroked="f" coordsize="21600,21600">
            <v:path/>
            <v:fill on="f" focussize="0,0"/>
            <v:stroke on="f" joinstyle="miter"/>
            <v:imagedata r:id="rId4607" o:title="eqId860b295baf7a2d99de4e4fa76a9ed00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三点不是“均衡点”；</w:t>
      </w:r>
    </w:p>
    <w:p>
      <w:pPr>
        <w:spacing w:line="360" w:lineRule="auto"/>
        <w:jc w:val="left"/>
        <w:textAlignment w:val="center"/>
        <w:rPr>
          <w:color w:val="000000"/>
        </w:rPr>
      </w:pPr>
      <w:r>
        <w:rPr>
          <w:rFonts w:ascii="宋体" w:hAnsi="宋体" w:eastAsia="宋体" w:cs="宋体"/>
          <w:color w:val="000000"/>
        </w:rPr>
        <w:t>②解：∵点</w:t>
      </w:r>
      <w:r>
        <w:rPr>
          <w:rFonts w:ascii="Times New Roman" w:hAnsi="Times New Roman" w:eastAsia="Times New Roman" w:cs="Times New Roman"/>
          <w:i/>
          <w:color w:val="000000"/>
        </w:rPr>
        <w:t>M</w:t>
      </w:r>
      <w:r>
        <w:rPr>
          <w:rFonts w:ascii="宋体" w:hAnsi="宋体" w:eastAsia="宋体" w:cs="宋体"/>
          <w:color w:val="000000"/>
        </w:rPr>
        <w:t>表示的数是</w:t>
      </w:r>
      <w:r>
        <w:rPr>
          <w:rFonts w:ascii="Times New Roman" w:hAnsi="Times New Roman" w:eastAsia="Times New Roman" w:cs="Times New Roman"/>
          <w:i/>
          <w:color w:val="000000"/>
        </w:rPr>
        <w:t>m</w:t>
      </w:r>
      <w:r>
        <w:rPr>
          <w:rFonts w:ascii="宋体" w:hAnsi="宋体" w:eastAsia="宋体" w:cs="宋体"/>
          <w:color w:val="000000"/>
        </w:rPr>
        <w:t>，且</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三点是“均衡点”，</w:t>
      </w:r>
    </w:p>
    <w:p>
      <w:pPr>
        <w:spacing w:line="360" w:lineRule="auto"/>
        <w:jc w:val="left"/>
        <w:textAlignment w:val="center"/>
        <w:rPr>
          <w:color w:val="000000"/>
        </w:rPr>
      </w:pPr>
      <w:r>
        <w:rPr>
          <w:rFonts w:ascii="宋体" w:hAnsi="宋体" w:eastAsia="宋体" w:cs="宋体"/>
          <w:color w:val="000000"/>
        </w:rPr>
        <w:t>又∵点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∴分情况讨论：</w:t>
      </w:r>
    </w:p>
    <w:p>
      <w:pPr>
        <w:spacing w:line="360" w:lineRule="auto"/>
        <w:jc w:val="left"/>
        <w:textAlignment w:val="center"/>
        <w:rPr>
          <w:color w:val="000000"/>
        </w:rPr>
      </w:pPr>
      <w:r>
        <w:rPr>
          <w:rFonts w:ascii="宋体" w:hAnsi="宋体" w:eastAsia="宋体" w:cs="宋体"/>
          <w:color w:val="000000"/>
        </w:rPr>
        <w:t>①当点</w:t>
      </w:r>
      <w:r>
        <w:pict>
          <v:shape id="_x0000_i719619" o:spt="75" alt="学科网(www.zxxk.com)--教育资源门户，提供试卷、教案、课件、论文、素材以及各类教学资源下载，还有大量而丰富的教学相关资讯！" type="#_x0000_t75" style="height:15.75pt;width:40.5pt;" o:ole="t" filled="f" o:preferrelative="t" stroked="f" coordsize="21600,21600">
            <v:path/>
            <v:fill on="f" focussize="0,0"/>
            <v:stroke on="f" joinstyle="miter"/>
            <v:imagedata r:id="rId4608" o:title="eqId27efb0b5177ed50f61946149af0ee4a4"/>
            <o:lock v:ext="edit" aspectratio="t"/>
            <w10:wrap type="none"/>
            <w10:anchorlock/>
          </v:shape>
        </w:pict>
      </w:r>
      <w:r>
        <w:rPr>
          <w:rFonts w:ascii="宋体" w:hAnsi="宋体" w:eastAsia="宋体" w:cs="宋体"/>
          <w:color w:val="000000"/>
        </w:rPr>
        <w:t>顺次时，</w:t>
      </w:r>
    </w:p>
    <w:p>
      <w:pPr>
        <w:spacing w:line="360" w:lineRule="auto"/>
        <w:jc w:val="left"/>
        <w:textAlignment w:val="center"/>
        <w:rPr>
          <w:color w:val="000000"/>
        </w:rPr>
      </w:pPr>
      <w:r>
        <w:pict>
          <v:shape id="_x0000_i719620"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4609" o:title="eqIdef0402dd5ae3db10281f9f1e11738bcb"/>
            <o:lock v:ext="edit" aspectratio="t"/>
            <w10:wrap type="none"/>
            <w10:anchorlock/>
          </v:shape>
        </w:pict>
      </w:r>
      <w:r>
        <w:rPr>
          <w:rFonts w:ascii="宋体" w:hAnsi="宋体" w:eastAsia="宋体" w:cs="宋体"/>
          <w:color w:val="000000"/>
        </w:rPr>
        <w:t>，</w:t>
      </w:r>
      <w:r>
        <w:pict>
          <v:shape id="_x0000_i719621"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4610" o:title="eqIdf64fcdd0ca640a41e8ce0cd04e0b3e26"/>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即：</w:t>
      </w:r>
      <w:r>
        <w:pict>
          <v:shape id="_x0000_i719622"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4611" o:title="eqId2909f20485030071cdb01bf841bbfb5f"/>
            <o:lock v:ext="edit" aspectratio="t"/>
            <w10:wrap type="none"/>
            <w10:anchorlock/>
          </v:shape>
        </w:pict>
      </w:r>
      <w:r>
        <w:rPr>
          <w:rFonts w:ascii="宋体" w:hAnsi="宋体" w:eastAsia="宋体" w:cs="宋体"/>
          <w:color w:val="000000"/>
        </w:rPr>
        <w:t>，</w:t>
      </w:r>
      <w:r>
        <w:pict>
          <v:shape id="_x0000_i719623" o:spt="75" alt="学科网(www.zxxk.com)--教育资源门户，提供试卷、教案、课件、论文、素材以及各类教学资源下载，还有大量而丰富的教学相关资讯！" type="#_x0000_t75" style="height:13.85pt;width:46.15pt;" o:ole="t" filled="f" o:preferrelative="t" stroked="f" coordsize="21600,21600">
            <v:path/>
            <v:fill on="f" focussize="0,0"/>
            <v:stroke on="f" joinstyle="miter"/>
            <v:imagedata r:id="rId4612" o:title="eqId0700456a68eb5d9766b80314b7b7e09a"/>
            <o:lock v:ext="edit" aspectratio="t"/>
            <w10:wrap type="none"/>
            <w10:anchorlock/>
          </v:shape>
        </w:pict>
      </w:r>
      <w:r>
        <w:rPr>
          <w:rFonts w:ascii="宋体" w:hAnsi="宋体" w:eastAsia="宋体" w:cs="宋体"/>
          <w:color w:val="000000"/>
        </w:rPr>
        <w:t>，解得：</w:t>
      </w:r>
      <w:r>
        <w:pict>
          <v:shape id="_x0000_i719624" o:spt="75" alt="学科网(www.zxxk.com)--教育资源门户，提供试卷、教案、课件、论文、素材以及各类教学资源下载，还有大量而丰富的教学相关资讯！" type="#_x0000_t75" style="height:14.15pt;width:30.05pt;" o:ole="t" filled="f" o:preferrelative="t" stroked="f" coordsize="21600,21600">
            <v:path/>
            <v:fill on="f" focussize="0,0"/>
            <v:stroke on="f" joinstyle="miter"/>
            <v:imagedata r:id="rId4613" o:title="eqId6c7a1d739890a8951586e23b78b035b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②当点</w:t>
      </w:r>
      <w:r>
        <w:pict>
          <v:shape id="_x0000_i719625"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14" o:title="eqId43b8973937b6b762b721cac5445d7d8f"/>
            <o:lock v:ext="edit" aspectratio="t"/>
            <w10:wrap type="none"/>
            <w10:anchorlock/>
          </v:shape>
        </w:pict>
      </w:r>
      <w:r>
        <w:rPr>
          <w:rFonts w:ascii="宋体" w:hAnsi="宋体" w:eastAsia="宋体" w:cs="宋体"/>
          <w:color w:val="000000"/>
        </w:rPr>
        <w:t>顺次时，</w:t>
      </w:r>
    </w:p>
    <w:p>
      <w:pPr>
        <w:spacing w:line="360" w:lineRule="auto"/>
        <w:jc w:val="left"/>
        <w:textAlignment w:val="center"/>
        <w:rPr>
          <w:color w:val="000000"/>
        </w:rPr>
      </w:pPr>
      <w:r>
        <w:pict>
          <v:shape id="_x0000_i719626"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4615" o:title="eqId7f1ab7b74be1eb72357e4a335b582ba2"/>
            <o:lock v:ext="edit" aspectratio="t"/>
            <w10:wrap type="none"/>
            <w10:anchorlock/>
          </v:shape>
        </w:pict>
      </w:r>
      <w:r>
        <w:rPr>
          <w:rFonts w:ascii="宋体" w:hAnsi="宋体" w:eastAsia="宋体" w:cs="宋体"/>
          <w:color w:val="000000"/>
        </w:rPr>
        <w:t>，</w:t>
      </w:r>
      <w:r>
        <w:pict>
          <v:shape id="_x0000_i719627" o:spt="75" alt="学科网(www.zxxk.com)--教育资源门户，提供试卷、教案、课件、论文、素材以及各类教学资源下载，还有大量而丰富的教学相关资讯！" type="#_x0000_t75" style="height:13.85pt;width:60pt;" o:ole="t" filled="f" o:preferrelative="t" stroked="f" coordsize="21600,21600">
            <v:path/>
            <v:fill on="f" focussize="0,0"/>
            <v:stroke on="f" joinstyle="miter"/>
            <v:imagedata r:id="rId4616" o:title="eqIdb43ce837c6d45528de6286ae1d4b90d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pict>
          <v:shape id="_x0000_i719628" o:spt="75" alt="学科网(www.zxxk.com)--教育资源门户，提供试卷、教案、课件、论文、素材以及各类教学资源下载，还有大量而丰富的教学相关资讯！" type="#_x0000_t75" style="height:13.95pt;width:55pt;" o:ole="t" filled="f" o:preferrelative="t" stroked="f" coordsize="21600,21600">
            <v:path/>
            <v:fill on="f" focussize="0,0"/>
            <v:stroke on="f" joinstyle="miter"/>
            <v:imagedata r:id="rId4617" o:title="eqId0435f724a67b42436680115721cc3f1d"/>
            <o:lock v:ext="edit" aspectratio="t"/>
            <w10:wrap type="none"/>
            <w10:anchorlock/>
          </v:shape>
        </w:pict>
      </w:r>
      <w:r>
        <w:rPr>
          <w:rFonts w:ascii="宋体" w:hAnsi="宋体" w:eastAsia="宋体" w:cs="宋体"/>
          <w:color w:val="000000"/>
        </w:rPr>
        <w:t>，</w:t>
      </w:r>
      <w:r>
        <w:pict>
          <v:shape id="_x0000_i719629" o:spt="75" alt="学科网(www.zxxk.com)--教育资源门户，提供试卷、教案、课件、论文、素材以及各类教学资源下载，还有大量而丰富的教学相关资讯！" type="#_x0000_t75" style="height:13.8pt;width:63pt;" o:ole="t" filled="f" o:preferrelative="t" stroked="f" coordsize="21600,21600">
            <v:path/>
            <v:fill on="f" focussize="0,0"/>
            <v:stroke on="f" joinstyle="miter"/>
            <v:imagedata r:id="rId4618" o:title="eqIdb9e345f1dc146c3525f8943f6d47d256"/>
            <o:lock v:ext="edit" aspectratio="t"/>
            <w10:wrap type="none"/>
            <w10:anchorlock/>
          </v:shape>
        </w:pict>
      </w:r>
      <w:r>
        <w:rPr>
          <w:rFonts w:ascii="宋体" w:hAnsi="宋体" w:eastAsia="宋体" w:cs="宋体"/>
          <w:color w:val="000000"/>
        </w:rPr>
        <w:t>，解得：</w:t>
      </w:r>
      <w:r>
        <w:pict>
          <v:shape id="_x0000_i719630" o:spt="75" alt="学科网(www.zxxk.com)--教育资源门户，提供试卷、教案、课件、论文、素材以及各类教学资源下载，还有大量而丰富的教学相关资讯！" type="#_x0000_t75" style="height:13.75pt;width:31.3pt;" o:ole="t" filled="f" o:preferrelative="t" stroked="f" coordsize="21600,21600">
            <v:path/>
            <v:fill on="f" focussize="0,0"/>
            <v:stroke on="f" joinstyle="miter"/>
            <v:imagedata r:id="rId4619" o:title="eqIde94f16d5ed858699bfea5039a7bf8ae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③当点</w:t>
      </w:r>
      <w:r>
        <w:pict>
          <v:shape id="_x0000_i719631" o:spt="75" alt="学科网(www.zxxk.com)--教育资源门户，提供试卷、教案、课件、论文、素材以及各类教学资源下载，还有大量而丰富的教学相关资讯！" type="#_x0000_t75" style="height:15.9pt;width:40.85pt;" o:ole="t" filled="f" o:preferrelative="t" stroked="f" coordsize="21600,21600">
            <v:path/>
            <v:fill on="f" focussize="0,0"/>
            <v:stroke on="f" joinstyle="miter"/>
            <v:imagedata r:id="rId4620" o:title="eqId604551ac6566236ead9f51f833262aa8"/>
            <o:lock v:ext="edit" aspectratio="t"/>
            <w10:wrap type="none"/>
            <w10:anchorlock/>
          </v:shape>
        </w:pict>
      </w:r>
      <w:r>
        <w:rPr>
          <w:rFonts w:ascii="宋体" w:hAnsi="宋体" w:eastAsia="宋体" w:cs="宋体"/>
          <w:color w:val="000000"/>
        </w:rPr>
        <w:t>顺次时，</w:t>
      </w:r>
    </w:p>
    <w:p>
      <w:pPr>
        <w:spacing w:line="360" w:lineRule="auto"/>
        <w:jc w:val="left"/>
        <w:textAlignment w:val="center"/>
        <w:rPr>
          <w:color w:val="000000"/>
        </w:rPr>
      </w:pPr>
      <w:r>
        <w:pict>
          <v:shape id="_x0000_i719632" o:spt="75" alt="学科网(www.zxxk.com)--教育资源门户，提供试卷、教案、课件、论文、素材以及各类教学资源下载，还有大量而丰富的教学相关资讯！" type="#_x0000_t75" style="height:13.85pt;width:57.25pt;" o:ole="t" filled="f" o:preferrelative="t" stroked="f" coordsize="21600,21600">
            <v:path/>
            <v:fill on="f" focussize="0,0"/>
            <v:stroke on="f" joinstyle="miter"/>
            <v:imagedata r:id="rId4621" o:title="eqIddc4d500b48b2b59feb483e8be821c5b2"/>
            <o:lock v:ext="edit" aspectratio="t"/>
            <w10:wrap type="none"/>
            <w10:anchorlock/>
          </v:shape>
        </w:pict>
      </w:r>
      <w:r>
        <w:rPr>
          <w:rFonts w:ascii="宋体" w:hAnsi="宋体" w:eastAsia="宋体" w:cs="宋体"/>
          <w:color w:val="000000"/>
        </w:rPr>
        <w:t>，</w:t>
      </w:r>
      <w:r>
        <w:pict>
          <v:shape id="_x0000_i719633"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4622" o:title="eqId9b59ab6bf6111dda4a3d428454768b7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pict>
          <v:shape id="_x0000_i719634" o:spt="75" alt="学科网(www.zxxk.com)--教育资源门户，提供试卷、教案、课件、论文、素材以及各类教学资源下载，还有大量而丰富的教学相关资讯！" type="#_x0000_t75" style="height:13.85pt;width:48.9pt;" o:ole="t" filled="f" o:preferrelative="t" stroked="f" coordsize="21600,21600">
            <v:path/>
            <v:fill on="f" focussize="0,0"/>
            <v:stroke on="f" joinstyle="miter"/>
            <v:imagedata r:id="rId4623" o:title="eqIdfbc8afc722973c26e52785b262a6e77b"/>
            <o:lock v:ext="edit" aspectratio="t"/>
            <w10:wrap type="none"/>
            <w10:anchorlock/>
          </v:shape>
        </w:pict>
      </w:r>
      <w:r>
        <w:rPr>
          <w:rFonts w:ascii="宋体" w:hAnsi="宋体" w:eastAsia="宋体" w:cs="宋体"/>
          <w:color w:val="000000"/>
        </w:rPr>
        <w:t>，</w:t>
      </w:r>
      <w:r>
        <w:pict>
          <v:shape id="_x0000_i719635" o:spt="75" alt="学科网(www.zxxk.com)--教育资源门户，提供试卷、教案、课件、论文、素材以及各类教学资源下载，还有大量而丰富的教学相关资讯！" type="#_x0000_t75" style="height:14.25pt;width:45pt;" o:ole="t" filled="f" o:preferrelative="t" stroked="f" coordsize="21600,21600">
            <v:path/>
            <v:fill on="f" focussize="0,0"/>
            <v:stroke on="f" joinstyle="miter"/>
            <v:imagedata r:id="rId4624" o:title="eqId007345dc9081043d7285d7910d26401c"/>
            <o:lock v:ext="edit" aspectratio="t"/>
            <w10:wrap type="none"/>
            <w10:anchorlock/>
          </v:shape>
        </w:pict>
      </w:r>
      <w:r>
        <w:rPr>
          <w:rFonts w:ascii="宋体" w:hAnsi="宋体" w:eastAsia="宋体" w:cs="宋体"/>
          <w:color w:val="000000"/>
        </w:rPr>
        <w:t>，解得：</w:t>
      </w:r>
      <w:r>
        <w:pict>
          <v:shape id="_x0000_i719636" o:spt="75" alt="学科网(www.zxxk.com)--教育资源门户，提供试卷、教案、课件、论文、素材以及各类教学资源下载，还有大量而丰富的教学相关资讯！" type="#_x0000_t75" style="height:11.25pt;width:27.75pt;" o:ole="t" filled="f" o:preferrelative="t" stroked="f" coordsize="21600,21600">
            <v:path/>
            <v:fill on="f" focussize="0,0"/>
            <v:stroke on="f" joinstyle="miter"/>
            <v:imagedata r:id="rId4625" o:title="eqId7aed39f5aca78934fb383402433fe54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19637" o:spt="75" alt="学科网(www.zxxk.com)--教育资源门户，提供试卷、教案、课件、论文、素材以及各类教学资源下载，还有大量而丰富的教学相关资讯！" type="#_x0000_t75" style="height:11.25pt;width:12.75pt;" o:ole="t" filled="f" o:preferrelative="t" stroked="f" coordsize="21600,21600">
            <v:path/>
            <v:fill on="f" focussize="0,0"/>
            <v:stroke on="f" joinstyle="miter"/>
            <v:imagedata r:id="rId4626" o:title="eqId294f5ba74cdf695fc9a8a8e52f421328"/>
            <o:lock v:ext="edit" aspectratio="t"/>
            <w10:wrap type="none"/>
            <w10:anchorlock/>
          </v:shape>
        </w:pict>
      </w:r>
      <w:r>
        <w:rPr>
          <w:rFonts w:ascii="宋体" w:hAnsi="宋体" w:eastAsia="宋体" w:cs="宋体"/>
          <w:color w:val="000000"/>
        </w:rPr>
        <w:t>的值为</w:t>
      </w:r>
      <w:r>
        <w:rPr>
          <w:rFonts w:ascii="Times New Roman" w:hAnsi="Times New Roman" w:eastAsia="Times New Roman" w:cs="Times New Roman"/>
          <w:color w:val="000000"/>
        </w:rPr>
        <w:t>5</w: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或</w:t>
      </w:r>
      <w:r>
        <w:pict>
          <v:shape id="_x0000_i71963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4627" o:title="eqIdacbc6a613224461ade69362d4655047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三点是“均衡点”，</w:t>
      </w:r>
    </w:p>
    <w:p>
      <w:pPr>
        <w:spacing w:line="360" w:lineRule="auto"/>
        <w:jc w:val="left"/>
        <w:textAlignment w:val="center"/>
        <w:rPr>
          <w:color w:val="000000"/>
        </w:rPr>
      </w:pPr>
      <w:r>
        <w:rPr>
          <w:rFonts w:ascii="宋体" w:hAnsi="宋体" w:eastAsia="宋体" w:cs="宋体"/>
          <w:color w:val="000000"/>
        </w:rPr>
        <w:t>∴分情况讨论：</w:t>
      </w:r>
    </w:p>
    <w:p>
      <w:pPr>
        <w:spacing w:line="360" w:lineRule="auto"/>
        <w:jc w:val="left"/>
        <w:textAlignment w:val="center"/>
        <w:rPr>
          <w:color w:val="000000"/>
        </w:rPr>
      </w:pPr>
      <w:r>
        <w:rPr>
          <w:rFonts w:ascii="宋体" w:hAnsi="宋体" w:eastAsia="宋体" w:cs="宋体"/>
          <w:color w:val="000000"/>
        </w:rPr>
        <w:t>①当点</w:t>
      </w:r>
      <w:r>
        <w:pict>
          <v:shape id="_x0000_i719639" o:spt="75" alt="学科网(www.zxxk.com)--教育资源门户，提供试卷、教案、课件、论文、素材以及各类教学资源下载，还有大量而丰富的教学相关资讯！" type="#_x0000_t75" style="height:15.6pt;width:39pt;" o:ole="t" filled="f" o:preferrelative="t" stroked="f" coordsize="21600,21600">
            <v:path/>
            <v:fill on="f" focussize="0,0"/>
            <v:stroke on="f" joinstyle="miter"/>
            <v:imagedata r:id="rId4628" o:title="eqId927456b0989846a2f1573844bbaa2105"/>
            <o:lock v:ext="edit" aspectratio="t"/>
            <w10:wrap type="none"/>
            <w10:anchorlock/>
          </v:shape>
        </w:pict>
      </w:r>
      <w:r>
        <w:rPr>
          <w:rFonts w:ascii="宋体" w:hAnsi="宋体" w:eastAsia="宋体" w:cs="宋体"/>
          <w:color w:val="000000"/>
        </w:rPr>
        <w:t>顺次时，即</w:t>
      </w:r>
      <w:r>
        <w:pict>
          <v:shape id="_x0000_i719640"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4629" o:title="eqId6fe6d389a6c448d92b79d89bc9e8489f"/>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∵线段</w:t>
      </w:r>
      <w:r>
        <w:pict>
          <v:shape id="_x0000_i719641"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4630" o:title="eqId3319509bbd6b74f077bc88681d7be74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为正整数），线段</w:t>
      </w:r>
      <w:r>
        <w:pict>
          <v:shape id="_x0000_i719642"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631" o:title="eqIdfee745c99acb9d50c86ebd83faf2d0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43"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4632" o:title="eqId1f22fec5a381ae8aca93d876e54c79d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9644" o:spt="75" alt="学科网(www.zxxk.com)--教育资源门户，提供试卷、教案、课件、论文、素材以及各类教学资源下载，还有大量而丰富的教学相关资讯！" type="#_x0000_t75" style="height:13.85pt;width:55.85pt;" o:ole="t" filled="f" o:preferrelative="t" stroked="f" coordsize="21600,21600">
            <v:path/>
            <v:fill on="f" focussize="0,0"/>
            <v:stroke on="f" joinstyle="miter"/>
            <v:imagedata r:id="rId4633" o:title="eqIdea78f5c24a448c20eb7ed2a2bde224fa"/>
            <o:lock v:ext="edit" aspectratio="t"/>
            <w10:wrap type="none"/>
            <w10:anchorlock/>
          </v:shape>
        </w:pict>
      </w:r>
      <w:r>
        <w:rPr>
          <w:rFonts w:ascii="宋体" w:hAnsi="宋体" w:eastAsia="宋体" w:cs="宋体"/>
          <w:color w:val="000000"/>
        </w:rPr>
        <w:t>的解为整数，</w:t>
      </w:r>
    </w:p>
    <w:p>
      <w:pPr>
        <w:spacing w:line="360" w:lineRule="auto"/>
        <w:jc w:val="left"/>
        <w:textAlignment w:val="center"/>
        <w:rPr>
          <w:color w:val="000000"/>
        </w:rPr>
      </w:pPr>
      <w:r>
        <w:rPr>
          <w:rFonts w:ascii="宋体" w:hAnsi="宋体" w:eastAsia="宋体" w:cs="宋体"/>
          <w:color w:val="000000"/>
        </w:rPr>
        <w:t>∴</w:t>
      </w:r>
      <w:r>
        <w:pict>
          <v:shape id="_x0000_i719645" o:spt="75" alt="学科网(www.zxxk.com)--教育资源门户，提供试卷、教案、课件、论文、素材以及各类教学资源下载，还有大量而丰富的教学相关资讯！" type="#_x0000_t75" style="height:30.9pt;width:78.9pt;" o:ole="t" filled="f" o:preferrelative="t" stroked="f" coordsize="21600,21600">
            <v:path/>
            <v:fill on="f" focussize="0,0"/>
            <v:stroke on="f" joinstyle="miter"/>
            <v:imagedata r:id="rId4634" o:title="eqId8da9fd4d53673adf96a2afa10eeab43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w:t>
      </w:r>
      <w:r>
        <w:pict>
          <v:shape id="_x0000_i719646"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4635" o:title="eqId302337058242c7b78e3eb4ac7210b7ce"/>
            <o:lock v:ext="edit" aspectratio="t"/>
            <w10:wrap type="none"/>
            <w10:anchorlock/>
          </v:shape>
        </w:pict>
      </w:r>
      <w:r>
        <w:rPr>
          <w:color w:val="000000"/>
        </w:rPr>
        <w:t>或</w:t>
      </w:r>
      <w:r>
        <w:pict>
          <v:shape id="_x0000_i71964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636" o:title="eqId89d500af0ca164f4f04b67a080ba6189"/>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∴当</w:t>
      </w:r>
      <w:r>
        <w:pict>
          <v:shape id="_x0000_i719648"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4637" o:title="eqId0b550ee821ee1838384835e81fc34b67"/>
            <o:lock v:ext="edit" aspectratio="t"/>
            <w10:wrap type="none"/>
            <w10:anchorlock/>
          </v:shape>
        </w:pict>
      </w:r>
      <w:r>
        <w:rPr>
          <w:rFonts w:ascii="宋体" w:hAnsi="宋体" w:eastAsia="宋体" w:cs="宋体"/>
          <w:color w:val="000000"/>
        </w:rPr>
        <w:t>时，</w:t>
      </w:r>
      <w:r>
        <w:pict>
          <v:shape id="_x0000_i719649" o:spt="75" alt="学科网(www.zxxk.com)--教育资源门户，提供试卷、教案、课件、论文、素材以及各类教学资源下载，还有大量而丰富的教学相关资讯！" type="#_x0000_t75" style="height:30.85pt;width:47.75pt;" o:ole="t" filled="f" o:preferrelative="t" stroked="f" coordsize="21600,21600">
            <v:path/>
            <v:fill on="f" focussize="0,0"/>
            <v:stroke on="f" joinstyle="miter"/>
            <v:imagedata r:id="rId4638" o:title="eqIdaefddb9085b6bba5c0424a573f0c5bfb"/>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表示的数是</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50" o:spt="75" alt="学科网(www.zxxk.com)--教育资源门户，提供试卷、教案、课件、论文、素材以及各类教学资源下载，还有大量而丰富的教学相关资讯！" type="#_x0000_t75" style="height:11.1pt;width:45.25pt;" o:ole="t" filled="f" o:preferrelative="t" stroked="f" coordsize="21600,21600">
            <v:path/>
            <v:fill on="f" focussize="0,0"/>
            <v:stroke on="f" joinstyle="miter"/>
            <v:imagedata r:id="rId4639" o:title="eqId854acff81c3154b5dcc5ae7d24bc18de"/>
            <o:lock v:ext="edit" aspectratio="t"/>
            <w10:wrap type="none"/>
            <w10:anchorlock/>
          </v:shape>
        </w:pict>
      </w:r>
      <w:r>
        <w:rPr>
          <w:rFonts w:ascii="宋体" w:hAnsi="宋体" w:eastAsia="宋体" w:cs="宋体"/>
          <w:color w:val="000000"/>
        </w:rPr>
        <w:t>，即</w:t>
      </w:r>
      <w:r>
        <w:pict>
          <v:shape id="_x0000_i719651" o:spt="75" alt="学科网(www.zxxk.com)--教育资源门户，提供试卷、教案、课件、论文、素材以及各类教学资源下载，还有大量而丰富的教学相关资讯！" type="#_x0000_t75" style="height:13.85pt;width:95.1pt;" o:ole="t" filled="f" o:preferrelative="t" stroked="f" coordsize="21600,21600">
            <v:path/>
            <v:fill on="f" focussize="0,0"/>
            <v:stroke on="f" joinstyle="miter"/>
            <v:imagedata r:id="rId4640" o:title="eqIdcb0cbb9f1981372d222e1dac2e2ebd4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652"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641" o:title="eqIde65397f11ea8af736f38debadf420c4a"/>
            <o:lock v:ext="edit" aspectratio="t"/>
            <w10:wrap type="none"/>
            <w10:anchorlock/>
          </v:shape>
        </w:pict>
      </w:r>
      <w:r>
        <w:rPr>
          <w:rFonts w:ascii="宋体" w:hAnsi="宋体" w:eastAsia="宋体" w:cs="宋体"/>
          <w:color w:val="000000"/>
        </w:rPr>
        <w:t>时，</w:t>
      </w:r>
      <w:r>
        <w:pict>
          <v:shape id="_x0000_i71965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642" o:title="eqIde55aa0a20848c37c1892c567b2315e04"/>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w:t>
      </w:r>
      <w:r>
        <w:pict>
          <v:shape id="_x0000_i719654" o:spt="75" alt="学科网(www.zxxk.com)--教育资源门户，提供试卷、教案、课件、论文、素材以及各类教学资源下载，还有大量而丰富的教学相关资讯！" type="#_x0000_t75" style="height:11.1pt;width:45.25pt;" o:ole="t" filled="f" o:preferrelative="t" stroked="f" coordsize="21600,21600">
            <v:path/>
            <v:fill on="f" focussize="0,0"/>
            <v:stroke on="f" joinstyle="miter"/>
            <v:imagedata r:id="rId4643" o:title="eqId854acff81c3154b5dcc5ae7d24bc18de"/>
            <o:lock v:ext="edit" aspectratio="t"/>
            <w10:wrap type="none"/>
            <w10:anchorlock/>
          </v:shape>
        </w:pict>
      </w:r>
      <w:r>
        <w:rPr>
          <w:rFonts w:ascii="宋体" w:hAnsi="宋体" w:eastAsia="宋体" w:cs="宋体"/>
          <w:color w:val="000000"/>
        </w:rPr>
        <w:t>，即</w:t>
      </w:r>
      <w:r>
        <w:pict>
          <v:shape id="_x0000_i719655" o:spt="75" alt="学科网(www.zxxk.com)--教育资源门户，提供试卷、教案、课件、论文、素材以及各类教学资源下载，还有大量而丰富的教学相关资讯！" type="#_x0000_t75" style="height:13.85pt;width:96pt;" o:ole="t" filled="f" o:preferrelative="t" stroked="f" coordsize="21600,21600">
            <v:path/>
            <v:fill on="f" focussize="0,0"/>
            <v:stroke on="f" joinstyle="miter"/>
            <v:imagedata r:id="rId4644" o:title="eqId41f4fa7a3320132e33e7d9494a8ccff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②当点</w:t>
      </w:r>
      <w:r>
        <w:pict>
          <v:shape id="_x0000_i719656"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4645" o:title="eqId46344a04b3de4724064e33d1e98f4555"/>
            <o:lock v:ext="edit" aspectratio="t"/>
            <w10:wrap type="none"/>
            <w10:anchorlock/>
          </v:shape>
        </w:pict>
      </w:r>
      <w:r>
        <w:rPr>
          <w:rFonts w:ascii="宋体" w:hAnsi="宋体" w:eastAsia="宋体" w:cs="宋体"/>
          <w:color w:val="000000"/>
        </w:rPr>
        <w:t>顺次时，即</w:t>
      </w:r>
      <w:r>
        <w:pict>
          <v:shape id="_x0000_i719657"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4646" o:title="eqId46ce838f38419e8781d63b3417cac5e4"/>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∵线段</w:t>
      </w:r>
      <w:r>
        <w:pict>
          <v:shape id="_x0000_i719658"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4647" o:title="eqId3319509bbd6b74f077bc88681d7be74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为正整数），线段</w:t>
      </w:r>
      <w:r>
        <w:pict>
          <v:shape id="_x0000_i719659"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648" o:title="eqIdfee745c99acb9d50c86ebd83faf2d0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60"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4649" o:title="eqId276ea05f16a00afbc72054b8be5dc9db"/>
            <o:lock v:ext="edit" aspectratio="t"/>
            <w10:wrap type="none"/>
            <w10:anchorlock/>
          </v:shape>
        </w:pict>
      </w:r>
      <w:r>
        <w:rPr>
          <w:rFonts w:ascii="宋体" w:hAnsi="宋体" w:eastAsia="宋体" w:cs="宋体"/>
          <w:color w:val="000000"/>
        </w:rPr>
        <w:t>，即</w:t>
      </w:r>
      <w:r>
        <w:pict>
          <v:shape id="_x0000_i719661" o:spt="75" alt="学科网(www.zxxk.com)--教育资源门户，提供试卷、教案、课件、论文、素材以及各类教学资源下载，还有大量而丰富的教学相关资讯！" type="#_x0000_t75" style="height:14.4pt;width:33.8pt;" o:ole="t" filled="f" o:preferrelative="t" stroked="f" coordsize="21600,21600">
            <v:path/>
            <v:fill on="f" focussize="0,0"/>
            <v:stroke on="f" joinstyle="miter"/>
            <v:imagedata r:id="rId4650" o:title="eqIdebc20d351d51723c9b0a07a20ac141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9662" o:spt="75" alt="学科网(www.zxxk.com)--教育资源门户，提供试卷、教案、课件、论文、素材以及各类教学资源下载，还有大量而丰富的教学相关资讯！" type="#_x0000_t75" style="height:13.85pt;width:55.85pt;" o:ole="t" filled="f" o:preferrelative="t" stroked="f" coordsize="21600,21600">
            <v:path/>
            <v:fill on="f" focussize="0,0"/>
            <v:stroke on="f" joinstyle="miter"/>
            <v:imagedata r:id="rId4651" o:title="eqIdea78f5c24a448c20eb7ed2a2bde224fa"/>
            <o:lock v:ext="edit" aspectratio="t"/>
            <w10:wrap type="none"/>
            <w10:anchorlock/>
          </v:shape>
        </w:pict>
      </w:r>
      <w:r>
        <w:rPr>
          <w:rFonts w:ascii="宋体" w:hAnsi="宋体" w:eastAsia="宋体" w:cs="宋体"/>
          <w:color w:val="000000"/>
        </w:rPr>
        <w:t>的解为整数，</w:t>
      </w:r>
    </w:p>
    <w:p>
      <w:pPr>
        <w:spacing w:line="360" w:lineRule="auto"/>
        <w:jc w:val="left"/>
        <w:textAlignment w:val="center"/>
        <w:rPr>
          <w:color w:val="000000"/>
        </w:rPr>
      </w:pPr>
      <w:r>
        <w:rPr>
          <w:rFonts w:ascii="宋体" w:hAnsi="宋体" w:eastAsia="宋体" w:cs="宋体"/>
          <w:color w:val="000000"/>
        </w:rPr>
        <w:t>∴</w:t>
      </w:r>
      <w:r>
        <w:pict>
          <v:shape id="_x0000_i719663" o:spt="75" alt="学科网(www.zxxk.com)--教育资源门户，提供试卷、教案、课件、论文、素材以及各类教学资源下载，还有大量而丰富的教学相关资讯！" type="#_x0000_t75" style="height:30.9pt;width:78.9pt;" o:ole="t" filled="f" o:preferrelative="t" stroked="f" coordsize="21600,21600">
            <v:path/>
            <v:fill on="f" focussize="0,0"/>
            <v:stroke on="f" joinstyle="miter"/>
            <v:imagedata r:id="rId4652" o:title="eqIdb923e5ed851d9813bb3077358836bc8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w:t>
      </w:r>
      <w:r>
        <w:pict>
          <v:shape id="_x0000_i719664"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4653" o:title="eqId302337058242c7b78e3eb4ac7210b7ce"/>
            <o:lock v:ext="edit" aspectratio="t"/>
            <w10:wrap type="none"/>
            <w10:anchorlock/>
          </v:shape>
        </w:pict>
      </w:r>
      <w:r>
        <w:rPr>
          <w:color w:val="000000"/>
        </w:rPr>
        <w:t>或</w:t>
      </w:r>
      <w:r>
        <w:pict>
          <v:shape id="_x0000_i71966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654" o:title="eqId89d500af0ca164f4f04b67a080ba6189"/>
            <o:lock v:ext="edit" aspectratio="t"/>
            <w10:wrap type="none"/>
            <w10:anchorlock/>
          </v:shape>
        </w:pict>
      </w:r>
      <w:r>
        <w:rPr>
          <w:color w:val="000000"/>
        </w:rPr>
        <w:t>或</w:t>
      </w:r>
      <w:r>
        <w:pict>
          <v:shape id="_x0000_i719666"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4655" o:title="eqId7bb38a12e7ce618ea57cdf374fe6606e"/>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∴当</w:t>
      </w:r>
      <w:r>
        <w:pict>
          <v:shape id="_x0000_i719667"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4656" o:title="eqId0b550ee821ee1838384835e81fc34b67"/>
            <o:lock v:ext="edit" aspectratio="t"/>
            <w10:wrap type="none"/>
            <w10:anchorlock/>
          </v:shape>
        </w:pict>
      </w:r>
      <w:r>
        <w:rPr>
          <w:rFonts w:ascii="宋体" w:hAnsi="宋体" w:eastAsia="宋体" w:cs="宋体"/>
          <w:color w:val="000000"/>
        </w:rPr>
        <w:t>时，</w:t>
      </w:r>
      <w:r>
        <w:pict>
          <v:shape id="_x0000_i719668" o:spt="75" alt="学科网(www.zxxk.com)--教育资源门户，提供试卷、教案、课件、论文、素材以及各类教学资源下载，还有大量而丰富的教学相关资讯！" type="#_x0000_t75" style="height:31.1pt;width:47.8pt;" o:ole="t" filled="f" o:preferrelative="t" stroked="f" coordsize="21600,21600">
            <v:path/>
            <v:fill on="f" focussize="0,0"/>
            <v:stroke on="f" joinstyle="miter"/>
            <v:imagedata r:id="rId4657" o:title="eqId286572a1dfc4bf3e835c4b4442fbfbec"/>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表示的数是</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69" o:spt="75" alt="学科网(www.zxxk.com)--教育资源门户，提供试卷、教案、课件、论文、素材以及各类教学资源下载，还有大量而丰富的教学相关资讯！" type="#_x0000_t75" style="height:13.85pt;width:51.25pt;" o:ole="t" filled="f" o:preferrelative="t" stroked="f" coordsize="21600,21600">
            <v:path/>
            <v:fill on="f" focussize="0,0"/>
            <v:stroke on="f" joinstyle="miter"/>
            <v:imagedata r:id="rId4658" o:title="eqIddcc867cda25986d2bcf2a29ceab5d2cc"/>
            <o:lock v:ext="edit" aspectratio="t"/>
            <w10:wrap type="none"/>
            <w10:anchorlock/>
          </v:shape>
        </w:pict>
      </w:r>
      <w:r>
        <w:rPr>
          <w:rFonts w:ascii="宋体" w:hAnsi="宋体" w:eastAsia="宋体" w:cs="宋体"/>
          <w:color w:val="000000"/>
        </w:rPr>
        <w:t>，即</w:t>
      </w:r>
      <w:r>
        <w:pict>
          <v:shape id="_x0000_i719670" o:spt="75" alt="学科网(www.zxxk.com)--教育资源门户，提供试卷、教案、课件、论文、素材以及各类教学资源下载，还有大量而丰富的教学相关资讯！" type="#_x0000_t75" style="height:13.85pt;width:103.85pt;" o:ole="t" filled="f" o:preferrelative="t" stroked="f" coordsize="21600,21600">
            <v:path/>
            <v:fill on="f" focussize="0,0"/>
            <v:stroke on="f" joinstyle="miter"/>
            <v:imagedata r:id="rId4659" o:title="eqId6dfa3665e1dbb849ca4c921c561e21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671"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660" o:title="eqIde65397f11ea8af736f38debadf420c4a"/>
            <o:lock v:ext="edit" aspectratio="t"/>
            <w10:wrap type="none"/>
            <w10:anchorlock/>
          </v:shape>
        </w:pict>
      </w:r>
      <w:r>
        <w:rPr>
          <w:rFonts w:ascii="宋体" w:hAnsi="宋体" w:eastAsia="宋体" w:cs="宋体"/>
          <w:color w:val="000000"/>
        </w:rPr>
        <w:t>时，</w:t>
      </w:r>
      <w:r>
        <w:pict>
          <v:shape id="_x0000_i719672" o:spt="75" alt="学科网(www.zxxk.com)--教育资源门户，提供试卷、教案、课件、论文、素材以及各类教学资源下载，还有大量而丰富的教学相关资讯！" type="#_x0000_t75" style="height:30.9pt;width:54pt;" o:ole="t" filled="f" o:preferrelative="t" stroked="f" coordsize="21600,21600">
            <v:path/>
            <v:fill on="f" focussize="0,0"/>
            <v:stroke on="f" joinstyle="miter"/>
            <v:imagedata r:id="rId4661" o:title="eqIde087adf8ce7ff864794511ec093f43fd"/>
            <o:lock v:ext="edit" aspectratio="t"/>
            <w10:wrap type="none"/>
            <w10:anchorlock/>
          </v:shape>
        </w:pict>
      </w:r>
      <w:r>
        <w:rPr>
          <w:rFonts w:ascii="宋体" w:hAnsi="宋体" w:eastAsia="宋体" w:cs="宋体"/>
          <w:color w:val="000000"/>
        </w:rPr>
        <w:t>符合题意，此时</w:t>
      </w:r>
      <w:r>
        <w:pict>
          <v:shape id="_x0000_i719673" o:spt="75" alt="学科网(www.zxxk.com)--教育资源门户，提供试卷、教案、课件、论文、素材以及各类教学资源下载，还有大量而丰富的教学相关资讯！" type="#_x0000_t75" style="height:14pt;width:33pt;" o:ole="t" filled="f" o:preferrelative="t" stroked="f" coordsize="21600,21600">
            <v:path/>
            <v:fill on="f" focussize="0,0"/>
            <v:stroke on="f" joinstyle="miter"/>
            <v:imagedata r:id="rId4662" o:title="eqIdaadc4f26938f7a9d55006ab4d3c1e10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674"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4663" o:title="eqId9f34365e5040ce6944115c8da61bf110"/>
            <o:lock v:ext="edit" aspectratio="t"/>
            <w10:wrap type="none"/>
            <w10:anchorlock/>
          </v:shape>
        </w:pict>
      </w:r>
      <w:r>
        <w:rPr>
          <w:rFonts w:ascii="宋体" w:hAnsi="宋体" w:eastAsia="宋体" w:cs="宋体"/>
          <w:color w:val="000000"/>
        </w:rPr>
        <w:t>时，</w:t>
      </w:r>
      <w:r>
        <w:pict>
          <v:shape id="_x0000_i719675" o:spt="75" alt="学科网(www.zxxk.com)--教育资源门户，提供试卷、教案、课件、论文、素材以及各类教学资源下载，还有大量而丰富的教学相关资讯！" type="#_x0000_t75" style="height:30.9pt;width:53.1pt;" o:ole="t" filled="f" o:preferrelative="t" stroked="f" coordsize="21600,21600">
            <v:path/>
            <v:fill on="f" focussize="0,0"/>
            <v:stroke on="f" joinstyle="miter"/>
            <v:imagedata r:id="rId4664" o:title="eqIdcd4b7bf6982cdaa5f5d3be236124e756"/>
            <o:lock v:ext="edit" aspectratio="t"/>
            <w10:wrap type="none"/>
            <w10:anchorlock/>
          </v:shape>
        </w:pict>
      </w:r>
      <w:r>
        <w:rPr>
          <w:rFonts w:ascii="宋体" w:hAnsi="宋体" w:eastAsia="宋体" w:cs="宋体"/>
          <w:color w:val="000000"/>
        </w:rPr>
        <w:t>符合题意，此时</w:t>
      </w:r>
      <w:r>
        <w:pict>
          <v:shape id="_x0000_i719676" o:spt="75" alt="学科网(www.zxxk.com)--教育资源门户，提供试卷、教案、课件、论文、素材以及各类教学资源下载，还有大量而丰富的教学相关资讯！" type="#_x0000_t75" style="height:13.95pt;width:32.8pt;" o:ole="t" filled="f" o:preferrelative="t" stroked="f" coordsize="21600,21600">
            <v:path/>
            <v:fill on="f" focussize="0,0"/>
            <v:stroke on="f" joinstyle="miter"/>
            <v:imagedata r:id="rId4665" o:title="eqIde617042af0a6279d70b7b7424a61f0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③当点</w:t>
      </w:r>
      <w:r>
        <w:pict>
          <v:shape id="_x0000_i719677"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4666" o:title="eqIdc2630596fddc8083e5ba42e3fb7e3f83"/>
            <o:lock v:ext="edit" aspectratio="t"/>
            <w10:wrap type="none"/>
            <w10:anchorlock/>
          </v:shape>
        </w:pict>
      </w:r>
      <w:r>
        <w:rPr>
          <w:rFonts w:ascii="宋体" w:hAnsi="宋体" w:eastAsia="宋体" w:cs="宋体"/>
          <w:color w:val="000000"/>
        </w:rPr>
        <w:t>顺次时，即</w:t>
      </w:r>
      <w:r>
        <w:pict>
          <v:shape id="_x0000_i719678" o:spt="75" alt="学科网(www.zxxk.com)--教育资源门户，提供试卷、教案、课件、论文、素材以及各类教学资源下载，还有大量而丰富的教学相关资讯！" type="#_x0000_t75" style="height:14.4pt;width:50.4pt;" o:ole="t" filled="f" o:preferrelative="t" stroked="f" coordsize="21600,21600">
            <v:path/>
            <v:fill on="f" focussize="0,0"/>
            <v:stroke on="f" joinstyle="miter"/>
            <v:imagedata r:id="rId4667" o:title="eqId7faabc484ce3666706c1beffda4bcfe2"/>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∵线段</w:t>
      </w:r>
      <w:r>
        <w:pict>
          <v:shape id="_x0000_i719679"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4668" o:title="eqId3319509bbd6b74f077bc88681d7be74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为正整数），线段</w:t>
      </w:r>
      <w:r>
        <w:pict>
          <v:shape id="_x0000_i719680"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669" o:title="eqIdfee745c99acb9d50c86ebd83faf2d0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81"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4670" o:title="eqIdb104867a12d24a353d94858c2fa17c8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9682" o:spt="75" alt="学科网(www.zxxk.com)--教育资源门户，提供试卷、教案、课件、论文、素材以及各类教学资源下载，还有大量而丰富的教学相关资讯！" type="#_x0000_t75" style="height:13.85pt;width:55.85pt;" o:ole="t" filled="f" o:preferrelative="t" stroked="f" coordsize="21600,21600">
            <v:path/>
            <v:fill on="f" focussize="0,0"/>
            <v:stroke on="f" joinstyle="miter"/>
            <v:imagedata r:id="rId4671" o:title="eqIdea78f5c24a448c20eb7ed2a2bde224fa"/>
            <o:lock v:ext="edit" aspectratio="t"/>
            <w10:wrap type="none"/>
            <w10:anchorlock/>
          </v:shape>
        </w:pict>
      </w:r>
      <w:r>
        <w:rPr>
          <w:rFonts w:ascii="宋体" w:hAnsi="宋体" w:eastAsia="宋体" w:cs="宋体"/>
          <w:color w:val="000000"/>
        </w:rPr>
        <w:t>的解为整数，</w:t>
      </w:r>
    </w:p>
    <w:p>
      <w:pPr>
        <w:spacing w:line="360" w:lineRule="auto"/>
        <w:jc w:val="left"/>
        <w:textAlignment w:val="center"/>
        <w:rPr>
          <w:color w:val="000000"/>
        </w:rPr>
      </w:pPr>
      <w:r>
        <w:rPr>
          <w:rFonts w:ascii="宋体" w:hAnsi="宋体" w:eastAsia="宋体" w:cs="宋体"/>
          <w:color w:val="000000"/>
        </w:rPr>
        <w:t>∴</w:t>
      </w:r>
      <w:r>
        <w:pict>
          <v:shape id="_x0000_i719683" o:spt="75" alt="学科网(www.zxxk.com)--教育资源门户，提供试卷、教案、课件、论文、素材以及各类教学资源下载，还有大量而丰富的教学相关资讯！" type="#_x0000_t75" style="height:30.9pt;width:78.9pt;" o:ole="t" filled="f" o:preferrelative="t" stroked="f" coordsize="21600,21600">
            <v:path/>
            <v:fill on="f" focussize="0,0"/>
            <v:stroke on="f" joinstyle="miter"/>
            <v:imagedata r:id="rId4672" o:title="eqId1ca194d183d3aab3ec2ad13a80a9571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w:t>
      </w:r>
    </w:p>
    <w:p>
      <w:pPr>
        <w:spacing w:line="360" w:lineRule="auto"/>
        <w:jc w:val="left"/>
        <w:textAlignment w:val="center"/>
        <w:rPr>
          <w:color w:val="000000"/>
        </w:rPr>
      </w:pPr>
      <w:r>
        <w:rPr>
          <w:rFonts w:ascii="宋体" w:hAnsi="宋体" w:eastAsia="宋体" w:cs="宋体"/>
          <w:color w:val="000000"/>
        </w:rPr>
        <w:t>∴当</w:t>
      </w:r>
      <w:r>
        <w:pict>
          <v:shape id="_x0000_i719684"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4673" o:title="eqId0b550ee821ee1838384835e81fc34b67"/>
            <o:lock v:ext="edit" aspectratio="t"/>
            <w10:wrap type="none"/>
            <w10:anchorlock/>
          </v:shape>
        </w:pict>
      </w:r>
      <w:r>
        <w:rPr>
          <w:rFonts w:ascii="宋体" w:hAnsi="宋体" w:eastAsia="宋体" w:cs="宋体"/>
          <w:color w:val="000000"/>
        </w:rPr>
        <w:t>时，</w:t>
      </w:r>
      <w:r>
        <w:pict>
          <v:shape id="_x0000_i719685" o:spt="75" alt="学科网(www.zxxk.com)--教育资源门户，提供试卷、教案、课件、论文、素材以及各类教学资源下载，还有大量而丰富的教学相关资讯！" type="#_x0000_t75" style="height:27.75pt;width:41.25pt;" o:ole="t" filled="f" o:preferrelative="t" stroked="f" coordsize="21600,21600">
            <v:path/>
            <v:fill on="f" focussize="0,0"/>
            <v:stroke on="f" joinstyle="miter"/>
            <v:imagedata r:id="rId4674" o:title="eqId44a817500610c1c3fd33dbe69b57a887"/>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表示的数是</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86" o:spt="75" alt="学科网(www.zxxk.com)--教育资源门户，提供试卷、教案、课件、论文、素材以及各类教学资源下载，还有大量而丰富的教学相关资讯！" type="#_x0000_t75" style="height:30.9pt;width:47.1pt;" o:ole="t" filled="f" o:preferrelative="t" stroked="f" coordsize="21600,21600">
            <v:path/>
            <v:fill on="f" focussize="0,0"/>
            <v:stroke on="f" joinstyle="miter"/>
            <v:imagedata r:id="rId4675" o:title="eqIddb7f62069065bc1bd80d4e9fc00dad4d"/>
            <o:lock v:ext="edit" aspectratio="t"/>
            <w10:wrap type="none"/>
            <w10:anchorlock/>
          </v:shape>
        </w:pict>
      </w:r>
      <w:r>
        <w:rPr>
          <w:rFonts w:ascii="宋体" w:hAnsi="宋体" w:eastAsia="宋体" w:cs="宋体"/>
          <w:color w:val="000000"/>
        </w:rPr>
        <w:t>，即</w:t>
      </w:r>
      <w:r>
        <w:pict>
          <v:shape id="_x0000_i719687" o:spt="75" alt="学科网(www.zxxk.com)--教育资源门户，提供试卷、教案、课件、论文、素材以及各类教学资源下载，还有大量而丰富的教学相关资讯！" type="#_x0000_t75" style="height:30.9pt;width:64.15pt;" o:ole="t" filled="f" o:preferrelative="t" stroked="f" coordsize="21600,21600">
            <v:path/>
            <v:fill on="f" focussize="0,0"/>
            <v:stroke on="f" joinstyle="miter"/>
            <v:imagedata r:id="rId4676" o:title="eqId399b354a05130c192b384fc2b5b0f0f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④当点</w:t>
      </w:r>
      <w:r>
        <w:pict>
          <v:shape id="_x0000_i719688"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4677" o:title="eqId3e216cc6d38fcf527311ac6ab5ab5ff5"/>
            <o:lock v:ext="edit" aspectratio="t"/>
            <w10:wrap type="none"/>
            <w10:anchorlock/>
          </v:shape>
        </w:pict>
      </w:r>
      <w:r>
        <w:rPr>
          <w:rFonts w:ascii="宋体" w:hAnsi="宋体" w:eastAsia="宋体" w:cs="宋体"/>
          <w:color w:val="000000"/>
        </w:rPr>
        <w:t>顺次时，即</w:t>
      </w:r>
      <w:r>
        <w:pict>
          <v:shape id="_x0000_i719689"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4678" o:title="eqId70ac03e0b1559d3a64fefe22b807f6f2"/>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∵线段</w:t>
      </w:r>
      <w:r>
        <w:pict>
          <v:shape id="_x0000_i719690"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4679" o:title="eqId3319509bbd6b74f077bc88681d7be74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为正整数），线段</w:t>
      </w:r>
      <w:r>
        <w:pict>
          <v:shape id="_x0000_i719691"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680" o:title="eqIdfee745c99acb9d50c86ebd83faf2d0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9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681" o:title="eqId65f7a2c800e7db16e9a16e1e0b5bac6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9693" o:spt="75" alt="学科网(www.zxxk.com)--教育资源门户，提供试卷、教案、课件、论文、素材以及各类教学资源下载，还有大量而丰富的教学相关资讯！" type="#_x0000_t75" style="height:13.85pt;width:55.85pt;" o:ole="t" filled="f" o:preferrelative="t" stroked="f" coordsize="21600,21600">
            <v:path/>
            <v:fill on="f" focussize="0,0"/>
            <v:stroke on="f" joinstyle="miter"/>
            <v:imagedata r:id="rId4682" o:title="eqIdea78f5c24a448c20eb7ed2a2bde224fa"/>
            <o:lock v:ext="edit" aspectratio="t"/>
            <w10:wrap type="none"/>
            <w10:anchorlock/>
          </v:shape>
        </w:pict>
      </w:r>
      <w:r>
        <w:rPr>
          <w:rFonts w:ascii="宋体" w:hAnsi="宋体" w:eastAsia="宋体" w:cs="宋体"/>
          <w:color w:val="000000"/>
        </w:rPr>
        <w:t>的解为整数，</w:t>
      </w:r>
    </w:p>
    <w:p>
      <w:pPr>
        <w:spacing w:line="360" w:lineRule="auto"/>
        <w:jc w:val="left"/>
        <w:textAlignment w:val="center"/>
        <w:rPr>
          <w:color w:val="000000"/>
        </w:rPr>
      </w:pPr>
      <w:r>
        <w:rPr>
          <w:rFonts w:ascii="宋体" w:hAnsi="宋体" w:eastAsia="宋体" w:cs="宋体"/>
          <w:color w:val="000000"/>
        </w:rPr>
        <w:t>∴</w:t>
      </w:r>
      <w:r>
        <w:pict>
          <v:shape id="_x0000_i719694" o:spt="75" alt="学科网(www.zxxk.com)--教育资源门户，提供试卷、教案、课件、论文、素材以及各类教学资源下载，还有大量而丰富的教学相关资讯！" type="#_x0000_t75" style="height:30.9pt;width:78.9pt;" o:ole="t" filled="f" o:preferrelative="t" stroked="f" coordsize="21600,21600">
            <v:path/>
            <v:fill on="f" focussize="0,0"/>
            <v:stroke on="f" joinstyle="miter"/>
            <v:imagedata r:id="rId4683" o:title="eqIdb923e5ed851d9813bb3077358836bc8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w:t>
      </w:r>
    </w:p>
    <w:p>
      <w:pPr>
        <w:spacing w:line="360" w:lineRule="auto"/>
        <w:jc w:val="left"/>
        <w:textAlignment w:val="center"/>
        <w:rPr>
          <w:color w:val="000000"/>
        </w:rPr>
      </w:pPr>
      <w:r>
        <w:rPr>
          <w:rFonts w:ascii="宋体" w:hAnsi="宋体" w:eastAsia="宋体" w:cs="宋体"/>
          <w:color w:val="000000"/>
        </w:rPr>
        <w:t>∴当</w:t>
      </w:r>
      <w:r>
        <w:pict>
          <v:shape id="_x0000_i719695"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4684" o:title="eqId0b550ee821ee1838384835e81fc34b67"/>
            <o:lock v:ext="edit" aspectratio="t"/>
            <w10:wrap type="none"/>
            <w10:anchorlock/>
          </v:shape>
        </w:pict>
      </w:r>
      <w:r>
        <w:rPr>
          <w:rFonts w:ascii="宋体" w:hAnsi="宋体" w:eastAsia="宋体" w:cs="宋体"/>
          <w:color w:val="000000"/>
        </w:rPr>
        <w:t>时，</w:t>
      </w:r>
      <w:r>
        <w:pict>
          <v:shape id="_x0000_i719696" o:spt="75" alt="学科网(www.zxxk.com)--教育资源门户，提供试卷、教案、课件、论文、素材以及各类教学资源下载，还有大量而丰富的教学相关资讯！" type="#_x0000_t75" style="height:31.1pt;width:47.8pt;" o:ole="t" filled="f" o:preferrelative="t" stroked="f" coordsize="21600,21600">
            <v:path/>
            <v:fill on="f" focussize="0,0"/>
            <v:stroke on="f" joinstyle="miter"/>
            <v:imagedata r:id="rId4685" o:title="eqId286572a1dfc4bf3e835c4b4442fbfbec"/>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表示的数是</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697" o:spt="75" alt="学科网(www.zxxk.com)--教育资源门户，提供试卷、教案、课件、论文、素材以及各类教学资源下载，还有大量而丰富的教学相关资讯！" type="#_x0000_t75" style="height:13.85pt;width:51.25pt;" o:ole="t" filled="f" o:preferrelative="t" stroked="f" coordsize="21600,21600">
            <v:path/>
            <v:fill on="f" focussize="0,0"/>
            <v:stroke on="f" joinstyle="miter"/>
            <v:imagedata r:id="rId4686" o:title="eqId503fc23986f2157906d6eaab4fcd754d"/>
            <o:lock v:ext="edit" aspectratio="t"/>
            <w10:wrap type="none"/>
            <w10:anchorlock/>
          </v:shape>
        </w:pict>
      </w:r>
      <w:r>
        <w:rPr>
          <w:rFonts w:ascii="宋体" w:hAnsi="宋体" w:eastAsia="宋体" w:cs="宋体"/>
          <w:color w:val="000000"/>
        </w:rPr>
        <w:t>，即</w:t>
      </w:r>
      <w:r>
        <w:pict>
          <v:shape id="_x0000_i719698" o:spt="75" alt="学科网(www.zxxk.com)--教育资源门户，提供试卷、教案、课件、论文、素材以及各类教学资源下载，还有大量而丰富的教学相关资讯！" type="#_x0000_t75" style="height:13.95pt;width:62pt;" o:ole="t" filled="f" o:preferrelative="t" stroked="f" coordsize="21600,21600">
            <v:path/>
            <v:fill on="f" focussize="0,0"/>
            <v:stroke on="f" joinstyle="miter"/>
            <v:imagedata r:id="rId4687" o:title="eqId472714558e414be0d44554daa88a808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699"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688" o:title="eqIde65397f11ea8af736f38debadf420c4a"/>
            <o:lock v:ext="edit" aspectratio="t"/>
            <w10:wrap type="none"/>
            <w10:anchorlock/>
          </v:shape>
        </w:pict>
      </w:r>
      <w:r>
        <w:rPr>
          <w:rFonts w:ascii="宋体" w:hAnsi="宋体" w:eastAsia="宋体" w:cs="宋体"/>
          <w:color w:val="000000"/>
        </w:rPr>
        <w:t>时，</w:t>
      </w:r>
      <w:r>
        <w:pict>
          <v:shape id="_x0000_i719700" o:spt="75" alt="学科网(www.zxxk.com)--教育资源门户，提供试卷、教案、课件、论文、素材以及各类教学资源下载，还有大量而丰富的教学相关资讯！" type="#_x0000_t75" style="height:30.9pt;width:54pt;" o:ole="t" filled="f" o:preferrelative="t" stroked="f" coordsize="21600,21600">
            <v:path/>
            <v:fill on="f" focussize="0,0"/>
            <v:stroke on="f" joinstyle="miter"/>
            <v:imagedata r:id="rId4689" o:title="eqIde087adf8ce7ff864794511ec093f43fd"/>
            <o:lock v:ext="edit" aspectratio="t"/>
            <w10:wrap type="none"/>
            <w10:anchorlock/>
          </v:shape>
        </w:pict>
      </w:r>
      <w:r>
        <w:rPr>
          <w:rFonts w:ascii="宋体" w:hAnsi="宋体" w:eastAsia="宋体" w:cs="宋体"/>
          <w:color w:val="000000"/>
        </w:rPr>
        <w:t>符合题意，此时</w:t>
      </w:r>
      <w:r>
        <w:pict>
          <v:shape id="_x0000_i719701"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4690" o:title="eqIddfd09fb9482124fd35f19b86894648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70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4691" o:title="eqId9f34365e5040ce6944115c8da61bf110"/>
            <o:lock v:ext="edit" aspectratio="t"/>
            <w10:wrap type="none"/>
            <w10:anchorlock/>
          </v:shape>
        </w:pict>
      </w:r>
      <w:r>
        <w:rPr>
          <w:rFonts w:ascii="宋体" w:hAnsi="宋体" w:eastAsia="宋体" w:cs="宋体"/>
          <w:color w:val="000000"/>
        </w:rPr>
        <w:t>时，</w:t>
      </w:r>
      <w:r>
        <w:pict>
          <v:shape id="_x0000_i719703" o:spt="75" alt="学科网(www.zxxk.com)--教育资源门户，提供试卷、教案、课件、论文、素材以及各类教学资源下载，还有大量而丰富的教学相关资讯！" type="#_x0000_t75" style="height:30.9pt;width:53.1pt;" o:ole="t" filled="f" o:preferrelative="t" stroked="f" coordsize="21600,21600">
            <v:path/>
            <v:fill on="f" focussize="0,0"/>
            <v:stroke on="f" joinstyle="miter"/>
            <v:imagedata r:id="rId4692" o:title="eqIdcd4b7bf6982cdaa5f5d3be236124e756"/>
            <o:lock v:ext="edit" aspectratio="t"/>
            <w10:wrap type="none"/>
            <w10:anchorlock/>
          </v:shape>
        </w:pict>
      </w:r>
      <w:r>
        <w:rPr>
          <w:rFonts w:ascii="宋体" w:hAnsi="宋体" w:eastAsia="宋体" w:cs="宋体"/>
          <w:color w:val="000000"/>
        </w:rPr>
        <w:t>符合题意，此时</w:t>
      </w:r>
      <w:r>
        <w:pict>
          <v:shape id="_x0000_i719704"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4693" o:title="eqIde5d9d8235ce743e961035a39819fcbd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⑤当点</w:t>
      </w:r>
      <w:r>
        <w:pict>
          <v:shape id="_x0000_i719705"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4694" o:title="eqId219997de98b22f44585d6fac6be3ff16"/>
            <o:lock v:ext="edit" aspectratio="t"/>
            <w10:wrap type="none"/>
            <w10:anchorlock/>
          </v:shape>
        </w:pict>
      </w:r>
      <w:r>
        <w:rPr>
          <w:rFonts w:ascii="宋体" w:hAnsi="宋体" w:eastAsia="宋体" w:cs="宋体"/>
          <w:color w:val="000000"/>
        </w:rPr>
        <w:t>顺次时，即</w:t>
      </w:r>
      <w:r>
        <w:pict>
          <v:shape id="_x0000_i719706" o:spt="75" alt="学科网(www.zxxk.com)--教育资源门户，提供试卷、教案、课件、论文、素材以及各类教学资源下载，还有大量而丰富的教学相关资讯！" type="#_x0000_t75" style="height:13.5pt;width:49.5pt;" o:ole="t" filled="f" o:preferrelative="t" stroked="f" coordsize="21600,21600">
            <v:path/>
            <v:fill on="f" focussize="0,0"/>
            <v:stroke on="f" joinstyle="miter"/>
            <v:imagedata r:id="rId4695" o:title="eqIda0bc95ec628b43f2c2956bb97aa527f0"/>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∵线段</w:t>
      </w:r>
      <w:r>
        <w:pict>
          <v:shape id="_x0000_i719707"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4696" o:title="eqId3319509bbd6b74f077bc88681d7be74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为正整数），线段</w:t>
      </w:r>
      <w:r>
        <w:pict>
          <v:shape id="_x0000_i719708"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697" o:title="eqIdfee745c99acb9d50c86ebd83faf2d0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709"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4698" o:title="eqIdb104867a12d24a353d94858c2fa17c8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9710" o:spt="75" alt="学科网(www.zxxk.com)--教育资源门户，提供试卷、教案、课件、论文、素材以及各类教学资源下载，还有大量而丰富的教学相关资讯！" type="#_x0000_t75" style="height:13.85pt;width:55.85pt;" o:ole="t" filled="f" o:preferrelative="t" stroked="f" coordsize="21600,21600">
            <v:path/>
            <v:fill on="f" focussize="0,0"/>
            <v:stroke on="f" joinstyle="miter"/>
            <v:imagedata r:id="rId4699" o:title="eqIdea78f5c24a448c20eb7ed2a2bde224fa"/>
            <o:lock v:ext="edit" aspectratio="t"/>
            <w10:wrap type="none"/>
            <w10:anchorlock/>
          </v:shape>
        </w:pict>
      </w:r>
      <w:r>
        <w:rPr>
          <w:rFonts w:ascii="宋体" w:hAnsi="宋体" w:eastAsia="宋体" w:cs="宋体"/>
          <w:color w:val="000000"/>
        </w:rPr>
        <w:t>的解为整数，</w:t>
      </w:r>
    </w:p>
    <w:p>
      <w:pPr>
        <w:spacing w:line="360" w:lineRule="auto"/>
        <w:jc w:val="left"/>
        <w:textAlignment w:val="center"/>
        <w:rPr>
          <w:color w:val="000000"/>
        </w:rPr>
      </w:pPr>
      <w:r>
        <w:rPr>
          <w:rFonts w:ascii="宋体" w:hAnsi="宋体" w:eastAsia="宋体" w:cs="宋体"/>
          <w:color w:val="000000"/>
        </w:rPr>
        <w:t>∴</w:t>
      </w:r>
      <w:r>
        <w:pict>
          <v:shape id="_x0000_i719711" o:spt="75" alt="学科网(www.zxxk.com)--教育资源门户，提供试卷、教案、课件、论文、素材以及各类教学资源下载，还有大量而丰富的教学相关资讯！" type="#_x0000_t75" style="height:30.9pt;width:78.9pt;" o:ole="t" filled="f" o:preferrelative="t" stroked="f" coordsize="21600,21600">
            <v:path/>
            <v:fill on="f" focussize="0,0"/>
            <v:stroke on="f" joinstyle="miter"/>
            <v:imagedata r:id="rId4700" o:title="eqId1ca194d183d3aab3ec2ad13a80a9571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w:t>
      </w:r>
    </w:p>
    <w:p>
      <w:pPr>
        <w:spacing w:line="360" w:lineRule="auto"/>
        <w:jc w:val="left"/>
        <w:textAlignment w:val="center"/>
        <w:rPr>
          <w:color w:val="000000"/>
        </w:rPr>
      </w:pPr>
      <w:r>
        <w:rPr>
          <w:rFonts w:ascii="宋体" w:hAnsi="宋体" w:eastAsia="宋体" w:cs="宋体"/>
          <w:color w:val="000000"/>
        </w:rPr>
        <w:t>∴当</w:t>
      </w:r>
      <w:r>
        <w:pict>
          <v:shape id="_x0000_i719712"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4701" o:title="eqId0b550ee821ee1838384835e81fc34b67"/>
            <o:lock v:ext="edit" aspectratio="t"/>
            <w10:wrap type="none"/>
            <w10:anchorlock/>
          </v:shape>
        </w:pict>
      </w:r>
      <w:r>
        <w:rPr>
          <w:rFonts w:ascii="宋体" w:hAnsi="宋体" w:eastAsia="宋体" w:cs="宋体"/>
          <w:color w:val="000000"/>
        </w:rPr>
        <w:t>时，</w:t>
      </w:r>
      <w:r>
        <w:pict>
          <v:shape id="_x0000_i719713" o:spt="75" alt="学科网(www.zxxk.com)--教育资源门户，提供试卷、教案、课件、论文、素材以及各类教学资源下载，还有大量而丰富的教学相关资讯！" type="#_x0000_t75" style="height:27.75pt;width:41.25pt;" o:ole="t" filled="f" o:preferrelative="t" stroked="f" coordsize="21600,21600">
            <v:path/>
            <v:fill on="f" focussize="0,0"/>
            <v:stroke on="f" joinstyle="miter"/>
            <v:imagedata r:id="rId4702" o:title="eqId44a817500610c1c3fd33dbe69b57a887"/>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表示的数是</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714" o:spt="75" alt="学科网(www.zxxk.com)--教育资源门户，提供试卷、教案、课件、论文、素材以及各类教学资源下载，还有大量而丰富的教学相关资讯！" type="#_x0000_t75" style="height:30.9pt;width:47.1pt;" o:ole="t" filled="f" o:preferrelative="t" stroked="f" coordsize="21600,21600">
            <v:path/>
            <v:fill on="f" focussize="0,0"/>
            <v:stroke on="f" joinstyle="miter"/>
            <v:imagedata r:id="rId4703" o:title="eqIdede66d478bbe21224a3358d10a48e36e"/>
            <o:lock v:ext="edit" aspectratio="t"/>
            <w10:wrap type="none"/>
            <w10:anchorlock/>
          </v:shape>
        </w:pict>
      </w:r>
      <w:r>
        <w:rPr>
          <w:rFonts w:ascii="宋体" w:hAnsi="宋体" w:eastAsia="宋体" w:cs="宋体"/>
          <w:color w:val="000000"/>
        </w:rPr>
        <w:t>，即</w:t>
      </w:r>
      <w:r>
        <w:pict>
          <v:shape id="_x0000_i719715" o:spt="75" alt="学科网(www.zxxk.com)--教育资源门户，提供试卷、教案、课件、论文、素材以及各类教学资源下载，还有大量而丰富的教学相关资讯！" type="#_x0000_t75" style="height:27.85pt;width:57pt;" o:ole="t" filled="f" o:preferrelative="t" stroked="f" coordsize="21600,21600">
            <v:path/>
            <v:fill on="f" focussize="0,0"/>
            <v:stroke on="f" joinstyle="miter"/>
            <v:imagedata r:id="rId4704" o:title="eqId56eddc25508f68120a20ca70a77f7bc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71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705" o:title="eqIde65397f11ea8af736f38debadf420c4a"/>
            <o:lock v:ext="edit" aspectratio="t"/>
            <w10:wrap type="none"/>
            <w10:anchorlock/>
          </v:shape>
        </w:pict>
      </w:r>
      <w:r>
        <w:rPr>
          <w:rFonts w:ascii="宋体" w:hAnsi="宋体" w:eastAsia="宋体" w:cs="宋体"/>
          <w:color w:val="000000"/>
        </w:rPr>
        <w:t>时，</w:t>
      </w:r>
      <w:r>
        <w:pict>
          <v:shape id="_x0000_i719717" o:spt="75" alt="学科网(www.zxxk.com)--教育资源门户，提供试卷、教案、课件、论文、素材以及各类教学资源下载，还有大量而丰富的教学相关资讯！" type="#_x0000_t75" style="height:28.15pt;width:42pt;" o:ole="t" filled="f" o:preferrelative="t" stroked="f" coordsize="21600,21600">
            <v:path/>
            <v:fill on="f" focussize="0,0"/>
            <v:stroke on="f" joinstyle="miter"/>
            <v:imagedata r:id="rId4706" o:title="eqIde93f355b0ec9f0a7ce7a544a23137a28"/>
            <o:lock v:ext="edit" aspectratio="t"/>
            <w10:wrap type="none"/>
            <w10:anchorlock/>
          </v:shape>
        </w:pict>
      </w:r>
      <w:r>
        <w:rPr>
          <w:rFonts w:ascii="宋体" w:hAnsi="宋体" w:eastAsia="宋体" w:cs="宋体"/>
          <w:color w:val="000000"/>
        </w:rPr>
        <w:t>符合题意，此时</w:t>
      </w:r>
      <w:r>
        <w:pict>
          <v:shape id="_x0000_i719718"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4707" o:title="eqIddaba2443d14373caa012a226b08ab9a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⑥当点</w:t>
      </w:r>
      <w:r>
        <w:pict>
          <v:shape id="_x0000_i719719"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4708" o:title="eqId0ffe7005f48b33706d29d5a0e63831f3"/>
            <o:lock v:ext="edit" aspectratio="t"/>
            <w10:wrap type="none"/>
            <w10:anchorlock/>
          </v:shape>
        </w:pict>
      </w:r>
      <w:r>
        <w:rPr>
          <w:rFonts w:ascii="宋体" w:hAnsi="宋体" w:eastAsia="宋体" w:cs="宋体"/>
          <w:color w:val="000000"/>
        </w:rPr>
        <w:t>顺次时，即</w:t>
      </w:r>
      <w:r>
        <w:pict>
          <v:shape id="_x0000_i719720" o:spt="75" alt="学科网(www.zxxk.com)--教育资源门户，提供试卷、教案、课件、论文、素材以及各类教学资源下载，还有大量而丰富的教学相关资讯！" type="#_x0000_t75" style="height:12.75pt;width:48.75pt;" o:ole="t" filled="f" o:preferrelative="t" stroked="f" coordsize="21600,21600">
            <v:path/>
            <v:fill on="f" focussize="0,0"/>
            <v:stroke on="f" joinstyle="miter"/>
            <v:imagedata r:id="rId4709" o:title="eqId75cad196e55dbd13c45e11a51d700383"/>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∵线段</w:t>
      </w:r>
      <w:r>
        <w:pict>
          <v:shape id="_x0000_i719721"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4711" o:title="eqId3319509bbd6b74f077bc88681d7be74d"/>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position w:val="0"/>
        </w:rPr>
        <w:drawing>
          <wp:inline distT="0" distB="0" distL="114300" distR="114300">
            <wp:extent cx="158750" cy="190500"/>
            <wp:effectExtent l="0" t="0" r="0" b="0"/>
            <wp:docPr id="3847" name="图片 78767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 name="图片 787677399"/>
                    <pic:cNvPicPr>
                      <a:picLocks noChangeAspect="1"/>
                    </pic:cNvPicPr>
                  </pic:nvPicPr>
                  <pic:blipFill>
                    <a:blip r:embed="rId4710"/>
                    <a:stretch>
                      <a:fillRect/>
                    </a:stretch>
                  </pic:blipFill>
                  <pic:spPr>
                    <a:xfrm>
                      <a:off x="0" y="0"/>
                      <a:ext cx="158750" cy="190500"/>
                    </a:xfrm>
                    <a:prstGeom prst="rect">
                      <a:avLst/>
                    </a:prstGeom>
                  </pic:spPr>
                </pic:pic>
              </a:graphicData>
            </a:graphic>
          </wp:inline>
        </w:drawing>
      </w:r>
      <w:r>
        <w:rPr>
          <w:rFonts w:ascii="宋体" w:hAnsi="宋体" w:eastAsia="宋体" w:cs="宋体"/>
          <w:color w:val="000000"/>
        </w:rPr>
        <w:t>正整数），线段</w:t>
      </w:r>
      <w:r>
        <w:pict>
          <v:shape id="_x0000_i719722"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712" o:title="eqIdfee745c99acb9d50c86ebd83faf2d02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723"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4713" o:title="eqId1f22fec5a381ae8aca93d876e54c79d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的一元一次方程</w:t>
      </w:r>
      <w:r>
        <w:pict>
          <v:shape id="_x0000_i719724" o:spt="75" alt="学科网(www.zxxk.com)--教育资源门户，提供试卷、教案、课件、论文、素材以及各类教学资源下载，还有大量而丰富的教学相关资讯！" type="#_x0000_t75" style="height:13.85pt;width:55.85pt;" o:ole="t" filled="f" o:preferrelative="t" stroked="f" coordsize="21600,21600">
            <v:path/>
            <v:fill on="f" focussize="0,0"/>
            <v:stroke on="f" joinstyle="miter"/>
            <v:imagedata r:id="rId4714" o:title="eqIdea78f5c24a448c20eb7ed2a2bde224fa"/>
            <o:lock v:ext="edit" aspectratio="t"/>
            <w10:wrap type="none"/>
            <w10:anchorlock/>
          </v:shape>
        </w:pict>
      </w:r>
      <w:r>
        <w:rPr>
          <w:rFonts w:ascii="宋体" w:hAnsi="宋体" w:eastAsia="宋体" w:cs="宋体"/>
          <w:color w:val="000000"/>
        </w:rPr>
        <w:t>的解为整数，</w:t>
      </w:r>
    </w:p>
    <w:p>
      <w:pPr>
        <w:spacing w:line="360" w:lineRule="auto"/>
        <w:jc w:val="left"/>
        <w:textAlignment w:val="center"/>
        <w:rPr>
          <w:color w:val="000000"/>
        </w:rPr>
      </w:pPr>
      <w:r>
        <w:rPr>
          <w:rFonts w:ascii="宋体" w:hAnsi="宋体" w:eastAsia="宋体" w:cs="宋体"/>
          <w:color w:val="000000"/>
        </w:rPr>
        <w:t>∴</w:t>
      </w:r>
      <w:r>
        <w:pict>
          <v:shape id="_x0000_i719725" o:spt="75" alt="学科网(www.zxxk.com)--教育资源门户，提供试卷、教案、课件、论文、素材以及各类教学资源下载，还有大量而丰富的教学相关资讯！" type="#_x0000_t75" style="height:30.9pt;width:78.9pt;" o:ole="t" filled="f" o:preferrelative="t" stroked="f" coordsize="21600,21600">
            <v:path/>
            <v:fill on="f" focussize="0,0"/>
            <v:stroke on="f" joinstyle="miter"/>
            <v:imagedata r:id="rId4715" o:title="eqId8da9fd4d53673adf96a2afa10eeab43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为正整数，</w:t>
      </w:r>
    </w:p>
    <w:p>
      <w:pPr>
        <w:spacing w:line="360" w:lineRule="auto"/>
        <w:jc w:val="left"/>
        <w:textAlignment w:val="center"/>
        <w:rPr>
          <w:color w:val="000000"/>
        </w:rPr>
      </w:pPr>
      <w:r>
        <w:rPr>
          <w:rFonts w:ascii="宋体" w:hAnsi="宋体" w:eastAsia="宋体" w:cs="宋体"/>
          <w:color w:val="000000"/>
        </w:rPr>
        <w:t>∴当</w:t>
      </w:r>
      <w:r>
        <w:pict>
          <v:shape id="_x0000_i719726"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4716" o:title="eqId0b550ee821ee1838384835e81fc34b67"/>
            <o:lock v:ext="edit" aspectratio="t"/>
            <w10:wrap type="none"/>
            <w10:anchorlock/>
          </v:shape>
        </w:pict>
      </w:r>
      <w:r>
        <w:rPr>
          <w:rFonts w:ascii="宋体" w:hAnsi="宋体" w:eastAsia="宋体" w:cs="宋体"/>
          <w:color w:val="000000"/>
        </w:rPr>
        <w:t>时，</w:t>
      </w:r>
      <w:r>
        <w:pict>
          <v:shape id="_x0000_i719727" o:spt="75" alt="学科网(www.zxxk.com)--教育资源门户，提供试卷、教案、课件、论文、素材以及各类教学资源下载，还有大量而丰富的教学相关资讯！" type="#_x0000_t75" style="height:30.85pt;width:47.75pt;" o:ole="t" filled="f" o:preferrelative="t" stroked="f" coordsize="21600,21600">
            <v:path/>
            <v:fill on="f" focussize="0,0"/>
            <v:stroke on="f" joinstyle="miter"/>
            <v:imagedata r:id="rId4717" o:title="eqIdaefddb9085b6bba5c0424a573f0c5bfb"/>
            <o:lock v:ext="edit" aspectratio="t"/>
            <w10:wrap type="none"/>
            <w10:anchorlock/>
          </v:shape>
        </w:pict>
      </w:r>
      <w:r>
        <w:rPr>
          <w:rFonts w:ascii="宋体" w:hAnsi="宋体" w:eastAsia="宋体" w:cs="宋体"/>
          <w:color w:val="000000"/>
        </w:rPr>
        <w:t>符合题意，</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E</w:t>
      </w:r>
      <w:r>
        <w:rPr>
          <w:rFonts w:ascii="宋体" w:hAnsi="宋体" w:eastAsia="宋体" w:cs="宋体"/>
          <w:color w:val="000000"/>
        </w:rPr>
        <w:t>表示的数是</w:t>
      </w:r>
      <w:r>
        <w:rPr>
          <w:rFonts w:ascii="Times New Roman" w:hAnsi="Times New Roman" w:eastAsia="Times New Roman" w:cs="Times New Roman"/>
          <w:i/>
          <w:color w:val="000000"/>
        </w:rPr>
        <w:t>n</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728" o:spt="75" alt="学科网(www.zxxk.com)--教育资源门户，提供试卷、教案、课件、论文、素材以及各类教学资源下载，还有大量而丰富的教学相关资讯！" type="#_x0000_t75" style="height:11.1pt;width:45.25pt;" o:ole="t" filled="f" o:preferrelative="t" stroked="f" coordsize="21600,21600">
            <v:path/>
            <v:fill on="f" focussize="0,0"/>
            <v:stroke on="f" joinstyle="miter"/>
            <v:imagedata r:id="rId4718" o:title="eqId488c4cb568fa350a2b41521618f12955"/>
            <o:lock v:ext="edit" aspectratio="t"/>
            <w10:wrap type="none"/>
            <w10:anchorlock/>
          </v:shape>
        </w:pict>
      </w:r>
      <w:r>
        <w:rPr>
          <w:rFonts w:ascii="宋体" w:hAnsi="宋体" w:eastAsia="宋体" w:cs="宋体"/>
          <w:color w:val="000000"/>
        </w:rPr>
        <w:t>，即</w:t>
      </w:r>
      <w:r>
        <w:pict>
          <v:shape id="_x0000_i719729"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4719" o:title="eqIdefbbcf37450f2f3cae2fc61e4145c1d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730"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4720" o:title="eqIde65397f11ea8af736f38debadf420c4a"/>
            <o:lock v:ext="edit" aspectratio="t"/>
            <w10:wrap type="none"/>
            <w10:anchorlock/>
          </v:shape>
        </w:pict>
      </w:r>
      <w:r>
        <w:rPr>
          <w:rFonts w:ascii="宋体" w:hAnsi="宋体" w:eastAsia="宋体" w:cs="宋体"/>
          <w:color w:val="000000"/>
        </w:rPr>
        <w:t>时，</w:t>
      </w:r>
      <w:r>
        <w:pict>
          <v:shape id="_x0000_i719731" o:spt="75" alt="学科网(www.zxxk.com)--教育资源门户，提供试卷、教案、课件、论文、素材以及各类教学资源下载，还有大量而丰富的教学相关资讯！" type="#_x0000_t75" style="height:30.5pt;width:51.5pt;" o:ole="t" filled="f" o:preferrelative="t" stroked="f" coordsize="21600,21600">
            <v:path/>
            <v:fill on="f" focussize="0,0"/>
            <v:stroke on="f" joinstyle="miter"/>
            <v:imagedata r:id="rId4721" o:title="eqIda17edf6e222f2787c59d9d902e52d877"/>
            <o:lock v:ext="edit" aspectratio="t"/>
            <w10:wrap type="none"/>
            <w10:anchorlock/>
          </v:shape>
        </w:pict>
      </w:r>
      <w:r>
        <w:rPr>
          <w:rFonts w:ascii="宋体" w:hAnsi="宋体" w:eastAsia="宋体" w:cs="宋体"/>
          <w:color w:val="000000"/>
        </w:rPr>
        <w:t>符合题意，此时</w:t>
      </w:r>
      <w:r>
        <w:pict>
          <v:shape id="_x0000_i719732"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4722" o:title="eqIddfd09fb9482124fd35f19b86894648f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rPr>
          <w:rFonts w:ascii="Times New Roman" w:hAnsi="Times New Roman" w:eastAsia="Times New Roman" w:cs="Times New Roman"/>
          <w:i/>
          <w:color w:val="000000"/>
        </w:rPr>
        <w:t>n</w:t>
      </w:r>
      <w:r>
        <w:rPr>
          <w:rFonts w:ascii="宋体" w:hAnsi="宋体" w:eastAsia="宋体" w:cs="宋体"/>
          <w:color w:val="000000"/>
        </w:rPr>
        <w:t>的最小值为</w:t>
      </w:r>
      <w:r>
        <w:pict>
          <v:shape id="_x0000_i719733" o:spt="75" alt="学科网(www.zxxk.com)--教育资源门户，提供试卷、教案、课件、论文、素材以及各类教学资源下载，还有大量而丰富的教学相关资讯！" type="#_x0000_t75" style="height:10.8pt;width:12.9pt;" o:ole="t" filled="f" o:preferrelative="t" stroked="f" coordsize="21600,21600">
            <v:path/>
            <v:fill on="f" focussize="0,0"/>
            <v:stroke on="f" joinstyle="miter"/>
            <v:imagedata r:id="rId4723" o:title="eqId4a94acdfb41489d5694b5a64b9e99754"/>
            <o:lock v:ext="edit" aspectratio="t"/>
            <w10:wrap type="none"/>
            <w10:anchorlock/>
          </v:shape>
        </w:pict>
      </w:r>
      <w:r>
        <w:rPr>
          <w:rFonts w:ascii="宋体" w:hAnsi="宋体" w:eastAsia="宋体" w:cs="宋体"/>
          <w:color w:val="000000"/>
        </w:rPr>
        <w:t>．</w:t>
      </w:r>
    </w:p>
    <w:p>
      <w:pPr>
        <w:pStyle w:val="Heading2"/>
      </w:pPr>
      <w:r>
        <w:t>房山区</w:t>
      </w:r>
    </w:p>
    <w:p>
      <w:pPr>
        <w:spacing w:line="360" w:lineRule="auto"/>
        <w:jc w:val="left"/>
        <w:textAlignment w:val="center"/>
        <w:rPr>
          <w:color w:val="000000"/>
        </w:rPr>
      </w:pPr>
      <w:r>
        <w:rPr>
          <w:color w:val="000000"/>
        </w:rPr>
        <w:t xml:space="preserve">27. </w:t>
      </w:r>
      <w:r>
        <w:rPr>
          <w:rFonts w:ascii="宋体" w:hAnsi="宋体" w:eastAsia="宋体" w:cs="宋体"/>
          <w:color w:val="000000"/>
        </w:rPr>
        <w:t>已知</w:t>
      </w:r>
      <w:r>
        <w:pict>
          <v:shape id="_x0000_i719734" o:spt="75" alt="学科网(www.zxxk.com)--教育资源门户，提供试卷、教案、课件、论文、素材以及各类教学资源下载，还有大量而丰富的教学相关资讯！" type="#_x0000_t75" style="height:14.4pt;width:65.4pt;" o:ole="t" filled="f" o:preferrelative="t" stroked="f" coordsize="21600,21600">
            <v:path/>
            <v:fill on="f" focussize="0,0"/>
            <v:stroke on="f" joinstyle="miter"/>
            <v:imagedata r:id="rId4725" o:title="eqIddc1eb76fe74cba30f7cbcde349ba80da"/>
            <o:lock v:ext="edit" aspectratio="t"/>
            <w10:wrap type="none"/>
            <w10:anchorlock/>
          </v:shape>
        </w:pict>
      </w:r>
      <w:r>
        <w:rPr>
          <w:rFonts w:ascii="宋体" w:hAnsi="宋体" w:eastAsia="宋体" w:cs="宋体"/>
          <w:color w:val="000000"/>
        </w:rPr>
        <w:t>，将射线</w:t>
      </w:r>
      <w:r>
        <w:pict>
          <v:shape id="_x0000_i719735"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4726" o:title="eqIdef4113c492885ba7c47fe42ac792578f"/>
            <o:lock v:ext="edit" aspectratio="t"/>
            <w10:wrap type="none"/>
            <w10:anchorlock/>
          </v:shape>
        </w:pict>
      </w:r>
      <w:r>
        <w:rPr>
          <w:rFonts w:ascii="宋体" w:hAnsi="宋体" w:eastAsia="宋体" w:cs="宋体"/>
          <w:color w:val="000000"/>
        </w:rPr>
        <w:t>绕点</w:t>
      </w:r>
      <w:r>
        <w:pict>
          <v:shape id="_x0000_i719736"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727" o:title="eqId1dde8112e8eb968fd042418dd632759e"/>
            <o:lock v:ext="edit" aspectratio="t"/>
            <w10:wrap type="none"/>
            <w10:anchorlock/>
          </v:shape>
        </w:pict>
      </w:r>
      <w:r>
        <w:rPr>
          <w:rFonts w:ascii="宋体" w:hAnsi="宋体" w:eastAsia="宋体" w:cs="宋体"/>
          <w:color w:val="000000"/>
        </w:rPr>
        <w:t>旋转</w:t>
      </w:r>
      <w:r>
        <w:pict>
          <v:shape id="_x0000_i719737" o:spt="75" alt="学科网(www.zxxk.com)--教育资源门户，提供试卷、教案、课件、论文、素材以及各类教学资源下载，还有大量而丰富的教学相关资讯！" type="#_x0000_t75" style="height:15pt;width:72pt;" o:ole="t" filled="f" o:preferrelative="t" stroked="f" coordsize="21600,21600">
            <v:path/>
            <v:fill on="f" focussize="0,0"/>
            <v:stroke on="f" joinstyle="miter"/>
            <v:imagedata r:id="rId4728" o:title="eqIdc0ca1bc4f6a8f1ce517046c8aedecc0b"/>
            <o:lock v:ext="edit" aspectratio="t"/>
            <w10:wrap type="none"/>
            <w10:anchorlock/>
          </v:shape>
        </w:pict>
      </w:r>
      <w:r>
        <w:rPr>
          <w:rFonts w:ascii="宋体" w:hAnsi="宋体" w:eastAsia="宋体" w:cs="宋体"/>
          <w:color w:val="000000"/>
        </w:rPr>
        <w:t>得到射线</w:t>
      </w:r>
      <w:r>
        <w:pict>
          <v:shape id="_x0000_i719738"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729" o:title="eqId828628c0876b45381c9a0edeb0fec236"/>
            <o:lock v:ext="edit" aspectratio="t"/>
            <w10:wrap type="none"/>
            <w10:anchorlock/>
          </v:shape>
        </w:pict>
      </w:r>
      <w:r>
        <w:rPr>
          <w:rFonts w:ascii="宋体" w:hAnsi="宋体" w:eastAsia="宋体" w:cs="宋体"/>
          <w:color w:val="000000"/>
        </w:rPr>
        <w:t>，射线</w:t>
      </w:r>
      <w:r>
        <w:pict>
          <v:shape id="_x0000_i71973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4730" o:title="eqId6c042ff18466e8165fadf343d142a4b0"/>
            <o:lock v:ext="edit" aspectratio="t"/>
            <w10:wrap type="none"/>
            <w10:anchorlock/>
          </v:shape>
        </w:pict>
      </w:r>
      <w:r>
        <w:rPr>
          <w:rFonts w:ascii="宋体" w:hAnsi="宋体" w:eastAsia="宋体" w:cs="宋体"/>
          <w:color w:val="000000"/>
        </w:rPr>
        <w:t>是</w:t>
      </w:r>
      <w:r>
        <w:pict>
          <v:shape id="_x0000_i71974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731" o:title="eqIdd22df2977de56cc69be0c1e847653d7a"/>
            <o:lock v:ext="edit" aspectratio="t"/>
            <w10:wrap type="none"/>
            <w10:anchorlock/>
          </v:shape>
        </w:pict>
      </w:r>
      <w:r>
        <w:rPr>
          <w:rFonts w:ascii="宋体" w:hAnsi="宋体" w:eastAsia="宋体" w:cs="宋体"/>
          <w:color w:val="000000"/>
          <w:position w:val="0"/>
        </w:rPr>
        <w:drawing>
          <wp:inline distT="0" distB="0" distL="114300" distR="114300">
            <wp:extent cx="133350" cy="177800"/>
            <wp:effectExtent l="0" t="0" r="0" b="0"/>
            <wp:docPr id="3849" name="图片 213396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 name="图片 2133961468"/>
                    <pic:cNvPicPr>
                      <a:picLocks noChangeAspect="1"/>
                    </pic:cNvPicPr>
                  </pic:nvPicPr>
                  <pic:blipFill>
                    <a:blip r:embed="rId47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角平分线．</w:t>
      </w:r>
    </w:p>
    <w:p>
      <w:pPr>
        <w:spacing w:line="360" w:lineRule="auto"/>
        <w:jc w:val="left"/>
        <w:textAlignment w:val="center"/>
        <w:rPr>
          <w:color w:val="000000"/>
        </w:rPr>
      </w:pPr>
      <w:r>
        <w:rPr>
          <w:color w:val="000000"/>
        </w:rPr>
        <w:drawing>
          <wp:inline distT="0" distB="0" distL="114300" distR="114300">
            <wp:extent cx="4010025" cy="1181100"/>
            <wp:effectExtent l="0" t="0" r="0" b="0"/>
            <wp:docPr id="3851"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 name="图片 100053" descr="学科网(www.zxxk.com)--教育资源门户，提供试卷、教案、课件、论文、素材以及各类教学资源下载，还有大量而丰富的教学相关资讯！"/>
                    <pic:cNvPicPr>
                      <a:picLocks noChangeAspect="1"/>
                    </pic:cNvPicPr>
                  </pic:nvPicPr>
                  <pic:blipFill>
                    <a:blip r:embed="rId4732"/>
                    <a:stretch>
                      <a:fillRect/>
                    </a:stretch>
                  </pic:blipFill>
                  <pic:spPr>
                    <a:xfrm>
                      <a:off x="0" y="0"/>
                      <a:ext cx="4010025" cy="1181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若射线</w:t>
      </w:r>
      <w:r>
        <w:pict>
          <v:shape id="_x0000_i719741"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733" o:title="eqId828628c0876b45381c9a0edeb0fec236"/>
            <o:lock v:ext="edit" aspectratio="t"/>
            <w10:wrap type="none"/>
            <w10:anchorlock/>
          </v:shape>
        </w:pict>
      </w:r>
      <w:r>
        <w:rPr>
          <w:rFonts w:ascii="宋体" w:hAnsi="宋体" w:eastAsia="宋体" w:cs="宋体"/>
          <w:color w:val="000000"/>
        </w:rPr>
        <w:t>在</w:t>
      </w:r>
      <w:r>
        <w:pict>
          <v:shape id="_x0000_i71974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734" o:title="eqId6d7b2fe01a33c4825f9974ed9663a99c"/>
            <o:lock v:ext="edit" aspectratio="t"/>
            <w10:wrap type="none"/>
            <w10:anchorlock/>
          </v:shape>
        </w:pict>
      </w:r>
      <w:r>
        <w:rPr>
          <w:rFonts w:ascii="宋体" w:hAnsi="宋体" w:eastAsia="宋体" w:cs="宋体"/>
          <w:color w:val="000000"/>
        </w:rPr>
        <w:t>外部，且</w:t>
      </w:r>
      <w:r>
        <w:pict>
          <v:shape id="_x0000_i719743" o:spt="75" alt="学科网(www.zxxk.com)--教育资源门户，提供试卷、教案、课件、论文、素材以及各类教学资源下载，还有大量而丰富的教学相关资讯！" type="#_x0000_t75" style="height:14.1pt;width:40.25pt;" o:ole="t" filled="f" o:preferrelative="t" stroked="f" coordsize="21600,21600">
            <v:path/>
            <v:fill on="f" focussize="0,0"/>
            <v:stroke on="f" joinstyle="miter"/>
            <v:imagedata r:id="rId4735" o:title="eqIdd46bbaf4557fbc34e90039cc6494edfa"/>
            <o:lock v:ext="edit" aspectratio="t"/>
            <w10:wrap type="none"/>
            <w10:anchorlock/>
          </v:shape>
        </w:pict>
      </w:r>
      <w:r>
        <w:rPr>
          <w:rFonts w:ascii="宋体" w:hAnsi="宋体" w:eastAsia="宋体" w:cs="宋体"/>
          <w:color w:val="000000"/>
        </w:rPr>
        <w:t>，在图</w:t>
      </w:r>
      <w:r>
        <w:rPr>
          <w:rFonts w:ascii="Times New Roman" w:hAnsi="Times New Roman" w:eastAsia="Times New Roman" w:cs="Times New Roman"/>
          <w:color w:val="000000"/>
        </w:rPr>
        <w:t>1</w:t>
      </w:r>
      <w:r>
        <w:rPr>
          <w:rFonts w:ascii="宋体" w:hAnsi="宋体" w:eastAsia="宋体" w:cs="宋体"/>
          <w:color w:val="000000"/>
        </w:rPr>
        <w:t>中补全图形，求</w:t>
      </w:r>
      <w:r>
        <w:pict>
          <v:shape id="_x0000_i71974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736" o:title="eqIddc9f91270ddbe1cf3c1362e1b95aee14"/>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射线</w:t>
      </w:r>
      <w:r>
        <w:pict>
          <v:shape id="_x0000_i71974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4737" o:title="eqIda299d2b999568e80be8005565ba209a4"/>
            <o:lock v:ext="edit" aspectratio="t"/>
            <w10:wrap type="none"/>
            <w10:anchorlock/>
          </v:shape>
        </w:pict>
      </w:r>
      <w:r>
        <w:rPr>
          <w:rFonts w:ascii="宋体" w:hAnsi="宋体" w:eastAsia="宋体" w:cs="宋体"/>
          <w:color w:val="000000"/>
        </w:rPr>
        <w:t>在直线</w:t>
      </w:r>
      <w:r>
        <w:pict>
          <v:shape id="_x0000_i719746"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4738" o:title="eqIdb90e0f35eda1a729fed485f83da5ea9d"/>
            <o:lock v:ext="edit" aspectratio="t"/>
            <w10:wrap type="none"/>
            <w10:anchorlock/>
          </v:shape>
        </w:pict>
      </w:r>
      <w:r>
        <w:rPr>
          <w:rFonts w:ascii="宋体" w:hAnsi="宋体" w:eastAsia="宋体" w:cs="宋体"/>
          <w:color w:val="000000"/>
        </w:rPr>
        <w:t>下方，且</w:t>
      </w:r>
      <w:r>
        <w:pict>
          <v:shape id="_x0000_i719747" o:spt="75" alt="学科网(www.zxxk.com)--教育资源门户，提供试卷、教案、课件、论文、素材以及各类教学资源下载，还有大量而丰富的教学相关资讯！" type="#_x0000_t75" style="height:12.75pt;width:60.75pt;" o:ole="t" filled="f" o:preferrelative="t" stroked="f" coordsize="21600,21600">
            <v:path/>
            <v:fill on="f" focussize="0,0"/>
            <v:stroke on="f" joinstyle="miter"/>
            <v:imagedata r:id="rId4739" o:title="eqId1cff606045e964c1ca1948eadb44c2b8"/>
            <o:lock v:ext="edit" aspectratio="t"/>
            <w10:wrap type="none"/>
            <w10:anchorlock/>
          </v:shape>
        </w:pict>
      </w:r>
      <w:r>
        <w:rPr>
          <w:rFonts w:ascii="宋体" w:hAnsi="宋体" w:eastAsia="宋体" w:cs="宋体"/>
          <w:color w:val="000000"/>
        </w:rPr>
        <w:t>．若</w:t>
      </w:r>
      <w:r>
        <w:pict>
          <v:shape id="_x0000_i719748" o:spt="75" alt="学科网(www.zxxk.com)--教育资源门户，提供试卷、教案、课件、论文、素材以及各类教学资源下载，还有大量而丰富的教学相关资讯！" type="#_x0000_t75" style="height:12.75pt;width:101.25pt;" o:ole="t" filled="f" o:preferrelative="t" stroked="f" coordsize="21600,21600">
            <v:path/>
            <v:fill on="f" focussize="0,0"/>
            <v:stroke on="f" joinstyle="miter"/>
            <v:imagedata r:id="rId4740" o:title="eqIdeaafb2e7b379c42e7a78e2aeb6e8c51c"/>
            <o:lock v:ext="edit" aspectratio="t"/>
            <w10:wrap type="none"/>
            <w10:anchorlock/>
          </v:shape>
        </w:pict>
      </w:r>
      <w:r>
        <w:rPr>
          <w:rFonts w:ascii="宋体" w:hAnsi="宋体" w:eastAsia="宋体" w:cs="宋体"/>
          <w:color w:val="000000"/>
        </w:rPr>
        <w:t>，求满足条件的</w:t>
      </w:r>
      <w:r>
        <w:pict>
          <v:shape id="_x0000_i719749"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4741" o:title="eqIde170f206fdbbd834aad7580c727e2cc6"/>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补全图形见解析，</w:t>
      </w:r>
      <w:r>
        <w:pict>
          <v:shape id="_x0000_i719750" o:spt="75" alt="学科网(www.zxxk.com)--教育资源门户，提供试卷、教案、课件、论文、素材以及各类教学资源下载，还有大量而丰富的教学相关资讯！" type="#_x0000_t75" style="height:13.95pt;width:66pt;" o:ole="t" filled="f" o:preferrelative="t" stroked="f" coordsize="21600,21600">
            <v:path/>
            <v:fill on="f" focussize="0,0"/>
            <v:stroke on="f" joinstyle="miter"/>
            <v:imagedata r:id="rId4742" o:title="eqIdf673fa31e07dfd3c4400fbfd3faee06f"/>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pict>
          <v:shape id="_x0000_i719751" o:spt="75" alt="学科网(www.zxxk.com)--教育资源门户，提供试卷、教案、课件、论文、素材以及各类教学资源下载，还有大量而丰富的教学相关资讯！" type="#_x0000_t75" style="height:13.75pt;width:28.8pt;" o:ole="t" filled="f" o:preferrelative="t" stroked="f" coordsize="21600,21600">
            <v:path/>
            <v:fill on="f" focussize="0,0"/>
            <v:stroke on="f" joinstyle="miter"/>
            <v:imagedata r:id="rId4743" o:title="eqId15957129e3600fec25cbfce850394bf1"/>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24</w: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本题主要考查了角的计算，注意需要根据</w:t>
      </w:r>
      <w:r>
        <w:pict>
          <v:shape id="_x0000_i71975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744" o:title="eqId828628c0876b45381c9a0edeb0fec236"/>
            <o:lock v:ext="edit" aspectratio="t"/>
            <w10:wrap type="none"/>
            <w10:anchorlock/>
          </v:shape>
        </w:pict>
      </w:r>
      <w:r>
        <w:rPr>
          <w:rFonts w:ascii="宋体" w:hAnsi="宋体" w:eastAsia="宋体" w:cs="宋体"/>
          <w:color w:val="000000"/>
        </w:rPr>
        <w:t>是否在</w:t>
      </w:r>
      <w:r>
        <w:pict>
          <v:shape id="_x0000_i71975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745" o:title="eqId6d7b2fe01a33c4825f9974ed9663a99c"/>
            <o:lock v:ext="edit" aspectratio="t"/>
            <w10:wrap type="none"/>
            <w10:anchorlock/>
          </v:shape>
        </w:pict>
      </w:r>
      <w:r>
        <w:rPr>
          <w:rFonts w:ascii="宋体" w:hAnsi="宋体" w:eastAsia="宋体" w:cs="宋体"/>
          <w:color w:val="000000"/>
        </w:rPr>
        <w:t>内分类讨论．</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）根据指定度数角的画法以及角平分线的画法画出图形，然后根据角平分线的定义计算角的度数即可；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pict>
          <v:shape id="_x0000_i719754"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746" o:title="eqId828628c0876b45381c9a0edeb0fec236"/>
            <o:lock v:ext="edit" aspectratio="t"/>
            <w10:wrap type="none"/>
            <w10:anchorlock/>
          </v:shape>
        </w:pict>
      </w:r>
      <w:r>
        <w:rPr>
          <w:rFonts w:ascii="宋体" w:hAnsi="宋体" w:eastAsia="宋体" w:cs="宋体"/>
          <w:color w:val="000000"/>
        </w:rPr>
        <w:t>是否在</w:t>
      </w:r>
      <w:r>
        <w:pict>
          <v:shape id="_x0000_i71975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747" o:title="eqId6d7b2fe01a33c4825f9974ed9663a99c"/>
            <o:lock v:ext="edit" aspectratio="t"/>
            <w10:wrap type="none"/>
            <w10:anchorlock/>
          </v:shape>
        </w:pict>
      </w:r>
      <w:r>
        <w:rPr>
          <w:rFonts w:ascii="宋体" w:hAnsi="宋体" w:eastAsia="宋体" w:cs="宋体"/>
          <w:color w:val="000000"/>
        </w:rPr>
        <w:t>内部进行分类讨论，根据角平分线的定义求解即可．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解：如图：</w:t>
      </w:r>
    </w:p>
    <w:p>
      <w:pPr>
        <w:spacing w:line="360" w:lineRule="auto"/>
        <w:jc w:val="left"/>
        <w:textAlignment w:val="center"/>
        <w:rPr>
          <w:color w:val="000000"/>
        </w:rPr>
      </w:pPr>
      <w:r>
        <w:rPr>
          <w:color w:val="000000"/>
        </w:rPr>
        <w:drawing>
          <wp:inline distT="0" distB="0" distL="114300" distR="114300">
            <wp:extent cx="1476375" cy="1343025"/>
            <wp:effectExtent l="0" t="0" r="0" b="0"/>
            <wp:docPr id="3853"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 name="图片 100055" descr="学科网(www.zxxk.com)--教育资源门户，提供试卷、教案、课件、论文、素材以及各类教学资源下载，还有大量而丰富的教学相关资讯！"/>
                    <pic:cNvPicPr>
                      <a:picLocks noChangeAspect="1"/>
                    </pic:cNvPicPr>
                  </pic:nvPicPr>
                  <pic:blipFill>
                    <a:blip r:embed="rId4748"/>
                    <a:stretch>
                      <a:fillRect/>
                    </a:stretch>
                  </pic:blipFill>
                  <pic:spPr>
                    <a:xfrm>
                      <a:off x="0" y="0"/>
                      <a:ext cx="1476375" cy="1343025"/>
                    </a:xfrm>
                    <a:prstGeom prst="rect">
                      <a:avLst/>
                    </a:prstGeom>
                  </pic:spPr>
                </pic:pic>
              </a:graphicData>
            </a:graphic>
          </wp:inline>
        </w:drawing>
      </w:r>
    </w:p>
    <w:p>
      <w:pPr>
        <w:spacing w:line="360" w:lineRule="auto"/>
        <w:jc w:val="left"/>
        <w:textAlignment w:val="center"/>
        <w:rPr>
          <w:color w:val="000000"/>
        </w:rPr>
      </w:pPr>
      <w:r>
        <w:pict>
          <v:shape id="_x0000_i719756" o:spt="75" alt="学科网(www.zxxk.com)--教育资源门户，提供试卷、教案、课件、论文、素材以及各类教学资源下载，还有大量而丰富的教学相关资讯！" type="#_x0000_t75" style="height:12.9pt;width:149.85pt;" o:ole="t" filled="f" o:preferrelative="t" stroked="f" coordsize="21600,21600">
            <v:path/>
            <v:fill on="f" focussize="0,0"/>
            <v:stroke on="f" joinstyle="miter"/>
            <v:imagedata r:id="rId4749" o:title="eqId53d0109dd52b4ad9b7c135eeeb7a8f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57"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4750" o:title="eqId4061d189e971edc2f6e5a1c3b7671895"/>
            <o:lock v:ext="edit" aspectratio="t"/>
            <w10:wrap type="none"/>
            <w10:anchorlock/>
          </v:shape>
        </w:pict>
      </w:r>
      <w:r>
        <w:rPr>
          <w:rFonts w:ascii="宋体" w:hAnsi="宋体" w:eastAsia="宋体" w:cs="宋体"/>
          <w:color w:val="000000"/>
        </w:rPr>
        <w:t>是</w:t>
      </w:r>
      <w:r>
        <w:pict>
          <v:shape id="_x0000_i71975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751" o:title="eqIdd22df2977de56cc69be0c1e847653d7a"/>
            <o:lock v:ext="edit" aspectratio="t"/>
            <w10:wrap type="none"/>
            <w10:anchorlock/>
          </v:shape>
        </w:pict>
      </w:r>
      <w:r>
        <w:rPr>
          <w:rFonts w:ascii="宋体" w:hAnsi="宋体" w:eastAsia="宋体" w:cs="宋体"/>
          <w:color w:val="000000"/>
        </w:rPr>
        <w:t>的角平分线，</w:t>
      </w:r>
    </w:p>
    <w:p>
      <w:pPr>
        <w:spacing w:line="360" w:lineRule="auto"/>
        <w:jc w:val="left"/>
        <w:textAlignment w:val="center"/>
        <w:rPr>
          <w:color w:val="000000"/>
        </w:rPr>
      </w:pPr>
      <w:r>
        <w:pict>
          <v:shape id="_x0000_i719759" o:spt="75" alt="学科网(www.zxxk.com)--教育资源门户，提供试卷、教案、课件、论文、素材以及各类教学资源下载，还有大量而丰富的教学相关资讯！" type="#_x0000_t75" style="height:30.9pt;width:130.75pt;" o:ole="t" filled="f" o:preferrelative="t" stroked="f" coordsize="21600,21600">
            <v:path/>
            <v:fill on="f" focussize="0,0"/>
            <v:stroke on="f" joinstyle="miter"/>
            <v:imagedata r:id="rId4752" o:title="eqId6518dc7bb7cee3e6ad0a14483d544d8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解：①当</w:t>
      </w:r>
      <w:r>
        <w:pict>
          <v:shape id="_x0000_i719760"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753" o:title="eqId828628c0876b45381c9a0edeb0fec236"/>
            <o:lock v:ext="edit" aspectratio="t"/>
            <w10:wrap type="none"/>
            <w10:anchorlock/>
          </v:shape>
        </w:pict>
      </w:r>
      <w:r>
        <w:rPr>
          <w:rFonts w:ascii="宋体" w:hAnsi="宋体" w:eastAsia="宋体" w:cs="宋体"/>
          <w:color w:val="000000"/>
        </w:rPr>
        <w:t>在</w:t>
      </w:r>
      <w:r>
        <w:pict>
          <v:shape id="_x0000_i71976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754" o:title="eqId6d7b2fe01a33c4825f9974ed9663a99c"/>
            <o:lock v:ext="edit" aspectratio="t"/>
            <w10:wrap type="none"/>
            <w10:anchorlock/>
          </v:shape>
        </w:pict>
      </w:r>
      <w:r>
        <w:rPr>
          <w:rFonts w:ascii="宋体" w:hAnsi="宋体" w:eastAsia="宋体" w:cs="宋体"/>
          <w:color w:val="000000"/>
        </w:rPr>
        <w:t>外部时：</w:t>
      </w:r>
      <w:r>
        <w:pict>
          <v:shape id="_x0000_i719762" o:spt="75" alt="学科网(www.zxxk.com)--教育资源门户，提供试卷、教案、课件、论文、素材以及各类教学资源下载，还有大量而丰富的教学相关资讯！" type="#_x0000_t75" style="height:15pt;width:81.55pt;" o:ole="t" filled="f" o:preferrelative="t" stroked="f" coordsize="21600,21600">
            <v:path/>
            <v:fill on="f" focussize="0,0"/>
            <v:stroke on="f" joinstyle="miter"/>
            <v:imagedata r:id="rId4755" o:title="eqId802cb298d1e4abfdb51ac538faf8b43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63" o:spt="75" alt="学科网(www.zxxk.com)--教育资源门户，提供试卷、教案、课件、论文、素材以及各类教学资源下载，还有大量而丰富的教学相关资讯！" type="#_x0000_t75" style="height:27.9pt;width:99.05pt;" o:ole="t" filled="f" o:preferrelative="t" stroked="f" coordsize="21600,21600">
            <v:path/>
            <v:fill on="f" focussize="0,0"/>
            <v:stroke on="f" joinstyle="miter"/>
            <v:imagedata r:id="rId4756" o:title="eqId78ba563c0af9996cdbceac69a8d72fe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64" o:spt="75" alt="学科网(www.zxxk.com)--教育资源门户，提供试卷、教案、课件、论文、素材以及各类教学资源下载，还有大量而丰富的教学相关资讯！" type="#_x0000_t75" style="height:12.6pt;width:66.6pt;" o:ole="t" filled="f" o:preferrelative="t" stroked="f" coordsize="21600,21600">
            <v:path/>
            <v:fill on="f" focussize="0,0"/>
            <v:stroke on="f" joinstyle="miter"/>
            <v:imagedata r:id="rId4757" o:title="eqIdfe5fc7eea9a127c48e6a520f461b473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65" o:spt="75" alt="学科网(www.zxxk.com)--教育资源门户，提供试卷、教案、课件、论文、素材以及各类教学资源下载，还有大量而丰富的教学相关资讯！" type="#_x0000_t75" style="height:27.9pt;width:176.05pt;" o:ole="t" filled="f" o:preferrelative="t" stroked="f" coordsize="21600,21600">
            <v:path/>
            <v:fill on="f" focussize="0,0"/>
            <v:stroke on="f" joinstyle="miter"/>
            <v:imagedata r:id="rId4758" o:title="eqId918e39ad637186bfbdacb31b4666256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66" o:spt="75" alt="学科网(www.zxxk.com)--教育资源门户，提供试卷、教案、课件、论文、素材以及各类教学资源下载，还有大量而丰富的教学相关资讯！" type="#_x0000_t75" style="height:12.9pt;width:105.7pt;" o:ole="t" filled="f" o:preferrelative="t" stroked="f" coordsize="21600,21600">
            <v:path/>
            <v:fill on="f" focussize="0,0"/>
            <v:stroke on="f" joinstyle="miter"/>
            <v:imagedata r:id="rId4759" o:title="eqId5d76a655652a27d89e233c8c5b7c55c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67" o:spt="75" alt="学科网(www.zxxk.com)--教育资源门户，提供试卷、教案、课件、论文、素材以及各类教学资源下载，还有大量而丰富的教学相关资讯！" type="#_x0000_t75" style="height:27.9pt;width:86.15pt;" o:ole="t" filled="f" o:preferrelative="t" stroked="f" coordsize="21600,21600">
            <v:path/>
            <v:fill on="f" focussize="0,0"/>
            <v:stroke on="f" joinstyle="miter"/>
            <v:imagedata r:id="rId4760" o:title="eqId73ae0e05a8734c1b467b9f181f33e2e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68" o:spt="75" alt="学科网(www.zxxk.com)--教育资源门户，提供试卷、教案、课件、论文、素材以及各类教学资源下载，还有大量而丰富的教学相关资讯！" type="#_x0000_t75" style="height:12.9pt;width:39.95pt;" o:ole="t" filled="f" o:preferrelative="t" stroked="f" coordsize="21600,21600">
            <v:path/>
            <v:fill on="f" focussize="0,0"/>
            <v:stroke on="f" joinstyle="miter"/>
            <v:imagedata r:id="rId4761" o:title="eqIdbb1673269adc152a71e04e58581ae20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23975" cy="2066925"/>
            <wp:effectExtent l="0" t="0" r="0" b="0"/>
            <wp:docPr id="3855"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 name="图片 100057" descr="学科网(www.zxxk.com)--教育资源门户，提供试卷、教案、课件、论文、素材以及各类教学资源下载，还有大量而丰富的教学相关资讯！"/>
                    <pic:cNvPicPr>
                      <a:picLocks noChangeAspect="1"/>
                    </pic:cNvPicPr>
                  </pic:nvPicPr>
                  <pic:blipFill>
                    <a:blip r:embed="rId4762"/>
                    <a:stretch>
                      <a:fillRect/>
                    </a:stretch>
                  </pic:blipFill>
                  <pic:spPr>
                    <a:xfrm>
                      <a:off x="0" y="0"/>
                      <a:ext cx="1323975" cy="20669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②当</w:t>
      </w:r>
      <w:r>
        <w:pict>
          <v:shape id="_x0000_i719769"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4763" o:title="eqId828628c0876b45381c9a0edeb0fec236"/>
            <o:lock v:ext="edit" aspectratio="t"/>
            <w10:wrap type="none"/>
            <w10:anchorlock/>
          </v:shape>
        </w:pict>
      </w:r>
      <w:r>
        <w:rPr>
          <w:rFonts w:ascii="宋体" w:hAnsi="宋体" w:eastAsia="宋体" w:cs="宋体"/>
          <w:color w:val="000000"/>
        </w:rPr>
        <w:t>在</w:t>
      </w:r>
      <w:r>
        <w:pict>
          <v:shape id="_x0000_i71977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764" o:title="eqId6d7b2fe01a33c4825f9974ed9663a99c"/>
            <o:lock v:ext="edit" aspectratio="t"/>
            <w10:wrap type="none"/>
            <w10:anchorlock/>
          </v:shape>
        </w:pict>
      </w:r>
      <w:r>
        <w:rPr>
          <w:rFonts w:ascii="宋体" w:hAnsi="宋体" w:eastAsia="宋体" w:cs="宋体"/>
          <w:color w:val="000000"/>
        </w:rPr>
        <w:t>内部时，</w:t>
      </w:r>
      <w:r>
        <w:pict>
          <v:shape id="_x0000_i719771" o:spt="75" alt="学科网(www.zxxk.com)--教育资源门户，提供试卷、教案、课件、论文、素材以及各类教学资源下载，还有大量而丰富的教学相关资讯！" type="#_x0000_t75" style="height:15pt;width:81.55pt;" o:ole="t" filled="f" o:preferrelative="t" stroked="f" coordsize="21600,21600">
            <v:path/>
            <v:fill on="f" focussize="0,0"/>
            <v:stroke on="f" joinstyle="miter"/>
            <v:imagedata r:id="rId4765" o:title="eqId391a467a17596d9c079783bc4bfdb88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72" o:spt="75" alt="学科网(www.zxxk.com)--教育资源门户，提供试卷、教案、课件、论文、素材以及各类教学资源下载，还有大量而丰富的教学相关资讯！" type="#_x0000_t75" style="height:27.9pt;width:99.05pt;" o:ole="t" filled="f" o:preferrelative="t" stroked="f" coordsize="21600,21600">
            <v:path/>
            <v:fill on="f" focussize="0,0"/>
            <v:stroke on="f" joinstyle="miter"/>
            <v:imagedata r:id="rId4766" o:title="eqIdcae4c31afb1e9e34d76716bceb83f0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73" o:spt="75" alt="学科网(www.zxxk.com)--教育资源门户，提供试卷、教案、课件、论文、素材以及各类教学资源下载，还有大量而丰富的教学相关资讯！" type="#_x0000_t75" style="height:12.6pt;width:66.6pt;" o:ole="t" filled="f" o:preferrelative="t" stroked="f" coordsize="21600,21600">
            <v:path/>
            <v:fill on="f" focussize="0,0"/>
            <v:stroke on="f" joinstyle="miter"/>
            <v:imagedata r:id="rId4767" o:title="eqIdfe5fc7eea9a127c48e6a520f461b473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74" o:spt="75" alt="学科网(www.zxxk.com)--教育资源门户，提供试卷、教案、课件、论文、素材以及各类教学资源下载，还有大量而丰富的教学相关资讯！" type="#_x0000_t75" style="height:27.9pt;width:176.05pt;" o:ole="t" filled="f" o:preferrelative="t" stroked="f" coordsize="21600,21600">
            <v:path/>
            <v:fill on="f" focussize="0,0"/>
            <v:stroke on="f" joinstyle="miter"/>
            <v:imagedata r:id="rId4768" o:title="eqId62cbce69c8018db22a874807d3829f7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75" o:spt="75" alt="学科网(www.zxxk.com)--教育资源门户，提供试卷、教案、课件、论文、素材以及各类教学资源下载，还有大量而丰富的教学相关资讯！" type="#_x0000_t75" style="height:12.9pt;width:105.7pt;" o:ole="t" filled="f" o:preferrelative="t" stroked="f" coordsize="21600,21600">
            <v:path/>
            <v:fill on="f" focussize="0,0"/>
            <v:stroke on="f" joinstyle="miter"/>
            <v:imagedata r:id="rId4769" o:title="eqId5d76a655652a27d89e233c8c5b7c55c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76" o:spt="75" alt="学科网(www.zxxk.com)--教育资源门户，提供试卷、教案、课件、论文、素材以及各类教学资源下载，还有大量而丰富的教学相关资讯！" type="#_x0000_t75" style="height:27.9pt;width:86.15pt;" o:ole="t" filled="f" o:preferrelative="t" stroked="f" coordsize="21600,21600">
            <v:path/>
            <v:fill on="f" focussize="0,0"/>
            <v:stroke on="f" joinstyle="miter"/>
            <v:imagedata r:id="rId4770" o:title="eqIdb2130c4c2af59c8376f504ec7617f1f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777"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771" o:title="eqIdb4c853a685fbb8334ec76696c27769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47775" cy="1952625"/>
            <wp:effectExtent l="0" t="0" r="0" b="0"/>
            <wp:docPr id="3857"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8" name="图片 100059" descr="学科网(www.zxxk.com)--教育资源门户，提供试卷、教案、课件、论文、素材以及各类教学资源下载，还有大量而丰富的教学相关资讯！"/>
                    <pic:cNvPicPr>
                      <a:picLocks noChangeAspect="1"/>
                    </pic:cNvPicPr>
                  </pic:nvPicPr>
                  <pic:blipFill>
                    <a:blip r:embed="rId4772"/>
                    <a:stretch>
                      <a:fillRect/>
                    </a:stretch>
                  </pic:blipFill>
                  <pic:spPr>
                    <a:xfrm>
                      <a:off x="0" y="0"/>
                      <a:ext cx="1247775" cy="19526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综上所述，</w:t>
      </w:r>
      <w:r>
        <w:pict>
          <v:shape id="_x0000_i719778" o:spt="75" alt="学科网(www.zxxk.com)--教育资源门户，提供试卷、教案、课件、论文、素材以及各类教学资源下载，还有大量而丰富的教学相关资讯！" type="#_x0000_t75" style="height:13.75pt;width:28.8pt;" o:ole="t" filled="f" o:preferrelative="t" stroked="f" coordsize="21600,21600">
            <v:path/>
            <v:fill on="f" focussize="0,0"/>
            <v:stroke on="f" joinstyle="miter"/>
            <v:imagedata r:id="rId4773" o:title="eqId15957129e3600fec25cbfce850394bf1"/>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24</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定义：数轴上有三个点</w:t>
      </w:r>
      <w:r>
        <w:pict>
          <v:shape id="_x0000_i719779"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774" o:title="eqId5963abe8f421bd99a2aaa94831a951e9"/>
            <o:lock v:ext="edit" aspectratio="t"/>
            <w10:wrap type="none"/>
            <w10:anchorlock/>
          </v:shape>
        </w:pict>
      </w:r>
      <w:r>
        <w:rPr>
          <w:rFonts w:ascii="宋体" w:hAnsi="宋体" w:eastAsia="宋体" w:cs="宋体"/>
          <w:color w:val="000000"/>
        </w:rPr>
        <w:t>，</w:t>
      </w:r>
      <w:r>
        <w:pict>
          <v:shape id="_x0000_i71978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75" o:title="eqId7f9e8449aad35c5d840a3395ea86df6d"/>
            <o:lock v:ext="edit" aspectratio="t"/>
            <w10:wrap type="none"/>
            <w10:anchorlock/>
          </v:shape>
        </w:pict>
      </w:r>
      <w:r>
        <w:rPr>
          <w:rFonts w:ascii="宋体" w:hAnsi="宋体" w:eastAsia="宋体" w:cs="宋体"/>
          <w:color w:val="000000"/>
        </w:rPr>
        <w:t>，</w:t>
      </w:r>
      <w:r>
        <w:pict>
          <v:shape id="_x0000_i71978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76" o:title="eqIdc5db41a1f31d6baee7c69990811edb9f"/>
            <o:lock v:ext="edit" aspectratio="t"/>
            <w10:wrap type="none"/>
            <w10:anchorlock/>
          </v:shape>
        </w:pict>
      </w:r>
      <w:r>
        <w:rPr>
          <w:rFonts w:ascii="宋体" w:hAnsi="宋体" w:eastAsia="宋体" w:cs="宋体"/>
          <w:color w:val="000000"/>
        </w:rPr>
        <w:t>，如果点</w:t>
      </w:r>
      <w:r>
        <w:pict>
          <v:shape id="_x0000_i71978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76" o:title="eqIdc5db41a1f31d6baee7c69990811edb9f"/>
            <o:lock v:ext="edit" aspectratio="t"/>
            <w10:wrap type="none"/>
            <w10:anchorlock/>
          </v:shape>
        </w:pict>
      </w:r>
      <w:r>
        <w:rPr>
          <w:rFonts w:ascii="宋体" w:hAnsi="宋体" w:eastAsia="宋体" w:cs="宋体"/>
          <w:color w:val="000000"/>
        </w:rPr>
        <w:t>到</w:t>
      </w:r>
      <w:r>
        <w:pict>
          <v:shape id="_x0000_i71978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774" o:title="eqId5963abe8f421bd99a2aaa94831a951e9"/>
            <o:lock v:ext="edit" aspectratio="t"/>
            <w10:wrap type="none"/>
            <w10:anchorlock/>
          </v:shape>
        </w:pict>
      </w:r>
      <w:r>
        <w:rPr>
          <w:rFonts w:ascii="宋体" w:hAnsi="宋体" w:eastAsia="宋体" w:cs="宋体"/>
          <w:color w:val="000000"/>
        </w:rPr>
        <w:t>，</w:t>
      </w:r>
      <w:r>
        <w:pict>
          <v:shape id="_x0000_i71978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75" o:title="eqId7f9e8449aad35c5d840a3395ea86df6d"/>
            <o:lock v:ext="edit" aspectratio="t"/>
            <w10:wrap type="none"/>
            <w10:anchorlock/>
          </v:shape>
        </w:pict>
      </w:r>
      <w:r>
        <w:rPr>
          <w:rFonts w:ascii="宋体" w:hAnsi="宋体" w:eastAsia="宋体" w:cs="宋体"/>
          <w:color w:val="000000"/>
        </w:rPr>
        <w:t>两个点的距离成三倍关系，则称点</w:t>
      </w:r>
      <w:r>
        <w:pict>
          <v:shape id="_x0000_i71978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76" o:title="eqIdc5db41a1f31d6baee7c69990811edb9f"/>
            <o:lock v:ext="edit" aspectratio="t"/>
            <w10:wrap type="none"/>
            <w10:anchorlock/>
          </v:shape>
        </w:pict>
      </w:r>
      <w:r>
        <w:rPr>
          <w:rFonts w:ascii="宋体" w:hAnsi="宋体" w:eastAsia="宋体" w:cs="宋体"/>
          <w:color w:val="000000"/>
        </w:rPr>
        <w:t>是（</w:t>
      </w:r>
      <w:r>
        <w:pict>
          <v:shape id="_x0000_i71978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774" o:title="eqId5963abe8f421bd99a2aaa94831a951e9"/>
            <o:lock v:ext="edit" aspectratio="t"/>
            <w10:wrap type="none"/>
            <w10:anchorlock/>
          </v:shape>
        </w:pict>
      </w:r>
      <w:r>
        <w:rPr>
          <w:rFonts w:ascii="宋体" w:hAnsi="宋体" w:eastAsia="宋体" w:cs="宋体"/>
          <w:color w:val="000000"/>
        </w:rPr>
        <w:t>，</w:t>
      </w:r>
      <w:r>
        <w:pict>
          <v:shape id="_x0000_i719787"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75" o:title="eqId7f9e8449aad35c5d840a3395ea86df6d"/>
            <o:lock v:ext="edit" aspectratio="t"/>
            <w10:wrap type="none"/>
            <w10:anchorlock/>
          </v:shape>
        </w:pict>
      </w:r>
      <w:r>
        <w:rPr>
          <w:rFonts w:ascii="宋体" w:hAnsi="宋体" w:eastAsia="宋体" w:cs="宋体"/>
          <w:color w:val="000000"/>
        </w:rPr>
        <w:t>）的“三倍关联点”．例如，如图</w:t>
      </w:r>
      <w:r>
        <w:rPr>
          <w:rFonts w:ascii="Times New Roman" w:hAnsi="Times New Roman" w:eastAsia="Times New Roman" w:cs="Times New Roman"/>
          <w:color w:val="000000"/>
        </w:rPr>
        <w:t>1</w:t>
      </w:r>
      <w:r>
        <w:rPr>
          <w:rFonts w:ascii="宋体" w:hAnsi="宋体" w:eastAsia="宋体" w:cs="宋体"/>
          <w:color w:val="000000"/>
        </w:rPr>
        <w:t>，点</w:t>
      </w:r>
      <w:r>
        <w:pict>
          <v:shape id="_x0000_i719788"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774" o:title="eqId5963abe8f421bd99a2aaa94831a951e9"/>
            <o:lock v:ext="edit" aspectratio="t"/>
            <w10:wrap type="none"/>
            <w10:anchorlock/>
          </v:shape>
        </w:pict>
      </w:r>
      <w:r>
        <w:rPr>
          <w:rFonts w:ascii="宋体" w:hAnsi="宋体" w:eastAsia="宋体" w:cs="宋体"/>
          <w:color w:val="000000"/>
        </w:rPr>
        <w:t>表示的数是</w:t>
      </w:r>
      <w:r>
        <w:pict>
          <v:shape id="_x0000_i719789"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4777" o:title="eqIdd8dbed3a41ff22012b5304ca6c30e4f9"/>
            <o:lock v:ext="edit" aspectratio="t"/>
            <w10:wrap type="none"/>
            <w10:anchorlock/>
          </v:shape>
        </w:pict>
      </w:r>
      <w:r>
        <w:rPr>
          <w:rFonts w:ascii="宋体" w:hAnsi="宋体" w:eastAsia="宋体" w:cs="宋体"/>
          <w:color w:val="000000"/>
        </w:rPr>
        <w:t>，点</w:t>
      </w:r>
      <w:r>
        <w:pict>
          <v:shape id="_x0000_i719790"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75" o:title="eqId7f9e8449aad35c5d840a3395ea86df6d"/>
            <o:lock v:ext="edit" aspectratio="t"/>
            <w10:wrap type="none"/>
            <w10:anchorlock/>
          </v:shape>
        </w:pict>
      </w:r>
      <w:r>
        <w:rPr>
          <w:rFonts w:ascii="宋体" w:hAnsi="宋体" w:eastAsia="宋体" w:cs="宋体"/>
          <w:color w:val="000000"/>
        </w:rPr>
        <w:t>表示的数是</w:t>
      </w:r>
      <w:r>
        <w:pict>
          <v:shape id="_x0000_i719791"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4778" o:title="eqIdd91e07104b699c4012be2d26160976a2"/>
            <o:lock v:ext="edit" aspectratio="t"/>
            <w10:wrap type="none"/>
            <w10:anchorlock/>
          </v:shape>
        </w:pict>
      </w:r>
      <w:r>
        <w:rPr>
          <w:rFonts w:ascii="宋体" w:hAnsi="宋体" w:eastAsia="宋体" w:cs="宋体"/>
          <w:color w:val="000000"/>
        </w:rPr>
        <w:t>，表示</w:t>
      </w:r>
      <w:r>
        <w:pict>
          <v:shape id="_x0000_i71979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4779" o:title="eqIdacbc6a613224461ade69362d46550474"/>
            <o:lock v:ext="edit" aspectratio="t"/>
            <w10:wrap type="none"/>
            <w10:anchorlock/>
          </v:shape>
        </w:pict>
      </w:r>
      <w:r>
        <w:rPr>
          <w:rFonts w:ascii="宋体" w:hAnsi="宋体" w:eastAsia="宋体" w:cs="宋体"/>
          <w:color w:val="000000"/>
        </w:rPr>
        <w:t>的点</w:t>
      </w:r>
      <w:r>
        <w:pict>
          <v:shape id="_x0000_i71979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76" o:title="eqIdc5db41a1f31d6baee7c69990811edb9f"/>
            <o:lock v:ext="edit" aspectratio="t"/>
            <w10:wrap type="none"/>
            <w10:anchorlock/>
          </v:shape>
        </w:pict>
      </w:r>
      <w:r>
        <w:rPr>
          <w:rFonts w:ascii="宋体" w:hAnsi="宋体" w:eastAsia="宋体" w:cs="宋体"/>
          <w:color w:val="000000"/>
        </w:rPr>
        <w:t>到点</w:t>
      </w:r>
      <w:r>
        <w:pict>
          <v:shape id="_x0000_i719794"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774" o:title="eqId5963abe8f421bd99a2aaa94831a951e9"/>
            <o:lock v:ext="edit" aspectratio="t"/>
            <w10:wrap type="none"/>
            <w10:anchorlock/>
          </v:shape>
        </w:pict>
      </w:r>
      <w:r>
        <w:rPr>
          <w:rFonts w:ascii="宋体" w:hAnsi="宋体" w:eastAsia="宋体" w:cs="宋体"/>
          <w:color w:val="000000"/>
        </w:rPr>
        <w:t>的距离是</w:t>
      </w:r>
      <w:r>
        <w:pict>
          <v:shape id="_x0000_i719795"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4780" o:title="eqId61128ab996360a038e6e64d82fcba004"/>
            <o:lock v:ext="edit" aspectratio="t"/>
            <w10:wrap type="none"/>
            <w10:anchorlock/>
          </v:shape>
        </w:pict>
      </w:r>
      <w:r>
        <w:rPr>
          <w:rFonts w:ascii="宋体" w:hAnsi="宋体" w:eastAsia="宋体" w:cs="宋体"/>
          <w:color w:val="000000"/>
        </w:rPr>
        <w:t>，到点</w:t>
      </w:r>
      <w:r>
        <w:pict>
          <v:shape id="_x0000_i71979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75" o:title="eqId7f9e8449aad35c5d840a3395ea86df6d"/>
            <o:lock v:ext="edit" aspectratio="t"/>
            <w10:wrap type="none"/>
            <w10:anchorlock/>
          </v:shape>
        </w:pict>
      </w:r>
      <w:r>
        <w:rPr>
          <w:rFonts w:ascii="宋体" w:hAnsi="宋体" w:eastAsia="宋体" w:cs="宋体"/>
          <w:color w:val="000000"/>
        </w:rPr>
        <w:t>的距离是</w:t>
      </w:r>
      <w:r>
        <w:pict>
          <v:shape id="_x0000_i719797"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4781" o:title="eqId6f8c4c029e552954bd493b49aeab82d5"/>
            <o:lock v:ext="edit" aspectratio="t"/>
            <w10:wrap type="none"/>
            <w10:anchorlock/>
          </v:shape>
        </w:pict>
      </w:r>
      <w:r>
        <w:rPr>
          <w:rFonts w:ascii="宋体" w:hAnsi="宋体" w:eastAsia="宋体" w:cs="宋体"/>
          <w:color w:val="000000"/>
        </w:rPr>
        <w:t>，点</w:t>
      </w:r>
      <w:r>
        <w:pict>
          <v:shape id="_x0000_i71979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76" o:title="eqIdc5db41a1f31d6baee7c69990811edb9f"/>
            <o:lock v:ext="edit" aspectratio="t"/>
            <w10:wrap type="none"/>
            <w10:anchorlock/>
          </v:shape>
        </w:pict>
      </w:r>
      <w:r>
        <w:rPr>
          <w:rFonts w:ascii="宋体" w:hAnsi="宋体" w:eastAsia="宋体" w:cs="宋体"/>
          <w:color w:val="000000"/>
        </w:rPr>
        <w:t>到点</w:t>
      </w:r>
      <w:r>
        <w:pict>
          <v:shape id="_x0000_i71979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75" o:title="eqId7f9e8449aad35c5d840a3395ea86df6d"/>
            <o:lock v:ext="edit" aspectratio="t"/>
            <w10:wrap type="none"/>
            <w10:anchorlock/>
          </v:shape>
        </w:pict>
      </w:r>
      <w:r>
        <w:rPr>
          <w:rFonts w:ascii="宋体" w:hAnsi="宋体" w:eastAsia="宋体" w:cs="宋体"/>
          <w:color w:val="000000"/>
        </w:rPr>
        <w:t>的距离是到点</w:t>
      </w:r>
      <w:r>
        <w:pict>
          <v:shape id="_x0000_i71980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774" o:title="eqId5963abe8f421bd99a2aaa94831a951e9"/>
            <o:lock v:ext="edit" aspectratio="t"/>
            <w10:wrap type="none"/>
            <w10:anchorlock/>
          </v:shape>
        </w:pict>
      </w:r>
      <w:r>
        <w:rPr>
          <w:rFonts w:ascii="宋体" w:hAnsi="宋体" w:eastAsia="宋体" w:cs="宋体"/>
          <w:color w:val="000000"/>
        </w:rPr>
        <w:t>距离的</w:t>
      </w:r>
      <w:r>
        <w:pict>
          <v:shape id="_x0000_i719801"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4782" o:title="eqId5ca7d1107389675d32b56ec097464c14"/>
            <o:lock v:ext="edit" aspectratio="t"/>
            <w10:wrap type="none"/>
            <w10:anchorlock/>
          </v:shape>
        </w:pict>
      </w:r>
      <w:r>
        <w:rPr>
          <w:rFonts w:ascii="宋体" w:hAnsi="宋体" w:eastAsia="宋体" w:cs="宋体"/>
          <w:color w:val="000000"/>
        </w:rPr>
        <w:t>倍，那么称点</w:t>
      </w:r>
      <w:r>
        <w:pict>
          <v:shape id="_x0000_i71980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76" o:title="eqIdc5db41a1f31d6baee7c69990811edb9f"/>
            <o:lock v:ext="edit" aspectratio="t"/>
            <w10:wrap type="none"/>
            <w10:anchorlock/>
          </v:shape>
        </w:pict>
      </w:r>
      <w:r>
        <w:rPr>
          <w:rFonts w:ascii="宋体" w:hAnsi="宋体" w:eastAsia="宋体" w:cs="宋体"/>
          <w:color w:val="000000"/>
        </w:rPr>
        <w:t>是（</w:t>
      </w:r>
      <w:r>
        <w:pict>
          <v:shape id="_x0000_i71980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774" o:title="eqId5963abe8f421bd99a2aaa94831a951e9"/>
            <o:lock v:ext="edit" aspectratio="t"/>
            <w10:wrap type="none"/>
            <w10:anchorlock/>
          </v:shape>
        </w:pict>
      </w:r>
      <w:r>
        <w:rPr>
          <w:rFonts w:ascii="宋体" w:hAnsi="宋体" w:eastAsia="宋体" w:cs="宋体"/>
          <w:color w:val="000000"/>
        </w:rPr>
        <w:t>，</w:t>
      </w:r>
      <w:r>
        <w:pict>
          <v:shape id="_x0000_i71980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75" o:title="eqId7f9e8449aad35c5d840a3395ea86df6d"/>
            <o:lock v:ext="edit" aspectratio="t"/>
            <w10:wrap type="none"/>
            <w10:anchorlock/>
          </v:shape>
        </w:pict>
      </w:r>
      <w:r>
        <w:rPr>
          <w:rFonts w:ascii="宋体" w:hAnsi="宋体" w:eastAsia="宋体" w:cs="宋体"/>
          <w:color w:val="000000"/>
        </w:rPr>
        <w:t>）的“三倍关联点”．</w:t>
      </w:r>
    </w:p>
    <w:p>
      <w:pPr>
        <w:spacing w:line="360" w:lineRule="auto"/>
        <w:jc w:val="left"/>
        <w:textAlignment w:val="center"/>
        <w:rPr>
          <w:color w:val="000000"/>
        </w:rPr>
      </w:pPr>
      <w:r>
        <w:rPr>
          <w:color w:val="000000"/>
        </w:rPr>
        <w:drawing>
          <wp:inline distT="0" distB="0" distL="114300" distR="114300">
            <wp:extent cx="3810000" cy="638175"/>
            <wp:effectExtent l="0" t="0" r="0" b="0"/>
            <wp:docPr id="3859"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0" name="图片 100061" descr="学科网(www.zxxk.com)--教育资源门户，提供试卷、教案、课件、论文、素材以及各类教学资源下载，还有大量而丰富的教学相关资讯！"/>
                    <pic:cNvPicPr>
                      <a:picLocks noChangeAspect="1"/>
                    </pic:cNvPicPr>
                  </pic:nvPicPr>
                  <pic:blipFill>
                    <a:blip r:embed="rId4783"/>
                    <a:stretch>
                      <a:fillRect/>
                    </a:stretch>
                  </pic:blipFill>
                  <pic:spPr>
                    <a:xfrm>
                      <a:off x="0" y="0"/>
                      <a:ext cx="3810000" cy="638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1980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784" o:title="eqId274a9dc37509f01c2606fb3086a46f4f"/>
            <o:lock v:ext="edit" aspectratio="t"/>
            <w10:wrap type="none"/>
            <w10:anchorlock/>
          </v:shape>
        </w:pict>
      </w:r>
      <w:r>
        <w:rPr>
          <w:rFonts w:ascii="宋体" w:hAnsi="宋体" w:eastAsia="宋体" w:cs="宋体"/>
          <w:color w:val="000000"/>
        </w:rPr>
        <w:t>，点</w:t>
      </w:r>
      <w:r>
        <w:pict>
          <v:shape id="_x0000_i71980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85" o:title="eqId7f9e8449aad35c5d840a3395ea86df6d"/>
            <o:lock v:ext="edit" aspectratio="t"/>
            <w10:wrap type="none"/>
            <w10:anchorlock/>
          </v:shape>
        </w:pict>
      </w:r>
      <w:r>
        <w:rPr>
          <w:rFonts w:ascii="宋体" w:hAnsi="宋体" w:eastAsia="宋体" w:cs="宋体"/>
          <w:color w:val="000000"/>
        </w:rPr>
        <w:t>表示的数是</w:t>
      </w:r>
      <w:r>
        <w:pict>
          <v:shape id="_x0000_i719807"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4786" o:title="eqId61128ab996360a038e6e64d82fcba004"/>
            <o:lock v:ext="edit" aspectratio="t"/>
            <w10:wrap type="none"/>
            <w10:anchorlock/>
          </v:shape>
        </w:pict>
      </w:r>
      <w:r>
        <w:rPr>
          <w:rFonts w:ascii="宋体" w:hAnsi="宋体" w:eastAsia="宋体" w:cs="宋体"/>
          <w:color w:val="000000"/>
        </w:rPr>
        <w:t>，点</w:t>
      </w:r>
      <w:r>
        <w:pict>
          <v:shape id="_x0000_i719808" o:spt="75" alt="学科网(www.zxxk.com)--教育资源门户，提供试卷、教案、课件、论文、素材以及各类教学资源下载，还有大量而丰富的教学相关资讯！" type="#_x0000_t75" style="height:18.75pt;width:38.25pt;" o:ole="t" filled="f" o:preferrelative="t" stroked="f" coordsize="21600,21600">
            <v:path/>
            <v:fill on="f" focussize="0,0"/>
            <v:stroke on="f" joinstyle="miter"/>
            <v:imagedata r:id="rId4787" o:title="eqId87591e3bb2123727e54eef4f2b5a7076"/>
            <o:lock v:ext="edit" aspectratio="t"/>
            <w10:wrap type="none"/>
            <w10:anchorlock/>
          </v:shape>
        </w:pict>
      </w:r>
      <w:r>
        <w:rPr>
          <w:rFonts w:ascii="宋体" w:hAnsi="宋体" w:eastAsia="宋体" w:cs="宋体"/>
          <w:color w:val="000000"/>
        </w:rPr>
        <w:t>分别表示数</w:t>
      </w:r>
      <w:r>
        <w:pict>
          <v:shape id="_x0000_i719809"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788" o:title="eqIdc95b6be4554f03bf496092f1acdfbb89"/>
            <o:lock v:ext="edit" aspectratio="t"/>
            <w10:wrap type="none"/>
            <w10:anchorlock/>
          </v:shape>
        </w:pict>
      </w:r>
      <w:r>
        <w:rPr>
          <w:rFonts w:ascii="宋体" w:hAnsi="宋体" w:eastAsia="宋体" w:cs="宋体"/>
          <w:color w:val="000000"/>
        </w:rPr>
        <w:t>，</w:t>
      </w:r>
      <w:r>
        <w:pict>
          <v:shape id="_x0000_i719810"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789" o:title="eqIdbdaa19de263700a15fcf213d64a8cd57"/>
            <o:lock v:ext="edit" aspectratio="t"/>
            <w10:wrap type="none"/>
            <w10:anchorlock/>
          </v:shape>
        </w:pict>
      </w:r>
      <w:r>
        <w:rPr>
          <w:rFonts w:ascii="宋体" w:hAnsi="宋体" w:eastAsia="宋体" w:cs="宋体"/>
          <w:color w:val="000000"/>
        </w:rPr>
        <w:t>，则两个点中是</w:t>
      </w:r>
      <w:r>
        <w:pict>
          <v:shape id="_x0000_i719811"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790" o:title="eqId811d91ccd74b3cdb70fdd08af032a76d"/>
            <o:lock v:ext="edit" aspectratio="t"/>
            <w10:wrap type="none"/>
            <w10:anchorlock/>
          </v:shape>
        </w:pict>
      </w:r>
      <w:r>
        <w:rPr>
          <w:rFonts w:ascii="宋体" w:hAnsi="宋体" w:eastAsia="宋体" w:cs="宋体"/>
          <w:color w:val="000000"/>
        </w:rPr>
        <w:t>的“三倍关联点”的是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28950" cy="628650"/>
            <wp:effectExtent l="0" t="0" r="0" b="0"/>
            <wp:docPr id="3861"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 name="图片 100063" descr="学科网(www.zxxk.com)--教育资源门户，提供试卷、教案、课件、论文、素材以及各类教学资源下载，还有大量而丰富的教学相关资讯！"/>
                    <pic:cNvPicPr>
                      <a:picLocks noChangeAspect="1"/>
                    </pic:cNvPicPr>
                  </pic:nvPicPr>
                  <pic:blipFill>
                    <a:blip r:embed="rId4791"/>
                    <a:stretch>
                      <a:fillRect/>
                    </a:stretch>
                  </pic:blipFill>
                  <pic:spPr>
                    <a:xfrm>
                      <a:off x="0" y="0"/>
                      <a:ext cx="3028950" cy="628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，点</w:t>
      </w:r>
      <w:r>
        <w:pict>
          <v:shape id="_x0000_i71981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792" o:title="eqId5963abe8f421bd99a2aaa94831a951e9"/>
            <o:lock v:ext="edit" aspectratio="t"/>
            <w10:wrap type="none"/>
            <w10:anchorlock/>
          </v:shape>
        </w:pict>
      </w:r>
      <w:r>
        <w:rPr>
          <w:rFonts w:ascii="宋体" w:hAnsi="宋体" w:eastAsia="宋体" w:cs="宋体"/>
          <w:color w:val="000000"/>
        </w:rPr>
        <w:t>表示的数是</w:t>
      </w:r>
      <w:r>
        <w:pict>
          <v:shape id="_x0000_i71981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793" o:title="eqIdd13ce3ebd1112220c639562739f1f9d1"/>
            <o:lock v:ext="edit" aspectratio="t"/>
            <w10:wrap type="none"/>
            <w10:anchorlock/>
          </v:shape>
        </w:pict>
      </w:r>
      <w:r>
        <w:rPr>
          <w:rFonts w:ascii="宋体" w:hAnsi="宋体" w:eastAsia="宋体" w:cs="宋体"/>
          <w:color w:val="000000"/>
        </w:rPr>
        <w:t>，点</w:t>
      </w:r>
      <w:r>
        <w:pict>
          <v:shape id="_x0000_i71981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94" o:title="eqId7f9e8449aad35c5d840a3395ea86df6d"/>
            <o:lock v:ext="edit" aspectratio="t"/>
            <w10:wrap type="none"/>
            <w10:anchorlock/>
          </v:shape>
        </w:pict>
      </w:r>
      <w:r>
        <w:rPr>
          <w:rFonts w:ascii="宋体" w:hAnsi="宋体" w:eastAsia="宋体" w:cs="宋体"/>
          <w:color w:val="000000"/>
        </w:rPr>
        <w:t>表示的数是</w:t>
      </w:r>
      <w:r>
        <w:pict>
          <v:shape id="_x0000_i719815"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4795" o:title="eqId5ca7d1107389675d32b56ec097464c14"/>
            <o:lock v:ext="edit" aspectratio="t"/>
            <w10:wrap type="none"/>
            <w10:anchorlock/>
          </v:shape>
        </w:pict>
      </w:r>
      <w:r>
        <w:rPr>
          <w:rFonts w:ascii="宋体" w:hAnsi="宋体" w:eastAsia="宋体" w:cs="宋体"/>
          <w:color w:val="000000"/>
        </w:rPr>
        <w:t>．点</w:t>
      </w:r>
      <w:r>
        <w:pict>
          <v:shape id="_x0000_i71981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96" o:title="eqIdc5db41a1f31d6baee7c69990811edb9f"/>
            <o:lock v:ext="edit" aspectratio="t"/>
            <w10:wrap type="none"/>
            <w10:anchorlock/>
          </v:shape>
        </w:pict>
      </w:r>
      <w:r>
        <w:rPr>
          <w:rFonts w:ascii="宋体" w:hAnsi="宋体" w:eastAsia="宋体" w:cs="宋体"/>
          <w:color w:val="000000"/>
        </w:rPr>
        <w:t>是数轴上一动点，当其恰好是</w:t>
      </w:r>
      <w:r>
        <w:pict>
          <v:shape id="_x0000_i719817"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797" o:title="eqId811d91ccd74b3cdb70fdd08af032a76d"/>
            <o:lock v:ext="edit" aspectratio="t"/>
            <w10:wrap type="none"/>
            <w10:anchorlock/>
          </v:shape>
        </w:pict>
      </w:r>
      <w:r>
        <w:rPr>
          <w:rFonts w:ascii="宋体" w:hAnsi="宋体" w:eastAsia="宋体" w:cs="宋体"/>
          <w:color w:val="000000"/>
        </w:rPr>
        <w:t>的“三倍关联点”时，求</w:t>
      </w:r>
      <w:r>
        <w:pict>
          <v:shape id="_x0000_i71981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796" o:title="eqIdc5db41a1f31d6baee7c69990811edb9f"/>
            <o:lock v:ext="edit" aspectratio="t"/>
            <w10:wrap type="none"/>
            <w10:anchorlock/>
          </v:shape>
        </w:pict>
      </w:r>
      <w:r>
        <w:rPr>
          <w:rFonts w:ascii="宋体" w:hAnsi="宋体" w:eastAsia="宋体" w:cs="宋体"/>
          <w:color w:val="000000"/>
        </w:rPr>
        <w:t>点表示的数．</w:t>
      </w:r>
    </w:p>
    <w:p>
      <w:pPr>
        <w:spacing w:line="360" w:lineRule="auto"/>
        <w:jc w:val="left"/>
        <w:textAlignment w:val="center"/>
        <w:rPr>
          <w:color w:val="000000"/>
        </w:rPr>
      </w:pPr>
      <w:r>
        <w:rPr>
          <w:color w:val="000000"/>
        </w:rPr>
        <w:drawing>
          <wp:inline distT="0" distB="0" distL="114300" distR="114300">
            <wp:extent cx="2419350" cy="600075"/>
            <wp:effectExtent l="0" t="0" r="0" b="0"/>
            <wp:docPr id="3863"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 name="图片 100065" descr="学科网(www.zxxk.com)--教育资源门户，提供试卷、教案、课件、论文、素材以及各类教学资源下载，还有大量而丰富的教学相关资讯！"/>
                    <pic:cNvPicPr>
                      <a:picLocks noChangeAspect="1"/>
                    </pic:cNvPicPr>
                  </pic:nvPicPr>
                  <pic:blipFill>
                    <a:blip r:embed="rId4798"/>
                    <a:stretch>
                      <a:fillRect/>
                    </a:stretch>
                  </pic:blipFill>
                  <pic:spPr>
                    <a:xfrm>
                      <a:off x="0" y="0"/>
                      <a:ext cx="2419350" cy="6000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（3）</w:t>
      </w:r>
      <w:r>
        <w:rPr>
          <w:rFonts w:ascii="宋体" w:hAnsi="宋体" w:eastAsia="宋体" w:cs="宋体"/>
          <w:color w:val="000000"/>
        </w:rPr>
        <w:t>点</w:t>
      </w:r>
      <w:r>
        <w:pict>
          <v:shape id="_x0000_i71981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799" o:title="eqId7f9e8449aad35c5d840a3395ea86df6d"/>
            <o:lock v:ext="edit" aspectratio="t"/>
            <w10:wrap type="none"/>
            <w10:anchorlock/>
          </v:shape>
        </w:pict>
      </w:r>
      <w:r>
        <w:rPr>
          <w:rFonts w:ascii="宋体" w:hAnsi="宋体" w:eastAsia="宋体" w:cs="宋体"/>
          <w:color w:val="000000"/>
        </w:rPr>
        <w:t>表示的数是</w:t>
      </w:r>
      <w:r>
        <w:pict>
          <v:shape id="_x0000_i719820"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4800" o:title="eqId5ca7d1107389675d32b56ec097464c14"/>
            <o:lock v:ext="edit" aspectratio="t"/>
            <w10:wrap type="none"/>
            <w10:anchorlock/>
          </v:shape>
        </w:pict>
      </w:r>
      <w:r>
        <w:rPr>
          <w:rFonts w:ascii="宋体" w:hAnsi="宋体" w:eastAsia="宋体" w:cs="宋体"/>
          <w:color w:val="000000"/>
        </w:rPr>
        <w:t>，点</w:t>
      </w:r>
      <w:r>
        <w:pict>
          <v:shape id="_x0000_i71982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801" o:title="eqId5963abe8f421bd99a2aaa94831a951e9"/>
            <o:lock v:ext="edit" aspectratio="t"/>
            <w10:wrap type="none"/>
            <w10:anchorlock/>
          </v:shape>
        </w:pict>
      </w:r>
      <w:r>
        <w:rPr>
          <w:rFonts w:ascii="宋体" w:hAnsi="宋体" w:eastAsia="宋体" w:cs="宋体"/>
          <w:color w:val="000000"/>
        </w:rPr>
        <w:t>表示的数是</w:t>
      </w:r>
      <w:r>
        <w:pict>
          <v:shape id="_x0000_i71982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802" o:title="eqId81dea63b8ce3e51adf66cf7b9982a248"/>
            <o:lock v:ext="edit" aspectratio="t"/>
            <w10:wrap type="none"/>
            <w10:anchorlock/>
          </v:shape>
        </w:pict>
      </w:r>
      <w:r>
        <w:rPr>
          <w:rFonts w:ascii="宋体" w:hAnsi="宋体" w:eastAsia="宋体" w:cs="宋体"/>
          <w:color w:val="000000"/>
        </w:rPr>
        <w:t>（</w:t>
      </w:r>
      <w:r>
        <w:pict>
          <v:shape id="_x0000_i719823"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803" o:title="eqId0b83a660527359758db64e6566466293"/>
            <o:lock v:ext="edit" aspectratio="t"/>
            <w10:wrap type="none"/>
            <w10:anchorlock/>
          </v:shape>
        </w:pict>
      </w:r>
      <w:r>
        <w:rPr>
          <w:rFonts w:ascii="宋体" w:hAnsi="宋体" w:eastAsia="宋体" w:cs="宋体"/>
          <w:color w:val="000000"/>
        </w:rPr>
        <w:t>），点</w:t>
      </w:r>
      <w:r>
        <w:pict>
          <v:shape id="_x0000_i719824"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04" o:title="eqIdc5db41a1f31d6baee7c69990811edb9f"/>
            <o:lock v:ext="edit" aspectratio="t"/>
            <w10:wrap type="none"/>
            <w10:anchorlock/>
          </v:shape>
        </w:pict>
      </w:r>
      <w:r>
        <w:rPr>
          <w:rFonts w:ascii="宋体" w:hAnsi="宋体" w:eastAsia="宋体" w:cs="宋体"/>
          <w:color w:val="000000"/>
        </w:rPr>
        <w:t>表示的数的最大值为</w:t>
      </w:r>
      <w:r>
        <w:pict>
          <v:shape id="_x0000_i71982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805" o:title="eqIdbdaa19de263700a15fcf213d64a8cd57"/>
            <o:lock v:ext="edit" aspectratio="t"/>
            <w10:wrap type="none"/>
            <w10:anchorlock/>
          </v:shape>
        </w:pict>
      </w:r>
      <w:r>
        <w:rPr>
          <w:rFonts w:ascii="宋体" w:hAnsi="宋体" w:eastAsia="宋体" w:cs="宋体"/>
          <w:color w:val="000000"/>
        </w:rPr>
        <w:t>，最小值为</w:t>
      </w:r>
      <w:r>
        <w:pict>
          <v:shape id="_x0000_i719826"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806" o:title="eqId398b6d2ea465eebceb77ef1dbbdfc58c"/>
            <o:lock v:ext="edit" aspectratio="t"/>
            <w10:wrap type="none"/>
            <w10:anchorlock/>
          </v:shape>
        </w:pict>
      </w:r>
      <w:r>
        <w:rPr>
          <w:rFonts w:ascii="宋体" w:hAnsi="宋体" w:eastAsia="宋体" w:cs="宋体"/>
          <w:color w:val="000000"/>
        </w:rPr>
        <w:t>，若点</w:t>
      </w:r>
      <w:r>
        <w:pict>
          <v:shape id="_x0000_i719827"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04" o:title="eqIdc5db41a1f31d6baee7c69990811edb9f"/>
            <o:lock v:ext="edit" aspectratio="t"/>
            <w10:wrap type="none"/>
            <w10:anchorlock/>
          </v:shape>
        </w:pict>
      </w:r>
      <w:r>
        <w:rPr>
          <w:rFonts w:ascii="宋体" w:hAnsi="宋体" w:eastAsia="宋体" w:cs="宋体"/>
          <w:color w:val="000000"/>
        </w:rPr>
        <w:t>是</w:t>
      </w:r>
      <w:r>
        <w:pict>
          <v:shape id="_x0000_i719828"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07" o:title="eqId811d91ccd74b3cdb70fdd08af032a76d"/>
            <o:lock v:ext="edit" aspectratio="t"/>
            <w10:wrap type="none"/>
            <w10:anchorlock/>
          </v:shape>
        </w:pict>
      </w:r>
      <w:r>
        <w:rPr>
          <w:rFonts w:ascii="宋体" w:hAnsi="宋体" w:eastAsia="宋体" w:cs="宋体"/>
          <w:color w:val="000000"/>
        </w:rPr>
        <w:t>的“三倍关联点”，则</w:t>
      </w:r>
      <w:r>
        <w:pict>
          <v:shape id="_x0000_i71982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802" o:title="eqId81dea63b8ce3e51adf66cf7b9982a248"/>
            <o:lock v:ext="edit" aspectratio="t"/>
            <w10:wrap type="none"/>
            <w10:anchorlock/>
          </v:shape>
        </w:pict>
      </w:r>
      <w:r>
        <w:rPr>
          <w:rFonts w:ascii="宋体" w:hAnsi="宋体" w:eastAsia="宋体" w:cs="宋体"/>
          <w:color w:val="000000"/>
        </w:rPr>
        <w:t>的最小值为</w: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1983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802" o:title="eqId81dea63b8ce3e51adf66cf7b9982a248"/>
            <o:lock v:ext="edit" aspectratio="t"/>
            <w10:wrap type="none"/>
            <w10:anchorlock/>
          </v:shape>
        </w:pict>
      </w:r>
      <w:r>
        <w:rPr>
          <w:rFonts w:ascii="宋体" w:hAnsi="宋体" w:eastAsia="宋体" w:cs="宋体"/>
          <w:color w:val="000000"/>
        </w:rPr>
        <w:t>的最大值为</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pict>
          <v:shape id="_x0000_i71983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808" o:title="eqId23f3ffe7abc59e2f65d827c8eab8d36a"/>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i/>
          <w:color w:val="000000"/>
        </w:rPr>
        <w:t>C</w:t>
      </w:r>
      <w:r>
        <w:rPr>
          <w:rFonts w:ascii="宋体" w:hAnsi="宋体" w:eastAsia="宋体" w:cs="宋体"/>
          <w:color w:val="000000"/>
        </w:rPr>
        <w:t>对应的数为：</w:t>
      </w:r>
      <w:r>
        <w:pict>
          <v:shape id="_x0000_i719832"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809" o:title="eqId8b06e95b57b7a81cd81d05557a11fa92"/>
            <o:lock v:ext="edit" aspectratio="t"/>
            <w10:wrap type="none"/>
            <w10:anchorlock/>
          </v:shape>
        </w:pict>
      </w:r>
      <w:r>
        <w:rPr>
          <w:rFonts w:ascii="宋体" w:hAnsi="宋体" w:eastAsia="宋体" w:cs="宋体"/>
          <w:color w:val="000000"/>
        </w:rPr>
        <w:t>或</w:t>
      </w:r>
      <w:r>
        <w:pict>
          <v:shape id="_x0000_i71983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810" o:title="eqIdbdaa19de263700a15fcf213d64a8cd57"/>
            <o:lock v:ext="edit" aspectratio="t"/>
            <w10:wrap type="none"/>
            <w10:anchorlock/>
          </v:shape>
        </w:pict>
      </w:r>
      <w:r>
        <w:rPr>
          <w:rFonts w:ascii="宋体" w:hAnsi="宋体" w:eastAsia="宋体" w:cs="宋体"/>
          <w:color w:val="000000"/>
        </w:rPr>
        <w:t>或</w:t>
      </w:r>
      <w:r>
        <w:pict>
          <v:shape id="_x0000_i719834"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811" o:title="eqIdd3aab28a20b5bf47040aaec03b1eb550"/>
            <o:lock v:ext="edit" aspectratio="t"/>
            <w10:wrap type="none"/>
            <w10:anchorlock/>
          </v:shape>
        </w:pict>
      </w:r>
      <w:r>
        <w:rPr>
          <w:rFonts w:ascii="宋体" w:hAnsi="宋体" w:eastAsia="宋体" w:cs="宋体"/>
          <w:color w:val="000000"/>
        </w:rPr>
        <w:t>或</w:t>
      </w:r>
      <w:r>
        <w:pict>
          <v:shape id="_x0000_i719835"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4812" o:title="eqId81fb134b2b48acc99213fff6ccfee65f"/>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（3）</w:t>
      </w:r>
      <w:r>
        <w:pict>
          <v:shape id="_x0000_i719836" o:spt="75" alt="学科网(www.zxxk.com)--教育资源门户，提供试卷、教案、课件、论文、素材以及各类教学资源下载，还有大量而丰富的教学相关资讯！" type="#_x0000_t75" style="height:13.5pt;width:21.75pt;" o:ole="t" filled="f" o:preferrelative="t" stroked="f" coordsize="21600,21600">
            <v:path/>
            <v:fill on="f" focussize="0,0"/>
            <v:stroke on="f" joinstyle="miter"/>
            <v:imagedata r:id="rId4813" o:title="eqId4014daff61e2c227e7a38e4caf3a82e8"/>
            <o:lock v:ext="edit" aspectratio="t"/>
            <w10:wrap type="none"/>
            <w10:anchorlock/>
          </v:shape>
        </w:pict>
      </w:r>
      <w:r>
        <w:rPr>
          <w:rFonts w:ascii="宋体" w:hAnsi="宋体" w:eastAsia="宋体" w:cs="宋体"/>
          <w:color w:val="000000"/>
        </w:rPr>
        <w:t>，</w:t>
      </w:r>
      <w:r>
        <w:pict>
          <v:shape id="_x0000_i719837"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4814" o:title="eqIdcaa585b9257ed0798213a9ae9b87d291"/>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）先计算</w:t>
      </w:r>
      <w:r>
        <w:pict>
          <v:shape id="_x0000_i719838" o:spt="75" alt="学科网(www.zxxk.com)--教育资源门户，提供试卷、教案、课件、论文、素材以及各类教学资源下载，还有大量而丰富的教学相关资讯！" type="#_x0000_t75" style="height:18pt;width:21.45pt;" o:ole="t" filled="f" o:preferrelative="t" stroked="f" coordsize="21600,21600">
            <v:path/>
            <v:fill on="f" focussize="0,0"/>
            <v:stroke on="f" joinstyle="miter"/>
            <v:imagedata r:id="rId4815" o:title="eqId24bb49fdc6b6bbb2449fdf8a0de769d3"/>
            <o:lock v:ext="edit" aspectratio="t"/>
            <w10:wrap type="none"/>
            <w10:anchorlock/>
          </v:shape>
        </w:pict>
      </w:r>
      <w:r>
        <w:rPr>
          <w:rFonts w:ascii="宋体" w:hAnsi="宋体" w:eastAsia="宋体" w:cs="宋体"/>
          <w:color w:val="000000"/>
        </w:rPr>
        <w:t>，</w:t>
      </w:r>
      <w:r>
        <w:pict>
          <v:shape id="_x0000_i719839" o:spt="75" alt="学科网(www.zxxk.com)--教育资源门户，提供试卷、教案、课件、论文、素材以及各类教学资源下载，还有大量而丰富的教学相关资讯！" type="#_x0000_t75" style="height:15.75pt;width:19.5pt;" o:ole="t" filled="f" o:preferrelative="t" stroked="f" coordsize="21600,21600">
            <v:path/>
            <v:fill on="f" focussize="0,0"/>
            <v:stroke on="f" joinstyle="miter"/>
            <v:imagedata r:id="rId4816" o:title="eqId0d8772aa893a9c1d40f714cb25701701"/>
            <o:lock v:ext="edit" aspectratio="t"/>
            <w10:wrap type="none"/>
            <w10:anchorlock/>
          </v:shape>
        </w:pict>
      </w:r>
      <w:r>
        <w:rPr>
          <w:rFonts w:ascii="宋体" w:hAnsi="宋体" w:eastAsia="宋体" w:cs="宋体"/>
          <w:color w:val="000000"/>
        </w:rPr>
        <w:t>，</w:t>
      </w:r>
      <w:r>
        <w:pict>
          <v:shape id="_x0000_i719840"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4817" o:title="eqId3b0964982008e204b07802c1a4e4251d"/>
            <o:lock v:ext="edit" aspectratio="t"/>
            <w10:wrap type="none"/>
            <w10:anchorlock/>
          </v:shape>
        </w:pict>
      </w:r>
      <w:r>
        <w:rPr>
          <w:rFonts w:ascii="宋体" w:hAnsi="宋体" w:eastAsia="宋体" w:cs="宋体"/>
          <w:color w:val="000000"/>
        </w:rPr>
        <w:t>，</w:t>
      </w:r>
      <w:r>
        <w:pict>
          <v:shape id="_x0000_i719841"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4818" o:title="eqIdc7023b649fd84f998d741edfb6c209ea"/>
            <o:lock v:ext="edit" aspectratio="t"/>
            <w10:wrap type="none"/>
            <w10:anchorlock/>
          </v:shape>
        </w:pict>
      </w:r>
      <w:r>
        <w:rPr>
          <w:rFonts w:ascii="宋体" w:hAnsi="宋体" w:eastAsia="宋体" w:cs="宋体"/>
          <w:color w:val="000000"/>
        </w:rPr>
        <w:t>，再根据新定义判断即可；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w:t>
      </w:r>
      <w:r>
        <w:pict>
          <v:shape id="_x0000_i71984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19" o:title="eqIdc5db41a1f31d6baee7c69990811edb9f"/>
            <o:lock v:ext="edit" aspectratio="t"/>
            <w10:wrap type="none"/>
            <w10:anchorlock/>
          </v:shape>
        </w:pict>
      </w:r>
      <w:r>
        <w:rPr>
          <w:rFonts w:ascii="宋体" w:hAnsi="宋体" w:eastAsia="宋体" w:cs="宋体"/>
          <w:color w:val="000000"/>
        </w:rPr>
        <w:t>对应的数为</w:t>
      </w:r>
      <w:r>
        <w:pict>
          <v:shape id="_x0000_i7198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820" o:title="eqId81dea63b8ce3e51adf66cf7b9982a248"/>
            <o:lock v:ext="edit" aspectratio="t"/>
            <w10:wrap type="none"/>
            <w10:anchorlock/>
          </v:shape>
        </w:pict>
      </w:r>
      <w:r>
        <w:rPr>
          <w:rFonts w:ascii="宋体" w:hAnsi="宋体" w:eastAsia="宋体" w:cs="宋体"/>
          <w:color w:val="000000"/>
        </w:rPr>
        <w:t>，可得</w:t>
      </w:r>
      <w:r>
        <w:pict>
          <v:shape id="_x0000_i719844" o:spt="75" alt="学科网(www.zxxk.com)--教育资源门户，提供试卷、教案、课件、论文、素材以及各类教学资源下载，还有大量而丰富的教学相关资讯！" type="#_x0000_t75" style="height:21.75pt;width:113.25pt;" o:ole="t" filled="f" o:preferrelative="t" stroked="f" coordsize="21600,21600">
            <v:path/>
            <v:fill on="f" focussize="0,0"/>
            <v:stroke on="f" joinstyle="miter"/>
            <v:imagedata r:id="rId4821" o:title="eqId9304deeb80c5ea2bd239a40a231f240f"/>
            <o:lock v:ext="edit" aspectratio="t"/>
            <w10:wrap type="none"/>
            <w10:anchorlock/>
          </v:shape>
        </w:pict>
      </w:r>
      <w:r>
        <w:rPr>
          <w:rFonts w:ascii="宋体" w:hAnsi="宋体" w:eastAsia="宋体" w:cs="宋体"/>
          <w:color w:val="000000"/>
        </w:rPr>
        <w:t>，</w:t>
      </w:r>
      <w:r>
        <w:pict>
          <v:shape id="_x0000_i719845" o:spt="75" alt="学科网(www.zxxk.com)--教育资源门户，提供试卷、教案、课件、论文、素材以及各类教学资源下载，还有大量而丰富的教学相关资讯！" type="#_x0000_t75" style="height:20.25pt;width:57.75pt;" o:ole="t" filled="f" o:preferrelative="t" stroked="f" coordsize="21600,21600">
            <v:path/>
            <v:fill on="f" focussize="0,0"/>
            <v:stroke on="f" joinstyle="miter"/>
            <v:imagedata r:id="rId4822" o:title="eqId88f432b5af4098e141e5beea79ec8a6b"/>
            <o:lock v:ext="edit" aspectratio="t"/>
            <w10:wrap type="none"/>
            <w10:anchorlock/>
          </v:shape>
        </w:pict>
      </w:r>
      <w:r>
        <w:rPr>
          <w:rFonts w:ascii="宋体" w:hAnsi="宋体" w:eastAsia="宋体" w:cs="宋体"/>
          <w:color w:val="000000"/>
        </w:rPr>
        <w:t>，结合</w:t>
      </w:r>
      <w:r>
        <w:rPr>
          <w:rFonts w:ascii="Times New Roman" w:hAnsi="Times New Roman" w:eastAsia="Times New Roman" w:cs="Times New Roman"/>
          <w:i/>
          <w:color w:val="000000"/>
        </w:rPr>
        <w:t>C</w:t>
      </w:r>
      <w:r>
        <w:rPr>
          <w:rFonts w:ascii="宋体" w:hAnsi="宋体" w:eastAsia="宋体" w:cs="宋体"/>
          <w:color w:val="000000"/>
        </w:rPr>
        <w:t>是</w:t>
      </w:r>
      <w:r>
        <w:pict>
          <v:shape id="_x0000_i719846"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23" o:title="eqId811d91ccd74b3cdb70fdd08af032a76d"/>
            <o:lock v:ext="edit" aspectratio="t"/>
            <w10:wrap type="none"/>
            <w10:anchorlock/>
          </v:shape>
        </w:pict>
      </w:r>
      <w:r>
        <w:rPr>
          <w:rFonts w:ascii="宋体" w:hAnsi="宋体" w:eastAsia="宋体" w:cs="宋体"/>
          <w:color w:val="000000"/>
        </w:rPr>
        <w:t>的“三倍关联点”时，可得</w:t>
      </w:r>
      <w:r>
        <w:pict>
          <v:shape id="_x0000_i719847" o:spt="75" alt="学科网(www.zxxk.com)--教育资源门户，提供试卷、教案、课件、论文、素材以及各类教学资源下载，还有大量而丰富的教学相关资讯！" type="#_x0000_t75" style="height:13.5pt;width:51pt;" o:ole="t" filled="f" o:preferrelative="t" stroked="f" coordsize="21600,21600">
            <v:path/>
            <v:fill on="f" focussize="0,0"/>
            <v:stroke on="f" joinstyle="miter"/>
            <v:imagedata r:id="rId4824" o:title="eqIda6fbb94bda47d2801947a65a2d19d893"/>
            <o:lock v:ext="edit" aspectratio="t"/>
            <w10:wrap type="none"/>
            <w10:anchorlock/>
          </v:shape>
        </w:pict>
      </w:r>
      <w:r>
        <w:rPr>
          <w:rFonts w:ascii="宋体" w:hAnsi="宋体" w:eastAsia="宋体" w:cs="宋体"/>
          <w:color w:val="000000"/>
        </w:rPr>
        <w:t>，</w:t>
      </w:r>
      <w:r>
        <w:pict>
          <v:shape id="_x0000_i719848"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825" o:title="eqId8568f28f5ccf3a45aada3c490befa55a"/>
            <o:lock v:ext="edit" aspectratio="t"/>
            <w10:wrap type="none"/>
            <w10:anchorlock/>
          </v:shape>
        </w:pict>
      </w:r>
      <w:r>
        <w:rPr>
          <w:rFonts w:ascii="宋体" w:hAnsi="宋体" w:eastAsia="宋体" w:cs="宋体"/>
          <w:color w:val="000000"/>
        </w:rPr>
        <w:t>，再建立方程求解即可；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）如图，当</w:t>
      </w:r>
      <w:r>
        <w:rPr>
          <w:rFonts w:ascii="Times New Roman" w:hAnsi="Times New Roman" w:eastAsia="Times New Roman" w:cs="Times New Roman"/>
          <w:i/>
          <w:color w:val="000000"/>
        </w:rPr>
        <w:t>A</w:t>
      </w:r>
      <w:r>
        <w:rPr>
          <w:rFonts w:ascii="宋体" w:hAnsi="宋体" w:eastAsia="宋体" w:cs="宋体"/>
          <w:color w:val="000000"/>
        </w:rPr>
        <w:t>在</w:t>
      </w:r>
      <w:r>
        <w:rPr>
          <w:rFonts w:ascii="Times New Roman" w:hAnsi="Times New Roman" w:eastAsia="Times New Roman" w:cs="Times New Roman"/>
          <w:i/>
          <w:color w:val="000000"/>
        </w:rPr>
        <w:t>C</w:t>
      </w:r>
      <w:r>
        <w:rPr>
          <w:rFonts w:ascii="宋体" w:hAnsi="宋体" w:eastAsia="宋体" w:cs="宋体"/>
          <w:color w:val="000000"/>
        </w:rPr>
        <w:t>的右边时，其中</w:t>
      </w:r>
      <w:r>
        <w:pict>
          <v:shape id="_x0000_i71984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826" o:title="eqId0b83a660527359758db64e6566466293"/>
            <o:lock v:ext="edit" aspectratio="t"/>
            <w10:wrap type="none"/>
            <w10:anchorlock/>
          </v:shape>
        </w:pict>
      </w:r>
      <w:r>
        <w:rPr>
          <w:rFonts w:ascii="宋体" w:hAnsi="宋体" w:eastAsia="宋体" w:cs="宋体"/>
          <w:color w:val="000000"/>
        </w:rPr>
        <w:t>，点</w:t>
      </w:r>
      <w:r>
        <w:pict>
          <v:shape id="_x0000_i71985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27" o:title="eqIdc5db41a1f31d6baee7c69990811edb9f"/>
            <o:lock v:ext="edit" aspectratio="t"/>
            <w10:wrap type="none"/>
            <w10:anchorlock/>
          </v:shape>
        </w:pict>
      </w:r>
      <w:r>
        <w:rPr>
          <w:rFonts w:ascii="宋体" w:hAnsi="宋体" w:eastAsia="宋体" w:cs="宋体"/>
          <w:color w:val="000000"/>
        </w:rPr>
        <w:t>是</w:t>
      </w:r>
      <w:r>
        <w:pict>
          <v:shape id="_x0000_i719851"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28" o:title="eqId811d91ccd74b3cdb70fdd08af032a76d"/>
            <o:lock v:ext="edit" aspectratio="t"/>
            <w10:wrap type="none"/>
            <w10:anchorlock/>
          </v:shape>
        </w:pict>
      </w:r>
      <w:r>
        <w:rPr>
          <w:rFonts w:ascii="宋体" w:hAnsi="宋体" w:eastAsia="宋体" w:cs="宋体"/>
          <w:color w:val="000000"/>
        </w:rPr>
        <w:t>的“三倍关联点”， 点</w:t>
      </w:r>
      <w:r>
        <w:pict>
          <v:shape id="_x0000_i71985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27" o:title="eqIdc5db41a1f31d6baee7c69990811edb9f"/>
            <o:lock v:ext="edit" aspectratio="t"/>
            <w10:wrap type="none"/>
            <w10:anchorlock/>
          </v:shape>
        </w:pict>
      </w:r>
      <w:r>
        <w:rPr>
          <w:rFonts w:ascii="宋体" w:hAnsi="宋体" w:eastAsia="宋体" w:cs="宋体"/>
          <w:color w:val="000000"/>
        </w:rPr>
        <w:t>表示的数的最大值为</w:t>
      </w:r>
      <w:r>
        <w:pict>
          <v:shape id="_x0000_i71985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829" o:title="eqIdbdaa19de263700a15fcf213d64a8cd57"/>
            <o:lock v:ext="edit" aspectratio="t"/>
            <w10:wrap type="none"/>
            <w10:anchorlock/>
          </v:shape>
        </w:pict>
      </w:r>
      <w:r>
        <w:rPr>
          <w:rFonts w:ascii="宋体" w:hAnsi="宋体" w:eastAsia="宋体" w:cs="宋体"/>
          <w:color w:val="000000"/>
        </w:rPr>
        <w:t>，最小值为</w:t>
      </w:r>
      <w:r>
        <w:pict>
          <v:shape id="_x0000_i71985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830" o:title="eqId398b6d2ea465eebceb77ef1dbbdfc58c"/>
            <o:lock v:ext="edit" aspectratio="t"/>
            <w10:wrap type="none"/>
            <w10:anchorlock/>
          </v:shape>
        </w:pict>
      </w:r>
      <w:r>
        <w:rPr>
          <w:rFonts w:ascii="宋体" w:hAnsi="宋体" w:eastAsia="宋体" w:cs="宋体"/>
          <w:color w:val="000000"/>
        </w:rPr>
        <w:t>，设</w:t>
      </w:r>
      <w:r>
        <w:pict>
          <v:shape id="_x0000_i71985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27" o:title="eqIdc5db41a1f31d6baee7c69990811edb9f"/>
            <o:lock v:ext="edit" aspectratio="t"/>
            <w10:wrap type="none"/>
            <w10:anchorlock/>
          </v:shape>
        </w:pict>
      </w:r>
      <w:r>
        <w:rPr>
          <w:rFonts w:ascii="宋体" w:hAnsi="宋体" w:eastAsia="宋体" w:cs="宋体"/>
          <w:color w:val="000000"/>
        </w:rPr>
        <w:t>对应的数为</w:t>
      </w:r>
      <w:r>
        <w:pict>
          <v:shape id="_x0000_i719856"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4831" o:title="eqIdd053b14c8588eee2acbbe44fc37a6886"/>
            <o:lock v:ext="edit" aspectratio="t"/>
            <w10:wrap type="none"/>
            <w10:anchorlock/>
          </v:shape>
        </w:pict>
      </w:r>
      <w:r>
        <w:rPr>
          <w:rFonts w:ascii="宋体" w:hAnsi="宋体" w:eastAsia="宋体" w:cs="宋体"/>
          <w:color w:val="000000"/>
        </w:rPr>
        <w:t>，由</w:t>
      </w:r>
      <w:r>
        <w:pict>
          <v:shape id="_x0000_i719857"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832" o:title="eqId8568f28f5ccf3a45aada3c490befa55a"/>
            <o:lock v:ext="edit" aspectratio="t"/>
            <w10:wrap type="none"/>
            <w10:anchorlock/>
          </v:shape>
        </w:pict>
      </w:r>
      <w:r>
        <w:rPr>
          <w:rFonts w:ascii="宋体" w:hAnsi="宋体" w:eastAsia="宋体" w:cs="宋体"/>
          <w:color w:val="000000"/>
        </w:rPr>
        <w:t>，可得</w:t>
      </w:r>
      <w:r>
        <w:pict>
          <v:shape id="_x0000_i719858" o:spt="75" alt="学科网(www.zxxk.com)--教育资源门户，提供试卷、教案、课件、论文、素材以及各类教学资源下载，还有大量而丰富的教学相关资讯！" type="#_x0000_t75" style="height:31.15pt;width:51.95pt;" o:ole="t" filled="f" o:preferrelative="t" stroked="f" coordsize="21600,21600">
            <v:path/>
            <v:fill on="f" focussize="0,0"/>
            <v:stroke on="f" joinstyle="miter"/>
            <v:imagedata r:id="rId4833" o:title="eqId6683b079c9a563a9fee7627d16c79034"/>
            <o:lock v:ext="edit" aspectratio="t"/>
            <w10:wrap type="none"/>
            <w10:anchorlock/>
          </v:shape>
        </w:pict>
      </w:r>
      <w:r>
        <w:rPr>
          <w:rFonts w:ascii="宋体" w:hAnsi="宋体" w:eastAsia="宋体" w:cs="宋体"/>
          <w:color w:val="000000"/>
        </w:rPr>
        <w:t>，而</w:t>
      </w:r>
      <w:r>
        <w:pict>
          <v:shape id="_x0000_i719859" o:spt="75" alt="学科网(www.zxxk.com)--教育资源门户，提供试卷、教案、课件、论文、素材以及各类教学资源下载，还有大量而丰富的教学相关资讯！" type="#_x0000_t75" style="height:16.2pt;width:51.9pt;" o:ole="t" filled="f" o:preferrelative="t" stroked="f" coordsize="21600,21600">
            <v:path/>
            <v:fill on="f" focussize="0,0"/>
            <v:stroke on="f" joinstyle="miter"/>
            <v:imagedata r:id="rId4834" o:title="eqIda9b06b190b43f7dd6de243d445acf82b"/>
            <o:lock v:ext="edit" aspectratio="t"/>
            <w10:wrap type="none"/>
            <w10:anchorlock/>
          </v:shape>
        </w:pict>
      </w:r>
      <w:r>
        <w:rPr>
          <w:rFonts w:ascii="宋体" w:hAnsi="宋体" w:eastAsia="宋体" w:cs="宋体"/>
          <w:color w:val="000000"/>
        </w:rPr>
        <w:t>，再求解即可，如图，当</w:t>
      </w:r>
      <w:r>
        <w:rPr>
          <w:rFonts w:ascii="Times New Roman" w:hAnsi="Times New Roman" w:eastAsia="Times New Roman" w:cs="Times New Roman"/>
          <w:i/>
          <w:color w:val="000000"/>
        </w:rPr>
        <w:t>A</w:t>
      </w:r>
      <w:r>
        <w:rPr>
          <w:rFonts w:ascii="宋体" w:hAnsi="宋体" w:eastAsia="宋体" w:cs="宋体"/>
          <w:color w:val="000000"/>
        </w:rPr>
        <w:t>在</w:t>
      </w:r>
      <w:r>
        <w:rPr>
          <w:rFonts w:ascii="Times New Roman" w:hAnsi="Times New Roman" w:eastAsia="Times New Roman" w:cs="Times New Roman"/>
          <w:i/>
          <w:color w:val="000000"/>
        </w:rPr>
        <w:t>C</w:t>
      </w:r>
      <w:r>
        <w:rPr>
          <w:rFonts w:ascii="宋体" w:hAnsi="宋体" w:eastAsia="宋体" w:cs="宋体"/>
          <w:color w:val="000000"/>
        </w:rPr>
        <w:t>的左边时，其中</w:t>
      </w:r>
      <w:r>
        <w:pict>
          <v:shape id="_x0000_i719860"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826" o:title="eqId0b83a660527359758db64e6566466293"/>
            <o:lock v:ext="edit" aspectratio="t"/>
            <w10:wrap type="none"/>
            <w10:anchorlock/>
          </v:shape>
        </w:pict>
      </w:r>
      <w:r>
        <w:rPr>
          <w:rFonts w:ascii="宋体" w:hAnsi="宋体" w:eastAsia="宋体" w:cs="宋体"/>
          <w:color w:val="000000"/>
        </w:rPr>
        <w:t>，点</w:t>
      </w:r>
      <w:r>
        <w:pict>
          <v:shape id="_x0000_i71986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27" o:title="eqIdc5db41a1f31d6baee7c69990811edb9f"/>
            <o:lock v:ext="edit" aspectratio="t"/>
            <w10:wrap type="none"/>
            <w10:anchorlock/>
          </v:shape>
        </w:pict>
      </w:r>
      <w:r>
        <w:rPr>
          <w:rFonts w:ascii="宋体" w:hAnsi="宋体" w:eastAsia="宋体" w:cs="宋体"/>
          <w:color w:val="000000"/>
        </w:rPr>
        <w:t>是</w:t>
      </w:r>
      <w:r>
        <w:pict>
          <v:shape id="_x0000_i719862"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28" o:title="eqId811d91ccd74b3cdb70fdd08af032a76d"/>
            <o:lock v:ext="edit" aspectratio="t"/>
            <w10:wrap type="none"/>
            <w10:anchorlock/>
          </v:shape>
        </w:pict>
      </w:r>
      <w:r>
        <w:rPr>
          <w:rFonts w:ascii="宋体" w:hAnsi="宋体" w:eastAsia="宋体" w:cs="宋体"/>
          <w:color w:val="000000"/>
        </w:rPr>
        <w:t>的“三倍关联点”， 点</w:t>
      </w:r>
      <w:r>
        <w:pict>
          <v:shape id="_x0000_i719863"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27" o:title="eqIdc5db41a1f31d6baee7c69990811edb9f"/>
            <o:lock v:ext="edit" aspectratio="t"/>
            <w10:wrap type="none"/>
            <w10:anchorlock/>
          </v:shape>
        </w:pict>
      </w:r>
      <w:r>
        <w:rPr>
          <w:rFonts w:ascii="宋体" w:hAnsi="宋体" w:eastAsia="宋体" w:cs="宋体"/>
          <w:color w:val="000000"/>
        </w:rPr>
        <w:t>表示的数的最大值为</w:t>
      </w:r>
      <w:r>
        <w:pict>
          <v:shape id="_x0000_i719864"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829" o:title="eqIdbdaa19de263700a15fcf213d64a8cd57"/>
            <o:lock v:ext="edit" aspectratio="t"/>
            <w10:wrap type="none"/>
            <w10:anchorlock/>
          </v:shape>
        </w:pict>
      </w:r>
      <w:r>
        <w:rPr>
          <w:rFonts w:ascii="宋体" w:hAnsi="宋体" w:eastAsia="宋体" w:cs="宋体"/>
          <w:color w:val="000000"/>
        </w:rPr>
        <w:t>，最小值为</w:t>
      </w:r>
      <w:r>
        <w:pict>
          <v:shape id="_x0000_i71986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830" o:title="eqId398b6d2ea465eebceb77ef1dbbdfc58c"/>
            <o:lock v:ext="edit" aspectratio="t"/>
            <w10:wrap type="none"/>
            <w10:anchorlock/>
          </v:shape>
        </w:pict>
      </w:r>
      <w:r>
        <w:rPr>
          <w:rFonts w:ascii="宋体" w:hAnsi="宋体" w:eastAsia="宋体" w:cs="宋体"/>
          <w:color w:val="000000"/>
        </w:rPr>
        <w:t>，设</w:t>
      </w:r>
      <w:r>
        <w:pict>
          <v:shape id="_x0000_i71986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27" o:title="eqIdc5db41a1f31d6baee7c69990811edb9f"/>
            <o:lock v:ext="edit" aspectratio="t"/>
            <w10:wrap type="none"/>
            <w10:anchorlock/>
          </v:shape>
        </w:pict>
      </w:r>
      <w:r>
        <w:rPr>
          <w:rFonts w:ascii="宋体" w:hAnsi="宋体" w:eastAsia="宋体" w:cs="宋体"/>
          <w:color w:val="000000"/>
        </w:rPr>
        <w:t>对应的数为</w:t>
      </w:r>
      <w:r>
        <w:pict>
          <v:shape id="_x0000_i719867"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4831" o:title="eqIdd053b14c8588eee2acbbe44fc37a6886"/>
            <o:lock v:ext="edit" aspectratio="t"/>
            <w10:wrap type="none"/>
            <w10:anchorlock/>
          </v:shape>
        </w:pict>
      </w:r>
      <w:r>
        <w:rPr>
          <w:rFonts w:ascii="宋体" w:hAnsi="宋体" w:eastAsia="宋体" w:cs="宋体"/>
          <w:color w:val="000000"/>
        </w:rPr>
        <w:t>，由</w:t>
      </w:r>
      <w:r>
        <w:pict>
          <v:shape id="_x0000_i719868"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832" o:title="eqId8568f28f5ccf3a45aada3c490befa55a"/>
            <o:lock v:ext="edit" aspectratio="t"/>
            <w10:wrap type="none"/>
            <w10:anchorlock/>
          </v:shape>
        </w:pict>
      </w:r>
      <w:r>
        <w:rPr>
          <w:rFonts w:ascii="宋体" w:hAnsi="宋体" w:eastAsia="宋体" w:cs="宋体"/>
          <w:color w:val="000000"/>
        </w:rPr>
        <w:t>或</w:t>
      </w:r>
      <w:r>
        <w:pict>
          <v:shape id="_x0000_i719869" o:spt="75" alt="学科网(www.zxxk.com)--教育资源门户，提供试卷、教案、课件、论文、素材以及各类教学资源下载，还有大量而丰富的教学相关资讯！" type="#_x0000_t75" style="height:13.5pt;width:51pt;" o:ole="t" filled="f" o:preferrelative="t" stroked="f" coordsize="21600,21600">
            <v:path/>
            <v:fill on="f" focussize="0,0"/>
            <v:stroke on="f" joinstyle="miter"/>
            <v:imagedata r:id="rId4835" o:title="eqIda6fbb94bda47d2801947a65a2d19d893"/>
            <o:lock v:ext="edit" aspectratio="t"/>
            <w10:wrap type="none"/>
            <w10:anchorlock/>
          </v:shape>
        </w:pict>
      </w:r>
      <w:r>
        <w:rPr>
          <w:rFonts w:ascii="宋体" w:hAnsi="宋体" w:eastAsia="宋体" w:cs="宋体"/>
          <w:color w:val="000000"/>
        </w:rPr>
        <w:t>，同法可求解．</w:t>
      </w:r>
    </w:p>
    <w:p>
      <w:pPr>
        <w:spacing w:line="360" w:lineRule="auto"/>
        <w:jc w:val="left"/>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pict>
          <v:shape id="_x0000_i71987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836" o:title="eqId23f3ffe7abc59e2f65d827c8eab8d36a"/>
            <o:lock v:ext="edit" aspectratio="t"/>
            <w10:wrap type="none"/>
            <w10:anchorlock/>
          </v:shape>
        </w:pict>
      </w:r>
      <w:r>
        <w:rPr>
          <w:rFonts w:ascii="宋体" w:hAnsi="宋体" w:eastAsia="宋体" w:cs="宋体"/>
          <w:color w:val="000000"/>
        </w:rPr>
        <w:t>是</w:t>
      </w:r>
      <w:r>
        <w:pict>
          <v:shape id="_x0000_i719871"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37" o:title="eqId811d91ccd74b3cdb70fdd08af032a76d"/>
            <o:lock v:ext="edit" aspectratio="t"/>
            <w10:wrap type="none"/>
            <w10:anchorlock/>
          </v:shape>
        </w:pict>
      </w:r>
      <w:r>
        <w:rPr>
          <w:rFonts w:ascii="宋体" w:hAnsi="宋体" w:eastAsia="宋体" w:cs="宋体"/>
          <w:color w:val="000000"/>
        </w:rPr>
        <w:t>的“三倍关联点”；</w:t>
      </w:r>
    </w:p>
    <w:p>
      <w:pPr>
        <w:spacing w:line="360" w:lineRule="auto"/>
        <w:jc w:val="both"/>
        <w:textAlignment w:val="center"/>
        <w:rPr>
          <w:color w:val="000000"/>
        </w:rPr>
      </w:pPr>
      <w:r>
        <w:rPr>
          <w:rFonts w:ascii="宋体" w:hAnsi="宋体" w:eastAsia="宋体" w:cs="宋体"/>
          <w:color w:val="000000"/>
        </w:rPr>
        <w:t>理由：</w:t>
      </w:r>
      <w:r>
        <w:pict>
          <v:shape id="_x0000_i71987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838" o:title="eqId16f3d198e76391779fa3badc848c8ac8"/>
            <o:lock v:ext="edit" aspectratio="t"/>
            <w10:wrap type="none"/>
            <w10:anchorlock/>
          </v:shape>
        </w:pict>
      </w:r>
      <w:r>
        <w:rPr>
          <w:rFonts w:ascii="宋体" w:hAnsi="宋体" w:eastAsia="宋体" w:cs="宋体"/>
          <w:color w:val="000000"/>
        </w:rPr>
        <w:t>点</w:t>
      </w:r>
      <w:r>
        <w:pict>
          <v:shape id="_x0000_i71987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839" o:title="eqId5963abe8f421bd99a2aaa94831a951e9"/>
            <o:lock v:ext="edit" aspectratio="t"/>
            <w10:wrap type="none"/>
            <w10:anchorlock/>
          </v:shape>
        </w:pict>
      </w:r>
      <w:r>
        <w:rPr>
          <w:rFonts w:ascii="宋体" w:hAnsi="宋体" w:eastAsia="宋体" w:cs="宋体"/>
          <w:color w:val="000000"/>
        </w:rPr>
        <w:t>表示的数为</w:t>
      </w:r>
      <w:r>
        <w:pict>
          <v:shape id="_x0000_i71987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840" o:title="eqId274a9dc37509f01c2606fb3086a46f4f"/>
            <o:lock v:ext="edit" aspectratio="t"/>
            <w10:wrap type="none"/>
            <w10:anchorlock/>
          </v:shape>
        </w:pict>
      </w:r>
      <w:r>
        <w:rPr>
          <w:rFonts w:ascii="宋体" w:hAnsi="宋体" w:eastAsia="宋体" w:cs="宋体"/>
          <w:color w:val="000000"/>
        </w:rPr>
        <w:t>，点</w:t>
      </w:r>
      <w:r>
        <w:pict>
          <v:shape id="_x0000_i71987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841"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19876"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4842" o:title="eqIdb1241216f3c1cb5e73043dd1037f55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both"/>
        <w:textAlignment w:val="center"/>
        <w:rPr>
          <w:color w:val="000000"/>
        </w:rPr>
      </w:pPr>
      <w:r>
        <w:pict>
          <v:shape id="_x0000_i719877" o:spt="75" alt="学科网(www.zxxk.com)--教育资源门户，提供试卷、教案、课件、论文、素材以及各类教学资源下载，还有大量而丰富的教学相关资讯！" type="#_x0000_t75" style="height:17.9pt;width:84.9pt;" o:ole="t" filled="f" o:preferrelative="t" stroked="f" coordsize="21600,21600">
            <v:path/>
            <v:fill on="f" focussize="0,0"/>
            <v:stroke on="f" joinstyle="miter"/>
            <v:imagedata r:id="rId4843" o:title="eqId1c25dd4e57c30477cde001212d5f9e77"/>
            <o:lock v:ext="edit" aspectratio="t"/>
            <w10:wrap type="none"/>
            <w10:anchorlock/>
          </v:shape>
        </w:pict>
      </w:r>
      <w:r>
        <w:rPr>
          <w:rFonts w:ascii="宋体" w:hAnsi="宋体" w:eastAsia="宋体" w:cs="宋体"/>
          <w:color w:val="000000"/>
        </w:rPr>
        <w:t>，</w:t>
      </w:r>
      <w:r>
        <w:pict>
          <v:shape id="_x0000_i719878" o:spt="75" alt="学科网(www.zxxk.com)--教育资源门户，提供试卷、教案、课件、论文、素材以及各类教学资源下载，还有大量而丰富的教学相关资讯！" type="#_x0000_t75" style="height:20.25pt;width:126pt;" o:ole="t" filled="f" o:preferrelative="t" stroked="f" coordsize="21600,21600">
            <v:path/>
            <v:fill on="f" focussize="0,0"/>
            <v:stroke on="f" joinstyle="miter"/>
            <v:imagedata r:id="rId4844" o:title="eqId59bf1675c3bf9b84137750a207a636e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9879" o:spt="75" alt="学科网(www.zxxk.com)--教育资源门户，提供试卷、教案、课件、论文、素材以及各类教学资源下载，还有大量而丰富的教学相关资讯！" type="#_x0000_t75" style="height:18.35pt;width:54.35pt;" o:ole="t" filled="f" o:preferrelative="t" stroked="f" coordsize="21600,21600">
            <v:path/>
            <v:fill on="f" focussize="0,0"/>
            <v:stroke on="f" joinstyle="miter"/>
            <v:imagedata r:id="rId4845" o:title="eqId0ada9075126151b7d9db7ac7c10520f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9880"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4846" o:title="eqIdb1241216f3c1cb5e73043dd1037f556d"/>
            <o:lock v:ext="edit" aspectratio="t"/>
            <w10:wrap type="none"/>
            <w10:anchorlock/>
          </v:shape>
        </w:pict>
      </w:r>
      <w:r>
        <w:rPr>
          <w:rFonts w:ascii="宋体" w:hAnsi="宋体" w:eastAsia="宋体" w:cs="宋体"/>
          <w:color w:val="000000"/>
        </w:rPr>
        <w:t>不是</w:t>
      </w:r>
      <w:r>
        <w:pict>
          <v:shape id="_x0000_i719881"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47" o:title="eqId811d91ccd74b3cdb70fdd08af032a76d"/>
            <o:lock v:ext="edit" aspectratio="t"/>
            <w10:wrap type="none"/>
            <w10:anchorlock/>
          </v:shape>
        </w:pict>
      </w:r>
      <w:r>
        <w:rPr>
          <w:rFonts w:ascii="宋体" w:hAnsi="宋体" w:eastAsia="宋体" w:cs="宋体"/>
          <w:color w:val="000000"/>
        </w:rPr>
        <w:t>的“三倍关联点”；</w:t>
      </w:r>
    </w:p>
    <w:p>
      <w:pPr>
        <w:spacing w:line="360" w:lineRule="auto"/>
        <w:jc w:val="both"/>
        <w:textAlignment w:val="center"/>
        <w:rPr>
          <w:color w:val="000000"/>
        </w:rPr>
      </w:pPr>
      <w:r>
        <w:pict>
          <v:shape id="_x0000_i71988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4848" o:title="eqId16f3d198e76391779fa3badc848c8ac8"/>
            <o:lock v:ext="edit" aspectratio="t"/>
            <w10:wrap type="none"/>
            <w10:anchorlock/>
          </v:shape>
        </w:pict>
      </w:r>
      <w:r>
        <w:rPr>
          <w:rFonts w:ascii="宋体" w:hAnsi="宋体" w:eastAsia="宋体" w:cs="宋体"/>
          <w:color w:val="000000"/>
        </w:rPr>
        <w:t>点</w:t>
      </w:r>
      <w:r>
        <w:pict>
          <v:shape id="_x0000_i71988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849" o:title="eqId5963abe8f421bd99a2aaa94831a951e9"/>
            <o:lock v:ext="edit" aspectratio="t"/>
            <w10:wrap type="none"/>
            <w10:anchorlock/>
          </v:shape>
        </w:pict>
      </w:r>
      <w:r>
        <w:rPr>
          <w:rFonts w:ascii="宋体" w:hAnsi="宋体" w:eastAsia="宋体" w:cs="宋体"/>
          <w:color w:val="000000"/>
        </w:rPr>
        <w:t>表示的数为</w:t>
      </w:r>
      <w:r>
        <w:pict>
          <v:shape id="_x0000_i71988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850" o:title="eqId274a9dc37509f01c2606fb3086a46f4f"/>
            <o:lock v:ext="edit" aspectratio="t"/>
            <w10:wrap type="none"/>
            <w10:anchorlock/>
          </v:shape>
        </w:pict>
      </w:r>
      <w:r>
        <w:rPr>
          <w:rFonts w:ascii="宋体" w:hAnsi="宋体" w:eastAsia="宋体" w:cs="宋体"/>
          <w:color w:val="000000"/>
        </w:rPr>
        <w:t>，点</w:t>
      </w:r>
      <w:r>
        <w:pict>
          <v:shape id="_x0000_i71988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4851"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19886"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4852" o:title="eqId23f3ffe7abc59e2f65d827c8eab8d36a"/>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9887" o:spt="75" alt="学科网(www.zxxk.com)--教育资源门户，提供试卷、教案、课件、论文、素材以及各类教学资源下载，还有大量而丰富的教学相关资讯！" type="#_x0000_t75" style="height:18pt;width:42pt;" o:ole="t" filled="f" o:preferrelative="t" stroked="f" coordsize="21600,21600">
            <v:path/>
            <v:fill on="f" focussize="0,0"/>
            <v:stroke on="f" joinstyle="miter"/>
            <v:imagedata r:id="rId4853" o:title="eqId3cf99c603f36953cad283b48f4e5785a"/>
            <o:lock v:ext="edit" aspectratio="t"/>
            <w10:wrap type="none"/>
            <w10:anchorlock/>
          </v:shape>
        </w:pict>
      </w:r>
      <w:r>
        <w:rPr>
          <w:rFonts w:ascii="宋体" w:hAnsi="宋体" w:eastAsia="宋体" w:cs="宋体"/>
          <w:color w:val="000000"/>
        </w:rPr>
        <w:t>，</w:t>
      </w:r>
      <w:r>
        <w:pict>
          <v:shape id="_x0000_i719888" o:spt="75" alt="学科网(www.zxxk.com)--教育资源门户，提供试卷、教案、课件、论文、素材以及各类教学资源下载，还有大量而丰富的教学相关资讯！" type="#_x0000_t75" style="height:17.9pt;width:40.1pt;" o:ole="t" filled="f" o:preferrelative="t" stroked="f" coordsize="21600,21600">
            <v:path/>
            <v:fill on="f" focussize="0,0"/>
            <v:stroke on="f" joinstyle="miter"/>
            <v:imagedata r:id="rId4854" o:title="eqIddfc263f326e31d6e61f361e969549fa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pict>
          <v:shape id="_x0000_i719889" o:spt="75" alt="学科网(www.zxxk.com)--教育资源门户，提供试卷、教案、课件、论文、素材以及各类教学资源下载，还有大量而丰富的教学相关资讯！" type="#_x0000_t75" style="height:17.9pt;width:61.95pt;" o:ole="t" filled="f" o:preferrelative="t" stroked="f" coordsize="21600,21600">
            <v:path/>
            <v:fill on="f" focussize="0,0"/>
            <v:stroke on="f" joinstyle="miter"/>
            <v:imagedata r:id="rId4855" o:title="eqId00f7b910f9ba5bdfdd519fa364e8894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19890"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4856" o:title="eqId57830d14d3c9d800d36a77abaae4c7d0"/>
            <o:lock v:ext="edit" aspectratio="t"/>
            <w10:wrap type="none"/>
            <w10:anchorlock/>
          </v:shape>
        </w:pict>
      </w:r>
      <w:r>
        <w:rPr>
          <w:rFonts w:ascii="宋体" w:hAnsi="宋体" w:eastAsia="宋体" w:cs="宋体"/>
          <w:color w:val="000000"/>
        </w:rPr>
        <w:t>是</w:t>
      </w:r>
      <w:r>
        <w:pict>
          <v:shape id="_x0000_i719891"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57" o:title="eqId811d91ccd74b3cdb70fdd08af032a76d"/>
            <o:lock v:ext="edit" aspectratio="t"/>
            <w10:wrap type="none"/>
            <w10:anchorlock/>
          </v:shape>
        </w:pict>
      </w:r>
      <w:r>
        <w:rPr>
          <w:rFonts w:ascii="宋体" w:hAnsi="宋体" w:eastAsia="宋体" w:cs="宋体"/>
          <w:color w:val="000000"/>
        </w:rPr>
        <w:t>的“三倍关联点”；</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设</w:t>
      </w:r>
      <w:r>
        <w:pict>
          <v:shape id="_x0000_i71989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58" o:title="eqIdc5db41a1f31d6baee7c69990811edb9f"/>
            <o:lock v:ext="edit" aspectratio="t"/>
            <w10:wrap type="none"/>
            <w10:anchorlock/>
          </v:shape>
        </w:pict>
      </w:r>
      <w:r>
        <w:rPr>
          <w:rFonts w:ascii="宋体" w:hAnsi="宋体" w:eastAsia="宋体" w:cs="宋体"/>
          <w:color w:val="000000"/>
        </w:rPr>
        <w:t>对应的数为</w:t>
      </w:r>
      <w:r>
        <w:pict>
          <v:shape id="_x0000_i71989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859" o:title="eqId81dea63b8ce3e51adf66cf7b9982a24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894" o:spt="75" alt="学科网(www.zxxk.com)--教育资源门户，提供试卷、教案、课件、论文、素材以及各类教学资源下载，还有大量而丰富的教学相关资讯！" type="#_x0000_t75" style="height:21.75pt;width:113.25pt;" o:ole="t" filled="f" o:preferrelative="t" stroked="f" coordsize="21600,21600">
            <v:path/>
            <v:fill on="f" focussize="0,0"/>
            <v:stroke on="f" joinstyle="miter"/>
            <v:imagedata r:id="rId4860" o:title="eqId9304deeb80c5ea2bd239a40a231f240f"/>
            <o:lock v:ext="edit" aspectratio="t"/>
            <w10:wrap type="none"/>
            <w10:anchorlock/>
          </v:shape>
        </w:pict>
      </w:r>
      <w:r>
        <w:rPr>
          <w:rFonts w:ascii="宋体" w:hAnsi="宋体" w:eastAsia="宋体" w:cs="宋体"/>
          <w:color w:val="000000"/>
        </w:rPr>
        <w:t>，</w:t>
      </w:r>
      <w:r>
        <w:pict>
          <v:shape id="_x0000_i719895" o:spt="75" alt="学科网(www.zxxk.com)--教育资源门户，提供试卷、教案、课件、论文、素材以及各类教学资源下载，还有大量而丰富的教学相关资讯！" type="#_x0000_t75" style="height:20.25pt;width:57.75pt;" o:ole="t" filled="f" o:preferrelative="t" stroked="f" coordsize="21600,21600">
            <v:path/>
            <v:fill on="f" focussize="0,0"/>
            <v:stroke on="f" joinstyle="miter"/>
            <v:imagedata r:id="rId4861" o:title="eqId88f432b5af4098e141e5beea79ec8a6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是</w:t>
      </w:r>
      <w:r>
        <w:pict>
          <v:shape id="_x0000_i719896"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62" o:title="eqId811d91ccd74b3cdb70fdd08af032a76d"/>
            <o:lock v:ext="edit" aspectratio="t"/>
            <w10:wrap type="none"/>
            <w10:anchorlock/>
          </v:shape>
        </w:pict>
      </w:r>
      <w:r>
        <w:rPr>
          <w:rFonts w:ascii="宋体" w:hAnsi="宋体" w:eastAsia="宋体" w:cs="宋体"/>
          <w:color w:val="000000"/>
        </w:rPr>
        <w:t>的“三倍关联点”时，</w:t>
      </w:r>
    </w:p>
    <w:p>
      <w:pPr>
        <w:spacing w:line="360" w:lineRule="auto"/>
        <w:jc w:val="left"/>
        <w:textAlignment w:val="center"/>
        <w:rPr>
          <w:color w:val="000000"/>
        </w:rPr>
      </w:pPr>
      <w:r>
        <w:rPr>
          <w:rFonts w:ascii="宋体" w:hAnsi="宋体" w:eastAsia="宋体" w:cs="宋体"/>
          <w:color w:val="000000"/>
        </w:rPr>
        <w:t>∴</w:t>
      </w:r>
      <w:r>
        <w:pict>
          <v:shape id="_x0000_i719897" o:spt="75" alt="学科网(www.zxxk.com)--教育资源门户，提供试卷、教案、课件、论文、素材以及各类教学资源下载，还有大量而丰富的教学相关资讯！" type="#_x0000_t75" style="height:13.5pt;width:51pt;" o:ole="t" filled="f" o:preferrelative="t" stroked="f" coordsize="21600,21600">
            <v:path/>
            <v:fill on="f" focussize="0,0"/>
            <v:stroke on="f" joinstyle="miter"/>
            <v:imagedata r:id="rId4863" o:title="eqIda6fbb94bda47d2801947a65a2d19d893"/>
            <o:lock v:ext="edit" aspectratio="t"/>
            <w10:wrap type="none"/>
            <w10:anchorlock/>
          </v:shape>
        </w:pict>
      </w:r>
      <w:r>
        <w:rPr>
          <w:rFonts w:ascii="宋体" w:hAnsi="宋体" w:eastAsia="宋体" w:cs="宋体"/>
          <w:color w:val="000000"/>
        </w:rPr>
        <w:t>，</w:t>
      </w:r>
      <w:r>
        <w:pict>
          <v:shape id="_x0000_i719898"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864" o:title="eqId8568f28f5ccf3a45aada3c490befa55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899" o:spt="75" alt="学科网(www.zxxk.com)--教育资源门户，提供试卷、教案、课件、论文、素材以及各类教学资源下载，还有大量而丰富的教学相关资讯！" type="#_x0000_t75" style="height:13.5pt;width:51pt;" o:ole="t" filled="f" o:preferrelative="t" stroked="f" coordsize="21600,21600">
            <v:path/>
            <v:fill on="f" focussize="0,0"/>
            <v:stroke on="f" joinstyle="miter"/>
            <v:imagedata r:id="rId4865" o:title="eqIda6fbb94bda47d2801947a65a2d19d893"/>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w:t>
      </w:r>
      <w:r>
        <w:pict>
          <v:shape id="_x0000_i719900" o:spt="75" alt="学科网(www.zxxk.com)--教育资源门户，提供试卷、教案、课件、论文、素材以及各类教学资源下载，还有大量而丰富的教学相关资讯！" type="#_x0000_t75" style="height:20.25pt;width:117.75pt;" o:ole="t" filled="f" o:preferrelative="t" stroked="f" coordsize="21600,21600">
            <v:path/>
            <v:fill on="f" focussize="0,0"/>
            <v:stroke on="f" joinstyle="miter"/>
            <v:imagedata r:id="rId4866" o:title="eqIde3c3e762f6d60dff1dd6ca85ff0d525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01" o:spt="75" alt="学科网(www.zxxk.com)--教育资源门户，提供试卷、教案、课件、论文、素材以及各类教学资源下载，还有大量而丰富的教学相关资讯！" type="#_x0000_t75" style="height:13.95pt;width:65.9pt;" o:ole="t" filled="f" o:preferrelative="t" stroked="f" coordsize="21600,21600">
            <v:path/>
            <v:fill on="f" focussize="0,0"/>
            <v:stroke on="f" joinstyle="miter"/>
            <v:imagedata r:id="rId4867" o:title="eqId50b00d0ceb7857e1efedd23a846b2275"/>
            <o:lock v:ext="edit" aspectratio="t"/>
            <w10:wrap type="none"/>
            <w10:anchorlock/>
          </v:shape>
        </w:pict>
      </w:r>
      <w:r>
        <w:rPr>
          <w:rFonts w:ascii="宋体" w:hAnsi="宋体" w:eastAsia="宋体" w:cs="宋体"/>
          <w:color w:val="000000"/>
        </w:rPr>
        <w:t>或</w:t>
      </w:r>
      <w:r>
        <w:pict>
          <v:shape id="_x0000_i719902" o:spt="75" alt="学科网(www.zxxk.com)--教育资源门户，提供试卷、教案、课件、论文、素材以及各类教学资源下载，还有大量而丰富的教学相关资讯！" type="#_x0000_t75" style="height:13.95pt;width:82.05pt;" o:ole="t" filled="f" o:preferrelative="t" stroked="f" coordsize="21600,21600">
            <v:path/>
            <v:fill on="f" focussize="0,0"/>
            <v:stroke on="f" joinstyle="miter"/>
            <v:imagedata r:id="rId4868" o:title="eqId40423b3cf4737f81a0db3610893bc22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903" o:spt="75" alt="学科网(www.zxxk.com)--教育资源门户，提供试卷、教案、课件、论文、素材以及各类教学资源下载，还有大量而丰富的教学相关资讯！" type="#_x0000_t75" style="height:13.2pt;width:28.2pt;" o:ole="t" filled="f" o:preferrelative="t" stroked="f" coordsize="21600,21600">
            <v:path/>
            <v:fill on="f" focussize="0,0"/>
            <v:stroke on="f" joinstyle="miter"/>
            <v:imagedata r:id="rId4869" o:title="eqIdc2c9d44deafbbbb631c4c0db884c8874"/>
            <o:lock v:ext="edit" aspectratio="t"/>
            <w10:wrap type="none"/>
            <w10:anchorlock/>
          </v:shape>
        </w:pict>
      </w:r>
      <w:r>
        <w:rPr>
          <w:rFonts w:ascii="宋体" w:hAnsi="宋体" w:eastAsia="宋体" w:cs="宋体"/>
          <w:color w:val="000000"/>
        </w:rPr>
        <w:t>或</w:t>
      </w:r>
      <w:r>
        <w:pict>
          <v:shape id="_x0000_i719904" o:spt="75" alt="学科网(www.zxxk.com)--教育资源门户，提供试卷、教案、课件、论文、素材以及各类教学资源下载，还有大量而丰富的教学相关资讯！" type="#_x0000_t75" style="height:14.15pt;width:26.1pt;" o:ole="t" filled="f" o:preferrelative="t" stroked="f" coordsize="21600,21600">
            <v:path/>
            <v:fill on="f" focussize="0,0"/>
            <v:stroke on="f" joinstyle="miter"/>
            <v:imagedata r:id="rId4870" o:title="eqId9b384412acba251d87902ab928902f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905"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871" o:title="eqId8568f28f5ccf3a45aada3c490befa55a"/>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w:t>
      </w:r>
      <w:r>
        <w:pict>
          <v:shape id="_x0000_i719906" o:spt="75" alt="学科网(www.zxxk.com)--教育资源门户，提供试卷、教案、课件、论文、素材以及各类教学资源下载，还有大量而丰富的教学相关资讯！" type="#_x0000_t75" style="height:20.25pt;width:123pt;" o:ole="t" filled="f" o:preferrelative="t" stroked="f" coordsize="21600,21600">
            <v:path/>
            <v:fill on="f" focussize="0,0"/>
            <v:stroke on="f" joinstyle="miter"/>
            <v:imagedata r:id="rId4872" o:title="eqIdcc4cadda8633020ea1e39e889505b6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07" o:spt="75" alt="学科网(www.zxxk.com)--教育资源门户，提供试卷、教案、课件、论文、素材以及各类教学资源下载，还有大量而丰富的教学相关资讯！" type="#_x0000_t75" style="height:13.95pt;width:69.85pt;" o:ole="t" filled="f" o:preferrelative="t" stroked="f" coordsize="21600,21600">
            <v:path/>
            <v:fill on="f" focussize="0,0"/>
            <v:stroke on="f" joinstyle="miter"/>
            <v:imagedata r:id="rId4873" o:title="eqIdcc0c18ce485697d14155e383ff3bd20c"/>
            <o:lock v:ext="edit" aspectratio="t"/>
            <w10:wrap type="none"/>
            <w10:anchorlock/>
          </v:shape>
        </w:pict>
      </w:r>
      <w:r>
        <w:rPr>
          <w:rFonts w:ascii="宋体" w:hAnsi="宋体" w:eastAsia="宋体" w:cs="宋体"/>
          <w:color w:val="000000"/>
        </w:rPr>
        <w:t>或</w:t>
      </w:r>
      <w:r>
        <w:pict>
          <v:shape id="_x0000_i719908" o:spt="75" alt="学科网(www.zxxk.com)--教育资源门户，提供试卷、教案、课件、论文、素材以及各类教学资源下载，还有大量而丰富的教学相关资讯！" type="#_x0000_t75" style="height:13.95pt;width:87.05pt;" o:ole="t" filled="f" o:preferrelative="t" stroked="f" coordsize="21600,21600">
            <v:path/>
            <v:fill on="f" focussize="0,0"/>
            <v:stroke on="f" joinstyle="miter"/>
            <v:imagedata r:id="rId4874" o:title="eqIddd6594baf5c56210ee4dacf1cb4d8c4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909" o:spt="75" alt="学科网(www.zxxk.com)--教育资源门户，提供试卷、教案、课件、论文、素材以及各类教学资源下载，还有大量而丰富的教学相关资讯！" type="#_x0000_t75" style="height:13pt;width:31pt;" o:ole="t" filled="f" o:preferrelative="t" stroked="f" coordsize="21600,21600">
            <v:path/>
            <v:fill on="f" focussize="0,0"/>
            <v:stroke on="f" joinstyle="miter"/>
            <v:imagedata r:id="rId4875" o:title="eqId0fdc38632d93f9f67e377e36666baf79"/>
            <o:lock v:ext="edit" aspectratio="t"/>
            <w10:wrap type="none"/>
            <w10:anchorlock/>
          </v:shape>
        </w:pict>
      </w:r>
      <w:r>
        <w:rPr>
          <w:rFonts w:ascii="宋体" w:hAnsi="宋体" w:eastAsia="宋体" w:cs="宋体"/>
          <w:color w:val="000000"/>
        </w:rPr>
        <w:t>或</w:t>
      </w:r>
      <w:r>
        <w:pict>
          <v:shape id="_x0000_i71991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4876" o:title="eqIdba53065eb180a682305fddb95d14b6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rPr>
          <w:rFonts w:ascii="Times New Roman" w:hAnsi="Times New Roman" w:eastAsia="Times New Roman" w:cs="Times New Roman"/>
          <w:i/>
          <w:color w:val="000000"/>
        </w:rPr>
        <w:t>C</w:t>
      </w:r>
      <w:r>
        <w:rPr>
          <w:rFonts w:ascii="宋体" w:hAnsi="宋体" w:eastAsia="宋体" w:cs="宋体"/>
          <w:color w:val="000000"/>
        </w:rPr>
        <w:t>对应的数为：</w:t>
      </w:r>
      <w:r>
        <w:pict>
          <v:shape id="_x0000_i719911"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877" o:title="eqId8b06e95b57b7a81cd81d05557a11fa92"/>
            <o:lock v:ext="edit" aspectratio="t"/>
            <w10:wrap type="none"/>
            <w10:anchorlock/>
          </v:shape>
        </w:pict>
      </w:r>
      <w:r>
        <w:rPr>
          <w:rFonts w:ascii="宋体" w:hAnsi="宋体" w:eastAsia="宋体" w:cs="宋体"/>
          <w:color w:val="000000"/>
        </w:rPr>
        <w:t>或</w:t>
      </w:r>
      <w:r>
        <w:pict>
          <v:shape id="_x0000_i719912"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878" o:title="eqIdbdaa19de263700a15fcf213d64a8cd57"/>
            <o:lock v:ext="edit" aspectratio="t"/>
            <w10:wrap type="none"/>
            <w10:anchorlock/>
          </v:shape>
        </w:pict>
      </w:r>
      <w:r>
        <w:rPr>
          <w:rFonts w:ascii="宋体" w:hAnsi="宋体" w:eastAsia="宋体" w:cs="宋体"/>
          <w:color w:val="000000"/>
        </w:rPr>
        <w:t>或</w:t>
      </w:r>
      <w:r>
        <w:pict>
          <v:shape id="_x0000_i71991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4879" o:title="eqIdd3aab28a20b5bf47040aaec03b1eb550"/>
            <o:lock v:ext="edit" aspectratio="t"/>
            <w10:wrap type="none"/>
            <w10:anchorlock/>
          </v:shape>
        </w:pict>
      </w:r>
      <w:r>
        <w:rPr>
          <w:rFonts w:ascii="宋体" w:hAnsi="宋体" w:eastAsia="宋体" w:cs="宋体"/>
          <w:color w:val="000000"/>
        </w:rPr>
        <w:t>或</w:t>
      </w:r>
      <w:r>
        <w:pict>
          <v:shape id="_x0000_i719914"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4880" o:title="eqId81fb134b2b48acc99213fff6ccfee65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如图，当</w:t>
      </w:r>
      <w:r>
        <w:rPr>
          <w:rFonts w:ascii="Times New Roman" w:hAnsi="Times New Roman" w:eastAsia="Times New Roman" w:cs="Times New Roman"/>
          <w:i/>
          <w:color w:val="000000"/>
        </w:rPr>
        <w:t>A</w:t>
      </w:r>
      <w:r>
        <w:rPr>
          <w:rFonts w:ascii="宋体" w:hAnsi="宋体" w:eastAsia="宋体" w:cs="宋体"/>
          <w:color w:val="000000"/>
        </w:rPr>
        <w:t>在</w:t>
      </w:r>
      <w:r>
        <w:rPr>
          <w:rFonts w:ascii="Times New Roman" w:hAnsi="Times New Roman" w:eastAsia="Times New Roman" w:cs="Times New Roman"/>
          <w:i/>
          <w:color w:val="000000"/>
        </w:rPr>
        <w:t>C</w:t>
      </w:r>
      <w:r>
        <w:rPr>
          <w:rFonts w:ascii="宋体" w:hAnsi="宋体" w:eastAsia="宋体" w:cs="宋体"/>
          <w:color w:val="000000"/>
        </w:rPr>
        <w:t>的右边时，其中</w:t>
      </w:r>
      <w:r>
        <w:pict>
          <v:shape id="_x0000_i71991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881" o:title="eqId0b83a660527359758db64e6566466293"/>
            <o:lock v:ext="edit" aspectratio="t"/>
            <w10:wrap type="none"/>
            <w10:anchorlock/>
          </v:shape>
        </w:pict>
      </w:r>
      <w:r>
        <w:rPr>
          <w:rFonts w:ascii="宋体" w:hAnsi="宋体" w:eastAsia="宋体" w:cs="宋体"/>
          <w:color w:val="000000"/>
        </w:rPr>
        <w:t>，点</w:t>
      </w:r>
      <w:r>
        <w:pict>
          <v:shape id="_x0000_i719916"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82" o:title="eqIdc5db41a1f31d6baee7c69990811edb9f"/>
            <o:lock v:ext="edit" aspectratio="t"/>
            <w10:wrap type="none"/>
            <w10:anchorlock/>
          </v:shape>
        </w:pict>
      </w:r>
      <w:r>
        <w:rPr>
          <w:rFonts w:ascii="宋体" w:hAnsi="宋体" w:eastAsia="宋体" w:cs="宋体"/>
          <w:color w:val="000000"/>
        </w:rPr>
        <w:t>是</w:t>
      </w:r>
      <w:r>
        <w:pict>
          <v:shape id="_x0000_i719917"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83" o:title="eqId811d91ccd74b3cdb70fdd08af032a76d"/>
            <o:lock v:ext="edit" aspectratio="t"/>
            <w10:wrap type="none"/>
            <w10:anchorlock/>
          </v:shape>
        </w:pict>
      </w:r>
      <w:r>
        <w:rPr>
          <w:rFonts w:ascii="宋体" w:hAnsi="宋体" w:eastAsia="宋体" w:cs="宋体"/>
          <w:color w:val="000000"/>
        </w:rPr>
        <w:t>的“三倍关联点”， 点</w:t>
      </w:r>
      <w:r>
        <w:pict>
          <v:shape id="_x0000_i71991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82" o:title="eqIdc5db41a1f31d6baee7c69990811edb9f"/>
            <o:lock v:ext="edit" aspectratio="t"/>
            <w10:wrap type="none"/>
            <w10:anchorlock/>
          </v:shape>
        </w:pict>
      </w:r>
      <w:r>
        <w:rPr>
          <w:rFonts w:ascii="宋体" w:hAnsi="宋体" w:eastAsia="宋体" w:cs="宋体"/>
          <w:color w:val="000000"/>
        </w:rPr>
        <w:t>表示的数的最大值为</w:t>
      </w:r>
      <w:r>
        <w:pict>
          <v:shape id="_x0000_i719919"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884" o:title="eqIdbdaa19de263700a15fcf213d64a8cd57"/>
            <o:lock v:ext="edit" aspectratio="t"/>
            <w10:wrap type="none"/>
            <w10:anchorlock/>
          </v:shape>
        </w:pict>
      </w:r>
      <w:r>
        <w:rPr>
          <w:rFonts w:ascii="宋体" w:hAnsi="宋体" w:eastAsia="宋体" w:cs="宋体"/>
          <w:color w:val="000000"/>
        </w:rPr>
        <w:t>，最小值为</w:t>
      </w:r>
      <w:r>
        <w:pict>
          <v:shape id="_x0000_i719920"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885" o:title="eqId398b6d2ea465eebceb77ef1dbbdfc58c"/>
            <o:lock v:ext="edit" aspectratio="t"/>
            <w10:wrap type="none"/>
            <w10:anchorlock/>
          </v:shape>
        </w:pict>
      </w:r>
      <w:r>
        <w:rPr>
          <w:rFonts w:ascii="宋体" w:hAnsi="宋体" w:eastAsia="宋体" w:cs="宋体"/>
          <w:color w:val="000000"/>
        </w:rPr>
        <w:t>，设</w:t>
      </w:r>
      <w:r>
        <w:pict>
          <v:shape id="_x0000_i719921"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82" o:title="eqIdc5db41a1f31d6baee7c69990811edb9f"/>
            <o:lock v:ext="edit" aspectratio="t"/>
            <w10:wrap type="none"/>
            <w10:anchorlock/>
          </v:shape>
        </w:pict>
      </w:r>
      <w:r>
        <w:rPr>
          <w:rFonts w:ascii="宋体" w:hAnsi="宋体" w:eastAsia="宋体" w:cs="宋体"/>
          <w:color w:val="000000"/>
        </w:rPr>
        <w:t>对应的数为</w:t>
      </w:r>
      <w:r>
        <w:pict>
          <v:shape id="_x0000_i719922"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4886" o:title="eqIdd053b14c8588eee2acbbe44fc37a688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724150" cy="342900"/>
            <wp:effectExtent l="0" t="0" r="0" b="0"/>
            <wp:docPr id="3865"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6" name="图片 100067" descr="学科网(www.zxxk.com)--教育资源门户，提供试卷、教案、课件、论文、素材以及各类教学资源下载，还有大量而丰富的教学相关资讯！"/>
                    <pic:cNvPicPr>
                      <a:picLocks noChangeAspect="1"/>
                    </pic:cNvPicPr>
                  </pic:nvPicPr>
                  <pic:blipFill>
                    <a:blip r:embed="rId4887"/>
                    <a:stretch>
                      <a:fillRect/>
                    </a:stretch>
                  </pic:blipFill>
                  <pic:spPr>
                    <a:xfrm>
                      <a:off x="0" y="0"/>
                      <a:ext cx="2724150" cy="342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19923"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888" o:title="eqId8568f28f5ccf3a45aada3c490befa55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24" o:spt="75" alt="学科网(www.zxxk.com)--教育资源门户，提供试卷、教案、课件、论文、素材以及各类教学资源下载，还有大量而丰富的教学相关资讯！" type="#_x0000_t75" style="height:20.25pt;width:78pt;" o:ole="t" filled="f" o:preferrelative="t" stroked="f" coordsize="21600,21600">
            <v:path/>
            <v:fill on="f" focussize="0,0"/>
            <v:stroke on="f" joinstyle="miter"/>
            <v:imagedata r:id="rId4889" o:title="eqId9fa3a6ee995cdbed592a24dfaf20ed6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25" o:spt="75" alt="学科网(www.zxxk.com)--教育资源门户，提供试卷、教案、课件、论文、素材以及各类教学资源下载，还有大量而丰富的教学相关资讯！" type="#_x0000_t75" style="height:31.15pt;width:51.95pt;" o:ole="t" filled="f" o:preferrelative="t" stroked="f" coordsize="21600,21600">
            <v:path/>
            <v:fill on="f" focussize="0,0"/>
            <v:stroke on="f" joinstyle="miter"/>
            <v:imagedata r:id="rId4890" o:title="eqId6683b079c9a563a9fee7627d16c79034"/>
            <o:lock v:ext="edit" aspectratio="t"/>
            <w10:wrap type="none"/>
            <w10:anchorlock/>
          </v:shape>
        </w:pict>
      </w:r>
      <w:r>
        <w:rPr>
          <w:rFonts w:ascii="宋体" w:hAnsi="宋体" w:eastAsia="宋体" w:cs="宋体"/>
          <w:color w:val="000000"/>
        </w:rPr>
        <w:t>，而</w:t>
      </w:r>
      <w:r>
        <w:pict>
          <v:shape id="_x0000_i719926" o:spt="75" alt="学科网(www.zxxk.com)--教育资源门户，提供试卷、教案、课件、论文、素材以及各类教学资源下载，还有大量而丰富的教学相关资讯！" type="#_x0000_t75" style="height:16.2pt;width:51.9pt;" o:ole="t" filled="f" o:preferrelative="t" stroked="f" coordsize="21600,21600">
            <v:path/>
            <v:fill on="f" focussize="0,0"/>
            <v:stroke on="f" joinstyle="miter"/>
            <v:imagedata r:id="rId4891" o:title="eqIda9b06b190b43f7dd6de243d445acf82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27" o:spt="75" alt="学科网(www.zxxk.com)--教育资源门户，提供试卷、教案、课件、论文、素材以及各类教学资源下载，还有大量而丰富的教学相关资讯！" type="#_x0000_t75" style="height:31.15pt;width:73.05pt;" o:ole="t" filled="f" o:preferrelative="t" stroked="f" coordsize="21600,21600">
            <v:path/>
            <v:fill on="f" focussize="0,0"/>
            <v:stroke on="f" joinstyle="miter"/>
            <v:imagedata r:id="rId4892" o:title="eqIdc3d613490502b777bdd5dae206a9c35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928" o:spt="75" alt="学科网(www.zxxk.com)--教育资源门户，提供试卷、教案、课件、论文、素材以及各类教学资源下载，还有大量而丰富的教学相关资讯！" type="#_x0000_t75" style="height:30.75pt;width:54pt;" o:ole="t" filled="f" o:preferrelative="t" stroked="f" coordsize="21600,21600">
            <v:path/>
            <v:fill on="f" focussize="0,0"/>
            <v:stroke on="f" joinstyle="miter"/>
            <v:imagedata r:id="rId4893" o:title="eqIdb4373e781d0bb8c4ff69c6a9c60461f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如图，当</w:t>
      </w:r>
      <w:r>
        <w:rPr>
          <w:rFonts w:ascii="Times New Roman" w:hAnsi="Times New Roman" w:eastAsia="Times New Roman" w:cs="Times New Roman"/>
          <w:i/>
          <w:color w:val="000000"/>
        </w:rPr>
        <w:t>A</w:t>
      </w:r>
      <w:r>
        <w:rPr>
          <w:rFonts w:ascii="宋体" w:hAnsi="宋体" w:eastAsia="宋体" w:cs="宋体"/>
          <w:color w:val="000000"/>
        </w:rPr>
        <w:t>在</w:t>
      </w:r>
      <w:r>
        <w:rPr>
          <w:rFonts w:ascii="Times New Roman" w:hAnsi="Times New Roman" w:eastAsia="Times New Roman" w:cs="Times New Roman"/>
          <w:i/>
          <w:color w:val="000000"/>
        </w:rPr>
        <w:t>C</w:t>
      </w:r>
      <w:r>
        <w:rPr>
          <w:rFonts w:ascii="宋体" w:hAnsi="宋体" w:eastAsia="宋体" w:cs="宋体"/>
          <w:color w:val="000000"/>
        </w:rPr>
        <w:t>的左边时，其中</w:t>
      </w:r>
      <w:r>
        <w:pict>
          <v:shape id="_x0000_i719929"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894" o:title="eqId0b83a660527359758db64e6566466293"/>
            <o:lock v:ext="edit" aspectratio="t"/>
            <w10:wrap type="none"/>
            <w10:anchorlock/>
          </v:shape>
        </w:pict>
      </w:r>
      <w:r>
        <w:rPr>
          <w:rFonts w:ascii="宋体" w:hAnsi="宋体" w:eastAsia="宋体" w:cs="宋体"/>
          <w:color w:val="000000"/>
        </w:rPr>
        <w:t>，点</w:t>
      </w:r>
      <w:r>
        <w:pict>
          <v:shape id="_x0000_i719930"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95" o:title="eqIdc5db41a1f31d6baee7c69990811edb9f"/>
            <o:lock v:ext="edit" aspectratio="t"/>
            <w10:wrap type="none"/>
            <w10:anchorlock/>
          </v:shape>
        </w:pict>
      </w:r>
      <w:r>
        <w:rPr>
          <w:rFonts w:ascii="宋体" w:hAnsi="宋体" w:eastAsia="宋体" w:cs="宋体"/>
          <w:color w:val="000000"/>
        </w:rPr>
        <w:t>是</w:t>
      </w:r>
      <w:r>
        <w:pict>
          <v:shape id="_x0000_i719931" o:spt="75" alt="学科网(www.zxxk.com)--教育资源门户，提供试卷、教案、课件、论文、素材以及各类教学资源下载，还有大量而丰富的教学相关资讯！" type="#_x0000_t75" style="height:20.25pt;width:33pt;" o:ole="t" filled="f" o:preferrelative="t" stroked="f" coordsize="21600,21600">
            <v:path/>
            <v:fill on="f" focussize="0,0"/>
            <v:stroke on="f" joinstyle="miter"/>
            <v:imagedata r:id="rId4896" o:title="eqId811d91ccd74b3cdb70fdd08af032a76d"/>
            <o:lock v:ext="edit" aspectratio="t"/>
            <w10:wrap type="none"/>
            <w10:anchorlock/>
          </v:shape>
        </w:pict>
      </w:r>
      <w:r>
        <w:rPr>
          <w:rFonts w:ascii="宋体" w:hAnsi="宋体" w:eastAsia="宋体" w:cs="宋体"/>
          <w:color w:val="000000"/>
        </w:rPr>
        <w:t>的“三倍关联点”， 点</w:t>
      </w:r>
      <w:r>
        <w:pict>
          <v:shape id="_x0000_i719932"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95" o:title="eqIdc5db41a1f31d6baee7c69990811edb9f"/>
            <o:lock v:ext="edit" aspectratio="t"/>
            <w10:wrap type="none"/>
            <w10:anchorlock/>
          </v:shape>
        </w:pict>
      </w:r>
      <w:r>
        <w:rPr>
          <w:rFonts w:ascii="宋体" w:hAnsi="宋体" w:eastAsia="宋体" w:cs="宋体"/>
          <w:color w:val="000000"/>
        </w:rPr>
        <w:t>表示的数的最大值为</w:t>
      </w:r>
      <w:r>
        <w:pict>
          <v:shape id="_x0000_i719933"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4897" o:title="eqIdbdaa19de263700a15fcf213d64a8cd57"/>
            <o:lock v:ext="edit" aspectratio="t"/>
            <w10:wrap type="none"/>
            <w10:anchorlock/>
          </v:shape>
        </w:pict>
      </w:r>
      <w:r>
        <w:rPr>
          <w:rFonts w:ascii="宋体" w:hAnsi="宋体" w:eastAsia="宋体" w:cs="宋体"/>
          <w:color w:val="000000"/>
        </w:rPr>
        <w:t>，最小值为</w:t>
      </w:r>
      <w:r>
        <w:pict>
          <v:shape id="_x0000_i71993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4898" o:title="eqId398b6d2ea465eebceb77ef1dbbdfc58c"/>
            <o:lock v:ext="edit" aspectratio="t"/>
            <w10:wrap type="none"/>
            <w10:anchorlock/>
          </v:shape>
        </w:pict>
      </w:r>
      <w:r>
        <w:rPr>
          <w:rFonts w:ascii="宋体" w:hAnsi="宋体" w:eastAsia="宋体" w:cs="宋体"/>
          <w:color w:val="000000"/>
        </w:rPr>
        <w:t>，设</w:t>
      </w:r>
      <w:r>
        <w:pict>
          <v:shape id="_x0000_i719935"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4895" o:title="eqIdc5db41a1f31d6baee7c69990811edb9f"/>
            <o:lock v:ext="edit" aspectratio="t"/>
            <w10:wrap type="none"/>
            <w10:anchorlock/>
          </v:shape>
        </w:pict>
      </w:r>
      <w:r>
        <w:rPr>
          <w:rFonts w:ascii="宋体" w:hAnsi="宋体" w:eastAsia="宋体" w:cs="宋体"/>
          <w:color w:val="000000"/>
        </w:rPr>
        <w:t>对应的数为</w:t>
      </w:r>
      <w:r>
        <w:pict>
          <v:shape id="_x0000_i719936"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4899" o:title="eqIdd053b14c8588eee2acbbe44fc37a688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37"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900" o:title="eqId8568f28f5ccf3a45aada3c490befa55a"/>
            <o:lock v:ext="edit" aspectratio="t"/>
            <w10:wrap type="none"/>
            <w10:anchorlock/>
          </v:shape>
        </w:pict>
      </w:r>
      <w:r>
        <w:rPr>
          <w:rFonts w:ascii="宋体" w:hAnsi="宋体" w:eastAsia="宋体" w:cs="宋体"/>
          <w:color w:val="000000"/>
        </w:rPr>
        <w:t>或</w:t>
      </w:r>
      <w:r>
        <w:pict>
          <v:shape id="_x0000_i719938" o:spt="75" alt="学科网(www.zxxk.com)--教育资源门户，提供试卷、教案、课件、论文、素材以及各类教学资源下载，还有大量而丰富的教学相关资讯！" type="#_x0000_t75" style="height:13.5pt;width:51pt;" o:ole="t" filled="f" o:preferrelative="t" stroked="f" coordsize="21600,21600">
            <v:path/>
            <v:fill on="f" focussize="0,0"/>
            <v:stroke on="f" joinstyle="miter"/>
            <v:imagedata r:id="rId4901" o:title="eqIda6fbb94bda47d2801947a65a2d19d89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905125" cy="361950"/>
            <wp:effectExtent l="0" t="0" r="0" b="0"/>
            <wp:docPr id="3867"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8" name="图片 100069" descr="学科网(www.zxxk.com)--教育资源门户，提供试卷、教案、课件、论文、素材以及各类教学资源下载，还有大量而丰富的教学相关资讯！"/>
                    <pic:cNvPicPr>
                      <a:picLocks noChangeAspect="1"/>
                    </pic:cNvPicPr>
                  </pic:nvPicPr>
                  <pic:blipFill>
                    <a:blip r:embed="rId4902"/>
                    <a:stretch>
                      <a:fillRect/>
                    </a:stretch>
                  </pic:blipFill>
                  <pic:spPr>
                    <a:xfrm>
                      <a:off x="0" y="0"/>
                      <a:ext cx="2905125" cy="361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当</w:t>
      </w:r>
      <w:r>
        <w:pict>
          <v:shape id="_x0000_i719939" o:spt="75" alt="学科网(www.zxxk.com)--教育资源门户，提供试卷、教案、课件、论文、素材以及各类教学资源下载，还有大量而丰富的教学相关资讯！" type="#_x0000_t75" style="height:12.75pt;width:47.25pt;" o:ole="t" filled="f" o:preferrelative="t" stroked="f" coordsize="21600,21600">
            <v:path/>
            <v:fill on="f" focussize="0,0"/>
            <v:stroke on="f" joinstyle="miter"/>
            <v:imagedata r:id="rId4903" o:title="eqId8568f28f5ccf3a45aada3c490befa55a"/>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w:t>
      </w:r>
      <w:r>
        <w:pict>
          <v:shape id="_x0000_i719940" o:spt="75" alt="学科网(www.zxxk.com)--教育资源门户，提供试卷、教案、课件、论文、素材以及各类教学资源下载，还有大量而丰富的教学相关资讯！" type="#_x0000_t75" style="height:20.25pt;width:78pt;" o:ole="t" filled="f" o:preferrelative="t" stroked="f" coordsize="21600,21600">
            <v:path/>
            <v:fill on="f" focussize="0,0"/>
            <v:stroke on="f" joinstyle="miter"/>
            <v:imagedata r:id="rId4904" o:title="eqId2b20451cbf1a54b2f03ae0b644c1544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941" o:spt="75" alt="学科网(www.zxxk.com)--教育资源门户，提供试卷、教案、课件、论文、素材以及各类教学资源下载，还有大量而丰富的教学相关资讯！" type="#_x0000_t75" style="height:31.15pt;width:51.95pt;" o:ole="t" filled="f" o:preferrelative="t" stroked="f" coordsize="21600,21600">
            <v:path/>
            <v:fill on="f" focussize="0,0"/>
            <v:stroke on="f" joinstyle="miter"/>
            <v:imagedata r:id="rId4905" o:title="eqId86a29d75450014ac27ee275373eac36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42" o:spt="75" alt="学科网(www.zxxk.com)--教育资源门户，提供试卷、教案、课件、论文、素材以及各类教学资源下载，还有大量而丰富的教学相关资讯！" type="#_x0000_t75" style="height:31.15pt;width:73.05pt;" o:ole="t" filled="f" o:preferrelative="t" stroked="f" coordsize="21600,21600">
            <v:path/>
            <v:fill on="f" focussize="0,0"/>
            <v:stroke on="f" joinstyle="miter"/>
            <v:imagedata r:id="rId4906" o:title="eqId1d2da945ea8c3ba8061f911971eaaf9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943" o:spt="75" alt="学科网(www.zxxk.com)--教育资源门户，提供试卷、教案、课件、论文、素材以及各类教学资源下载，还有大量而丰富的教学相关资讯！" type="#_x0000_t75" style="height:31.15pt;width:60.9pt;" o:ole="t" filled="f" o:preferrelative="t" stroked="f" coordsize="21600,21600">
            <v:path/>
            <v:fill on="f" focussize="0,0"/>
            <v:stroke on="f" joinstyle="miter"/>
            <v:imagedata r:id="rId4907" o:title="eqId1343fe6f98c3a6554539b9dda641f80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19944" o:spt="75" alt="学科网(www.zxxk.com)--教育资源门户，提供试卷、教案、课件、论文、素材以及各类教学资源下载，还有大量而丰富的教学相关资讯！" type="#_x0000_t75" style="height:13.5pt;width:51pt;" o:ole="t" filled="f" o:preferrelative="t" stroked="f" coordsize="21600,21600">
            <v:path/>
            <v:fill on="f" focussize="0,0"/>
            <v:stroke on="f" joinstyle="miter"/>
            <v:imagedata r:id="rId4908" o:title="eqIda6fbb94bda47d2801947a65a2d19d893"/>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19945" o:spt="75" alt="学科网(www.zxxk.com)--教育资源门户，提供试卷、教案、课件、论文、素材以及各类教学资源下载，还有大量而丰富的教学相关资讯！" type="#_x0000_t75" style="height:20.25pt;width:78pt;" o:ole="t" filled="f" o:preferrelative="t" stroked="f" coordsize="21600,21600">
            <v:path/>
            <v:fill on="f" focussize="0,0"/>
            <v:stroke on="f" joinstyle="miter"/>
            <v:imagedata r:id="rId4909" o:title="eqIdd8f1dc641a9d5c190761566aa6ba22f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46" o:spt="75" alt="学科网(www.zxxk.com)--教育资源门户，提供试卷、教案、课件、论文、素材以及各类教学资源下载，还有大量而丰富的教学相关资讯！" type="#_x0000_t75" style="height:31.15pt;width:46.95pt;" o:ole="t" filled="f" o:preferrelative="t" stroked="f" coordsize="21600,21600">
            <v:path/>
            <v:fill on="f" focussize="0,0"/>
            <v:stroke on="f" joinstyle="miter"/>
            <v:imagedata r:id="rId4910" o:title="eqId59d74c909d2624d73a0672e2aaca0e9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19947" o:spt="75" alt="学科网(www.zxxk.com)--教育资源门户，提供试卷、教案、课件、论文、素材以及各类教学资源下载，还有大量而丰富的教学相关资讯！" type="#_x0000_t75" style="height:31.15pt;width:68.05pt;" o:ole="t" filled="f" o:preferrelative="t" stroked="f" coordsize="21600,21600">
            <v:path/>
            <v:fill on="f" focussize="0,0"/>
            <v:stroke on="f" joinstyle="miter"/>
            <v:imagedata r:id="rId4911" o:title="eqId3c30ff4ebf72af71cf4d25ebb73517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19948" o:spt="75" alt="学科网(www.zxxk.com)--教育资源门户，提供试卷、教案、课件、论文、素材以及各类教学资源下载，还有大量而丰富的教学相关资讯！" type="#_x0000_t75" style="height:13.95pt;width:64.85pt;" o:ole="t" filled="f" o:preferrelative="t" stroked="f" coordsize="21600,21600">
            <v:path/>
            <v:fill on="f" focussize="0,0"/>
            <v:stroke on="f" joinstyle="miter"/>
            <v:imagedata r:id="rId4912" o:title="eqIdf4ea4d0ad1f374be63cd20fd95548ae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pict>
          <v:shape id="_x0000_i71994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4913" o:title="eqId81dea63b8ce3e51adf66cf7b9982a248"/>
            <o:lock v:ext="edit" aspectratio="t"/>
            <w10:wrap type="none"/>
            <w10:anchorlock/>
          </v:shape>
        </w:pict>
      </w:r>
      <w:r>
        <w:rPr>
          <w:rFonts w:ascii="宋体" w:hAnsi="宋体" w:eastAsia="宋体" w:cs="宋体"/>
          <w:color w:val="000000"/>
        </w:rPr>
        <w:t>的最大值为</w:t>
      </w:r>
      <w:r>
        <w:pict>
          <v:shape id="_x0000_i719950"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4914" o:title="eqIdcaa585b9257ed0798213a9ae9b87d291"/>
            <o:lock v:ext="edit" aspectratio="t"/>
            <w10:wrap type="none"/>
            <w10:anchorlock/>
          </v:shape>
        </w:pict>
      </w:r>
      <w:r>
        <w:rPr>
          <w:rFonts w:ascii="宋体" w:hAnsi="宋体" w:eastAsia="宋体" w:cs="宋体"/>
          <w:color w:val="000000"/>
        </w:rPr>
        <w:t>，最小值为</w:t>
      </w:r>
      <w:r>
        <w:pict>
          <v:shape id="_x0000_i719951" o:spt="75" alt="学科网(www.zxxk.com)--教育资源门户，提供试卷、教案、课件、论文、素材以及各类教学资源下载，还有大量而丰富的教学相关资讯！" type="#_x0000_t75" style="height:13.5pt;width:21.75pt;" o:ole="t" filled="f" o:preferrelative="t" stroked="f" coordsize="21600,21600">
            <v:path/>
            <v:fill on="f" focussize="0,0"/>
            <v:stroke on="f" joinstyle="miter"/>
            <v:imagedata r:id="rId4915" o:title="eqId4014daff61e2c227e7a38e4caf3a82e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本题考查的是新定义的理解，数轴上两点之间的距离，一元一次方程的应用，二元一次方程的应用，不等式组的应用，理解题意，熟练的利用方程与不等式组解题是关键．</w:t>
      </w:r>
    </w:p>
    <w:p>
      <w:pPr>
        <w:pStyle w:val="Heading2"/>
      </w:pPr>
      <w:r>
        <w:t>昌平区</w:t>
      </w:r>
    </w:p>
    <w:p>
      <w:pPr>
        <w:spacing w:line="360" w:lineRule="auto"/>
        <w:jc w:val="left"/>
        <w:textAlignment w:val="center"/>
        <w:rPr>
          <w:color w:val="000000"/>
        </w:rPr>
      </w:pPr>
      <w:r>
        <w:rPr>
          <w:color w:val="000000"/>
        </w:rPr>
        <w:t xml:space="preserve">27. </w:t>
      </w:r>
      <w:r>
        <w:rPr>
          <w:rFonts w:ascii="宋体" w:hAnsi="宋体" w:eastAsia="宋体" w:cs="宋体"/>
          <w:color w:val="000000"/>
        </w:rPr>
        <w:t>如图，点</w:t>
      </w:r>
      <w:r>
        <w:pict>
          <v:shape id="_x0000_i71995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4916" o:title="eqId1dde8112e8eb968fd042418dd632759e"/>
            <o:lock v:ext="edit" aspectratio="t"/>
            <w10:wrap type="none"/>
            <w10:anchorlock/>
          </v:shape>
        </w:pict>
      </w:r>
      <w:r>
        <w:rPr>
          <w:rFonts w:ascii="宋体" w:hAnsi="宋体" w:eastAsia="宋体" w:cs="宋体"/>
          <w:color w:val="000000"/>
        </w:rPr>
        <w:t>在直线</w:t>
      </w:r>
      <w:r>
        <w:pict>
          <v:shape id="_x0000_i71995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917" o:title="eqIdf52a58fbaf4fea03567e88a9f0f6e37e"/>
            <o:lock v:ext="edit" aspectratio="t"/>
            <w10:wrap type="none"/>
            <w10:anchorlock/>
          </v:shape>
        </w:pict>
      </w:r>
      <w:r>
        <w:rPr>
          <w:rFonts w:ascii="宋体" w:hAnsi="宋体" w:eastAsia="宋体" w:cs="宋体"/>
          <w:color w:val="000000"/>
        </w:rPr>
        <w:t>上，</w:t>
      </w:r>
      <w:r>
        <w:pict>
          <v:shape id="_x0000_i719954"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918" o:title="eqId7b1dd3c503ff0b4e68f035709e34bc63"/>
            <o:lock v:ext="edit" aspectratio="t"/>
            <w10:wrap type="none"/>
            <w10:anchorlock/>
          </v:shape>
        </w:pict>
      </w:r>
      <w:r>
        <w:rPr>
          <w:rFonts w:ascii="宋体" w:hAnsi="宋体" w:eastAsia="宋体" w:cs="宋体"/>
          <w:color w:val="000000"/>
        </w:rPr>
        <w:t>，射线</w:t>
      </w:r>
      <w:r>
        <w:pict>
          <v:shape id="_x0000_i719955"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919" o:title="eqId683c590673eece14fea3319c4fd5eb55"/>
            <o:lock v:ext="edit" aspectratio="t"/>
            <w10:wrap type="none"/>
            <w10:anchorlock/>
          </v:shape>
        </w:pict>
      </w:r>
      <w:r>
        <w:rPr>
          <w:rFonts w:ascii="宋体" w:hAnsi="宋体" w:eastAsia="宋体" w:cs="宋体"/>
          <w:color w:val="000000"/>
        </w:rPr>
        <w:t>在</w:t>
      </w:r>
      <w:r>
        <w:pict>
          <v:shape id="_x0000_i71995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920" o:title="eqIdd22df2977de56cc69be0c1e847653d7a"/>
            <o:lock v:ext="edit" aspectratio="t"/>
            <w10:wrap type="none"/>
            <w10:anchorlock/>
          </v:shape>
        </w:pict>
      </w:r>
      <w:r>
        <w:rPr>
          <w:rFonts w:ascii="宋体" w:hAnsi="宋体" w:eastAsia="宋体" w:cs="宋体"/>
          <w:color w:val="000000"/>
        </w:rPr>
        <w:t>内部．</w:t>
      </w:r>
    </w:p>
    <w:p>
      <w:pPr>
        <w:spacing w:line="360" w:lineRule="auto"/>
        <w:jc w:val="both"/>
        <w:textAlignment w:val="center"/>
        <w:rPr>
          <w:color w:val="000000"/>
        </w:rPr>
      </w:pPr>
      <w:r>
        <w:rPr>
          <w:color w:val="000000"/>
        </w:rPr>
        <w:drawing>
          <wp:inline distT="0" distB="0" distL="114300" distR="114300">
            <wp:extent cx="3400425" cy="981075"/>
            <wp:effectExtent l="0" t="0" r="0" b="0"/>
            <wp:docPr id="3869"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 name="图片 100037" descr="学科网(www.zxxk.com)--教育资源门户，提供试卷、教案、课件、论文、素材以及各类教学资源下载，还有大量而丰富的教学相关资讯！"/>
                    <pic:cNvPicPr>
                      <a:picLocks noChangeAspect="1"/>
                    </pic:cNvPicPr>
                  </pic:nvPicPr>
                  <pic:blipFill>
                    <a:blip r:embed="rId4921"/>
                    <a:stretch>
                      <a:fillRect/>
                    </a:stretch>
                  </pic:blipFill>
                  <pic:spPr>
                    <a:xfrm>
                      <a:off x="0" y="0"/>
                      <a:ext cx="3400425" cy="9810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w:t>
      </w:r>
      <w:r>
        <w:pict>
          <v:shape id="_x0000_i719957" o:spt="75" alt="学科网(www.zxxk.com)--教育资源门户，提供试卷、教案、课件、论文、素材以及各类教学资源下载，还有大量而丰富的教学相关资讯！" type="#_x0000_t75" style="height:14.25pt;width:84pt;" o:ole="t" filled="f" o:preferrelative="t" stroked="f" coordsize="21600,21600">
            <v:path/>
            <v:fill on="f" focussize="0,0"/>
            <v:stroke on="f" joinstyle="miter"/>
            <v:imagedata r:id="rId4922" o:title="eqId43ca399696e67709c65552093cef86fd"/>
            <o:lock v:ext="edit" aspectratio="t"/>
            <w10:wrap type="none"/>
            <w10:anchorlock/>
          </v:shape>
        </w:pict>
      </w:r>
      <w:r>
        <w:rPr>
          <w:rFonts w:ascii="宋体" w:hAnsi="宋体" w:eastAsia="宋体" w:cs="宋体"/>
          <w:color w:val="000000"/>
        </w:rPr>
        <w:t>时，用量角器画出射线</w:t>
      </w:r>
      <w:r>
        <w:pict>
          <v:shape id="_x0000_i719958"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923" o:title="eqId683c590673eece14fea3319c4fd5eb55"/>
            <o:lock v:ext="edit" aspectratio="t"/>
            <w10:wrap type="none"/>
            <w10:anchorlock/>
          </v:shape>
        </w:pict>
      </w:r>
      <w:r>
        <w:rPr>
          <w:rFonts w:ascii="宋体" w:hAnsi="宋体" w:eastAsia="宋体" w:cs="宋体"/>
          <w:color w:val="000000"/>
        </w:rPr>
        <w:t>，则</w:t>
      </w:r>
      <w:r>
        <w:pict>
          <v:shape id="_x0000_i719959"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924" o:title="eqId42e7b8a59f8d66176463f3d71f882a26"/>
            <o:lock v:ext="edit" aspectratio="t"/>
            <w10:wrap type="none"/>
            <w10:anchorlock/>
          </v:shape>
        </w:pict>
      </w:r>
      <w:r>
        <w:rPr>
          <w:rFonts w:ascii="宋体" w:hAnsi="宋体" w:eastAsia="宋体" w:cs="宋体"/>
          <w:color w:val="000000"/>
        </w:rPr>
        <w:t>度数为</w:t>
      </w:r>
      <w:r>
        <w:rPr>
          <w:rFonts w:ascii="Times New Roman" w:hAnsi="Times New Roman" w:eastAsia="Times New Roman" w:cs="Times New Roman"/>
          <w:color w:val="000000"/>
          <w:u w:val="single"/>
        </w:rPr>
        <w:t xml:space="preserve">        </w:t>
      </w:r>
      <w:r>
        <w:pict>
          <v:shape id="_x0000_i719960" o:spt="75" alt="学科网(www.zxxk.com)--教育资源门户，提供试卷、教案、课件、论文、素材以及各类教学资源下载，还有大量而丰富的教学相关资讯！" type="#_x0000_t75" style="height:12pt;width:8.25pt;" o:ole="t" filled="f" o:preferrelative="t" stroked="f" coordsize="21600,21600">
            <v:path/>
            <v:fill on="f" focussize="0,0"/>
            <v:stroke on="f" joinstyle="miter"/>
            <v:imagedata r:id="rId4925" o:title="eqId83873a9d782f2588c5eedbfe73f9bc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，当</w:t>
      </w:r>
      <w:r>
        <w:pict>
          <v:shape id="_x0000_i719961" o:spt="75" alt="学科网(www.zxxk.com)--教育资源门户，提供试卷、教案、课件、论文、素材以及各类教学资源下载，还有大量而丰富的教学相关资讯！" type="#_x0000_t75" style="height:14.5pt;width:58pt;" o:ole="t" filled="f" o:preferrelative="t" stroked="f" coordsize="21600,21600">
            <v:path/>
            <v:fill on="f" focussize="0,0"/>
            <v:stroke on="f" joinstyle="miter"/>
            <v:imagedata r:id="rId4926" o:title="eqId6c254538e023f82030aa17a1ffb16045"/>
            <o:lock v:ext="edit" aspectratio="t"/>
            <w10:wrap type="none"/>
            <w10:anchorlock/>
          </v:shape>
        </w:pict>
      </w:r>
      <w:r>
        <w:rPr>
          <w:rFonts w:ascii="宋体" w:hAnsi="宋体" w:eastAsia="宋体" w:cs="宋体"/>
          <w:color w:val="000000"/>
        </w:rPr>
        <w:t>，</w:t>
      </w:r>
      <w:r>
        <w:pict>
          <v:shape id="_x0000_i719962"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4927" o:title="eqIde615356a4d004cc892512c35c4385e55"/>
            <o:lock v:ext="edit" aspectratio="t"/>
            <w10:wrap type="none"/>
            <w10:anchorlock/>
          </v:shape>
        </w:pict>
      </w:r>
      <w:r>
        <w:rPr>
          <w:rFonts w:ascii="宋体" w:hAnsi="宋体" w:eastAsia="宋体" w:cs="宋体"/>
          <w:color w:val="000000"/>
        </w:rPr>
        <w:t>，垂足为点</w:t>
      </w:r>
      <w:r>
        <w:rPr>
          <w:rFonts w:ascii="Times New Roman" w:hAnsi="Times New Roman" w:eastAsia="Times New Roman" w:cs="Times New Roman"/>
          <w:i/>
          <w:color w:val="000000"/>
        </w:rPr>
        <w:t>O</w:t>
      </w:r>
      <w:r>
        <w:rPr>
          <w:rFonts w:ascii="宋体" w:hAnsi="宋体" w:eastAsia="宋体" w:cs="宋体"/>
          <w:color w:val="000000"/>
        </w:rPr>
        <w:t>，求</w:t>
      </w:r>
      <w:r>
        <w:pict>
          <v:shape id="_x0000_i71996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928" o:title="eqId418ebb89d29f4f631b055c911e8d178a"/>
            <o:lock v:ext="edit" aspectratio="t"/>
            <w10:wrap type="none"/>
            <w10:anchorlock/>
          </v:shape>
        </w:pict>
      </w:r>
      <w:r>
        <w:rPr>
          <w:rFonts w:ascii="宋体" w:hAnsi="宋体" w:eastAsia="宋体" w:cs="宋体"/>
          <w:color w:val="000000"/>
        </w:rPr>
        <w:t>度数（用含</w:t>
      </w:r>
      <w:r>
        <w:pict>
          <v:shape id="_x0000_i719964"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4929" o:title="eqIde170f206fdbbd834aad7580c727e2cc6"/>
            <o:lock v:ext="edit" aspectratio="t"/>
            <w10:wrap type="none"/>
            <w10:anchorlock/>
          </v:shape>
        </w:pict>
      </w:r>
      <w:r>
        <w:rPr>
          <w:rFonts w:ascii="宋体" w:hAnsi="宋体" w:eastAsia="宋体" w:cs="宋体"/>
          <w:color w:val="000000"/>
        </w:rPr>
        <w:t>的式子表示）．</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160</w:t>
      </w:r>
      <w:r>
        <w:rPr>
          <w:color w:val="000000"/>
        </w:rPr>
        <w:t xml:space="preserve">    （2）</w:t>
      </w:r>
      <w:r>
        <w:pict>
          <v:shape id="_x0000_i719965"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4930" o:title="eqIde9dcc10651dc0b2e00d8afa979060342"/>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本题主要考查垂线、角平分线的定义和角的计算，熟练掌握垂直的定义和角平分线的定义是解题的关键．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）根据角平分线</w:t>
      </w:r>
      <w:r>
        <w:rPr>
          <w:rFonts w:ascii="宋体" w:hAnsi="宋体" w:eastAsia="宋体" w:cs="宋体"/>
          <w:color w:val="000000"/>
          <w:position w:val="0"/>
        </w:rPr>
        <w:drawing>
          <wp:inline distT="0" distB="0" distL="114300" distR="114300">
            <wp:extent cx="133350" cy="177800"/>
            <wp:effectExtent l="0" t="0" r="0" b="0"/>
            <wp:docPr id="3871" name="图片 92418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2" name="图片 924186929"/>
                    <pic:cNvPicPr>
                      <a:picLocks noChangeAspect="1"/>
                    </pic:cNvPicPr>
                  </pic:nvPicPr>
                  <pic:blipFill>
                    <a:blip r:embed="rId493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定义求出</w:t>
      </w:r>
      <w:r>
        <w:pict>
          <v:shape id="_x0000_i719966" o:spt="75" alt="学科网(www.zxxk.com)--教育资源门户，提供试卷、教案、课件、论文、素材以及各类教学资源下载，还有大量而丰富的教学相关资讯！" type="#_x0000_t75" style="height:14pt;width:66pt;" o:ole="t" filled="f" o:preferrelative="t" stroked="f" coordsize="21600,21600">
            <v:path/>
            <v:fill on="f" focussize="0,0"/>
            <v:stroke on="f" joinstyle="miter"/>
            <v:imagedata r:id="rId4932" o:title="eqId91b571c587a699f24c1121b09d54f3f2"/>
            <o:lock v:ext="edit" aspectratio="t"/>
            <w10:wrap type="none"/>
            <w10:anchorlock/>
          </v:shape>
        </w:pict>
      </w:r>
      <w:r>
        <w:rPr>
          <w:rFonts w:ascii="宋体" w:hAnsi="宋体" w:eastAsia="宋体" w:cs="宋体"/>
          <w:color w:val="000000"/>
        </w:rPr>
        <w:t>，用量角器画出射线</w:t>
      </w:r>
      <w:r>
        <w:pict>
          <v:shape id="_x0000_i719967"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4933" o:title="eqId683c590673eece14fea3319c4fd5eb55"/>
            <o:lock v:ext="edit" aspectratio="t"/>
            <w10:wrap type="none"/>
            <w10:anchorlock/>
          </v:shape>
        </w:pict>
      </w:r>
      <w:r>
        <w:rPr>
          <w:rFonts w:ascii="宋体" w:hAnsi="宋体" w:eastAsia="宋体" w:cs="宋体"/>
          <w:color w:val="000000"/>
        </w:rPr>
        <w:t>即可，再计算</w:t>
      </w:r>
      <w:r>
        <w:pict>
          <v:shape id="_x0000_i719968"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4934" o:title="eqId42e7b8a59f8d66176463f3d71f882a26"/>
            <o:lock v:ext="edit" aspectratio="t"/>
            <w10:wrap type="none"/>
            <w10:anchorlock/>
          </v:shape>
        </w:pict>
      </w:r>
      <w:r>
        <w:rPr>
          <w:rFonts w:ascii="宋体" w:hAnsi="宋体" w:eastAsia="宋体" w:cs="宋体"/>
          <w:color w:val="000000"/>
        </w:rPr>
        <w:t>度数即可；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）根据垂直的定义得</w:t>
      </w:r>
      <w:r>
        <w:pict>
          <v:shape id="_x0000_i719969"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4935" o:title="eqIdd95a92fcd0cd5e55f1d32d42504a5690"/>
            <o:lock v:ext="edit" aspectratio="t"/>
            <w10:wrap type="none"/>
            <w10:anchorlock/>
          </v:shape>
        </w:pict>
      </w:r>
      <w:r>
        <w:rPr>
          <w:rFonts w:ascii="宋体" w:hAnsi="宋体" w:eastAsia="宋体" w:cs="宋体"/>
          <w:color w:val="000000"/>
        </w:rPr>
        <w:t>，再利用角的和与差即可得</w:t>
      </w:r>
      <w:r>
        <w:pict>
          <v:shape id="_x0000_i71997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936" o:title="eqId418ebb89d29f4f631b055c911e8d178a"/>
            <o:lock v:ext="edit" aspectratio="t"/>
            <w10:wrap type="none"/>
            <w10:anchorlock/>
          </v:shape>
        </w:pict>
      </w:r>
      <w:r>
        <w:rPr>
          <w:rFonts w:ascii="宋体" w:hAnsi="宋体" w:eastAsia="宋体" w:cs="宋体"/>
          <w:color w:val="000000"/>
        </w:rPr>
        <w:t>度数．</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pict>
          <v:shape id="_x0000_i719971" o:spt="75" alt="学科网(www.zxxk.com)--教育资源门户，提供试卷、教案、课件、论文、素材以及各类教学资源下载，还有大量而丰富的教学相关资讯！" type="#_x0000_t75" style="height:13pt;width:69pt;" o:ole="t" filled="f" o:preferrelative="t" stroked="f" coordsize="21600,21600">
            <v:path/>
            <v:fill on="f" focussize="0,0"/>
            <v:stroke on="f" joinstyle="miter"/>
            <v:imagedata r:id="rId4937" o:title="eqId7974783fed31021ccc29a79f32d440ef"/>
            <o:lock v:ext="edit" aspectratio="t"/>
            <w10:wrap type="none"/>
            <w10:anchorlock/>
          </v:shape>
        </w:pict>
      </w:r>
      <w:r>
        <w:rPr>
          <w:rFonts w:ascii="宋体" w:hAnsi="宋体" w:eastAsia="宋体" w:cs="宋体"/>
          <w:color w:val="000000"/>
        </w:rPr>
        <w:t>，</w:t>
      </w:r>
      <w:r>
        <w:pict>
          <v:shape id="_x0000_i719972" o:spt="75" alt="学科网(www.zxxk.com)--教育资源门户，提供试卷、教案、课件、论文、素材以及各类教学资源下载，还有大量而丰富的教学相关资讯！" type="#_x0000_t75" style="height:14.25pt;width:84pt;" o:ole="t" filled="f" o:preferrelative="t" stroked="f" coordsize="21600,21600">
            <v:path/>
            <v:fill on="f" focussize="0,0"/>
            <v:stroke on="f" joinstyle="miter"/>
            <v:imagedata r:id="rId4938" o:title="eqId43ca399696e67709c65552093cef86f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973" o:spt="75" alt="学科网(www.zxxk.com)--教育资源门户，提供试卷、教案、课件、论文、素材以及各类教学资源下载，还有大量而丰富的教学相关资讯！" type="#_x0000_t75" style="height:30.75pt;width:131.25pt;" o:ole="t" filled="f" o:preferrelative="t" stroked="f" coordsize="21600,21600">
            <v:path/>
            <v:fill on="f" focussize="0,0"/>
            <v:stroke on="f" joinstyle="miter"/>
            <v:imagedata r:id="rId4939" o:title="eqIdd6cd5f6bf44650b019de9d12719867b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974" o:spt="75" alt="学科网(www.zxxk.com)--教育资源门户，提供试卷、教案、课件、论文、素材以及各类教学资源下载，还有大量而丰富的教学相关资讯！" type="#_x0000_t75" style="height:12.7pt;width:125.15pt;" o:ole="t" filled="f" o:preferrelative="t" stroked="f" coordsize="21600,21600">
            <v:path/>
            <v:fill on="f" focussize="0,0"/>
            <v:stroke on="f" joinstyle="miter"/>
            <v:imagedata r:id="rId4940" o:title="eqIda50ede6f555ee32bfe439484591504c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3390900" cy="1038225"/>
            <wp:effectExtent l="0" t="0" r="0" b="0"/>
            <wp:docPr id="3873"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4" name="图片 100039" descr="学科网(www.zxxk.com)--教育资源门户，提供试卷、教案、课件、论文、素材以及各类教学资源下载，还有大量而丰富的教学相关资讯！"/>
                    <pic:cNvPicPr>
                      <a:picLocks noChangeAspect="1"/>
                    </pic:cNvPicPr>
                  </pic:nvPicPr>
                  <pic:blipFill>
                    <a:blip r:embed="rId4941"/>
                    <a:stretch>
                      <a:fillRect/>
                    </a:stretch>
                  </pic:blipFill>
                  <pic:spPr>
                    <a:xfrm>
                      <a:off x="0" y="0"/>
                      <a:ext cx="3390900" cy="10382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160</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解：如图</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pict>
          <v:shape id="_x0000_i719975" o:spt="75" alt="学科网(www.zxxk.com)--教育资源门户，提供试卷、教案、课件、论文、素材以及各类教学资源下载，还有大量而丰富的教学相关资讯！" type="#_x0000_t75" style="height:13pt;width:53.5pt;" o:ole="t" filled="f" o:preferrelative="t" stroked="f" coordsize="21600,21600">
            <v:path/>
            <v:fill on="f" focussize="0,0"/>
            <v:stroke on="f" joinstyle="miter"/>
            <v:imagedata r:id="rId4942" o:title="eqId4be4662d997cc7f66c85c409c3251d6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976" o:spt="75" alt="学科网(www.zxxk.com)--教育资源门户，提供试卷、教案、课件、论文、素材以及各类教学资源下载，还有大量而丰富的教学相关资讯！" type="#_x0000_t75" style="height:14.25pt;width:75.75pt;" o:ole="t" filled="f" o:preferrelative="t" stroked="f" coordsize="21600,21600">
            <v:path/>
            <v:fill on="f" focussize="0,0"/>
            <v:stroke on="f" joinstyle="miter"/>
            <v:imagedata r:id="rId4943" o:title="eqId0a7aa784e2f301aeb9ef6a4dac59701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19977" o:spt="75" alt="学科网(www.zxxk.com)--教育资源门户，提供试卷、教案、课件、论文、素材以及各类教学资源下载，还有大量而丰富的教学相关资讯！" type="#_x0000_t75" style="height:13.5pt;width:66.75pt;" o:ole="t" filled="f" o:preferrelative="t" stroked="f" coordsize="21600,21600">
            <v:path/>
            <v:fill on="f" focussize="0,0"/>
            <v:stroke on="f" joinstyle="miter"/>
            <v:imagedata r:id="rId4944" o:title="eqId41b053a66545c0a2a16f0fe567da3987"/>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19978" o:spt="75" alt="学科网(www.zxxk.com)--教育资源门户，提供试卷、教案、课件、论文、素材以及各类教学资源下载，还有大量而丰富的教学相关资讯！" type="#_x0000_t75" style="height:12.7pt;width:152.85pt;" o:ole="t" filled="f" o:preferrelative="t" stroked="f" coordsize="21600,21600">
            <v:path/>
            <v:fill on="f" focussize="0,0"/>
            <v:stroke on="f" joinstyle="miter"/>
            <v:imagedata r:id="rId4945" o:title="eqId280d5108ce2a70cb38d90a42b58bbe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对于数轴上不同的三个点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．若满足</w:t>
      </w:r>
      <w:r>
        <w:pict>
          <v:shape id="_x0000_i719979" o:spt="75" alt="学科网(www.zxxk.com)--教育资源门户，提供试卷、教案、课件、论文、素材以及各类教学资源下载，还有大量而丰富的教学相关资讯！" type="#_x0000_t75" style="height:13.8pt;width:64.2pt;" o:ole="t" filled="f" o:preferrelative="t" stroked="f" coordsize="21600,21600">
            <v:path/>
            <v:fill on="f" focussize="0,0"/>
            <v:stroke on="f" joinstyle="miter"/>
            <v:imagedata r:id="rId4946" o:title="eqId1fc6be6fe76b31f144556a313d67ecd0"/>
            <o:lock v:ext="edit" aspectratio="t"/>
            <w10:wrap type="none"/>
            <w10:anchorlock/>
          </v:shape>
        </w:pict>
      </w:r>
      <w:r>
        <w:rPr>
          <w:rFonts w:ascii="宋体" w:hAnsi="宋体" w:eastAsia="宋体" w:cs="宋体"/>
          <w:color w:val="000000"/>
        </w:rPr>
        <w:t>（</w:t>
      </w:r>
      <w:r>
        <w:pict>
          <v:shape id="_x0000_i719980"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4947" o:title="eqIdf2c80c26a794a844127aae7dee87c93b"/>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P</w:t>
      </w:r>
      <w:r>
        <w:rPr>
          <w:rFonts w:ascii="宋体" w:hAnsi="宋体" w:eastAsia="宋体" w:cs="宋体"/>
          <w:color w:val="000000"/>
        </w:rPr>
        <w:t>是点</w:t>
      </w:r>
      <w:r>
        <w:rPr>
          <w:rFonts w:ascii="Times New Roman" w:hAnsi="Times New Roman" w:eastAsia="Times New Roman" w:cs="Times New Roman"/>
          <w:i/>
          <w:color w:val="000000"/>
        </w:rPr>
        <w:t>M</w:t>
      </w:r>
      <w:r>
        <w:rPr>
          <w:rFonts w:ascii="宋体" w:hAnsi="宋体" w:eastAsia="宋体" w:cs="宋体"/>
          <w:color w:val="000000"/>
        </w:rPr>
        <w:t>关于点</w:t>
      </w:r>
      <w:r>
        <w:rPr>
          <w:rFonts w:ascii="Times New Roman" w:hAnsi="Times New Roman" w:eastAsia="Times New Roman" w:cs="Times New Roman"/>
          <w:i/>
          <w:color w:val="000000"/>
        </w:rPr>
        <w:t>N</w:t>
      </w:r>
      <w:r>
        <w:rPr>
          <w:rFonts w:ascii="宋体" w:hAnsi="宋体" w:eastAsia="宋体" w:cs="宋体"/>
          <w:color w:val="000000"/>
        </w:rPr>
        <w:t>的“隔序点”，其中“</w:t>
      </w:r>
      <w:r>
        <w:rPr>
          <w:rFonts w:ascii="Times New Roman" w:hAnsi="Times New Roman" w:eastAsia="Times New Roman" w:cs="Times New Roman"/>
          <w:i/>
          <w:color w:val="000000"/>
        </w:rPr>
        <w:t>k</w:t>
      </w:r>
      <w:r>
        <w:rPr>
          <w:rFonts w:ascii="宋体" w:hAnsi="宋体" w:eastAsia="宋体" w:cs="宋体"/>
          <w:color w:val="000000"/>
        </w:rPr>
        <w:t>是隔序系数”“</w:t>
      </w:r>
      <w:r>
        <w:rPr>
          <w:rFonts w:ascii="Times New Roman" w:hAnsi="Times New Roman" w:eastAsia="Times New Roman" w:cs="Times New Roman"/>
          <w:i/>
          <w:color w:val="000000"/>
        </w:rPr>
        <w:t>b</w:t>
      </w:r>
      <w:r>
        <w:rPr>
          <w:rFonts w:ascii="宋体" w:hAnsi="宋体" w:eastAsia="宋体" w:cs="宋体"/>
          <w:color w:val="000000"/>
        </w:rPr>
        <w:t>是隔序常数”．例如，如图，在数轴上，点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表示的数分别是</w:t>
      </w:r>
      <w:r>
        <w:pict>
          <v:shape id="_x0000_i719981"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4948" o:title="eqId81fb134b2b48acc99213fff6ccfee65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，当“隔序常数</w:t>
      </w:r>
      <w:r>
        <w:pict>
          <v:shape id="_x0000_i71998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4949" o:title="eqId143b917df0520097be222accbddf9394"/>
            <o:lock v:ext="edit" aspectratio="t"/>
            <w10:wrap type="none"/>
            <w10:anchorlock/>
          </v:shape>
        </w:pict>
      </w:r>
      <w:r>
        <w:rPr>
          <w:rFonts w:ascii="宋体" w:hAnsi="宋体" w:eastAsia="宋体" w:cs="宋体"/>
          <w:color w:val="000000"/>
        </w:rPr>
        <w:t>”时，原点</w:t>
      </w:r>
      <w:r>
        <w:rPr>
          <w:rFonts w:ascii="Times New Roman" w:hAnsi="Times New Roman" w:eastAsia="Times New Roman" w:cs="Times New Roman"/>
          <w:i/>
          <w:color w:val="000000"/>
        </w:rPr>
        <w:t>O</w:t>
      </w:r>
      <w:r>
        <w:rPr>
          <w:rFonts w:ascii="宋体" w:hAnsi="宋体" w:eastAsia="宋体" w:cs="宋体"/>
          <w:color w:val="000000"/>
        </w:rPr>
        <w:t>是点</w:t>
      </w:r>
      <w:r>
        <w:rPr>
          <w:rFonts w:ascii="Times New Roman" w:hAnsi="Times New Roman" w:eastAsia="Times New Roman" w:cs="Times New Roman"/>
          <w:i/>
          <w:color w:val="000000"/>
        </w:rPr>
        <w:t>M</w:t>
      </w:r>
      <w:r>
        <w:rPr>
          <w:rFonts w:ascii="宋体" w:hAnsi="宋体" w:eastAsia="宋体" w:cs="宋体"/>
          <w:color w:val="000000"/>
        </w:rPr>
        <w:t>关于点</w:t>
      </w:r>
      <w:r>
        <w:rPr>
          <w:rFonts w:ascii="Times New Roman" w:hAnsi="Times New Roman" w:eastAsia="Times New Roman" w:cs="Times New Roman"/>
          <w:i/>
          <w:color w:val="000000"/>
        </w:rPr>
        <w:t>N</w:t>
      </w:r>
      <w:r>
        <w:rPr>
          <w:rFonts w:ascii="宋体" w:hAnsi="宋体" w:eastAsia="宋体" w:cs="宋体"/>
          <w:color w:val="000000"/>
        </w:rPr>
        <w:t>的“隔序点”，可知“隔序系数</w:t>
      </w:r>
      <w:r>
        <w:pict>
          <v:shape id="_x0000_i719983"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4950" o:title="eqId367e788c32187ae2cc97aaa24da1d40d"/>
            <o:lock v:ext="edit" aspectratio="t"/>
            <w10:wrap type="none"/>
            <w10:anchorlock/>
          </v:shape>
        </w:pict>
      </w:r>
      <w:r>
        <w:rPr>
          <w:rFonts w:ascii="宋体" w:hAnsi="宋体" w:eastAsia="宋体" w:cs="宋体"/>
          <w:color w:val="000000"/>
        </w:rPr>
        <w:t>”，原点</w:t>
      </w:r>
      <w:r>
        <w:rPr>
          <w:rFonts w:ascii="Times New Roman" w:hAnsi="Times New Roman" w:eastAsia="Times New Roman" w:cs="Times New Roman"/>
          <w:i/>
          <w:color w:val="000000"/>
        </w:rPr>
        <w:t>O</w:t>
      </w:r>
      <w:r>
        <w:rPr>
          <w:rFonts w:ascii="宋体" w:hAnsi="宋体" w:eastAsia="宋体" w:cs="宋体"/>
          <w:color w:val="000000"/>
        </w:rPr>
        <w:t>也是点</w:t>
      </w:r>
      <w:r>
        <w:rPr>
          <w:rFonts w:ascii="Times New Roman" w:hAnsi="Times New Roman" w:eastAsia="Times New Roman" w:cs="Times New Roman"/>
          <w:i/>
          <w:color w:val="000000"/>
        </w:rPr>
        <w:t>N</w:t>
      </w:r>
      <w:r>
        <w:rPr>
          <w:rFonts w:ascii="宋体" w:hAnsi="宋体" w:eastAsia="宋体" w:cs="宋体"/>
          <w:color w:val="000000"/>
        </w:rPr>
        <w:t>关于点</w:t>
      </w:r>
      <w:r>
        <w:rPr>
          <w:rFonts w:ascii="Times New Roman" w:hAnsi="Times New Roman" w:eastAsia="Times New Roman" w:cs="Times New Roman"/>
          <w:i/>
          <w:color w:val="000000"/>
        </w:rPr>
        <w:t>M</w:t>
      </w:r>
      <w:r>
        <w:rPr>
          <w:rFonts w:ascii="宋体" w:hAnsi="宋体" w:eastAsia="宋体" w:cs="宋体"/>
          <w:color w:val="000000"/>
        </w:rPr>
        <w:t>的“隔序点”，可知“隔序系数</w:t>
      </w:r>
      <w:r>
        <w:pict>
          <v:shape id="_x0000_i719984" o:spt="75" alt="学科网(www.zxxk.com)--教育资源门户，提供试卷、教案、课件、论文、素材以及各类教学资源下载，还有大量而丰富的教学相关资讯！" type="#_x0000_t75" style="height:31pt;width:29pt;" o:ole="t" filled="f" o:preferrelative="t" stroked="f" coordsize="21600,21600">
            <v:path/>
            <v:fill on="f" focussize="0,0"/>
            <v:stroke on="f" joinstyle="miter"/>
            <v:imagedata r:id="rId4951" o:title="eqIdbf9a5fbf690581d8517d264c254a1f72"/>
            <o:lock v:ext="edit" aspectratio="t"/>
            <w10:wrap type="none"/>
            <w10:anchorlock/>
          </v:shape>
        </w:pict>
      </w:r>
      <w:r>
        <w:rPr>
          <w:rFonts w:ascii="宋体" w:hAnsi="宋体" w:eastAsia="宋体" w:cs="宋体"/>
          <w:color w:val="000000"/>
        </w:rPr>
        <w:t>”．在数轴上已知点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19985"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4952" o:title="eqId3edbd40e04e2a943051fa83d6e511add"/>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71700" cy="390525"/>
            <wp:effectExtent l="0" t="0" r="0" b="0"/>
            <wp:docPr id="3875"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 name="图片 100041" descr="学科网(www.zxxk.com)--教育资源门户，提供试卷、教案、课件、论文、素材以及各类教学资源下载，还有大量而丰富的教学相关资讯！"/>
                    <pic:cNvPicPr>
                      <a:picLocks noChangeAspect="1"/>
                    </pic:cNvPicPr>
                  </pic:nvPicPr>
                  <pic:blipFill>
                    <a:blip r:embed="rId4953"/>
                    <a:stretch>
                      <a:fillRect/>
                    </a:stretch>
                  </pic:blipFill>
                  <pic:spPr>
                    <a:xfrm>
                      <a:off x="0" y="0"/>
                      <a:ext cx="2171700" cy="3905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在线段</w:t>
      </w:r>
      <w:r>
        <w:pict>
          <v:shape id="_x0000_i71998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954" o:title="eqIdf52a58fbaf4fea03567e88a9f0f6e37e"/>
            <o:lock v:ext="edit" aspectratio="t"/>
            <w10:wrap type="none"/>
            <w10:anchorlock/>
          </v:shape>
        </w:pict>
      </w:r>
      <w:r>
        <w:rPr>
          <w:rFonts w:ascii="宋体" w:hAnsi="宋体" w:eastAsia="宋体" w:cs="宋体"/>
          <w:color w:val="000000"/>
        </w:rPr>
        <w:t>上，点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w:t>
      </w:r>
      <w:r>
        <w:rPr>
          <w:rFonts w:ascii="Times New Roman" w:hAnsi="Times New Roman" w:eastAsia="Times New Roman" w:cs="Times New Roman"/>
          <w:i/>
          <w:color w:val="000000"/>
        </w:rPr>
        <w:t>B</w:t>
      </w:r>
      <w:r>
        <w:rPr>
          <w:rFonts w:ascii="宋体" w:hAnsi="宋体" w:eastAsia="宋体" w:cs="宋体"/>
          <w:color w:val="000000"/>
        </w:rPr>
        <w:t>的“隔序点”，</w:t>
      </w:r>
      <w:r>
        <w:rPr>
          <w:rFonts w:ascii="Times New Roman" w:hAnsi="Times New Roman" w:eastAsia="Times New Roman" w:cs="Times New Roman"/>
          <w:color w:val="000000"/>
        </w:rPr>
        <w:t xml:space="preserve"> </w:t>
      </w:r>
      <w:r>
        <w:pict>
          <v:shape id="_x0000_i719987" o:spt="75" alt="学科网(www.zxxk.com)--教育资源门户，提供试卷、教案、课件、论文、素材以及各类教学资源下载，还有大量而丰富的教学相关资讯！" type="#_x0000_t75" style="height:13.8pt;width:49.8pt;" o:ole="t" filled="f" o:preferrelative="t" stroked="f" coordsize="21600,21600">
            <v:path/>
            <v:fill on="f" focussize="0,0"/>
            <v:stroke on="f" joinstyle="miter"/>
            <v:imagedata r:id="rId4955" o:title="eqIdeeeb89fb61a33bdbdb17cf88c5ad709b"/>
            <o:lock v:ext="edit" aspectratio="t"/>
            <w10:wrap type="none"/>
            <w10:anchorlock/>
          </v:shape>
        </w:pict>
      </w:r>
      <w:r>
        <w:rPr>
          <w:rFonts w:ascii="宋体" w:hAnsi="宋体" w:eastAsia="宋体" w:cs="宋体"/>
          <w:color w:val="000000"/>
        </w:rPr>
        <w:t>时，点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若点</w:t>
      </w:r>
      <w:r>
        <w:rPr>
          <w:rFonts w:ascii="Times New Roman" w:hAnsi="Times New Roman" w:eastAsia="Times New Roman" w:cs="Times New Roman"/>
          <w:i/>
          <w:color w:val="000000"/>
        </w:rPr>
        <w:t>C</w:t>
      </w:r>
      <w:r>
        <w:rPr>
          <w:rFonts w:ascii="宋体" w:hAnsi="宋体" w:eastAsia="宋体" w:cs="宋体"/>
          <w:color w:val="000000"/>
        </w:rPr>
        <w:t>在数轴上，</w:t>
      </w:r>
      <w:r>
        <w:pict>
          <v:shape id="_x0000_i719988"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4956" o:title="eqId664109d0d39c722f3f718ddb6b47d4d2"/>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B</w:t>
      </w:r>
      <w:r>
        <w:rPr>
          <w:rFonts w:ascii="宋体" w:hAnsi="宋体" w:eastAsia="宋体" w:cs="宋体"/>
          <w:color w:val="000000"/>
        </w:rPr>
        <w:t>关于</w:t>
      </w:r>
      <w:r>
        <w:rPr>
          <w:rFonts w:ascii="Times New Roman" w:hAnsi="Times New Roman" w:eastAsia="Times New Roman" w:cs="Times New Roman"/>
          <w:i/>
          <w:color w:val="000000"/>
        </w:rPr>
        <w:t>A</w:t>
      </w:r>
      <w:r>
        <w:rPr>
          <w:rFonts w:ascii="宋体" w:hAnsi="宋体" w:eastAsia="宋体" w:cs="宋体"/>
          <w:color w:val="000000"/>
        </w:rPr>
        <w:t>“隔序点”，隔序常数</w:t>
      </w:r>
      <w:r>
        <w:pict>
          <v:shape id="_x0000_i719989" o:spt="75" alt="学科网(www.zxxk.com)--教育资源门户，提供试卷、教案、课件、论文、素材以及各类教学资源下载，还有大量而丰富的教学相关资讯！" type="#_x0000_t75" style="height:13.8pt;width:27pt;" o:ole="t" filled="f" o:preferrelative="t" stroked="f" coordsize="21600,21600">
            <v:path/>
            <v:fill on="f" focussize="0,0"/>
            <v:stroke on="f" joinstyle="miter"/>
            <v:imagedata r:id="rId4957" o:title="eqId4e2607c81a67bb2b4f42feb73327e6b0"/>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k</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三点中，点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i/>
          <w:color w:val="000000"/>
        </w:rPr>
        <w:t>m</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是另一点关于第三个点的“隔序点”，若</w:t>
      </w:r>
      <w:r>
        <w:rPr>
          <w:rFonts w:ascii="Times New Roman" w:hAnsi="Times New Roman" w:eastAsia="Times New Roman" w:cs="Times New Roman"/>
          <w:i/>
          <w:color w:val="000000"/>
        </w:rPr>
        <w:t>k</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满足</w:t>
      </w:r>
      <w:r>
        <w:pict>
          <v:shape id="_x0000_i719990" o:spt="75" alt="学科网(www.zxxk.com)--教育资源门户，提供试卷、教案、课件、论文、素材以及各类教学资源下载，还有大量而丰富的教学相关资讯！" type="#_x0000_t75" style="height:15.65pt;width:89.55pt;" o:ole="t" filled="f" o:preferrelative="t" stroked="f" coordsize="21600,21600">
            <v:path/>
            <v:fill on="f" focussize="0,0"/>
            <v:stroke on="f" joinstyle="miter"/>
            <v:imagedata r:id="rId4958" o:title="eqId4813ef73fc203728406a58f13e66c289"/>
            <o:lock v:ext="edit" aspectratio="t"/>
            <w10:wrap type="none"/>
            <w10:anchorlock/>
          </v:shape>
        </w:pict>
      </w:r>
      <w:r>
        <w:rPr>
          <w:rFonts w:ascii="宋体" w:hAnsi="宋体" w:eastAsia="宋体" w:cs="宋体"/>
          <w:color w:val="000000"/>
        </w:rPr>
        <w:t>，当</w:t>
      </w:r>
      <w:r>
        <w:rPr>
          <w:rFonts w:ascii="Times New Roman" w:hAnsi="Times New Roman" w:eastAsia="Times New Roman" w:cs="Times New Roman"/>
          <w:i/>
          <w:color w:val="000000"/>
        </w:rPr>
        <w:t>k</w:t>
      </w:r>
      <w:r>
        <w:rPr>
          <w:rFonts w:ascii="宋体" w:hAnsi="宋体" w:eastAsia="宋体" w:cs="宋体"/>
          <w:color w:val="000000"/>
        </w:rPr>
        <w:t>取最小值时，</w:t>
      </w:r>
      <w:r>
        <w:rPr>
          <w:rFonts w:ascii="Times New Roman" w:hAnsi="Times New Roman" w:eastAsia="Times New Roman" w:cs="Times New Roman"/>
          <w:i/>
          <w:color w:val="000000"/>
        </w:rPr>
        <w:t>b</w:t>
      </w:r>
      <w:r>
        <w:rPr>
          <w:rFonts w:ascii="宋体" w:hAnsi="宋体" w:eastAsia="宋体" w:cs="宋体"/>
          <w:color w:val="000000"/>
        </w:rPr>
        <w:t>最大值时，直接写出</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1</w:t>
      </w:r>
      <w:r>
        <w:rPr>
          <w:color w:val="000000"/>
        </w:rPr>
        <w:t xml:space="preserve">    （2）</w:t>
      </w:r>
      <w:r>
        <w:pict>
          <v:shape id="_x0000_i719991"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4959" o:title="eqId4401b1421c08e525643180aef3f6dadd"/>
            <o:lock v:ext="edit" aspectratio="t"/>
            <w10:wrap type="none"/>
            <w10:anchorlock/>
          </v:shape>
        </w:pict>
      </w:r>
      <w:r>
        <w:rPr>
          <w:rFonts w:ascii="宋体" w:hAnsi="宋体" w:eastAsia="宋体" w:cs="宋体"/>
          <w:color w:val="000000"/>
        </w:rPr>
        <w:t>或</w:t>
      </w:r>
      <w:r>
        <w:pict>
          <v:shape id="_x0000_i719992"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4960" o:title="eqIdcaa585b9257ed0798213a9ae9b87d291"/>
            <o:lock v:ext="edit" aspectratio="t"/>
            <w10:wrap type="none"/>
            <w10:anchorlock/>
          </v:shape>
        </w:pic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7</w:t>
      </w:r>
      <w:r>
        <w:rPr>
          <w:rFonts w:ascii="宋体" w:hAnsi="宋体" w:eastAsia="宋体" w:cs="宋体"/>
          <w:color w:val="000000"/>
        </w:rPr>
        <w:t>或</w:t>
      </w:r>
      <w:r>
        <w:pict>
          <v:shape id="_x0000_i719993"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4961" o:title="eqIdcaa585b9257ed0798213a9ae9b87d291"/>
            <o:lock v:ext="edit" aspectratio="t"/>
            <w10:wrap type="none"/>
            <w10:anchorlock/>
          </v:shape>
        </w:pict>
      </w:r>
      <w:r>
        <w:rPr>
          <w:rFonts w:ascii="宋体" w:hAnsi="宋体" w:eastAsia="宋体" w:cs="宋体"/>
          <w:color w:val="000000"/>
        </w:rPr>
        <w:t>或</w:t>
      </w:r>
      <w:r>
        <w:pict>
          <v:shape id="_x0000_i719994" o:spt="75" alt="学科网(www.zxxk.com)--教育资源门户，提供试卷、教案、课件、论文、素材以及各类教学资源下载，还有大量而丰富的教学相关资讯！" type="#_x0000_t75" style="height:14.4pt;width:15.6pt;" o:ole="t" filled="f" o:preferrelative="t" stroked="f" coordsize="21600,21600">
            <v:path/>
            <v:fill on="f" focussize="0,0"/>
            <v:stroke on="f" joinstyle="miter"/>
            <v:imagedata r:id="rId4962" o:title="eqId8bf3d3564c61e5e9c39a9e2cf2de048b"/>
            <o:lock v:ext="edit" aspectratio="t"/>
            <w10:wrap type="none"/>
            <w10:anchorlock/>
          </v:shape>
        </w:pict>
      </w:r>
      <w:r>
        <w:rPr>
          <w:rFonts w:ascii="宋体" w:hAnsi="宋体" w:eastAsia="宋体" w:cs="宋体"/>
          <w:color w:val="000000"/>
        </w:rPr>
        <w:t>或</w:t>
      </w:r>
      <w:r>
        <w:pict>
          <v:shape id="_x0000_i719995"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4963" o:title="eqIde1a23b4c933c38130674ea2909741a35"/>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）设点</w:t>
      </w:r>
      <w:r>
        <w:rPr>
          <w:rFonts w:ascii="Times New Roman" w:hAnsi="Times New Roman" w:eastAsia="Times New Roman" w:cs="Times New Roman"/>
          <w:i/>
          <w:color w:val="000000"/>
        </w:rPr>
        <w:t>C</w:t>
      </w:r>
      <w:r>
        <w:rPr>
          <w:rFonts w:ascii="宋体" w:hAnsi="宋体" w:eastAsia="宋体" w:cs="宋体"/>
          <w:color w:val="000000"/>
        </w:rPr>
        <w:t>表示的数是</w:t>
      </w:r>
      <w:r>
        <w:pict>
          <v:shape id="_x0000_i719996" o:spt="75" alt="学科网(www.zxxk.com)--教育资源门户，提供试卷、教案、课件、论文、素材以及各类教学资源下载，还有大量而丰富的教学相关资讯！" type="#_x0000_t75" style="height:16.65pt;width:13.65pt;" o:ole="t" filled="f" o:preferrelative="t" stroked="f" coordsize="21600,21600">
            <v:path/>
            <v:fill on="f" focussize="0,0"/>
            <v:stroke on="f" joinstyle="miter"/>
            <v:imagedata r:id="rId4964" o:title="eqId1d6c00cb2047fdede2e5a46d83a6a411"/>
            <o:lock v:ext="edit" aspectratio="t"/>
            <w10:wrap type="none"/>
            <w10:anchorlock/>
          </v:shape>
        </w:pict>
      </w:r>
      <w:r>
        <w:rPr>
          <w:rFonts w:ascii="宋体" w:hAnsi="宋体" w:eastAsia="宋体" w:cs="宋体"/>
          <w:color w:val="000000"/>
        </w:rPr>
        <w:t>，则</w:t>
      </w:r>
      <w:r>
        <w:pict>
          <v:shape id="_x0000_i719997" o:spt="75" alt="学科网(www.zxxk.com)--教育资源门户，提供试卷、教案、课件、论文、素材以及各类教学资源下载，还有大量而丰富的教学相关资讯！" type="#_x0000_t75" style="height:20.25pt;width:174.75pt;" o:ole="t" filled="f" o:preferrelative="t" stroked="f" coordsize="21600,21600">
            <v:path/>
            <v:fill on="f" focussize="0,0"/>
            <v:stroke on="f" joinstyle="miter"/>
            <v:imagedata r:id="rId4965" o:title="eqIdc5858750796cfc9fae80fda3dc22a294"/>
            <o:lock v:ext="edit" aspectratio="t"/>
            <w10:wrap type="none"/>
            <w10:anchorlock/>
          </v:shape>
        </w:pict>
      </w:r>
      <w:r>
        <w:rPr>
          <w:rFonts w:ascii="宋体" w:hAnsi="宋体" w:eastAsia="宋体" w:cs="宋体"/>
          <w:color w:val="000000"/>
        </w:rPr>
        <w:t>，根据题意，得</w:t>
      </w:r>
      <w:r>
        <w:pict>
          <v:shape id="_x0000_i719998" o:spt="75" alt="学科网(www.zxxk.com)--教育资源门户，提供试卷、教案、课件、论文、素材以及各类教学资源下载，还有大量而丰富的教学相关资讯！" type="#_x0000_t75" style="height:13.8pt;width:61.2pt;" o:ole="t" filled="f" o:preferrelative="t" stroked="f" coordsize="21600,21600">
            <v:path/>
            <v:fill on="f" focussize="0,0"/>
            <v:stroke on="f" joinstyle="miter"/>
            <v:imagedata r:id="rId4966" o:title="eqId2403d7b8319e53167f93447de3483be5"/>
            <o:lock v:ext="edit" aspectratio="t"/>
            <w10:wrap type="none"/>
            <w10:anchorlock/>
          </v:shape>
        </w:pict>
      </w:r>
      <w:r>
        <w:rPr>
          <w:rFonts w:ascii="宋体" w:hAnsi="宋体" w:eastAsia="宋体" w:cs="宋体"/>
          <w:color w:val="000000"/>
        </w:rPr>
        <w:t>，代入计算即可．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）设点</w:t>
      </w:r>
      <w:r>
        <w:rPr>
          <w:rFonts w:ascii="Times New Roman" w:hAnsi="Times New Roman" w:eastAsia="Times New Roman" w:cs="Times New Roman"/>
          <w:i/>
          <w:color w:val="000000"/>
        </w:rPr>
        <w:t>C</w:t>
      </w:r>
      <w:r>
        <w:rPr>
          <w:rFonts w:ascii="宋体" w:hAnsi="宋体" w:eastAsia="宋体" w:cs="宋体"/>
          <w:color w:val="000000"/>
        </w:rPr>
        <w:t>表示的数是</w:t>
      </w:r>
      <w:r>
        <w:pict>
          <v:shape id="_x0000_i719999" o:spt="75" alt="学科网(www.zxxk.com)--教育资源门户，提供试卷、教案、课件、论文、素材以及各类教学资源下载，还有大量而丰富的教学相关资讯！" type="#_x0000_t75" style="height:16.65pt;width:13.65pt;" o:ole="t" filled="f" o:preferrelative="t" stroked="f" coordsize="21600,21600">
            <v:path/>
            <v:fill on="f" focussize="0,0"/>
            <v:stroke on="f" joinstyle="miter"/>
            <v:imagedata r:id="rId4967" o:title="eqId1d6c00cb2047fdede2e5a46d83a6a411"/>
            <o:lock v:ext="edit" aspectratio="t"/>
            <w10:wrap type="none"/>
            <w10:anchorlock/>
          </v:shape>
        </w:pict>
      </w:r>
      <w:r>
        <w:rPr>
          <w:rFonts w:ascii="宋体" w:hAnsi="宋体" w:eastAsia="宋体" w:cs="宋体"/>
          <w:color w:val="000000"/>
        </w:rPr>
        <w:t>，结合</w:t>
      </w:r>
      <w:r>
        <w:pict>
          <v:shape id="_x0000_i720000"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4968" o:title="eqId664109d0d39c722f3f718ddb6b47d4d2"/>
            <o:lock v:ext="edit" aspectratio="t"/>
            <w10:wrap type="none"/>
            <w10:anchorlock/>
          </v:shape>
        </w:pict>
      </w:r>
      <w:r>
        <w:rPr>
          <w:rFonts w:ascii="宋体" w:hAnsi="宋体" w:eastAsia="宋体" w:cs="宋体"/>
          <w:color w:val="000000"/>
        </w:rPr>
        <w:t>，则</w:t>
      </w:r>
      <w:r>
        <w:pict>
          <v:shape id="_x0000_i720001" o:spt="75" alt="学科网(www.zxxk.com)--教育资源门户，提供试卷、教案、课件、论文、素材以及各类教学资源下载，还有大量而丰富的教学相关资讯！" type="#_x0000_t75" style="height:18pt;width:37.8pt;" o:ole="t" filled="f" o:preferrelative="t" stroked="f" coordsize="21600,21600">
            <v:path/>
            <v:fill on="f" focussize="0,0"/>
            <v:stroke on="f" joinstyle="miter"/>
            <v:imagedata r:id="rId4969" o:title="eqId61e65e22c01c0ede3195d44d4e2c5710"/>
            <o:lock v:ext="edit" aspectratio="t"/>
            <w10:wrap type="none"/>
            <w10:anchorlock/>
          </v:shape>
        </w:pict>
      </w:r>
      <w:r>
        <w:rPr>
          <w:rFonts w:ascii="宋体" w:hAnsi="宋体" w:eastAsia="宋体" w:cs="宋体"/>
          <w:color w:val="000000"/>
        </w:rPr>
        <w:t>或</w:t>
      </w:r>
      <w:r>
        <w:pict>
          <v:shape id="_x0000_i720002" o:spt="75" alt="学科网(www.zxxk.com)--教育资源门户，提供试卷、教案、课件、论文、素材以及各类教学资源下载，还有大量而丰富的教学相关资讯！" type="#_x0000_t75" style="height:18pt;width:46.2pt;" o:ole="t" filled="f" o:preferrelative="t" stroked="f" coordsize="21600,21600">
            <v:path/>
            <v:fill on="f" focussize="0,0"/>
            <v:stroke on="f" joinstyle="miter"/>
            <v:imagedata r:id="rId4970" o:title="eqIda360e04ef3de4e62631c1d796b4a6fc6"/>
            <o:lock v:ext="edit" aspectratio="t"/>
            <w10:wrap type="none"/>
            <w10:anchorlock/>
          </v:shape>
        </w:pict>
      </w:r>
      <w:r>
        <w:rPr>
          <w:rFonts w:ascii="宋体" w:hAnsi="宋体" w:eastAsia="宋体" w:cs="宋体"/>
          <w:color w:val="000000"/>
        </w:rPr>
        <w:t>，分别计算即可．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i/>
          <w:color w:val="000000"/>
        </w:rPr>
        <w:t>m</w:t>
      </w:r>
      <w:r>
        <w:rPr>
          <w:rFonts w:ascii="宋体" w:hAnsi="宋体" w:eastAsia="宋体" w:cs="宋体"/>
          <w:color w:val="000000"/>
        </w:rPr>
        <w:t>，则</w:t>
      </w:r>
      <w:r>
        <w:pict>
          <v:shape id="_x0000_i720003" o:spt="75" alt="学科网(www.zxxk.com)--教育资源门户，提供试卷、教案、课件、论文、素材以及各类教学资源下载，还有大量而丰富的教学相关资讯！" type="#_x0000_t75" style="height:21.75pt;width:185.25pt;" o:ole="t" filled="f" o:preferrelative="t" stroked="f" coordsize="21600,21600">
            <v:path/>
            <v:fill on="f" focussize="0,0"/>
            <v:stroke on="f" joinstyle="miter"/>
            <v:imagedata r:id="rId4971" o:title="eqIdf06723e363e4c91f052f6cf9b2bff946"/>
            <o:lock v:ext="edit" aspectratio="t"/>
            <w10:wrap type="none"/>
            <w10:anchorlock/>
          </v:shape>
        </w:pict>
      </w:r>
      <w:r>
        <w:rPr>
          <w:rFonts w:ascii="宋体" w:hAnsi="宋体" w:eastAsia="宋体" w:cs="宋体"/>
          <w:color w:val="000000"/>
        </w:rPr>
        <w:t>，分类计算即可．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解：设点</w:t>
      </w:r>
      <w:r>
        <w:rPr>
          <w:rFonts w:ascii="Times New Roman" w:hAnsi="Times New Roman" w:eastAsia="Times New Roman" w:cs="Times New Roman"/>
          <w:i/>
          <w:color w:val="000000"/>
        </w:rPr>
        <w:t>C</w:t>
      </w:r>
      <w:r>
        <w:rPr>
          <w:rFonts w:ascii="宋体" w:hAnsi="宋体" w:eastAsia="宋体" w:cs="宋体"/>
          <w:color w:val="000000"/>
        </w:rPr>
        <w:t>表示的数是</w:t>
      </w:r>
      <w:r>
        <w:pict>
          <v:shape id="_x0000_i720004" o:spt="75" alt="学科网(www.zxxk.com)--教育资源门户，提供试卷、教案、课件、论文、素材以及各类教学资源下载，还有大量而丰富的教学相关资讯！" type="#_x0000_t75" style="height:16.65pt;width:13.65pt;" o:ole="t" filled="f" o:preferrelative="t" stroked="f" coordsize="21600,21600">
            <v:path/>
            <v:fill on="f" focussize="0,0"/>
            <v:stroke on="f" joinstyle="miter"/>
            <v:imagedata r:id="rId4972" o:title="eqId1d6c00cb2047fdede2e5a46d83a6a4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表示的数是</w:t>
      </w:r>
      <w:r>
        <w:pict>
          <v:shape id="_x0000_i720005"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4973" o:title="eqId3edbd40e04e2a943051fa83d6e511add"/>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表示的数是</w:t>
      </w:r>
      <w:r>
        <w:rPr>
          <w:rFonts w:ascii="Times New Roman" w:hAnsi="Times New Roman" w:eastAsia="Times New Roman" w:cs="Times New Roman"/>
          <w:color w:val="000000"/>
        </w:rPr>
        <w:t>3</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在线段</w:t>
      </w:r>
      <w:r>
        <w:pict>
          <v:shape id="_x0000_i72000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4974" o:title="eqIdf52a58fbaf4fea03567e88a9f0f6e37e"/>
            <o:lock v:ext="edit" aspectratio="t"/>
            <w10:wrap type="none"/>
            <w10:anchorlock/>
          </v:shape>
        </w:pict>
      </w:r>
      <w:r>
        <w:rPr>
          <w:rFonts w:ascii="宋体" w:hAnsi="宋体" w:eastAsia="宋体" w:cs="宋体"/>
          <w:color w:val="000000"/>
        </w:rPr>
        <w:t>上，</w:t>
      </w:r>
    </w:p>
    <w:p>
      <w:pPr>
        <w:spacing w:line="360" w:lineRule="auto"/>
        <w:jc w:val="left"/>
        <w:textAlignment w:val="center"/>
        <w:rPr>
          <w:color w:val="000000"/>
        </w:rPr>
      </w:pPr>
      <w:r>
        <w:rPr>
          <w:rFonts w:ascii="宋体" w:hAnsi="宋体" w:eastAsia="宋体" w:cs="宋体"/>
          <w:color w:val="000000"/>
        </w:rPr>
        <w:t>∴</w:t>
      </w:r>
      <w:r>
        <w:pict>
          <v:shape id="_x0000_i720007" o:spt="75" alt="学科网(www.zxxk.com)--教育资源门户，提供试卷、教案、课件、论文、素材以及各类教学资源下载，还有大量而丰富的教学相关资讯！" type="#_x0000_t75" style="height:20.25pt;width:174.75pt;" o:ole="t" filled="f" o:preferrelative="t" stroked="f" coordsize="21600,21600">
            <v:path/>
            <v:fill on="f" focussize="0,0"/>
            <v:stroke on="f" joinstyle="miter"/>
            <v:imagedata r:id="rId4975" o:title="eqIdc5858750796cfc9fae80fda3dc22a29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w:t>
      </w:r>
      <w:r>
        <w:rPr>
          <w:rFonts w:ascii="Times New Roman" w:hAnsi="Times New Roman" w:eastAsia="Times New Roman" w:cs="Times New Roman"/>
          <w:i/>
          <w:color w:val="000000"/>
        </w:rPr>
        <w:t>B</w:t>
      </w:r>
      <w:r>
        <w:rPr>
          <w:rFonts w:ascii="宋体" w:hAnsi="宋体" w:eastAsia="宋体" w:cs="宋体"/>
          <w:color w:val="000000"/>
        </w:rPr>
        <w:t>的“隔序点”，且</w:t>
      </w:r>
      <w:r>
        <w:rPr>
          <w:rFonts w:ascii="Times New Roman" w:hAnsi="Times New Roman" w:eastAsia="Times New Roman" w:cs="Times New Roman"/>
          <w:color w:val="000000"/>
        </w:rPr>
        <w:t xml:space="preserve"> </w:t>
      </w:r>
      <w:r>
        <w:pict>
          <v:shape id="_x0000_i720008" o:spt="75" alt="学科网(www.zxxk.com)--教育资源门户，提供试卷、教案、课件、论文、素材以及各类教学资源下载，还有大量而丰富的教学相关资讯！" type="#_x0000_t75" style="height:13.8pt;width:49.8pt;" o:ole="t" filled="f" o:preferrelative="t" stroked="f" coordsize="21600,21600">
            <v:path/>
            <v:fill on="f" focussize="0,0"/>
            <v:stroke on="f" joinstyle="miter"/>
            <v:imagedata r:id="rId4976" o:title="eqIdeeeb89fb61a33bdbdb17cf88c5ad709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09" o:spt="75" alt="学科网(www.zxxk.com)--教育资源门户，提供试卷、教案、课件、论文、素材以及各类教学资源下载，还有大量而丰富的教学相关资讯！" type="#_x0000_t75" style="height:13.8pt;width:61.2pt;" o:ole="t" filled="f" o:preferrelative="t" stroked="f" coordsize="21600,21600">
            <v:path/>
            <v:fill on="f" focussize="0,0"/>
            <v:stroke on="f" joinstyle="miter"/>
            <v:imagedata r:id="rId4977" o:title="eqId2403d7b8319e53167f93447de3483be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10" o:spt="75" alt="学科网(www.zxxk.com)--教育资源门户，提供试卷、教案、课件、论文、素材以及各类教学资源下载，还有大量而丰富的教学相关资讯！" type="#_x0000_t75" style="height:20.25pt;width:102.75pt;" o:ole="t" filled="f" o:preferrelative="t" stroked="f" coordsize="21600,21600">
            <v:path/>
            <v:fill on="f" focussize="0,0"/>
            <v:stroke on="f" joinstyle="miter"/>
            <v:imagedata r:id="rId4978" o:title="eqIde128795ad289dd19e443f70741bd547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011" o:spt="75" alt="学科网(www.zxxk.com)--教育资源门户，提供试卷、教案、课件、论文、素材以及各类教学资源下载，还有大量而丰富的教学相关资讯！" type="#_x0000_t75" style="height:18.1pt;width:31.2pt;" o:ole="t" filled="f" o:preferrelative="t" stroked="f" coordsize="21600,21600">
            <v:path/>
            <v:fill on="f" focussize="0,0"/>
            <v:stroke on="f" joinstyle="miter"/>
            <v:imagedata r:id="rId4979" o:title="eqId22c489479a1eeb10b1aaa4bf11096c9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设点</w:t>
      </w:r>
      <w:r>
        <w:rPr>
          <w:rFonts w:ascii="Times New Roman" w:hAnsi="Times New Roman" w:eastAsia="Times New Roman" w:cs="Times New Roman"/>
          <w:i/>
          <w:color w:val="000000"/>
        </w:rPr>
        <w:t>C</w:t>
      </w:r>
      <w:r>
        <w:rPr>
          <w:rFonts w:ascii="宋体" w:hAnsi="宋体" w:eastAsia="宋体" w:cs="宋体"/>
          <w:color w:val="000000"/>
        </w:rPr>
        <w:t>表示的数是</w:t>
      </w:r>
      <w:r>
        <w:pict>
          <v:shape id="_x0000_i720012" o:spt="75" alt="学科网(www.zxxk.com)--教育资源门户，提供试卷、教案、课件、论文、素材以及各类教学资源下载，还有大量而丰富的教学相关资讯！" type="#_x0000_t75" style="height:16.65pt;width:13.65pt;" o:ole="t" filled="f" o:preferrelative="t" stroked="f" coordsize="21600,21600">
            <v:path/>
            <v:fill on="f" focussize="0,0"/>
            <v:stroke on="f" joinstyle="miter"/>
            <v:imagedata r:id="rId4980" o:title="eqId1d6c00cb2047fdede2e5a46d83a6a41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13" o:spt="75" alt="学科网(www.zxxk.com)--教育资源门户，提供试卷、教案、课件、论文、素材以及各类教学资源下载，还有大量而丰富的教学相关资讯！" type="#_x0000_t75" style="height:13.95pt;width:42.95pt;" o:ole="t" filled="f" o:preferrelative="t" stroked="f" coordsize="21600,21600">
            <v:path/>
            <v:fill on="f" focussize="0,0"/>
            <v:stroke on="f" joinstyle="miter"/>
            <v:imagedata r:id="rId4981" o:title="eqId664109d0d39c722f3f718ddb6b47d4d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14" o:spt="75" alt="学科网(www.zxxk.com)--教育资源门户，提供试卷、教案、课件、论文、素材以及各类教学资源下载，还有大量而丰富的教学相关资讯！" type="#_x0000_t75" style="height:18pt;width:37.8pt;" o:ole="t" filled="f" o:preferrelative="t" stroked="f" coordsize="21600,21600">
            <v:path/>
            <v:fill on="f" focussize="0,0"/>
            <v:stroke on="f" joinstyle="miter"/>
            <v:imagedata r:id="rId4982" o:title="eqId61e65e22c01c0ede3195d44d4e2c5710"/>
            <o:lock v:ext="edit" aspectratio="t"/>
            <w10:wrap type="none"/>
            <w10:anchorlock/>
          </v:shape>
        </w:pict>
      </w:r>
      <w:r>
        <w:rPr>
          <w:rFonts w:ascii="宋体" w:hAnsi="宋体" w:eastAsia="宋体" w:cs="宋体"/>
          <w:color w:val="000000"/>
        </w:rPr>
        <w:t>或</w:t>
      </w:r>
      <w:r>
        <w:pict>
          <v:shape id="_x0000_i720015" o:spt="75" alt="学科网(www.zxxk.com)--教育资源门户，提供试卷、教案、课件、论文、素材以及各类教学资源下载，还有大量而丰富的教学相关资讯！" type="#_x0000_t75" style="height:18pt;width:46.2pt;" o:ole="t" filled="f" o:preferrelative="t" stroked="f" coordsize="21600,21600">
            <v:path/>
            <v:fill on="f" focussize="0,0"/>
            <v:stroke on="f" joinstyle="miter"/>
            <v:imagedata r:id="rId4983" o:title="eqIda360e04ef3de4e62631c1d796b4a6fc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20016" o:spt="75" alt="学科网(www.zxxk.com)--教育资源门户，提供试卷、教案、课件、论文、素材以及各类教学资源下载，还有大量而丰富的教学相关资讯！" type="#_x0000_t75" style="height:18pt;width:37.8pt;" o:ole="t" filled="f" o:preferrelative="t" stroked="f" coordsize="21600,21600">
            <v:path/>
            <v:fill on="f" focussize="0,0"/>
            <v:stroke on="f" joinstyle="miter"/>
            <v:imagedata r:id="rId4984" o:title="eqId61e65e22c01c0ede3195d44d4e2c5710"/>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w:t>
      </w:r>
      <w:r>
        <w:pict>
          <v:shape id="_x0000_i720017" o:spt="75" alt="学科网(www.zxxk.com)--教育资源门户，提供试卷、教案、课件、论文、素材以及各类教学资源下载，还有大量而丰富的教学相关资讯！" type="#_x0000_t75" style="height:20.25pt;width:179.25pt;" o:ole="t" filled="f" o:preferrelative="t" stroked="f" coordsize="21600,21600">
            <v:path/>
            <v:fill on="f" focussize="0,0"/>
            <v:stroke on="f" joinstyle="miter"/>
            <v:imagedata r:id="rId4985" o:title="eqIdda8a43e5a7d7e76cfa0c7fe090149e9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B</w:t>
      </w:r>
      <w:r>
        <w:rPr>
          <w:rFonts w:ascii="宋体" w:hAnsi="宋体" w:eastAsia="宋体" w:cs="宋体"/>
          <w:color w:val="000000"/>
        </w:rPr>
        <w:t>关于</w:t>
      </w:r>
      <w:r>
        <w:rPr>
          <w:rFonts w:ascii="Times New Roman" w:hAnsi="Times New Roman" w:eastAsia="Times New Roman" w:cs="Times New Roman"/>
          <w:i/>
          <w:color w:val="000000"/>
        </w:rPr>
        <w:t>A</w:t>
      </w:r>
      <w:r>
        <w:rPr>
          <w:rFonts w:ascii="宋体" w:hAnsi="宋体" w:eastAsia="宋体" w:cs="宋体"/>
          <w:color w:val="000000"/>
        </w:rPr>
        <w:t>“隔序点”，隔序常数</w:t>
      </w:r>
      <w:r>
        <w:pict>
          <v:shape id="_x0000_i720018" o:spt="75" alt="学科网(www.zxxk.com)--教育资源门户，提供试卷、教案、课件、论文、素材以及各类教学资源下载，还有大量而丰富的教学相关资讯！" type="#_x0000_t75" style="height:13.75pt;width:31.95pt;" o:ole="t" filled="f" o:preferrelative="t" stroked="f" coordsize="21600,21600">
            <v:path/>
            <v:fill on="f" focussize="0,0"/>
            <v:stroke on="f" joinstyle="miter"/>
            <v:imagedata r:id="rId4986" o:title="eqIdb86304c3e26200299a0480641525a2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19" o:spt="75" alt="学科网(www.zxxk.com)--教育资源门户，提供试卷、教案、课件、论文、素材以及各类教学资源下载，还有大量而丰富的教学相关资讯！" type="#_x0000_t75" style="height:13.8pt;width:60pt;" o:ole="t" filled="f" o:preferrelative="t" stroked="f" coordsize="21600,21600">
            <v:path/>
            <v:fill on="f" focussize="0,0"/>
            <v:stroke on="f" joinstyle="miter"/>
            <v:imagedata r:id="rId4987" o:title="eqId487330b10c7e9ca8fac1275a050317f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20"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4988" o:title="eqIde25d99503b41d89769fb7ca21d9d0be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021" o:spt="75" alt="学科网(www.zxxk.com)--教育资源门户，提供试卷、教案、课件、论文、素材以及各类教学资源下载，还有大量而丰富的教学相关资讯！" type="#_x0000_t75" style="height:31.2pt;width:61.2pt;" o:ole="t" filled="f" o:preferrelative="t" stroked="f" coordsize="21600,21600">
            <v:path/>
            <v:fill on="f" focussize="0,0"/>
            <v:stroke on="f" joinstyle="miter"/>
            <v:imagedata r:id="rId4989" o:title="eqId4746604a04fcad2019df4017b614408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20022" o:spt="75" alt="学科网(www.zxxk.com)--教育资源门户，提供试卷、教案、课件、论文、素材以及各类教学资源下载，还有大量而丰富的教学相关资讯！" type="#_x0000_t75" style="height:18pt;width:46.2pt;" o:ole="t" filled="f" o:preferrelative="t" stroked="f" coordsize="21600,21600">
            <v:path/>
            <v:fill on="f" focussize="0,0"/>
            <v:stroke on="f" joinstyle="miter"/>
            <v:imagedata r:id="rId4990" o:title="eqIda360e04ef3de4e62631c1d796b4a6fc6"/>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w:t>
      </w:r>
      <w:r>
        <w:pict>
          <v:shape id="_x0000_i720023" o:spt="75" alt="学科网(www.zxxk.com)--教育资源门户，提供试卷、教案、课件、论文、素材以及各类教学资源下载，还有大量而丰富的教学相关资讯！" type="#_x0000_t75" style="height:20.25pt;width:203.25pt;" o:ole="t" filled="f" o:preferrelative="t" stroked="f" coordsize="21600,21600">
            <v:path/>
            <v:fill on="f" focussize="0,0"/>
            <v:stroke on="f" joinstyle="miter"/>
            <v:imagedata r:id="rId4991" o:title="eqId4c7d6698228e918578d243930bac637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B</w:t>
      </w:r>
      <w:r>
        <w:rPr>
          <w:rFonts w:ascii="宋体" w:hAnsi="宋体" w:eastAsia="宋体" w:cs="宋体"/>
          <w:color w:val="000000"/>
        </w:rPr>
        <w:t>关于</w:t>
      </w:r>
      <w:r>
        <w:rPr>
          <w:rFonts w:ascii="Times New Roman" w:hAnsi="Times New Roman" w:eastAsia="Times New Roman" w:cs="Times New Roman"/>
          <w:i/>
          <w:color w:val="000000"/>
        </w:rPr>
        <w:t>A</w:t>
      </w:r>
      <w:r>
        <w:rPr>
          <w:rFonts w:ascii="宋体" w:hAnsi="宋体" w:eastAsia="宋体" w:cs="宋体"/>
          <w:color w:val="000000"/>
        </w:rPr>
        <w:t>“隔序点”，隔序常数</w:t>
      </w:r>
      <w:r>
        <w:pict>
          <v:shape id="_x0000_i720024" o:spt="75" alt="学科网(www.zxxk.com)--教育资源门户，提供试卷、教案、课件、论文、素材以及各类教学资源下载，还有大量而丰富的教学相关资讯！" type="#_x0000_t75" style="height:13.75pt;width:31.95pt;" o:ole="t" filled="f" o:preferrelative="t" stroked="f" coordsize="21600,21600">
            <v:path/>
            <v:fill on="f" focussize="0,0"/>
            <v:stroke on="f" joinstyle="miter"/>
            <v:imagedata r:id="rId4992" o:title="eqIdb86304c3e26200299a0480641525a28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25" o:spt="75" alt="学科网(www.zxxk.com)--教育资源门户，提供试卷、教案、课件、论文、素材以及各类教学资源下载，还有大量而丰富的教学相关资讯！" type="#_x0000_t75" style="height:13.8pt;width:60pt;" o:ole="t" filled="f" o:preferrelative="t" stroked="f" coordsize="21600,21600">
            <v:path/>
            <v:fill on="f" focussize="0,0"/>
            <v:stroke on="f" joinstyle="miter"/>
            <v:imagedata r:id="rId4993" o:title="eqId487330b10c7e9ca8fac1275a050317f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26"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4994" o:title="eqIdb324e161cca1a7ad202b9b14a23a621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027" o:spt="75" alt="学科网(www.zxxk.com)--教育资源门户，提供试卷、教案、课件、论文、素材以及各类教学资源下载，还有大量而丰富的教学相关资讯！" type="#_x0000_t75" style="height:31.2pt;width:55.2pt;" o:ole="t" filled="f" o:preferrelative="t" stroked="f" coordsize="21600,21600">
            <v:path/>
            <v:fill on="f" focussize="0,0"/>
            <v:stroke on="f" joinstyle="miter"/>
            <v:imagedata r:id="rId4995" o:title="eqId307c149235073ce3fe7826254bcb6ce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pict>
          <v:shape id="_x0000_i720028" o:spt="75" alt="学科网(www.zxxk.com)--教育资源门户，提供试卷、教案、课件、论文、素材以及各类教学资源下载，还有大量而丰富的教学相关资讯！" type="#_x0000_t75" style="height:30.75pt;width:27.75pt;" o:ole="t" filled="f" o:preferrelative="t" stroked="f" coordsize="21600,21600">
            <v:path/>
            <v:fill on="f" focussize="0,0"/>
            <v:stroke on="f" joinstyle="miter"/>
            <v:imagedata r:id="rId4996" o:title="eqId4fc2a9b2875091c9dd79050499f18210"/>
            <o:lock v:ext="edit" aspectratio="t"/>
            <w10:wrap type="none"/>
            <w10:anchorlock/>
          </v:shape>
        </w:pict>
      </w:r>
      <w:r>
        <w:rPr>
          <w:rFonts w:ascii="宋体" w:hAnsi="宋体" w:eastAsia="宋体" w:cs="宋体"/>
          <w:color w:val="000000"/>
        </w:rPr>
        <w:t>或</w:t>
      </w:r>
      <w:r>
        <w:pict>
          <v:shape id="_x0000_i720029" o:spt="75" alt="学科网(www.zxxk.com)--教育资源门户，提供试卷、教案、课件、论文、素材以及各类教学资源下载，还有大量而丰富的教学相关资讯！" type="#_x0000_t75" style="height:30pt;width:36pt;" o:ole="t" filled="f" o:preferrelative="t" stroked="f" coordsize="21600,21600">
            <v:path/>
            <v:fill on="f" focussize="0,0"/>
            <v:stroke on="f" joinstyle="miter"/>
            <v:imagedata r:id="rId4997" o:title="eqIda042ddb9a8e5c3df6d650860fd87b36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设点</w:t>
      </w:r>
      <w:r>
        <w:rPr>
          <w:rFonts w:ascii="Times New Roman" w:hAnsi="Times New Roman" w:eastAsia="Times New Roman" w:cs="Times New Roman"/>
          <w:i/>
          <w:color w:val="000000"/>
        </w:rPr>
        <w:t>C</w:t>
      </w:r>
      <w:r>
        <w:rPr>
          <w:rFonts w:ascii="宋体" w:hAnsi="宋体" w:eastAsia="宋体" w:cs="宋体"/>
          <w:color w:val="000000"/>
        </w:rPr>
        <w:t>表示的数是</w:t>
      </w:r>
      <w:r>
        <w:rPr>
          <w:rFonts w:ascii="Times New Roman" w:hAnsi="Times New Roman" w:eastAsia="Times New Roman" w:cs="Times New Roman"/>
          <w:i/>
          <w:color w:val="000000"/>
        </w:rPr>
        <w:t>m</w:t>
      </w:r>
      <w:r>
        <w:rPr>
          <w:rFonts w:ascii="宋体" w:hAnsi="宋体" w:eastAsia="宋体" w:cs="宋体"/>
          <w:color w:val="000000"/>
        </w:rPr>
        <w:t>，则</w:t>
      </w:r>
      <w:r>
        <w:pict>
          <v:shape id="_x0000_i720030" o:spt="75" alt="学科网(www.zxxk.com)--教育资源门户，提供试卷、教案、课件、论文、素材以及各类教学资源下载，还有大量而丰富的教学相关资讯！" type="#_x0000_t75" style="height:21.75pt;width:179.25pt;" o:ole="t" filled="f" o:preferrelative="t" stroked="f" coordsize="21600,21600">
            <v:path/>
            <v:fill on="f" focussize="0,0"/>
            <v:stroke on="f" joinstyle="miter"/>
            <v:imagedata r:id="rId4998" o:title="eqIdd6060e5a40cc607e0033ec4e71802de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k</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满足</w:t>
      </w:r>
      <w:r>
        <w:pict>
          <v:shape id="_x0000_i720031" o:spt="75" alt="学科网(www.zxxk.com)--教育资源门户，提供试卷、教案、课件、论文、素材以及各类教学资源下载，还有大量而丰富的教学相关资讯！" type="#_x0000_t75" style="height:15.65pt;width:89.55pt;" o:ole="t" filled="f" o:preferrelative="t" stroked="f" coordsize="21600,21600">
            <v:path/>
            <v:fill on="f" focussize="0,0"/>
            <v:stroke on="f" joinstyle="miter"/>
            <v:imagedata r:id="rId4999" o:title="eqId4813ef73fc203728406a58f13e66c28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又：</w:t>
      </w:r>
      <w:r>
        <w:pict>
          <v:shape id="_x0000_i720032" o:spt="75" alt="学科网(www.zxxk.com)--教育资源门户，提供试卷、教案、课件、论文、素材以及各类教学资源下载，还有大量而丰富的教学相关资讯！" type="#_x0000_t75" style="height:20.25pt;width:63.75pt;" o:ole="t" filled="f" o:preferrelative="t" stroked="f" coordsize="21600,21600">
            <v:path/>
            <v:fill on="f" focussize="0,0"/>
            <v:stroke on="f" joinstyle="miter"/>
            <v:imagedata r:id="rId5000" o:title="eqIde37c74a01124e91a5a5520d0d15308fe"/>
            <o:lock v:ext="edit" aspectratio="t"/>
            <w10:wrap type="none"/>
            <w10:anchorlock/>
          </v:shape>
        </w:pict>
      </w:r>
      <w:r>
        <w:rPr>
          <w:rFonts w:ascii="宋体" w:hAnsi="宋体" w:eastAsia="宋体" w:cs="宋体"/>
          <w:color w:val="000000"/>
        </w:rPr>
        <w:t>表示数轴上表示点</w:t>
      </w:r>
      <w:r>
        <w:pict>
          <v:shape id="_x0000_i720033"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5001" o:title="eqId2c94bb12cee76221e13f9ef955b0aab1"/>
            <o:lock v:ext="edit" aspectratio="t"/>
            <w10:wrap type="none"/>
            <w10:anchorlock/>
          </v:shape>
        </w:pict>
      </w:r>
      <w:r>
        <w:rPr>
          <w:rFonts w:ascii="宋体" w:hAnsi="宋体" w:eastAsia="宋体" w:cs="宋体"/>
          <w:color w:val="000000"/>
        </w:rPr>
        <w:t>的数到表示点</w:t>
      </w:r>
      <w:r>
        <w:pict>
          <v:shape id="_x0000_i720034"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5002" o:title="eqIdbdaa19de263700a15fcf213d64a8cd57"/>
            <o:lock v:ext="edit" aspectratio="t"/>
            <w10:wrap type="none"/>
            <w10:anchorlock/>
          </v:shape>
        </w:pict>
      </w:r>
      <w:r>
        <w:rPr>
          <w:rFonts w:ascii="宋体" w:hAnsi="宋体" w:eastAsia="宋体" w:cs="宋体"/>
          <w:color w:val="000000"/>
        </w:rPr>
        <w:t>的数的距离，以及到表示点</w:t>
      </w:r>
      <w:r>
        <w:rPr>
          <w:rFonts w:ascii="Times New Roman" w:hAnsi="Times New Roman" w:eastAsia="Times New Roman" w:cs="Times New Roman"/>
          <w:color w:val="000000"/>
        </w:rPr>
        <w:t>3</w:t>
      </w:r>
      <w:r>
        <w:rPr>
          <w:rFonts w:ascii="宋体" w:hAnsi="宋体" w:eastAsia="宋体" w:cs="宋体"/>
          <w:color w:val="000000"/>
        </w:rPr>
        <w:t>的数的距离之和，</w:t>
      </w:r>
    </w:p>
    <w:p>
      <w:pPr>
        <w:spacing w:line="360" w:lineRule="auto"/>
        <w:jc w:val="left"/>
        <w:textAlignment w:val="center"/>
        <w:rPr>
          <w:color w:val="000000"/>
        </w:rPr>
      </w:pPr>
      <w:r>
        <w:rPr>
          <w:rFonts w:ascii="宋体" w:hAnsi="宋体" w:eastAsia="宋体" w:cs="宋体"/>
          <w:color w:val="000000"/>
        </w:rPr>
        <w:t>∴当</w:t>
      </w:r>
      <w:r>
        <w:pict>
          <v:shape id="_x0000_i720035" o:spt="75" alt="学科网(www.zxxk.com)--教育资源门户，提供试卷、教案、课件、论文、素材以及各类教学资源下载，还有大量而丰富的教学相关资讯！" type="#_x0000_t75" style="height:14.4pt;width:42pt;" o:ole="t" filled="f" o:preferrelative="t" stroked="f" coordsize="21600,21600">
            <v:path/>
            <v:fill on="f" focussize="0,0"/>
            <v:stroke on="f" joinstyle="miter"/>
            <v:imagedata r:id="rId5003" o:title="eqId973c519b06cae9ae921fdb12c273833b"/>
            <o:lock v:ext="edit" aspectratio="t"/>
            <w10:wrap type="none"/>
            <w10:anchorlock/>
          </v:shape>
        </w:pict>
      </w:r>
      <w:r>
        <w:rPr>
          <w:rFonts w:ascii="宋体" w:hAnsi="宋体" w:eastAsia="宋体" w:cs="宋体"/>
          <w:color w:val="000000"/>
        </w:rPr>
        <w:t>时，</w:t>
      </w:r>
      <w:r>
        <w:pict>
          <v:shape id="_x0000_i720036" o:spt="75" alt="学科网(www.zxxk.com)--教育资源门户，提供试卷、教案、课件、论文、素材以及各类教学资源下载，还有大量而丰富的教学相关资讯！" type="#_x0000_t75" style="height:20.25pt;width:63.75pt;" o:ole="t" filled="f" o:preferrelative="t" stroked="f" coordsize="21600,21600">
            <v:path/>
            <v:fill on="f" focussize="0,0"/>
            <v:stroke on="f" joinstyle="miter"/>
            <v:imagedata r:id="rId5004" o:title="eqIde37c74a01124e91a5a5520d0d15308fe"/>
            <o:lock v:ext="edit" aspectratio="t"/>
            <w10:wrap type="none"/>
            <w10:anchorlock/>
          </v:shape>
        </w:pict>
      </w:r>
      <w:r>
        <w:rPr>
          <w:rFonts w:ascii="宋体" w:hAnsi="宋体" w:eastAsia="宋体" w:cs="宋体"/>
          <w:color w:val="000000"/>
        </w:rPr>
        <w:t>有最小值为</w:t>
      </w:r>
      <w:r>
        <w:pict>
          <v:shape id="_x0000_i720037"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5005" o:title="eqIde4c6621d2cc81497f6ef8c61bfb9fd5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rPr>
          <w:rFonts w:ascii="Times New Roman" w:hAnsi="Times New Roman" w:eastAsia="Times New Roman" w:cs="Times New Roman"/>
          <w:i/>
          <w:color w:val="000000"/>
        </w:rPr>
        <w:t>k</w:t>
      </w:r>
      <w:r>
        <w:rPr>
          <w:rFonts w:ascii="宋体" w:hAnsi="宋体" w:eastAsia="宋体" w:cs="宋体"/>
          <w:color w:val="000000"/>
        </w:rPr>
        <w:t>取最小值时，</w:t>
      </w:r>
      <w:r>
        <w:rPr>
          <w:rFonts w:ascii="Times New Roman" w:hAnsi="Times New Roman" w:eastAsia="Times New Roman" w:cs="Times New Roman"/>
          <w:i/>
          <w:color w:val="000000"/>
        </w:rPr>
        <w:t>b</w:t>
      </w:r>
      <w:r>
        <w:rPr>
          <w:rFonts w:ascii="宋体" w:hAnsi="宋体" w:eastAsia="宋体" w:cs="宋体"/>
          <w:color w:val="000000"/>
        </w:rPr>
        <w:t>最大值时，此时：</w:t>
      </w:r>
      <w:r>
        <w:pict>
          <v:shape id="_x0000_i720038" o:spt="75" alt="学科网(www.zxxk.com)--教育资源门户，提供试卷、教案、课件、论文、素材以及各类教学资源下载，还有大量而丰富的教学相关资讯！" type="#_x0000_t75" style="height:15.75pt;width:54.75pt;" o:ole="t" filled="f" o:preferrelative="t" stroked="f" coordsize="21600,21600">
            <v:path/>
            <v:fill on="f" focussize="0,0"/>
            <v:stroke on="f" joinstyle="miter"/>
            <v:imagedata r:id="rId5006" o:title="eqIdd480d7eace6c538a4919449b8ccdfeb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B</w:t>
      </w:r>
      <w:r>
        <w:rPr>
          <w:rFonts w:ascii="宋体" w:hAnsi="宋体" w:eastAsia="宋体" w:cs="宋体"/>
          <w:color w:val="000000"/>
        </w:rPr>
        <w:t>关于</w:t>
      </w:r>
      <w:r>
        <w:rPr>
          <w:rFonts w:ascii="Times New Roman" w:hAnsi="Times New Roman" w:eastAsia="Times New Roman" w:cs="Times New Roman"/>
          <w:i/>
          <w:color w:val="000000"/>
        </w:rPr>
        <w:t>A</w:t>
      </w:r>
      <w:r>
        <w:rPr>
          <w:rFonts w:ascii="宋体" w:hAnsi="宋体" w:eastAsia="宋体" w:cs="宋体"/>
          <w:color w:val="000000"/>
        </w:rPr>
        <w:t>“隔序点”时，</w:t>
      </w:r>
      <w:r>
        <w:pict>
          <v:shape id="_x0000_i720039"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5007" o:title="eqIdf8e69866076dcff686a05e9e91e61e68"/>
            <o:lock v:ext="edit" aspectratio="t"/>
            <w10:wrap type="none"/>
            <w10:anchorlock/>
          </v:shape>
        </w:pict>
      </w:r>
      <w:r>
        <w:rPr>
          <w:rFonts w:ascii="宋体" w:hAnsi="宋体" w:eastAsia="宋体" w:cs="宋体"/>
          <w:color w:val="000000"/>
        </w:rPr>
        <w:t>，</w:t>
      </w:r>
      <w:r>
        <w:pict>
          <v:shape id="_x0000_i720040" o:spt="75" alt="学科网(www.zxxk.com)--教育资源门户，提供试卷、教案、课件、论文、素材以及各类教学资源下载，还有大量而丰富的教学相关资讯！" type="#_x0000_t75" style="height:13.6pt;width:27.2pt;" o:ole="t" filled="f" o:preferrelative="t" stroked="f" coordsize="21600,21600">
            <v:path/>
            <v:fill on="f" focussize="0,0"/>
            <v:stroke on="f" joinstyle="miter"/>
            <v:imagedata r:id="rId5008" o:title="eqIdfcdb7a488910743dc5c63afb394b87e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41" o:spt="75" alt="学科网(www.zxxk.com)--教育资源门户，提供试卷、教案、课件、论文、素材以及各类教学资源下载，还有大量而丰富的教学相关资讯！" type="#_x0000_t75" style="height:20.25pt;width:96.75pt;" o:ole="t" filled="f" o:preferrelative="t" stroked="f" coordsize="21600,21600">
            <v:path/>
            <v:fill on="f" focussize="0,0"/>
            <v:stroke on="f" joinstyle="miter"/>
            <v:imagedata r:id="rId5009" o:title="eqIda256cbd20b59e089778864cef8ab126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042"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010" o:title="eqIde5480351b5d13af31275196e9e9be7a3"/>
            <o:lock v:ext="edit" aspectratio="t"/>
            <w10:wrap type="none"/>
            <w10:anchorlock/>
          </v:shape>
        </w:pict>
      </w:r>
      <w:r>
        <w:rPr>
          <w:rFonts w:ascii="宋体" w:hAnsi="宋体" w:eastAsia="宋体" w:cs="宋体"/>
          <w:color w:val="000000"/>
        </w:rPr>
        <w:t>或</w:t>
      </w:r>
      <w:r>
        <w:pict>
          <v:shape id="_x0000_i720043" o:spt="75" alt="学科网(www.zxxk.com)--教育资源门户，提供试卷、教案、课件、论文、素材以及各类教学资源下载，还有大量而丰富的教学相关资讯！" type="#_x0000_t75" style="height:30.75pt;width:39.75pt;" o:ole="t" filled="f" o:preferrelative="t" stroked="f" coordsize="21600,21600">
            <v:path/>
            <v:fill on="f" focussize="0,0"/>
            <v:stroke on="f" joinstyle="miter"/>
            <v:imagedata r:id="rId5011" o:title="eqId4a76abb82484b71598a2fec187a49ab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关于</w:t>
      </w:r>
      <w:r>
        <w:rPr>
          <w:rFonts w:ascii="Times New Roman" w:hAnsi="Times New Roman" w:eastAsia="Times New Roman" w:cs="Times New Roman"/>
          <w:i/>
          <w:color w:val="000000"/>
        </w:rPr>
        <w:t>B</w:t>
      </w:r>
      <w:r>
        <w:rPr>
          <w:rFonts w:ascii="宋体" w:hAnsi="宋体" w:eastAsia="宋体" w:cs="宋体"/>
          <w:color w:val="000000"/>
        </w:rPr>
        <w:t>“隔序点”时，</w:t>
      </w:r>
      <w:r>
        <w:pict>
          <v:shape id="_x0000_i720044"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5012" o:title="eqIdf8e69866076dcff686a05e9e91e61e68"/>
            <o:lock v:ext="edit" aspectratio="t"/>
            <w10:wrap type="none"/>
            <w10:anchorlock/>
          </v:shape>
        </w:pict>
      </w:r>
      <w:r>
        <w:rPr>
          <w:rFonts w:ascii="宋体" w:hAnsi="宋体" w:eastAsia="宋体" w:cs="宋体"/>
          <w:color w:val="000000"/>
        </w:rPr>
        <w:t>，</w:t>
      </w:r>
      <w:r>
        <w:pict>
          <v:shape id="_x0000_i720045" o:spt="75" alt="学科网(www.zxxk.com)--教育资源门户，提供试卷、教案、课件、论文、素材以及各类教学资源下载，还有大量而丰富的教学相关资讯！" type="#_x0000_t75" style="height:13.6pt;width:27.2pt;" o:ole="t" filled="f" o:preferrelative="t" stroked="f" coordsize="21600,21600">
            <v:path/>
            <v:fill on="f" focussize="0,0"/>
            <v:stroke on="f" joinstyle="miter"/>
            <v:imagedata r:id="rId5013" o:title="eqIdfcdb7a488910743dc5c63afb394b87e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046" o:spt="75" alt="学科网(www.zxxk.com)--教育资源门户，提供试卷、教案、课件、论文、素材以及各类教学资源下载，还有大量而丰富的教学相关资讯！" type="#_x0000_t75" style="height:20.25pt;width:96.75pt;" o:ole="t" filled="f" o:preferrelative="t" stroked="f" coordsize="21600,21600">
            <v:path/>
            <v:fill on="f" focussize="0,0"/>
            <v:stroke on="f" joinstyle="miter"/>
            <v:imagedata r:id="rId5014" o:title="eqId21bf3bd09eec3dd12b93db254c7be71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047"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5015" o:title="eqId6caddd958ae597c7a1f8f6a9ee2a3200"/>
            <o:lock v:ext="edit" aspectratio="t"/>
            <w10:wrap type="none"/>
            <w10:anchorlock/>
          </v:shape>
        </w:pict>
      </w:r>
      <w:r>
        <w:rPr>
          <w:rFonts w:ascii="宋体" w:hAnsi="宋体" w:eastAsia="宋体" w:cs="宋体"/>
          <w:color w:val="000000"/>
        </w:rPr>
        <w:t>或</w:t>
      </w:r>
      <w:r>
        <w:pict>
          <v:shape id="_x0000_i720048" o:spt="75" alt="学科网(www.zxxk.com)--教育资源门户，提供试卷、教案、课件、论文、素材以及各类教学资源下载，还有大量而丰富的教学相关资讯！" type="#_x0000_t75" style="height:31.1pt;width:31.7pt;" o:ole="t" filled="f" o:preferrelative="t" stroked="f" coordsize="21600,21600">
            <v:path/>
            <v:fill on="f" focussize="0,0"/>
            <v:stroke on="f" joinstyle="miter"/>
            <v:imagedata r:id="rId5016" o:title="eqId18d2fe07f1d87d69ed59bd209ba469c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综上所述</w:t>
      </w:r>
      <w:r>
        <w:rPr>
          <w:rFonts w:ascii="Times New Roman" w:hAnsi="Times New Roman" w:eastAsia="Times New Roman" w:cs="Times New Roman"/>
          <w:i/>
          <w:color w:val="000000"/>
        </w:rPr>
        <w:t>m</w:t>
      </w:r>
      <w:r>
        <w:rPr>
          <w:rFonts w:ascii="宋体" w:hAnsi="宋体" w:eastAsia="宋体" w:cs="宋体"/>
          <w:color w:val="000000"/>
        </w:rPr>
        <w:t>的值为</w:t>
      </w:r>
      <w:r>
        <w:rPr>
          <w:rFonts w:ascii="Times New Roman" w:hAnsi="Times New Roman" w:eastAsia="Times New Roman" w:cs="Times New Roman"/>
          <w:color w:val="000000"/>
        </w:rPr>
        <w:t>7</w:t>
      </w:r>
      <w:r>
        <w:rPr>
          <w:rFonts w:ascii="宋体" w:hAnsi="宋体" w:eastAsia="宋体" w:cs="宋体"/>
          <w:color w:val="000000"/>
        </w:rPr>
        <w:t>或</w:t>
      </w:r>
      <w:r>
        <w:pict>
          <v:shape id="_x0000_i720049" o:spt="75" alt="学科网(www.zxxk.com)--教育资源门户，提供试卷、教案、课件、论文、素材以及各类教学资源下载，还有大量而丰富的教学相关资讯！" type="#_x0000_t75" style="height:30.7pt;width:11.25pt;" o:ole="t" filled="f" o:preferrelative="t" stroked="f" coordsize="21600,21600">
            <v:path/>
            <v:fill on="f" focussize="0,0"/>
            <v:stroke on="f" joinstyle="miter"/>
            <v:imagedata r:id="rId5017" o:title="eqIdcaa585b9257ed0798213a9ae9b87d291"/>
            <o:lock v:ext="edit" aspectratio="t"/>
            <w10:wrap type="none"/>
            <w10:anchorlock/>
          </v:shape>
        </w:pict>
      </w:r>
      <w:r>
        <w:rPr>
          <w:rFonts w:ascii="宋体" w:hAnsi="宋体" w:eastAsia="宋体" w:cs="宋体"/>
          <w:color w:val="000000"/>
        </w:rPr>
        <w:t>或</w:t>
      </w:r>
      <w:r>
        <w:pict>
          <v:shape id="_x0000_i720050" o:spt="75" alt="学科网(www.zxxk.com)--教育资源门户，提供试卷、教案、课件、论文、素材以及各类教学资源下载，还有大量而丰富的教学相关资讯！" type="#_x0000_t75" style="height:14.4pt;width:15.6pt;" o:ole="t" filled="f" o:preferrelative="t" stroked="f" coordsize="21600,21600">
            <v:path/>
            <v:fill on="f" focussize="0,0"/>
            <v:stroke on="f" joinstyle="miter"/>
            <v:imagedata r:id="rId5018" o:title="eqId8bf3d3564c61e5e9c39a9e2cf2de048b"/>
            <o:lock v:ext="edit" aspectratio="t"/>
            <w10:wrap type="none"/>
            <w10:anchorlock/>
          </v:shape>
        </w:pict>
      </w:r>
      <w:r>
        <w:rPr>
          <w:rFonts w:ascii="宋体" w:hAnsi="宋体" w:eastAsia="宋体" w:cs="宋体"/>
          <w:color w:val="000000"/>
        </w:rPr>
        <w:t>或</w:t>
      </w:r>
      <w:r>
        <w:pict>
          <v:shape id="_x0000_i720051" o:spt="75" alt="学科网(www.zxxk.com)--教育资源门户，提供试卷、教案、课件、论文、素材以及各类教学资源下载，还有大量而丰富的教学相关资讯！" type="#_x0000_t75" style="height:30.75pt;width:18.75pt;" o:ole="t" filled="f" o:preferrelative="t" stroked="f" coordsize="21600,21600">
            <v:path/>
            <v:fill on="f" focussize="0,0"/>
            <v:stroke on="f" joinstyle="miter"/>
            <v:imagedata r:id="rId5019" o:title="eqIde1a23b4c933c38130674ea2909741a3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本题考查了新定义计算，数轴上两点间的距离，一元一次方程的应用，最值的计算，解题的关键是数形结合，注意分类讨论．</w:t>
      </w:r>
    </w:p>
    <w:p>
      <w:pPr>
        <w:pStyle w:val="Heading2"/>
      </w:pPr>
      <w:r>
        <w:t>昌平区</w:t>
      </w:r>
    </w:p>
    <w:p>
      <w:pPr>
        <w:spacing w:line="360" w:lineRule="auto"/>
        <w:jc w:val="left"/>
        <w:textAlignment w:val="center"/>
        <w:rPr>
          <w:color w:val="000000"/>
        </w:rPr>
      </w:pPr>
      <w:r>
        <w:rPr>
          <w:color w:val="000000"/>
        </w:rPr>
        <w:t xml:space="preserve">24. </w:t>
      </w:r>
      <w:r>
        <w:rPr>
          <w:rFonts w:ascii="宋体" w:hAnsi="宋体" w:eastAsia="宋体" w:cs="宋体"/>
          <w:color w:val="000000"/>
        </w:rPr>
        <w:t>如图，点</w:t>
      </w:r>
      <w:r>
        <w:rPr>
          <w:rFonts w:ascii="Times New Roman" w:hAnsi="Times New Roman" w:eastAsia="Times New Roman" w:cs="Times New Roman"/>
          <w:i/>
          <w:color w:val="000000"/>
        </w:rPr>
        <w:t>O</w:t>
      </w:r>
      <w:r>
        <w:rPr>
          <w:rFonts w:ascii="宋体" w:hAnsi="宋体" w:eastAsia="宋体" w:cs="宋体"/>
          <w:color w:val="000000"/>
        </w:rPr>
        <w:t>是直线</w:t>
      </w:r>
      <w:r>
        <w:pict>
          <v:shape id="_x0000_i720052"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5020" o:title="eqId4eedae8d316c76e3d0b451256de03fb9"/>
            <o:lock v:ext="edit" aspectratio="t"/>
            <w10:wrap type="none"/>
            <w10:anchorlock/>
          </v:shape>
        </w:pict>
      </w:r>
      <w:r>
        <w:rPr>
          <w:rFonts w:ascii="宋体" w:hAnsi="宋体" w:eastAsia="宋体" w:cs="宋体"/>
          <w:color w:val="000000"/>
        </w:rPr>
        <w:t>上一点，以</w:t>
      </w:r>
      <w:r>
        <w:rPr>
          <w:rFonts w:ascii="Times New Roman" w:hAnsi="Times New Roman" w:eastAsia="Times New Roman" w:cs="Times New Roman"/>
          <w:i/>
          <w:color w:val="000000"/>
        </w:rPr>
        <w:t>O</w:t>
      </w:r>
      <w:r>
        <w:rPr>
          <w:rFonts w:ascii="宋体" w:hAnsi="宋体" w:eastAsia="宋体" w:cs="宋体"/>
          <w:color w:val="000000"/>
        </w:rPr>
        <w:t>为顶点作</w:t>
      </w:r>
      <w:r>
        <w:pict>
          <v:shape id="_x0000_i720053" o:spt="75" alt="学科网(www.zxxk.com)--教育资源门户，提供试卷、教案、课件、论文、素材以及各类教学资源下载，还有大量而丰富的教学相关资讯！" type="#_x0000_t75" style="height:13.95pt;width:65pt;" o:ole="t" filled="f" o:preferrelative="t" stroked="f" coordsize="21600,21600">
            <v:path/>
            <v:fill on="f" focussize="0,0"/>
            <v:stroke on="f" joinstyle="miter"/>
            <v:imagedata r:id="rId5021" o:title="eqId20ccc37b189fa2cbc269ca0b233dac37"/>
            <o:lock v:ext="edit" aspectratio="t"/>
            <w10:wrap type="none"/>
            <w10:anchorlock/>
          </v:shape>
        </w:pict>
      </w:r>
      <w:r>
        <w:rPr>
          <w:rFonts w:ascii="宋体" w:hAnsi="宋体" w:eastAsia="宋体" w:cs="宋体"/>
          <w:color w:val="000000"/>
        </w:rPr>
        <w:t>，且</w:t>
      </w:r>
      <w:r>
        <w:pict>
          <v:shape id="_x0000_i720054"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5022" o:title="eqIdef4113c492885ba7c47fe42ac792578f"/>
            <o:lock v:ext="edit" aspectratio="t"/>
            <w10:wrap type="none"/>
            <w10:anchorlock/>
          </v:shape>
        </w:pict>
      </w:r>
      <w:r>
        <w:rPr>
          <w:rFonts w:ascii="宋体" w:hAnsi="宋体" w:eastAsia="宋体" w:cs="宋体"/>
          <w:color w:val="000000"/>
        </w:rPr>
        <w:t>、</w:t>
      </w:r>
      <w:r>
        <w:pict>
          <v:shape id="_x0000_i720055"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5023" o:title="eqIdb90e0f35eda1a729fed485f83da5ea9d"/>
            <o:lock v:ext="edit" aspectratio="t"/>
            <w10:wrap type="none"/>
            <w10:anchorlock/>
          </v:shape>
        </w:pict>
      </w:r>
      <w:r>
        <w:rPr>
          <w:rFonts w:ascii="宋体" w:hAnsi="宋体" w:eastAsia="宋体" w:cs="宋体"/>
          <w:color w:val="000000"/>
        </w:rPr>
        <w:t>位于直线</w:t>
      </w:r>
      <w:r>
        <w:pict>
          <v:shape id="_x0000_i720056"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5020" o:title="eqId4eedae8d316c76e3d0b451256de03fb9"/>
            <o:lock v:ext="edit" aspectratio="t"/>
            <w10:wrap type="none"/>
            <w10:anchorlock/>
          </v:shape>
        </w:pict>
      </w:r>
      <w:r>
        <w:rPr>
          <w:rFonts w:ascii="宋体" w:hAnsi="宋体" w:eastAsia="宋体" w:cs="宋体"/>
          <w:color w:val="000000"/>
        </w:rPr>
        <w:t>两侧，</w:t>
      </w:r>
      <w:r>
        <w:pict>
          <v:shape id="_x0000_i720057"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5023" o:title="eqIdb90e0f35eda1a729fed485f83da5ea9d"/>
            <o:lock v:ext="edit" aspectratio="t"/>
            <w10:wrap type="none"/>
            <w10:anchorlock/>
          </v:shape>
        </w:pict>
      </w:r>
      <w:r>
        <w:rPr>
          <w:rFonts w:ascii="宋体" w:hAnsi="宋体" w:eastAsia="宋体" w:cs="宋体"/>
          <w:color w:val="000000"/>
        </w:rPr>
        <w:t>平分</w:t>
      </w:r>
      <w:r>
        <w:pict>
          <v:shape id="_x0000_i720058"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5024" o:title="eqIded66570f697459aba9daa2eaf9460bc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495425" cy="1181100"/>
            <wp:effectExtent l="0" t="0" r="0" b="0"/>
            <wp:docPr id="3877"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 name="图片 100059" descr="学科网(www.zxxk.com)--教育资源门户，提供试卷、教案、课件、论文、素材以及各类教学资源下载，还有大量而丰富的教学相关资讯！"/>
                    <pic:cNvPicPr>
                      <a:picLocks noChangeAspect="1"/>
                    </pic:cNvPicPr>
                  </pic:nvPicPr>
                  <pic:blipFill>
                    <a:blip r:embed="rId5025"/>
                    <a:stretch>
                      <a:fillRect/>
                    </a:stretch>
                  </pic:blipFill>
                  <pic:spPr>
                    <a:xfrm>
                      <a:off x="0" y="0"/>
                      <a:ext cx="1495425" cy="1181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当</w:t>
      </w:r>
      <w:r>
        <w:pict>
          <v:shape id="_x0000_i720059"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5026" o:title="eqId618ede24ca37aa33a3789867be8f66b4"/>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rPr>
          <w:rFonts w:ascii="宋体" w:hAnsi="宋体" w:eastAsia="宋体" w:cs="宋体"/>
          <w:color w:val="000000"/>
        </w:rPr>
        <w:t>①求</w:t>
      </w:r>
      <w:r>
        <w:pict>
          <v:shape id="_x0000_i72006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027" o:title="eqId418ebb89d29f4f631b055c911e8d178a"/>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rFonts w:ascii="宋体" w:hAnsi="宋体" w:eastAsia="宋体" w:cs="宋体"/>
          <w:color w:val="000000"/>
        </w:rPr>
        <w:t>②求</w:t>
      </w:r>
      <w:r>
        <w:pict>
          <v:shape id="_x0000_i72006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028" o:title="eqIddc9f91270ddbe1cf3c1362e1b95aee14"/>
            <o:lock v:ext="edit" aspectratio="t"/>
            <w10:wrap type="none"/>
            <w10:anchorlock/>
          </v:shape>
        </w:pict>
      </w:r>
      <w:r>
        <w:rPr>
          <w:rFonts w:ascii="宋体" w:hAnsi="宋体" w:eastAsia="宋体" w:cs="宋体"/>
          <w:color w:val="000000"/>
        </w:rPr>
        <w:t>和</w:t>
      </w:r>
      <w:r>
        <w:pict>
          <v:shape id="_x0000_i720062"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5029" o:title="eqId15886bb1365d039d8e4450cae287788d"/>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当</w:t>
      </w:r>
      <w:r>
        <w:pict>
          <v:shape id="_x0000_i720063"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5030" o:title="eqIdf435c3556b48f0eccc958240fc6c7d6a"/>
            <o:lock v:ext="edit" aspectratio="t"/>
            <w10:wrap type="none"/>
            <w10:anchorlock/>
          </v:shape>
        </w:pict>
      </w:r>
      <w:r>
        <w:rPr>
          <w:rFonts w:ascii="宋体" w:hAnsi="宋体" w:eastAsia="宋体" w:cs="宋体"/>
          <w:color w:val="000000"/>
        </w:rPr>
        <w:t>时，直接写出</w:t>
      </w:r>
      <w:r>
        <w:pict>
          <v:shape id="_x0000_i720064"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5031" o:title="eqId15886bb1365d039d8e4450cae287788d"/>
            <o:lock v:ext="edit" aspectratio="t"/>
            <w10:wrap type="none"/>
            <w10:anchorlock/>
          </v:shape>
        </w:pict>
      </w:r>
      <w:r>
        <w:rPr>
          <w:rFonts w:ascii="宋体" w:hAnsi="宋体" w:eastAsia="宋体" w:cs="宋体"/>
          <w:color w:val="000000"/>
        </w:rPr>
        <w:t>的度数（用含</w:t>
      </w:r>
      <w:r>
        <w:pict>
          <v:shape id="_x0000_i720065"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5032" o:title="eqIde170f206fdbbd834aad7580c727e2cc6"/>
            <o:lock v:ext="edit" aspectratio="t"/>
            <w10:wrap type="none"/>
            <w10:anchorlock/>
          </v:shape>
        </w:pict>
      </w:r>
      <w:r>
        <w:rPr>
          <w:rFonts w:ascii="宋体" w:hAnsi="宋体" w:eastAsia="宋体" w:cs="宋体"/>
          <w:color w:val="000000"/>
        </w:rPr>
        <w:t>的式子表示）</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pict>
          <v:shape id="_x0000_i720066" o:spt="75" alt="学科网(www.zxxk.com)--教育资源门户，提供试卷、教案、课件、论文、素材以及各类教学资源下载，还有大量而丰富的教学相关资讯！" type="#_x0000_t75" style="height:13.95pt;width:70pt;" o:ole="t" filled="f" o:preferrelative="t" stroked="f" coordsize="21600,21600">
            <v:path/>
            <v:fill on="f" focussize="0,0"/>
            <v:stroke on="f" joinstyle="miter"/>
            <v:imagedata r:id="rId5033" o:title="eqIdcee227395a7e5f88f7d27edd3831c610"/>
            <o:lock v:ext="edit" aspectratio="t"/>
            <w10:wrap type="none"/>
            <w10:anchorlock/>
          </v:shape>
        </w:pict>
      </w:r>
      <w:r>
        <w:rPr>
          <w:rFonts w:ascii="宋体" w:hAnsi="宋体" w:eastAsia="宋体" w:cs="宋体"/>
          <w:color w:val="000000"/>
        </w:rPr>
        <w:t>；②</w:t>
      </w:r>
      <w:r>
        <w:pict>
          <v:shape id="_x0000_i720067"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5034" o:title="eqId9755b0bb5a9de75caf2dd98c13b87d85"/>
            <o:lock v:ext="edit" aspectratio="t"/>
            <w10:wrap type="none"/>
            <w10:anchorlock/>
          </v:shape>
        </w:pict>
      </w:r>
      <w:r>
        <w:rPr>
          <w:rFonts w:ascii="宋体" w:hAnsi="宋体" w:eastAsia="宋体" w:cs="宋体"/>
          <w:color w:val="000000"/>
        </w:rPr>
        <w:t>，</w:t>
      </w:r>
      <w:r>
        <w:pict>
          <v:shape id="_x0000_i720068"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5035" o:title="eqIdfe759f75ba6cea924c000a8205b527df"/>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20069"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5036" o:title="eqIdf8dd0c52aca1675c17b9a019aa7901e3"/>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本题考查了角平分线的定义、利用邻补角求角的度数，几何图中角度的计算，采用数形结合的思想是解此题的关键．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）①利用邻补角进行计算即可；②先求出</w:t>
      </w:r>
      <w:r>
        <w:pict>
          <v:shape id="_x0000_i720070"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5037" o:title="eqId7b1dd3c503ff0b4e68f035709e34bc63"/>
            <o:lock v:ext="edit" aspectratio="t"/>
            <w10:wrap type="none"/>
            <w10:anchorlock/>
          </v:shape>
        </w:pict>
      </w:r>
      <w:r>
        <w:rPr>
          <w:rFonts w:ascii="宋体" w:hAnsi="宋体" w:eastAsia="宋体" w:cs="宋体"/>
          <w:color w:val="000000"/>
        </w:rPr>
        <w:t>，再由角平分线的定义得出</w:t>
      </w:r>
      <w:r>
        <w:pict>
          <v:shape id="_x0000_i720071" o:spt="75" alt="学科网(www.zxxk.com)--教育资源门户，提供试卷、教案、课件、论文、素材以及各类教学资源下载，还有大量而丰富的教学相关资讯！" type="#_x0000_t75" style="height:14.25pt;width:117.75pt;" o:ole="t" filled="f" o:preferrelative="t" stroked="f" coordsize="21600,21600">
            <v:path/>
            <v:fill on="f" focussize="0,0"/>
            <v:stroke on="f" joinstyle="miter"/>
            <v:imagedata r:id="rId5038" o:title="eqId088bdd56cda38b0d40c93ff74263dd1e"/>
            <o:lock v:ext="edit" aspectratio="t"/>
            <w10:wrap type="none"/>
            <w10:anchorlock/>
          </v:shape>
        </w:pict>
      </w:r>
      <w:r>
        <w:rPr>
          <w:rFonts w:ascii="宋体" w:hAnsi="宋体" w:eastAsia="宋体" w:cs="宋体"/>
          <w:color w:val="000000"/>
        </w:rPr>
        <w:t>，最后由邻补角进行计算即可；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）先求出</w:t>
      </w:r>
      <w:r>
        <w:pict>
          <v:shape id="_x0000_i720072" o:spt="75" alt="学科网(www.zxxk.com)--教育资源门户，提供试卷、教案、课件、论文、素材以及各类教学资源下载，还有大量而丰富的教学相关资讯！" type="#_x0000_t75" style="height:14pt;width:84.1pt;" o:ole="t" filled="f" o:preferrelative="t" stroked="f" coordsize="21600,21600">
            <v:path/>
            <v:fill on="f" focussize="0,0"/>
            <v:stroke on="f" joinstyle="miter"/>
            <v:imagedata r:id="rId5039" o:title="eqId7b6b2a25eb2be2e999455d72ecb11abe"/>
            <o:lock v:ext="edit" aspectratio="t"/>
            <w10:wrap type="none"/>
            <w10:anchorlock/>
          </v:shape>
        </w:pict>
      </w:r>
      <w:r>
        <w:rPr>
          <w:rFonts w:ascii="宋体" w:hAnsi="宋体" w:eastAsia="宋体" w:cs="宋体"/>
          <w:color w:val="000000"/>
        </w:rPr>
        <w:t>，再由角平分线的定义得出</w:t>
      </w:r>
      <w:r>
        <w:pict>
          <v:shape id="_x0000_i720073" o:spt="75" alt="学科网(www.zxxk.com)--教育资源门户，提供试卷、教案、课件、论文、素材以及各类教学资源下载，还有大量而丰富的教学相关资讯！" type="#_x0000_t75" style="height:14pt;width:148pt;" o:ole="t" filled="f" o:preferrelative="t" stroked="f" coordsize="21600,21600">
            <v:path/>
            <v:fill on="f" focussize="0,0"/>
            <v:stroke on="f" joinstyle="miter"/>
            <v:imagedata r:id="rId5040" o:title="eqId5a518aeaadd3c28589c06c8d92d57c39"/>
            <o:lock v:ext="edit" aspectratio="t"/>
            <w10:wrap type="none"/>
            <w10:anchorlock/>
          </v:shape>
        </w:pict>
      </w:r>
      <w:r>
        <w:rPr>
          <w:rFonts w:ascii="宋体" w:hAnsi="宋体" w:eastAsia="宋体" w:cs="宋体"/>
          <w:color w:val="000000"/>
        </w:rPr>
        <w:t>，最后由邻补角进行计算即可．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解：①</w:t>
      </w:r>
      <w:r>
        <w:pict>
          <v:shape id="_x0000_i720074" o:spt="75" alt="学科网(www.zxxk.com)--教育资源门户，提供试卷、教案、课件、论文、素材以及各类教学资源下载，还有大量而丰富的教学相关资讯！" type="#_x0000_t75" style="height:12pt;width:64pt;" o:ole="t" filled="f" o:preferrelative="t" stroked="f" coordsize="21600,21600">
            <v:path/>
            <v:fill on="f" focussize="0,0"/>
            <v:stroke on="f" joinstyle="miter"/>
            <v:imagedata r:id="rId5041" o:title="eqIdc32149faf8d76288445a7ae5390696e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75" o:spt="75" alt="学科网(www.zxxk.com)--教育资源门户，提供试卷、教案、课件、论文、素材以及各类教学资源下载，还有大量而丰富的教学相关资讯！" type="#_x0000_t75" style="height:14pt;width:217pt;" o:ole="t" filled="f" o:preferrelative="t" stroked="f" coordsize="21600,21600">
            <v:path/>
            <v:fill on="f" focussize="0,0"/>
            <v:stroke on="f" joinstyle="miter"/>
            <v:imagedata r:id="rId5042" o:title="eqId261cd6c3af8764327ea21b31a17ca76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w:t>
      </w:r>
      <w:r>
        <w:pict>
          <v:shape id="_x0000_i720076"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5043" o:title="eqIddeb2090f76a9ab975c105197073c2c4a"/>
            <o:lock v:ext="edit" aspectratio="t"/>
            <w10:wrap type="none"/>
            <w10:anchorlock/>
          </v:shape>
        </w:pict>
      </w:r>
      <w:r>
        <w:rPr>
          <w:rFonts w:ascii="宋体" w:hAnsi="宋体" w:eastAsia="宋体" w:cs="宋体"/>
          <w:color w:val="000000"/>
        </w:rPr>
        <w:t>，</w:t>
      </w:r>
      <w:r>
        <w:pict>
          <v:shape id="_x0000_i720077"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5044" o:title="eqId618ede24ca37aa33a3789867be8f66b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78" o:spt="75" alt="学科网(www.zxxk.com)--教育资源门户，提供试卷、教案、课件、论文、素材以及各类教学资源下载，还有大量而丰富的教学相关资讯！" type="#_x0000_t75" style="height:14pt;width:220pt;" o:ole="t" filled="f" o:preferrelative="t" stroked="f" coordsize="21600,21600">
            <v:path/>
            <v:fill on="f" focussize="0,0"/>
            <v:stroke on="f" joinstyle="miter"/>
            <v:imagedata r:id="rId5045" o:title="eqId23c181921a8f1bd5dce359ad0e61cc2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79"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046" o:title="eqId16f3d198e76391779fa3badc848c8ac8"/>
            <o:lock v:ext="edit" aspectratio="t"/>
            <w10:wrap type="none"/>
            <w10:anchorlock/>
          </v:shape>
        </w:pict>
      </w:r>
      <w:r>
        <w:pict>
          <v:shape id="_x0000_i720080"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5047" o:title="eqIdb90e0f35eda1a729fed485f83da5ea9d"/>
            <o:lock v:ext="edit" aspectratio="t"/>
            <w10:wrap type="none"/>
            <w10:anchorlock/>
          </v:shape>
        </w:pict>
      </w:r>
      <w:r>
        <w:rPr>
          <w:rFonts w:ascii="宋体" w:hAnsi="宋体" w:eastAsia="宋体" w:cs="宋体"/>
          <w:color w:val="000000"/>
        </w:rPr>
        <w:t>平分</w:t>
      </w:r>
      <w:r>
        <w:pict>
          <v:shape id="_x0000_i720081"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5048" o:title="eqIded66570f697459aba9daa2eaf9460bc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w:t>
      </w:r>
      <w:r>
        <w:pict>
          <v:shape id="_x0000_i720082" o:spt="75" alt="学科网(www.zxxk.com)--教育资源门户，提供试卷、教案、课件、论文、素材以及各类教学资源下载，还有大量而丰富的教学相关资讯！" type="#_x0000_t75" style="height:14.25pt;width:111.75pt;" o:ole="t" filled="f" o:preferrelative="t" stroked="f" coordsize="21600,21600">
            <v:path/>
            <v:fill on="f" focussize="0,0"/>
            <v:stroke on="f" joinstyle="miter"/>
            <v:imagedata r:id="rId5049" o:title="eqId76cc32530aa6ebce2f432997195ff21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83" o:spt="75" alt="学科网(www.zxxk.com)--教育资源门户，提供试卷、教案、课件、论文、素材以及各类教学资源下载，还有大量而丰富的教学相关资讯！" type="#_x0000_t75" style="height:14pt;width:128pt;" o:ole="t" filled="f" o:preferrelative="t" stroked="f" coordsize="21600,21600">
            <v:path/>
            <v:fill on="f" focussize="0,0"/>
            <v:stroke on="f" joinstyle="miter"/>
            <v:imagedata r:id="rId5050" o:title="eqId48f90ab7becbe47c9f5362d56b4ccea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84" o:spt="75" alt="学科网(www.zxxk.com)--教育资源门户，提供试卷、教案、课件、论文、素材以及各类教学资源下载，还有大量而丰富的教学相关资讯！" type="#_x0000_t75" style="height:14pt;width:219pt;" o:ole="t" filled="f" o:preferrelative="t" stroked="f" coordsize="21600,21600">
            <v:path/>
            <v:fill on="f" focussize="0,0"/>
            <v:stroke on="f" joinstyle="miter"/>
            <v:imagedata r:id="rId5051" o:title="eqIdea0afbd8c49b70ab71eb890abca715b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20085" o:spt="75" alt="学科网(www.zxxk.com)--教育资源门户，提供试卷、教案、课件、论文、素材以及各类教学资源下载，还有大量而丰富的教学相关资讯！" type="#_x0000_t75" style="height:14.25pt;width:75pt;" o:ole="t" filled="f" o:preferrelative="t" stroked="f" coordsize="21600,21600">
            <v:path/>
            <v:fill on="f" focussize="0,0"/>
            <v:stroke on="f" joinstyle="miter"/>
            <v:imagedata r:id="rId5052" o:title="eqIddeb2090f76a9ab975c105197073c2c4a"/>
            <o:lock v:ext="edit" aspectratio="t"/>
            <w10:wrap type="none"/>
            <w10:anchorlock/>
          </v:shape>
        </w:pict>
      </w:r>
      <w:r>
        <w:rPr>
          <w:rFonts w:ascii="宋体" w:hAnsi="宋体" w:eastAsia="宋体" w:cs="宋体"/>
          <w:color w:val="000000"/>
        </w:rPr>
        <w:t>，</w:t>
      </w:r>
      <w:r>
        <w:pict>
          <v:shape id="_x0000_i720086"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5053" o:title="eqIdf435c3556b48f0eccc958240fc6c7d6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87" o:spt="75" alt="学科网(www.zxxk.com)--教育资源门户，提供试卷、教案、课件、论文、素材以及各类教学资源下载，还有大量而丰富的教学相关资讯！" type="#_x0000_t75" style="height:14pt;width:183pt;" o:ole="t" filled="f" o:preferrelative="t" stroked="f" coordsize="21600,21600">
            <v:path/>
            <v:fill on="f" focussize="0,0"/>
            <v:stroke on="f" joinstyle="miter"/>
            <v:imagedata r:id="rId5054" o:title="eqIdebd00b0e15e5cb0ae2154eef5893450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88"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5055" o:title="eqId16f3d198e76391779fa3badc848c8ac8"/>
            <o:lock v:ext="edit" aspectratio="t"/>
            <w10:wrap type="none"/>
            <w10:anchorlock/>
          </v:shape>
        </w:pict>
      </w:r>
      <w:r>
        <w:pict>
          <v:shape id="_x0000_i720089" o:spt="75" alt="学科网(www.zxxk.com)--教育资源门户，提供试卷、教案、课件、论文、素材以及各类教学资源下载，还有大量而丰富的教学相关资讯！" type="#_x0000_t75" style="height:12.75pt;width:17.25pt;" o:ole="t" filled="f" o:preferrelative="t" stroked="f" coordsize="21600,21600">
            <v:path/>
            <v:fill on="f" focussize="0,0"/>
            <v:stroke on="f" joinstyle="miter"/>
            <v:imagedata r:id="rId5056" o:title="eqIdb90e0f35eda1a729fed485f83da5ea9d"/>
            <o:lock v:ext="edit" aspectratio="t"/>
            <w10:wrap type="none"/>
            <w10:anchorlock/>
          </v:shape>
        </w:pict>
      </w:r>
      <w:r>
        <w:rPr>
          <w:rFonts w:ascii="宋体" w:hAnsi="宋体" w:eastAsia="宋体" w:cs="宋体"/>
          <w:color w:val="000000"/>
        </w:rPr>
        <w:t>平分</w:t>
      </w:r>
      <w:r>
        <w:pict>
          <v:shape id="_x0000_i720090"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5057" o:title="eqIded66570f697459aba9daa2eaf9460bc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91" o:spt="75" alt="学科网(www.zxxk.com)--教育资源门户，提供试卷、教案、课件、论文、素材以及各类教学资源下载，还有大量而丰富的教学相关资讯！" type="#_x0000_t75" style="height:14pt;width:158pt;" o:ole="t" filled="f" o:preferrelative="t" stroked="f" coordsize="21600,21600">
            <v:path/>
            <v:fill on="f" focussize="0,0"/>
            <v:stroke on="f" joinstyle="miter"/>
            <v:imagedata r:id="rId5058" o:title="eqIdd7a042a0506b8ce3ef584025c6b9115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092" o:spt="75" alt="学科网(www.zxxk.com)--教育资源门户，提供试卷、教案、课件、论文、素材以及各类教学资源下载，还有大量而丰富的教学相关资讯！" type="#_x0000_t75" style="height:20pt;width:251pt;" o:ole="t" filled="f" o:preferrelative="t" stroked="f" coordsize="21600,21600">
            <v:path/>
            <v:fill on="f" focussize="0,0"/>
            <v:stroke on="f" joinstyle="miter"/>
            <v:imagedata r:id="rId5059" o:title="eqId9237fcd9cada2859eb73158f295de03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25. </w:t>
      </w:r>
      <w:r>
        <w:rPr>
          <w:rFonts w:ascii="宋体" w:hAnsi="宋体" w:eastAsia="宋体" w:cs="宋体"/>
          <w:color w:val="000000"/>
        </w:rPr>
        <w:t>列方程解应用题</w:t>
      </w:r>
    </w:p>
    <w:p>
      <w:pPr>
        <w:spacing w:line="360" w:lineRule="auto"/>
        <w:jc w:val="left"/>
        <w:textAlignment w:val="center"/>
        <w:rPr>
          <w:color w:val="000000"/>
        </w:rPr>
      </w:pPr>
      <w:r>
        <w:rPr>
          <w:rFonts w:ascii="宋体" w:hAnsi="宋体" w:eastAsia="宋体" w:cs="宋体"/>
          <w:color w:val="000000"/>
        </w:rPr>
        <w:t>元旦期间，嘉嘉、淇淇等同学随家长一同到某公园游玩．下面是购买门票时，嘉嘉与爸爸的对话（如图），试根据图中的信息解答下列问题：</w:t>
      </w:r>
    </w:p>
    <w:p>
      <w:pPr>
        <w:spacing w:line="360" w:lineRule="auto"/>
        <w:jc w:val="left"/>
        <w:textAlignment w:val="center"/>
        <w:rPr>
          <w:color w:val="000000"/>
        </w:rPr>
      </w:pPr>
      <w:r>
        <w:rPr>
          <w:color w:val="000000"/>
        </w:rPr>
        <w:drawing>
          <wp:inline distT="0" distB="0" distL="114300" distR="114300">
            <wp:extent cx="3486150" cy="2257425"/>
            <wp:effectExtent l="0" t="0" r="0" b="0"/>
            <wp:docPr id="3879"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0" name="图片 100061" descr="学科网(www.zxxk.com)--教育资源门户，提供试卷、教案、课件、论文、素材以及各类教学资源下载，还有大量而丰富的教学相关资讯！"/>
                    <pic:cNvPicPr>
                      <a:picLocks noChangeAspect="1"/>
                    </pic:cNvPicPr>
                  </pic:nvPicPr>
                  <pic:blipFill>
                    <a:blip r:embed="rId5060"/>
                    <a:stretch>
                      <a:fillRect/>
                    </a:stretch>
                  </pic:blipFill>
                  <pic:spPr>
                    <a:xfrm>
                      <a:off x="0" y="0"/>
                      <a:ext cx="3486150" cy="22574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嘉嘉他们一共去了几个成人，几个学生？</w:t>
      </w:r>
    </w:p>
    <w:p>
      <w:pPr>
        <w:spacing w:line="360" w:lineRule="auto"/>
        <w:jc w:val="left"/>
        <w:textAlignment w:val="center"/>
        <w:rPr>
          <w:color w:val="000000"/>
        </w:rPr>
      </w:pPr>
      <w:r>
        <w:rPr>
          <w:color w:val="000000"/>
        </w:rPr>
        <w:t>（2）</w:t>
      </w:r>
      <w:r>
        <w:rPr>
          <w:rFonts w:ascii="宋体" w:hAnsi="宋体" w:eastAsia="宋体" w:cs="宋体"/>
          <w:color w:val="000000"/>
        </w:rPr>
        <w:t>请你帮助嘉嘉算一算，先回答用哪种方式购票更省钱，然后再说明理由；</w:t>
      </w:r>
    </w:p>
    <w:p>
      <w:pPr>
        <w:spacing w:line="360" w:lineRule="auto"/>
        <w:jc w:val="left"/>
        <w:textAlignment w:val="center"/>
        <w:rPr>
          <w:color w:val="000000"/>
        </w:rPr>
      </w:pPr>
      <w:r>
        <w:rPr>
          <w:color w:val="000000"/>
        </w:rPr>
        <w:t>（3）</w:t>
      </w:r>
      <w:r>
        <w:rPr>
          <w:rFonts w:ascii="宋体" w:hAnsi="宋体" w:eastAsia="宋体" w:cs="宋体"/>
          <w:color w:val="000000"/>
        </w:rPr>
        <w:t>如果</w:t>
      </w:r>
      <w:r>
        <w:rPr>
          <w:rFonts w:ascii="Times New Roman" w:hAnsi="Times New Roman" w:eastAsia="Times New Roman" w:cs="Times New Roman"/>
          <w:color w:val="000000"/>
        </w:rPr>
        <w:t>8</w:t>
      </w:r>
      <w:r>
        <w:rPr>
          <w:rFonts w:ascii="宋体" w:hAnsi="宋体" w:eastAsia="宋体" w:cs="宋体"/>
          <w:color w:val="000000"/>
        </w:rPr>
        <w:t>名学生和</w:t>
      </w:r>
      <w:r>
        <w:rPr>
          <w:rFonts w:ascii="Times New Roman" w:hAnsi="Times New Roman" w:eastAsia="Times New Roman" w:cs="Times New Roman"/>
          <w:color w:val="000000"/>
        </w:rPr>
        <w:t>12</w:t>
      </w:r>
      <w:r>
        <w:rPr>
          <w:rFonts w:ascii="宋体" w:hAnsi="宋体" w:eastAsia="宋体" w:cs="宋体"/>
          <w:color w:val="000000"/>
        </w:rPr>
        <w:t>名家长共</w:t>
      </w:r>
      <w:r>
        <w:rPr>
          <w:rFonts w:ascii="Times New Roman" w:hAnsi="Times New Roman" w:eastAsia="Times New Roman" w:cs="Times New Roman"/>
          <w:color w:val="000000"/>
        </w:rPr>
        <w:t>20</w:t>
      </w:r>
      <w:r>
        <w:rPr>
          <w:rFonts w:ascii="宋体" w:hAnsi="宋体" w:eastAsia="宋体" w:cs="宋体"/>
          <w:color w:val="000000"/>
        </w:rPr>
        <w:t>人到该公园游玩，请直接写出最省钱的买票费用．</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一共去了</w:t>
      </w:r>
      <w:r>
        <w:rPr>
          <w:rFonts w:ascii="Times New Roman" w:hAnsi="Times New Roman" w:eastAsia="Times New Roman" w:cs="Times New Roman"/>
          <w:color w:val="000000"/>
        </w:rPr>
        <w:t>8</w:t>
      </w:r>
      <w:r>
        <w:rPr>
          <w:rFonts w:ascii="宋体" w:hAnsi="宋体" w:eastAsia="宋体" w:cs="宋体"/>
          <w:color w:val="000000"/>
        </w:rPr>
        <w:t>个成人，</w:t>
      </w:r>
      <w:r>
        <w:rPr>
          <w:rFonts w:ascii="Times New Roman" w:hAnsi="Times New Roman" w:eastAsia="Times New Roman" w:cs="Times New Roman"/>
          <w:color w:val="000000"/>
        </w:rPr>
        <w:t>4</w:t>
      </w:r>
      <w:r>
        <w:rPr>
          <w:rFonts w:ascii="宋体" w:hAnsi="宋体" w:eastAsia="宋体" w:cs="宋体"/>
          <w:color w:val="000000"/>
        </w:rPr>
        <w:t>个学生</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买团体票更省钱．理由见解析</w:t>
      </w:r>
      <w:r>
        <w:rPr>
          <w:color w:val="000000"/>
        </w:rPr>
        <w:t xml:space="preserve">    </w:t>
      </w:r>
    </w:p>
    <w:p>
      <w:pPr>
        <w:spacing w:line="360" w:lineRule="auto"/>
        <w:textAlignment w:val="center"/>
        <w:rPr>
          <w:color w:val="000000"/>
        </w:rPr>
      </w:pPr>
      <w:r>
        <w:rPr>
          <w:color w:val="000000"/>
        </w:rPr>
        <w:t>（3）</w:t>
      </w:r>
      <w:r>
        <w:rPr>
          <w:rFonts w:ascii="Times New Roman" w:hAnsi="Times New Roman" w:eastAsia="Times New Roman" w:cs="Times New Roman"/>
          <w:color w:val="000000"/>
        </w:rPr>
        <w:t>348</w:t>
      </w:r>
      <w:r>
        <w:rPr>
          <w:rFonts w:ascii="宋体" w:hAnsi="宋体" w:eastAsia="宋体" w:cs="宋体"/>
          <w:color w:val="000000"/>
        </w:rPr>
        <w:t>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本题考查了一元一次方程的应用、有理数的混合运算的应用，理解题意，正确列式计算是解此题的关键．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）设嘉嘉他们一共去了</w:t>
      </w:r>
      <w:r>
        <w:pict>
          <v:shape id="_x0000_i72009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061" o:title="eqId81dea63b8ce3e51adf66cf7b9982a248"/>
            <o:lock v:ext="edit" aspectratio="t"/>
            <w10:wrap type="none"/>
            <w10:anchorlock/>
          </v:shape>
        </w:pict>
      </w:r>
      <w:r>
        <w:rPr>
          <w:rFonts w:ascii="宋体" w:hAnsi="宋体" w:eastAsia="宋体" w:cs="宋体"/>
          <w:color w:val="000000"/>
        </w:rPr>
        <w:t>个成人，则去了</w:t>
      </w:r>
      <w:r>
        <w:pict>
          <v:shape id="_x0000_i720094" o:spt="75" alt="学科网(www.zxxk.com)--教育资源门户，提供试卷、教案、课件、论文、素材以及各类教学资源下载，还有大量而丰富的教学相关资讯！" type="#_x0000_t75" style="height:20.25pt;width:39.75pt;" o:ole="t" filled="f" o:preferrelative="t" stroked="f" coordsize="21600,21600">
            <v:path/>
            <v:fill on="f" focussize="0,0"/>
            <v:stroke on="f" joinstyle="miter"/>
            <v:imagedata r:id="rId5062" o:title="eqIdc303a94daa77362c20649621dfc36467"/>
            <o:lock v:ext="edit" aspectratio="t"/>
            <w10:wrap type="none"/>
            <w10:anchorlock/>
          </v:shape>
        </w:pict>
      </w:r>
      <w:r>
        <w:rPr>
          <w:rFonts w:ascii="宋体" w:hAnsi="宋体" w:eastAsia="宋体" w:cs="宋体"/>
          <w:color w:val="000000"/>
        </w:rPr>
        <w:t>个学生，根据“一共花了</w:t>
      </w:r>
      <w:r>
        <w:pict>
          <v:shape id="_x0000_i720095" o:spt="75" alt="学科网(www.zxxk.com)--教育资源门户，提供试卷、教案、课件、论文、素材以及各类教学资源下载，还有大量而丰富的教学相关资讯！" type="#_x0000_t75" style="height:13.95pt;width:21pt;" o:ole="t" filled="f" o:preferrelative="t" stroked="f" coordsize="21600,21600">
            <v:path/>
            <v:fill on="f" focussize="0,0"/>
            <v:stroke on="f" joinstyle="miter"/>
            <v:imagedata r:id="rId5063" o:title="eqId6b685c556cc423e4833c1dc671a134cc"/>
            <o:lock v:ext="edit" aspectratio="t"/>
            <w10:wrap type="none"/>
            <w10:anchorlock/>
          </v:shape>
        </w:pict>
      </w:r>
      <w:r>
        <w:rPr>
          <w:rFonts w:ascii="宋体" w:hAnsi="宋体" w:eastAsia="宋体" w:cs="宋体"/>
          <w:color w:val="000000"/>
        </w:rPr>
        <w:t>元”列出一元一次方程，解方程即可得出答案；</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）先计算出团体票花费的钱，再比较大小即可；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pict>
          <v:shape id="_x0000_i720096" o:spt="75" alt="学科网(www.zxxk.com)--教育资源门户，提供试卷、教案、课件、论文、素材以及各类教学资源下载，还有大量而丰富的教学相关资讯！" type="#_x0000_t75" style="height:13.05pt;width:14pt;" o:ole="t" filled="f" o:preferrelative="t" stroked="f" coordsize="21600,21600">
            <v:path/>
            <v:fill on="f" focussize="0,0"/>
            <v:stroke on="f" joinstyle="miter"/>
            <v:imagedata r:id="rId5064" o:title="eqId8da45c443af7994a26ffa9d8894e7262"/>
            <o:lock v:ext="edit" aspectratio="t"/>
            <w10:wrap type="none"/>
            <w10:anchorlock/>
          </v:shape>
        </w:pict>
      </w:r>
      <w:r>
        <w:rPr>
          <w:rFonts w:ascii="宋体" w:hAnsi="宋体" w:eastAsia="宋体" w:cs="宋体"/>
          <w:color w:val="000000"/>
        </w:rPr>
        <w:t>名家长和</w:t>
      </w:r>
      <w:r>
        <w:pict>
          <v:shape id="_x0000_i720097"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065" o:title="eqIdb8860d9787671b53b1ab68b3d526f5ca"/>
            <o:lock v:ext="edit" aspectratio="t"/>
            <w10:wrap type="none"/>
            <w10:anchorlock/>
          </v:shape>
        </w:pict>
      </w:r>
      <w:r>
        <w:rPr>
          <w:rFonts w:ascii="宋体" w:hAnsi="宋体" w:eastAsia="宋体" w:cs="宋体"/>
          <w:color w:val="000000"/>
        </w:rPr>
        <w:t>名学成组成团体，购买团体票，剩下的</w:t>
      </w:r>
      <w:r>
        <w:pict>
          <v:shape id="_x0000_i720098"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065" o:title="eqIdb8860d9787671b53b1ab68b3d526f5ca"/>
            <o:lock v:ext="edit" aspectratio="t"/>
            <w10:wrap type="none"/>
            <w10:anchorlock/>
          </v:shape>
        </w:pict>
      </w:r>
      <w:r>
        <w:rPr>
          <w:rFonts w:ascii="宋体" w:hAnsi="宋体" w:eastAsia="宋体" w:cs="宋体"/>
          <w:color w:val="000000"/>
        </w:rPr>
        <w:t>名学生购买学生票，计算出此种方式买票的费用即可．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解：设嘉嘉他们一共去了</w:t>
      </w:r>
      <w:r>
        <w:pict>
          <v:shape id="_x0000_i72009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066" o:title="eqId81dea63b8ce3e51adf66cf7b9982a248"/>
            <o:lock v:ext="edit" aspectratio="t"/>
            <w10:wrap type="none"/>
            <w10:anchorlock/>
          </v:shape>
        </w:pict>
      </w:r>
      <w:r>
        <w:rPr>
          <w:rFonts w:ascii="宋体" w:hAnsi="宋体" w:eastAsia="宋体" w:cs="宋体"/>
          <w:color w:val="000000"/>
        </w:rPr>
        <w:t>个成人，则去了</w:t>
      </w:r>
      <w:r>
        <w:pict>
          <v:shape id="_x0000_i720100" o:spt="75" alt="学科网(www.zxxk.com)--教育资源门户，提供试卷、教案、课件、论文、素材以及各类教学资源下载，还有大量而丰富的教学相关资讯！" type="#_x0000_t75" style="height:20.25pt;width:39.75pt;" o:ole="t" filled="f" o:preferrelative="t" stroked="f" coordsize="21600,21600">
            <v:path/>
            <v:fill on="f" focussize="0,0"/>
            <v:stroke on="f" joinstyle="miter"/>
            <v:imagedata r:id="rId5067" o:title="eqIdc303a94daa77362c20649621dfc36467"/>
            <o:lock v:ext="edit" aspectratio="t"/>
            <w10:wrap type="none"/>
            <w10:anchorlock/>
          </v:shape>
        </w:pict>
      </w:r>
      <w:r>
        <w:rPr>
          <w:rFonts w:ascii="宋体" w:hAnsi="宋体" w:eastAsia="宋体" w:cs="宋体"/>
          <w:color w:val="000000"/>
        </w:rPr>
        <w:t>个学生，</w:t>
      </w:r>
    </w:p>
    <w:p>
      <w:pPr>
        <w:spacing w:line="360" w:lineRule="auto"/>
        <w:jc w:val="left"/>
        <w:textAlignment w:val="center"/>
        <w:rPr>
          <w:color w:val="000000"/>
        </w:rPr>
      </w:pPr>
      <w:r>
        <w:rPr>
          <w:rFonts w:ascii="宋体" w:hAnsi="宋体" w:eastAsia="宋体" w:cs="宋体"/>
          <w:color w:val="000000"/>
        </w:rPr>
        <w:t>由题意得：</w:t>
      </w:r>
      <w:r>
        <w:pict>
          <v:shape id="_x0000_i720101" o:spt="75" alt="学科网(www.zxxk.com)--教育资源门户，提供试卷、教案、课件、论文、素材以及各类教学资源下载，还有大量而丰富的教学相关资讯！" type="#_x0000_t75" style="height:20pt;width:144pt;" o:ole="t" filled="f" o:preferrelative="t" stroked="f" coordsize="21600,21600">
            <v:path/>
            <v:fill on="f" focussize="0,0"/>
            <v:stroke on="f" joinstyle="miter"/>
            <v:imagedata r:id="rId5068" o:title="eqId1d7465ce5d390fb93cdf8b0156e6753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10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5069" o:title="eqId224d30ca84f1aeeeda7a718e751a492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103"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5070" o:title="eqIdf5bd0b3d56fc9029e01c0738d831076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10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071" o:title="eqId2de0d10ef8b748d4531250c37c5d3f9e"/>
            <o:lock v:ext="edit" aspectratio="t"/>
            <w10:wrap type="none"/>
            <w10:anchorlock/>
          </v:shape>
        </w:pict>
      </w:r>
      <w:r>
        <w:rPr>
          <w:rFonts w:ascii="宋体" w:hAnsi="宋体" w:eastAsia="宋体" w:cs="宋体"/>
          <w:color w:val="000000"/>
        </w:rPr>
        <w:t>嘉嘉他们一共去了</w:t>
      </w:r>
      <w:r>
        <w:pict>
          <v:shape id="_x0000_i720105"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5072" o:title="eqIdcd3304e23f3b0f9569c4140ca89b6498"/>
            <o:lock v:ext="edit" aspectratio="t"/>
            <w10:wrap type="none"/>
            <w10:anchorlock/>
          </v:shape>
        </w:pict>
      </w:r>
      <w:r>
        <w:rPr>
          <w:rFonts w:ascii="宋体" w:hAnsi="宋体" w:eastAsia="宋体" w:cs="宋体"/>
          <w:color w:val="000000"/>
        </w:rPr>
        <w:t>个成人，则去了</w:t>
      </w:r>
      <w:r>
        <w:pict>
          <v:shape id="_x0000_i720106"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073" o:title="eqIdb8860d9787671b53b1ab68b3d526f5ca"/>
            <o:lock v:ext="edit" aspectratio="t"/>
            <w10:wrap type="none"/>
            <w10:anchorlock/>
          </v:shape>
        </w:pict>
      </w:r>
      <w:r>
        <w:rPr>
          <w:rFonts w:ascii="宋体" w:hAnsi="宋体" w:eastAsia="宋体" w:cs="宋体"/>
          <w:color w:val="000000"/>
        </w:rPr>
        <w:t>个学生；</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解：买团体票更省钱，</w:t>
      </w:r>
    </w:p>
    <w:p>
      <w:pPr>
        <w:spacing w:line="360" w:lineRule="auto"/>
        <w:jc w:val="left"/>
        <w:textAlignment w:val="center"/>
        <w:rPr>
          <w:color w:val="000000"/>
        </w:rPr>
      </w:pPr>
      <w:r>
        <w:rPr>
          <w:rFonts w:ascii="宋体" w:hAnsi="宋体" w:eastAsia="宋体" w:cs="宋体"/>
          <w:color w:val="000000"/>
        </w:rPr>
        <w:t>理由如下：</w:t>
      </w:r>
    </w:p>
    <w:p>
      <w:pPr>
        <w:spacing w:line="360" w:lineRule="auto"/>
        <w:jc w:val="left"/>
        <w:textAlignment w:val="center"/>
        <w:rPr>
          <w:color w:val="000000"/>
        </w:rPr>
      </w:pPr>
      <w:r>
        <w:pict>
          <v:shape id="_x0000_i720107" o:spt="75" alt="学科网(www.zxxk.com)--教育资源门户，提供试卷、教案、课件、论文、素材以及各类教学资源下载，还有大量而丰富的教学相关资讯！" type="#_x0000_t75" style="height:14pt;width:89pt;" o:ole="t" filled="f" o:preferrelative="t" stroked="f" coordsize="21600,21600">
            <v:path/>
            <v:fill on="f" focussize="0,0"/>
            <v:stroke on="f" joinstyle="miter"/>
            <v:imagedata r:id="rId5074" o:title="eqId74423757a705dc7ad8542e7a47822f11"/>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pict>
          <v:shape id="_x0000_i720108" o:spt="75" alt="学科网(www.zxxk.com)--教育资源门户，提供试卷、教案、课件、论文、素材以及各类教学资源下载，还有大量而丰富的教学相关资讯！" type="#_x0000_t75" style="height:14pt;width:61pt;" o:ole="t" filled="f" o:preferrelative="t" stroked="f" coordsize="21600,21600">
            <v:path/>
            <v:fill on="f" focussize="0,0"/>
            <v:stroke on="f" joinstyle="miter"/>
            <v:imagedata r:id="rId5075" o:title="eqId81c247ff6ec70fcdfe4040822379c43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109"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076" o:title="eqId2de0d10ef8b748d4531250c37c5d3f9e"/>
            <o:lock v:ext="edit" aspectratio="t"/>
            <w10:wrap type="none"/>
            <w10:anchorlock/>
          </v:shape>
        </w:pict>
      </w:r>
      <w:r>
        <w:rPr>
          <w:rFonts w:ascii="宋体" w:hAnsi="宋体" w:eastAsia="宋体" w:cs="宋体"/>
          <w:color w:val="000000"/>
        </w:rPr>
        <w:t>团体票更省钱；</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w:t>
      </w:r>
      <w:r>
        <w:pict>
          <v:shape id="_x0000_i720110" o:spt="75" alt="学科网(www.zxxk.com)--教育资源门户，提供试卷、教案、课件、论文、素材以及各类教学资源下载，还有大量而丰富的教学相关资讯！" type="#_x0000_t75" style="height:13.05pt;width:14pt;" o:ole="t" filled="f" o:preferrelative="t" stroked="f" coordsize="21600,21600">
            <v:path/>
            <v:fill on="f" focussize="0,0"/>
            <v:stroke on="f" joinstyle="miter"/>
            <v:imagedata r:id="rId5077" o:title="eqId8da45c443af7994a26ffa9d8894e7262"/>
            <o:lock v:ext="edit" aspectratio="t"/>
            <w10:wrap type="none"/>
            <w10:anchorlock/>
          </v:shape>
        </w:pict>
      </w:r>
      <w:r>
        <w:rPr>
          <w:rFonts w:ascii="宋体" w:hAnsi="宋体" w:eastAsia="宋体" w:cs="宋体"/>
          <w:color w:val="000000"/>
        </w:rPr>
        <w:t>名家长和</w:t>
      </w:r>
      <w:r>
        <w:pict>
          <v:shape id="_x0000_i720111"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078" o:title="eqIdb8860d9787671b53b1ab68b3d526f5ca"/>
            <o:lock v:ext="edit" aspectratio="t"/>
            <w10:wrap type="none"/>
            <w10:anchorlock/>
          </v:shape>
        </w:pict>
      </w:r>
      <w:r>
        <w:rPr>
          <w:rFonts w:ascii="宋体" w:hAnsi="宋体" w:eastAsia="宋体" w:cs="宋体"/>
          <w:color w:val="000000"/>
        </w:rPr>
        <w:t>名学成组成团体，购买团体票，剩下的</w:t>
      </w:r>
      <w:r>
        <w:pict>
          <v:shape id="_x0000_i720112"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078" o:title="eqIdb8860d9787671b53b1ab68b3d526f5ca"/>
            <o:lock v:ext="edit" aspectratio="t"/>
            <w10:wrap type="none"/>
            <w10:anchorlock/>
          </v:shape>
        </w:pict>
      </w:r>
      <w:r>
        <w:rPr>
          <w:rFonts w:ascii="宋体" w:hAnsi="宋体" w:eastAsia="宋体" w:cs="宋体"/>
          <w:color w:val="000000"/>
        </w:rPr>
        <w:t>名学生购买学生票，</w:t>
      </w:r>
    </w:p>
    <w:p>
      <w:pPr>
        <w:spacing w:line="360" w:lineRule="auto"/>
        <w:jc w:val="left"/>
        <w:textAlignment w:val="center"/>
        <w:rPr>
          <w:color w:val="000000"/>
        </w:rPr>
      </w:pPr>
      <w:r>
        <w:pict>
          <v:shape id="_x0000_i720113" o:spt="75" alt="学科网(www.zxxk.com)--教育资源门户，提供试卷、教案、课件、论文、素材以及各类教学资源下载，还有大量而丰富的教学相关资讯！" type="#_x0000_t75" style="height:14pt;width:203pt;" o:ole="t" filled="f" o:preferrelative="t" stroked="f" coordsize="21600,21600">
            <v:path/>
            <v:fill on="f" focussize="0,0"/>
            <v:stroke on="f" joinstyle="miter"/>
            <v:imagedata r:id="rId5079" o:title="eqIdcec8d78756cd725c5a009aea3f304827"/>
            <o:lock v:ext="edit" aspectratio="t"/>
            <w10:wrap type="none"/>
            <w10:anchorlock/>
          </v:shape>
        </w:pict>
      </w:r>
      <w:r>
        <w:rPr>
          <w:rFonts w:ascii="宋体" w:hAnsi="宋体" w:eastAsia="宋体" w:cs="宋体"/>
          <w:color w:val="000000"/>
        </w:rPr>
        <w:t>（元），</w:t>
      </w:r>
    </w:p>
    <w:p>
      <w:pPr>
        <w:spacing w:line="360" w:lineRule="auto"/>
        <w:jc w:val="left"/>
        <w:textAlignment w:val="center"/>
        <w:rPr>
          <w:color w:val="000000"/>
        </w:rPr>
      </w:pPr>
      <w:r>
        <w:pict>
          <v:shape id="_x0000_i720114"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5080" o:title="eqId2de0d10ef8b748d4531250c37c5d3f9e"/>
            <o:lock v:ext="edit" aspectratio="t"/>
            <w10:wrap type="none"/>
            <w10:anchorlock/>
          </v:shape>
        </w:pict>
      </w:r>
      <w:r>
        <w:rPr>
          <w:rFonts w:ascii="宋体" w:hAnsi="宋体" w:eastAsia="宋体" w:cs="宋体"/>
          <w:color w:val="000000"/>
        </w:rPr>
        <w:t>最省钱的买票费用为</w:t>
      </w:r>
      <w:r>
        <w:pict>
          <v:shape id="_x0000_i720115"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5081" o:title="eqId927a69d35b402a344d145649ff6343a9"/>
            <o:lock v:ext="edit" aspectratio="t"/>
            <w10:wrap type="none"/>
            <w10:anchorlock/>
          </v:shape>
        </w:pict>
      </w:r>
      <w:r>
        <w:rPr>
          <w:rFonts w:ascii="宋体" w:hAnsi="宋体" w:eastAsia="宋体" w:cs="宋体"/>
          <w:color w:val="000000"/>
        </w:rPr>
        <w:t>元．</w:t>
      </w:r>
    </w:p>
    <w:p>
      <w:pPr>
        <w:pStyle w:val="Heading2"/>
      </w:pPr>
      <w:r>
        <w:t>朝阳区</w:t>
      </w:r>
    </w:p>
    <w:p>
      <w:pPr>
        <w:spacing w:line="360" w:lineRule="auto"/>
        <w:jc w:val="left"/>
        <w:textAlignment w:val="center"/>
        <w:rPr>
          <w:color w:val="000000"/>
        </w:rPr>
      </w:pPr>
      <w:r>
        <w:rPr>
          <w:color w:val="000000"/>
        </w:rPr>
        <w:t xml:space="preserve">25. </w:t>
      </w:r>
      <w:r>
        <w:rPr>
          <w:rFonts w:ascii="宋体" w:hAnsi="宋体" w:eastAsia="宋体" w:cs="宋体"/>
          <w:color w:val="000000"/>
        </w:rPr>
        <w:t>已知</w:t>
      </w:r>
      <w:r>
        <w:pict>
          <v:shape id="_x0000_i72011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082" o:title="eqId6d7b2fe01a33c4825f9974ed9663a99c"/>
            <o:lock v:ext="edit" aspectratio="t"/>
            <w10:wrap type="none"/>
            <w10:anchorlock/>
          </v:shape>
        </w:pict>
      </w:r>
      <w:r>
        <w:rPr>
          <w:rFonts w:ascii="宋体" w:hAnsi="宋体" w:eastAsia="宋体" w:cs="宋体"/>
          <w:color w:val="000000"/>
        </w:rPr>
        <w:t>与</w:t>
      </w:r>
      <w:r>
        <w:pict>
          <v:shape id="_x0000_i720117"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5083" o:title="eqIded66570f697459aba9daa2eaf9460bcb"/>
            <o:lock v:ext="edit" aspectratio="t"/>
            <w10:wrap type="none"/>
            <w10:anchorlock/>
          </v:shape>
        </w:pict>
      </w:r>
      <w:r>
        <w:rPr>
          <w:rFonts w:ascii="宋体" w:hAnsi="宋体" w:eastAsia="宋体" w:cs="宋体"/>
          <w:color w:val="000000"/>
        </w:rPr>
        <w:t>共顶点</w:t>
      </w:r>
      <w:r>
        <w:pict>
          <v:shape id="_x0000_i720118"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5084" o:title="eqId1dde8112e8eb968fd042418dd632759e"/>
            <o:lock v:ext="edit" aspectratio="t"/>
            <w10:wrap type="none"/>
            <w10:anchorlock/>
          </v:shape>
        </w:pict>
      </w:r>
      <w:r>
        <w:rPr>
          <w:rFonts w:ascii="宋体" w:hAnsi="宋体" w:eastAsia="宋体" w:cs="宋体"/>
          <w:color w:val="000000"/>
        </w:rPr>
        <w:t>，</w:t>
      </w:r>
      <w:r>
        <w:pict>
          <v:shape id="_x0000_i720119" o:spt="75" alt="学科网(www.zxxk.com)--教育资源门户，提供试卷、教案、课件、论文、素材以及各类教学资源下载，还有大量而丰富的教学相关资讯！" type="#_x0000_t75" style="height:12.75pt;width:49.5pt;" o:ole="t" filled="f" o:preferrelative="t" stroked="f" coordsize="21600,21600">
            <v:path/>
            <v:fill on="f" focussize="0,0"/>
            <v:stroke on="f" joinstyle="miter"/>
            <v:imagedata r:id="rId5085" o:title="eqIdeec6ce73c6786d50028addff089bbb64"/>
            <o:lock v:ext="edit" aspectratio="t"/>
            <w10:wrap type="none"/>
            <w10:anchorlock/>
          </v:shape>
        </w:pict>
      </w:r>
      <w:r>
        <w:rPr>
          <w:rFonts w:ascii="宋体" w:hAnsi="宋体" w:eastAsia="宋体" w:cs="宋体"/>
          <w:color w:val="000000"/>
        </w:rPr>
        <w:t>，</w:t>
      </w:r>
      <w:r>
        <w:pict>
          <v:shape id="_x0000_i720120" o:spt="75" alt="学科网(www.zxxk.com)--教育资源门户，提供试卷、教案、课件、论文、素材以及各类教学资源下载，还有大量而丰富的教学相关资讯！" type="#_x0000_t75" style="height:15.85pt;width:59.25pt;" o:ole="t" filled="f" o:preferrelative="t" stroked="f" coordsize="21600,21600">
            <v:path/>
            <v:fill on="f" focussize="0,0"/>
            <v:stroke on="f" joinstyle="miter"/>
            <v:imagedata r:id="rId5086" o:title="eqId654287b1c90c3d14d22b5c36cc8f930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52700" cy="1190625"/>
            <wp:effectExtent l="0" t="0" r="0" b="0"/>
            <wp:docPr id="3881"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2" name="图片 100025" descr="学科网(www.zxxk.com)--教育资源门户，提供试卷、教案、课件、论文、素材以及各类教学资源下载，还有大量而丰富的教学相关资讯！"/>
                    <pic:cNvPicPr>
                      <a:picLocks noChangeAspect="1"/>
                    </pic:cNvPicPr>
                  </pic:nvPicPr>
                  <pic:blipFill>
                    <a:blip r:embed="rId5087"/>
                    <a:stretch>
                      <a:fillRect/>
                    </a:stretch>
                  </pic:blipFill>
                  <pic:spPr>
                    <a:xfrm>
                      <a:off x="0" y="0"/>
                      <a:ext cx="2552700" cy="1190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，点</w:t>
      </w:r>
      <w:r>
        <w:pict>
          <v:shape id="_x0000_i720121"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5088" o:title="eqIde9f97810e65d7c6af1f329e9770eb366"/>
            <o:lock v:ext="edit" aspectratio="t"/>
            <w10:wrap type="none"/>
            <w10:anchorlock/>
          </v:shape>
        </w:pict>
      </w:r>
      <w:r>
        <w:rPr>
          <w:rFonts w:ascii="宋体" w:hAnsi="宋体" w:eastAsia="宋体" w:cs="宋体"/>
          <w:color w:val="000000"/>
        </w:rPr>
        <w:t>在一条直线上，若</w:t>
      </w:r>
      <w:r>
        <w:pict>
          <v:shape id="_x0000_i720122" o:spt="75" alt="学科网(www.zxxk.com)--教育资源门户，提供试卷、教案、课件、论文、素材以及各类教学资源下载，还有大量而丰富的教学相关资讯！" type="#_x0000_t75" style="height:13.5pt;width:40.5pt;" o:ole="t" filled="f" o:preferrelative="t" stroked="f" coordsize="21600,21600">
            <v:path/>
            <v:fill on="f" focussize="0,0"/>
            <v:stroke on="f" joinstyle="miter"/>
            <v:imagedata r:id="rId5089" o:title="eqId97cf714ffb3fd5917a76b191640b55fe"/>
            <o:lock v:ext="edit" aspectratio="t"/>
            <w10:wrap type="none"/>
            <w10:anchorlock/>
          </v:shape>
        </w:pict>
      </w:r>
      <w:r>
        <w:rPr>
          <w:rFonts w:ascii="宋体" w:hAnsi="宋体" w:eastAsia="宋体" w:cs="宋体"/>
          <w:color w:val="000000"/>
        </w:rPr>
        <w:t>，</w:t>
      </w:r>
      <w:r>
        <w:pict>
          <v:shape id="_x0000_i720123" o:spt="75" alt="学科网(www.zxxk.com)--教育资源门户，提供试卷、教案、课件、论文、素材以及各类教学资源下载，还有大量而丰富的教学相关资讯！" type="#_x0000_t75" style="height:16pt;width:40pt;" o:ole="t" filled="f" o:preferrelative="t" stroked="f" coordsize="21600,21600">
            <v:path/>
            <v:fill on="f" focussize="0,0"/>
            <v:stroke on="f" joinstyle="miter"/>
            <v:imagedata r:id="rId5090" o:title="eqId9d55e12ea3dcb598e211c7bb0b27d561"/>
            <o:lock v:ext="edit" aspectratio="t"/>
            <w10:wrap type="none"/>
            <w10:anchorlock/>
          </v:shape>
        </w:pict>
      </w:r>
      <w:r>
        <w:rPr>
          <w:rFonts w:ascii="宋体" w:hAnsi="宋体" w:eastAsia="宋体" w:cs="宋体"/>
          <w:color w:val="000000"/>
        </w:rPr>
        <w:t>，</w:t>
      </w:r>
      <w:r>
        <w:pict>
          <v:shape id="_x0000_i720124"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5091" o:title="eqIdaaf3369e0ea90e8d5cf4b6b3c45c0fd8"/>
            <o:lock v:ext="edit" aspectratio="t"/>
            <w10:wrap type="none"/>
            <w10:anchorlock/>
          </v:shape>
        </w:pict>
      </w:r>
      <w:r>
        <w:rPr>
          <w:rFonts w:ascii="宋体" w:hAnsi="宋体" w:eastAsia="宋体" w:cs="宋体"/>
          <w:color w:val="000000"/>
        </w:rPr>
        <w:t>为</w:t>
      </w:r>
      <w:r>
        <w:pict>
          <v:shape id="_x0000_i720125"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5092" o:title="eqId42e7b8a59f8d66176463f3d71f882a26"/>
            <o:lock v:ext="edit" aspectratio="t"/>
            <w10:wrap type="none"/>
            <w10:anchorlock/>
          </v:shape>
        </w:pict>
      </w:r>
      <w:r>
        <w:rPr>
          <w:rFonts w:ascii="宋体" w:hAnsi="宋体" w:eastAsia="宋体" w:cs="宋体"/>
          <w:color w:val="000000"/>
        </w:rPr>
        <w:t>的平分线，</w:t>
      </w:r>
      <w:r>
        <w:pict>
          <v:shape id="_x0000_i720126"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5093" o:title="eqId88e9f7d1272b7344346b58b660aa260a"/>
            <o:lock v:ext="edit" aspectratio="t"/>
            <w10:wrap type="none"/>
            <w10:anchorlock/>
          </v:shape>
        </w:pict>
      </w:r>
      <w:r>
        <w:rPr>
          <w:rFonts w:ascii="宋体" w:hAnsi="宋体" w:eastAsia="宋体" w:cs="宋体"/>
          <w:color w:val="000000"/>
        </w:rPr>
        <w:t>为</w:t>
      </w:r>
      <w:r>
        <w:pict>
          <v:shape id="_x0000_i720127"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5094" o:title="eqIdd0e1e2a60c37ebc303d4fc2bf3d6a234"/>
            <o:lock v:ext="edit" aspectratio="t"/>
            <w10:wrap type="none"/>
            <w10:anchorlock/>
          </v:shape>
        </w:pict>
      </w:r>
      <w:r>
        <w:rPr>
          <w:rFonts w:ascii="宋体" w:hAnsi="宋体" w:eastAsia="宋体" w:cs="宋体"/>
          <w:color w:val="000000"/>
        </w:rPr>
        <w:t>的平分线，求</w:t>
      </w:r>
      <w:r>
        <w:pict>
          <v:shape id="_x0000_i720128"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095" o:title="eqId27935c1ef4df2d52ac697678a3c8f39d"/>
            <o:lock v:ext="edit" aspectratio="t"/>
            <w10:wrap type="none"/>
            <w10:anchorlock/>
          </v:shape>
        </w:pict>
      </w:r>
      <w:r>
        <w:rPr>
          <w:rFonts w:ascii="宋体" w:hAnsi="宋体" w:eastAsia="宋体" w:cs="宋体"/>
          <w:color w:val="000000"/>
        </w:rPr>
        <w:t>的度数；</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20129" o:spt="75" alt="学科网(www.zxxk.com)--教育资源门户，提供试卷、教案、课件、论文、素材以及各类教学资源下载，还有大量而丰富的教学相关资讯！" type="#_x0000_t75" style="height:16pt;width:38pt;" o:ole="t" filled="f" o:preferrelative="t" stroked="f" coordsize="21600,21600">
            <v:path/>
            <v:fill on="f" focussize="0,0"/>
            <v:stroke on="f" joinstyle="miter"/>
            <v:imagedata r:id="rId5096" o:title="eqId5b66c9db64497e6d930f6e2224c9d639"/>
            <o:lock v:ext="edit" aspectratio="t"/>
            <w10:wrap type="none"/>
            <w10:anchorlock/>
          </v:shape>
        </w:pict>
      </w:r>
      <w:r>
        <w:rPr>
          <w:rFonts w:ascii="宋体" w:hAnsi="宋体" w:eastAsia="宋体" w:cs="宋体"/>
          <w:color w:val="000000"/>
        </w:rPr>
        <w:t>，</w:t>
      </w:r>
      <w:r>
        <w:pict>
          <v:shape id="_x0000_i72013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097" o:title="eqId6d7b2fe01a33c4825f9974ed9663a99c"/>
            <o:lock v:ext="edit" aspectratio="t"/>
            <w10:wrap type="none"/>
            <w10:anchorlock/>
          </v:shape>
        </w:pict>
      </w:r>
      <w:r>
        <w:rPr>
          <w:rFonts w:ascii="宋体" w:hAnsi="宋体" w:eastAsia="宋体" w:cs="宋体"/>
          <w:color w:val="000000"/>
        </w:rPr>
        <w:t>，</w:t>
      </w:r>
      <w:r>
        <w:pict>
          <v:shape id="_x0000_i720131" o:spt="75" alt="学科网(www.zxxk.com)--教育资源门户，提供试卷、教案、课件、论文、素材以及各类教学资源下载，还有大量而丰富的教学相关资讯！" type="#_x0000_t75" style="height:13pt;width:34pt;" o:ole="t" filled="f" o:preferrelative="t" stroked="f" coordsize="21600,21600">
            <v:path/>
            <v:fill on="f" focussize="0,0"/>
            <v:stroke on="f" joinstyle="miter"/>
            <v:imagedata r:id="rId5098" o:title="eqIded66570f697459aba9daa2eaf9460bcb"/>
            <o:lock v:ext="edit" aspectratio="t"/>
            <w10:wrap type="none"/>
            <w10:anchorlock/>
          </v:shape>
        </w:pict>
      </w:r>
      <w:r>
        <w:rPr>
          <w:rFonts w:ascii="宋体" w:hAnsi="宋体" w:eastAsia="宋体" w:cs="宋体"/>
          <w:color w:val="000000"/>
        </w:rPr>
        <w:t>绕点</w:t>
      </w:r>
      <w:r>
        <w:pict>
          <v:shape id="_x0000_i72013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5099" o:title="eqId1dde8112e8eb968fd042418dd632759e"/>
            <o:lock v:ext="edit" aspectratio="t"/>
            <w10:wrap type="none"/>
            <w10:anchorlock/>
          </v:shape>
        </w:pict>
      </w:r>
      <w:r>
        <w:rPr>
          <w:rFonts w:ascii="宋体" w:hAnsi="宋体" w:eastAsia="宋体" w:cs="宋体"/>
          <w:color w:val="000000"/>
        </w:rPr>
        <w:t>运动到如图</w:t>
      </w:r>
      <w:r>
        <w:rPr>
          <w:rFonts w:ascii="Times New Roman" w:hAnsi="Times New Roman" w:eastAsia="Times New Roman" w:cs="Times New Roman"/>
          <w:color w:val="000000"/>
        </w:rPr>
        <w:t>2</w:t>
      </w:r>
      <w:r>
        <w:rPr>
          <w:rFonts w:ascii="宋体" w:hAnsi="宋体" w:eastAsia="宋体" w:cs="宋体"/>
          <w:color w:val="000000"/>
        </w:rPr>
        <w:t>所示的位置，</w:t>
      </w:r>
      <w:r>
        <w:pict>
          <v:shape id="_x0000_i720133"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100" o:title="eqIda299d2b999568e80be8005565ba209a4"/>
            <o:lock v:ext="edit" aspectratio="t"/>
            <w10:wrap type="none"/>
            <w10:anchorlock/>
          </v:shape>
        </w:pict>
      </w:r>
      <w:r>
        <w:rPr>
          <w:rFonts w:ascii="宋体" w:hAnsi="宋体" w:eastAsia="宋体" w:cs="宋体"/>
          <w:color w:val="000000"/>
        </w:rPr>
        <w:t>为</w:t>
      </w:r>
      <w:r>
        <w:pict>
          <v:shape id="_x0000_i72013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101" o:title="eqIddc9f91270ddbe1cf3c1362e1b95aee14"/>
            <o:lock v:ext="edit" aspectratio="t"/>
            <w10:wrap type="none"/>
            <w10:anchorlock/>
          </v:shape>
        </w:pict>
      </w:r>
      <w:r>
        <w:rPr>
          <w:rFonts w:ascii="宋体" w:hAnsi="宋体" w:eastAsia="宋体" w:cs="宋体"/>
          <w:color w:val="000000"/>
        </w:rPr>
        <w:t>的平分线，用等式表示</w:t>
      </w:r>
      <w:r>
        <w:pict>
          <v:shape id="_x0000_i720135"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5102" o:title="eqId42e7b8a59f8d66176463f3d71f882a26"/>
            <o:lock v:ext="edit" aspectratio="t"/>
            <w10:wrap type="none"/>
            <w10:anchorlock/>
          </v:shape>
        </w:pict>
      </w:r>
      <w:r>
        <w:rPr>
          <w:rFonts w:ascii="宋体" w:hAnsi="宋体" w:eastAsia="宋体" w:cs="宋体"/>
          <w:color w:val="000000"/>
        </w:rPr>
        <w:t>与</w:t>
      </w:r>
      <w:r>
        <w:pict>
          <v:shape id="_x0000_i720136"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103" o:title="eqId75f55c6ac896ab4277fae2230a6e10b0"/>
            <o:lock v:ext="edit" aspectratio="t"/>
            <w10:wrap type="none"/>
            <w10:anchorlock/>
          </v:shape>
        </w:pict>
      </w:r>
      <w:r>
        <w:rPr>
          <w:rFonts w:ascii="宋体" w:hAnsi="宋体" w:eastAsia="宋体" w:cs="宋体"/>
          <w:color w:val="000000"/>
        </w:rPr>
        <w:t>之间的数量关系，并说明理由．</w:t>
      </w:r>
    </w:p>
    <w:p>
      <w:pPr>
        <w:spacing w:line="360" w:lineRule="auto"/>
        <w:textAlignment w:val="center"/>
        <w:rPr>
          <w:color w:val="000000"/>
        </w:rPr>
      </w:pPr>
      <w:r>
        <w:rPr>
          <w:color w:val="2E75B6"/>
        </w:rPr>
        <w:t>【答案】</w:t>
      </w:r>
      <w:r>
        <w:rPr>
          <w:color w:val="000000"/>
        </w:rPr>
        <w:t>（1）</w:t>
      </w:r>
      <w:r>
        <w:pict>
          <v:shape id="_x0000_i720137"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104" o:title="eqId27935c1ef4df2d52ac697678a3c8f39d"/>
            <o:lock v:ext="edit" aspectratio="t"/>
            <w10:wrap type="none"/>
            <w10:anchorlock/>
          </v:shape>
        </w:pict>
      </w:r>
      <w:r>
        <w:rPr>
          <w:rFonts w:ascii="宋体" w:hAnsi="宋体" w:eastAsia="宋体" w:cs="宋体"/>
          <w:color w:val="000000"/>
        </w:rPr>
        <w:t>的度数为</w:t>
      </w:r>
      <w:r>
        <w:pict>
          <v:shape id="_x0000_i720138"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5105" o:title="eqId79a97bb4dcfab4ec7539bc783d563c49"/>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pict>
          <v:shape id="_x0000_i720139"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5106" o:title="eqIdec1925791d26da4fbd30dc6a182fd97a"/>
            <o:lock v:ext="edit" aspectratio="t"/>
            <w10:wrap type="none"/>
            <w10:anchorlock/>
          </v:shape>
        </w:pict>
      </w:r>
      <w:r>
        <w:rPr>
          <w:rFonts w:ascii="宋体" w:hAnsi="宋体" w:eastAsia="宋体" w:cs="宋体"/>
          <w:color w:val="000000"/>
        </w:rPr>
        <w:t>，理由见解析</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本题考查与角平分线有关的角的计算，利用数形结合，熟练掌握利用数形结合进行角的和差关系是解题的关键．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）利用邻补角的定义求得</w:t>
      </w:r>
      <w:r>
        <w:pict>
          <v:shape id="_x0000_i720140" o:spt="75" alt="学科网(www.zxxk.com)--教育资源门户，提供试卷、教案、课件、论文、素材以及各类教学资源下载，还有大量而丰富的教学相关资讯！" type="#_x0000_t75" style="height:14pt;width:149pt;" o:ole="t" filled="f" o:preferrelative="t" stroked="f" coordsize="21600,21600">
            <v:path/>
            <v:fill on="f" focussize="0,0"/>
            <v:stroke on="f" joinstyle="miter"/>
            <v:imagedata r:id="rId5107" o:title="eqId81d0aeea6c7b2ac9aa5ee8ab54daebef"/>
            <o:lock v:ext="edit" aspectratio="t"/>
            <w10:wrap type="none"/>
            <w10:anchorlock/>
          </v:shape>
        </w:pict>
      </w:r>
      <w:r>
        <w:rPr>
          <w:rFonts w:ascii="宋体" w:hAnsi="宋体" w:eastAsia="宋体" w:cs="宋体"/>
          <w:color w:val="000000"/>
        </w:rPr>
        <w:t>，利用角平分线的定义求得</w:t>
      </w:r>
      <w:r>
        <w:pict>
          <v:shape id="_x0000_i720141" o:spt="75" alt="学科网(www.zxxk.com)--教育资源门户，提供试卷、教案、课件、论文、素材以及各类教学资源下载，还有大量而丰富的教学相关资讯！" type="#_x0000_t75" style="height:14pt;width:145pt;" o:ole="t" filled="f" o:preferrelative="t" stroked="f" coordsize="21600,21600">
            <v:path/>
            <v:fill on="f" focussize="0,0"/>
            <v:stroke on="f" joinstyle="miter"/>
            <v:imagedata r:id="rId5108" o:title="eqId578b6c1b336cc6a45864e2ef34f9d7b6"/>
            <o:lock v:ext="edit" aspectratio="t"/>
            <w10:wrap type="none"/>
            <w10:anchorlock/>
          </v:shape>
        </w:pict>
      </w:r>
      <w:r>
        <w:rPr>
          <w:rFonts w:ascii="宋体" w:hAnsi="宋体" w:eastAsia="宋体" w:cs="宋体"/>
          <w:color w:val="000000"/>
        </w:rPr>
        <w:t>，据此即可求解；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）利用角平分线的定义以及角的和差求得</w:t>
      </w:r>
      <w:r>
        <w:pict>
          <v:shape id="_x0000_i720142" o:spt="75" alt="学科网(www.zxxk.com)--教育资源门户，提供试卷、教案、课件、论文、素材以及各类教学资源下载，还有大量而丰富的教学相关资讯！" type="#_x0000_t75" style="height:31.5pt;width:122pt;" o:ole="t" filled="f" o:preferrelative="t" stroked="f" coordsize="21600,21600">
            <v:path/>
            <v:fill on="f" focussize="0,0"/>
            <v:stroke on="f" joinstyle="miter"/>
            <v:imagedata r:id="rId5109" o:title="eqId18e5ca3c59df6501f71f484a030b1f03"/>
            <o:lock v:ext="edit" aspectratio="t"/>
            <w10:wrap type="none"/>
            <w10:anchorlock/>
          </v:shape>
        </w:pict>
      </w:r>
      <w:r>
        <w:rPr>
          <w:rFonts w:ascii="宋体" w:hAnsi="宋体" w:eastAsia="宋体" w:cs="宋体"/>
          <w:color w:val="000000"/>
        </w:rPr>
        <w:t>，</w:t>
      </w:r>
      <w:r>
        <w:pict>
          <v:shape id="_x0000_i720143" o:spt="75" alt="学科网(www.zxxk.com)--教育资源门户，提供试卷、教案、课件、论文、素材以及各类教学资源下载，还有大量而丰富的教学相关资讯！" type="#_x0000_t75" style="height:14pt;width:102pt;" o:ole="t" filled="f" o:preferrelative="t" stroked="f" coordsize="21600,21600">
            <v:path/>
            <v:fill on="f" focussize="0,0"/>
            <v:stroke on="f" joinstyle="miter"/>
            <v:imagedata r:id="rId5110" o:title="eqId50f44eade6dc2401e88f331749680fe8"/>
            <o:lock v:ext="edit" aspectratio="t"/>
            <w10:wrap type="none"/>
            <w10:anchorlock/>
          </v:shape>
        </w:pict>
      </w:r>
      <w:r>
        <w:rPr>
          <w:rFonts w:ascii="宋体" w:hAnsi="宋体" w:eastAsia="宋体" w:cs="宋体"/>
          <w:color w:val="000000"/>
        </w:rPr>
        <w:t>，即可得到</w:t>
      </w:r>
      <w:r>
        <w:pict>
          <v:shape id="_x0000_i720144"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5111" o:title="eqIdec1925791d26da4fbd30dc6a182fd97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解：因为点</w:t>
      </w:r>
      <w:r>
        <w:pict>
          <v:shape id="_x0000_i720145" o:spt="75" alt="学科网(www.zxxk.com)--教育资源门户，提供试卷、教案、课件、论文、素材以及各类教学资源下载，还有大量而丰富的教学相关资讯！" type="#_x0000_t75" style="height:14pt;width:51pt;" o:ole="t" filled="f" o:preferrelative="t" stroked="f" coordsize="21600,21600">
            <v:path/>
            <v:fill on="f" focussize="0,0"/>
            <v:stroke on="f" joinstyle="miter"/>
            <v:imagedata r:id="rId5112" o:title="eqIde9f97810e65d7c6af1f329e9770eb366"/>
            <o:lock v:ext="edit" aspectratio="t"/>
            <w10:wrap type="none"/>
            <w10:anchorlock/>
          </v:shape>
        </w:pict>
      </w:r>
      <w:r>
        <w:rPr>
          <w:rFonts w:ascii="宋体" w:hAnsi="宋体" w:eastAsia="宋体" w:cs="宋体"/>
          <w:color w:val="000000"/>
        </w:rPr>
        <w:t>在一条直线上，</w:t>
      </w:r>
    </w:p>
    <w:p>
      <w:pPr>
        <w:spacing w:line="360" w:lineRule="auto"/>
        <w:jc w:val="left"/>
        <w:textAlignment w:val="center"/>
        <w:rPr>
          <w:color w:val="000000"/>
        </w:rPr>
      </w:pPr>
      <w:r>
        <w:rPr>
          <w:color w:val="000000"/>
        </w:rPr>
        <w:drawing>
          <wp:inline distT="0" distB="0" distL="114300" distR="114300">
            <wp:extent cx="1276350" cy="904875"/>
            <wp:effectExtent l="0" t="0" r="0" b="0"/>
            <wp:docPr id="3883"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 name="图片 100027" descr="学科网(www.zxxk.com)--教育资源门户，提供试卷、教案、课件、论文、素材以及各类教学资源下载，还有大量而丰富的教学相关资讯！"/>
                    <pic:cNvPicPr>
                      <a:picLocks noChangeAspect="1"/>
                    </pic:cNvPicPr>
                  </pic:nvPicPr>
                  <pic:blipFill>
                    <a:blip r:embed="rId5113"/>
                    <a:stretch>
                      <a:fillRect/>
                    </a:stretch>
                  </pic:blipFill>
                  <pic:spPr>
                    <a:xfrm>
                      <a:off x="0" y="0"/>
                      <a:ext cx="1276350" cy="904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所以</w:t>
      </w:r>
      <w:r>
        <w:pict>
          <v:shape id="_x0000_i720146" o:spt="75" alt="学科网(www.zxxk.com)--教育资源门户，提供试卷、教案、课件、论文、素材以及各类教学资源下载，还有大量而丰富的教学相关资讯！" type="#_x0000_t75" style="height:13.8pt;width:70.8pt;" o:ole="t" filled="f" o:preferrelative="t" stroked="f" coordsize="21600,21600">
            <v:path/>
            <v:fill on="f" focussize="0,0"/>
            <v:stroke on="f" joinstyle="miter"/>
            <v:imagedata r:id="rId5114" o:title="eqId21f20ebc5557e786edf9799e962b028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因为</w:t>
      </w:r>
      <w:r>
        <w:pict>
          <v:shape id="_x0000_i720147" o:spt="75" alt="学科网(www.zxxk.com)--教育资源门户，提供试卷、教案、课件、论文、素材以及各类教学资源下载，还有大量而丰富的教学相关资讯！" type="#_x0000_t75" style="height:13.5pt;width:40.5pt;" o:ole="t" filled="f" o:preferrelative="t" stroked="f" coordsize="21600,21600">
            <v:path/>
            <v:fill on="f" focussize="0,0"/>
            <v:stroke on="f" joinstyle="miter"/>
            <v:imagedata r:id="rId5115" o:title="eqId97cf714ffb3fd5917a76b191640b55fe"/>
            <o:lock v:ext="edit" aspectratio="t"/>
            <w10:wrap type="none"/>
            <w10:anchorlock/>
          </v:shape>
        </w:pict>
      </w:r>
      <w:r>
        <w:rPr>
          <w:rFonts w:ascii="宋体" w:hAnsi="宋体" w:eastAsia="宋体" w:cs="宋体"/>
          <w:color w:val="000000"/>
        </w:rPr>
        <w:t>，</w:t>
      </w:r>
      <w:r>
        <w:pict>
          <v:shape id="_x0000_i720148" o:spt="75" alt="学科网(www.zxxk.com)--教育资源门户，提供试卷、教案、课件、论文、素材以及各类教学资源下载，还有大量而丰富的教学相关资讯！" type="#_x0000_t75" style="height:16pt;width:40pt;" o:ole="t" filled="f" o:preferrelative="t" stroked="f" coordsize="21600,21600">
            <v:path/>
            <v:fill on="f" focussize="0,0"/>
            <v:stroke on="f" joinstyle="miter"/>
            <v:imagedata r:id="rId5116" o:title="eqId9d55e12ea3dcb598e211c7bb0b27d5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20149" o:spt="75" alt="学科网(www.zxxk.com)--教育资源门户，提供试卷、教案、课件、论文、素材以及各类教学资源下载，还有大量而丰富的教学相关资讯！" type="#_x0000_t75" style="height:14pt;width:149pt;" o:ole="t" filled="f" o:preferrelative="t" stroked="f" coordsize="21600,21600">
            <v:path/>
            <v:fill on="f" focussize="0,0"/>
            <v:stroke on="f" joinstyle="miter"/>
            <v:imagedata r:id="rId5117" o:title="eqId81d0aeea6c7b2ac9aa5ee8ab54daebe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因为</w:t>
      </w:r>
      <w:r>
        <w:pict>
          <v:shape id="_x0000_i720150" o:spt="75" alt="学科网(www.zxxk.com)--教育资源门户，提供试卷、教案、课件、论文、素材以及各类教学资源下载，还有大量而丰富的教学相关资讯！" type="#_x0000_t75" style="height:12.75pt;width:22.5pt;" o:ole="t" filled="f" o:preferrelative="t" stroked="f" coordsize="21600,21600">
            <v:path/>
            <v:fill on="f" focussize="0,0"/>
            <v:stroke on="f" joinstyle="miter"/>
            <v:imagedata r:id="rId5118" o:title="eqIdaaf3369e0ea90e8d5cf4b6b3c45c0fd8"/>
            <o:lock v:ext="edit" aspectratio="t"/>
            <w10:wrap type="none"/>
            <w10:anchorlock/>
          </v:shape>
        </w:pict>
      </w:r>
      <w:r>
        <w:rPr>
          <w:rFonts w:ascii="宋体" w:hAnsi="宋体" w:eastAsia="宋体" w:cs="宋体"/>
          <w:color w:val="000000"/>
        </w:rPr>
        <w:t>为</w:t>
      </w:r>
      <w:r>
        <w:pict>
          <v:shape id="_x0000_i720151"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5119" o:title="eqId42e7b8a59f8d66176463f3d71f882a26"/>
            <o:lock v:ext="edit" aspectratio="t"/>
            <w10:wrap type="none"/>
            <w10:anchorlock/>
          </v:shape>
        </w:pict>
      </w:r>
      <w:r>
        <w:rPr>
          <w:rFonts w:ascii="宋体" w:hAnsi="宋体" w:eastAsia="宋体" w:cs="宋体"/>
          <w:color w:val="000000"/>
        </w:rPr>
        <w:t>的平分线，</w:t>
      </w:r>
      <w:r>
        <w:pict>
          <v:shape id="_x0000_i720152"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5120" o:title="eqId88e9f7d1272b7344346b58b660aa260a"/>
            <o:lock v:ext="edit" aspectratio="t"/>
            <w10:wrap type="none"/>
            <w10:anchorlock/>
          </v:shape>
        </w:pict>
      </w:r>
      <w:r>
        <w:rPr>
          <w:rFonts w:ascii="宋体" w:hAnsi="宋体" w:eastAsia="宋体" w:cs="宋体"/>
          <w:color w:val="000000"/>
        </w:rPr>
        <w:t>为</w:t>
      </w:r>
      <w:r>
        <w:pict>
          <v:shape id="_x0000_i720153" o:spt="75" alt="学科网(www.zxxk.com)--教育资源门户，提供试卷、教案、课件、论文、素材以及各类教学资源下载，还有大量而丰富的教学相关资讯！" type="#_x0000_t75" style="height:13.8pt;width:37.2pt;" o:ole="t" filled="f" o:preferrelative="t" stroked="f" coordsize="21600,21600">
            <v:path/>
            <v:fill on="f" focussize="0,0"/>
            <v:stroke on="f" joinstyle="miter"/>
            <v:imagedata r:id="rId5121" o:title="eqIdd0e1e2a60c37ebc303d4fc2bf3d6a234"/>
            <o:lock v:ext="edit" aspectratio="t"/>
            <w10:wrap type="none"/>
            <w10:anchorlock/>
          </v:shape>
        </w:pict>
      </w:r>
      <w:r>
        <w:rPr>
          <w:rFonts w:ascii="宋体" w:hAnsi="宋体" w:eastAsia="宋体" w:cs="宋体"/>
          <w:color w:val="000000"/>
        </w:rPr>
        <w:t>的平分线，</w:t>
      </w:r>
    </w:p>
    <w:p>
      <w:pPr>
        <w:spacing w:line="360" w:lineRule="auto"/>
        <w:jc w:val="left"/>
        <w:textAlignment w:val="center"/>
        <w:rPr>
          <w:color w:val="000000"/>
        </w:rPr>
      </w:pPr>
      <w:r>
        <w:rPr>
          <w:rFonts w:ascii="宋体" w:hAnsi="宋体" w:eastAsia="宋体" w:cs="宋体"/>
          <w:color w:val="000000"/>
        </w:rPr>
        <w:t>所以</w:t>
      </w:r>
      <w:r>
        <w:pict>
          <v:shape id="_x0000_i720154" o:spt="75" alt="学科网(www.zxxk.com)--教育资源门户，提供试卷、教案、课件、论文、素材以及各类教学资源下载，还有大量而丰富的教学相关资讯！" type="#_x0000_t75" style="height:31pt;width:255pt;" o:ole="t" filled="f" o:preferrelative="t" stroked="f" coordsize="21600,21600">
            <v:path/>
            <v:fill on="f" focussize="0,0"/>
            <v:stroke on="f" joinstyle="miter"/>
            <v:imagedata r:id="rId5122" o:title="eqId175dbea12b6e19701b2704a44ab6631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20155" o:spt="75" alt="学科网(www.zxxk.com)--教育资源门户，提供试卷、教案、课件、论文、素材以及各类教学资源下载，还有大量而丰富的教学相关资讯！" type="#_x0000_t75" style="height:14pt;width:161pt;" o:ole="t" filled="f" o:preferrelative="t" stroked="f" coordsize="21600,21600">
            <v:path/>
            <v:fill on="f" focussize="0,0"/>
            <v:stroke on="f" joinstyle="miter"/>
            <v:imagedata r:id="rId5123" o:title="eqId4a0409b0c704db20fe252c5a847d6a0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20156" o:spt="75" alt="学科网(www.zxxk.com)--教育资源门户，提供试卷、教案、课件、论文、素材以及各类教学资源下载，还有大量而丰富的教学相关资讯！" type="#_x0000_t75" style="height:14pt;width:167pt;" o:ole="t" filled="f" o:preferrelative="t" stroked="f" coordsize="21600,21600">
            <v:path/>
            <v:fill on="f" focussize="0,0"/>
            <v:stroke on="f" joinstyle="miter"/>
            <v:imagedata r:id="rId5124" o:title="eqId8a9a428d28b6162a27f43495144f5d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w:t>
      </w:r>
      <w:r>
        <w:pict>
          <v:shape id="_x0000_i720157"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5125" o:title="eqIdec1925791d26da4fbd30dc6a182fd9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证明：如图，因为</w:t>
      </w:r>
      <w:r>
        <w:pict>
          <v:shape id="_x0000_i720158"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126" o:title="eqIda299d2b999568e80be8005565ba209a4"/>
            <o:lock v:ext="edit" aspectratio="t"/>
            <w10:wrap type="none"/>
            <w10:anchorlock/>
          </v:shape>
        </w:pict>
      </w:r>
      <w:r>
        <w:rPr>
          <w:rFonts w:ascii="宋体" w:hAnsi="宋体" w:eastAsia="宋体" w:cs="宋体"/>
          <w:color w:val="000000"/>
        </w:rPr>
        <w:t>为</w:t>
      </w:r>
      <w:r>
        <w:pict>
          <v:shape id="_x0000_i72015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127" o:title="eqIddc9f91270ddbe1cf3c1362e1b95aee14"/>
            <o:lock v:ext="edit" aspectratio="t"/>
            <w10:wrap type="none"/>
            <w10:anchorlock/>
          </v:shape>
        </w:pict>
      </w:r>
      <w:r>
        <w:rPr>
          <w:rFonts w:ascii="宋体" w:hAnsi="宋体" w:eastAsia="宋体" w:cs="宋体"/>
          <w:color w:val="000000"/>
        </w:rPr>
        <w:t>的平分线，</w:t>
      </w:r>
    </w:p>
    <w:p>
      <w:pPr>
        <w:spacing w:line="360" w:lineRule="auto"/>
        <w:jc w:val="left"/>
        <w:textAlignment w:val="center"/>
        <w:rPr>
          <w:color w:val="000000"/>
        </w:rPr>
      </w:pPr>
      <w:r>
        <w:rPr>
          <w:color w:val="000000"/>
        </w:rPr>
        <w:drawing>
          <wp:inline distT="0" distB="0" distL="114300" distR="114300">
            <wp:extent cx="1466850" cy="1123950"/>
            <wp:effectExtent l="0" t="0" r="0" b="0"/>
            <wp:docPr id="3885"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 name="图片 100029" descr="学科网(www.zxxk.com)--教育资源门户，提供试卷、教案、课件、论文、素材以及各类教学资源下载，还有大量而丰富的教学相关资讯！"/>
                    <pic:cNvPicPr>
                      <a:picLocks noChangeAspect="1"/>
                    </pic:cNvPicPr>
                  </pic:nvPicPr>
                  <pic:blipFill>
                    <a:blip r:embed="rId5128"/>
                    <a:stretch>
                      <a:fillRect/>
                    </a:stretch>
                  </pic:blipFill>
                  <pic:spPr>
                    <a:xfrm>
                      <a:off x="0" y="0"/>
                      <a:ext cx="1466850" cy="11239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所以</w:t>
      </w:r>
      <w:r>
        <w:pict>
          <v:shape id="_x0000_i720160" o:spt="75" alt="学科网(www.zxxk.com)--教育资源门户，提供试卷、教案、课件、论文、素材以及各类教学资源下载，还有大量而丰富的教学相关资讯！" type="#_x0000_t75" style="height:31pt;width:93pt;" o:ole="t" filled="f" o:preferrelative="t" stroked="f" coordsize="21600,21600">
            <v:path/>
            <v:fill on="f" focussize="0,0"/>
            <v:stroke on="f" joinstyle="miter"/>
            <v:imagedata r:id="rId5129" o:title="eqId39fa5900fc7f299849d034b74b2bfb1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因为</w:t>
      </w:r>
      <w:r>
        <w:pict>
          <v:shape id="_x0000_i720161" o:spt="75" alt="学科网(www.zxxk.com)--教育资源门户，提供试卷、教案、课件、论文、素材以及各类教学资源下载，还有大量而丰富的教学相关资讯！" type="#_x0000_t75" style="height:13.8pt;width:129pt;" o:ole="t" filled="f" o:preferrelative="t" stroked="f" coordsize="21600,21600">
            <v:path/>
            <v:fill on="f" focussize="0,0"/>
            <v:stroke on="f" joinstyle="miter"/>
            <v:imagedata r:id="rId5130" o:title="eqIde905b37570da2adabc017f9b2b4588b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20162" o:spt="75" alt="学科网(www.zxxk.com)--教育资源门户，提供试卷、教案、课件、论文、素材以及各类教学资源下载，还有大量而丰富的教学相关资讯！" type="#_x0000_t75" style="height:31.5pt;width:139.5pt;" o:ole="t" filled="f" o:preferrelative="t" stroked="f" coordsize="21600,21600">
            <v:path/>
            <v:fill on="f" focussize="0,0"/>
            <v:stroke on="f" joinstyle="miter"/>
            <v:imagedata r:id="rId5131" o:title="eqIdf886f0191bb30686420d1c3e688a436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因为</w:t>
      </w:r>
      <w:r>
        <w:pict>
          <v:shape id="_x0000_i720163" o:spt="75" alt="学科网(www.zxxk.com)--教育资源门户，提供试卷、教案、课件、论文、素材以及各类教学资源下载，还有大量而丰富的教学相关资讯！" type="#_x0000_t75" style="height:16pt;width:38pt;" o:ole="t" filled="f" o:preferrelative="t" stroked="f" coordsize="21600,21600">
            <v:path/>
            <v:fill on="f" focussize="0,0"/>
            <v:stroke on="f" joinstyle="miter"/>
            <v:imagedata r:id="rId5132" o:title="eqId5b66c9db64497e6d930f6e2224c9d63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20164" o:spt="75" alt="学科网(www.zxxk.com)--教育资源门户，提供试卷、教案、课件、论文、素材以及各类教学资源下载，还有大量而丰富的教学相关资讯！" type="#_x0000_t75" style="height:31.5pt;width:122pt;" o:ole="t" filled="f" o:preferrelative="t" stroked="f" coordsize="21600,21600">
            <v:path/>
            <v:fill on="f" focussize="0,0"/>
            <v:stroke on="f" joinstyle="miter"/>
            <v:imagedata r:id="rId5133" o:title="eqId18e5ca3c59df6501f71f484a030b1f0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因为</w:t>
      </w:r>
      <w:r>
        <w:pict>
          <v:shape id="_x0000_i720165" o:spt="75" alt="学科网(www.zxxk.com)--教育资源门户，提供试卷、教案、课件、论文、素材以及各类教学资源下载，还有大量而丰富的教学相关资讯！" type="#_x0000_t75" style="height:14pt;width:193pt;" o:ole="t" filled="f" o:preferrelative="t" stroked="f" coordsize="21600,21600">
            <v:path/>
            <v:fill on="f" focussize="0,0"/>
            <v:stroke on="f" joinstyle="miter"/>
            <v:imagedata r:id="rId5134" o:title="eqId038145bc343323d6e654fa88af5cdab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所以</w:t>
      </w:r>
      <w:r>
        <w:pict>
          <v:shape id="_x0000_i720166"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5135" o:title="eqIdec1925791d26da4fbd30dc6a182fd9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对于数轴上的两条线段，给出如下定义：若其中一条线段的中点恰好是另一条线段的一个三等分点，则称这两条线段互为友好线段．</w:t>
      </w:r>
    </w:p>
    <w:p>
      <w:pPr>
        <w:spacing w:line="360" w:lineRule="auto"/>
        <w:jc w:val="left"/>
        <w:textAlignment w:val="center"/>
        <w:rPr>
          <w:color w:val="000000"/>
        </w:rPr>
      </w:pPr>
      <w:r>
        <w:rPr>
          <w:color w:val="000000"/>
        </w:rPr>
        <w:drawing>
          <wp:inline distT="0" distB="0" distL="114300" distR="114300">
            <wp:extent cx="1885950" cy="419100"/>
            <wp:effectExtent l="0" t="0" r="0" b="0"/>
            <wp:docPr id="3887"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 name="图片 100031" descr="学科网(www.zxxk.com)--教育资源门户，提供试卷、教案、课件、论文、素材以及各类教学资源下载，还有大量而丰富的教学相关资讯！"/>
                    <pic:cNvPicPr>
                      <a:picLocks noChangeAspect="1"/>
                    </pic:cNvPicPr>
                  </pic:nvPicPr>
                  <pic:blipFill>
                    <a:blip r:embed="rId5136"/>
                    <a:stretch>
                      <a:fillRect/>
                    </a:stretch>
                  </pic:blipFill>
                  <pic:spPr>
                    <a:xfrm>
                      <a:off x="0" y="0"/>
                      <a:ext cx="1885950" cy="419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在数轴上，点</w:t>
      </w:r>
      <w:r>
        <w:pict>
          <v:shape id="_x0000_i72016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137" o:title="eqId5963abe8f421bd99a2aaa94831a951e9"/>
            <o:lock v:ext="edit" aspectratio="t"/>
            <w10:wrap type="none"/>
            <w10:anchorlock/>
          </v:shape>
        </w:pict>
      </w:r>
      <w:r>
        <w:rPr>
          <w:rFonts w:ascii="宋体" w:hAnsi="宋体" w:eastAsia="宋体" w:cs="宋体"/>
          <w:color w:val="000000"/>
        </w:rPr>
        <w:t>表示的数为</w:t>
      </w:r>
      <w:r>
        <w:pict>
          <v:shape id="_x0000_i720168"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138" o:title="eqId3edbd40e04e2a943051fa83d6e511add"/>
            <o:lock v:ext="edit" aspectratio="t"/>
            <w10:wrap type="none"/>
            <w10:anchorlock/>
          </v:shape>
        </w:pict>
      </w:r>
      <w:r>
        <w:rPr>
          <w:rFonts w:ascii="宋体" w:hAnsi="宋体" w:eastAsia="宋体" w:cs="宋体"/>
          <w:color w:val="000000"/>
        </w:rPr>
        <w:t>，点</w:t>
      </w:r>
      <w:r>
        <w:pict>
          <v:shape id="_x0000_i72016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139"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20170"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5140" o:title="eqIdb1241216f3c1cb5e73043dd1037f556d"/>
            <o:lock v:ext="edit" aspectratio="t"/>
            <w10:wrap type="none"/>
            <w10:anchorlock/>
          </v:shape>
        </w:pict>
      </w:r>
      <w:r>
        <w:rPr>
          <w:rFonts w:ascii="宋体" w:hAnsi="宋体" w:eastAsia="宋体" w:cs="宋体"/>
          <w:color w:val="000000"/>
        </w:rPr>
        <w:t>表示的数为</w:t>
      </w:r>
      <w:r>
        <w:pict>
          <v:shape id="_x0000_i720171" o:spt="75" alt="学科网(www.zxxk.com)--教育资源门户，提供试卷、教案、课件、论文、素材以及各类教学资源下载，还有大量而丰富的教学相关资讯！" type="#_x0000_t75" style="height:31.3pt;width:20.05pt;" o:ole="t" filled="f" o:preferrelative="t" stroked="f" coordsize="21600,21600">
            <v:path/>
            <v:fill on="f" focussize="0,0"/>
            <v:stroke on="f" joinstyle="miter"/>
            <v:imagedata r:id="rId5141" o:title="eqIda22e82ffaf4d1ed342a8a0e7b76fd133"/>
            <o:lock v:ext="edit" aspectratio="t"/>
            <w10:wrap type="none"/>
            <w10:anchorlock/>
          </v:shape>
        </w:pict>
      </w:r>
      <w:r>
        <w:rPr>
          <w:rFonts w:ascii="宋体" w:hAnsi="宋体" w:eastAsia="宋体" w:cs="宋体"/>
          <w:color w:val="000000"/>
        </w:rPr>
        <w:t>，点</w:t>
      </w:r>
      <w:r>
        <w:pict>
          <v:shape id="_x0000_i72017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142" o:title="eqId23f3ffe7abc59e2f65d827c8eab8d36a"/>
            <o:lock v:ext="edit" aspectratio="t"/>
            <w10:wrap type="none"/>
            <w10:anchorlock/>
          </v:shape>
        </w:pict>
      </w:r>
      <w:r>
        <w:rPr>
          <w:rFonts w:ascii="宋体" w:hAnsi="宋体" w:eastAsia="宋体" w:cs="宋体"/>
          <w:color w:val="000000"/>
        </w:rPr>
        <w:t>表示的数为</w:t>
      </w:r>
      <w:r>
        <w:pict>
          <v:shape id="_x0000_i72017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143" o:title="eqId274a9dc37509f01c2606fb3086a46f4f"/>
            <o:lock v:ext="edit" aspectratio="t"/>
            <w10:wrap type="none"/>
            <w10:anchorlock/>
          </v:shape>
        </w:pict>
      </w:r>
      <w:r>
        <w:rPr>
          <w:rFonts w:ascii="宋体" w:hAnsi="宋体" w:eastAsia="宋体" w:cs="宋体"/>
          <w:color w:val="000000"/>
        </w:rPr>
        <w:t>，点</w:t>
      </w:r>
      <w:r>
        <w:pict>
          <v:shape id="_x0000_i720174"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5144" o:title="eqIdab94459e87c666facddbe1a23ae1899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4</w:t>
      </w:r>
      <w:r>
        <w:rPr>
          <w:rFonts w:ascii="宋体" w:hAnsi="宋体" w:eastAsia="宋体" w:cs="宋体"/>
          <w:color w:val="000000"/>
        </w:rPr>
        <w:t>，在线段</w:t>
      </w:r>
      <w:r>
        <w:pict>
          <v:shape id="_x0000_i720175" o:spt="75" alt="学科网(www.zxxk.com)--教育资源门户，提供试卷、教案、课件、论文、素材以及各类教学资源下载，还有大量而丰富的教学相关资讯！" type="#_x0000_t75" style="height:18.5pt;width:70.5pt;" o:ole="t" filled="f" o:preferrelative="t" stroked="f" coordsize="21600,21600">
            <v:path/>
            <v:fill on="f" focussize="0,0"/>
            <v:stroke on="f" joinstyle="miter"/>
            <v:imagedata r:id="rId5145" o:title="eqId7f2d9a024a4342391e1ef0c1542272bf"/>
            <o:lock v:ext="edit" aspectratio="t"/>
            <w10:wrap type="none"/>
            <w10:anchorlock/>
          </v:shape>
        </w:pict>
      </w:r>
      <w:r>
        <w:rPr>
          <w:rFonts w:ascii="宋体" w:hAnsi="宋体" w:eastAsia="宋体" w:cs="宋体"/>
          <w:color w:val="000000"/>
        </w:rPr>
        <w:t>中，与线段</w:t>
      </w:r>
      <w:r>
        <w:pict>
          <v:shape id="_x0000_i72017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46" o:title="eqIdf52a58fbaf4fea03567e88a9f0f6e37e"/>
            <o:lock v:ext="edit" aspectratio="t"/>
            <w10:wrap type="none"/>
            <w10:anchorlock/>
          </v:shape>
        </w:pict>
      </w:r>
      <w:r>
        <w:rPr>
          <w:rFonts w:ascii="宋体" w:hAnsi="宋体" w:eastAsia="宋体" w:cs="宋体"/>
          <w:color w:val="000000"/>
        </w:rPr>
        <w:t>互为友好线段的是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在数轴上，点</w:t>
      </w:r>
      <w:r>
        <w:pict>
          <v:shape id="_x0000_i720177" o:spt="75" alt="学科网(www.zxxk.com)--教育资源门户，提供试卷、教案、课件、论文、素材以及各类教学资源下载，还有大量而丰富的教学相关资讯！" type="#_x0000_t75" style="height:16pt;width:51pt;" o:ole="t" filled="f" o:preferrelative="t" stroked="f" coordsize="21600,21600">
            <v:path/>
            <v:fill on="f" focussize="0,0"/>
            <v:stroke on="f" joinstyle="miter"/>
            <v:imagedata r:id="rId5147" o:title="eqId0c82a10b4f0c9323d726804c89dd9548"/>
            <o:lock v:ext="edit" aspectratio="t"/>
            <w10:wrap type="none"/>
            <w10:anchorlock/>
          </v:shape>
        </w:pict>
      </w:r>
      <w:r>
        <w:rPr>
          <w:rFonts w:ascii="宋体" w:hAnsi="宋体" w:eastAsia="宋体" w:cs="宋体"/>
          <w:color w:val="000000"/>
        </w:rPr>
        <w:t>表示的数分别为</w:t>
      </w:r>
      <w:r>
        <w:pict>
          <v:shape id="_x0000_i720178" o:spt="75" alt="学科网(www.zxxk.com)--教育资源门户，提供试卷、教案、课件、论文、素材以及各类教学资源下载，还有大量而丰富的教学相关资讯！" type="#_x0000_t75" style="height:31.5pt;width:104pt;" o:ole="t" filled="f" o:preferrelative="t" stroked="f" coordsize="21600,21600">
            <v:path/>
            <v:fill on="f" focussize="0,0"/>
            <v:stroke on="f" joinstyle="miter"/>
            <v:imagedata r:id="rId5148" o:title="eqId25f699bf32e77de852de5d66b1a18503"/>
            <o:lock v:ext="edit" aspectratio="t"/>
            <w10:wrap type="none"/>
            <w10:anchorlock/>
          </v:shape>
        </w:pict>
      </w:r>
      <w:r>
        <w:rPr>
          <w:rFonts w:ascii="宋体" w:hAnsi="宋体" w:eastAsia="宋体" w:cs="宋体"/>
          <w:color w:val="000000"/>
        </w:rPr>
        <w:t>，且</w:t>
      </w:r>
      <w:r>
        <w:pict>
          <v:shape id="_x0000_i720179"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5149" o:title="eqId01c74a907dda6bb7d9d56d009d9df253"/>
            <o:lock v:ext="edit" aspectratio="t"/>
            <w10:wrap type="none"/>
            <w10:anchorlock/>
          </v:shape>
        </w:pict>
      </w:r>
      <w:r>
        <w:rPr>
          <w:rFonts w:ascii="宋体" w:hAnsi="宋体" w:eastAsia="宋体" w:cs="宋体"/>
          <w:color w:val="000000"/>
        </w:rPr>
        <w:t>不重合．若线段</w:t>
      </w:r>
      <w:r>
        <w:pict>
          <v:shape id="_x0000_i720180" o:spt="75" alt="学科网(www.zxxk.com)--教育资源门户，提供试卷、教案、课件、论文、素材以及各类教学资源下载，还有大量而丰富的教学相关资讯！" type="#_x0000_t75" style="height:15.55pt;width:41.45pt;" o:ole="t" filled="f" o:preferrelative="t" stroked="f" coordsize="21600,21600">
            <v:path/>
            <v:fill on="f" focussize="0,0"/>
            <v:stroke on="f" joinstyle="miter"/>
            <v:imagedata r:id="rId5150" o:title="eqIdb5c4cd264c97c1f261229925cc5a6761"/>
            <o:lock v:ext="edit" aspectratio="t"/>
            <w10:wrap type="none"/>
            <w10:anchorlock/>
          </v:shape>
        </w:pict>
      </w:r>
      <w:r>
        <w:rPr>
          <w:rFonts w:ascii="宋体" w:hAnsi="宋体" w:eastAsia="宋体" w:cs="宋体"/>
          <w:color w:val="000000"/>
        </w:rPr>
        <w:t>互为友好线段，直接写出</w:t>
      </w:r>
      <w:r>
        <w:pict>
          <v:shape id="_x0000_i720181"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151" o:title="eqId81dea63b8ce3e51adf66cf7b9982a248"/>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pict>
          <v:shape id="_x0000_i720182" o:spt="75" alt="学科网(www.zxxk.com)--教育资源门户，提供试卷、教案、课件、论文、素材以及各类教学资源下载，还有大量而丰富的教学相关资讯！" type="#_x0000_t75" style="height:18.5pt;width:46.5pt;" o:ole="t" filled="f" o:preferrelative="t" stroked="f" coordsize="21600,21600">
            <v:path/>
            <v:fill on="f" focussize="0,0"/>
            <v:stroke on="f" joinstyle="miter"/>
            <v:imagedata r:id="rId5152" o:title="eqIda97af2bf6b1d9b28074d44005fd5480e"/>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20183" o:spt="75" alt="学科网(www.zxxk.com)--教育资源门户，提供试卷、教案、课件、论文、素材以及各类教学资源下载，还有大量而丰富的教学相关资讯！" type="#_x0000_t75" style="height:32.25pt;width:18pt;" o:ole="t" filled="f" o:preferrelative="t" stroked="f" coordsize="21600,21600">
            <v:path/>
            <v:fill on="f" focussize="0,0"/>
            <v:stroke on="f" joinstyle="miter"/>
            <v:imagedata r:id="rId5153" o:title="eqId6c03c4d2d10fa359bd45e1710f2c62a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26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）根据互为友好线段的定义分析即可；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w:t>
      </w:r>
      <w:r>
        <w:pict>
          <v:shape id="_x0000_i720184"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54" o:title="eqIdf52a58fbaf4fea03567e88a9f0f6e37e"/>
            <o:lock v:ext="edit" aspectratio="t"/>
            <w10:wrap type="none"/>
            <w10:anchorlock/>
          </v:shape>
        </w:pict>
      </w:r>
      <w:r>
        <w:rPr>
          <w:rFonts w:ascii="宋体" w:hAnsi="宋体" w:eastAsia="宋体" w:cs="宋体"/>
          <w:color w:val="000000"/>
        </w:rPr>
        <w:t>的中点是</w:t>
      </w:r>
      <w:r>
        <w:pict>
          <v:shape id="_x0000_i72018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155" o:title="eqId9d78abbad68bbbf12af10cd40ef4c353"/>
            <o:lock v:ext="edit" aspectratio="t"/>
            <w10:wrap type="none"/>
            <w10:anchorlock/>
          </v:shape>
        </w:pict>
      </w:r>
      <w:r>
        <w:rPr>
          <w:rFonts w:ascii="宋体" w:hAnsi="宋体" w:eastAsia="宋体" w:cs="宋体"/>
          <w:color w:val="000000"/>
        </w:rPr>
        <w:t>的三等分点和</w:t>
      </w:r>
      <w:r>
        <w:pict>
          <v:shape id="_x0000_i72018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155" o:title="eqId9d78abbad68bbbf12af10cd40ef4c353"/>
            <o:lock v:ext="edit" aspectratio="t"/>
            <w10:wrap type="none"/>
            <w10:anchorlock/>
          </v:shape>
        </w:pict>
      </w:r>
      <w:r>
        <w:rPr>
          <w:rFonts w:ascii="宋体" w:hAnsi="宋体" w:eastAsia="宋体" w:cs="宋体"/>
          <w:color w:val="000000"/>
        </w:rPr>
        <w:t>的中点是</w:t>
      </w:r>
      <w:r>
        <w:pict>
          <v:shape id="_x0000_i72018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54" o:title="eqIdf52a58fbaf4fea03567e88a9f0f6e37e"/>
            <o:lock v:ext="edit" aspectratio="t"/>
            <w10:wrap type="none"/>
            <w10:anchorlock/>
          </v:shape>
        </w:pict>
      </w:r>
      <w:r>
        <w:rPr>
          <w:rFonts w:ascii="宋体" w:hAnsi="宋体" w:eastAsia="宋体" w:cs="宋体"/>
          <w:color w:val="000000"/>
        </w:rPr>
        <w:t>的三等分点两种情况，根据互为友好线段的定义列方程求解即可．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∵点</w:t>
      </w:r>
      <w:r>
        <w:pict>
          <v:shape id="_x0000_i720188"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156"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20189"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5157" o:title="eqIdb1241216f3c1cb5e73043dd1037f556d"/>
            <o:lock v:ext="edit" aspectratio="t"/>
            <w10:wrap type="none"/>
            <w10:anchorlock/>
          </v:shape>
        </w:pict>
      </w:r>
      <w:r>
        <w:rPr>
          <w:rFonts w:ascii="宋体" w:hAnsi="宋体" w:eastAsia="宋体" w:cs="宋体"/>
          <w:color w:val="000000"/>
        </w:rPr>
        <w:t>表示的数为</w:t>
      </w:r>
      <w:r>
        <w:pict>
          <v:shape id="_x0000_i720190" o:spt="75" alt="学科网(www.zxxk.com)--教育资源门户，提供试卷、教案、课件、论文、素材以及各类教学资源下载，还有大量而丰富的教学相关资讯！" type="#_x0000_t75" style="height:31.3pt;width:20.05pt;" o:ole="t" filled="f" o:preferrelative="t" stroked="f" coordsize="21600,21600">
            <v:path/>
            <v:fill on="f" focussize="0,0"/>
            <v:stroke on="f" joinstyle="miter"/>
            <v:imagedata r:id="rId5158" o:title="eqIda22e82ffaf4d1ed342a8a0e7b76fd1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191" o:spt="75" alt="学科网(www.zxxk.com)--教育资源门户，提供试卷、教案、课件、论文、素材以及各类教学资源下载，还有大量而丰富的教学相关资讯！" type="#_x0000_t75" style="height:33.75pt;width:99.75pt;" o:ole="t" filled="f" o:preferrelative="t" stroked="f" coordsize="21600,21600">
            <v:path/>
            <v:fill on="f" focussize="0,0"/>
            <v:stroke on="f" joinstyle="miter"/>
            <v:imagedata r:id="rId5159" o:title="eqIda13be65ef3c0a6d9f94771bc97533165"/>
            <o:lock v:ext="edit" aspectratio="t"/>
            <w10:wrap type="none"/>
            <w10:anchorlock/>
          </v:shape>
        </w:pict>
      </w:r>
      <w:r>
        <w:rPr>
          <w:rFonts w:ascii="宋体" w:hAnsi="宋体" w:eastAsia="宋体" w:cs="宋体"/>
          <w:color w:val="000000"/>
        </w:rPr>
        <w:t>，</w:t>
      </w:r>
      <w:r>
        <w:pict>
          <v:shape id="_x0000_i720192" o:spt="75" alt="学科网(www.zxxk.com)--教育资源门户，提供试卷、教案、课件、论文、素材以及各类教学资源下载，还有大量而丰富的教学相关资讯！" type="#_x0000_t75" style="height:30.75pt;width:51.75pt;" o:ole="t" filled="f" o:preferrelative="t" stroked="f" coordsize="21600,21600">
            <v:path/>
            <v:fill on="f" focussize="0,0"/>
            <v:stroke on="f" joinstyle="miter"/>
            <v:imagedata r:id="rId5160" o:title="eqIdab4e93b59751de535631dde4544e12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193" o:spt="75" alt="学科网(www.zxxk.com)--教育资源门户，提供试卷、教案、课件、论文、素材以及各类教学资源下载，还有大量而丰富的教学相关资讯！" type="#_x0000_t75" style="height:15.75pt;width:19.5pt;" o:ole="t" filled="f" o:preferrelative="t" stroked="f" coordsize="21600,21600">
            <v:path/>
            <v:fill on="f" focussize="0,0"/>
            <v:stroke on="f" joinstyle="miter"/>
            <v:imagedata r:id="rId5161" o:title="eqId0d8772aa893a9c1d40f714cb25701701"/>
            <o:lock v:ext="edit" aspectratio="t"/>
            <w10:wrap type="none"/>
            <w10:anchorlock/>
          </v:shape>
        </w:pict>
      </w:r>
      <w:r>
        <w:rPr>
          <w:rFonts w:ascii="宋体" w:hAnsi="宋体" w:eastAsia="宋体" w:cs="宋体"/>
          <w:color w:val="000000"/>
        </w:rPr>
        <w:t>的中点表示的数是</w:t>
      </w:r>
      <w:r>
        <w:pict>
          <v:shape id="_x0000_i720194" o:spt="75" alt="学科网(www.zxxk.com)--教育资源门户，提供试卷、教案、课件、论文、素材以及各类教学资源下载，还有大量而丰富的教学相关资讯！" type="#_x0000_t75" style="height:33.75pt;width:84.75pt;" o:ole="t" filled="f" o:preferrelative="t" stroked="f" coordsize="21600,21600">
            <v:path/>
            <v:fill on="f" focussize="0,0"/>
            <v:stroke on="f" joinstyle="miter"/>
            <v:imagedata r:id="rId5162" o:title="eqId89e63423b1d970fbed6ccf2ba3d5470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三等分点表示的数是</w:t>
      </w:r>
      <w:r>
        <w:pict>
          <v:shape id="_x0000_i720195" o:spt="75" alt="学科网(www.zxxk.com)--教育资源门户，提供试卷、教案、课件、论文、素材以及各类教学资源下载，还有大量而丰富的教学相关资讯！" type="#_x0000_t75" style="height:30.75pt;width:62.25pt;" o:ole="t" filled="f" o:preferrelative="t" stroked="f" coordsize="21600,21600">
            <v:path/>
            <v:fill on="f" focussize="0,0"/>
            <v:stroke on="f" joinstyle="miter"/>
            <v:imagedata r:id="rId5163" o:title="eqId9d5230030a04a41af836896bc67a38f2"/>
            <o:lock v:ext="edit" aspectratio="t"/>
            <w10:wrap type="none"/>
            <w10:anchorlock/>
          </v:shape>
        </w:pict>
      </w:r>
      <w:r>
        <w:rPr>
          <w:rFonts w:ascii="宋体" w:hAnsi="宋体" w:eastAsia="宋体" w:cs="宋体"/>
          <w:color w:val="000000"/>
        </w:rPr>
        <w:t>或</w:t>
      </w:r>
      <w:r>
        <w:pict>
          <v:shape id="_x0000_i720196" o:spt="75" alt="学科网(www.zxxk.com)--教育资源门户，提供试卷、教案、课件、论文、素材以及各类教学资源下载，还有大量而丰富的教学相关资讯！" type="#_x0000_t75" style="height:31.25pt;width:48.25pt;" o:ole="t" filled="f" o:preferrelative="t" stroked="f" coordsize="21600,21600">
            <v:path/>
            <v:fill on="f" focussize="0,0"/>
            <v:stroke on="f" joinstyle="miter"/>
            <v:imagedata r:id="rId5164" o:title="eqIddb6ea34aa1accf834da43c03e3a62e4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20197"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165" o:title="eqId5963abe8f421bd99a2aaa94831a951e9"/>
            <o:lock v:ext="edit" aspectratio="t"/>
            <w10:wrap type="none"/>
            <w10:anchorlock/>
          </v:shape>
        </w:pict>
      </w:r>
      <w:r>
        <w:rPr>
          <w:rFonts w:ascii="宋体" w:hAnsi="宋体" w:eastAsia="宋体" w:cs="宋体"/>
          <w:color w:val="000000"/>
        </w:rPr>
        <w:t>表示的数为</w:t>
      </w:r>
      <w:r>
        <w:pict>
          <v:shape id="_x0000_i720198"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166" o:title="eqId3edbd40e04e2a943051fa83d6e511add"/>
            <o:lock v:ext="edit" aspectratio="t"/>
            <w10:wrap type="none"/>
            <w10:anchorlock/>
          </v:shape>
        </w:pict>
      </w:r>
      <w:r>
        <w:rPr>
          <w:rFonts w:ascii="宋体" w:hAnsi="宋体" w:eastAsia="宋体" w:cs="宋体"/>
          <w:color w:val="000000"/>
        </w:rPr>
        <w:t>，点</w:t>
      </w:r>
      <w:r>
        <w:pict>
          <v:shape id="_x0000_i720199"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167"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00" o:spt="75" alt="学科网(www.zxxk.com)--教育资源门户，提供试卷、教案、课件、论文、素材以及各类教学资源下载，还有大量而丰富的教学相关资讯！" type="#_x0000_t75" style="height:20.25pt;width:87.75pt;" o:ole="t" filled="f" o:preferrelative="t" stroked="f" coordsize="21600,21600">
            <v:path/>
            <v:fill on="f" focussize="0,0"/>
            <v:stroke on="f" joinstyle="miter"/>
            <v:imagedata r:id="rId5168" o:title="eqIddd7b07faa12298e339ec165ab4d3c8c6"/>
            <o:lock v:ext="edit" aspectratio="t"/>
            <w10:wrap type="none"/>
            <w10:anchorlock/>
          </v:shape>
        </w:pict>
      </w:r>
      <w:r>
        <w:rPr>
          <w:rFonts w:ascii="宋体" w:hAnsi="宋体" w:eastAsia="宋体" w:cs="宋体"/>
          <w:color w:val="000000"/>
        </w:rPr>
        <w:t>，</w:t>
      </w:r>
      <w:r>
        <w:pict>
          <v:shape id="_x0000_i720201" o:spt="75" alt="学科网(www.zxxk.com)--教育资源门户，提供试卷、教案、课件、论文、素材以及各类教学资源下载，还有大量而丰富的教学相关资讯！" type="#_x0000_t75" style="height:27.75pt;width:41.25pt;" o:ole="t" filled="f" o:preferrelative="t" stroked="f" coordsize="21600,21600">
            <v:path/>
            <v:fill on="f" focussize="0,0"/>
            <v:stroke on="f" joinstyle="miter"/>
            <v:imagedata r:id="rId5169" o:title="eqId006a2e17dbb7f0929161ed90c6b6742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0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70" o:title="eqIdf52a58fbaf4fea03567e88a9f0f6e37e"/>
            <o:lock v:ext="edit" aspectratio="t"/>
            <w10:wrap type="none"/>
            <w10:anchorlock/>
          </v:shape>
        </w:pict>
      </w:r>
      <w:r>
        <w:rPr>
          <w:rFonts w:ascii="宋体" w:hAnsi="宋体" w:eastAsia="宋体" w:cs="宋体"/>
          <w:color w:val="000000"/>
        </w:rPr>
        <w:t>的中点表示的数是</w:t>
      </w:r>
      <w:r>
        <w:pict>
          <v:shape id="_x0000_i720203" o:spt="75" alt="学科网(www.zxxk.com)--教育资源门户，提供试卷、教案、课件、论文、素材以及各类教学资源下载，还有大量而丰富的教学相关资讯！" type="#_x0000_t75" style="height:20.25pt;width:75pt;" o:ole="t" filled="f" o:preferrelative="t" stroked="f" coordsize="21600,21600">
            <v:path/>
            <v:fill on="f" focussize="0,0"/>
            <v:stroke on="f" joinstyle="miter"/>
            <v:imagedata r:id="rId5171" o:title="eqIdf5f47bbeb2bd99a06729bce8d3bbd36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三等分点表示的数是</w:t>
      </w:r>
      <w:r>
        <w:pict>
          <v:shape id="_x0000_i720204" o:spt="75" alt="学科网(www.zxxk.com)--教育资源门户，提供试卷、教案、课件、论文、素材以及各类教学资源下载，还有大量而丰富的教学相关资讯！" type="#_x0000_t75" style="height:12.9pt;width:57.8pt;" o:ole="t" filled="f" o:preferrelative="t" stroked="f" coordsize="21600,21600">
            <v:path/>
            <v:fill on="f" focussize="0,0"/>
            <v:stroke on="f" joinstyle="miter"/>
            <v:imagedata r:id="rId5172" o:title="eqId76c807ba896d798acdf299f65532aa85"/>
            <o:lock v:ext="edit" aspectratio="t"/>
            <w10:wrap type="none"/>
            <w10:anchorlock/>
          </v:shape>
        </w:pict>
      </w:r>
      <w:r>
        <w:rPr>
          <w:rFonts w:ascii="宋体" w:hAnsi="宋体" w:eastAsia="宋体" w:cs="宋体"/>
          <w:color w:val="000000"/>
        </w:rPr>
        <w:t>或</w:t>
      </w:r>
      <w:r>
        <w:pict>
          <v:shape id="_x0000_i720205" o:spt="75" alt="学科网(www.zxxk.com)--教育资源门户，提供试卷、教案、课件、论文、素材以及各类教学资源下载，还有大量而丰富的教学相关资讯！" type="#_x0000_t75" style="height:12.75pt;width:39.75pt;" o:ole="t" filled="f" o:preferrelative="t" stroked="f" coordsize="21600,21600">
            <v:path/>
            <v:fill on="f" focussize="0,0"/>
            <v:stroke on="f" joinstyle="miter"/>
            <v:imagedata r:id="rId5173" o:title="eqId6600cabc590be1a901d16645a7604a2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2020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174" o:title="eqId7f9e8449aad35c5d840a3395ea86df6d"/>
            <o:lock v:ext="edit" aspectratio="t"/>
            <w10:wrap type="none"/>
            <w10:anchorlock/>
          </v:shape>
        </w:pict>
      </w:r>
      <w:r>
        <w:rPr>
          <w:rFonts w:ascii="宋体" w:hAnsi="宋体" w:eastAsia="宋体" w:cs="宋体"/>
          <w:color w:val="000000"/>
        </w:rPr>
        <w:t>表示的数为</w:t>
      </w:r>
      <w:r>
        <w:rPr>
          <w:rFonts w:ascii="Times New Roman" w:hAnsi="Times New Roman" w:eastAsia="Times New Roman" w:cs="Times New Roman"/>
          <w:color w:val="000000"/>
        </w:rPr>
        <w:t>2</w:t>
      </w:r>
      <w:r>
        <w:rPr>
          <w:rFonts w:ascii="宋体" w:hAnsi="宋体" w:eastAsia="宋体" w:cs="宋体"/>
          <w:color w:val="000000"/>
        </w:rPr>
        <w:t>，点</w:t>
      </w:r>
      <w:r>
        <w:pict>
          <v:shape id="_x0000_i720207"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175" o:title="eqId23f3ffe7abc59e2f65d827c8eab8d36a"/>
            <o:lock v:ext="edit" aspectratio="t"/>
            <w10:wrap type="none"/>
            <w10:anchorlock/>
          </v:shape>
        </w:pict>
      </w:r>
      <w:r>
        <w:rPr>
          <w:rFonts w:ascii="宋体" w:hAnsi="宋体" w:eastAsia="宋体" w:cs="宋体"/>
          <w:color w:val="000000"/>
        </w:rPr>
        <w:t>表示的数为</w:t>
      </w:r>
      <w:r>
        <w:pict>
          <v:shape id="_x0000_i720208"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176"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09" o:spt="75" alt="学科网(www.zxxk.com)--教育资源门户，提供试卷、教案、课件、论文、素材以及各类教学资源下载，还有大量而丰富的教学相关资讯！" type="#_x0000_t75" style="height:20.25pt;width:93pt;" o:ole="t" filled="f" o:preferrelative="t" stroked="f" coordsize="21600,21600">
            <v:path/>
            <v:fill on="f" focussize="0,0"/>
            <v:stroke on="f" joinstyle="miter"/>
            <v:imagedata r:id="rId5177" o:title="eqIdaad833ec904e6290e233b985c20a1523"/>
            <o:lock v:ext="edit" aspectratio="t"/>
            <w10:wrap type="none"/>
            <w10:anchorlock/>
          </v:shape>
        </w:pict>
      </w:r>
      <w:r>
        <w:rPr>
          <w:rFonts w:ascii="宋体" w:hAnsi="宋体" w:eastAsia="宋体" w:cs="宋体"/>
          <w:color w:val="000000"/>
        </w:rPr>
        <w:t>，</w:t>
      </w:r>
      <w:r>
        <w:pict>
          <v:shape id="_x0000_i720210" o:spt="75" alt="学科网(www.zxxk.com)--教育资源门户，提供试卷、教案、课件、论文、素材以及各类教学资源下载，还有大量而丰富的教学相关资讯！" type="#_x0000_t75" style="height:30.75pt;width:53.25pt;" o:ole="t" filled="f" o:preferrelative="t" stroked="f" coordsize="21600,21600">
            <v:path/>
            <v:fill on="f" focussize="0,0"/>
            <v:stroke on="f" joinstyle="miter"/>
            <v:imagedata r:id="rId5178" o:title="eqId5b55f7f2efb046380f780d907d9e6c4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11"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5179" o:title="eqIdc7023b649fd84f998d741edfb6c209ea"/>
            <o:lock v:ext="edit" aspectratio="t"/>
            <w10:wrap type="none"/>
            <w10:anchorlock/>
          </v:shape>
        </w:pict>
      </w:r>
      <w:r>
        <w:rPr>
          <w:rFonts w:ascii="宋体" w:hAnsi="宋体" w:eastAsia="宋体" w:cs="宋体"/>
          <w:color w:val="000000"/>
        </w:rPr>
        <w:t>的中点表示的数是</w:t>
      </w:r>
      <w:r>
        <w:pict>
          <v:shape id="_x0000_i720212" o:spt="75" alt="学科网(www.zxxk.com)--教育资源门户，提供试卷、教案、课件、论文、素材以及各类教学资源下载，还有大量而丰富的教学相关资讯！" type="#_x0000_t75" style="height:20.25pt;width:69pt;" o:ole="t" filled="f" o:preferrelative="t" stroked="f" coordsize="21600,21600">
            <v:path/>
            <v:fill on="f" focussize="0,0"/>
            <v:stroke on="f" joinstyle="miter"/>
            <v:imagedata r:id="rId5180" o:title="eqId298f3e10cc0341b5aafa2df77bee509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三等分点表示的数是</w:t>
      </w:r>
      <w:r>
        <w:pict>
          <v:shape id="_x0000_i720213" o:spt="75" alt="学科网(www.zxxk.com)--教育资源门户，提供试卷、教案、课件、论文、素材以及各类教学资源下载，还有大量而丰富的教学相关资讯！" type="#_x0000_t75" style="height:31pt;width:63pt;" o:ole="t" filled="f" o:preferrelative="t" stroked="f" coordsize="21600,21600">
            <v:path/>
            <v:fill on="f" focussize="0,0"/>
            <v:stroke on="f" joinstyle="miter"/>
            <v:imagedata r:id="rId5181" o:title="eqId5e7ce18ec2bbfbb013b0085825f95582"/>
            <o:lock v:ext="edit" aspectratio="t"/>
            <w10:wrap type="none"/>
            <w10:anchorlock/>
          </v:shape>
        </w:pict>
      </w:r>
      <w:r>
        <w:rPr>
          <w:rFonts w:ascii="宋体" w:hAnsi="宋体" w:eastAsia="宋体" w:cs="宋体"/>
          <w:color w:val="000000"/>
        </w:rPr>
        <w:t>或</w:t>
      </w:r>
      <w:r>
        <w:pict>
          <v:shape id="_x0000_i720214"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5182" o:title="eqId4cb0df762fd9b38f00f541844226b48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1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83" o:title="eqIdf52a58fbaf4fea03567e88a9f0f6e37e"/>
            <o:lock v:ext="edit" aspectratio="t"/>
            <w10:wrap type="none"/>
            <w10:anchorlock/>
          </v:shape>
        </w:pict>
      </w:r>
      <w:r>
        <w:rPr>
          <w:rFonts w:ascii="宋体" w:hAnsi="宋体" w:eastAsia="宋体" w:cs="宋体"/>
          <w:color w:val="000000"/>
        </w:rPr>
        <w:t>的中点是</w:t>
      </w:r>
      <w:r>
        <w:pict>
          <v:shape id="_x0000_i720216" o:spt="75" alt="学科网(www.zxxk.com)--教育资源门户，提供试卷、教案、课件、论文、素材以及各类教学资源下载，还有大量而丰富的教学相关资讯！" type="#_x0000_t75" style="height:15.75pt;width:19.5pt;" o:ole="t" filled="f" o:preferrelative="t" stroked="f" coordsize="21600,21600">
            <v:path/>
            <v:fill on="f" focussize="0,0"/>
            <v:stroke on="f" joinstyle="miter"/>
            <v:imagedata r:id="rId5184" o:title="eqId0d8772aa893a9c1d40f714cb25701701"/>
            <o:lock v:ext="edit" aspectratio="t"/>
            <w10:wrap type="none"/>
            <w10:anchorlock/>
          </v:shape>
        </w:pict>
      </w:r>
      <w:r>
        <w:rPr>
          <w:rFonts w:ascii="宋体" w:hAnsi="宋体" w:eastAsia="宋体" w:cs="宋体"/>
          <w:color w:val="000000"/>
        </w:rPr>
        <w:t>的一个三等分点，</w:t>
      </w:r>
      <w:r>
        <w:pict>
          <v:shape id="_x0000_i720217"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5185" o:title="eqIdc7023b649fd84f998d741edfb6c209ea"/>
            <o:lock v:ext="edit" aspectratio="t"/>
            <w10:wrap type="none"/>
            <w10:anchorlock/>
          </v:shape>
        </w:pict>
      </w:r>
      <w:r>
        <w:rPr>
          <w:rFonts w:ascii="宋体" w:hAnsi="宋体" w:eastAsia="宋体" w:cs="宋体"/>
          <w:color w:val="000000"/>
        </w:rPr>
        <w:t>的中点是</w:t>
      </w:r>
      <w:r>
        <w:pict>
          <v:shape id="_x0000_i72021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83" o:title="eqIdf52a58fbaf4fea03567e88a9f0f6e37e"/>
            <o:lock v:ext="edit" aspectratio="t"/>
            <w10:wrap type="none"/>
            <w10:anchorlock/>
          </v:shape>
        </w:pict>
      </w:r>
      <w:r>
        <w:rPr>
          <w:rFonts w:ascii="宋体" w:hAnsi="宋体" w:eastAsia="宋体" w:cs="宋体"/>
          <w:color w:val="000000"/>
        </w:rPr>
        <w:t>的一个三等分点，</w:t>
      </w:r>
    </w:p>
    <w:p>
      <w:pPr>
        <w:spacing w:line="360" w:lineRule="auto"/>
        <w:jc w:val="left"/>
        <w:textAlignment w:val="center"/>
        <w:rPr>
          <w:color w:val="000000"/>
        </w:rPr>
      </w:pPr>
      <w:r>
        <w:rPr>
          <w:rFonts w:ascii="宋体" w:hAnsi="宋体" w:eastAsia="宋体" w:cs="宋体"/>
          <w:color w:val="000000"/>
        </w:rPr>
        <w:t>∴</w:t>
      </w:r>
      <w:r>
        <w:pict>
          <v:shape id="_x0000_i720219" o:spt="75" alt="学科网(www.zxxk.com)--教育资源门户，提供试卷、教案、课件、论文、素材以及各类教学资源下载，还有大量而丰富的教学相关资讯！" type="#_x0000_t75" style="height:15.75pt;width:19.5pt;" o:ole="t" filled="f" o:preferrelative="t" stroked="f" coordsize="21600,21600">
            <v:path/>
            <v:fill on="f" focussize="0,0"/>
            <v:stroke on="f" joinstyle="miter"/>
            <v:imagedata r:id="rId5186" o:title="eqId0d8772aa893a9c1d40f714cb25701701"/>
            <o:lock v:ext="edit" aspectratio="t"/>
            <w10:wrap type="none"/>
            <w10:anchorlock/>
          </v:shape>
        </w:pict>
      </w:r>
      <w:r>
        <w:rPr>
          <w:rFonts w:ascii="宋体" w:hAnsi="宋体" w:eastAsia="宋体" w:cs="宋体"/>
          <w:color w:val="000000"/>
        </w:rPr>
        <w:t>，</w:t>
      </w:r>
      <w:r>
        <w:pict>
          <v:shape id="_x0000_i720220"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5187" o:title="eqIdc7023b649fd84f998d741edfb6c209ea"/>
            <o:lock v:ext="edit" aspectratio="t"/>
            <w10:wrap type="none"/>
            <w10:anchorlock/>
          </v:shape>
        </w:pict>
      </w:r>
      <w:r>
        <w:rPr>
          <w:rFonts w:ascii="宋体" w:hAnsi="宋体" w:eastAsia="宋体" w:cs="宋体"/>
          <w:color w:val="000000"/>
        </w:rPr>
        <w:t>与</w:t>
      </w:r>
      <w:r>
        <w:pict>
          <v:shape id="_x0000_i72022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88" o:title="eqIdf52a58fbaf4fea03567e88a9f0f6e37e"/>
            <o:lock v:ext="edit" aspectratio="t"/>
            <w10:wrap type="none"/>
            <w10:anchorlock/>
          </v:shape>
        </w:pict>
      </w:r>
      <w:r>
        <w:rPr>
          <w:rFonts w:ascii="宋体" w:hAnsi="宋体" w:eastAsia="宋体" w:cs="宋体"/>
          <w:color w:val="000000"/>
        </w:rPr>
        <w:t>互为友好线段．</w:t>
      </w:r>
    </w:p>
    <w:p>
      <w:pPr>
        <w:spacing w:line="360" w:lineRule="auto"/>
        <w:jc w:val="left"/>
        <w:textAlignment w:val="center"/>
        <w:rPr>
          <w:color w:val="000000"/>
        </w:rPr>
      </w:pPr>
      <w:r>
        <w:rPr>
          <w:rFonts w:ascii="宋体" w:hAnsi="宋体" w:eastAsia="宋体" w:cs="宋体"/>
          <w:color w:val="000000"/>
        </w:rPr>
        <w:t>∵</w:t>
      </w:r>
      <w:r>
        <w:pict>
          <v:shape id="_x0000_i720222"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5189" o:title="eqId786d4cdcd7fb671533f24be2e39b3b01"/>
            <o:lock v:ext="edit" aspectratio="t"/>
            <w10:wrap type="none"/>
            <w10:anchorlock/>
          </v:shape>
        </w:pict>
      </w:r>
      <w:r>
        <w:rPr>
          <w:rFonts w:ascii="宋体" w:hAnsi="宋体" w:eastAsia="宋体" w:cs="宋体"/>
          <w:color w:val="000000"/>
        </w:rPr>
        <w:t>与</w:t>
      </w:r>
      <w:r>
        <w:pict>
          <v:shape id="_x0000_i72022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90" o:title="eqIdf52a58fbaf4fea03567e88a9f0f6e37e"/>
            <o:lock v:ext="edit" aspectratio="t"/>
            <w10:wrap type="none"/>
            <w10:anchorlock/>
          </v:shape>
        </w:pict>
      </w:r>
      <w:r>
        <w:rPr>
          <w:rFonts w:ascii="宋体" w:hAnsi="宋体" w:eastAsia="宋体" w:cs="宋体"/>
          <w:color w:val="000000"/>
        </w:rPr>
        <w:t>无重叠部分，</w:t>
      </w:r>
    </w:p>
    <w:p>
      <w:pPr>
        <w:spacing w:line="360" w:lineRule="auto"/>
        <w:jc w:val="left"/>
        <w:textAlignment w:val="center"/>
        <w:rPr>
          <w:color w:val="000000"/>
        </w:rPr>
      </w:pPr>
      <w:r>
        <w:rPr>
          <w:rFonts w:ascii="宋体" w:hAnsi="宋体" w:eastAsia="宋体" w:cs="宋体"/>
          <w:color w:val="000000"/>
        </w:rPr>
        <w:t>∴</w:t>
      </w:r>
      <w:r>
        <w:pict>
          <v:shape id="_x0000_i720224"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5191" o:title="eqId786d4cdcd7fb671533f24be2e39b3b01"/>
            <o:lock v:ext="edit" aspectratio="t"/>
            <w10:wrap type="none"/>
            <w10:anchorlock/>
          </v:shape>
        </w:pict>
      </w:r>
      <w:r>
        <w:rPr>
          <w:rFonts w:ascii="宋体" w:hAnsi="宋体" w:eastAsia="宋体" w:cs="宋体"/>
          <w:color w:val="000000"/>
        </w:rPr>
        <w:t>与</w:t>
      </w:r>
      <w:r>
        <w:pict>
          <v:shape id="_x0000_i72022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192" o:title="eqIdf52a58fbaf4fea03567e88a9f0f6e37e"/>
            <o:lock v:ext="edit" aspectratio="t"/>
            <w10:wrap type="none"/>
            <w10:anchorlock/>
          </v:shape>
        </w:pict>
      </w:r>
      <w:r>
        <w:rPr>
          <w:rFonts w:ascii="宋体" w:hAnsi="宋体" w:eastAsia="宋体" w:cs="宋体"/>
          <w:color w:val="000000"/>
        </w:rPr>
        <w:t>不可能是互为友好线段．</w:t>
      </w:r>
    </w:p>
    <w:p>
      <w:pPr>
        <w:spacing w:line="360" w:lineRule="auto"/>
        <w:jc w:val="left"/>
        <w:textAlignment w:val="center"/>
        <w:rPr>
          <w:color w:val="000000"/>
        </w:rPr>
      </w:pPr>
      <w:r>
        <w:rPr>
          <w:rFonts w:ascii="宋体" w:hAnsi="宋体" w:eastAsia="宋体" w:cs="宋体"/>
          <w:color w:val="000000"/>
        </w:rPr>
        <w:t>故答案为：</w:t>
      </w:r>
      <w:r>
        <w:pict>
          <v:shape id="_x0000_i720226" o:spt="75" alt="学科网(www.zxxk.com)--教育资源门户，提供试卷、教案、课件、论文、素材以及各类教学资源下载，还有大量而丰富的教学相关资讯！" type="#_x0000_t75" style="height:15.75pt;width:19.5pt;" o:ole="t" filled="f" o:preferrelative="t" stroked="f" coordsize="21600,21600">
            <v:path/>
            <v:fill on="f" focussize="0,0"/>
            <v:stroke on="f" joinstyle="miter"/>
            <v:imagedata r:id="rId5193" o:title="eqId0d8772aa893a9c1d40f714cb25701701"/>
            <o:lock v:ext="edit" aspectratio="t"/>
            <w10:wrap type="none"/>
            <w10:anchorlock/>
          </v:shape>
        </w:pict>
      </w:r>
      <w:r>
        <w:rPr>
          <w:rFonts w:ascii="宋体" w:hAnsi="宋体" w:eastAsia="宋体" w:cs="宋体"/>
          <w:color w:val="000000"/>
        </w:rPr>
        <w:t>，</w:t>
      </w:r>
      <w:r>
        <w:pict>
          <v:shape id="_x0000_i720227" o:spt="75" alt="学科网(www.zxxk.com)--教育资源门户，提供试卷、教案、课件、论文、素材以及各类教学资源下载，还有大量而丰富的教学相关资讯！" type="#_x0000_t75" style="height:18pt;width:23.15pt;" o:ole="t" filled="f" o:preferrelative="t" stroked="f" coordsize="21600,21600">
            <v:path/>
            <v:fill on="f" focussize="0,0"/>
            <v:stroke on="f" joinstyle="miter"/>
            <v:imagedata r:id="rId5194" o:title="eqIdc7023b649fd84f998d741edfb6c209e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w:t>
      </w:r>
      <w:r>
        <w:pict>
          <v:shape id="_x0000_i720228" o:spt="75" alt="学科网(www.zxxk.com)--教育资源门户，提供试卷、教案、课件、论文、素材以及各类教学资源下载，还有大量而丰富的教学相关资讯！" type="#_x0000_t75" style="height:30.75pt;width:104.25pt;" o:ole="t" filled="f" o:preferrelative="t" stroked="f" coordsize="21600,21600">
            <v:path/>
            <v:fill on="f" focussize="0,0"/>
            <v:stroke on="f" joinstyle="miter"/>
            <v:imagedata r:id="rId5195" o:title="eqId8449becc81d4414af2f8be63cf04ddd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29" o:spt="75" alt="学科网(www.zxxk.com)--教育资源门户，提供试卷、教案、课件、论文、素材以及各类教学资源下载，还有大量而丰富的教学相关资讯！" type="#_x0000_t75" style="height:30.75pt;width:63.75pt;" o:ole="t" filled="f" o:preferrelative="t" stroked="f" coordsize="21600,21600">
            <v:path/>
            <v:fill on="f" focussize="0,0"/>
            <v:stroke on="f" joinstyle="miter"/>
            <v:imagedata r:id="rId5196" o:title="eqIdd2f190729d7785da32cb8247b6e205d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30" o:spt="75" alt="学科网(www.zxxk.com)--教育资源门户，提供试卷、教案、课件、论文、素材以及各类教学资源下载，还有大量而丰富的教学相关资讯！" type="#_x0000_t75" style="height:30.75pt;width:108pt;" o:ole="t" filled="f" o:preferrelative="t" stroked="f" coordsize="21600,21600">
            <v:path/>
            <v:fill on="f" focussize="0,0"/>
            <v:stroke on="f" joinstyle="miter"/>
            <v:imagedata r:id="rId5197" o:title="eqId7977db90eab1633e696183500e701f78"/>
            <o:lock v:ext="edit" aspectratio="t"/>
            <w10:wrap type="none"/>
            <w10:anchorlock/>
          </v:shape>
        </w:pict>
      </w:r>
      <w:r>
        <w:rPr>
          <w:rFonts w:ascii="宋体" w:hAnsi="宋体" w:eastAsia="宋体" w:cs="宋体"/>
          <w:color w:val="000000"/>
        </w:rPr>
        <w:t>，</w:t>
      </w:r>
      <w:r>
        <w:pict>
          <v:shape id="_x0000_i720231" o:spt="75" alt="学科网(www.zxxk.com)--教育资源门户，提供试卷、教案、课件、论文、素材以及各类教学资源下载，还有大量而丰富的教学相关资讯！" type="#_x0000_t75" style="height:30.75pt;width:45pt;" o:ole="t" filled="f" o:preferrelative="t" stroked="f" coordsize="21600,21600">
            <v:path/>
            <v:fill on="f" focussize="0,0"/>
            <v:stroke on="f" joinstyle="miter"/>
            <v:imagedata r:id="rId5198" o:title="eqIda85a68a2ee9a3ee3ec96454d3b94972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3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199" o:title="eqId9d78abbad68bbbf12af10cd40ef4c353"/>
            <o:lock v:ext="edit" aspectratio="t"/>
            <w10:wrap type="none"/>
            <w10:anchorlock/>
          </v:shape>
        </w:pict>
      </w:r>
      <w:r>
        <w:rPr>
          <w:rFonts w:ascii="宋体" w:hAnsi="宋体" w:eastAsia="宋体" w:cs="宋体"/>
          <w:color w:val="000000"/>
        </w:rPr>
        <w:t>的中点表示的数是</w:t>
      </w:r>
      <w:r>
        <w:pict>
          <v:shape id="_x0000_i720233" o:spt="75" alt="学科网(www.zxxk.com)--教育资源门户，提供试卷、教案、课件、论文、素材以及各类教学资源下载，还有大量而丰富的教学相关资讯！" type="#_x0000_t75" style="height:33.75pt;width:134.25pt;" o:ole="t" filled="f" o:preferrelative="t" stroked="f" coordsize="21600,21600">
            <v:path/>
            <v:fill on="f" focussize="0,0"/>
            <v:stroke on="f" joinstyle="miter"/>
            <v:imagedata r:id="rId5200" o:title="eqId07cabc2811a01162caf9eb792da0c49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三等分点表示的数是</w:t>
      </w:r>
      <w:r>
        <w:pict>
          <v:shape id="_x0000_i720234" o:spt="75" alt="学科网(www.zxxk.com)--教育资源门户，提供试卷、教案、课件、论文、素材以及各类教学资源下载，还有大量而丰富的教学相关资讯！" type="#_x0000_t75" style="height:30.75pt;width:78pt;" o:ole="t" filled="f" o:preferrelative="t" stroked="f" coordsize="21600,21600">
            <v:path/>
            <v:fill on="f" focussize="0,0"/>
            <v:stroke on="f" joinstyle="miter"/>
            <v:imagedata r:id="rId5201" o:title="eqId51082331effdb1521f56b6f64d5b5f9e"/>
            <o:lock v:ext="edit" aspectratio="t"/>
            <w10:wrap type="none"/>
            <w10:anchorlock/>
          </v:shape>
        </w:pict>
      </w:r>
      <w:r>
        <w:rPr>
          <w:rFonts w:ascii="宋体" w:hAnsi="宋体" w:eastAsia="宋体" w:cs="宋体"/>
          <w:color w:val="000000"/>
        </w:rPr>
        <w:t>或</w:t>
      </w:r>
      <w:r>
        <w:pict>
          <v:shape id="_x0000_i720235" o:spt="75" alt="学科网(www.zxxk.com)--教育资源门户，提供试卷、教案、课件、论文、素材以及各类教学资源下载，还有大量而丰富的教学相关资讯！" type="#_x0000_t75" style="height:30.75pt;width:78.75pt;" o:ole="t" filled="f" o:preferrelative="t" stroked="f" coordsize="21600,21600">
            <v:path/>
            <v:fill on="f" focussize="0,0"/>
            <v:stroke on="f" joinstyle="miter"/>
            <v:imagedata r:id="rId5202" o:title="eqId39156ed661b67df2dc7ec9e1bbbd177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20236"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5203" o:title="eqId01c74a907dda6bb7d9d56d009d9df253"/>
            <o:lock v:ext="edit" aspectratio="t"/>
            <w10:wrap type="none"/>
            <w10:anchorlock/>
          </v:shape>
        </w:pict>
      </w:r>
      <w:r>
        <w:rPr>
          <w:rFonts w:ascii="宋体" w:hAnsi="宋体" w:eastAsia="宋体" w:cs="宋体"/>
          <w:color w:val="000000"/>
        </w:rPr>
        <w:t>表示的数分别为</w:t>
      </w:r>
      <w:r>
        <w:pict>
          <v:shape id="_x0000_i720237" o:spt="75" alt="学科网(www.zxxk.com)--教育资源门户，提供试卷、教案、课件、论文、素材以及各类教学资源下载，还有大量而丰富的教学相关资讯！" type="#_x0000_t75" style="height:15.75pt;width:42.75pt;" o:ole="t" filled="f" o:preferrelative="t" stroked="f" coordsize="21600,21600">
            <v:path/>
            <v:fill on="f" focussize="0,0"/>
            <v:stroke on="f" joinstyle="miter"/>
            <v:imagedata r:id="rId5204" o:title="eqId4633a9ea9655e61e6e4f0bab294fb0c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3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205" o:title="eqIdf52a58fbaf4fea03567e88a9f0f6e37e"/>
            <o:lock v:ext="edit" aspectratio="t"/>
            <w10:wrap type="none"/>
            <w10:anchorlock/>
          </v:shape>
        </w:pict>
      </w:r>
      <w:r>
        <w:rPr>
          <w:rFonts w:ascii="宋体" w:hAnsi="宋体" w:eastAsia="宋体" w:cs="宋体"/>
          <w:color w:val="000000"/>
        </w:rPr>
        <w:t>的中点表示的数是</w:t>
      </w:r>
      <w:r>
        <w:pict>
          <v:shape id="_x0000_i720239" o:spt="75" alt="学科网(www.zxxk.com)--教育资源门户，提供试卷、教案、课件、论文、素材以及各类教学资源下载，还有大量而丰富的教学相关资讯！" type="#_x0000_t75" style="height:20.25pt;width:92.25pt;" o:ole="t" filled="f" o:preferrelative="t" stroked="f" coordsize="21600,21600">
            <v:path/>
            <v:fill on="f" focussize="0,0"/>
            <v:stroke on="f" joinstyle="miter"/>
            <v:imagedata r:id="rId5206" o:title="eqIda59d3f4be1321a59b4296d1b4db100d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20240"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207" o:title="eqIdf52a58fbaf4fea03567e88a9f0f6e37e"/>
            <o:lock v:ext="edit" aspectratio="t"/>
            <w10:wrap type="none"/>
            <w10:anchorlock/>
          </v:shape>
        </w:pict>
      </w:r>
      <w:r>
        <w:rPr>
          <w:rFonts w:ascii="宋体" w:hAnsi="宋体" w:eastAsia="宋体" w:cs="宋体"/>
          <w:color w:val="000000"/>
        </w:rPr>
        <w:t>的中点是</w:t>
      </w:r>
      <w:r>
        <w:pict>
          <v:shape id="_x0000_i720241"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208" o:title="eqId9d78abbad68bbbf12af10cd40ef4c353"/>
            <o:lock v:ext="edit" aspectratio="t"/>
            <w10:wrap type="none"/>
            <w10:anchorlock/>
          </v:shape>
        </w:pict>
      </w:r>
      <w:r>
        <w:rPr>
          <w:rFonts w:ascii="宋体" w:hAnsi="宋体" w:eastAsia="宋体" w:cs="宋体"/>
          <w:color w:val="000000"/>
        </w:rPr>
        <w:t>的一个三等分点时，</w:t>
      </w:r>
    </w:p>
    <w:p>
      <w:pPr>
        <w:spacing w:line="360" w:lineRule="auto"/>
        <w:jc w:val="left"/>
        <w:textAlignment w:val="center"/>
        <w:rPr>
          <w:color w:val="000000"/>
        </w:rPr>
      </w:pPr>
      <w:r>
        <w:rPr>
          <w:rFonts w:ascii="宋体" w:hAnsi="宋体" w:eastAsia="宋体" w:cs="宋体"/>
          <w:color w:val="000000"/>
        </w:rPr>
        <w:t>则</w:t>
      </w:r>
      <w:r>
        <w:pict>
          <v:shape id="_x0000_i720242" o:spt="75" alt="学科网(www.zxxk.com)--教育资源门户，提供试卷、教案、课件、论文、素材以及各类教学资源下载，还有大量而丰富的教学相关资讯！" type="#_x0000_t75" style="height:30.75pt;width:51pt;" o:ole="t" filled="f" o:preferrelative="t" stroked="f" coordsize="21600,21600">
            <v:path/>
            <v:fill on="f" focussize="0,0"/>
            <v:stroke on="f" joinstyle="miter"/>
            <v:imagedata r:id="rId5209" o:title="eqId965b39ae59a6746d2ad94c6a836bd960"/>
            <o:lock v:ext="edit" aspectratio="t"/>
            <w10:wrap type="none"/>
            <w10:anchorlock/>
          </v:shape>
        </w:pict>
      </w:r>
      <w:r>
        <w:rPr>
          <w:rFonts w:ascii="宋体" w:hAnsi="宋体" w:eastAsia="宋体" w:cs="宋体"/>
          <w:color w:val="000000"/>
        </w:rPr>
        <w:t>或</w:t>
      </w:r>
      <w:r>
        <w:pict>
          <v:shape id="_x0000_i720243" o:spt="75" alt="学科网(www.zxxk.com)--教育资源门户，提供试卷、教案、课件、论文、素材以及各类教学资源下载，还有大量而丰富的教学相关资讯！" type="#_x0000_t75" style="height:30.75pt;width:51.75pt;" o:ole="t" filled="f" o:preferrelative="t" stroked="f" coordsize="21600,21600">
            <v:path/>
            <v:fill on="f" focussize="0,0"/>
            <v:stroke on="f" joinstyle="miter"/>
            <v:imagedata r:id="rId5210" o:title="eqId41ea1d301730619dd63e4f612853315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44" o:spt="75" alt="学科网(www.zxxk.com)--教育资源门户，提供试卷、教案、课件、论文、素材以及各类教学资源下载，还有大量而丰富的教学相关资讯！" type="#_x0000_t75" style="height:13.2pt;width:28.2pt;" o:ole="t" filled="f" o:preferrelative="t" stroked="f" coordsize="21600,21600">
            <v:path/>
            <v:fill on="f" focussize="0,0"/>
            <v:stroke on="f" joinstyle="miter"/>
            <v:imagedata r:id="rId5211" o:title="eqIdc2c9d44deafbbbb631c4c0db884c8874"/>
            <o:lock v:ext="edit" aspectratio="t"/>
            <w10:wrap type="none"/>
            <w10:anchorlock/>
          </v:shape>
        </w:pict>
      </w:r>
      <w:r>
        <w:rPr>
          <w:rFonts w:ascii="宋体" w:hAnsi="宋体" w:eastAsia="宋体" w:cs="宋体"/>
          <w:color w:val="000000"/>
        </w:rPr>
        <w:t>或</w:t>
      </w:r>
      <w:r>
        <w:pict>
          <v:shape id="_x0000_i720245"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5212" o:title="eqIdea3680f7d0d96efc5b207c8e9552e21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当</w:t>
      </w:r>
      <w:r>
        <w:pict>
          <v:shape id="_x0000_i72024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5213" o:title="eqId9d78abbad68bbbf12af10cd40ef4c353"/>
            <o:lock v:ext="edit" aspectratio="t"/>
            <w10:wrap type="none"/>
            <w10:anchorlock/>
          </v:shape>
        </w:pict>
      </w:r>
      <w:r>
        <w:rPr>
          <w:rFonts w:ascii="宋体" w:hAnsi="宋体" w:eastAsia="宋体" w:cs="宋体"/>
          <w:color w:val="000000"/>
        </w:rPr>
        <w:t>的中点是</w:t>
      </w:r>
      <w:r>
        <w:pict>
          <v:shape id="_x0000_i72024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214" o:title="eqIdf52a58fbaf4fea03567e88a9f0f6e37e"/>
            <o:lock v:ext="edit" aspectratio="t"/>
            <w10:wrap type="none"/>
            <w10:anchorlock/>
          </v:shape>
        </w:pict>
      </w:r>
      <w:r>
        <w:rPr>
          <w:rFonts w:ascii="宋体" w:hAnsi="宋体" w:eastAsia="宋体" w:cs="宋体"/>
          <w:color w:val="000000"/>
        </w:rPr>
        <w:t>的一个三等分点时，</w:t>
      </w:r>
    </w:p>
    <w:p>
      <w:pPr>
        <w:spacing w:line="360" w:lineRule="auto"/>
        <w:jc w:val="left"/>
        <w:textAlignment w:val="center"/>
        <w:rPr>
          <w:color w:val="000000"/>
        </w:rPr>
      </w:pPr>
      <w:r>
        <w:rPr>
          <w:rFonts w:ascii="宋体" w:hAnsi="宋体" w:eastAsia="宋体" w:cs="宋体"/>
          <w:color w:val="000000"/>
        </w:rPr>
        <w:t>若</w:t>
      </w:r>
      <w:r>
        <w:pict>
          <v:shape id="_x0000_i720248" o:spt="75" alt="学科网(www.zxxk.com)--教育资源门户，提供试卷、教案、课件、论文、素材以及各类教学资源下载，还有大量而丰富的教学相关资讯！" type="#_x0000_t75" style="height:13.8pt;width:51pt;" o:ole="t" filled="f" o:preferrelative="t" stroked="f" coordsize="21600,21600">
            <v:path/>
            <v:fill on="f" focussize="0,0"/>
            <v:stroke on="f" joinstyle="miter"/>
            <v:imagedata r:id="rId5215" o:title="eqIdee0f4cfaf6d8379cf65736c363aea39e"/>
            <o:lock v:ext="edit" aspectratio="t"/>
            <w10:wrap type="none"/>
            <w10:anchorlock/>
          </v:shape>
        </w:pict>
      </w:r>
      <w:r>
        <w:rPr>
          <w:rFonts w:ascii="宋体" w:hAnsi="宋体" w:eastAsia="宋体" w:cs="宋体"/>
          <w:color w:val="000000"/>
        </w:rPr>
        <w:t>，即</w:t>
      </w:r>
      <w:r>
        <w:pict>
          <v:shape id="_x0000_i720249"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5216" o:title="eqIdadc3e5be1796493161a4df7e28a6f6b7"/>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20250" o:spt="75" alt="学科网(www.zxxk.com)--教育资源门户，提供试卷、教案、课件、论文、素材以及各类教学资源下载，还有大量而丰富的教学相关资讯！" type="#_x0000_t75" style="height:20.25pt;width:128.25pt;" o:ole="t" filled="f" o:preferrelative="t" stroked="f" coordsize="21600,21600">
            <v:path/>
            <v:fill on="f" focussize="0,0"/>
            <v:stroke on="f" joinstyle="miter"/>
            <v:imagedata r:id="rId5217" o:title="eqId3dd92f7bbe642e8b0d8d58a0c0a89a21"/>
            <o:lock v:ext="edit" aspectratio="t"/>
            <w10:wrap type="none"/>
            <w10:anchorlock/>
          </v:shape>
        </w:pict>
      </w:r>
      <w:r>
        <w:rPr>
          <w:rFonts w:ascii="宋体" w:hAnsi="宋体" w:eastAsia="宋体" w:cs="宋体"/>
          <w:color w:val="000000"/>
        </w:rPr>
        <w:t>，</w:t>
      </w:r>
      <w:r>
        <w:pict>
          <v:shape id="_x0000_i720251" o:spt="75" alt="学科网(www.zxxk.com)--教育资源门户，提供试卷、教案、课件、论文、素材以及各类教学资源下载，还有大量而丰富的教学相关资讯！" type="#_x0000_t75" style="height:30.75pt;width:74.25pt;" o:ole="t" filled="f" o:preferrelative="t" stroked="f" coordsize="21600,21600">
            <v:path/>
            <v:fill on="f" focussize="0,0"/>
            <v:stroke on="f" joinstyle="miter"/>
            <v:imagedata r:id="rId5218" o:title="eqId4fbd09c9b6c7a892db1377a7aea922b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5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219" o:title="eqIdf52a58fbaf4fea03567e88a9f0f6e37e"/>
            <o:lock v:ext="edit" aspectratio="t"/>
            <w10:wrap type="none"/>
            <w10:anchorlock/>
          </v:shape>
        </w:pict>
      </w:r>
      <w:r>
        <w:rPr>
          <w:rFonts w:ascii="宋体" w:hAnsi="宋体" w:eastAsia="宋体" w:cs="宋体"/>
          <w:color w:val="000000"/>
        </w:rPr>
        <w:t>三等分点表示的数是</w:t>
      </w:r>
      <w:r>
        <w:pict>
          <v:shape id="_x0000_i720253" o:spt="75" alt="学科网(www.zxxk.com)--教育资源门户，提供试卷、教案、课件、论文、素材以及各类教学资源下载，还有大量而丰富的教学相关资讯！" type="#_x0000_t75" style="height:30.75pt;width:132pt;" o:ole="t" filled="f" o:preferrelative="t" stroked="f" coordsize="21600,21600">
            <v:path/>
            <v:fill on="f" focussize="0,0"/>
            <v:stroke on="f" joinstyle="miter"/>
            <v:imagedata r:id="rId5220" o:title="eqId6408c92c2ab0f3ee4f85939894a7e770"/>
            <o:lock v:ext="edit" aspectratio="t"/>
            <w10:wrap type="none"/>
            <w10:anchorlock/>
          </v:shape>
        </w:pict>
      </w:r>
      <w:r>
        <w:rPr>
          <w:rFonts w:ascii="宋体" w:hAnsi="宋体" w:eastAsia="宋体" w:cs="宋体"/>
          <w:color w:val="000000"/>
        </w:rPr>
        <w:t>或</w:t>
      </w:r>
      <w:r>
        <w:pict>
          <v:shape id="_x0000_i720254" o:spt="75" alt="学科网(www.zxxk.com)--教育资源门户，提供试卷、教案、课件、论文、素材以及各类教学资源下载，还有大量而丰富的教学相关资讯！" type="#_x0000_t75" style="height:33.75pt;width:111.75pt;" o:ole="t" filled="f" o:preferrelative="t" stroked="f" coordsize="21600,21600">
            <v:path/>
            <v:fill on="f" focussize="0,0"/>
            <v:stroke on="f" joinstyle="miter"/>
            <v:imagedata r:id="rId5221" o:title="eqId0251b2abca6148c1c3a0b062d52dee9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55" o:spt="75" alt="学科网(www.zxxk.com)--教育资源门户，提供试卷、教案、课件、论文、素材以及各类教学资源下载，还有大量而丰富的教学相关资讯！" type="#_x0000_t75" style="height:30.75pt;width:89.25pt;" o:ole="t" filled="f" o:preferrelative="t" stroked="f" coordsize="21600,21600">
            <v:path/>
            <v:fill on="f" focussize="0,0"/>
            <v:stroke on="f" joinstyle="miter"/>
            <v:imagedata r:id="rId5222" o:title="eqId54a3c655c15ce2b5fbe616b44668bb9b"/>
            <o:lock v:ext="edit" aspectratio="t"/>
            <w10:wrap type="none"/>
            <w10:anchorlock/>
          </v:shape>
        </w:pict>
      </w:r>
      <w:r>
        <w:rPr>
          <w:rFonts w:ascii="宋体" w:hAnsi="宋体" w:eastAsia="宋体" w:cs="宋体"/>
          <w:color w:val="000000"/>
        </w:rPr>
        <w:t>或</w:t>
      </w:r>
      <w:r>
        <w:pict>
          <v:shape id="_x0000_i720256" o:spt="75" alt="学科网(www.zxxk.com)--教育资源门户，提供试卷、教案、课件、论文、素材以及各类教学资源下载，还有大量而丰富的教学相关资讯！" type="#_x0000_t75" style="height:30.75pt;width:81pt;" o:ole="t" filled="f" o:preferrelative="t" stroked="f" coordsize="21600,21600">
            <v:path/>
            <v:fill on="f" focussize="0,0"/>
            <v:stroke on="f" joinstyle="miter"/>
            <v:imagedata r:id="rId5223" o:title="eqId144be58da1234b2d6ca4372960ceb4f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257" o:spt="75" alt="学科网(www.zxxk.com)--教育资源门户，提供试卷、教案、课件、论文、素材以及各类教学资源下载，还有大量而丰富的教学相关资讯！" type="#_x0000_t75" style="height:12.75pt;width:30pt;" o:ole="t" filled="f" o:preferrelative="t" stroked="f" coordsize="21600,21600">
            <v:path/>
            <v:fill on="f" focussize="0,0"/>
            <v:stroke on="f" joinstyle="miter"/>
            <v:imagedata r:id="rId5224" o:title="eqId047fb4d81a12179067f122140d65d615"/>
            <o:lock v:ext="edit" aspectratio="t"/>
            <w10:wrap type="none"/>
            <w10:anchorlock/>
          </v:shape>
        </w:pict>
      </w:r>
      <w:r>
        <w:rPr>
          <w:rFonts w:ascii="宋体" w:hAnsi="宋体" w:eastAsia="宋体" w:cs="宋体"/>
          <w:color w:val="000000"/>
        </w:rPr>
        <w:t>或</w:t>
      </w:r>
      <w:r>
        <w:pict>
          <v:shape id="_x0000_i720258" o:spt="75" alt="学科网(www.zxxk.com)--教育资源门户，提供试卷、教案、课件、论文、素材以及各类教学资源下载，还有大量而丰富的教学相关资讯！" type="#_x0000_t75" style="height:30.75pt;width:36pt;" o:ole="t" filled="f" o:preferrelative="t" stroked="f" coordsize="21600,21600">
            <v:path/>
            <v:fill on="f" focussize="0,0"/>
            <v:stroke on="f" joinstyle="miter"/>
            <v:imagedata r:id="rId5225" o:title="eqIdae475280775c5afa166c9a594b13325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w:t>
      </w:r>
      <w:r>
        <w:pict>
          <v:shape id="_x0000_i720259" o:spt="75" alt="学科网(www.zxxk.com)--教育资源门户，提供试卷、教案、课件、论文、素材以及各类教学资源下载，还有大量而丰富的教学相关资讯！" type="#_x0000_t75" style="height:14pt;width:51.2pt;" o:ole="t" filled="f" o:preferrelative="t" stroked="f" coordsize="21600,21600">
            <v:path/>
            <v:fill on="f" focussize="0,0"/>
            <v:stroke on="f" joinstyle="miter"/>
            <v:imagedata r:id="rId5226" o:title="eqIddf8699062eeda05d327f475fe2cf15a6"/>
            <o:lock v:ext="edit" aspectratio="t"/>
            <w10:wrap type="none"/>
            <w10:anchorlock/>
          </v:shape>
        </w:pict>
      </w:r>
      <w:r>
        <w:rPr>
          <w:rFonts w:ascii="宋体" w:hAnsi="宋体" w:eastAsia="宋体" w:cs="宋体"/>
          <w:color w:val="000000"/>
        </w:rPr>
        <w:t>，即</w:t>
      </w:r>
      <w:r>
        <w:pict>
          <v:shape id="_x0000_i720260"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5227" o:title="eqId7da6d82d173ad18cc040e94c925b5ab9"/>
            <o:lock v:ext="edit" aspectratio="t"/>
            <w10:wrap type="none"/>
            <w10:anchorlock/>
          </v:shape>
        </w:pict>
      </w:r>
      <w:r>
        <w:rPr>
          <w:rFonts w:ascii="宋体" w:hAnsi="宋体" w:eastAsia="宋体" w:cs="宋体"/>
          <w:color w:val="000000"/>
        </w:rPr>
        <w:t>时，</w:t>
      </w:r>
    </w:p>
    <w:p>
      <w:pPr>
        <w:spacing w:line="360" w:lineRule="auto"/>
        <w:jc w:val="left"/>
        <w:textAlignment w:val="center"/>
        <w:rPr>
          <w:color w:val="000000"/>
        </w:rPr>
      </w:pPr>
      <w:r>
        <w:pict>
          <v:shape id="_x0000_i720261" o:spt="75" alt="学科网(www.zxxk.com)--教育资源门户，提供试卷、教案、课件、论文、素材以及各类教学资源下载，还有大量而丰富的教学相关资讯！" type="#_x0000_t75" style="height:14.25pt;width:125.25pt;" o:ole="t" filled="f" o:preferrelative="t" stroked="f" coordsize="21600,21600">
            <v:path/>
            <v:fill on="f" focussize="0,0"/>
            <v:stroke on="f" joinstyle="miter"/>
            <v:imagedata r:id="rId5228" o:title="eqIdf24c22de74bfd1210fcdc63e9393d108"/>
            <o:lock v:ext="edit" aspectratio="t"/>
            <w10:wrap type="none"/>
            <w10:anchorlock/>
          </v:shape>
        </w:pict>
      </w:r>
      <w:r>
        <w:rPr>
          <w:rFonts w:ascii="宋体" w:hAnsi="宋体" w:eastAsia="宋体" w:cs="宋体"/>
          <w:color w:val="000000"/>
        </w:rPr>
        <w:t>，</w:t>
      </w:r>
      <w:r>
        <w:pict>
          <v:shape id="_x0000_i720262" o:spt="75" alt="学科网(www.zxxk.com)--教育资源门户，提供试卷、教案、课件、论文、素材以及各类教学资源下载，还有大量而丰富的教学相关资讯！" type="#_x0000_t75" style="height:30.75pt;width:81.75pt;" o:ole="t" filled="f" o:preferrelative="t" stroked="f" coordsize="21600,21600">
            <v:path/>
            <v:fill on="f" focussize="0,0"/>
            <v:stroke on="f" joinstyle="miter"/>
            <v:imagedata r:id="rId5229" o:title="eqId7b2924508c5b6d7c0bd4329927a59d0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6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230" o:title="eqIdf52a58fbaf4fea03567e88a9f0f6e37e"/>
            <o:lock v:ext="edit" aspectratio="t"/>
            <w10:wrap type="none"/>
            <w10:anchorlock/>
          </v:shape>
        </w:pict>
      </w:r>
      <w:r>
        <w:rPr>
          <w:rFonts w:ascii="宋体" w:hAnsi="宋体" w:eastAsia="宋体" w:cs="宋体"/>
          <w:color w:val="000000"/>
        </w:rPr>
        <w:t>三等分点表示的数是</w:t>
      </w:r>
      <w:r>
        <w:pict>
          <v:shape id="_x0000_i720264" o:spt="75" alt="学科网(www.zxxk.com)--教育资源门户，提供试卷、教案、课件、论文、素材以及各类教学资源下载，还有大量而丰富的教学相关资讯！" type="#_x0000_t75" style="height:33.75pt;width:120pt;" o:ole="t" filled="f" o:preferrelative="t" stroked="f" coordsize="21600,21600">
            <v:path/>
            <v:fill on="f" focussize="0,0"/>
            <v:stroke on="f" joinstyle="miter"/>
            <v:imagedata r:id="rId5231" o:title="eqIddb7aa28346df8f0f5ee5d245d3e793ea"/>
            <o:lock v:ext="edit" aspectratio="t"/>
            <w10:wrap type="none"/>
            <w10:anchorlock/>
          </v:shape>
        </w:pict>
      </w:r>
      <w:r>
        <w:rPr>
          <w:rFonts w:ascii="宋体" w:hAnsi="宋体" w:eastAsia="宋体" w:cs="宋体"/>
          <w:color w:val="000000"/>
        </w:rPr>
        <w:t>或</w:t>
      </w:r>
      <w:r>
        <w:pict>
          <v:shape id="_x0000_i720265" o:spt="75" alt="学科网(www.zxxk.com)--教育资源门户，提供试卷、教案、课件、论文、素材以及各类教学资源下载，还有大量而丰富的教学相关资讯！" type="#_x0000_t75" style="height:33.75pt;width:150.75pt;" o:ole="t" filled="f" o:preferrelative="t" stroked="f" coordsize="21600,21600">
            <v:path/>
            <v:fill on="f" focussize="0,0"/>
            <v:stroke on="f" joinstyle="miter"/>
            <v:imagedata r:id="rId5232" o:title="eqId0c2db96d787dc7d018c06a7a772d531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266" o:spt="75" alt="学科网(www.zxxk.com)--教育资源门户，提供试卷、教案、课件、论文、素材以及各类教学资源下载，还有大量而丰富的教学相关资讯！" type="#_x0000_t75" style="height:30.75pt;width:81pt;" o:ole="t" filled="f" o:preferrelative="t" stroked="f" coordsize="21600,21600">
            <v:path/>
            <v:fill on="f" focussize="0,0"/>
            <v:stroke on="f" joinstyle="miter"/>
            <v:imagedata r:id="rId5233" o:title="eqId144be58da1234b2d6ca4372960ceb4fe"/>
            <o:lock v:ext="edit" aspectratio="t"/>
            <w10:wrap type="none"/>
            <w10:anchorlock/>
          </v:shape>
        </w:pict>
      </w:r>
      <w:r>
        <w:rPr>
          <w:rFonts w:ascii="宋体" w:hAnsi="宋体" w:eastAsia="宋体" w:cs="宋体"/>
          <w:color w:val="000000"/>
        </w:rPr>
        <w:t>或</w:t>
      </w:r>
      <w:r>
        <w:pict>
          <v:shape id="_x0000_i720267" o:spt="75" alt="学科网(www.zxxk.com)--教育资源门户，提供试卷、教案、课件、论文、素材以及各类教学资源下载，还有大量而丰富的教学相关资讯！" type="#_x0000_t75" style="height:30.75pt;width:89.25pt;" o:ole="t" filled="f" o:preferrelative="t" stroked="f" coordsize="21600,21600">
            <v:path/>
            <v:fill on="f" focussize="0,0"/>
            <v:stroke on="f" joinstyle="miter"/>
            <v:imagedata r:id="rId5234" o:title="eqId54a3c655c15ce2b5fbe616b44668bb9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268" o:spt="75" alt="学科网(www.zxxk.com)--教育资源门户，提供试卷、教案、课件、论文、素材以及各类教学资源下载，还有大量而丰富的教学相关资讯！" type="#_x0000_t75" style="height:30.75pt;width:36pt;" o:ole="t" filled="f" o:preferrelative="t" stroked="f" coordsize="21600,21600">
            <v:path/>
            <v:fill on="f" focussize="0,0"/>
            <v:stroke on="f" joinstyle="miter"/>
            <v:imagedata r:id="rId5235" o:title="eqIdae475280775c5afa166c9a594b13325b"/>
            <o:lock v:ext="edit" aspectratio="t"/>
            <w10:wrap type="none"/>
            <w10:anchorlock/>
          </v:shape>
        </w:pict>
      </w:r>
      <w:r>
        <w:rPr>
          <w:rFonts w:ascii="宋体" w:hAnsi="宋体" w:eastAsia="宋体" w:cs="宋体"/>
          <w:color w:val="000000"/>
        </w:rPr>
        <w:t>（舍去）或</w:t>
      </w:r>
      <w:r>
        <w:pict>
          <v:shape id="_x0000_i720269" o:spt="75" alt="学科网(www.zxxk.com)--教育资源门户，提供试卷、教案、课件、论文、素材以及各类教学资源下载，还有大量而丰富的教学相关资讯！" type="#_x0000_t75" style="height:12.75pt;width:30pt;" o:ole="t" filled="f" o:preferrelative="t" stroked="f" coordsize="21600,21600">
            <v:path/>
            <v:fill on="f" focussize="0,0"/>
            <v:stroke on="f" joinstyle="miter"/>
            <v:imagedata r:id="rId5236" o:title="eqId047fb4d81a12179067f122140d65d615"/>
            <o:lock v:ext="edit" aspectratio="t"/>
            <w10:wrap type="none"/>
            <w10:anchorlock/>
          </v:shape>
        </w:pict>
      </w:r>
      <w:r>
        <w:rPr>
          <w:rFonts w:ascii="宋体" w:hAnsi="宋体" w:eastAsia="宋体" w:cs="宋体"/>
          <w:color w:val="000000"/>
        </w:rPr>
        <w:t>（舍去）．</w:t>
      </w:r>
    </w:p>
    <w:p>
      <w:pPr>
        <w:spacing w:line="360" w:lineRule="auto"/>
        <w:jc w:val="left"/>
        <w:textAlignment w:val="center"/>
        <w:rPr>
          <w:color w:val="000000"/>
        </w:rPr>
      </w:pPr>
      <w:r>
        <w:rPr>
          <w:rFonts w:ascii="宋体" w:hAnsi="宋体" w:eastAsia="宋体" w:cs="宋体"/>
          <w:color w:val="000000"/>
        </w:rPr>
        <w:t>综上可知，</w:t>
      </w:r>
      <w:r>
        <w:rPr>
          <w:rFonts w:ascii="Times New Roman" w:hAnsi="Times New Roman" w:eastAsia="Times New Roman" w:cs="Times New Roman"/>
          <w:i/>
          <w:color w:val="000000"/>
        </w:rPr>
        <w:t>x</w:t>
      </w:r>
      <w:r>
        <w:rPr>
          <w:rFonts w:ascii="宋体" w:hAnsi="宋体" w:eastAsia="宋体" w:cs="宋体"/>
          <w:color w:val="000000"/>
        </w:rPr>
        <w:t>的值为</w:t>
      </w:r>
      <w:r>
        <w:pict>
          <v:shape id="_x0000_i720270" o:spt="75" alt="学科网(www.zxxk.com)--教育资源门户，提供试卷、教案、课件、论文、素材以及各类教学资源下载，还有大量而丰富的教学相关资讯！" type="#_x0000_t75" style="height:32.25pt;width:18pt;" o:ole="t" filled="f" o:preferrelative="t" stroked="f" coordsize="21600,21600">
            <v:path/>
            <v:fill on="f" focussize="0,0"/>
            <v:stroke on="f" joinstyle="miter"/>
            <v:imagedata r:id="rId5237" o:title="eqId6c03c4d2d10fa359bd45e1710f2c62a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7</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26</w: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本题考查了数轴上两点间的距离，整式的加减，线段的</w:t>
      </w:r>
      <w:r>
        <w:rPr>
          <w:rFonts w:ascii="Times New Roman" w:hAnsi="Times New Roman" w:eastAsia="Times New Roman" w:cs="Times New Roman"/>
          <w:i/>
          <w:color w:val="000000"/>
        </w:rPr>
        <w:t>n</w:t>
      </w:r>
      <w:r>
        <w:rPr>
          <w:rFonts w:ascii="宋体" w:hAnsi="宋体" w:eastAsia="宋体" w:cs="宋体"/>
          <w:color w:val="000000"/>
        </w:rPr>
        <w:t>等分点，一元一次方程的应用，分类讨论是解答本题的关键．</w:t>
      </w:r>
    </w:p>
    <w:p>
      <w:pPr>
        <w:pStyle w:val="Heading2"/>
      </w:pPr>
      <w:r>
        <w:t>石景山区</w:t>
      </w:r>
    </w:p>
    <w:p>
      <w:pPr>
        <w:spacing w:line="360" w:lineRule="auto"/>
        <w:jc w:val="both"/>
        <w:textAlignment w:val="center"/>
        <w:rPr>
          <w:color w:val="000000"/>
        </w:rPr>
      </w:pPr>
      <w:r>
        <w:rPr>
          <w:color w:val="000000"/>
        </w:rPr>
        <w:t xml:space="preserve">27. </w:t>
      </w:r>
      <w:r>
        <w:rPr>
          <w:rFonts w:ascii="宋体" w:hAnsi="宋体" w:eastAsia="宋体" w:cs="宋体"/>
          <w:color w:val="000000"/>
        </w:rPr>
        <w:t>已知：</w:t>
      </w:r>
      <w:r>
        <w:pict>
          <v:shape id="_x0000_i720271" o:spt="75" alt="学科网(www.zxxk.com)--教育资源门户，提供试卷、教案、课件、论文、素材以及各类教学资源下载，还有大量而丰富的教学相关资讯！" type="#_x0000_t75" style="height:13.8pt;width:48pt;" o:ole="t" filled="f" o:preferrelative="t" stroked="f" coordsize="21600,21600">
            <v:path/>
            <v:fill on="f" focussize="0,0"/>
            <v:stroke on="f" joinstyle="miter"/>
            <v:imagedata r:id="rId5238" o:title="eqId3825ccc273ef9a672a606432d165b866"/>
            <o:lock v:ext="edit" aspectratio="t"/>
            <w10:wrap type="none"/>
            <w10:anchorlock/>
          </v:shape>
        </w:pict>
      </w:r>
      <w:r>
        <w:rPr>
          <w:rFonts w:ascii="宋体" w:hAnsi="宋体" w:eastAsia="宋体" w:cs="宋体"/>
          <w:color w:val="000000"/>
        </w:rPr>
        <w:t>，射线</w:t>
      </w:r>
      <w:r>
        <w:pict>
          <v:shape id="_x0000_i72027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239" o:title="eqId828628c0876b45381c9a0edeb0fec236"/>
            <o:lock v:ext="edit" aspectratio="t"/>
            <w10:wrap type="none"/>
            <w10:anchorlock/>
          </v:shape>
        </w:pict>
      </w:r>
      <w:r>
        <w:rPr>
          <w:rFonts w:ascii="宋体" w:hAnsi="宋体" w:eastAsia="宋体" w:cs="宋体"/>
          <w:color w:val="000000"/>
        </w:rPr>
        <w:t>是平面上绕点</w:t>
      </w:r>
      <w:r>
        <w:rPr>
          <w:rFonts w:ascii="Times New Roman" w:hAnsi="Times New Roman" w:eastAsia="Times New Roman" w:cs="Times New Roman"/>
          <w:i/>
          <w:color w:val="000000"/>
        </w:rPr>
        <w:t>O</w:t>
      </w:r>
      <w:r>
        <w:rPr>
          <w:rFonts w:ascii="宋体" w:hAnsi="宋体" w:eastAsia="宋体" w:cs="宋体"/>
          <w:color w:val="000000"/>
        </w:rPr>
        <w:t>旋转的一条动射线，</w:t>
      </w:r>
      <w:r>
        <w:pict>
          <v:shape id="_x0000_i720273"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5240" o:title="eqId683c590673eece14fea3319c4fd5eb55"/>
            <o:lock v:ext="edit" aspectratio="t"/>
            <w10:wrap type="none"/>
            <w10:anchorlock/>
          </v:shape>
        </w:pict>
      </w:r>
      <w:r>
        <w:rPr>
          <w:rFonts w:ascii="宋体" w:hAnsi="宋体" w:eastAsia="宋体" w:cs="宋体"/>
          <w:color w:val="000000"/>
        </w:rPr>
        <w:t>平分</w:t>
      </w:r>
      <w:r>
        <w:pict>
          <v:shape id="_x0000_i72027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241" o:title="eqIdd22df2977de56cc69be0c1e847653d7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352550" cy="1333500"/>
            <wp:effectExtent l="0" t="0" r="0" b="0"/>
            <wp:docPr id="3889"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 name="图片 100031" descr="学科网(www.zxxk.com)--教育资源门户，提供试卷、教案、课件、论文、素材以及各类教学资源下载，还有大量而丰富的教学相关资讯！"/>
                    <pic:cNvPicPr>
                      <a:picLocks noChangeAspect="1"/>
                    </pic:cNvPicPr>
                  </pic:nvPicPr>
                  <pic:blipFill>
                    <a:blip r:embed="rId5242"/>
                    <a:stretch>
                      <a:fillRect/>
                    </a:stretch>
                  </pic:blipFill>
                  <pic:spPr>
                    <a:xfrm>
                      <a:off x="0" y="0"/>
                      <a:ext cx="1352550" cy="13335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如图，若</w:t>
      </w:r>
      <w:r>
        <w:pict>
          <v:shape id="_x0000_i720275"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5243" o:title="eqId7b1dd3c503ff0b4e68f035709e34bc63"/>
            <o:lock v:ext="edit" aspectratio="t"/>
            <w10:wrap type="none"/>
            <w10:anchorlock/>
          </v:shape>
        </w:pict>
      </w:r>
      <w:r>
        <w:rPr>
          <w:rFonts w:ascii="宋体" w:hAnsi="宋体" w:eastAsia="宋体" w:cs="宋体"/>
          <w:color w:val="000000"/>
        </w:rPr>
        <w:t>，求</w:t>
      </w:r>
      <w:r>
        <w:pict>
          <v:shape id="_x0000_i720276"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5244" o:title="eqId42e7b8a59f8d66176463f3d71f882a2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20277" o:spt="75" alt="学科网(www.zxxk.com)--教育资源门户，提供试卷、教案、课件、论文、素材以及各类教学资源下载，还有大量而丰富的教学相关资讯！" type="#_x0000_t75" style="height:20.25pt;width:132pt;" o:ole="t" filled="f" o:preferrelative="t" stroked="f" coordsize="21600,21600">
            <v:path/>
            <v:fill on="f" focussize="0,0"/>
            <v:stroke on="f" joinstyle="miter"/>
            <v:imagedata r:id="rId5245" o:title="eqIde43329c39f6892727b8396d8ea2f8d46"/>
            <o:lock v:ext="edit" aspectratio="t"/>
            <w10:wrap type="none"/>
            <w10:anchorlock/>
          </v:shape>
        </w:pict>
      </w:r>
      <w:r>
        <w:rPr>
          <w:rFonts w:ascii="宋体" w:hAnsi="宋体" w:eastAsia="宋体" w:cs="宋体"/>
          <w:color w:val="000000"/>
        </w:rPr>
        <w:t>，直接写出</w:t>
      </w:r>
      <w:r>
        <w:pict>
          <v:shape id="_x0000_i720278"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5246" o:title="eqId42e7b8a59f8d66176463f3d71f882a26"/>
            <o:lock v:ext="edit" aspectratio="t"/>
            <w10:wrap type="none"/>
            <w10:anchorlock/>
          </v:shape>
        </w:pict>
      </w:r>
      <w:r>
        <w:rPr>
          <w:rFonts w:ascii="宋体" w:hAnsi="宋体" w:eastAsia="宋体" w:cs="宋体"/>
          <w:color w:val="000000"/>
        </w:rPr>
        <w:t>的度数．（用含</w:t>
      </w:r>
      <w:r>
        <w:pict>
          <v:shape id="_x0000_i720279"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5247" o:title="eqIde170f206fdbbd834aad7580c727e2cc6"/>
            <o:lock v:ext="edit" aspectratio="t"/>
            <w10:wrap type="none"/>
            <w10:anchorlock/>
          </v:shape>
        </w:pict>
      </w:r>
      <w:r>
        <w:rPr>
          <w:rFonts w:ascii="宋体" w:hAnsi="宋体" w:eastAsia="宋体" w:cs="宋体"/>
          <w:color w:val="000000"/>
        </w:rPr>
        <w:t>的式子表示）</w:t>
      </w:r>
    </w:p>
    <w:p>
      <w:pPr>
        <w:spacing w:line="360" w:lineRule="auto"/>
        <w:textAlignment w:val="center"/>
        <w:rPr>
          <w:color w:val="000000"/>
        </w:rPr>
      </w:pPr>
      <w:r>
        <w:rPr>
          <w:color w:val="2E75B6"/>
        </w:rPr>
        <w:t>【答案】</w:t>
      </w:r>
      <w:r>
        <w:rPr>
          <w:color w:val="000000"/>
        </w:rPr>
        <w:t>（1）</w:t>
      </w:r>
      <w:r>
        <w:pict>
          <v:shape id="_x0000_i720280"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5248" o:title="eqId16aa0b9869db50a9ab48cc32925d8e96"/>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20281" o:spt="75" alt="学科网(www.zxxk.com)--教育资源门户，提供试卷、教案、课件、论文、素材以及各类教学资源下载，还有大量而丰富的教学相关资讯！" type="#_x0000_t75" style="height:26.4pt;width:33.95pt;" o:ole="t" filled="f" o:preferrelative="t" stroked="f" coordsize="21600,21600">
            <v:path/>
            <v:fill on="f" focussize="0,0"/>
            <v:stroke on="f" joinstyle="miter"/>
            <v:imagedata r:id="rId5249" o:title="eqId39711d06cd119f592fd04ebbc7204602"/>
            <o:lock v:ext="edit" aspectratio="t"/>
            <w10:wrap type="none"/>
            <w10:anchorlock/>
          </v:shape>
        </w:pict>
      </w:r>
      <w:r>
        <w:rPr>
          <w:rFonts w:ascii="宋体" w:hAnsi="宋体" w:eastAsia="宋体" w:cs="宋体"/>
          <w:color w:val="000000"/>
        </w:rPr>
        <w:t>或</w:t>
      </w:r>
      <w:r>
        <w:pict>
          <v:shape id="_x0000_i720282" o:spt="75" alt="学科网(www.zxxk.com)--教育资源门户，提供试卷、教案、课件、论文、素材以及各类教学资源下载，还有大量而丰富的教学相关资讯！" type="#_x0000_t75" style="height:26.4pt;width:34.8pt;" o:ole="t" filled="f" o:preferrelative="t" stroked="f" coordsize="21600,21600">
            <v:path/>
            <v:fill on="f" focussize="0,0"/>
            <v:stroke on="f" joinstyle="miter"/>
            <v:imagedata r:id="rId5250" o:title="eqId5452f1c31772600beb2471c63d13aa3d"/>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本题考查了角的计算，角平分线，垂直的意义．</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）根据垂直的定义和角平分线的定义以及角的和差即可得到结论；</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）根据垂直的定义和角平分线的定义以及角的和差即可得到结论．</w:t>
      </w:r>
    </w:p>
    <w:p>
      <w:pPr>
        <w:spacing w:line="360" w:lineRule="auto"/>
        <w:jc w:val="both"/>
        <w:textAlignment w:val="center"/>
        <w:rPr>
          <w:color w:val="000000"/>
        </w:rPr>
      </w:pPr>
      <w:r>
        <w:rPr>
          <w:color w:val="000000"/>
        </w:rPr>
        <w:t>【小问1详解】</w:t>
      </w:r>
    </w:p>
    <w:p>
      <w:pPr>
        <w:spacing w:line="360" w:lineRule="auto"/>
        <w:jc w:val="both"/>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pict>
          <v:shape id="_x0000_i720283" o:spt="75" alt="学科网(www.zxxk.com)--教育资源门户，提供试卷、教案、课件、论文、素材以及各类教学资源下载，还有大量而丰富的教学相关资讯！" type="#_x0000_t75" style="height:13.8pt;width:58.2pt;" o:ole="t" filled="f" o:preferrelative="t" stroked="f" coordsize="21600,21600">
            <v:path/>
            <v:fill on="f" focussize="0,0"/>
            <v:stroke on="f" joinstyle="miter"/>
            <v:imagedata r:id="rId5251" o:title="eqId5aa1833b12258222d085a956c86fb0d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284" o:spt="75" alt="学科网(www.zxxk.com)--教育资源门户，提供试卷、教案、课件、论文、素材以及各类教学资源下载，还有大量而丰富的教学相关资讯！" type="#_x0000_t75" style="height:12.75pt;width:66.75pt;" o:ole="t" filled="f" o:preferrelative="t" stroked="f" coordsize="21600,21600">
            <v:path/>
            <v:fill on="f" focussize="0,0"/>
            <v:stroke on="f" joinstyle="miter"/>
            <v:imagedata r:id="rId5252" o:title="eqIdefc6da7ba5160d1bee7deda938fa663d"/>
            <o:lock v:ext="edit" aspectratio="t"/>
            <w10:wrap type="none"/>
            <w10:anchorlock/>
          </v:shape>
        </w:pict>
      </w:r>
      <w:r>
        <w:rPr>
          <w:rFonts w:ascii="宋体" w:hAnsi="宋体" w:eastAsia="宋体" w:cs="宋体"/>
          <w:color w:val="000000"/>
        </w:rPr>
        <w:t>（垂直定义）．</w:t>
      </w:r>
    </w:p>
    <w:p>
      <w:pPr>
        <w:spacing w:line="360" w:lineRule="auto"/>
        <w:jc w:val="both"/>
        <w:textAlignment w:val="center"/>
        <w:rPr>
          <w:color w:val="000000"/>
        </w:rPr>
      </w:pPr>
      <w:r>
        <w:pict>
          <v:shape id="_x0000_i720285"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5253" o:title="eqId4061d189e971edc2f6e5a1c3b7671895"/>
            <o:lock v:ext="edit" aspectratio="t"/>
            <w10:wrap type="none"/>
            <w10:anchorlock/>
          </v:shape>
        </w:pict>
      </w:r>
      <w:r>
        <w:rPr>
          <w:rFonts w:ascii="宋体" w:hAnsi="宋体" w:eastAsia="宋体" w:cs="宋体"/>
          <w:color w:val="000000"/>
        </w:rPr>
        <w:t>平分</w:t>
      </w:r>
      <w:r>
        <w:pict>
          <v:shape id="_x0000_i72028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254" o:title="eqIdd22df2977de56cc69be0c1e847653d7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287" o:spt="75" alt="学科网(www.zxxk.com)--教育资源门户，提供试卷、教案、课件、论文、素材以及各类教学资源下载，还有大量而丰富的教学相关资讯！" type="#_x0000_t75" style="height:30.75pt;width:102pt;" o:ole="t" filled="f" o:preferrelative="t" stroked="f" coordsize="21600,21600">
            <v:path/>
            <v:fill on="f" focussize="0,0"/>
            <v:stroke on="f" joinstyle="miter"/>
            <v:imagedata r:id="rId5255" o:title="eqId453edfe6f9dc80ee7b66057f729a72b0"/>
            <o:lock v:ext="edit" aspectratio="t"/>
            <w10:wrap type="none"/>
            <w10:anchorlock/>
          </v:shape>
        </w:pict>
      </w:r>
      <w:r>
        <w:rPr>
          <w:rFonts w:ascii="宋体" w:hAnsi="宋体" w:eastAsia="宋体" w:cs="宋体"/>
          <w:color w:val="000000"/>
        </w:rPr>
        <w:t>（角平分线定义）．</w:t>
      </w:r>
    </w:p>
    <w:p>
      <w:pPr>
        <w:spacing w:line="360" w:lineRule="auto"/>
        <w:jc w:val="both"/>
        <w:textAlignment w:val="center"/>
        <w:rPr>
          <w:color w:val="000000"/>
        </w:rPr>
      </w:pPr>
      <w:r>
        <w:pict>
          <v:shape id="_x0000_i720288" o:spt="75" alt="学科网(www.zxxk.com)--教育资源门户，提供试卷、教案、课件、论文、素材以及各类教学资源下载，还有大量而丰富的教学相关资讯！" type="#_x0000_t75" style="height:13pt;width:69pt;" o:ole="t" filled="f" o:preferrelative="t" stroked="f" coordsize="21600,21600">
            <v:path/>
            <v:fill on="f" focussize="0,0"/>
            <v:stroke on="f" joinstyle="miter"/>
            <v:imagedata r:id="rId5256" o:title="eqId7974783fed31021ccc29a79f32d440e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289"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5257" o:title="eqIdfb9d020a79f9f636ce2daaac0aa4bb7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290" o:spt="75" alt="学科网(www.zxxk.com)--教育资源门户，提供试卷、教案、课件、论文、素材以及各类教学资源下载，还有大量而丰富的教学相关资讯！" type="#_x0000_t75" style="height:14.25pt;width:138pt;" o:ole="t" filled="f" o:preferrelative="t" stroked="f" coordsize="21600,21600">
            <v:path/>
            <v:fill on="f" focussize="0,0"/>
            <v:stroke on="f" joinstyle="miter"/>
            <v:imagedata r:id="rId5258" o:title="eqIdd6c3b2691b04030cdf0f33ed13439bd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291" o:spt="75" alt="学科网(www.zxxk.com)--教育资源门户，提供试卷、教案、课件、论文、素材以及各类教学资源下载，还有大量而丰富的教学相关资讯！" type="#_x0000_t75" style="height:12.75pt;width:66.75pt;" o:ole="t" filled="f" o:preferrelative="t" stroked="f" coordsize="21600,21600">
            <v:path/>
            <v:fill on="f" focussize="0,0"/>
            <v:stroke on="f" joinstyle="miter"/>
            <v:imagedata r:id="rId5259" o:title="eqIdc5b0679647cfa0774cc82c2cdb77b0ed"/>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解：当</w:t>
      </w:r>
      <w:r>
        <w:pict>
          <v:shape id="_x0000_i72029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260" o:title="eqId828628c0876b45381c9a0edeb0fec236"/>
            <o:lock v:ext="edit" aspectratio="t"/>
            <w10:wrap type="none"/>
            <w10:anchorlock/>
          </v:shape>
        </w:pict>
      </w:r>
      <w:r>
        <w:rPr>
          <w:rFonts w:ascii="宋体" w:hAnsi="宋体" w:eastAsia="宋体" w:cs="宋体"/>
          <w:color w:val="000000"/>
        </w:rPr>
        <w:t>在</w:t>
      </w:r>
      <w:r>
        <w:pict>
          <v:shape id="_x0000_i72029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261" o:title="eqId6d7b2fe01a33c4825f9974ed9663a99c"/>
            <o:lock v:ext="edit" aspectratio="t"/>
            <w10:wrap type="none"/>
            <w10:anchorlock/>
          </v:shape>
        </w:pict>
      </w:r>
      <w:r>
        <w:rPr>
          <w:rFonts w:ascii="宋体" w:hAnsi="宋体" w:eastAsia="宋体" w:cs="宋体"/>
          <w:color w:val="000000"/>
        </w:rPr>
        <w:t>的内部时，</w:t>
      </w:r>
    </w:p>
    <w:p>
      <w:pPr>
        <w:spacing w:line="360" w:lineRule="auto"/>
        <w:jc w:val="left"/>
        <w:textAlignment w:val="center"/>
        <w:rPr>
          <w:color w:val="000000"/>
        </w:rPr>
      </w:pPr>
      <w:r>
        <w:pict>
          <v:shape id="_x0000_i720294" o:spt="75" alt="学科网(www.zxxk.com)--教育资源门户，提供试卷、教案、课件、论文、素材以及各类教学资源下载，还有大量而丰富的教学相关资讯！" type="#_x0000_t75" style="height:13.8pt;width:58.2pt;" o:ole="t" filled="f" o:preferrelative="t" stroked="f" coordsize="21600,21600">
            <v:path/>
            <v:fill on="f" focussize="0,0"/>
            <v:stroke on="f" joinstyle="miter"/>
            <v:imagedata r:id="rId5262" o:title="eqId5aa1833b12258222d085a956c86fb0d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295" o:spt="75" alt="学科网(www.zxxk.com)--教育资源门户，提供试卷、教案、课件、论文、素材以及各类教学资源下载，还有大量而丰富的教学相关资讯！" type="#_x0000_t75" style="height:12.75pt;width:66.75pt;" o:ole="t" filled="f" o:preferrelative="t" stroked="f" coordsize="21600,21600">
            <v:path/>
            <v:fill on="f" focussize="0,0"/>
            <v:stroke on="f" joinstyle="miter"/>
            <v:imagedata r:id="rId5263" o:title="eqIdefc6da7ba5160d1bee7deda938fa663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296"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5264" o:title="eqId4061d189e971edc2f6e5a1c3b7671895"/>
            <o:lock v:ext="edit" aspectratio="t"/>
            <w10:wrap type="none"/>
            <w10:anchorlock/>
          </v:shape>
        </w:pict>
      </w:r>
      <w:r>
        <w:rPr>
          <w:rFonts w:ascii="宋体" w:hAnsi="宋体" w:eastAsia="宋体" w:cs="宋体"/>
          <w:color w:val="000000"/>
        </w:rPr>
        <w:t>平分</w:t>
      </w:r>
      <w:r>
        <w:pict>
          <v:shape id="_x0000_i72029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265" o:title="eqIdd22df2977de56cc69be0c1e847653d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298" o:spt="75" alt="学科网(www.zxxk.com)--教育资源门户，提供试卷、教案、课件、论文、素材以及各类教学资源下载，还有大量而丰富的教学相关资讯！" type="#_x0000_t75" style="height:30.75pt;width:102pt;" o:ole="t" filled="f" o:preferrelative="t" stroked="f" coordsize="21600,21600">
            <v:path/>
            <v:fill on="f" focussize="0,0"/>
            <v:stroke on="f" joinstyle="miter"/>
            <v:imagedata r:id="rId5266" o:title="eqId453edfe6f9dc80ee7b66057f729a72b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299"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5267" o:title="eqId43478749c1ea2b0bdf39b93c4a8938a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300" o:spt="75" alt="学科网(www.zxxk.com)--教育资源门户，提供试卷、教案、课件、论文、素材以及各类教学资源下载，还有大量而丰富的教学相关资讯！" type="#_x0000_t75" style="height:30.75pt;width:77.25pt;" o:ole="t" filled="f" o:preferrelative="t" stroked="f" coordsize="21600,21600">
            <v:path/>
            <v:fill on="f" focussize="0,0"/>
            <v:stroke on="f" joinstyle="miter"/>
            <v:imagedata r:id="rId5268" o:title="eqId2176c44fc8d9f038a9ded3ccbc80edf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301" o:spt="75" alt="学科网(www.zxxk.com)--教育资源门户，提供试卷、教案、课件、论文、素材以及各类教学资源下载，还有大量而丰富的教学相关资讯！" type="#_x0000_t75" style="height:30.85pt;width:192.15pt;" o:ole="t" filled="f" o:preferrelative="t" stroked="f" coordsize="21600,21600">
            <v:path/>
            <v:fill on="f" focussize="0,0"/>
            <v:stroke on="f" joinstyle="miter"/>
            <v:imagedata r:id="rId5269" o:title="eqId4dcdd6f01233ce5de9cc3de32a71f2f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当</w:t>
      </w:r>
      <w:r>
        <w:pict>
          <v:shape id="_x0000_i720302"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270" o:title="eqId828628c0876b45381c9a0edeb0fec236"/>
            <o:lock v:ext="edit" aspectratio="t"/>
            <w10:wrap type="none"/>
            <w10:anchorlock/>
          </v:shape>
        </w:pict>
      </w:r>
      <w:r>
        <w:rPr>
          <w:rFonts w:ascii="宋体" w:hAnsi="宋体" w:eastAsia="宋体" w:cs="宋体"/>
          <w:color w:val="000000"/>
        </w:rPr>
        <w:t>在</w:t>
      </w:r>
      <w:r>
        <w:pict>
          <v:shape id="_x0000_i72030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271" o:title="eqId6d7b2fe01a33c4825f9974ed9663a99c"/>
            <o:lock v:ext="edit" aspectratio="t"/>
            <w10:wrap type="none"/>
            <w10:anchorlock/>
          </v:shape>
        </w:pict>
      </w:r>
      <w:r>
        <w:rPr>
          <w:rFonts w:ascii="宋体" w:hAnsi="宋体" w:eastAsia="宋体" w:cs="宋体"/>
          <w:color w:val="000000"/>
        </w:rPr>
        <w:t>的外部时，</w:t>
      </w:r>
    </w:p>
    <w:p>
      <w:pPr>
        <w:spacing w:line="360" w:lineRule="auto"/>
        <w:jc w:val="both"/>
        <w:textAlignment w:val="center"/>
        <w:rPr>
          <w:color w:val="000000"/>
        </w:rPr>
      </w:pPr>
      <w:r>
        <w:rPr>
          <w:color w:val="000000"/>
        </w:rPr>
        <w:drawing>
          <wp:inline distT="0" distB="0" distL="114300" distR="114300">
            <wp:extent cx="1333500" cy="2047875"/>
            <wp:effectExtent l="0" t="0" r="0" b="0"/>
            <wp:docPr id="3891"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 name="图片 100033" descr="学科网(www.zxxk.com)--教育资源门户，提供试卷、教案、课件、论文、素材以及各类教学资源下载，还有大量而丰富的教学相关资讯！"/>
                    <pic:cNvPicPr>
                      <a:picLocks noChangeAspect="1"/>
                    </pic:cNvPicPr>
                  </pic:nvPicPr>
                  <pic:blipFill>
                    <a:blip r:embed="rId5272"/>
                    <a:stretch>
                      <a:fillRect/>
                    </a:stretch>
                  </pic:blipFill>
                  <pic:spPr>
                    <a:xfrm>
                      <a:off x="0" y="0"/>
                      <a:ext cx="1333500" cy="204787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同理得</w:t>
      </w:r>
      <w:r>
        <w:pict>
          <v:shape id="_x0000_i720304" o:spt="75" alt="学科网(www.zxxk.com)--教育资源门户，提供试卷、教案、课件、论文、素材以及各类教学资源下载，还有大量而丰富的教学相关资讯！" type="#_x0000_t75" style="height:14.05pt;width:173.9pt;" o:ole="t" filled="f" o:preferrelative="t" stroked="f" coordsize="21600,21600">
            <v:path/>
            <v:fill on="f" focussize="0,0"/>
            <v:stroke on="f" joinstyle="miter"/>
            <v:imagedata r:id="rId5273" o:title="eqIdcaea396f6d480a04f3ce776bfed36a7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综上所述，</w:t>
      </w:r>
      <w:r>
        <w:pict>
          <v:shape id="_x0000_i720305"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5274" o:title="eqId42e7b8a59f8d66176463f3d71f882a26"/>
            <o:lock v:ext="edit" aspectratio="t"/>
            <w10:wrap type="none"/>
            <w10:anchorlock/>
          </v:shape>
        </w:pict>
      </w:r>
      <w:r>
        <w:rPr>
          <w:rFonts w:ascii="宋体" w:hAnsi="宋体" w:eastAsia="宋体" w:cs="宋体"/>
          <w:color w:val="000000"/>
        </w:rPr>
        <w:t>的度数为</w:t>
      </w:r>
      <w:r>
        <w:pict>
          <v:shape id="_x0000_i720306"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5275" o:title="eqId1f1d78808818c01416cd063278059209"/>
            <o:lock v:ext="edit" aspectratio="t"/>
            <w10:wrap type="none"/>
            <w10:anchorlock/>
          </v:shape>
        </w:pict>
      </w:r>
      <w:r>
        <w:rPr>
          <w:rFonts w:ascii="宋体" w:hAnsi="宋体" w:eastAsia="宋体" w:cs="宋体"/>
          <w:color w:val="000000"/>
        </w:rPr>
        <w:t>或</w:t>
      </w:r>
      <w:r>
        <w:pict>
          <v:shape id="_x0000_i720307" o:spt="75" alt="学科网(www.zxxk.com)--教育资源门户，提供试卷、教案、课件、论文、素材以及各类教学资源下载，还有大量而丰富的教学相关资讯！" type="#_x0000_t75" style="height:30.75pt;width:48pt;" o:ole="t" filled="f" o:preferrelative="t" stroked="f" coordsize="21600,21600">
            <v:path/>
            <v:fill on="f" focussize="0,0"/>
            <v:stroke on="f" joinstyle="miter"/>
            <v:imagedata r:id="rId5276" o:title="eqId691cdb84c173acc1e5302be2f5e0440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 xml:space="preserve">28. </w:t>
      </w:r>
      <w:r>
        <w:rPr>
          <w:rFonts w:ascii="宋体" w:hAnsi="宋体" w:eastAsia="宋体" w:cs="宋体"/>
          <w:color w:val="000000"/>
        </w:rPr>
        <w:t>对于点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，给出如下定义：在直线</w:t>
      </w:r>
      <w:r>
        <w:pict>
          <v:shape id="_x0000_i72030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277" o:title="eqId411461db15ee8086332c531e086c40c7"/>
            <o:lock v:ext="edit" aspectratio="t"/>
            <w10:wrap type="none"/>
            <w10:anchorlock/>
          </v:shape>
        </w:pict>
      </w:r>
      <w:r>
        <w:rPr>
          <w:rFonts w:ascii="宋体" w:hAnsi="宋体" w:eastAsia="宋体" w:cs="宋体"/>
          <w:color w:val="000000"/>
        </w:rPr>
        <w:t>上，若存在点</w:t>
      </w:r>
      <w:r>
        <w:rPr>
          <w:rFonts w:ascii="Times New Roman" w:hAnsi="Times New Roman" w:eastAsia="Times New Roman" w:cs="Times New Roman"/>
          <w:i/>
          <w:color w:val="000000"/>
        </w:rPr>
        <w:t>P</w:t>
      </w:r>
      <w:r>
        <w:rPr>
          <w:rFonts w:ascii="宋体" w:hAnsi="宋体" w:eastAsia="宋体" w:cs="宋体"/>
          <w:color w:val="000000"/>
        </w:rPr>
        <w:t>，使得</w:t>
      </w:r>
      <w:r>
        <w:pict>
          <v:shape id="_x0000_i720309" o:spt="75" alt="学科网(www.zxxk.com)--教育资源门户，提供试卷、教案、课件、论文、素材以及各类教学资源下载，还有大量而丰富的教学相关资讯！" type="#_x0000_t75" style="height:20.25pt;width:89.25pt;" o:ole="t" filled="f" o:preferrelative="t" stroked="f" coordsize="21600,21600">
            <v:path/>
            <v:fill on="f" focussize="0,0"/>
            <v:stroke on="f" joinstyle="miter"/>
            <v:imagedata r:id="rId5278" o:title="eqIdbdd05f90034f5a1240e1e940cd9dd41c"/>
            <o:lock v:ext="edit" aspectratio="t"/>
            <w10:wrap type="none"/>
            <w10:anchorlock/>
          </v:shape>
        </w:pict>
      </w:r>
      <w:r>
        <w:rPr>
          <w:rFonts w:ascii="宋体" w:hAnsi="宋体" w:eastAsia="宋体" w:cs="宋体"/>
          <w:color w:val="000000"/>
        </w:rPr>
        <w:t>，则称点</w:t>
      </w:r>
      <w:r>
        <w:rPr>
          <w:rFonts w:ascii="Times New Roman" w:hAnsi="Times New Roman" w:eastAsia="Times New Roman" w:cs="Times New Roman"/>
          <w:i/>
          <w:color w:val="000000"/>
        </w:rPr>
        <w:t>P</w:t>
      </w:r>
      <w:r>
        <w:rPr>
          <w:rFonts w:ascii="宋体" w:hAnsi="宋体" w:eastAsia="宋体" w:cs="宋体"/>
          <w:color w:val="000000"/>
        </w:rPr>
        <w:t>是“点</w:t>
      </w:r>
      <w:r>
        <w:rPr>
          <w:rFonts w:ascii="Times New Roman" w:hAnsi="Times New Roman" w:eastAsia="Times New Roman" w:cs="Times New Roman"/>
          <w:i/>
          <w:color w:val="000000"/>
        </w:rPr>
        <w:t>M</w:t>
      </w:r>
      <w:r>
        <w:rPr>
          <w:rFonts w:ascii="宋体" w:hAnsi="宋体" w:eastAsia="宋体" w:cs="宋体"/>
          <w:color w:val="000000"/>
        </w:rPr>
        <w:t>到点</w:t>
      </w:r>
      <w:r>
        <w:rPr>
          <w:rFonts w:ascii="Times New Roman" w:hAnsi="Times New Roman" w:eastAsia="Times New Roman" w:cs="Times New Roman"/>
          <w:i/>
          <w:color w:val="000000"/>
        </w:rPr>
        <w:t>N</w:t>
      </w:r>
      <w:r>
        <w:rPr>
          <w:rFonts w:ascii="宋体" w:hAnsi="宋体" w:eastAsia="宋体" w:cs="宋体"/>
          <w:color w:val="000000"/>
        </w:rPr>
        <w:t>的</w:t>
      </w:r>
      <w:r>
        <w:rPr>
          <w:rFonts w:ascii="Times New Roman" w:hAnsi="Times New Roman" w:eastAsia="Times New Roman" w:cs="Times New Roman"/>
          <w:i/>
          <w:color w:val="000000"/>
        </w:rPr>
        <w:t>k</w:t>
      </w:r>
      <w:r>
        <w:rPr>
          <w:rFonts w:ascii="宋体" w:hAnsi="宋体" w:eastAsia="宋体" w:cs="宋体"/>
          <w:color w:val="000000"/>
        </w:rPr>
        <w:t>倍分点”．</w:t>
      </w:r>
    </w:p>
    <w:p>
      <w:pPr>
        <w:spacing w:line="360" w:lineRule="auto"/>
        <w:jc w:val="both"/>
        <w:textAlignment w:val="center"/>
        <w:rPr>
          <w:color w:val="000000"/>
        </w:rPr>
      </w:pPr>
      <w:r>
        <w:rPr>
          <w:rFonts w:ascii="宋体" w:hAnsi="宋体" w:eastAsia="宋体" w:cs="宋体"/>
          <w:color w:val="000000"/>
        </w:rPr>
        <w:t>例如：如图，点</w:t>
      </w:r>
      <w:r>
        <w:pict>
          <v:shape id="_x0000_i720310"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5279" o:title="eqIda86380a6d6501f6504dcb4aa5e3099f2"/>
            <o:lock v:ext="edit" aspectratio="t"/>
            <w10:wrap type="none"/>
            <w10:anchorlock/>
          </v:shape>
        </w:pict>
      </w:r>
      <w:r>
        <w:rPr>
          <w:rFonts w:ascii="宋体" w:hAnsi="宋体" w:eastAsia="宋体" w:cs="宋体"/>
          <w:color w:val="000000"/>
        </w:rPr>
        <w:t>，</w:t>
      </w:r>
      <w:r>
        <w:pict>
          <v:shape id="_x0000_i72031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280" o:title="eqIdeae863e7a1f1fed09f1075de4a817c63"/>
            <o:lock v:ext="edit" aspectratio="t"/>
            <w10:wrap type="none"/>
            <w10:anchorlock/>
          </v:shape>
        </w:pict>
      </w:r>
      <w:r>
        <w:rPr>
          <w:rFonts w:ascii="宋体" w:hAnsi="宋体" w:eastAsia="宋体" w:cs="宋体"/>
          <w:color w:val="000000"/>
        </w:rPr>
        <w:t>，</w:t>
      </w:r>
      <w:r>
        <w:pict>
          <v:shape id="_x0000_i720312"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5281" o:title="eqId5f52b152eaf63415b10ed786a58a2747"/>
            <o:lock v:ext="edit" aspectratio="t"/>
            <w10:wrap type="none"/>
            <w10:anchorlock/>
          </v:shape>
        </w:pict>
      </w:r>
      <w:r>
        <w:rPr>
          <w:rFonts w:ascii="宋体" w:hAnsi="宋体" w:eastAsia="宋体" w:cs="宋体"/>
          <w:color w:val="000000"/>
        </w:rPr>
        <w:t>在同一条直线上，</w:t>
      </w:r>
      <w:r>
        <w:pict>
          <v:shape id="_x0000_i720313" o:spt="75" alt="学科网(www.zxxk.com)--教育资源门户，提供试卷、教案、课件、论文、素材以及各类教学资源下载，还有大量而丰富的教学相关资讯！" type="#_x0000_t75" style="height:18pt;width:43.95pt;" o:ole="t" filled="f" o:preferrelative="t" stroked="f" coordsize="21600,21600">
            <v:path/>
            <v:fill on="f" focussize="0,0"/>
            <v:stroke on="f" joinstyle="miter"/>
            <v:imagedata r:id="rId5282" o:title="eqId7c41998f3b2be0922316e03654a9743d"/>
            <o:lock v:ext="edit" aspectratio="t"/>
            <w10:wrap type="none"/>
            <w10:anchorlock/>
          </v:shape>
        </w:pict>
      </w:r>
      <w:r>
        <w:rPr>
          <w:rFonts w:ascii="宋体" w:hAnsi="宋体" w:eastAsia="宋体" w:cs="宋体"/>
          <w:color w:val="000000"/>
        </w:rPr>
        <w:t>，</w:t>
      </w:r>
      <w:r>
        <w:pict>
          <v:shape id="_x0000_i720314" o:spt="75" alt="学科网(www.zxxk.com)--教育资源门户，提供试卷、教案、课件、论文、素材以及各类教学资源下载，还有大量而丰富的教学相关资讯！" type="#_x0000_t75" style="height:18pt;width:46.05pt;" o:ole="t" filled="f" o:preferrelative="t" stroked="f" coordsize="21600,21600">
            <v:path/>
            <v:fill on="f" focussize="0,0"/>
            <v:stroke on="f" joinstyle="miter"/>
            <v:imagedata r:id="rId5283" o:title="eqId691f0d78ecaf23b40d7afd5ed6f40309"/>
            <o:lock v:ext="edit" aspectratio="t"/>
            <w10:wrap type="none"/>
            <w10:anchorlock/>
          </v:shape>
        </w:pict>
      </w:r>
      <w:r>
        <w:rPr>
          <w:rFonts w:ascii="宋体" w:hAnsi="宋体" w:eastAsia="宋体" w:cs="宋体"/>
          <w:color w:val="000000"/>
        </w:rPr>
        <w:t>，则点</w:t>
      </w:r>
      <w:r>
        <w:pict>
          <v:shape id="_x0000_i720315"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5279" o:title="eqIda86380a6d6501f6504dcb4aa5e3099f2"/>
            <o:lock v:ext="edit" aspectratio="t"/>
            <w10:wrap type="none"/>
            <w10:anchorlock/>
          </v:shape>
        </w:pict>
      </w:r>
      <w:r>
        <w:rPr>
          <w:rFonts w:ascii="宋体" w:hAnsi="宋体" w:eastAsia="宋体" w:cs="宋体"/>
          <w:color w:val="000000"/>
        </w:rPr>
        <w:t>是点</w:t>
      </w:r>
      <w:r>
        <w:pict>
          <v:shape id="_x0000_i720316"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280" o:title="eqIdeae863e7a1f1fed09f1075de4a817c63"/>
            <o:lock v:ext="edit" aspectratio="t"/>
            <w10:wrap type="none"/>
            <w10:anchorlock/>
          </v:shape>
        </w:pict>
      </w:r>
      <w:r>
        <w:rPr>
          <w:rFonts w:ascii="宋体" w:hAnsi="宋体" w:eastAsia="宋体" w:cs="宋体"/>
          <w:color w:val="000000"/>
        </w:rPr>
        <w:t>到点</w:t>
      </w:r>
      <w:r>
        <w:pict>
          <v:shape id="_x0000_i720317"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5281" o:title="eqId5f52b152eaf63415b10ed786a58a2747"/>
            <o:lock v:ext="edit" aspectratio="t"/>
            <w10:wrap type="none"/>
            <w10:anchorlock/>
          </v:shape>
        </w:pict>
      </w:r>
      <w:r>
        <w:rPr>
          <w:rFonts w:ascii="宋体" w:hAnsi="宋体" w:eastAsia="宋体" w:cs="宋体"/>
          <w:color w:val="000000"/>
        </w:rPr>
        <w:t>的</w:t>
      </w:r>
      <w:r>
        <w:pict>
          <v:shape id="_x0000_i720318"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5284" o:title="eqId4dac452fbb5ef6dd653e7fbbef639484"/>
            <o:lock v:ext="edit" aspectratio="t"/>
            <w10:wrap type="none"/>
            <w10:anchorlock/>
          </v:shape>
        </w:pict>
      </w:r>
      <w:r>
        <w:rPr>
          <w:rFonts w:ascii="宋体" w:hAnsi="宋体" w:eastAsia="宋体" w:cs="宋体"/>
          <w:color w:val="000000"/>
        </w:rPr>
        <w:t>倍分点，点</w:t>
      </w:r>
      <w:r>
        <w:pict>
          <v:shape id="_x0000_i720319" o:spt="75" alt="学科网(www.zxxk.com)--教育资源门户，提供试卷、教案、课件、论文、素材以及各类教学资源下载，还有大量而丰富的教学相关资讯！" type="#_x0000_t75" style="height:21.75pt;width:14.25pt;" o:ole="t" filled="f" o:preferrelative="t" stroked="f" coordsize="21600,21600">
            <v:path/>
            <v:fill on="f" focussize="0,0"/>
            <v:stroke on="f" joinstyle="miter"/>
            <v:imagedata r:id="rId5279" o:title="eqIda86380a6d6501f6504dcb4aa5e3099f2"/>
            <o:lock v:ext="edit" aspectratio="t"/>
            <w10:wrap type="none"/>
            <w10:anchorlock/>
          </v:shape>
        </w:pict>
      </w:r>
      <w:r>
        <w:rPr>
          <w:rFonts w:ascii="宋体" w:hAnsi="宋体" w:eastAsia="宋体" w:cs="宋体"/>
          <w:color w:val="000000"/>
        </w:rPr>
        <w:t>是点</w:t>
      </w:r>
      <w:r>
        <w:pict>
          <v:shape id="_x0000_i720320" o:spt="75" alt="学科网(www.zxxk.com)--教育资源门户，提供试卷、教案、课件、论文、素材以及各类教学资源下载，还有大量而丰富的教学相关资讯！" type="#_x0000_t75" style="height:16.5pt;width:13.5pt;" o:ole="t" filled="f" o:preferrelative="t" stroked="f" coordsize="21600,21600">
            <v:path/>
            <v:fill on="f" focussize="0,0"/>
            <v:stroke on="f" joinstyle="miter"/>
            <v:imagedata r:id="rId5281" o:title="eqId5f52b152eaf63415b10ed786a58a2747"/>
            <o:lock v:ext="edit" aspectratio="t"/>
            <w10:wrap type="none"/>
            <w10:anchorlock/>
          </v:shape>
        </w:pict>
      </w:r>
      <w:r>
        <w:rPr>
          <w:rFonts w:ascii="宋体" w:hAnsi="宋体" w:eastAsia="宋体" w:cs="宋体"/>
          <w:color w:val="000000"/>
        </w:rPr>
        <w:t>到点</w:t>
      </w:r>
      <w:r>
        <w:pict>
          <v:shape id="_x0000_i720321"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280" o:title="eqIdeae863e7a1f1fed09f1075de4a817c63"/>
            <o:lock v:ext="edit" aspectratio="t"/>
            <w10:wrap type="none"/>
            <w10:anchorlock/>
          </v:shape>
        </w:pic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倍分点．</w:t>
      </w:r>
    </w:p>
    <w:p>
      <w:pPr>
        <w:spacing w:line="360" w:lineRule="auto"/>
        <w:jc w:val="both"/>
        <w:textAlignment w:val="center"/>
        <w:rPr>
          <w:color w:val="000000"/>
        </w:rPr>
      </w:pPr>
      <w:r>
        <w:rPr>
          <w:color w:val="000000"/>
        </w:rPr>
        <w:drawing>
          <wp:inline distT="0" distB="0" distL="114300" distR="114300">
            <wp:extent cx="3124200" cy="238125"/>
            <wp:effectExtent l="0" t="0" r="0" b="0"/>
            <wp:docPr id="3893"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 name="图片 100035" descr="学科网(www.zxxk.com)--教育资源门户，提供试卷、教案、课件、论文、素材以及各类教学资源下载，还有大量而丰富的教学相关资讯！"/>
                    <pic:cNvPicPr>
                      <a:picLocks noChangeAspect="1"/>
                    </pic:cNvPicPr>
                  </pic:nvPicPr>
                  <pic:blipFill>
                    <a:blip r:embed="rId5285"/>
                    <a:stretch>
                      <a:fillRect/>
                    </a:stretch>
                  </pic:blipFill>
                  <pic:spPr>
                    <a:xfrm>
                      <a:off x="0" y="0"/>
                      <a:ext cx="3124200" cy="238125"/>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已知：在数轴上，点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分别表示</w:t>
      </w:r>
      <w:r>
        <w:pict>
          <v:shape id="_x0000_i720322"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286" o:title="eqId3edbd40e04e2a943051fa83d6e511add"/>
            <o:lock v:ext="edit" aspectratio="t"/>
            <w10:wrap type="none"/>
            <w10:anchorlock/>
          </v:shape>
        </w:pict>
      </w:r>
      <w:r>
        <w:rPr>
          <w:rFonts w:ascii="宋体" w:hAnsi="宋体" w:eastAsia="宋体" w:cs="宋体"/>
          <w:color w:val="000000"/>
        </w:rPr>
        <w:t>，</w:t>
      </w:r>
      <w:r>
        <w:pict>
          <v:shape id="_x0000_i72032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287"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2676525" cy="228600"/>
            <wp:effectExtent l="0" t="0" r="0" b="0"/>
            <wp:docPr id="3895"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6" name="图片 100037" descr="学科网(www.zxxk.com)--教育资源门户，提供试卷、教案、课件、论文、素材以及各类教学资源下载，还有大量而丰富的教学相关资讯！"/>
                    <pic:cNvPicPr>
                      <a:picLocks noChangeAspect="1"/>
                    </pic:cNvPicPr>
                  </pic:nvPicPr>
                  <pic:blipFill>
                    <a:blip r:embed="rId5288"/>
                    <a:stretch>
                      <a:fillRect/>
                    </a:stretch>
                  </pic:blipFill>
                  <pic:spPr>
                    <a:xfrm>
                      <a:off x="0" y="0"/>
                      <a:ext cx="2676525" cy="2286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到点</w:t>
      </w:r>
      <w:r>
        <w:rPr>
          <w:rFonts w:ascii="Times New Roman" w:hAnsi="Times New Roman" w:eastAsia="Times New Roman" w:cs="Times New Roman"/>
          <w:i/>
          <w:color w:val="000000"/>
        </w:rPr>
        <w:t>C</w:t>
      </w:r>
      <w:r>
        <w:rPr>
          <w:rFonts w:ascii="宋体" w:hAnsi="宋体" w:eastAsia="宋体" w:cs="宋体"/>
          <w:color w:val="000000"/>
        </w:rPr>
        <w:t>的________倍分点，点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B</w:t>
      </w:r>
      <w:r>
        <w:rPr>
          <w:rFonts w:ascii="宋体" w:hAnsi="宋体" w:eastAsia="宋体" w:cs="宋体"/>
          <w:color w:val="000000"/>
        </w:rPr>
        <w:t>到点</w:t>
      </w:r>
      <w:r>
        <w:rPr>
          <w:rFonts w:ascii="Times New Roman" w:hAnsi="Times New Roman" w:eastAsia="Times New Roman" w:cs="Times New Roman"/>
          <w:i/>
          <w:color w:val="000000"/>
        </w:rPr>
        <w:t>A</w:t>
      </w:r>
      <w:r>
        <w:rPr>
          <w:rFonts w:ascii="宋体" w:hAnsi="宋体" w:eastAsia="宋体" w:cs="宋体"/>
          <w:color w:val="000000"/>
        </w:rPr>
        <w:t>的_________倍分点；</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到点</w:t>
      </w:r>
      <w:r>
        <w:rPr>
          <w:rFonts w:ascii="Times New Roman" w:hAnsi="Times New Roman" w:eastAsia="Times New Roman" w:cs="Times New Roman"/>
          <w:i/>
          <w:color w:val="000000"/>
        </w:rPr>
        <w:t>C</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倍分点表示的数是________；</w:t>
      </w:r>
    </w:p>
    <w:p>
      <w:pPr>
        <w:spacing w:line="360" w:lineRule="auto"/>
        <w:jc w:val="left"/>
        <w:textAlignment w:val="center"/>
        <w:rPr>
          <w:color w:val="000000"/>
        </w:rPr>
      </w:pPr>
      <w:r>
        <w:rPr>
          <w:color w:val="000000"/>
        </w:rPr>
        <w:t>（3）</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表示的数是</w:t>
      </w:r>
      <w:r>
        <w:rPr>
          <w:rFonts w:ascii="Times New Roman" w:hAnsi="Times New Roman" w:eastAsia="Times New Roman" w:cs="Times New Roman"/>
          <w:i/>
          <w:color w:val="000000"/>
        </w:rPr>
        <w:t>x</w:t>
      </w:r>
      <w:r>
        <w:rPr>
          <w:rFonts w:ascii="宋体" w:hAnsi="宋体" w:eastAsia="宋体" w:cs="宋体"/>
          <w:color w:val="000000"/>
        </w:rPr>
        <w:t>，线段</w:t>
      </w:r>
      <w:r>
        <w:pict>
          <v:shape id="_x0000_i720324"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289" o:title="eqId0dc5c9827dfd0be5a9c85962d6ccbfb1"/>
            <o:lock v:ext="edit" aspectratio="t"/>
            <w10:wrap type="none"/>
            <w10:anchorlock/>
          </v:shape>
        </w:pict>
      </w:r>
      <w:r>
        <w:rPr>
          <w:rFonts w:ascii="宋体" w:hAnsi="宋体" w:eastAsia="宋体" w:cs="宋体"/>
          <w:color w:val="000000"/>
        </w:rPr>
        <w:t>上存在点</w:t>
      </w:r>
      <w:r>
        <w:rPr>
          <w:rFonts w:ascii="Times New Roman" w:hAnsi="Times New Roman" w:eastAsia="Times New Roman" w:cs="Times New Roman"/>
          <w:i/>
          <w:color w:val="000000"/>
        </w:rPr>
        <w:t>A</w:t>
      </w:r>
      <w:r>
        <w:rPr>
          <w:rFonts w:ascii="宋体" w:hAnsi="宋体" w:eastAsia="宋体" w:cs="宋体"/>
          <w:color w:val="000000"/>
        </w:rPr>
        <w:t>到点</w:t>
      </w:r>
      <w:r>
        <w:rPr>
          <w:rFonts w:ascii="Times New Roman" w:hAnsi="Times New Roman" w:eastAsia="Times New Roman" w:cs="Times New Roman"/>
          <w:i/>
          <w:color w:val="000000"/>
        </w:rPr>
        <w:t>D</w:t>
      </w:r>
      <w:r>
        <w:rPr>
          <w:rFonts w:ascii="宋体" w:hAnsi="宋体" w:eastAsia="宋体" w:cs="宋体"/>
          <w:color w:val="000000"/>
        </w:rPr>
        <w:t>的</w:t>
      </w:r>
      <w:r>
        <w:rPr>
          <w:rFonts w:ascii="Times New Roman" w:hAnsi="Times New Roman" w:eastAsia="Times New Roman" w:cs="Times New Roman"/>
          <w:color w:val="000000"/>
        </w:rPr>
        <w:t>4</w:t>
      </w:r>
      <w:r>
        <w:rPr>
          <w:rFonts w:ascii="宋体" w:hAnsi="宋体" w:eastAsia="宋体" w:cs="宋体"/>
          <w:color w:val="000000"/>
        </w:rPr>
        <w:t>倍分点，写出</w:t>
      </w:r>
      <w:r>
        <w:rPr>
          <w:rFonts w:ascii="Times New Roman" w:hAnsi="Times New Roman" w:eastAsia="Times New Roman" w:cs="Times New Roman"/>
          <w:i/>
          <w:color w:val="000000"/>
        </w:rPr>
        <w:t>x</w:t>
      </w:r>
      <w:r>
        <w:rPr>
          <w:rFonts w:ascii="宋体" w:hAnsi="宋体" w:eastAsia="宋体" w:cs="宋体"/>
          <w:color w:val="000000"/>
        </w:rPr>
        <w:t>的取值范围．</w:t>
      </w:r>
    </w:p>
    <w:p>
      <w:pPr>
        <w:spacing w:line="360" w:lineRule="auto"/>
        <w:textAlignment w:val="center"/>
        <w:rPr>
          <w:color w:val="000000"/>
        </w:rPr>
      </w:pPr>
      <w:r>
        <w:rPr>
          <w:color w:val="2E75B6"/>
        </w:rPr>
        <w:t>【答案】</w:t>
      </w:r>
      <w:r>
        <w:rPr>
          <w:color w:val="000000"/>
        </w:rPr>
        <w:t>（1）</w:t>
      </w:r>
      <w:r>
        <w:pict>
          <v:shape id="_x0000_i720325"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5290" o:title="eqIdf89eef3148f2d4d09379767b4af69132"/>
            <o:lock v:ext="edit" aspectratio="t"/>
            <w10:wrap type="none"/>
            <w10:anchorlock/>
          </v:shape>
        </w:pict>
      </w:r>
      <w:r>
        <w:rPr>
          <w:rFonts w:ascii="宋体" w:hAnsi="宋体" w:eastAsia="宋体" w:cs="宋体"/>
          <w:color w:val="000000"/>
        </w:rPr>
        <w:t>，</w:t>
      </w:r>
      <w:r>
        <w:pict>
          <v:shape id="_x0000_i720326"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5291" o:title="eqIdbf31876698721a199c7c53c6b320aa86"/>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4</w:t>
      </w:r>
      <w:r>
        <w:rPr>
          <w:color w:val="000000"/>
        </w:rPr>
        <w:t xml:space="preserve">    （3）</w:t>
      </w:r>
      <w:r>
        <w:pict>
          <v:shape id="_x0000_i720327" o:spt="75" alt="学科网(www.zxxk.com)--教育资源门户，提供试卷、教案、课件、论文、素材以及各类教学资源下载，还有大量而丰富的教学相关资讯！" type="#_x0000_t75" style="height:31.2pt;width:58.2pt;" o:ole="t" filled="f" o:preferrelative="t" stroked="f" coordsize="21600,21600">
            <v:path/>
            <v:fill on="f" focussize="0,0"/>
            <v:stroke on="f" joinstyle="miter"/>
            <v:imagedata r:id="rId5292" o:title="eqId69323e798d624cb8fca3918f0a5844bd"/>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本题考查的是数轴、两点间的距离等有关内容，用几何方法借助数轴来求解，非常直观，且不容易遗漏，体现了数形结合的优点．</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）通过计算</w:t>
      </w:r>
      <w:r>
        <w:rPr>
          <w:rFonts w:ascii="Times New Roman" w:hAnsi="Times New Roman" w:eastAsia="Times New Roman" w:cs="Times New Roman"/>
          <w:color w:val="000000"/>
        </w:rPr>
        <w:t xml:space="preserve"> </w:t>
      </w:r>
      <w:r>
        <w:pict>
          <v:shape id="_x0000_i720328"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5293" o:title="eqId046624473ef956f2636986a41f67a1d9"/>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r>
        <w:pict>
          <v:shape id="_x0000_i720329" o:spt="75" alt="学科网(www.zxxk.com)--教育资源门户，提供试卷、教案、课件、论文、素材以及各类教学资源下载，还有大量而丰富的教学相关资讯！" type="#_x0000_t75" style="height:30.75pt;width:21pt;" o:ole="t" filled="f" o:preferrelative="t" stroked="f" coordsize="21600,21600">
            <v:path/>
            <v:fill on="f" focussize="0,0"/>
            <v:stroke on="f" joinstyle="miter"/>
            <v:imagedata r:id="rId5294" o:title="eqIdedd2fb59f1a9d70cbc942ec78b78dfa1"/>
            <o:lock v:ext="edit" aspectratio="t"/>
            <w10:wrap type="none"/>
            <w10:anchorlock/>
          </v:shape>
        </w:pict>
      </w:r>
      <w:r>
        <w:rPr>
          <w:rFonts w:ascii="宋体" w:hAnsi="宋体" w:eastAsia="宋体" w:cs="宋体"/>
          <w:color w:val="000000"/>
        </w:rPr>
        <w:t>的值，利用题干中的定义解答即可；</w: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）设这点为</w:t>
      </w:r>
      <w:r>
        <w:rPr>
          <w:rFonts w:ascii="Times New Roman" w:hAnsi="Times New Roman" w:eastAsia="Times New Roman" w:cs="Times New Roman"/>
          <w:i/>
          <w:color w:val="000000"/>
        </w:rPr>
        <w:t>E</w:t>
      </w:r>
      <w:r>
        <w:rPr>
          <w:rFonts w:ascii="宋体" w:hAnsi="宋体" w:eastAsia="宋体" w:cs="宋体"/>
          <w:color w:val="000000"/>
        </w:rPr>
        <w:t>，对应的数字为</w:t>
      </w:r>
      <w:r>
        <w:rPr>
          <w:rFonts w:ascii="Times New Roman" w:hAnsi="Times New Roman" w:eastAsia="Times New Roman" w:cs="Times New Roman"/>
          <w:i/>
          <w:color w:val="000000"/>
        </w:rPr>
        <w:t>a</w:t>
      </w:r>
      <w:r>
        <w:rPr>
          <w:rFonts w:ascii="宋体" w:hAnsi="宋体" w:eastAsia="宋体" w:cs="宋体"/>
          <w:color w:val="000000"/>
        </w:rPr>
        <w:t>，则</w:t>
      </w:r>
      <w:r>
        <w:pict>
          <v:shape id="_x0000_i720330"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5295" o:title="eqIda9feac6621306e46daaecf6838ed9461"/>
            <o:lock v:ext="edit" aspectratio="t"/>
            <w10:wrap type="none"/>
            <w10:anchorlock/>
          </v:shape>
        </w:pict>
      </w:r>
      <w:r>
        <w:rPr>
          <w:rFonts w:ascii="宋体" w:hAnsi="宋体" w:eastAsia="宋体" w:cs="宋体"/>
          <w:color w:val="000000"/>
        </w:rPr>
        <w:t>；利用数形结合的思想方法，进行分类讨论，分别列出方程求解即可；</w:t>
      </w:r>
      <w:r>
        <w:rPr>
          <w:rFonts w:ascii="Times New Roman" w:hAnsi="Times New Roman" w:eastAsia="Times New Roman" w:cs="Times New Roman"/>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）设线段</w:t>
      </w:r>
      <w:r>
        <w:pict>
          <v:shape id="_x0000_i72033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296" o:title="eqId0dc5c9827dfd0be5a9c85962d6ccbfb1"/>
            <o:lock v:ext="edit" aspectratio="t"/>
            <w10:wrap type="none"/>
            <w10:anchorlock/>
          </v:shape>
        </w:pict>
      </w:r>
      <w:r>
        <w:rPr>
          <w:rFonts w:ascii="宋体" w:hAnsi="宋体" w:eastAsia="宋体" w:cs="宋体"/>
          <w:color w:val="000000"/>
        </w:rPr>
        <w:t>上存在一点</w:t>
      </w:r>
      <w:r>
        <w:rPr>
          <w:rFonts w:ascii="Times New Roman" w:hAnsi="Times New Roman" w:eastAsia="Times New Roman" w:cs="Times New Roman"/>
          <w:i/>
          <w:color w:val="000000"/>
        </w:rPr>
        <w:t>F</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到点</w:t>
      </w:r>
      <w:r>
        <w:rPr>
          <w:rFonts w:ascii="Times New Roman" w:hAnsi="Times New Roman" w:eastAsia="Times New Roman" w:cs="Times New Roman"/>
          <w:i/>
          <w:color w:val="000000"/>
        </w:rPr>
        <w:t>D</w:t>
      </w:r>
      <w:r>
        <w:rPr>
          <w:rFonts w:ascii="宋体" w:hAnsi="宋体" w:eastAsia="宋体" w:cs="宋体"/>
          <w:color w:val="000000"/>
        </w:rPr>
        <w:t>的</w:t>
      </w:r>
      <w:r>
        <w:rPr>
          <w:rFonts w:ascii="Times New Roman" w:hAnsi="Times New Roman" w:eastAsia="Times New Roman" w:cs="Times New Roman"/>
          <w:color w:val="000000"/>
        </w:rPr>
        <w:t>4</w:t>
      </w:r>
      <w:r>
        <w:rPr>
          <w:rFonts w:ascii="宋体" w:hAnsi="宋体" w:eastAsia="宋体" w:cs="宋体"/>
          <w:color w:val="000000"/>
        </w:rPr>
        <w:t>倍分点，点</w:t>
      </w:r>
      <w:r>
        <w:rPr>
          <w:rFonts w:ascii="Times New Roman" w:hAnsi="Times New Roman" w:eastAsia="Times New Roman" w:cs="Times New Roman"/>
          <w:i/>
          <w:color w:val="000000"/>
        </w:rPr>
        <w:t>F</w:t>
      </w:r>
      <w:r>
        <w:rPr>
          <w:rFonts w:ascii="宋体" w:hAnsi="宋体" w:eastAsia="宋体" w:cs="宋体"/>
          <w:color w:val="000000"/>
        </w:rPr>
        <w:t>对应的数字为</w:t>
      </w:r>
      <w:r>
        <w:rPr>
          <w:rFonts w:ascii="Times New Roman" w:hAnsi="Times New Roman" w:eastAsia="Times New Roman" w:cs="Times New Roman"/>
          <w:i/>
          <w:color w:val="000000"/>
        </w:rPr>
        <w:t>y</w:t>
      </w:r>
      <w:r>
        <w:pict>
          <v:shape id="_x0000_i720332" o:spt="75" alt="学科网(www.zxxk.com)--教育资源门户，提供试卷、教案、课件、论文、素材以及各类教学资源下载，还有大量而丰富的教学相关资讯！" type="#_x0000_t75" style="height:20.25pt;width:62.25pt;" o:ole="t" filled="f" o:preferrelative="t" stroked="f" coordsize="21600,21600">
            <v:path/>
            <v:fill on="f" focussize="0,0"/>
            <v:stroke on="f" joinstyle="miter"/>
            <v:imagedata r:id="rId5297" o:title="eqId103b853e882ffd67720276c06ec71fd6"/>
            <o:lock v:ext="edit" aspectratio="t"/>
            <w10:wrap type="none"/>
            <w10:anchorlock/>
          </v:shape>
        </w:pict>
      </w:r>
      <w:r>
        <w:rPr>
          <w:rFonts w:ascii="宋体" w:hAnsi="宋体" w:eastAsia="宋体" w:cs="宋体"/>
          <w:color w:val="000000"/>
        </w:rPr>
        <w:t>，则</w:t>
      </w:r>
      <w:r>
        <w:pict>
          <v:shape id="_x0000_i720333" o:spt="75" alt="学科网(www.zxxk.com)--教育资源门户，提供试卷、教案、课件、论文、素材以及各类教学资源下载，还有大量而丰富的教学相关资讯！" type="#_x0000_t75" style="height:13pt;width:53pt;" o:ole="t" filled="f" o:preferrelative="t" stroked="f" coordsize="21600,21600">
            <v:path/>
            <v:fill on="f" focussize="0,0"/>
            <v:stroke on="f" joinstyle="miter"/>
            <v:imagedata r:id="rId5298" o:title="eqIdd9286fabd40d24ce626e41fcff4bc15b"/>
            <o:lock v:ext="edit" aspectratio="t"/>
            <w10:wrap type="none"/>
            <w10:anchorlock/>
          </v:shape>
        </w:pict>
      </w:r>
      <w:r>
        <w:rPr>
          <w:rFonts w:ascii="宋体" w:hAnsi="宋体" w:eastAsia="宋体" w:cs="宋体"/>
          <w:color w:val="000000"/>
        </w:rPr>
        <w:t>，然后列不等式求解</w:t>
      </w:r>
      <w:r>
        <w:rPr>
          <w:rFonts w:ascii="Times New Roman" w:hAnsi="Times New Roman" w:eastAsia="Times New Roman" w:cs="Times New Roman"/>
          <w:i/>
          <w:color w:val="000000"/>
        </w:rPr>
        <w:t>x</w:t>
      </w:r>
      <w:r>
        <w:rPr>
          <w:rFonts w:ascii="宋体" w:hAnsi="宋体" w:eastAsia="宋体" w:cs="宋体"/>
          <w:color w:val="000000"/>
        </w:rPr>
        <w:t>的取值范围．</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分别表示</w:t>
      </w:r>
      <w:r>
        <w:pict>
          <v:shape id="_x0000_i720334" o:spt="75" alt="学科网(www.zxxk.com)--教育资源门户，提供试卷、教案、课件、论文、素材以及各类教学资源下载，还有大量而丰富的教学相关资讯！" type="#_x0000_t75" style="height:14pt;width:45pt;" o:ole="t" filled="f" o:preferrelative="t" stroked="f" coordsize="21600,21600">
            <v:path/>
            <v:fill on="f" focussize="0,0"/>
            <v:stroke on="f" joinstyle="miter"/>
            <v:imagedata r:id="rId5299" o:title="eqId9f4efccb708a0f1c9f7d63c3ac4ffe12"/>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20335" o:spt="75" alt="学科网(www.zxxk.com)--教育资源门户，提供试卷、教案、课件、论文、素材以及各类教学资源下载，还有大量而丰富的教学相关资讯！" type="#_x0000_t75" style="height:20.25pt;width:93pt;" o:ole="t" filled="f" o:preferrelative="t" stroked="f" coordsize="21600,21600">
            <v:path/>
            <v:fill on="f" focussize="0,0"/>
            <v:stroke on="f" joinstyle="miter"/>
            <v:imagedata r:id="rId5300" o:title="eqId545b6f5b8ea1605b9c14254a449a3cc7"/>
            <o:lock v:ext="edit" aspectratio="t"/>
            <w10:wrap type="none"/>
            <w10:anchorlock/>
          </v:shape>
        </w:pict>
      </w:r>
      <w:r>
        <w:rPr>
          <w:rFonts w:ascii="宋体" w:hAnsi="宋体" w:eastAsia="宋体" w:cs="宋体"/>
          <w:color w:val="000000"/>
        </w:rPr>
        <w:t>，</w:t>
      </w:r>
      <w:r>
        <w:pict>
          <v:shape id="_x0000_i720336" o:spt="75" alt="学科网(www.zxxk.com)--教育资源门户，提供试卷、教案、课件、论文、素材以及各类教学资源下载，还有大量而丰富的教学相关资讯！" type="#_x0000_t75" style="height:20.25pt;width:87.75pt;" o:ole="t" filled="f" o:preferrelative="t" stroked="f" coordsize="21600,21600">
            <v:path/>
            <v:fill on="f" focussize="0,0"/>
            <v:stroke on="f" joinstyle="miter"/>
            <v:imagedata r:id="rId5301" o:title="eqId5f7edfc06b7c9b21e5c22968125cc26f"/>
            <o:lock v:ext="edit" aspectratio="t"/>
            <w10:wrap type="none"/>
            <w10:anchorlock/>
          </v:shape>
        </w:pict>
      </w:r>
      <w:r>
        <w:rPr>
          <w:rFonts w:ascii="宋体" w:hAnsi="宋体" w:eastAsia="宋体" w:cs="宋体"/>
          <w:color w:val="000000"/>
        </w:rPr>
        <w:t>，</w:t>
      </w:r>
      <w:r>
        <w:pict>
          <v:shape id="_x0000_i720337"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5302" o:title="eqId2e5aaf17d8846bfb840b29874a24a7f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338" o:spt="75" alt="学科网(www.zxxk.com)--教育资源门户，提供试卷、教案、课件、论文、素材以及各类教学资源下载，还有大量而丰富的教学相关资讯！" type="#_x0000_t75" style="height:30.75pt;width:72pt;" o:ole="t" filled="f" o:preferrelative="t" stroked="f" coordsize="21600,21600">
            <v:path/>
            <v:fill on="f" focussize="0,0"/>
            <v:stroke on="f" joinstyle="miter"/>
            <v:imagedata r:id="rId5303" o:title="eqId567384c8e7e40f9a5136a067f7e43b1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到点</w:t>
      </w:r>
      <w:r>
        <w:rPr>
          <w:rFonts w:ascii="Times New Roman" w:hAnsi="Times New Roman" w:eastAsia="Times New Roman" w:cs="Times New Roman"/>
          <w:i/>
          <w:color w:val="000000"/>
        </w:rPr>
        <w:t>C</w:t>
      </w:r>
      <w:r>
        <w:rPr>
          <w:rFonts w:ascii="宋体" w:hAnsi="宋体" w:eastAsia="宋体" w:cs="宋体"/>
          <w:color w:val="000000"/>
        </w:rPr>
        <w:t>的</w:t>
      </w:r>
      <w:r>
        <w:pict>
          <v:shape id="_x0000_i720339"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5304" o:title="eqIdf89eef3148f2d4d09379767b4af69132"/>
            <o:lock v:ext="edit" aspectratio="t"/>
            <w10:wrap type="none"/>
            <w10:anchorlock/>
          </v:shape>
        </w:pict>
      </w:r>
      <w:r>
        <w:rPr>
          <w:rFonts w:ascii="宋体" w:hAnsi="宋体" w:eastAsia="宋体" w:cs="宋体"/>
          <w:color w:val="000000"/>
        </w:rPr>
        <w:t>倍分点，</w:t>
      </w:r>
    </w:p>
    <w:p>
      <w:pPr>
        <w:spacing w:line="360" w:lineRule="auto"/>
        <w:jc w:val="left"/>
        <w:textAlignment w:val="center"/>
        <w:rPr>
          <w:color w:val="000000"/>
        </w:rPr>
      </w:pPr>
      <w:r>
        <w:pict>
          <v:shape id="_x0000_i720340" o:spt="75" alt="学科网(www.zxxk.com)--教育资源门户，提供试卷、教案、课件、论文、素材以及各类教学资源下载，还有大量而丰富的教学相关资讯！" type="#_x0000_t75" style="height:31pt;width:70pt;" o:ole="t" filled="f" o:preferrelative="t" stroked="f" coordsize="21600,21600">
            <v:path/>
            <v:fill on="f" focussize="0,0"/>
            <v:stroke on="f" joinstyle="miter"/>
            <v:imagedata r:id="rId5305" o:title="eqId8b4811c4f2a5ec9b4044fddc7e53e42f"/>
            <o:lock v:ext="edit" aspectratio="t"/>
            <w10:wrap type="none"/>
            <w10:anchorlock/>
          </v:shape>
        </w:pict>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是点</w:t>
      </w:r>
      <w:r>
        <w:rPr>
          <w:rFonts w:ascii="Times New Roman" w:hAnsi="Times New Roman" w:eastAsia="Times New Roman" w:cs="Times New Roman"/>
          <w:i/>
          <w:color w:val="000000"/>
        </w:rPr>
        <w:t>B</w:t>
      </w:r>
      <w:r>
        <w:rPr>
          <w:rFonts w:ascii="宋体" w:hAnsi="宋体" w:eastAsia="宋体" w:cs="宋体"/>
          <w:color w:val="000000"/>
        </w:rPr>
        <w:t>到点</w:t>
      </w:r>
      <w:r>
        <w:rPr>
          <w:rFonts w:ascii="Times New Roman" w:hAnsi="Times New Roman" w:eastAsia="Times New Roman" w:cs="Times New Roman"/>
          <w:i/>
          <w:color w:val="000000"/>
        </w:rPr>
        <w:t>A</w:t>
      </w:r>
      <w:r>
        <w:rPr>
          <w:rFonts w:ascii="宋体" w:hAnsi="宋体" w:eastAsia="宋体" w:cs="宋体"/>
          <w:color w:val="000000"/>
        </w:rPr>
        <w:t>的</w:t>
      </w:r>
      <w:r>
        <w:pict>
          <v:shape id="_x0000_i720341"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5306" o:title="eqIdbf31876698721a199c7c53c6b320aa86"/>
            <o:lock v:ext="edit" aspectratio="t"/>
            <w10:wrap type="none"/>
            <w10:anchorlock/>
          </v:shape>
        </w:pict>
      </w:r>
      <w:r>
        <w:rPr>
          <w:rFonts w:ascii="宋体" w:hAnsi="宋体" w:eastAsia="宋体" w:cs="宋体"/>
          <w:color w:val="000000"/>
        </w:rPr>
        <w:t>倍分点．</w:t>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故答案为：</w:t>
      </w:r>
      <w:r>
        <w:pict>
          <v:shape id="_x0000_i720342"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5307" o:title="eqIdf89eef3148f2d4d09379767b4af69132"/>
            <o:lock v:ext="edit" aspectratio="t"/>
            <w10:wrap type="none"/>
            <w10:anchorlock/>
          </v:shape>
        </w:pict>
      </w:r>
      <w:r>
        <w:rPr>
          <w:rFonts w:ascii="宋体" w:hAnsi="宋体" w:eastAsia="宋体" w:cs="宋体"/>
          <w:color w:val="000000"/>
        </w:rPr>
        <w:t>，</w:t>
      </w:r>
      <w:r>
        <w:pict>
          <v:shape id="_x0000_i720343"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5308" o:title="eqIdbf31876698721a199c7c53c6b320aa86"/>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设这点为</w:t>
      </w:r>
      <w:r>
        <w:rPr>
          <w:rFonts w:ascii="Times New Roman" w:hAnsi="Times New Roman" w:eastAsia="Times New Roman" w:cs="Times New Roman"/>
          <w:i/>
          <w:color w:val="000000"/>
        </w:rPr>
        <w:t>E</w:t>
      </w:r>
      <w:r>
        <w:rPr>
          <w:rFonts w:ascii="宋体" w:hAnsi="宋体" w:eastAsia="宋体" w:cs="宋体"/>
          <w:color w:val="000000"/>
        </w:rPr>
        <w:t>，对应的数字为</w:t>
      </w:r>
      <w:r>
        <w:rPr>
          <w:rFonts w:ascii="Times New Roman" w:hAnsi="Times New Roman" w:eastAsia="Times New Roman" w:cs="Times New Roman"/>
          <w:i/>
          <w:color w:val="000000"/>
        </w:rPr>
        <w:t>a</w:t>
      </w:r>
      <w:r>
        <w:rPr>
          <w:rFonts w:ascii="宋体" w:hAnsi="宋体" w:eastAsia="宋体" w:cs="宋体"/>
          <w:color w:val="000000"/>
        </w:rPr>
        <w:t>，则</w:t>
      </w:r>
      <w:r>
        <w:pict>
          <v:shape id="_x0000_i720344" o:spt="75" alt="学科网(www.zxxk.com)--教育资源门户，提供试卷、教案、课件、论文、素材以及各类教学资源下载，还有大量而丰富的教学相关资讯！" type="#_x0000_t75" style="height:30.75pt;width:39pt;" o:ole="t" filled="f" o:preferrelative="t" stroked="f" coordsize="21600,21600">
            <v:path/>
            <v:fill on="f" focussize="0,0"/>
            <v:stroke on="f" joinstyle="miter"/>
            <v:imagedata r:id="rId5309" o:title="eqIda9feac6621306e46daaecf6838ed9461"/>
            <o:lock v:ext="edit" aspectratio="t"/>
            <w10:wrap type="none"/>
            <w10:anchorlock/>
          </v:shape>
        </w:pict>
      </w:r>
      <w:r>
        <w:rPr>
          <w:rFonts w:ascii="宋体" w:hAnsi="宋体" w:eastAsia="宋体" w:cs="宋体"/>
          <w:color w:val="000000"/>
        </w:rPr>
        <w:t>，</w:t>
      </w:r>
      <w:r>
        <w:pict>
          <v:shape id="_x0000_i720345" o:spt="75" alt="学科网(www.zxxk.com)--教育资源门户，提供试卷、教案、课件、论文、素材以及各类教学资源下载，还有大量而丰富的教学相关资讯！" type="#_x0000_t75" style="height:21.75pt;width:110.25pt;" o:ole="t" filled="f" o:preferrelative="t" stroked="f" coordsize="21600,21600">
            <v:path/>
            <v:fill on="f" focussize="0,0"/>
            <v:stroke on="f" joinstyle="miter"/>
            <v:imagedata r:id="rId5310" o:title="eqId60762b7334f2bfc20ce96a643f593af5"/>
            <o:lock v:ext="edit" aspectratio="t"/>
            <w10:wrap type="none"/>
            <w10:anchorlock/>
          </v:shape>
        </w:pict>
      </w:r>
      <w:r>
        <w:rPr>
          <w:rFonts w:ascii="宋体" w:hAnsi="宋体" w:eastAsia="宋体" w:cs="宋体"/>
          <w:color w:val="000000"/>
        </w:rPr>
        <w:t>，</w:t>
      </w:r>
      <w:r>
        <w:pict>
          <v:shape id="_x0000_i720346" o:spt="75" alt="学科网(www.zxxk.com)--教育资源门户，提供试卷、教案、课件、论文、素材以及各类教学资源下载，还有大量而丰富的教学相关资讯！" type="#_x0000_t75" style="height:20.25pt;width:59.25pt;" o:ole="t" filled="f" o:preferrelative="t" stroked="f" coordsize="21600,21600">
            <v:path/>
            <v:fill on="f" focussize="0,0"/>
            <v:stroke on="f" joinstyle="miter"/>
            <v:imagedata r:id="rId5311" o:title="eqId834f773828e02f6ac5b2d480883679fc"/>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若点</w:t>
      </w:r>
      <w:r>
        <w:rPr>
          <w:rFonts w:ascii="Times New Roman" w:hAnsi="Times New Roman" w:eastAsia="Times New Roman" w:cs="Times New Roman"/>
          <w:i/>
          <w:color w:val="000000"/>
        </w:rPr>
        <w:t>E</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的左侧，明显不符合题意；</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若点</w:t>
      </w:r>
      <w:r>
        <w:rPr>
          <w:rFonts w:ascii="Times New Roman" w:hAnsi="Times New Roman" w:eastAsia="Times New Roman" w:cs="Times New Roman"/>
          <w:i/>
          <w:color w:val="000000"/>
        </w:rPr>
        <w:t>E</w:t>
      </w:r>
      <w:r>
        <w:rPr>
          <w:rFonts w:ascii="宋体" w:hAnsi="宋体" w:eastAsia="宋体" w:cs="宋体"/>
          <w:color w:val="000000"/>
        </w:rPr>
        <w:t>在</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之间，则</w:t>
      </w:r>
      <w:r>
        <w:pict>
          <v:shape id="_x0000_i720347" o:spt="75" alt="学科网(www.zxxk.com)--教育资源门户，提供试卷、教案、课件、论文、素材以及各类教学资源下载，还有大量而丰富的教学相关资讯！" type="#_x0000_t75" style="height:20.25pt;width:200.25pt;" o:ole="t" filled="f" o:preferrelative="t" stroked="f" coordsize="21600,21600">
            <v:path/>
            <v:fill on="f" focussize="0,0"/>
            <v:stroke on="f" joinstyle="miter"/>
            <v:imagedata r:id="rId5312" o:title="eqId6801efa4a0d3eb60457f00ee192494f0"/>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解得：</w:t>
      </w:r>
      <w:r>
        <w:pict>
          <v:shape id="_x0000_i720348" o:spt="75" alt="学科网(www.zxxk.com)--教育资源门户，提供试卷、教案、课件、论文、素材以及各类教学资源下载，还有大量而丰富的教学相关资讯！" type="#_x0000_t75" style="height:13.6pt;width:26.1pt;" o:ole="t" filled="f" o:preferrelative="t" stroked="f" coordsize="21600,21600">
            <v:path/>
            <v:fill on="f" focussize="0,0"/>
            <v:stroke on="f" joinstyle="miter"/>
            <v:imagedata r:id="rId5313" o:title="eqId0b550ee821ee1838384835e81fc34b6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 xml:space="preserve"> </w:t>
      </w:r>
      <w:r>
        <w:rPr>
          <w:rFonts w:ascii="宋体" w:hAnsi="宋体" w:eastAsia="宋体" w:cs="宋体"/>
          <w:color w:val="000000"/>
        </w:rPr>
        <w:t>若点</w:t>
      </w:r>
      <w:r>
        <w:rPr>
          <w:rFonts w:ascii="Times New Roman" w:hAnsi="Times New Roman" w:eastAsia="Times New Roman" w:cs="Times New Roman"/>
          <w:i/>
          <w:color w:val="000000"/>
        </w:rPr>
        <w:t>E</w:t>
      </w:r>
      <w:r>
        <w:rPr>
          <w:rFonts w:ascii="宋体" w:hAnsi="宋体" w:eastAsia="宋体" w:cs="宋体"/>
          <w:color w:val="000000"/>
        </w:rPr>
        <w:t>在</w:t>
      </w:r>
      <w:r>
        <w:rPr>
          <w:rFonts w:ascii="Times New Roman" w:hAnsi="Times New Roman" w:eastAsia="Times New Roman" w:cs="Times New Roman"/>
          <w:i/>
          <w:color w:val="000000"/>
        </w:rPr>
        <w:t>C</w:t>
      </w:r>
      <w:r>
        <w:rPr>
          <w:rFonts w:ascii="宋体" w:hAnsi="宋体" w:eastAsia="宋体" w:cs="宋体"/>
          <w:color w:val="000000"/>
        </w:rPr>
        <w:t>点的右侧，则</w:t>
      </w:r>
      <w:r>
        <w:pict>
          <v:shape id="_x0000_i720349" o:spt="75" alt="学科网(www.zxxk.com)--教育资源门户，提供试卷、教案、课件、论文、素材以及各类教学资源下载，还有大量而丰富的教学相关资讯！" type="#_x0000_t75" style="height:20.25pt;width:201pt;" o:ole="t" filled="f" o:preferrelative="t" stroked="f" coordsize="21600,21600">
            <v:path/>
            <v:fill on="f" focussize="0,0"/>
            <v:stroke on="f" joinstyle="miter"/>
            <v:imagedata r:id="rId5314" o:title="eqIdaf5fd7d728e2f5f7b7ce9d3548ea47a8"/>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解得：</w:t>
      </w:r>
      <w:r>
        <w:pict>
          <v:shape id="_x0000_i720350" o:spt="75" alt="学科网(www.zxxk.com)--教育资源门户，提供试卷、教案、课件、论文、素材以及各类教学资源下载，还有大量而丰富的教学相关资讯！" type="#_x0000_t75" style="height:13.6pt;width:28.35pt;" o:ole="t" filled="f" o:preferrelative="t" stroked="f" coordsize="21600,21600">
            <v:path/>
            <v:fill on="f" focussize="0,0"/>
            <v:stroke on="f" joinstyle="miter"/>
            <v:imagedata r:id="rId5315" o:title="eqIdaa4c355f11471a38f5583a434a1ddeb3"/>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综上，点</w:t>
      </w:r>
      <w:r>
        <w:rPr>
          <w:rFonts w:ascii="Times New Roman" w:hAnsi="Times New Roman" w:eastAsia="Times New Roman" w:cs="Times New Roman"/>
          <w:i/>
          <w:color w:val="000000"/>
        </w:rPr>
        <w:t>B</w:t>
      </w:r>
      <w:r>
        <w:rPr>
          <w:rFonts w:ascii="宋体" w:hAnsi="宋体" w:eastAsia="宋体" w:cs="宋体"/>
          <w:color w:val="000000"/>
        </w:rPr>
        <w:t>到点</w:t>
      </w:r>
      <w:r>
        <w:rPr>
          <w:rFonts w:ascii="Times New Roman" w:hAnsi="Times New Roman" w:eastAsia="Times New Roman" w:cs="Times New Roman"/>
          <w:i/>
          <w:color w:val="000000"/>
        </w:rPr>
        <w:t>C</w:t>
      </w:r>
      <w:r>
        <w:rPr>
          <w:rFonts w:ascii="宋体" w:hAnsi="宋体" w:eastAsia="宋体" w:cs="宋体"/>
          <w:color w:val="000000"/>
        </w:rPr>
        <w:t>的</w:t>
      </w:r>
      <w:r>
        <w:rPr>
          <w:rFonts w:ascii="Times New Roman" w:hAnsi="Times New Roman" w:eastAsia="Times New Roman" w:cs="Times New Roman"/>
          <w:color w:val="000000"/>
        </w:rPr>
        <w:t>3</w:t>
      </w:r>
      <w:r>
        <w:rPr>
          <w:rFonts w:ascii="宋体" w:hAnsi="宋体" w:eastAsia="宋体" w:cs="宋体"/>
          <w:color w:val="000000"/>
        </w:rPr>
        <w:t>倍分点表示的数是</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r>
        <w:rPr>
          <w:rFonts w:ascii="宋体" w:hAnsi="宋体" w:eastAsia="宋体" w:cs="宋体"/>
          <w:color w:val="000000"/>
        </w:rPr>
        <w:t>或</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设线段</w:t>
      </w:r>
      <w:r>
        <w:pict>
          <v:shape id="_x0000_i720351"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316" o:title="eqId0dc5c9827dfd0be5a9c85962d6ccbfb1"/>
            <o:lock v:ext="edit" aspectratio="t"/>
            <w10:wrap type="none"/>
            <w10:anchorlock/>
          </v:shape>
        </w:pict>
      </w:r>
      <w:r>
        <w:rPr>
          <w:rFonts w:ascii="宋体" w:hAnsi="宋体" w:eastAsia="宋体" w:cs="宋体"/>
          <w:color w:val="000000"/>
        </w:rPr>
        <w:t>上存在一点</w:t>
      </w:r>
      <w:r>
        <w:rPr>
          <w:rFonts w:ascii="Times New Roman" w:hAnsi="Times New Roman" w:eastAsia="Times New Roman" w:cs="Times New Roman"/>
          <w:i/>
          <w:color w:val="000000"/>
        </w:rPr>
        <w:t>F</w:t>
      </w:r>
      <w:r>
        <w:rPr>
          <w:rFonts w:ascii="宋体" w:hAnsi="宋体" w:eastAsia="宋体" w:cs="宋体"/>
          <w:color w:val="000000"/>
        </w:rPr>
        <w:t>是点</w:t>
      </w:r>
      <w:r>
        <w:rPr>
          <w:rFonts w:ascii="Times New Roman" w:hAnsi="Times New Roman" w:eastAsia="Times New Roman" w:cs="Times New Roman"/>
          <w:i/>
          <w:color w:val="000000"/>
        </w:rPr>
        <w:t>A</w:t>
      </w:r>
      <w:r>
        <w:rPr>
          <w:rFonts w:ascii="宋体" w:hAnsi="宋体" w:eastAsia="宋体" w:cs="宋体"/>
          <w:color w:val="000000"/>
        </w:rPr>
        <w:t>到点</w:t>
      </w:r>
      <w:r>
        <w:rPr>
          <w:rFonts w:ascii="Times New Roman" w:hAnsi="Times New Roman" w:eastAsia="Times New Roman" w:cs="Times New Roman"/>
          <w:i/>
          <w:color w:val="000000"/>
        </w:rPr>
        <w:t>D</w:t>
      </w:r>
      <w:r>
        <w:rPr>
          <w:rFonts w:ascii="宋体" w:hAnsi="宋体" w:eastAsia="宋体" w:cs="宋体"/>
          <w:color w:val="000000"/>
        </w:rPr>
        <w:t>的</w:t>
      </w:r>
      <w:r>
        <w:rPr>
          <w:rFonts w:ascii="Times New Roman" w:hAnsi="Times New Roman" w:eastAsia="Times New Roman" w:cs="Times New Roman"/>
          <w:color w:val="000000"/>
        </w:rPr>
        <w:t>4</w:t>
      </w:r>
      <w:r>
        <w:rPr>
          <w:rFonts w:ascii="宋体" w:hAnsi="宋体" w:eastAsia="宋体" w:cs="宋体"/>
          <w:color w:val="000000"/>
        </w:rPr>
        <w:t>倍分点，点</w:t>
      </w:r>
      <w:r>
        <w:rPr>
          <w:rFonts w:ascii="Times New Roman" w:hAnsi="Times New Roman" w:eastAsia="Times New Roman" w:cs="Times New Roman"/>
          <w:i/>
          <w:color w:val="000000"/>
        </w:rPr>
        <w:t>F</w:t>
      </w:r>
      <w:r>
        <w:rPr>
          <w:rFonts w:ascii="宋体" w:hAnsi="宋体" w:eastAsia="宋体" w:cs="宋体"/>
          <w:color w:val="000000"/>
        </w:rPr>
        <w:t>对应的数字为</w:t>
      </w:r>
      <w:r>
        <w:pict>
          <v:shape id="_x0000_i720352" o:spt="75" alt="学科网(www.zxxk.com)--教育资源门户，提供试卷、教案、课件、论文、素材以及各类教学资源下载，还有大量而丰富的教学相关资讯！" type="#_x0000_t75" style="height:20.25pt;width:69.75pt;" o:ole="t" filled="f" o:preferrelative="t" stroked="f" coordsize="21600,21600">
            <v:path/>
            <v:fill on="f" focussize="0,0"/>
            <v:stroke on="f" joinstyle="miter"/>
            <v:imagedata r:id="rId5317" o:title="eqIda3f4c85adafb052d97eb4c221af74cba"/>
            <o:lock v:ext="edit" aspectratio="t"/>
            <w10:wrap type="none"/>
            <w10:anchorlock/>
          </v:shape>
        </w:pict>
      </w:r>
      <w:r>
        <w:rPr>
          <w:rFonts w:ascii="宋体" w:hAnsi="宋体" w:eastAsia="宋体" w:cs="宋体"/>
          <w:color w:val="000000"/>
        </w:rPr>
        <w:t>，则</w:t>
      </w:r>
      <w:r>
        <w:pict>
          <v:shape id="_x0000_i720353" o:spt="75" alt="学科网(www.zxxk.com)--教育资源门户，提供试卷、教案、课件、论文、素材以及各类教学资源下载，还有大量而丰富的教学相关资讯！" type="#_x0000_t75" style="height:13pt;width:53pt;" o:ole="t" filled="f" o:preferrelative="t" stroked="f" coordsize="21600,21600">
            <v:path/>
            <v:fill on="f" focussize="0,0"/>
            <v:stroke on="f" joinstyle="miter"/>
            <v:imagedata r:id="rId5318" o:title="eqIdd9286fabd40d24ce626e41fcff4bc15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354" o:spt="75" alt="学科网(www.zxxk.com)--教育资源门户，提供试卷、教案、课件、论文、素材以及各类教学资源下载，还有大量而丰富的教学相关资讯！" type="#_x0000_t75" style="height:21.75pt;width:222.75pt;" o:ole="t" filled="f" o:preferrelative="t" stroked="f" coordsize="21600,21600">
            <v:path/>
            <v:fill on="f" focussize="0,0"/>
            <v:stroke on="f" joinstyle="miter"/>
            <v:imagedata r:id="rId5319" o:title="eqIdfdf00defbf55d44a243da4606834b95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355" o:spt="75" alt="学科网(www.zxxk.com)--教育资源门户，提供试卷、教案、课件、论文、素材以及各类教学资源下载，还有大量而丰富的教学相关资讯！" type="#_x0000_t75" style="height:20.25pt;width:84pt;" o:ole="t" filled="f" o:preferrelative="t" stroked="f" coordsize="21600,21600">
            <v:path/>
            <v:fill on="f" focussize="0,0"/>
            <v:stroke on="f" joinstyle="miter"/>
            <v:imagedata r:id="rId5320" o:title="eqId054974515982e5c4ff17f57423b8aad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若</w:t>
      </w:r>
      <w:r>
        <w:pict>
          <v:shape id="_x0000_i720356" o:spt="75" alt="学科网(www.zxxk.com)--教育资源门户，提供试卷、教案、课件、论文、素材以及各类教学资源下载，还有大量而丰富的教学相关资讯！" type="#_x0000_t75" style="height:14.9pt;width:29.2pt;" o:ole="t" filled="f" o:preferrelative="t" stroked="f" coordsize="21600,21600">
            <v:path/>
            <v:fill on="f" focussize="0,0"/>
            <v:stroke on="f" joinstyle="miter"/>
            <v:imagedata r:id="rId5321" o:title="eqIdb0c46d1a90bc64c45cd13974eefb0dbb"/>
            <o:lock v:ext="edit" aspectratio="t"/>
            <w10:wrap type="none"/>
            <w10:anchorlock/>
          </v:shape>
        </w:pict>
      </w:r>
      <w:r>
        <w:rPr>
          <w:rFonts w:ascii="宋体" w:hAnsi="宋体" w:eastAsia="宋体" w:cs="宋体"/>
          <w:color w:val="000000"/>
        </w:rPr>
        <w:t>，则</w:t>
      </w:r>
      <w:r>
        <w:pict>
          <v:shape id="_x0000_i720357" o:spt="75" alt="学科网(www.zxxk.com)--教育资源门户，提供试卷、教案、课件、论文、素材以及各类教学资源下载，还有大量而丰富的教学相关资讯！" type="#_x0000_t75" style="height:20.25pt;width:80.25pt;" o:ole="t" filled="f" o:preferrelative="t" stroked="f" coordsize="21600,21600">
            <v:path/>
            <v:fill on="f" focussize="0,0"/>
            <v:stroke on="f" joinstyle="miter"/>
            <v:imagedata r:id="rId5322" o:title="eqId8b55cc28010d6842104a9bcbe8582760"/>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20358" o:spt="75" alt="学科网(www.zxxk.com)--教育资源门户，提供试卷、教案、课件、论文、素材以及各类教学资源下载，还有大量而丰富的教学相关资讯！" type="#_x0000_t75" style="height:31pt;width:54pt;" o:ole="t" filled="f" o:preferrelative="t" stroked="f" coordsize="21600,21600">
            <v:path/>
            <v:fill on="f" focussize="0,0"/>
            <v:stroke on="f" joinstyle="miter"/>
            <v:imagedata r:id="rId5323" o:title="eqIdb6042da7f21f2317cdbd47ea43ec9ff2"/>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从而</w:t>
      </w:r>
      <w:r>
        <w:pict>
          <v:shape id="_x0000_i720359" o:spt="75" alt="学科网(www.zxxk.com)--教育资源门户，提供试卷、教案、课件、论文、素材以及各类教学资源下载，还有大量而丰富的教学相关资讯！" type="#_x0000_t75" style="height:31pt;width:77pt;" o:ole="t" filled="f" o:preferrelative="t" stroked="f" coordsize="21600,21600">
            <v:path/>
            <v:fill on="f" focussize="0,0"/>
            <v:stroke on="f" joinstyle="miter"/>
            <v:imagedata r:id="rId5324" o:title="eqIdc776e5e0c2fc779062e8169f60c2023c"/>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解得：</w:t>
      </w:r>
      <w:r>
        <w:pict>
          <v:shape id="_x0000_i720360" o:spt="75" alt="学科网(www.zxxk.com)--教育资源门户，提供试卷、教案、课件、论文、素材以及各类教学资源下载，还有大量而丰富的教学相关资讯！" type="#_x0000_t75" style="height:31pt;width:58pt;" o:ole="t" filled="f" o:preferrelative="t" stroked="f" coordsize="21600,21600">
            <v:path/>
            <v:fill on="f" focussize="0,0"/>
            <v:stroke on="f" joinstyle="miter"/>
            <v:imagedata r:id="rId5325" o:title="eqId4de5ca1a67a78ac3ad7baca7ad20165a"/>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若</w:t>
      </w:r>
      <w:r>
        <w:pict>
          <v:shape id="_x0000_i720361" o:spt="75" alt="学科网(www.zxxk.com)--教育资源门户，提供试卷、教案、课件、论文、素材以及各类教学资源下载，还有大量而丰富的教学相关资讯！" type="#_x0000_t75" style="height:12.75pt;width:29.25pt;" o:ole="t" filled="f" o:preferrelative="t" stroked="f" coordsize="21600,21600">
            <v:path/>
            <v:fill on="f" focussize="0,0"/>
            <v:stroke on="f" joinstyle="miter"/>
            <v:imagedata r:id="rId5326" o:title="eqIdc37313b684f4ea9714c3f6df0053c603"/>
            <o:lock v:ext="edit" aspectratio="t"/>
            <w10:wrap type="none"/>
            <w10:anchorlock/>
          </v:shape>
        </w:pict>
      </w:r>
      <w:r>
        <w:rPr>
          <w:rFonts w:ascii="宋体" w:hAnsi="宋体" w:eastAsia="宋体" w:cs="宋体"/>
          <w:color w:val="000000"/>
        </w:rPr>
        <w:t>，则</w:t>
      </w:r>
      <w:r>
        <w:pict>
          <v:shape id="_x0000_i720362" o:spt="75" alt="学科网(www.zxxk.com)--教育资源门户，提供试卷、教案、课件、论文、素材以及各类教学资源下载，还有大量而丰富的教学相关资讯！" type="#_x0000_t75" style="height:20.25pt;width:86.25pt;" o:ole="t" filled="f" o:preferrelative="t" stroked="f" coordsize="21600,21600">
            <v:path/>
            <v:fill on="f" focussize="0,0"/>
            <v:stroke on="f" joinstyle="miter"/>
            <v:imagedata r:id="rId5327" o:title="eqId2b9a3a0322786e205c3af20c0fd3ac84"/>
            <o:lock v:ext="edit" aspectratio="t"/>
            <w10:wrap type="none"/>
            <w10:anchorlock/>
          </v:shape>
        </w:pict>
      </w:r>
      <w:r>
        <w:rPr>
          <w:rFonts w:ascii="宋体" w:hAnsi="宋体" w:eastAsia="宋体" w:cs="宋体"/>
          <w:color w:val="000000"/>
        </w:rPr>
        <w:t>，解得：</w:t>
      </w:r>
      <w:r>
        <w:pict>
          <v:shape id="_x0000_i720363" o:spt="75" alt="学科网(www.zxxk.com)--教育资源门户，提供试卷、教案、课件、论文、素材以及各类教学资源下载，还有大量而丰富的教学相关资讯！" type="#_x0000_t75" style="height:31pt;width:54pt;" o:ole="t" filled="f" o:preferrelative="t" stroked="f" coordsize="21600,21600">
            <v:path/>
            <v:fill on="f" focussize="0,0"/>
            <v:stroke on="f" joinstyle="miter"/>
            <v:imagedata r:id="rId5328" o:title="eqIdf6c8945d6ec0aa99783653b987ace205"/>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从而</w:t>
      </w:r>
      <w:r>
        <w:pict>
          <v:shape id="_x0000_i720364" o:spt="75" alt="学科网(www.zxxk.com)--教育资源门户，提供试卷、教案、课件、论文、素材以及各类教学资源下载，还有大量而丰富的教学相关资讯！" type="#_x0000_t75" style="height:31pt;width:77pt;" o:ole="t" filled="f" o:preferrelative="t" stroked="f" coordsize="21600,21600">
            <v:path/>
            <v:fill on="f" focussize="0,0"/>
            <v:stroke on="f" joinstyle="miter"/>
            <v:imagedata r:id="rId5329" o:title="eqIdc8509f070408d03fc21b3691cebe3fc7"/>
            <o:lock v:ext="edit" aspectratio="t"/>
            <w10:wrap type="none"/>
            <w10:anchorlock/>
          </v:shape>
        </w:pict>
      </w:r>
      <w:r>
        <w:rPr>
          <w:rFonts w:ascii="宋体" w:hAnsi="宋体" w:eastAsia="宋体" w:cs="宋体"/>
          <w:color w:val="000000"/>
        </w:rPr>
        <w:t>，解得：</w:t>
      </w:r>
      <w:r>
        <w:pict>
          <v:shape id="_x0000_i720365" o:spt="75" alt="学科网(www.zxxk.com)--教育资源门户，提供试卷、教案、课件、论文、素材以及各类教学资源下载，还有大量而丰富的教学相关资讯！" type="#_x0000_t75" style="height:31.2pt;width:58.8pt;" o:ole="t" filled="f" o:preferrelative="t" stroked="f" coordsize="21600,21600">
            <v:path/>
            <v:fill on="f" focussize="0,0"/>
            <v:stroke on="f" joinstyle="miter"/>
            <v:imagedata r:id="rId5330" o:title="eqId2adfc7961fc6888bffb01526191ce0b7"/>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综上，</w:t>
      </w:r>
      <w:r>
        <w:rPr>
          <w:rFonts w:ascii="Times New Roman" w:hAnsi="Times New Roman" w:eastAsia="Times New Roman" w:cs="Times New Roman"/>
          <w:i/>
          <w:color w:val="000000"/>
        </w:rPr>
        <w:t>x</w:t>
      </w:r>
      <w:r>
        <w:rPr>
          <w:rFonts w:ascii="宋体" w:hAnsi="宋体" w:eastAsia="宋体" w:cs="宋体"/>
          <w:color w:val="000000"/>
          <w:position w:val="0"/>
        </w:rPr>
        <w:drawing>
          <wp:inline distT="0" distB="0" distL="114300" distR="114300">
            <wp:extent cx="133350" cy="177800"/>
            <wp:effectExtent l="0" t="0" r="0" b="0"/>
            <wp:docPr id="3897" name="图片 99024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 name="图片 990241008"/>
                    <pic:cNvPicPr>
                      <a:picLocks noChangeAspect="1"/>
                    </pic:cNvPicPr>
                  </pic:nvPicPr>
                  <pic:blipFill>
                    <a:blip r:embed="rId533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取值范围为：</w:t>
      </w:r>
      <w:r>
        <w:pict>
          <v:shape id="_x0000_i720366" o:spt="75" alt="学科网(www.zxxk.com)--教育资源门户，提供试卷、教案、课件、论文、素材以及各类教学资源下载，还有大量而丰富的教学相关资讯！" type="#_x0000_t75" style="height:31.2pt;width:58.8pt;" o:ole="t" filled="f" o:preferrelative="t" stroked="f" coordsize="21600,21600">
            <v:path/>
            <v:fill on="f" focussize="0,0"/>
            <v:stroke on="f" joinstyle="miter"/>
            <v:imagedata r:id="rId5332" o:title="eqId2adfc7961fc6888bffb01526191ce0b7"/>
            <o:lock v:ext="edit" aspectratio="t"/>
            <w10:wrap type="none"/>
            <w10:anchorlock/>
          </v:shape>
        </w:pict>
      </w:r>
      <w:r>
        <w:rPr>
          <w:rFonts w:ascii="宋体" w:hAnsi="宋体" w:eastAsia="宋体" w:cs="宋体"/>
          <w:color w:val="000000"/>
        </w:rPr>
        <w:t>．</w:t>
      </w:r>
    </w:p>
    <w:p>
      <w:pPr>
        <w:pStyle w:val="Heading2"/>
      </w:pPr>
      <w:r>
        <w:t>西城区</w:t>
      </w:r>
    </w:p>
    <w:p>
      <w:pPr>
        <w:spacing w:line="360" w:lineRule="auto"/>
        <w:jc w:val="left"/>
        <w:textAlignment w:val="center"/>
        <w:rPr>
          <w:color w:val="000000"/>
        </w:rPr>
      </w:pPr>
      <w:r>
        <w:rPr>
          <w:color w:val="000000"/>
        </w:rPr>
        <w:t xml:space="preserve">25. </w:t>
      </w:r>
      <w:r>
        <w:rPr>
          <w:rFonts w:ascii="宋体" w:hAnsi="宋体" w:eastAsia="宋体" w:cs="宋体"/>
          <w:color w:val="000000"/>
        </w:rPr>
        <w:t>将有理数</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m</w:t>
      </w:r>
      <w:r>
        <w:rPr>
          <w:rFonts w:ascii="宋体" w:hAnsi="宋体" w:eastAsia="宋体" w:cs="宋体"/>
          <w:color w:val="000000"/>
        </w:rPr>
        <w:t>不等于</w:t>
      </w:r>
      <w:r>
        <w:rPr>
          <w:rFonts w:ascii="Times New Roman" w:hAnsi="Times New Roman" w:eastAsia="Times New Roman" w:cs="Times New Roman"/>
          <w:color w:val="000000"/>
        </w:rPr>
        <w:t>0</w:t>
      </w:r>
      <w:r>
        <w:rPr>
          <w:rFonts w:ascii="宋体" w:hAnsi="宋体" w:eastAsia="宋体" w:cs="宋体"/>
          <w:color w:val="000000"/>
        </w:rPr>
        <w:t>和</w:t>
      </w:r>
      <w:r>
        <w:rPr>
          <w:rFonts w:ascii="Times New Roman" w:hAnsi="Times New Roman" w:eastAsia="Times New Roman" w:cs="Times New Roman"/>
          <w:color w:val="000000"/>
        </w:rPr>
        <w:t>1</w:t>
      </w:r>
      <w:r>
        <w:rPr>
          <w:rFonts w:ascii="宋体" w:hAnsi="宋体" w:eastAsia="宋体" w:cs="宋体"/>
          <w:color w:val="000000"/>
        </w:rPr>
        <w:t>）按以下步骤进行运算：</w:t>
      </w:r>
    </w:p>
    <w:p>
      <w:pPr>
        <w:spacing w:line="360" w:lineRule="auto"/>
        <w:jc w:val="left"/>
        <w:textAlignment w:val="center"/>
        <w:rPr>
          <w:color w:val="000000"/>
        </w:rPr>
      </w:pPr>
      <w:r>
        <w:rPr>
          <w:rFonts w:ascii="宋体" w:hAnsi="宋体" w:eastAsia="宋体" w:cs="宋体"/>
          <w:color w:val="000000"/>
        </w:rPr>
        <w:t>第一步，求相反数；</w:t>
      </w:r>
    </w:p>
    <w:p>
      <w:pPr>
        <w:spacing w:line="360" w:lineRule="auto"/>
        <w:jc w:val="left"/>
        <w:textAlignment w:val="center"/>
        <w:rPr>
          <w:color w:val="000000"/>
        </w:rPr>
      </w:pPr>
      <w:r>
        <w:rPr>
          <w:rFonts w:ascii="宋体" w:hAnsi="宋体" w:eastAsia="宋体" w:cs="宋体"/>
          <w:color w:val="000000"/>
        </w:rPr>
        <w:t>第二步，求所得的相反数与</w:t>
      </w:r>
      <w:r>
        <w:rPr>
          <w:rFonts w:ascii="Times New Roman" w:hAnsi="Times New Roman" w:eastAsia="Times New Roman" w:cs="Times New Roman"/>
          <w:color w:val="000000"/>
        </w:rPr>
        <w:t>1</w:t>
      </w:r>
      <w:r>
        <w:rPr>
          <w:rFonts w:ascii="宋体" w:hAnsi="宋体" w:eastAsia="宋体" w:cs="宋体"/>
          <w:color w:val="000000"/>
        </w:rPr>
        <w:t>的和；</w:t>
      </w:r>
    </w:p>
    <w:p>
      <w:pPr>
        <w:spacing w:line="360" w:lineRule="auto"/>
        <w:jc w:val="left"/>
        <w:textAlignment w:val="center"/>
        <w:rPr>
          <w:color w:val="000000"/>
        </w:rPr>
      </w:pPr>
      <w:r>
        <w:rPr>
          <w:rFonts w:ascii="宋体" w:hAnsi="宋体" w:eastAsia="宋体" w:cs="宋体"/>
          <w:color w:val="000000"/>
        </w:rPr>
        <w:t>第三步，求这个和的倒数．</w:t>
      </w:r>
    </w:p>
    <w:p>
      <w:pPr>
        <w:spacing w:line="360" w:lineRule="auto"/>
        <w:jc w:val="left"/>
        <w:textAlignment w:val="center"/>
        <w:rPr>
          <w:color w:val="000000"/>
        </w:rPr>
      </w:pPr>
      <w:r>
        <w:rPr>
          <w:rFonts w:ascii="宋体" w:hAnsi="宋体" w:eastAsia="宋体" w:cs="宋体"/>
          <w:color w:val="000000"/>
        </w:rPr>
        <w:t>如，有理数</w:t>
      </w:r>
      <w:r>
        <w:rPr>
          <w:rFonts w:ascii="Times New Roman" w:hAnsi="Times New Roman" w:eastAsia="Times New Roman" w:cs="Times New Roman"/>
          <w:color w:val="000000"/>
        </w:rPr>
        <w:t>3</w:t>
      </w:r>
      <w:r>
        <w:rPr>
          <w:rFonts w:ascii="宋体" w:hAnsi="宋体" w:eastAsia="宋体" w:cs="宋体"/>
          <w:color w:val="000000"/>
        </w:rPr>
        <w:t>按上述步骤运算，得到的结果是</w:t>
      </w:r>
      <w:r>
        <w:pict>
          <v:shape id="_x0000_i720367" o:spt="75" alt="学科网(www.zxxk.com)--教育资源门户，提供试卷、教案、课件、论文、素材以及各类教学资源下载，还有大量而丰富的教学相关资讯！" type="#_x0000_t75" style="height:30.75pt;width:20.25pt;" o:ole="t" filled="f" o:preferrelative="t" stroked="f" coordsize="21600,21600">
            <v:path/>
            <v:fill on="f" focussize="0,0"/>
            <v:stroke on="f" joinstyle="miter"/>
            <v:imagedata r:id="rId5333" o:title="eqId3389f53711264b0acba3ba6019f8b90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现将有理数</w:t>
      </w:r>
      <w:r>
        <w:rPr>
          <w:rFonts w:ascii="Times New Roman" w:hAnsi="Times New Roman" w:eastAsia="Times New Roman" w:cs="Times New Roman"/>
          <w:color w:val="000000"/>
        </w:rPr>
        <w:t>2</w:t>
      </w:r>
      <w:r>
        <w:rPr>
          <w:rFonts w:ascii="宋体" w:hAnsi="宋体" w:eastAsia="宋体" w:cs="宋体"/>
          <w:color w:val="000000"/>
        </w:rPr>
        <w:t>和</w:t>
      </w:r>
      <w:r>
        <w:pict>
          <v:shape id="_x0000_i720368"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5334" o:title="eqIda4b8503f4706b8321e4e79a87eadea84"/>
            <o:lock v:ext="edit" aspectratio="t"/>
            <w10:wrap type="none"/>
            <w10:anchorlock/>
          </v:shape>
        </w:pict>
      </w:r>
      <w:r>
        <w:rPr>
          <w:rFonts w:ascii="宋体" w:hAnsi="宋体" w:eastAsia="宋体" w:cs="宋体"/>
          <w:color w:val="000000"/>
        </w:rPr>
        <w:t>分别按上述步骤运算，得到的结果记为</w:t>
      </w:r>
      <w:r>
        <w:pict>
          <v:shape id="_x0000_i720369"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5335" o:title="eqIde72adb45c60c2f63b46e65ff787302bf"/>
            <o:lock v:ext="edit" aspectratio="t"/>
            <w10:wrap type="none"/>
            <w10:anchorlock/>
          </v:shape>
        </w:pict>
      </w:r>
      <w:r>
        <w:rPr>
          <w:rFonts w:ascii="宋体" w:hAnsi="宋体" w:eastAsia="宋体" w:cs="宋体"/>
          <w:color w:val="000000"/>
        </w:rPr>
        <w:t>和</w:t>
      </w:r>
      <w:r>
        <w:pict>
          <v:shape id="_x0000_i720370"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5336" o:title="eqId3e88093a749c0d46e0ee931ecfaff925"/>
            <o:lock v:ext="edit" aspectratio="t"/>
            <w10:wrap type="none"/>
            <w10:anchorlock/>
          </v:shape>
        </w:pict>
      </w:r>
      <w:r>
        <w:rPr>
          <w:rFonts w:ascii="宋体" w:hAnsi="宋体" w:eastAsia="宋体" w:cs="宋体"/>
          <w:color w:val="000000"/>
        </w:rPr>
        <w:t>，再将</w:t>
      </w:r>
      <w:r>
        <w:pict>
          <v:shape id="_x0000_i720371"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5335" o:title="eqIde72adb45c60c2f63b46e65ff787302bf"/>
            <o:lock v:ext="edit" aspectratio="t"/>
            <w10:wrap type="none"/>
            <w10:anchorlock/>
          </v:shape>
        </w:pict>
      </w:r>
      <w:r>
        <w:rPr>
          <w:rFonts w:ascii="宋体" w:hAnsi="宋体" w:eastAsia="宋体" w:cs="宋体"/>
          <w:color w:val="000000"/>
        </w:rPr>
        <w:t>和</w:t>
      </w:r>
      <w:r>
        <w:pict>
          <v:shape id="_x0000_i720372"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5336" o:title="eqId3e88093a749c0d46e0ee931ecfaff925"/>
            <o:lock v:ext="edit" aspectratio="t"/>
            <w10:wrap type="none"/>
            <w10:anchorlock/>
          </v:shape>
        </w:pict>
      </w:r>
      <w:r>
        <w:rPr>
          <w:rFonts w:ascii="宋体" w:hAnsi="宋体" w:eastAsia="宋体" w:cs="宋体"/>
          <w:color w:val="000000"/>
        </w:rPr>
        <w:t>分别按上述步骤运算，得到的结果记为</w:t>
      </w:r>
      <w:r>
        <w:pict>
          <v:shape id="_x0000_i720373"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5337" o:title="eqId6c1ccc6c74b8754e9bcbb3f39a11b6f1"/>
            <o:lock v:ext="edit" aspectratio="t"/>
            <w10:wrap type="none"/>
            <w10:anchorlock/>
          </v:shape>
        </w:pict>
      </w:r>
      <w:r>
        <w:rPr>
          <w:rFonts w:ascii="宋体" w:hAnsi="宋体" w:eastAsia="宋体" w:cs="宋体"/>
          <w:color w:val="000000"/>
        </w:rPr>
        <w:t>和</w:t>
      </w:r>
      <w:r>
        <w:pict>
          <v:shape id="_x0000_i720374"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5338" o:title="eqIddaf464629fa321a6ff7401ab79f07083"/>
            <o:lock v:ext="edit" aspectratio="t"/>
            <w10:wrap type="none"/>
            <w10:anchorlock/>
          </v:shape>
        </w:pict>
      </w:r>
      <w:r>
        <w:rPr>
          <w:rFonts w:ascii="宋体" w:hAnsi="宋体" w:eastAsia="宋体" w:cs="宋体"/>
          <w:color w:val="000000"/>
        </w:rPr>
        <w:t>，如此重复上述过程，</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（1）</w:t>
      </w:r>
      <w:r>
        <w:pict>
          <v:shape id="_x0000_i720375"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5339" o:title="eqIde72adb45c60c2f63b46e65ff787302bf"/>
            <o:lock v:ext="edit" aspectratio="t"/>
            <w10:wrap type="none"/>
            <w10:anchorlock/>
          </v:shape>
        </w:pict>
      </w:r>
      <w:r>
        <w:rPr>
          <w:rFonts w:ascii="宋体" w:hAnsi="宋体" w:eastAsia="宋体" w:cs="宋体"/>
          <w:color w:val="000000"/>
        </w:rPr>
        <w:t>的值是</w: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20376"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5340" o:title="eqId3e88093a749c0d46e0ee931ecfaff925"/>
            <o:lock v:ext="edit" aspectratio="t"/>
            <w10:wrap type="none"/>
            <w10:anchorlock/>
          </v:shape>
        </w:pict>
      </w:r>
      <w:r>
        <w:rPr>
          <w:rFonts w:ascii="宋体" w:hAnsi="宋体" w:eastAsia="宋体" w:cs="宋体"/>
          <w:color w:val="000000"/>
        </w:rPr>
        <w:t>的值是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pict>
          <v:shape id="_x0000_i720377" o:spt="75" alt="学科网(www.zxxk.com)--教育资源门户，提供试卷、教案、课件、论文、素材以及各类教学资源下载，还有大量而丰富的教学相关资讯！" type="#_x0000_t75" style="height:18pt;width:195pt;" o:ole="t" filled="f" o:preferrelative="t" stroked="f" coordsize="21600,21600">
            <v:path/>
            <v:fill on="f" focussize="0,0"/>
            <v:stroke on="f" joinstyle="miter"/>
            <v:imagedata r:id="rId5341" o:title="eqId421458ecff8c356663d4fb38220047da"/>
            <o:lock v:ext="edit" aspectratio="t"/>
            <w10:wrap type="none"/>
            <w10:anchorlock/>
          </v:shape>
        </w:pict>
      </w:r>
      <w:r>
        <w:rPr>
          <w:rFonts w:ascii="宋体" w:hAnsi="宋体" w:eastAsia="宋体" w:cs="宋体"/>
          <w:color w:val="000000"/>
        </w:rPr>
        <w:t>的值是</w: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25. </w:t>
      </w:r>
      <w:r>
        <w:pict>
          <v:shape id="_x0000_i720378"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342" o:title="eqIdacbc6a613224461ade69362d46550474"/>
            <o:lock v:ext="edit" aspectratio="t"/>
            <w10:wrap type="none"/>
            <w10:anchorlock/>
          </v:shape>
        </w:pict>
      </w:r>
      <w:r>
        <w:rPr>
          <w:rFonts w:ascii="宋体" w:hAnsi="宋体" w:eastAsia="宋体" w:cs="宋体"/>
          <w:color w:val="000000"/>
        </w:rPr>
        <w:t>；</w:t>
      </w:r>
      <w:r>
        <w:pict>
          <v:shape id="_x0000_i720379"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343" o:title="eqId274a9dc37509f01c2606fb3086a46f4f"/>
            <o:lock v:ext="edit" aspectratio="t"/>
            <w10:wrap type="none"/>
            <w10:anchorlock/>
          </v:shape>
        </w:pict>
      </w:r>
      <w:r>
        <w:rPr>
          <w:color w:val="000000"/>
        </w:rPr>
        <w:t xml:space="preserve">    </w:t>
      </w:r>
    </w:p>
    <w:p>
      <w:pPr>
        <w:spacing w:line="360" w:lineRule="auto"/>
        <w:textAlignment w:val="center"/>
        <w:rPr>
          <w:color w:val="000000"/>
        </w:rPr>
      </w:pPr>
      <w:r>
        <w:rPr>
          <w:color w:val="000000"/>
        </w:rPr>
        <w:t xml:space="preserve">26. </w:t>
      </w:r>
      <w:r>
        <w:rPr>
          <w:rFonts w:ascii="Times New Roman" w:hAnsi="Times New Roman" w:eastAsia="Times New Roman" w:cs="Times New Roman"/>
          <w:color w:val="000000"/>
        </w:rPr>
        <w:t>24</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本题主要考查了有理数的混合运算以及数字规律：</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）根据题目要求可直接计算出</w:t>
      </w:r>
      <w:r>
        <w:pict>
          <v:shape id="_x0000_i720380"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5344" o:title="eqIde72adb45c60c2f63b46e65ff787302bf"/>
            <o:lock v:ext="edit" aspectratio="t"/>
            <w10:wrap type="none"/>
            <w10:anchorlock/>
          </v:shape>
        </w:pict>
      </w:r>
      <w:r>
        <w:rPr>
          <w:rFonts w:ascii="宋体" w:hAnsi="宋体" w:eastAsia="宋体" w:cs="宋体"/>
          <w:color w:val="000000"/>
        </w:rPr>
        <w:t>和</w:t>
      </w:r>
      <w:r>
        <w:pict>
          <v:shape id="_x0000_i720381"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5345" o:title="eqId3e88093a749c0d46e0ee931ecfaff925"/>
            <o:lock v:ext="edit" aspectratio="t"/>
            <w10:wrap type="none"/>
            <w10:anchorlock/>
          </v:shape>
        </w:pict>
      </w:r>
      <w:r>
        <w:rPr>
          <w:rFonts w:ascii="宋体" w:hAnsi="宋体" w:eastAsia="宋体" w:cs="宋体"/>
          <w:color w:val="000000"/>
        </w:rPr>
        <w:t>的值；</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）分别计算出</w:t>
      </w:r>
      <w:r>
        <w:pict>
          <v:shape id="_x0000_i720382" o:spt="75" alt="学科网(www.zxxk.com)--教育资源门户，提供试卷、教案、课件、论文、素材以及各类教学资源下载，还有大量而丰富的教学相关资讯！" type="#_x0000_t75" style="height:17.9pt;width:12.1pt;" o:ole="t" filled="f" o:preferrelative="t" stroked="f" coordsize="21600,21600">
            <v:path/>
            <v:fill on="f" focussize="0,0"/>
            <v:stroke on="f" joinstyle="miter"/>
            <v:imagedata r:id="rId5346" o:title="eqIde72adb45c60c2f63b46e65ff787302bf"/>
            <o:lock v:ext="edit" aspectratio="t"/>
            <w10:wrap type="none"/>
            <w10:anchorlock/>
          </v:shape>
        </w:pict>
      </w:r>
      <w:r>
        <w:rPr>
          <w:rFonts w:ascii="宋体" w:hAnsi="宋体" w:eastAsia="宋体" w:cs="宋体"/>
          <w:color w:val="000000"/>
        </w:rPr>
        <w:t>，</w:t>
      </w:r>
      <w:r>
        <w:pict>
          <v:shape id="_x0000_i720383" o:spt="75" alt="学科网(www.zxxk.com)--教育资源门户，提供试卷、教案、课件、论文、素材以及各类教学资源下载，还有大量而丰富的教学相关资讯！" type="#_x0000_t75" style="height:18.15pt;width:13.15pt;" o:ole="t" filled="f" o:preferrelative="t" stroked="f" coordsize="21600,21600">
            <v:path/>
            <v:fill on="f" focussize="0,0"/>
            <v:stroke on="f" joinstyle="miter"/>
            <v:imagedata r:id="rId5347" o:title="eqId6c1ccc6c74b8754e9bcbb3f39a11b6f1"/>
            <o:lock v:ext="edit" aspectratio="t"/>
            <w10:wrap type="none"/>
            <w10:anchorlock/>
          </v:shape>
        </w:pict>
      </w:r>
      <w:r>
        <w:rPr>
          <w:rFonts w:ascii="宋体" w:hAnsi="宋体" w:eastAsia="宋体" w:cs="宋体"/>
          <w:color w:val="000000"/>
        </w:rPr>
        <w:t>，</w:t>
      </w:r>
      <w:r>
        <w:pict>
          <v:shape id="_x0000_i720384" o:spt="75" alt="学科网(www.zxxk.com)--教育资源门户，提供试卷、教案、课件、论文、素材以及各类教学资源下载，还有大量而丰富的教学相关资讯！" type="#_x0000_t75" style="height:18pt;width:13pt;" o:ole="t" filled="f" o:preferrelative="t" stroked="f" coordsize="21600,21600">
            <v:path/>
            <v:fill on="f" focussize="0,0"/>
            <v:stroke on="f" joinstyle="miter"/>
            <v:imagedata r:id="rId5348" o:title="eqIdf65fc200f10b97588a0c9896277c9c64"/>
            <o:lock v:ext="edit" aspectratio="t"/>
            <w10:wrap type="none"/>
            <w10:anchorlock/>
          </v:shape>
        </w:pict>
      </w:r>
      <w:r>
        <w:rPr>
          <w:rFonts w:ascii="宋体" w:hAnsi="宋体" w:eastAsia="宋体" w:cs="宋体"/>
          <w:color w:val="000000"/>
        </w:rPr>
        <w:t>，</w:t>
      </w:r>
      <w:r>
        <w:pict>
          <v:shape id="_x0000_i720385" o:spt="75" alt="学科网(www.zxxk.com)--教育资源门户，提供试卷、教案、课件、论文、素材以及各类教学资源下载，还有大量而丰富的教学相关资讯！" type="#_x0000_t75" style="height:18.25pt;width:12.9pt;" o:ole="t" filled="f" o:preferrelative="t" stroked="f" coordsize="21600,21600">
            <v:path/>
            <v:fill on="f" focussize="0,0"/>
            <v:stroke on="f" joinstyle="miter"/>
            <v:imagedata r:id="rId5349" o:title="eqId7fd71bc7e6668f90f259ad0b06dd60c2"/>
            <o:lock v:ext="edit" aspectratio="t"/>
            <w10:wrap type="none"/>
            <w10:anchorlock/>
          </v:shape>
        </w:pict>
      </w:r>
      <w:r>
        <w:rPr>
          <w:rFonts w:ascii="宋体" w:hAnsi="宋体" w:eastAsia="宋体" w:cs="宋体"/>
          <w:color w:val="000000"/>
        </w:rPr>
        <w:t>以及</w:t>
      </w:r>
      <w:r>
        <w:pict>
          <v:shape id="_x0000_i720386" o:spt="75" alt="学科网(www.zxxk.com)--教育资源门户，提供试卷、教案、课件、论文、素材以及各类教学资源下载，还有大量而丰富的教学相关资讯！" type="#_x0000_t75" style="height:17.9pt;width:13.05pt;" o:ole="t" filled="f" o:preferrelative="t" stroked="f" coordsize="21600,21600">
            <v:path/>
            <v:fill on="f" focussize="0,0"/>
            <v:stroke on="f" joinstyle="miter"/>
            <v:imagedata r:id="rId5350" o:title="eqId3e88093a749c0d46e0ee931ecfaff925"/>
            <o:lock v:ext="edit" aspectratio="t"/>
            <w10:wrap type="none"/>
            <w10:anchorlock/>
          </v:shape>
        </w:pict>
      </w:r>
      <w:r>
        <w:rPr>
          <w:rFonts w:ascii="宋体" w:hAnsi="宋体" w:eastAsia="宋体" w:cs="宋体"/>
          <w:color w:val="000000"/>
        </w:rPr>
        <w:t>，</w:t>
      </w:r>
      <w:r>
        <w:pict>
          <v:shape id="_x0000_i720387" o:spt="75" alt="学科网(www.zxxk.com)--教育资源门户，提供试卷、教案、课件、论文、素材以及各类教学资源下载，还有大量而丰富的教学相关资讯！" type="#_x0000_t75" style="height:18pt;width:12.75pt;" o:ole="t" filled="f" o:preferrelative="t" stroked="f" coordsize="21600,21600">
            <v:path/>
            <v:fill on="f" focussize="0,0"/>
            <v:stroke on="f" joinstyle="miter"/>
            <v:imagedata r:id="rId5351" o:title="eqIddaf464629fa321a6ff7401ab79f07083"/>
            <o:lock v:ext="edit" aspectratio="t"/>
            <w10:wrap type="none"/>
            <w10:anchorlock/>
          </v:shape>
        </w:pict>
      </w:r>
      <w:r>
        <w:rPr>
          <w:rFonts w:ascii="宋体" w:hAnsi="宋体" w:eastAsia="宋体" w:cs="宋体"/>
          <w:color w:val="000000"/>
        </w:rPr>
        <w:t>，</w:t>
      </w:r>
      <w:r>
        <w:pict>
          <v:shape id="_x0000_i720388" o:spt="75" alt="学科网(www.zxxk.com)--教育资源门户，提供试卷、教案、课件、论文、素材以及各类教学资源下载，还有大量而丰富的教学相关资讯！" type="#_x0000_t75" style="height:18pt;width:13pt;" o:ole="t" filled="f" o:preferrelative="t" stroked="f" coordsize="21600,21600">
            <v:path/>
            <v:fill on="f" focussize="0,0"/>
            <v:stroke on="f" joinstyle="miter"/>
            <v:imagedata r:id="rId5352" o:title="eqId5da4cd81500bdb43118150dbdb1541e6"/>
            <o:lock v:ext="edit" aspectratio="t"/>
            <w10:wrap type="none"/>
            <w10:anchorlock/>
          </v:shape>
        </w:pict>
      </w:r>
      <w:r>
        <w:rPr>
          <w:rFonts w:ascii="宋体" w:hAnsi="宋体" w:eastAsia="宋体" w:cs="宋体"/>
          <w:color w:val="000000"/>
        </w:rPr>
        <w:t>，</w:t>
      </w:r>
      <w:r>
        <w:pict>
          <v:shape id="_x0000_i720389" o:spt="75" alt="学科网(www.zxxk.com)--教育资源门户，提供试卷、教案、课件、论文、素材以及各类教学资源下载，还有大量而丰富的教学相关资讯！" type="#_x0000_t75" style="height:18pt;width:12.8pt;" o:ole="t" filled="f" o:preferrelative="t" stroked="f" coordsize="21600,21600">
            <v:path/>
            <v:fill on="f" focussize="0,0"/>
            <v:stroke on="f" joinstyle="miter"/>
            <v:imagedata r:id="rId5353" o:title="eqIdd7da2f386b78cdf6489efaa2f5820d3e"/>
            <o:lock v:ext="edit" aspectratio="t"/>
            <w10:wrap type="none"/>
            <w10:anchorlock/>
          </v:shape>
        </w:pict>
      </w:r>
      <w:r>
        <w:rPr>
          <w:rFonts w:ascii="宋体" w:hAnsi="宋体" w:eastAsia="宋体" w:cs="宋体"/>
          <w:color w:val="000000"/>
        </w:rPr>
        <w:t>的值，可以发现它们的值分别是每三个循环出现，依此规律进行计算即可．</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pict>
          <v:shape id="_x0000_i720390" o:spt="75" alt="学科网(www.zxxk.com)--教育资源门户，提供试卷、教案、课件、论文、素材以及各类教学资源下载，还有大量而丰富的教学相关资讯！" type="#_x0000_t75" style="height:31.15pt;width:78pt;" o:ole="t" filled="f" o:preferrelative="t" stroked="f" coordsize="21600,21600">
            <v:path/>
            <v:fill on="f" focussize="0,0"/>
            <v:stroke on="f" joinstyle="miter"/>
            <v:imagedata r:id="rId5354" o:title="eqId41c2aa21974fac1bcbe344d9b43c426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391" o:spt="75" alt="学科网(www.zxxk.com)--教育资源门户，提供试卷、教案、课件、论文、素材以及各类教学资源下载，还有大量而丰富的教学相关资讯！" type="#_x0000_t75" style="height:46.15pt;width:84pt;" o:ole="t" filled="f" o:preferrelative="t" stroked="f" coordsize="21600,21600">
            <v:path/>
            <v:fill on="f" focussize="0,0"/>
            <v:stroke on="f" joinstyle="miter"/>
            <v:imagedata r:id="rId5355" o:title="eqIdd72ebb50b03018cf53c3321c54391f9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20392" o:spt="75" alt="学科网(www.zxxk.com)--教育资源门户，提供试卷、教案、课件、论文、素材以及各类教学资源下载，还有大量而丰富的教学相关资讯！" type="#_x0000_t75" style="height:10.5pt;width:12pt;" o:ole="t" filled="f" o:preferrelative="t" stroked="f" coordsize="21600,21600">
            <v:path/>
            <v:fill on="f" focussize="0,0"/>
            <v:stroke on="f" joinstyle="miter"/>
            <v:imagedata r:id="rId5356" o:title="eqIdacbc6a613224461ade69362d46550474"/>
            <o:lock v:ext="edit" aspectratio="t"/>
            <w10:wrap type="none"/>
            <w10:anchorlock/>
          </v:shape>
        </w:pict>
      </w:r>
      <w:r>
        <w:rPr>
          <w:rFonts w:ascii="宋体" w:hAnsi="宋体" w:eastAsia="宋体" w:cs="宋体"/>
          <w:color w:val="000000"/>
        </w:rPr>
        <w:t>；</w:t>
      </w:r>
      <w:r>
        <w:pict>
          <v:shape id="_x0000_i720393"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357" o:title="eqId274a9dc37509f01c2606fb3086a46f4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w:t>
      </w:r>
      <w:r>
        <w:pict>
          <v:shape id="_x0000_i720394" o:spt="75" alt="学科网(www.zxxk.com)--教育资源门户，提供试卷、教案、课件、论文、素材以及各类教学资源下载，还有大量而丰富的教学相关资讯！" type="#_x0000_t75" style="height:18.25pt;width:37.05pt;" o:ole="t" filled="f" o:preferrelative="t" stroked="f" coordsize="21600,21600">
            <v:path/>
            <v:fill on="f" focussize="0,0"/>
            <v:stroke on="f" joinstyle="miter"/>
            <v:imagedata r:id="rId5358" o:title="eqIdbbe7bdaaf8b0adf10bf2ef6c1255b1dc"/>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20395" o:spt="75" alt="学科网(www.zxxk.com)--教育资源门户，提供试卷、教案、课件、论文、素材以及各类教学资源下载，还有大量而丰富的教学相关资讯！" type="#_x0000_t75" style="height:46.15pt;width:247.15pt;" o:ole="t" filled="f" o:preferrelative="t" stroked="f" coordsize="21600,21600">
            <v:path/>
            <v:fill on="f" focussize="0,0"/>
            <v:stroke on="f" joinstyle="miter"/>
            <v:imagedata r:id="rId5359" o:title="eqIdfd48aef38ff1c60e0c829266164de1a9"/>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20396" o:spt="75" alt="学科网(www.zxxk.com)--教育资源门户，提供试卷、教案、课件、论文、素材以及各类教学资源下载，还有大量而丰富的教学相关资讯！" type="#_x0000_t75" style="height:19.15pt;width:40.15pt;" o:ole="t" filled="f" o:preferrelative="t" stroked="f" coordsize="21600,21600">
            <v:path/>
            <v:fill on="f" focussize="0,0"/>
            <v:stroke on="f" joinstyle="miter"/>
            <v:imagedata r:id="rId5360" o:title="eqId82a55fd92ec2b6e780fe53940c6594b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397" o:spt="75" alt="学科网(www.zxxk.com)--教育资源门户，提供试卷、教案、课件、论文、素材以及各类教学资源下载，还有大量而丰富的教学相关资讯！" type="#_x0000_t75" style="height:46.15pt;width:256.25pt;" o:ole="t" filled="f" o:preferrelative="t" stroked="f" coordsize="21600,21600">
            <v:path/>
            <v:fill on="f" focussize="0,0"/>
            <v:stroke on="f" joinstyle="miter"/>
            <v:imagedata r:id="rId5361" o:title="eqIdea2d14c6bac0ea6ba1861a89901d8145"/>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20398" o:spt="75" alt="学科网(www.zxxk.com)--教育资源门户，提供试卷、教案、课件、论文、素材以及各类教学资源下载，还有大量而丰富的教学相关资讯！" type="#_x0000_t75" style="height:18pt;width:195pt;" o:ole="t" filled="f" o:preferrelative="t" stroked="f" coordsize="21600,21600">
            <v:path/>
            <v:fill on="f" focussize="0,0"/>
            <v:stroke on="f" joinstyle="miter"/>
            <v:imagedata r:id="rId5362" o:title="eqId421458ecff8c356663d4fb38220047da"/>
            <o:lock v:ext="edit" aspectratio="t"/>
            <w10:wrap type="none"/>
            <w10:anchorlock/>
          </v:shape>
        </w:pict>
      </w:r>
    </w:p>
    <w:p>
      <w:pPr>
        <w:spacing w:line="360" w:lineRule="auto"/>
        <w:jc w:val="left"/>
        <w:textAlignment w:val="center"/>
        <w:rPr>
          <w:color w:val="000000"/>
        </w:rPr>
      </w:pPr>
      <w:r>
        <w:pict>
          <v:shape id="_x0000_i720399" o:spt="75" alt="学科网(www.zxxk.com)--教育资源门户，提供试卷、教案、课件、论文、素材以及各类教学资源下载，还有大量而丰富的教学相关资讯！" type="#_x0000_t75" style="height:18pt;width:225pt;" o:ole="t" filled="f" o:preferrelative="t" stroked="f" coordsize="21600,21600">
            <v:path/>
            <v:fill on="f" focussize="0,0"/>
            <v:stroke on="f" joinstyle="miter"/>
            <v:imagedata r:id="rId5363" o:title="eqId04bb97a0bd7ddb827d8cb8b587eac80e"/>
            <o:lock v:ext="edit" aspectratio="t"/>
            <w10:wrap type="none"/>
            <w10:anchorlock/>
          </v:shape>
        </w:pict>
      </w:r>
    </w:p>
    <w:p>
      <w:pPr>
        <w:spacing w:line="360" w:lineRule="auto"/>
        <w:jc w:val="left"/>
        <w:textAlignment w:val="center"/>
        <w:rPr>
          <w:color w:val="000000"/>
        </w:rPr>
      </w:pPr>
      <w:r>
        <w:pict>
          <v:shape id="_x0000_i720400" o:spt="75" alt="学科网(www.zxxk.com)--教育资源门户，提供试卷、教案、课件、论文、素材以及各类教学资源下载，还有大量而丰富的教学相关资讯！" type="#_x0000_t75" style="height:33.75pt;width:326.25pt;" o:ole="t" filled="f" o:preferrelative="t" stroked="f" coordsize="21600,21600">
            <v:path/>
            <v:fill on="f" focussize="0,0"/>
            <v:stroke on="f" joinstyle="miter"/>
            <v:imagedata r:id="rId5364" o:title="eqId9f00d9d656fcfbd59b2c0d0d710e539b"/>
            <o:lock v:ext="edit" aspectratio="t"/>
            <w10:wrap type="none"/>
            <w10:anchorlock/>
          </v:shape>
        </w:pict>
      </w:r>
    </w:p>
    <w:p>
      <w:pPr>
        <w:spacing w:line="360" w:lineRule="auto"/>
        <w:jc w:val="left"/>
        <w:textAlignment w:val="center"/>
        <w:rPr>
          <w:color w:val="000000"/>
        </w:rPr>
      </w:pPr>
      <w:r>
        <w:pict>
          <v:shape id="_x0000_i720401" o:spt="75" alt="学科网(www.zxxk.com)--教育资源门户，提供试卷、教案、课件、论文、素材以及各类教学资源下载，还有大量而丰富的教学相关资讯！" type="#_x0000_t75" style="height:33.75pt;width:132.75pt;" o:ole="t" filled="f" o:preferrelative="t" stroked="f" coordsize="21600,21600">
            <v:path/>
            <v:fill on="f" focussize="0,0"/>
            <v:stroke on="f" joinstyle="miter"/>
            <v:imagedata r:id="rId5365" o:title="eqIde5a78807f429fb9288e698c23fec8702"/>
            <o:lock v:ext="edit" aspectratio="t"/>
            <w10:wrap type="none"/>
            <w10:anchorlock/>
          </v:shape>
        </w:pict>
      </w:r>
    </w:p>
    <w:p>
      <w:pPr>
        <w:spacing w:line="360" w:lineRule="auto"/>
        <w:jc w:val="left"/>
        <w:textAlignment w:val="center"/>
        <w:rPr>
          <w:color w:val="000000"/>
        </w:rPr>
      </w:pPr>
      <w:r>
        <w:pict>
          <v:shape id="_x0000_i720402"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5366" o:title="eqIdc1516701c44fc48e553692f153b0d826"/>
            <o:lock v:ext="edit" aspectratio="t"/>
            <w10:wrap type="none"/>
            <w10:anchorlock/>
          </v:shape>
        </w:pict>
      </w:r>
    </w:p>
    <w:p>
      <w:pPr>
        <w:spacing w:line="360" w:lineRule="auto"/>
        <w:jc w:val="left"/>
        <w:textAlignment w:val="center"/>
        <w:rPr>
          <w:color w:val="000000"/>
        </w:rPr>
      </w:pPr>
      <w:r>
        <w:pict>
          <v:shape id="_x0000_i720403"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5367" o:title="eqId92d24d7e906c66617321ab392085fa5c"/>
            <o:lock v:ext="edit" aspectratio="t"/>
            <w10:wrap type="none"/>
            <w10:anchorlock/>
          </v:shape>
        </w:pict>
      </w:r>
      <w:r>
        <w:rPr>
          <w:color w:val="000000"/>
        </w:rPr>
        <w:t>，</w:t>
      </w:r>
    </w:p>
    <w:p>
      <w:pPr>
        <w:spacing w:line="360" w:lineRule="auto"/>
        <w:jc w:val="left"/>
        <w:textAlignment w:val="center"/>
        <w:rPr>
          <w:color w:val="000000"/>
        </w:rPr>
      </w:pPr>
      <w:r>
        <w:rPr>
          <w:color w:val="000000"/>
        </w:rPr>
        <w:t>故答案为：</w:t>
      </w:r>
      <w:r>
        <w:pict>
          <v:shape id="_x0000_i72040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368" o:title="eqId51ed533272ac9d01f1ce3e741b034d4f"/>
            <o:lock v:ext="edit" aspectratio="t"/>
            <w10:wrap type="none"/>
            <w10:anchorlock/>
          </v:shape>
        </w:pict>
      </w:r>
    </w:p>
    <w:p>
      <w:pPr>
        <w:spacing w:line="360" w:lineRule="auto"/>
        <w:jc w:val="left"/>
        <w:textAlignment w:val="center"/>
        <w:rPr>
          <w:color w:val="000000"/>
        </w:rPr>
      </w:pPr>
      <w:r>
        <w:rPr>
          <w:color w:val="000000"/>
        </w:rPr>
        <w:t xml:space="preserve">26. </w:t>
      </w:r>
      <w:r>
        <w:rPr>
          <w:rFonts w:ascii="宋体" w:hAnsi="宋体" w:eastAsia="宋体" w:cs="宋体"/>
          <w:color w:val="000000"/>
        </w:rPr>
        <w:t>已知</w:t>
      </w:r>
      <w:r>
        <w:pict>
          <v:shape id="_x0000_i720405"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5369" o:title="eqIdc1b874770496f65f7072749606b08918"/>
            <o:lock v:ext="edit" aspectratio="t"/>
            <w10:wrap type="none"/>
            <w10:anchorlock/>
          </v:shape>
        </w:pict>
      </w:r>
      <w:r>
        <w:rPr>
          <w:rFonts w:ascii="宋体" w:hAnsi="宋体" w:eastAsia="宋体" w:cs="宋体"/>
          <w:color w:val="000000"/>
        </w:rPr>
        <w:t>，对于射线</w:t>
      </w:r>
      <w:r>
        <w:pict>
          <v:shape id="_x0000_i720406"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370" o:title="eqId0101a7b5c8a4aed0de2af363792e39a1"/>
            <o:lock v:ext="edit" aspectratio="t"/>
            <w10:wrap type="none"/>
            <w10:anchorlock/>
          </v:shape>
        </w:pict>
      </w:r>
      <w:r>
        <w:rPr>
          <w:rFonts w:ascii="宋体" w:hAnsi="宋体" w:eastAsia="宋体" w:cs="宋体"/>
          <w:color w:val="000000"/>
        </w:rPr>
        <w:t>， 将</w:t>
      </w:r>
      <w:r>
        <w:pict>
          <v:shape id="_x0000_i720407" o:spt="75" alt="学科网(www.zxxk.com)--教育资源门户，提供试卷、教案、课件、论文、素材以及各类教学资源下载，还有大量而丰富的教学相关资讯！" type="#_x0000_t75" style="height:30.75pt;width:90pt;" o:ole="t" filled="f" o:preferrelative="t" stroked="f" coordsize="21600,21600">
            <v:path/>
            <v:fill on="f" focussize="0,0"/>
            <v:stroke on="f" joinstyle="miter"/>
            <v:imagedata r:id="rId5371" o:title="eqId35bf01301fa4efd7c5c094b47c7a23bf"/>
            <o:lock v:ext="edit" aspectratio="t"/>
            <w10:wrap type="none"/>
            <w10:anchorlock/>
          </v:shape>
        </w:pict>
      </w:r>
      <w:r>
        <w:rPr>
          <w:rFonts w:ascii="宋体" w:hAnsi="宋体" w:eastAsia="宋体" w:cs="宋体"/>
          <w:color w:val="000000"/>
        </w:rPr>
        <w:t>的值定义为射线</w:t>
      </w:r>
      <w:r>
        <w:pict>
          <v:shape id="_x0000_i72040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370" o:title="eqId0101a7b5c8a4aed0de2af363792e39a1"/>
            <o:lock v:ext="edit" aspectratio="t"/>
            <w10:wrap type="none"/>
            <w10:anchorlock/>
          </v:shape>
        </w:pict>
      </w:r>
      <w:r>
        <w:rPr>
          <w:rFonts w:ascii="宋体" w:hAnsi="宋体" w:eastAsia="宋体" w:cs="宋体"/>
          <w:color w:val="000000"/>
        </w:rPr>
        <w:t>关于</w:t>
      </w:r>
      <w:r>
        <w:pict>
          <v:shape id="_x0000_i720409"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5372" o:title="eqId18d14889ab3dc74862d7397e927a281f"/>
            <o:lock v:ext="edit" aspectratio="t"/>
            <w10:wrap type="none"/>
            <w10:anchorlock/>
          </v:shape>
        </w:pict>
      </w:r>
      <w:r>
        <w:rPr>
          <w:rFonts w:ascii="宋体" w:hAnsi="宋体" w:eastAsia="宋体" w:cs="宋体"/>
          <w:color w:val="000000"/>
        </w:rPr>
        <w:t>的特征值，记为</w:t>
      </w:r>
      <w:r>
        <w:pict>
          <v:shape id="_x0000_i720410"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5373" o:title="eqIdbea5311a4c499ef9c0e4a3c212d6f1d1"/>
            <o:lock v:ext="edit" aspectratio="t"/>
            <w10:wrap type="none"/>
            <w10:anchorlock/>
          </v:shape>
        </w:pict>
      </w:r>
      <w:r>
        <w:rPr>
          <w:rFonts w:ascii="宋体" w:hAnsi="宋体" w:eastAsia="宋体" w:cs="宋体"/>
          <w:color w:val="000000"/>
        </w:rPr>
        <w:t>，即</w:t>
      </w:r>
      <w:r>
        <w:pict>
          <v:shape id="_x0000_i720411" o:spt="75" alt="学科网(www.zxxk.com)--教育资源门户，提供试卷、教案、课件、论文、素材以及各类教学资源下载，还有大量而丰富的教学相关资讯！" type="#_x0000_t75" style="height:30.75pt;width:116.25pt;" o:ole="t" filled="f" o:preferrelative="t" stroked="f" coordsize="21600,21600">
            <v:path/>
            <v:fill on="f" focussize="0,0"/>
            <v:stroke on="f" joinstyle="miter"/>
            <v:imagedata r:id="rId5374" o:title="eqId9a0e5ff6b87e582a1f8365d9ad83e255"/>
            <o:lock v:ext="edit" aspectratio="t"/>
            <w10:wrap type="none"/>
            <w10:anchorlock/>
          </v:shape>
        </w:pict>
      </w:r>
      <w:r>
        <w:rPr>
          <w:rFonts w:ascii="宋体" w:hAnsi="宋体" w:eastAsia="宋体" w:cs="宋体"/>
          <w:color w:val="000000"/>
        </w:rPr>
        <w:t xml:space="preserve"> ，其中</w:t>
      </w:r>
      <w:r>
        <w:pict>
          <v:shape id="_x0000_i720412" o:spt="75" alt="学科网(www.zxxk.com)--教育资源门户，提供试卷、教案、课件、论文、素材以及各类教学资源下载，还有大量而丰富的教学相关资讯！" type="#_x0000_t75" style="height:14.25pt;width:93.75pt;" o:ole="t" filled="f" o:preferrelative="t" stroked="f" coordsize="21600,21600">
            <v:path/>
            <v:fill on="f" focussize="0,0"/>
            <v:stroke on="f" joinstyle="miter"/>
            <v:imagedata r:id="rId5375" o:title="eqId01590486dc9fb32631201348eb75d076"/>
            <o:lock v:ext="edit" aspectratio="t"/>
            <w10:wrap type="none"/>
            <w10:anchorlock/>
          </v:shape>
        </w:pict>
      </w:r>
      <w:r>
        <w:rPr>
          <w:rFonts w:ascii="宋体" w:hAnsi="宋体" w:eastAsia="宋体" w:cs="宋体"/>
          <w:color w:val="000000"/>
        </w:rPr>
        <w:t>，</w:t>
      </w:r>
      <w:r>
        <w:pict>
          <v:shape id="_x0000_i720413" o:spt="75" alt="学科网(www.zxxk.com)--教育资源门户，提供试卷、教案、课件、论文、素材以及各类教学资源下载，还有大量而丰富的教学相关资讯！" type="#_x0000_t75" style="height:14.25pt;width:92.25pt;" o:ole="t" filled="f" o:preferrelative="t" stroked="f" coordsize="21600,21600">
            <v:path/>
            <v:fill on="f" focussize="0,0"/>
            <v:stroke on="f" joinstyle="miter"/>
            <v:imagedata r:id="rId5376" o:title="eqId14bbe23717b4a7524539a9f4e8003778"/>
            <o:lock v:ext="edit" aspectratio="t"/>
            <w10:wrap type="none"/>
            <w10:anchorlock/>
          </v:shape>
        </w:pict>
      </w:r>
      <w:r>
        <w:rPr>
          <w:rFonts w:ascii="宋体" w:hAnsi="宋体" w:eastAsia="宋体" w:cs="宋体"/>
          <w:color w:val="000000"/>
        </w:rPr>
        <w:t>．特别地，当射线</w:t>
      </w:r>
      <w:r>
        <w:pict>
          <v:shape id="_x0000_i720414"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370" o:title="eqId0101a7b5c8a4aed0de2af363792e39a1"/>
            <o:lock v:ext="edit" aspectratio="t"/>
            <w10:wrap type="none"/>
            <w10:anchorlock/>
          </v:shape>
        </w:pict>
      </w:r>
      <w:r>
        <w:rPr>
          <w:rFonts w:ascii="宋体" w:hAnsi="宋体" w:eastAsia="宋体" w:cs="宋体"/>
          <w:color w:val="000000"/>
        </w:rPr>
        <w:t>与射线</w:t>
      </w:r>
      <w:r>
        <w:pict>
          <v:shape id="_x0000_i720415" o:spt="75" alt="学科网(www.zxxk.com)--教育资源门户，提供试卷、教案、课件、论文、素材以及各类教学资源下载，还有大量而丰富的教学相关资讯！" type="#_x0000_t75" style="height:14.25pt;width:24pt;" o:ole="t" filled="f" o:preferrelative="t" stroked="f" coordsize="21600,21600">
            <v:path/>
            <v:fill on="f" focussize="0,0"/>
            <v:stroke on="f" joinstyle="miter"/>
            <v:imagedata r:id="rId5377" o:title="eqId37a0397c811fe80c80ecd5b871201987"/>
            <o:lock v:ext="edit" aspectratio="t"/>
            <w10:wrap type="none"/>
            <w10:anchorlock/>
          </v:shape>
        </w:pict>
      </w:r>
      <w:r>
        <w:rPr>
          <w:rFonts w:ascii="宋体" w:hAnsi="宋体" w:eastAsia="宋体" w:cs="宋体"/>
          <w:color w:val="000000"/>
        </w:rPr>
        <w:t>或</w:t>
      </w:r>
      <w:r>
        <w:pict>
          <v:shape id="_x0000_i720416"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5378" o:title="eqId075bc6df108c9c2b3b5ac46bca7c8d3a"/>
            <o:lock v:ext="edit" aspectratio="t"/>
            <w10:wrap type="none"/>
            <w10:anchorlock/>
          </v:shape>
        </w:pict>
      </w:r>
      <w:r>
        <w:rPr>
          <w:rFonts w:ascii="宋体" w:hAnsi="宋体" w:eastAsia="宋体" w:cs="宋体"/>
          <w:color w:val="000000"/>
        </w:rPr>
        <w:t>重合时，</w:t>
      </w:r>
      <w:r>
        <w:pict>
          <v:shape id="_x0000_i720417"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5379" o:title="eqIdd262b22ccaf58f436ff64125f37e3c8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已知</w:t>
      </w:r>
      <w:r>
        <w:pict>
          <v:shape id="_x0000_i720418"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5380" o:title="eqId431cf551019ed0b1c510d0d2e3950a3a"/>
            <o:lock v:ext="edit" aspectratio="t"/>
            <w10:wrap type="none"/>
            <w10:anchorlock/>
          </v:shape>
        </w:pict>
      </w:r>
      <w:r>
        <w:rPr>
          <w:rFonts w:ascii="宋体" w:hAnsi="宋体" w:eastAsia="宋体" w:cs="宋体"/>
          <w:color w:val="000000"/>
        </w:rPr>
        <w:t>，则</w:t>
      </w:r>
      <w:r>
        <w:pict>
          <v:shape id="_x0000_i720419"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381" o:title="eqId2a1f15133a860cd2ce647696ce66d998"/>
            <o:lock v:ext="edit" aspectratio="t"/>
            <w10:wrap type="none"/>
            <w10:anchorlock/>
          </v:shape>
        </w:pict>
      </w:r>
      <w:r>
        <w:rPr>
          <w:rFonts w:ascii="宋体" w:hAnsi="宋体" w:eastAsia="宋体" w:cs="宋体"/>
          <w:color w:val="000000"/>
        </w:rPr>
        <w:t>的值是</w:t>
      </w:r>
      <w:r>
        <w:rPr>
          <w:rFonts w:ascii="宋体" w:hAnsi="宋体" w:eastAsia="宋体" w:cs="宋体"/>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pict>
          <v:shape id="_x0000_i720420"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382" o:title="eqIdaf0af58eed511284d5f2b71235baa3ec"/>
            <o:lock v:ext="edit" aspectratio="t"/>
            <w10:wrap type="none"/>
            <w10:anchorlock/>
          </v:shape>
        </w:pict>
      </w:r>
      <w:r>
        <w:rPr>
          <w:rFonts w:ascii="宋体" w:hAnsi="宋体" w:eastAsia="宋体" w:cs="宋体"/>
          <w:color w:val="000000"/>
        </w:rPr>
        <w:t>，求</w:t>
      </w:r>
      <w:r>
        <w:pict>
          <v:shape id="_x0000_i720421"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5383" o:title="eqId0b4646f7cddacd3fdba4be2c27bb703e"/>
            <o:lock v:ext="edit" aspectratio="t"/>
            <w10:wrap type="none"/>
            <w10:anchorlock/>
          </v:shape>
        </w:pict>
      </w:r>
      <w:r>
        <w:rPr>
          <w:rFonts w:ascii="宋体" w:hAnsi="宋体" w:eastAsia="宋体" w:cs="宋体"/>
          <w:color w:val="000000"/>
        </w:rPr>
        <w:t>的大小；</w:t>
      </w:r>
    </w:p>
    <w:p>
      <w:pPr>
        <w:spacing w:line="360" w:lineRule="auto"/>
        <w:jc w:val="left"/>
        <w:textAlignment w:val="center"/>
        <w:rPr>
          <w:color w:val="000000"/>
        </w:rPr>
      </w:pPr>
      <w:r>
        <w:rPr>
          <w:color w:val="000000"/>
        </w:rPr>
        <w:t>（3）</w:t>
      </w:r>
      <w:r>
        <w:rPr>
          <w:rFonts w:ascii="宋体" w:hAnsi="宋体" w:eastAsia="宋体" w:cs="宋体"/>
          <w:color w:val="000000"/>
        </w:rPr>
        <w:t>已知</w:t>
      </w:r>
      <w:r>
        <w:pict>
          <v:shape id="_x0000_i720422"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5384" o:title="eqId226ba9fb12f1cd40a578be39157dcbe0"/>
            <o:lock v:ext="edit" aspectratio="t"/>
            <w10:wrap type="none"/>
            <w10:anchorlock/>
          </v:shape>
        </w:pict>
      </w:r>
      <w:r>
        <w:rPr>
          <w:rFonts w:ascii="宋体" w:hAnsi="宋体" w:eastAsia="宋体" w:cs="宋体"/>
          <w:color w:val="000000"/>
        </w:rPr>
        <w:t>，</w:t>
      </w:r>
      <w:r>
        <w:pict>
          <v:shape id="_x0000_i72042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5385" o:title="eqIdac8881fd33793ddc53083c94c012581d"/>
            <o:lock v:ext="edit" aspectratio="t"/>
            <w10:wrap type="none"/>
            <w10:anchorlock/>
          </v:shape>
        </w:pict>
      </w:r>
      <w:r>
        <w:rPr>
          <w:rFonts w:ascii="宋体" w:hAnsi="宋体" w:eastAsia="宋体" w:cs="宋体"/>
          <w:color w:val="000000"/>
        </w:rPr>
        <w:t>的平分线为</w:t>
      </w:r>
      <w:r>
        <w:pict>
          <v:shape id="_x0000_i720424"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5386" o:title="eqId0b58464531c5bc05b42dca6e77a1a205"/>
            <o:lock v:ext="edit" aspectratio="t"/>
            <w10:wrap type="none"/>
            <w10:anchorlock/>
          </v:shape>
        </w:pict>
      </w:r>
      <w:r>
        <w:rPr>
          <w:rFonts w:ascii="宋体" w:hAnsi="宋体" w:eastAsia="宋体" w:cs="宋体"/>
          <w:color w:val="000000"/>
        </w:rPr>
        <w:t>，射线</w:t>
      </w:r>
      <w:r>
        <w:pict>
          <v:shape id="_x0000_i720425"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5387" o:title="eqIdf6967ebd791092c62b4ef97924d91883"/>
            <o:lock v:ext="edit" aspectratio="t"/>
            <w10:wrap type="none"/>
            <w10:anchorlock/>
          </v:shape>
        </w:pict>
      </w:r>
      <w:r>
        <w:rPr>
          <w:rFonts w:ascii="宋体" w:hAnsi="宋体" w:eastAsia="宋体" w:cs="宋体"/>
          <w:color w:val="000000"/>
        </w:rPr>
        <w:t>位于</w:t>
      </w:r>
      <w:r>
        <w:pict>
          <v:shape id="_x0000_i72042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5385" o:title="eqIdac8881fd33793ddc53083c94c012581d"/>
            <o:lock v:ext="edit" aspectratio="t"/>
            <w10:wrap type="none"/>
            <w10:anchorlock/>
          </v:shape>
        </w:pict>
      </w:r>
      <w:r>
        <w:rPr>
          <w:rFonts w:ascii="宋体" w:hAnsi="宋体" w:eastAsia="宋体" w:cs="宋体"/>
          <w:color w:val="000000"/>
        </w:rPr>
        <w:t>内部或边上，将射线</w:t>
      </w:r>
      <w:r>
        <w:pict>
          <v:shape id="_x0000_i720427"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5387" o:title="eqIdf6967ebd791092c62b4ef97924d91883"/>
            <o:lock v:ext="edit" aspectratio="t"/>
            <w10:wrap type="none"/>
            <w10:anchorlock/>
          </v:shape>
        </w:pict>
      </w:r>
      <w:r>
        <w:rPr>
          <w:rFonts w:ascii="宋体" w:hAnsi="宋体" w:eastAsia="宋体" w:cs="宋体"/>
          <w:color w:val="000000"/>
        </w:rPr>
        <w:t>关于</w:t>
      </w:r>
      <w:r>
        <w:pict>
          <v:shape id="_x0000_i720428"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5388" o:title="eqId18d14889ab3dc74862d7397e927a281f"/>
            <o:lock v:ext="edit" aspectratio="t"/>
            <w10:wrap type="none"/>
            <w10:anchorlock/>
          </v:shape>
        </w:pict>
      </w:r>
      <w:r>
        <w:rPr>
          <w:rFonts w:ascii="宋体" w:hAnsi="宋体" w:eastAsia="宋体" w:cs="宋体"/>
          <w:color w:val="000000"/>
        </w:rPr>
        <w:t>的所有可能的特征值</w:t>
      </w:r>
      <w:r>
        <w:pict>
          <v:shape id="_x0000_i720429"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5389" o:title="eqId31ef04aad1c9def7b399c09f8c558526"/>
            <o:lock v:ext="edit" aspectratio="t"/>
            <w10:wrap type="none"/>
            <w10:anchorlock/>
          </v:shape>
        </w:pict>
      </w:r>
      <w:r>
        <w:rPr>
          <w:rFonts w:ascii="宋体" w:hAnsi="宋体" w:eastAsia="宋体" w:cs="宋体"/>
          <w:color w:val="000000"/>
        </w:rPr>
        <w:t>的最小值记为</w:t>
      </w:r>
      <w:r>
        <w:pict>
          <v:shape id="_x0000_i720430" o:spt="75" alt="学科网(www.zxxk.com)--教育资源门户，提供试卷、教案、课件、论文、素材以及各类教学资源下载，还有大量而丰富的教学相关资讯！" type="#_x0000_t75" style="height:18pt;width:13pt;" o:ole="t" filled="f" o:preferrelative="t" stroked="f" coordsize="21600,21600">
            <v:path/>
            <v:fill on="f" focussize="0,0"/>
            <v:stroke on="f" joinstyle="miter"/>
            <v:imagedata r:id="rId5390" o:title="eqIda5d968650ebb2f7b762e3d12a0abd00b"/>
            <o:lock v:ext="edit" aspectratio="t"/>
            <w10:wrap type="none"/>
            <w10:anchorlock/>
          </v:shape>
        </w:pict>
      </w:r>
      <w:r>
        <w:rPr>
          <w:rFonts w:ascii="宋体" w:hAnsi="宋体" w:eastAsia="宋体" w:cs="宋体"/>
          <w:color w:val="000000"/>
        </w:rPr>
        <w:t>，当</w:t>
      </w:r>
      <w:r>
        <w:pict>
          <v:shape id="_x0000_i72043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5385" o:title="eqIdac8881fd33793ddc53083c94c012581d"/>
            <o:lock v:ext="edit" aspectratio="t"/>
            <w10:wrap type="none"/>
            <w10:anchorlock/>
          </v:shape>
        </w:pict>
      </w:r>
      <w:r>
        <w:rPr>
          <w:rFonts w:ascii="宋体" w:hAnsi="宋体" w:eastAsia="宋体" w:cs="宋体"/>
          <w:color w:val="000000"/>
        </w:rPr>
        <w:t>在平面内运动时，直接写出</w:t>
      </w:r>
      <w:r>
        <w:pict>
          <v:shape id="_x0000_i720432" o:spt="75" alt="学科网(www.zxxk.com)--教育资源门户，提供试卷、教案、课件、论文、素材以及各类教学资源下载，还有大量而丰富的教学相关资讯！" type="#_x0000_t75" style="height:18pt;width:13pt;" o:ole="t" filled="f" o:preferrelative="t" stroked="f" coordsize="21600,21600">
            <v:path/>
            <v:fill on="f" focussize="0,0"/>
            <v:stroke on="f" joinstyle="miter"/>
            <v:imagedata r:id="rId5390" o:title="eqIda5d968650ebb2f7b762e3d12a0abd00b"/>
            <o:lock v:ext="edit" aspectratio="t"/>
            <w10:wrap type="none"/>
            <w10:anchorlock/>
          </v:shape>
        </w:pict>
      </w:r>
      <w:r>
        <w:rPr>
          <w:rFonts w:ascii="宋体" w:hAnsi="宋体" w:eastAsia="宋体" w:cs="宋体"/>
          <w:color w:val="000000"/>
        </w:rPr>
        <w:t>的最大值及此时</w:t>
      </w:r>
      <w:r>
        <w:pict>
          <v:shape id="_x0000_i720433"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5391" o:title="eqIdd279ac01c823f5eae348959aa27b8ae0"/>
            <o:lock v:ext="edit" aspectratio="t"/>
            <w10:wrap type="none"/>
            <w10:anchorlock/>
          </v:shape>
        </w:pict>
      </w:r>
      <w:r>
        <w:rPr>
          <w:rFonts w:ascii="宋体" w:hAnsi="宋体" w:eastAsia="宋体" w:cs="宋体"/>
          <w:color w:val="000000"/>
        </w:rPr>
        <w:t>的大小．</w:t>
      </w:r>
    </w:p>
    <w:p>
      <w:pPr>
        <w:spacing w:line="360" w:lineRule="auto"/>
        <w:textAlignment w:val="center"/>
        <w:rPr>
          <w:color w:val="000000"/>
        </w:rPr>
      </w:pPr>
      <w:r>
        <w:rPr>
          <w:color w:val="2E75B6"/>
        </w:rPr>
        <w:t>【答案】</w:t>
      </w:r>
      <w:r>
        <w:rPr>
          <w:color w:val="000000"/>
        </w:rPr>
        <w:t xml:space="preserve">26. </w:t>
      </w:r>
      <w:r>
        <w:pict>
          <v:shape id="_x0000_i720434"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5392" o:title="eqId533a7b702ada1dd80123e4041271d521"/>
            <o:lock v:ext="edit" aspectratio="t"/>
            <w10:wrap type="none"/>
            <w10:anchorlock/>
          </v:shape>
        </w:pict>
      </w:r>
      <w:r>
        <w:rPr>
          <w:rFonts w:ascii="宋体" w:hAnsi="宋体" w:eastAsia="宋体" w:cs="宋体"/>
          <w:color w:val="000000"/>
        </w:rPr>
        <w:t>或</w:t>
      </w:r>
      <w:r>
        <w:pict>
          <v:shape id="_x0000_i72043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5393" o:title="eqIdbdaa19de263700a15fcf213d64a8cd57"/>
            <o:lock v:ext="edit" aspectratio="t"/>
            <w10:wrap type="none"/>
            <w10:anchorlock/>
          </v:shape>
        </w:pict>
      </w:r>
      <w:r>
        <w:rPr>
          <w:color w:val="000000"/>
        </w:rPr>
        <w:t xml:space="preserve">    </w:t>
      </w:r>
    </w:p>
    <w:p>
      <w:pPr>
        <w:spacing w:line="360" w:lineRule="auto"/>
        <w:textAlignment w:val="center"/>
        <w:rPr>
          <w:color w:val="000000"/>
        </w:rPr>
      </w:pPr>
      <w:r>
        <w:rPr>
          <w:color w:val="000000"/>
        </w:rPr>
        <w:t xml:space="preserve">27. </w:t>
      </w:r>
      <w:r>
        <w:pict>
          <v:shape id="_x0000_i720436"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5394" o:title="eqId34fbe7a29e74d6b7b9d3356cfc852e82"/>
            <o:lock v:ext="edit" aspectratio="t"/>
            <w10:wrap type="none"/>
            <w10:anchorlock/>
          </v:shape>
        </w:pict>
      </w:r>
      <w:r>
        <w:rPr>
          <w:color w:val="000000"/>
        </w:rPr>
        <w:t>或</w:t>
      </w:r>
      <w:r>
        <w:pict>
          <v:shape id="_x0000_i720437"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5395" o:title="eqIdfb22b6b06bf114b8e7d05051738c4861"/>
            <o:lock v:ext="edit" aspectratio="t"/>
            <w10:wrap type="none"/>
            <w10:anchorlock/>
          </v:shape>
        </w:pict>
      </w:r>
      <w:r>
        <w:rPr>
          <w:color w:val="000000"/>
        </w:rPr>
        <w:t xml:space="preserve">    </w:t>
      </w:r>
    </w:p>
    <w:p>
      <w:pPr>
        <w:spacing w:line="360" w:lineRule="auto"/>
        <w:textAlignment w:val="center"/>
        <w:rPr>
          <w:color w:val="000000"/>
        </w:rPr>
      </w:pPr>
      <w:r>
        <w:rPr>
          <w:color w:val="000000"/>
        </w:rPr>
        <w:t xml:space="preserve">28. </w:t>
      </w:r>
      <w:r>
        <w:pict>
          <v:shape id="_x0000_i720438"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396" o:title="eqIdb8860d9787671b53b1ab68b3d526f5ca"/>
            <o:lock v:ext="edit" aspectratio="t"/>
            <w10:wrap type="none"/>
            <w10:anchorlock/>
          </v:shape>
        </w:pict>
      </w:r>
      <w:r>
        <w:rPr>
          <w:rFonts w:ascii="宋体" w:hAnsi="宋体" w:eastAsia="宋体" w:cs="宋体"/>
          <w:color w:val="000000"/>
        </w:rPr>
        <w:t>，</w:t>
      </w:r>
      <w:r>
        <w:pict>
          <v:shape id="_x0000_i72043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5397" o:title="eqIdbe816ce1190862dc4f77d0d06f70efb7"/>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小问</w:t>
      </w:r>
      <w:r>
        <w:rPr>
          <w:rFonts w:ascii="Times New Roman" w:hAnsi="Times New Roman" w:eastAsia="Times New Roman" w:cs="Times New Roman"/>
          <w:color w:val="000000"/>
        </w:rPr>
        <w:t>1</w:t>
      </w:r>
      <w:r>
        <w:rPr>
          <w:rFonts w:ascii="宋体" w:hAnsi="宋体" w:eastAsia="宋体" w:cs="宋体"/>
          <w:color w:val="000000"/>
        </w:rPr>
        <w:t>，在</w:t>
      </w:r>
      <w:r>
        <w:pict>
          <v:shape id="_x0000_i720440"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5398" o:title="eqIdef4113c492885ba7c47fe42ac792578f"/>
            <o:lock v:ext="edit" aspectratio="t"/>
            <w10:wrap type="none"/>
            <w10:anchorlock/>
          </v:shape>
        </w:pict>
      </w:r>
      <w:r>
        <w:rPr>
          <w:rFonts w:ascii="宋体" w:hAnsi="宋体" w:eastAsia="宋体" w:cs="宋体"/>
          <w:color w:val="000000"/>
        </w:rPr>
        <w:t>在</w:t>
      </w:r>
      <w:r>
        <w:pict>
          <v:shape id="_x0000_i720441"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399" o:title="eqId27935c1ef4df2d52ac697678a3c8f39d"/>
            <o:lock v:ext="edit" aspectratio="t"/>
            <w10:wrap type="none"/>
            <w10:anchorlock/>
          </v:shape>
        </w:pict>
      </w:r>
      <w:r>
        <w:rPr>
          <w:rFonts w:ascii="宋体" w:hAnsi="宋体" w:eastAsia="宋体" w:cs="宋体"/>
          <w:color w:val="000000"/>
        </w:rPr>
        <w:t>内或外部分别进行分类讨论，再利用新定义计算得到结果．</w:t>
      </w:r>
    </w:p>
    <w:p>
      <w:pPr>
        <w:spacing w:line="360" w:lineRule="auto"/>
        <w:jc w:val="both"/>
        <w:textAlignment w:val="center"/>
        <w:rPr>
          <w:color w:val="000000"/>
        </w:rPr>
      </w:pPr>
      <w:r>
        <w:rPr>
          <w:rFonts w:ascii="宋体" w:hAnsi="宋体" w:eastAsia="宋体" w:cs="宋体"/>
          <w:color w:val="000000"/>
        </w:rPr>
        <w:t>小问</w:t>
      </w:r>
      <w:r>
        <w:rPr>
          <w:rFonts w:ascii="Times New Roman" w:hAnsi="Times New Roman" w:eastAsia="Times New Roman" w:cs="Times New Roman"/>
          <w:color w:val="000000"/>
        </w:rPr>
        <w:t>2</w:t>
      </w:r>
      <w:r>
        <w:rPr>
          <w:rFonts w:ascii="宋体" w:hAnsi="宋体" w:eastAsia="宋体" w:cs="宋体"/>
          <w:color w:val="000000"/>
        </w:rPr>
        <w:t>，在</w:t>
      </w:r>
      <w:r>
        <w:pict>
          <v:shape id="_x0000_i720442"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5400" o:title="eqId88e9f7d1272b7344346b58b660aa260a"/>
            <o:lock v:ext="edit" aspectratio="t"/>
            <w10:wrap type="none"/>
            <w10:anchorlock/>
          </v:shape>
        </w:pict>
      </w:r>
      <w:r>
        <w:rPr>
          <w:rFonts w:ascii="宋体" w:hAnsi="宋体" w:eastAsia="宋体" w:cs="宋体"/>
          <w:color w:val="000000"/>
        </w:rPr>
        <w:t>在</w:t>
      </w:r>
      <w:r>
        <w:pict>
          <v:shape id="_x0000_i720443"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5401" o:title="eqId77603496a315e39db671c0c1e4256cc5"/>
            <o:lock v:ext="edit" aspectratio="t"/>
            <w10:wrap type="none"/>
            <w10:anchorlock/>
          </v:shape>
        </w:pict>
      </w:r>
      <w:r>
        <w:rPr>
          <w:rFonts w:ascii="宋体" w:hAnsi="宋体" w:eastAsia="宋体" w:cs="宋体"/>
          <w:color w:val="000000"/>
        </w:rPr>
        <w:t>内或外部分别进行分类讨论，再利用新定义计算得到结果．</w:t>
      </w:r>
    </w:p>
    <w:p>
      <w:pPr>
        <w:spacing w:line="360" w:lineRule="auto"/>
        <w:jc w:val="both"/>
        <w:textAlignment w:val="center"/>
        <w:rPr>
          <w:color w:val="000000"/>
        </w:rPr>
      </w:pPr>
      <w:r>
        <w:rPr>
          <w:rFonts w:ascii="宋体" w:hAnsi="宋体" w:eastAsia="宋体" w:cs="宋体"/>
          <w:color w:val="000000"/>
        </w:rPr>
        <w:t>小问</w:t>
      </w:r>
      <w:r>
        <w:rPr>
          <w:rFonts w:ascii="Times New Roman" w:hAnsi="Times New Roman" w:eastAsia="Times New Roman" w:cs="Times New Roman"/>
          <w:color w:val="000000"/>
        </w:rPr>
        <w:t>3</w:t>
      </w:r>
      <w:r>
        <w:rPr>
          <w:rFonts w:ascii="宋体" w:hAnsi="宋体" w:eastAsia="宋体" w:cs="宋体"/>
          <w:color w:val="000000"/>
        </w:rPr>
        <w:t>，在</w:t>
      </w:r>
      <w:r>
        <w:pict>
          <v:shape id="_x0000_i72044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5402" o:title="eqIdaf79c9808a8bb6ca3853a6e1679b8e65"/>
            <o:lock v:ext="edit" aspectratio="t"/>
            <w10:wrap type="none"/>
            <w10:anchorlock/>
          </v:shape>
        </w:pict>
      </w:r>
      <w:r>
        <w:rPr>
          <w:rFonts w:ascii="宋体" w:hAnsi="宋体" w:eastAsia="宋体" w:cs="宋体"/>
          <w:color w:val="000000"/>
        </w:rPr>
        <w:t>有边在</w:t>
      </w:r>
      <w:r>
        <w:pict>
          <v:shape id="_x0000_i720445"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403" o:title="eqId27935c1ef4df2d52ac697678a3c8f39d"/>
            <o:lock v:ext="edit" aspectratio="t"/>
            <w10:wrap type="none"/>
            <w10:anchorlock/>
          </v:shape>
        </w:pict>
      </w:r>
      <w:r>
        <w:rPr>
          <w:rFonts w:ascii="宋体" w:hAnsi="宋体" w:eastAsia="宋体" w:cs="宋体"/>
          <w:color w:val="000000"/>
        </w:rPr>
        <w:t>内或外部分别进行分类讨论，再利用新定义计算得到结果．</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解：当</w:t>
      </w:r>
      <w:r>
        <w:pict>
          <v:shape id="_x0000_i720446"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5404" o:title="eqIdef4113c492885ba7c47fe42ac792578f"/>
            <o:lock v:ext="edit" aspectratio="t"/>
            <w10:wrap type="none"/>
            <w10:anchorlock/>
          </v:shape>
        </w:pict>
      </w:r>
      <w:r>
        <w:rPr>
          <w:rFonts w:ascii="宋体" w:hAnsi="宋体" w:eastAsia="宋体" w:cs="宋体"/>
          <w:color w:val="000000"/>
        </w:rPr>
        <w:t>在</w:t>
      </w:r>
      <w:r>
        <w:pict>
          <v:shape id="_x0000_i720447"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405" o:title="eqId27935c1ef4df2d52ac697678a3c8f39d"/>
            <o:lock v:ext="edit" aspectratio="t"/>
            <w10:wrap type="none"/>
            <w10:anchorlock/>
          </v:shape>
        </w:pict>
      </w:r>
      <w:r>
        <w:rPr>
          <w:rFonts w:ascii="宋体" w:hAnsi="宋体" w:eastAsia="宋体" w:cs="宋体"/>
          <w:color w:val="000000"/>
        </w:rPr>
        <w:t>内部时，</w:t>
      </w:r>
    </w:p>
    <w:p>
      <w:pPr>
        <w:spacing w:line="360" w:lineRule="auto"/>
        <w:jc w:val="left"/>
        <w:textAlignment w:val="center"/>
        <w:rPr>
          <w:color w:val="000000"/>
        </w:rPr>
      </w:pPr>
      <w:r>
        <w:rPr>
          <w:color w:val="000000"/>
        </w:rPr>
        <w:drawing>
          <wp:inline distT="0" distB="0" distL="114300" distR="114300">
            <wp:extent cx="1162050" cy="942975"/>
            <wp:effectExtent l="0" t="0" r="0" b="0"/>
            <wp:docPr id="3899"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 name="图片 100031" descr="学科网(www.zxxk.com)--教育资源门户，提供试卷、教案、课件、论文、素材以及各类教学资源下载，还有大量而丰富的教学相关资讯！"/>
                    <pic:cNvPicPr>
                      <a:picLocks noChangeAspect="1"/>
                    </pic:cNvPicPr>
                  </pic:nvPicPr>
                  <pic:blipFill>
                    <a:blip r:embed="rId5406"/>
                    <a:stretch>
                      <a:fillRect/>
                    </a:stretch>
                  </pic:blipFill>
                  <pic:spPr>
                    <a:xfrm>
                      <a:off x="0" y="0"/>
                      <a:ext cx="1162050" cy="942975"/>
                    </a:xfrm>
                    <a:prstGeom prst="rect">
                      <a:avLst/>
                    </a:prstGeom>
                  </pic:spPr>
                </pic:pic>
              </a:graphicData>
            </a:graphic>
          </wp:inline>
        </w:drawing>
      </w:r>
    </w:p>
    <w:p>
      <w:pPr>
        <w:spacing w:line="360" w:lineRule="auto"/>
        <w:jc w:val="left"/>
        <w:textAlignment w:val="center"/>
        <w:rPr>
          <w:color w:val="000000"/>
        </w:rPr>
      </w:pPr>
      <w:r>
        <w:pict>
          <v:shape id="_x0000_i720448" o:spt="75" alt="学科网(www.zxxk.com)--教育资源门户，提供试卷、教案、课件、论文、素材以及各类教学资源下载，还有大量而丰富的教学相关资讯！" type="#_x0000_t75" style="height:13.85pt;width:167.25pt;" o:ole="t" filled="f" o:preferrelative="t" stroked="f" coordsize="21600,21600">
            <v:path/>
            <v:fill on="f" focussize="0,0"/>
            <v:stroke on="f" joinstyle="miter"/>
            <v:imagedata r:id="rId5407" o:title="eqId34ad43fde0d01bca9d2b073f52221d30"/>
            <o:lock v:ext="edit" aspectratio="t"/>
            <w10:wrap type="none"/>
            <w10:anchorlock/>
          </v:shape>
        </w:pict>
      </w:r>
      <w:r>
        <w:rPr>
          <w:color w:val="000000"/>
        </w:rPr>
        <w:t>，</w:t>
      </w:r>
    </w:p>
    <w:p>
      <w:pPr>
        <w:spacing w:line="360" w:lineRule="auto"/>
        <w:jc w:val="left"/>
        <w:textAlignment w:val="center"/>
        <w:rPr>
          <w:color w:val="000000"/>
        </w:rPr>
      </w:pPr>
      <w:r>
        <w:pict>
          <v:shape id="_x0000_i720449" o:spt="75" alt="学科网(www.zxxk.com)--教育资源门户，提供试卷、教案、课件、论文、素材以及各类教学资源下载，还有大量而丰富的教学相关资讯！" type="#_x0000_t75" style="height:31pt;width:140.1pt;" o:ole="t" filled="f" o:preferrelative="t" stroked="f" coordsize="21600,21600">
            <v:path/>
            <v:fill on="f" focussize="0,0"/>
            <v:stroke on="f" joinstyle="miter"/>
            <v:imagedata r:id="rId5408" o:title="eqId85a75cbba2e1358a065267e045cf149c"/>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当</w:t>
      </w:r>
      <w:r>
        <w:pict>
          <v:shape id="_x0000_i720450" o:spt="75" alt="学科网(www.zxxk.com)--教育资源门户，提供试卷、教案、课件、论文、素材以及各类教学资源下载，还有大量而丰富的教学相关资讯！" type="#_x0000_t75" style="height:14pt;width:18.85pt;" o:ole="t" filled="f" o:preferrelative="t" stroked="f" coordsize="21600,21600">
            <v:path/>
            <v:fill on="f" focussize="0,0"/>
            <v:stroke on="f" joinstyle="miter"/>
            <v:imagedata r:id="rId5409" o:title="eqIdef4113c492885ba7c47fe42ac792578f"/>
            <o:lock v:ext="edit" aspectratio="t"/>
            <w10:wrap type="none"/>
            <w10:anchorlock/>
          </v:shape>
        </w:pict>
      </w:r>
      <w:r>
        <w:rPr>
          <w:rFonts w:ascii="宋体" w:hAnsi="宋体" w:eastAsia="宋体" w:cs="宋体"/>
          <w:color w:val="000000"/>
        </w:rPr>
        <w:t>在</w:t>
      </w:r>
      <w:r>
        <w:pict>
          <v:shape id="_x0000_i720451"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410" o:title="eqId27935c1ef4df2d52ac697678a3c8f39d"/>
            <o:lock v:ext="edit" aspectratio="t"/>
            <w10:wrap type="none"/>
            <w10:anchorlock/>
          </v:shape>
        </w:pict>
      </w:r>
      <w:r>
        <w:rPr>
          <w:rFonts w:ascii="宋体" w:hAnsi="宋体" w:eastAsia="宋体" w:cs="宋体"/>
          <w:color w:val="000000"/>
        </w:rPr>
        <w:t>外部时，</w:t>
      </w:r>
    </w:p>
    <w:p>
      <w:pPr>
        <w:spacing w:line="360" w:lineRule="auto"/>
        <w:jc w:val="left"/>
        <w:textAlignment w:val="center"/>
        <w:rPr>
          <w:color w:val="000000"/>
        </w:rPr>
      </w:pPr>
      <w:r>
        <w:rPr>
          <w:color w:val="000000"/>
        </w:rPr>
        <w:drawing>
          <wp:inline distT="0" distB="0" distL="114300" distR="114300">
            <wp:extent cx="1276350" cy="1085850"/>
            <wp:effectExtent l="0" t="0" r="0" b="0"/>
            <wp:docPr id="3901"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 name="图片 100033" descr="学科网(www.zxxk.com)--教育资源门户，提供试卷、教案、课件、论文、素材以及各类教学资源下载，还有大量而丰富的教学相关资讯！"/>
                    <pic:cNvPicPr>
                      <a:picLocks noChangeAspect="1"/>
                    </pic:cNvPicPr>
                  </pic:nvPicPr>
                  <pic:blipFill>
                    <a:blip r:embed="rId5411"/>
                    <a:stretch>
                      <a:fillRect/>
                    </a:stretch>
                  </pic:blipFill>
                  <pic:spPr>
                    <a:xfrm>
                      <a:off x="0" y="0"/>
                      <a:ext cx="1276350" cy="1085850"/>
                    </a:xfrm>
                    <a:prstGeom prst="rect">
                      <a:avLst/>
                    </a:prstGeom>
                  </pic:spPr>
                </pic:pic>
              </a:graphicData>
            </a:graphic>
          </wp:inline>
        </w:drawing>
      </w:r>
    </w:p>
    <w:p>
      <w:pPr>
        <w:spacing w:line="360" w:lineRule="auto"/>
        <w:jc w:val="left"/>
        <w:textAlignment w:val="center"/>
        <w:rPr>
          <w:color w:val="000000"/>
        </w:rPr>
      </w:pPr>
      <w:r>
        <w:pict>
          <v:shape id="_x0000_i720452" o:spt="75" alt="学科网(www.zxxk.com)--教育资源门户，提供试卷、教案、课件、论文、素材以及各类教学资源下载，还有大量而丰富的教学相关资讯！" type="#_x0000_t75" style="height:13.85pt;width:172.8pt;" o:ole="t" filled="f" o:preferrelative="t" stroked="f" coordsize="21600,21600">
            <v:path/>
            <v:fill on="f" focussize="0,0"/>
            <v:stroke on="f" joinstyle="miter"/>
            <v:imagedata r:id="rId5412" o:title="eqId3366299e317ae8bc0f3b142f5e7c1ca4"/>
            <o:lock v:ext="edit" aspectratio="t"/>
            <w10:wrap type="none"/>
            <w10:anchorlock/>
          </v:shape>
        </w:pict>
      </w:r>
      <w:r>
        <w:rPr>
          <w:color w:val="000000"/>
        </w:rPr>
        <w:t>，</w:t>
      </w:r>
    </w:p>
    <w:p>
      <w:pPr>
        <w:spacing w:line="360" w:lineRule="auto"/>
        <w:jc w:val="left"/>
        <w:textAlignment w:val="center"/>
        <w:rPr>
          <w:color w:val="000000"/>
        </w:rPr>
      </w:pPr>
      <w:r>
        <w:pict>
          <v:shape id="_x0000_i720453" o:spt="75" alt="学科网(www.zxxk.com)--教育资源门户，提供试卷、教案、课件、论文、素材以及各类教学资源下载，还有大量而丰富的教学相关资讯！" type="#_x0000_t75" style="height:13.85pt;width:124.05pt;" o:ole="t" filled="f" o:preferrelative="t" stroked="f" coordsize="21600,21600">
            <v:path/>
            <v:fill on="f" focussize="0,0"/>
            <v:stroke on="f" joinstyle="miter"/>
            <v:imagedata r:id="rId5413" o:title="eqIda466508dd3c17057caae0d76cf0be034"/>
            <o:lock v:ext="edit" aspectratio="t"/>
            <w10:wrap type="none"/>
            <w10:anchorlock/>
          </v:shape>
        </w:pict>
      </w:r>
      <w:r>
        <w:rPr>
          <w:color w:val="000000"/>
        </w:rPr>
        <w:t>，</w:t>
      </w:r>
    </w:p>
    <w:p>
      <w:pPr>
        <w:spacing w:line="360" w:lineRule="auto"/>
        <w:jc w:val="left"/>
        <w:textAlignment w:val="center"/>
        <w:rPr>
          <w:color w:val="000000"/>
        </w:rPr>
      </w:pPr>
      <w:r>
        <w:pict>
          <v:shape id="_x0000_i720454" o:spt="75" alt="学科网(www.zxxk.com)--教育资源门户，提供试卷、教案、课件、论文、素材以及各类教学资源下载，还有大量而丰富的教学相关资讯！" type="#_x0000_t75" style="height:31pt;width:175pt;" o:ole="t" filled="f" o:preferrelative="t" stroked="f" coordsize="21600,21600">
            <v:path/>
            <v:fill on="f" focussize="0,0"/>
            <v:stroke on="f" joinstyle="miter"/>
            <v:imagedata r:id="rId5414" o:title="eqId4f3e749d7da27b490f184dfc129adca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2045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5415" o:title="eqId533a7b702ada1dd80123e4041271d521"/>
            <o:lock v:ext="edit" aspectratio="t"/>
            <w10:wrap type="none"/>
            <w10:anchorlock/>
          </v:shape>
        </w:pict>
      </w:r>
      <w:r>
        <w:rPr>
          <w:rFonts w:ascii="宋体" w:hAnsi="宋体" w:eastAsia="宋体" w:cs="宋体"/>
          <w:color w:val="000000"/>
        </w:rPr>
        <w:t>或</w:t>
      </w:r>
      <w:r>
        <w:pict>
          <v:shape id="_x0000_i720456"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5416" o:title="eqIdbdaa19de263700a15fcf213d64a8cd57"/>
            <o:lock v:ext="edit" aspectratio="t"/>
            <w10:wrap type="none"/>
            <w10:anchorlock/>
          </v:shape>
        </w:pict>
      </w:r>
      <w:r>
        <w:rPr>
          <w:color w:val="000000"/>
        </w:rPr>
        <w:t>；</w:t>
      </w:r>
    </w:p>
    <w:p>
      <w:pPr>
        <w:spacing w:line="360" w:lineRule="auto"/>
        <w:jc w:val="left"/>
        <w:textAlignment w:val="center"/>
        <w:rPr>
          <w:color w:val="000000"/>
        </w:rPr>
      </w:pPr>
      <w:r>
        <w:rPr>
          <w:color w:val="000000"/>
        </w:rPr>
        <w:t>【小问2详解】</w:t>
      </w:r>
    </w:p>
    <w:p>
      <w:pPr>
        <w:spacing w:line="360" w:lineRule="auto"/>
        <w:jc w:val="both"/>
        <w:textAlignment w:val="center"/>
        <w:rPr>
          <w:color w:val="000000"/>
        </w:rPr>
      </w:pPr>
      <w:r>
        <w:rPr>
          <w:rFonts w:ascii="宋体" w:hAnsi="宋体" w:eastAsia="宋体" w:cs="宋体"/>
          <w:color w:val="000000"/>
        </w:rPr>
        <w:t>解：</w:t>
      </w:r>
      <w:r>
        <w:pict>
          <v:shape id="_x0000_i720457" o:spt="75" alt="学科网(www.zxxk.com)--教育资源门户，提供试卷、教案、课件、论文、素材以及各类教学资源下载，还有大量而丰富的教学相关资讯！" type="#_x0000_t75" style="height:18.3pt;width:44.85pt;" o:ole="t" filled="f" o:preferrelative="t" stroked="f" coordsize="21600,21600">
            <v:path/>
            <v:fill on="f" focussize="0,0"/>
            <v:stroke on="f" joinstyle="miter"/>
            <v:imagedata r:id="rId5417" o:title="eqIdab4a2368b7dc6d523c1eecdf349460a3"/>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458" o:spt="75" alt="学科网(www.zxxk.com)--教育资源门户，提供试卷、教案、课件、论文、素材以及各类教学资源下载，还有大量而丰富的教学相关资讯！" type="#_x0000_t75" style="height:31pt;width:117.95pt;" o:ole="t" filled="f" o:preferrelative="t" stroked="f" coordsize="21600,21600">
            <v:path/>
            <v:fill on="f" focussize="0,0"/>
            <v:stroke on="f" joinstyle="miter"/>
            <v:imagedata r:id="rId5418" o:title="eqIdd2227e35eb2814e2872fdc7f78e7fac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459" o:spt="75" alt="学科网(www.zxxk.com)--教育资源门户，提供试卷、教案、课件、论文、素材以及各类教学资源下载，还有大量而丰富的教学相关资讯！" type="#_x0000_t75" style="height:13.85pt;width:75.9pt;" o:ole="t" filled="f" o:preferrelative="t" stroked="f" coordsize="21600,21600">
            <v:path/>
            <v:fill on="f" focussize="0,0"/>
            <v:stroke on="f" joinstyle="miter"/>
            <v:imagedata r:id="rId5419" o:title="eqId5d3224ad16eca6defdde6350a09ad544"/>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pict>
          <v:shape id="_x0000_i720460" o:spt="75" alt="学科网(www.zxxk.com)--教育资源门户，提供试卷、教案、课件、论文、素材以及各类教学资源下载，还有大量而丰富的教学相关资讯！" type="#_x0000_t75" style="height:13.85pt;width:122.95pt;" o:ole="t" filled="f" o:preferrelative="t" stroked="f" coordsize="21600,21600">
            <v:path/>
            <v:fill on="f" focussize="0,0"/>
            <v:stroke on="f" joinstyle="miter"/>
            <v:imagedata r:id="rId5420" o:title="eqId23597ee56f81b436961fbc7b6442237e"/>
            <o:lock v:ext="edit" aspectratio="t"/>
            <w10:wrap type="none"/>
            <w10:anchorlock/>
          </v:shape>
        </w:pict>
      </w:r>
      <w:r>
        <w:rPr>
          <w:color w:val="000000"/>
        </w:rPr>
        <w:t>，</w:t>
      </w:r>
    </w:p>
    <w:p>
      <w:pPr>
        <w:spacing w:line="360" w:lineRule="auto"/>
        <w:jc w:val="both"/>
        <w:textAlignment w:val="center"/>
        <w:rPr>
          <w:color w:val="000000"/>
        </w:rPr>
      </w:pPr>
      <w:r>
        <w:rPr>
          <w:rFonts w:ascii="宋体" w:hAnsi="宋体" w:eastAsia="宋体" w:cs="宋体"/>
          <w:color w:val="000000"/>
        </w:rPr>
        <w:t>设</w:t>
      </w:r>
      <w:r>
        <w:pict>
          <v:shape id="_x0000_i720461" o:spt="75" alt="学科网(www.zxxk.com)--教育资源门户，提供试卷、教案、课件、论文、素材以及各类教学资源下载，还有大量而丰富的教学相关资讯！" type="#_x0000_t75" style="height:13.85pt;width:59.25pt;" o:ole="t" filled="f" o:preferrelative="t" stroked="f" coordsize="21600,21600">
            <v:path/>
            <v:fill on="f" focussize="0,0"/>
            <v:stroke on="f" joinstyle="miter"/>
            <v:imagedata r:id="rId5421" o:title="eqId244945da5612112d65d34071c711c60b"/>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162050" cy="1447800"/>
            <wp:effectExtent l="0" t="0" r="0" b="0"/>
            <wp:docPr id="3903"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4" name="图片 100035" descr="学科网(www.zxxk.com)--教育资源门户，提供试卷、教案、课件、论文、素材以及各类教学资源下载，还有大量而丰富的教学相关资讯！"/>
                    <pic:cNvPicPr>
                      <a:picLocks noChangeAspect="1"/>
                    </pic:cNvPicPr>
                  </pic:nvPicPr>
                  <pic:blipFill>
                    <a:blip r:embed="rId5422"/>
                    <a:stretch>
                      <a:fillRect/>
                    </a:stretch>
                  </pic:blipFill>
                  <pic:spPr>
                    <a:xfrm>
                      <a:off x="0" y="0"/>
                      <a:ext cx="1162050" cy="144780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当</w:t>
      </w:r>
      <w:r>
        <w:pict>
          <v:shape id="_x0000_i720462"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5423" o:title="eqId88e9f7d1272b7344346b58b660aa260a"/>
            <o:lock v:ext="edit" aspectratio="t"/>
            <w10:wrap type="none"/>
            <w10:anchorlock/>
          </v:shape>
        </w:pict>
      </w:r>
      <w:r>
        <w:rPr>
          <w:rFonts w:ascii="宋体" w:hAnsi="宋体" w:eastAsia="宋体" w:cs="宋体"/>
          <w:color w:val="000000"/>
        </w:rPr>
        <w:t>在</w:t>
      </w:r>
      <w:r>
        <w:pict>
          <v:shape id="_x0000_i720463"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5424" o:title="eqId77603496a315e39db671c0c1e4256cc5"/>
            <o:lock v:ext="edit" aspectratio="t"/>
            <w10:wrap type="none"/>
            <w10:anchorlock/>
          </v:shape>
        </w:pict>
      </w:r>
      <w:r>
        <w:rPr>
          <w:rFonts w:ascii="宋体" w:hAnsi="宋体" w:eastAsia="宋体" w:cs="宋体"/>
          <w:color w:val="000000"/>
        </w:rPr>
        <w:t>内部时，</w:t>
      </w:r>
      <w:r>
        <w:pict>
          <v:shape id="_x0000_i720464" o:spt="75" alt="学科网(www.zxxk.com)--教育资源门户，提供试卷、教案、课件、论文、素材以及各类教学资源下载，还有大量而丰富的教学相关资讯！" type="#_x0000_t75" style="height:20.25pt;width:93pt;" o:ole="t" filled="f" o:preferrelative="t" stroked="f" coordsize="21600,21600">
            <v:path/>
            <v:fill on="f" focussize="0,0"/>
            <v:stroke on="f" joinstyle="miter"/>
            <v:imagedata r:id="rId5425" o:title="eqId6c46e73c2c83ee9dfce7068f9942188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可得</w:t>
      </w:r>
      <w:r>
        <w:pict>
          <v:shape id="_x0000_i720465"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5426" o:title="eqId6df07e55ae98d5c3d7d5ec4154a62a0a"/>
            <o:lock v:ext="edit" aspectratio="t"/>
            <w10:wrap type="none"/>
            <w10:anchorlock/>
          </v:shape>
        </w:pict>
      </w:r>
      <w:r>
        <w:rPr>
          <w:color w:val="000000"/>
        </w:rPr>
        <w:t>，</w:t>
      </w:r>
    </w:p>
    <w:p>
      <w:pPr>
        <w:spacing w:line="360" w:lineRule="auto"/>
        <w:jc w:val="both"/>
        <w:textAlignment w:val="center"/>
        <w:rPr>
          <w:color w:val="000000"/>
        </w:rPr>
      </w:pPr>
      <w:r>
        <w:rPr>
          <w:rFonts w:ascii="宋体" w:hAnsi="宋体" w:eastAsia="宋体" w:cs="宋体"/>
          <w:color w:val="000000"/>
        </w:rPr>
        <w:t>解得</w:t>
      </w:r>
      <w:r>
        <w:pict>
          <v:shape id="_x0000_i720466"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5427" o:title="eqId9b1416974bc202320613c04ab44fb696"/>
            <o:lock v:ext="edit" aspectratio="t"/>
            <w10:wrap type="none"/>
            <w10:anchorlock/>
          </v:shape>
        </w:pict>
      </w:r>
      <w:r>
        <w:rPr>
          <w:color w:val="000000"/>
        </w:rPr>
        <w:t>，</w:t>
      </w:r>
    </w:p>
    <w:p>
      <w:pPr>
        <w:spacing w:line="360" w:lineRule="auto"/>
        <w:jc w:val="both"/>
        <w:textAlignment w:val="center"/>
        <w:rPr>
          <w:color w:val="000000"/>
        </w:rPr>
      </w:pPr>
      <w:r>
        <w:pict>
          <v:shape id="_x0000_i720467" o:spt="75" alt="学科网(www.zxxk.com)--教育资源门户，提供试卷、教案、课件、论文、素材以及各类教学资源下载，还有大量而丰富的教学相关资讯！" type="#_x0000_t75" style="height:13.85pt;width:74.2pt;" o:ole="t" filled="f" o:preferrelative="t" stroked="f" coordsize="21600,21600">
            <v:path/>
            <v:fill on="f" focussize="0,0"/>
            <v:stroke on="f" joinstyle="miter"/>
            <v:imagedata r:id="rId5428" o:title="eqId39f05072a185dba40a5fa14b98aad3f0"/>
            <o:lock v:ext="edit" aspectratio="t"/>
            <w10:wrap type="none"/>
            <w10:anchorlock/>
          </v:shape>
        </w:pict>
      </w:r>
      <w:r>
        <w:rPr>
          <w:color w:val="000000"/>
        </w:rPr>
        <w:t>；</w:t>
      </w:r>
    </w:p>
    <w:p>
      <w:pPr>
        <w:spacing w:line="360" w:lineRule="auto"/>
        <w:jc w:val="both"/>
        <w:textAlignment w:val="center"/>
        <w:rPr>
          <w:color w:val="000000"/>
        </w:rPr>
      </w:pPr>
      <w:r>
        <w:rPr>
          <w:color w:val="000000"/>
        </w:rPr>
        <w:drawing>
          <wp:inline distT="0" distB="0" distL="114300" distR="114300">
            <wp:extent cx="1133475" cy="1009650"/>
            <wp:effectExtent l="0" t="0" r="0" b="0"/>
            <wp:docPr id="3905"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 name="图片 100037" descr="学科网(www.zxxk.com)--教育资源门户，提供试卷、教案、课件、论文、素材以及各类教学资源下载，还有大量而丰富的教学相关资讯！"/>
                    <pic:cNvPicPr>
                      <a:picLocks noChangeAspect="1"/>
                    </pic:cNvPicPr>
                  </pic:nvPicPr>
                  <pic:blipFill>
                    <a:blip r:embed="rId5429"/>
                    <a:stretch>
                      <a:fillRect/>
                    </a:stretch>
                  </pic:blipFill>
                  <pic:spPr>
                    <a:xfrm>
                      <a:off x="0" y="0"/>
                      <a:ext cx="1133475" cy="1009650"/>
                    </a:xfrm>
                    <a:prstGeom prst="rect">
                      <a:avLst/>
                    </a:prstGeom>
                  </pic:spPr>
                </pic:pic>
              </a:graphicData>
            </a:graphic>
          </wp:inline>
        </w:drawing>
      </w:r>
    </w:p>
    <w:p>
      <w:pPr>
        <w:spacing w:line="360" w:lineRule="auto"/>
        <w:jc w:val="both"/>
        <w:textAlignment w:val="center"/>
        <w:rPr>
          <w:color w:val="000000"/>
        </w:rPr>
      </w:pPr>
      <w:r>
        <w:rPr>
          <w:rFonts w:ascii="宋体" w:hAnsi="宋体" w:eastAsia="宋体" w:cs="宋体"/>
          <w:color w:val="000000"/>
        </w:rPr>
        <w:t>当</w:t>
      </w:r>
      <w:r>
        <w:pict>
          <v:shape id="_x0000_i720468" o:spt="75" alt="学科网(www.zxxk.com)--教育资源门户，提供试卷、教案、课件、论文、素材以及各类教学资源下载，还有大量而丰富的教学相关资讯！" type="#_x0000_t75" style="height:12.95pt;width:18.65pt;" o:ole="t" filled="f" o:preferrelative="t" stroked="f" coordsize="21600,21600">
            <v:path/>
            <v:fill on="f" focussize="0,0"/>
            <v:stroke on="f" joinstyle="miter"/>
            <v:imagedata r:id="rId5430" o:title="eqId88e9f7d1272b7344346b58b660aa260a"/>
            <o:lock v:ext="edit" aspectratio="t"/>
            <w10:wrap type="none"/>
            <w10:anchorlock/>
          </v:shape>
        </w:pict>
      </w:r>
      <w:r>
        <w:rPr>
          <w:rFonts w:ascii="宋体" w:hAnsi="宋体" w:eastAsia="宋体" w:cs="宋体"/>
          <w:color w:val="000000"/>
        </w:rPr>
        <w:t>在</w:t>
      </w:r>
      <w:r>
        <w:pict>
          <v:shape id="_x0000_i720469"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5431" o:title="eqId77603496a315e39db671c0c1e4256cc5"/>
            <o:lock v:ext="edit" aspectratio="t"/>
            <w10:wrap type="none"/>
            <w10:anchorlock/>
          </v:shape>
        </w:pict>
      </w:r>
      <w:r>
        <w:rPr>
          <w:rFonts w:ascii="宋体" w:hAnsi="宋体" w:eastAsia="宋体" w:cs="宋体"/>
          <w:color w:val="000000"/>
        </w:rPr>
        <w:t>外部时，同理可得</w:t>
      </w:r>
      <w:r>
        <w:pict>
          <v:shape id="_x0000_i720470" o:spt="75" alt="学科网(www.zxxk.com)--教育资源门户，提供试卷、教案、课件、论文、素材以及各类教学资源下载，还有大量而丰富的教学相关资讯！" type="#_x0000_t75" style="height:13.85pt;width:64.8pt;" o:ole="t" filled="f" o:preferrelative="t" stroked="f" coordsize="21600,21600">
            <v:path/>
            <v:fill on="f" focussize="0,0"/>
            <v:stroke on="f" joinstyle="miter"/>
            <v:imagedata r:id="rId5432" o:title="eqId414e368d346e9c0ab3be97e68038bc0f"/>
            <o:lock v:ext="edit" aspectratio="t"/>
            <w10:wrap type="none"/>
            <w10:anchorlock/>
          </v:shape>
        </w:pict>
      </w:r>
      <w:r>
        <w:rPr>
          <w:color w:val="000000"/>
        </w:rPr>
        <w:t>；</w:t>
      </w:r>
    </w:p>
    <w:p>
      <w:pPr>
        <w:spacing w:line="360" w:lineRule="auto"/>
        <w:jc w:val="both"/>
        <w:textAlignment w:val="center"/>
        <w:rPr>
          <w:color w:val="000000"/>
        </w:rPr>
      </w:pPr>
      <w:r>
        <w:rPr>
          <w:rFonts w:ascii="宋体" w:hAnsi="宋体" w:eastAsia="宋体" w:cs="宋体"/>
          <w:color w:val="000000"/>
        </w:rPr>
        <w:t>综上，</w:t>
      </w:r>
      <w:r>
        <w:pict>
          <v:shape id="_x0000_i720471" o:spt="75" alt="学科网(www.zxxk.com)--教育资源门户，提供试卷、教案、课件、论文、素材以及各类教学资源下载，还有大量而丰富的教学相关资讯！" type="#_x0000_t75" style="height:13.95pt;width:39pt;" o:ole="t" filled="f" o:preferrelative="t" stroked="f" coordsize="21600,21600">
            <v:path/>
            <v:fill on="f" focussize="0,0"/>
            <v:stroke on="f" joinstyle="miter"/>
            <v:imagedata r:id="rId5433" o:title="eqId77603496a315e39db671c0c1e4256cc5"/>
            <o:lock v:ext="edit" aspectratio="t"/>
            <w10:wrap type="none"/>
            <w10:anchorlock/>
          </v:shape>
        </w:pict>
      </w:r>
      <w:r>
        <w:rPr>
          <w:rFonts w:ascii="宋体" w:hAnsi="宋体" w:eastAsia="宋体" w:cs="宋体"/>
          <w:color w:val="000000"/>
        </w:rPr>
        <w:t>的大小是</w:t>
      </w:r>
      <w:r>
        <w:pict>
          <v:shape id="_x0000_i720472" o:spt="75" alt="学科网(www.zxxk.com)--教育资源门户，提供试卷、教案、课件、论文、素材以及各类教学资源下载，还有大量而丰富的教学相关资讯！" type="#_x0000_t75" style="height:13.8pt;width:19.85pt;" o:ole="t" filled="f" o:preferrelative="t" stroked="f" coordsize="21600,21600">
            <v:path/>
            <v:fill on="f" focussize="0,0"/>
            <v:stroke on="f" joinstyle="miter"/>
            <v:imagedata r:id="rId5434" o:title="eqIdf6b86c22b670a8e9f3896f9e8883fbbb"/>
            <o:lock v:ext="edit" aspectratio="t"/>
            <w10:wrap type="none"/>
            <w10:anchorlock/>
          </v:shape>
        </w:pict>
      </w:r>
      <w:r>
        <w:rPr>
          <w:rFonts w:ascii="宋体" w:hAnsi="宋体" w:eastAsia="宋体" w:cs="宋体"/>
          <w:color w:val="000000"/>
        </w:rPr>
        <w:t>或</w:t>
      </w:r>
      <w:r>
        <w:pict>
          <v:shape id="_x0000_i72047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5435" o:title="eqIdc02b54dc6b3e1bb6544f47d4c8743fcf"/>
            <o:lock v:ext="edit" aspectratio="t"/>
            <w10:wrap type="none"/>
            <w10:anchorlock/>
          </v:shape>
        </w:pict>
      </w:r>
      <w:r>
        <w:rPr>
          <w:rFonts w:ascii="宋体" w:hAnsi="宋体" w:eastAsia="宋体" w:cs="宋体"/>
          <w:color w:val="000000"/>
        </w:rPr>
        <w:t>．</w:t>
      </w:r>
    </w:p>
    <w:p>
      <w:pPr>
        <w:spacing w:line="360" w:lineRule="auto"/>
        <w:jc w:val="both"/>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解：当</w:t>
      </w:r>
      <w:r>
        <w:pict>
          <v:shape id="_x0000_i72047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5436" o:title="eqIdaf79c9808a8bb6ca3853a6e1679b8e65"/>
            <o:lock v:ext="edit" aspectratio="t"/>
            <w10:wrap type="none"/>
            <w10:anchorlock/>
          </v:shape>
        </w:pict>
      </w:r>
      <w:r>
        <w:rPr>
          <w:rFonts w:ascii="宋体" w:hAnsi="宋体" w:eastAsia="宋体" w:cs="宋体"/>
          <w:color w:val="000000"/>
        </w:rPr>
        <w:t>有边在</w:t>
      </w:r>
      <w:r>
        <w:pict>
          <v:shape id="_x0000_i720475"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437" o:title="eqId27935c1ef4df2d52ac697678a3c8f39d"/>
            <o:lock v:ext="edit" aspectratio="t"/>
            <w10:wrap type="none"/>
            <w10:anchorlock/>
          </v:shape>
        </w:pict>
      </w:r>
      <w:r>
        <w:rPr>
          <w:rFonts w:ascii="宋体" w:hAnsi="宋体" w:eastAsia="宋体" w:cs="宋体"/>
          <w:color w:val="000000"/>
        </w:rPr>
        <w:t>内部或边上时，</w:t>
      </w:r>
    </w:p>
    <w:p>
      <w:pPr>
        <w:spacing w:line="360" w:lineRule="auto"/>
        <w:jc w:val="left"/>
        <w:textAlignment w:val="center"/>
        <w:rPr>
          <w:color w:val="000000"/>
        </w:rPr>
      </w:pPr>
      <w:r>
        <w:rPr>
          <w:rFonts w:ascii="宋体" w:hAnsi="宋体" w:eastAsia="宋体" w:cs="宋体"/>
          <w:color w:val="000000"/>
        </w:rPr>
        <w:t>此时</w:t>
      </w:r>
      <w:r>
        <w:pict>
          <v:shape id="_x0000_i720476"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438" o:title="eqId828628c0876b45381c9a0edeb0fec236"/>
            <o:lock v:ext="edit" aspectratio="t"/>
            <w10:wrap type="none"/>
            <w10:anchorlock/>
          </v:shape>
        </w:pict>
      </w:r>
      <w:r>
        <w:rPr>
          <w:rFonts w:ascii="宋体" w:hAnsi="宋体" w:eastAsia="宋体" w:cs="宋体"/>
          <w:color w:val="000000"/>
        </w:rPr>
        <w:t>在</w:t>
      </w:r>
      <w:r>
        <w:pict>
          <v:shape id="_x0000_i720477"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439" o:title="eqId27935c1ef4df2d52ac697678a3c8f39d"/>
            <o:lock v:ext="edit" aspectratio="t"/>
            <w10:wrap type="none"/>
            <w10:anchorlock/>
          </v:shape>
        </w:pict>
      </w:r>
      <w:r>
        <w:rPr>
          <w:rFonts w:ascii="宋体" w:hAnsi="宋体" w:eastAsia="宋体" w:cs="宋体"/>
          <w:color w:val="000000"/>
        </w:rPr>
        <w:t>内部或边上的时候有</w:t>
      </w:r>
      <w:r>
        <w:pict>
          <v:shape id="_x0000_i720478" o:spt="75" alt="学科网(www.zxxk.com)--教育资源门户，提供试卷、教案、课件、论文、素材以及各类教学资源下载，还有大量而丰富的教学相关资讯！" type="#_x0000_t75" style="height:31pt;width:130.15pt;" o:ole="t" filled="f" o:preferrelative="t" stroked="f" coordsize="21600,21600">
            <v:path/>
            <v:fill on="f" focussize="0,0"/>
            <v:stroke on="f" joinstyle="miter"/>
            <v:imagedata r:id="rId5440" o:title="eqId38cce78723e0d4be29d928fa3af351a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81175" cy="1057275"/>
            <wp:effectExtent l="0" t="0" r="0" b="0"/>
            <wp:docPr id="3907"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8" name="图片 100039" descr="学科网(www.zxxk.com)--教育资源门户，提供试卷、教案、课件、论文、素材以及各类教学资源下载，还有大量而丰富的教学相关资讯！"/>
                    <pic:cNvPicPr>
                      <a:picLocks noChangeAspect="1"/>
                    </pic:cNvPicPr>
                  </pic:nvPicPr>
                  <pic:blipFill>
                    <a:blip r:embed="rId5441"/>
                    <a:stretch>
                      <a:fillRect/>
                    </a:stretch>
                  </pic:blipFill>
                  <pic:spPr>
                    <a:xfrm>
                      <a:off x="0" y="0"/>
                      <a:ext cx="1781175" cy="10572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当</w:t>
      </w:r>
      <w:r>
        <w:pict>
          <v:shape id="_x0000_i72047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5442" o:title="eqIdaf79c9808a8bb6ca3853a6e1679b8e65"/>
            <o:lock v:ext="edit" aspectratio="t"/>
            <w10:wrap type="none"/>
            <w10:anchorlock/>
          </v:shape>
        </w:pict>
      </w:r>
      <w:r>
        <w:rPr>
          <w:rFonts w:ascii="宋体" w:hAnsi="宋体" w:eastAsia="宋体" w:cs="宋体"/>
          <w:color w:val="000000"/>
        </w:rPr>
        <w:t>在</w:t>
      </w:r>
      <w:r>
        <w:pict>
          <v:shape id="_x0000_i720480" o:spt="75" alt="学科网(www.zxxk.com)--教育资源门户，提供试卷、教案、课件、论文、素材以及各类教学资源下载，还有大量而丰富的教学相关资讯！" type="#_x0000_t75" style="height:13.8pt;width:40.8pt;" o:ole="t" filled="f" o:preferrelative="t" stroked="f" coordsize="21600,21600">
            <v:path/>
            <v:fill on="f" focussize="0,0"/>
            <v:stroke on="f" joinstyle="miter"/>
            <v:imagedata r:id="rId5443" o:title="eqId27935c1ef4df2d52ac697678a3c8f39d"/>
            <o:lock v:ext="edit" aspectratio="t"/>
            <w10:wrap type="none"/>
            <w10:anchorlock/>
          </v:shape>
        </w:pict>
      </w:r>
      <w:r>
        <w:rPr>
          <w:rFonts w:ascii="宋体" w:hAnsi="宋体" w:eastAsia="宋体" w:cs="宋体"/>
          <w:color w:val="000000"/>
        </w:rPr>
        <w:t>外部时，</w:t>
      </w:r>
    </w:p>
    <w:p>
      <w:pPr>
        <w:spacing w:line="360" w:lineRule="auto"/>
        <w:jc w:val="left"/>
        <w:textAlignment w:val="center"/>
        <w:rPr>
          <w:color w:val="000000"/>
        </w:rPr>
      </w:pPr>
      <w:r>
        <w:rPr>
          <w:rFonts w:ascii="宋体" w:hAnsi="宋体" w:eastAsia="宋体" w:cs="宋体"/>
          <w:color w:val="000000"/>
        </w:rPr>
        <w:t>不妨设</w:t>
      </w:r>
      <w:r>
        <w:pict>
          <v:shape id="_x0000_i720481" o:spt="75" alt="学科网(www.zxxk.com)--教育资源门户，提供试卷、教案、课件、论文、素材以及各类教学资源下载，还有大量而丰富的教学相关资讯！" type="#_x0000_t75" style="height:13.85pt;width:84.2pt;" o:ole="t" filled="f" o:preferrelative="t" stroked="f" coordsize="21600,21600">
            <v:path/>
            <v:fill on="f" focussize="0,0"/>
            <v:stroke on="f" joinstyle="miter"/>
            <v:imagedata r:id="rId5444" o:title="eqId17830b176782636504df166af9ca781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20482" o:spt="75" alt="学科网(www.zxxk.com)--教育资源门户，提供试卷、教案、课件、论文、素材以及各类教学资源下载，还有大量而丰富的教学相关资讯！" type="#_x0000_t75" style="height:31pt;width:301.85pt;" o:ole="t" filled="f" o:preferrelative="t" stroked="f" coordsize="21600,21600">
            <v:path/>
            <v:fill on="f" focussize="0,0"/>
            <v:stroke on="f" joinstyle="miter"/>
            <v:imagedata r:id="rId5445" o:title="eqId71f1c6f1ac1317293e9e52e125d2a8f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81175" cy="1343025"/>
            <wp:effectExtent l="0" t="0" r="0" b="0"/>
            <wp:docPr id="3909"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0" name="图片 100041" descr="学科网(www.zxxk.com)--教育资源门户，提供试卷、教案、课件、论文、素材以及各类教学资源下载，还有大量而丰富的教学相关资讯！"/>
                    <pic:cNvPicPr>
                      <a:picLocks noChangeAspect="1"/>
                    </pic:cNvPicPr>
                  </pic:nvPicPr>
                  <pic:blipFill>
                    <a:blip r:embed="rId5446"/>
                    <a:stretch>
                      <a:fillRect/>
                    </a:stretch>
                  </pic:blipFill>
                  <pic:spPr>
                    <a:xfrm>
                      <a:off x="0" y="0"/>
                      <a:ext cx="1781175" cy="13430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当</w:t>
      </w:r>
      <w:r>
        <w:pict>
          <v:shape id="_x0000_i72048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447" o:title="eqId1bd0dc942dc5a587e3c638df0d42c76b"/>
            <o:lock v:ext="edit" aspectratio="t"/>
            <w10:wrap type="none"/>
            <w10:anchorlock/>
          </v:shape>
        </w:pict>
      </w:r>
      <w:r>
        <w:rPr>
          <w:rFonts w:ascii="宋体" w:hAnsi="宋体" w:eastAsia="宋体" w:cs="宋体"/>
          <w:color w:val="000000"/>
        </w:rPr>
        <w:t>最小时，</w:t>
      </w:r>
      <w:r>
        <w:pict>
          <v:shape id="_x0000_i720484"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5448" o:title="eqId31ef04aad1c9def7b399c09f8c558526"/>
            <o:lock v:ext="edit" aspectratio="t"/>
            <w10:wrap type="none"/>
            <w10:anchorlock/>
          </v:shape>
        </w:pict>
      </w:r>
      <w:r>
        <w:rPr>
          <w:rFonts w:ascii="宋体" w:hAnsi="宋体" w:eastAsia="宋体" w:cs="宋体"/>
          <w:color w:val="000000"/>
        </w:rPr>
        <w:t>最小，此时</w:t>
      </w:r>
      <w:r>
        <w:pict>
          <v:shape id="_x0000_i720485"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449" o:title="eqId828628c0876b45381c9a0edeb0fec236"/>
            <o:lock v:ext="edit" aspectratio="t"/>
            <w10:wrap type="none"/>
            <w10:anchorlock/>
          </v:shape>
        </w:pict>
      </w:r>
      <w:r>
        <w:rPr>
          <w:rFonts w:ascii="宋体" w:hAnsi="宋体" w:eastAsia="宋体" w:cs="宋体"/>
          <w:color w:val="000000"/>
        </w:rPr>
        <w:t>与</w:t>
      </w:r>
      <w:r>
        <w:pict>
          <v:shape id="_x0000_i720486"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5450" o:title="eqId9d66b83d9dbcb45e1c241d18a3e1843f"/>
            <o:lock v:ext="edit" aspectratio="t"/>
            <w10:wrap type="none"/>
            <w10:anchorlock/>
          </v:shape>
        </w:pict>
      </w:r>
      <w:r>
        <w:rPr>
          <w:rFonts w:ascii="宋体" w:hAnsi="宋体" w:eastAsia="宋体" w:cs="宋体"/>
          <w:color w:val="000000"/>
        </w:rPr>
        <w:t>重合，</w:t>
      </w:r>
    </w:p>
    <w:p>
      <w:pPr>
        <w:spacing w:line="360" w:lineRule="auto"/>
        <w:jc w:val="left"/>
        <w:textAlignment w:val="center"/>
        <w:rPr>
          <w:color w:val="000000"/>
        </w:rPr>
      </w:pPr>
      <w:r>
        <w:rPr>
          <w:rFonts w:ascii="宋体" w:hAnsi="宋体" w:eastAsia="宋体" w:cs="宋体"/>
          <w:color w:val="000000"/>
        </w:rPr>
        <w:t>因此，当</w:t>
      </w:r>
      <w:r>
        <w:pict>
          <v:shape id="_x0000_i720487" o:spt="75" alt="学科网(www.zxxk.com)--教育资源门户，提供试卷、教案、课件、论文、素材以及各类教学资源下载，还有大量而丰富的教学相关资讯！" type="#_x0000_t75" style="height:13.85pt;width:84.2pt;" o:ole="t" filled="f" o:preferrelative="t" stroked="f" coordsize="21600,21600">
            <v:path/>
            <v:fill on="f" focussize="0,0"/>
            <v:stroke on="f" joinstyle="miter"/>
            <v:imagedata r:id="rId5451" o:title="eqId3c3d5982a2937139b5be5f1aca05d5ef"/>
            <o:lock v:ext="edit" aspectratio="t"/>
            <w10:wrap type="none"/>
            <w10:anchorlock/>
          </v:shape>
        </w:pict>
      </w:r>
      <w:r>
        <w:rPr>
          <w:rFonts w:ascii="宋体" w:hAnsi="宋体" w:eastAsia="宋体" w:cs="宋体"/>
          <w:color w:val="000000"/>
        </w:rPr>
        <w:t>时，</w:t>
      </w:r>
      <w:r>
        <w:pict>
          <v:shape id="_x0000_i720488" o:spt="75" alt="学科网(www.zxxk.com)--教育资源门户，提供试卷、教案、课件、论文、素材以及各类教学资源下载，还有大量而丰富的教学相关资讯！" type="#_x0000_t75" style="height:18pt;width:13pt;" o:ole="t" filled="f" o:preferrelative="t" stroked="f" coordsize="21600,21600">
            <v:path/>
            <v:fill on="f" focussize="0,0"/>
            <v:stroke on="f" joinstyle="miter"/>
            <v:imagedata r:id="rId5452" o:title="eqIda5d968650ebb2f7b762e3d12a0abd00b"/>
            <o:lock v:ext="edit" aspectratio="t"/>
            <w10:wrap type="none"/>
            <w10:anchorlock/>
          </v:shape>
        </w:pict>
      </w:r>
      <w:r>
        <w:rPr>
          <w:rFonts w:ascii="宋体" w:hAnsi="宋体" w:eastAsia="宋体" w:cs="宋体"/>
          <w:color w:val="000000"/>
        </w:rPr>
        <w:t>最大，</w:t>
      </w:r>
    </w:p>
    <w:p>
      <w:pPr>
        <w:spacing w:line="360" w:lineRule="auto"/>
        <w:jc w:val="left"/>
        <w:textAlignment w:val="center"/>
        <w:rPr>
          <w:color w:val="000000"/>
        </w:rPr>
      </w:pPr>
      <w:r>
        <w:rPr>
          <w:color w:val="000000"/>
        </w:rPr>
        <w:drawing>
          <wp:inline distT="0" distB="0" distL="114300" distR="114300">
            <wp:extent cx="1647825" cy="1562100"/>
            <wp:effectExtent l="0" t="0" r="0" b="0"/>
            <wp:docPr id="3911"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 name="图片 100043" descr="学科网(www.zxxk.com)--教育资源门户，提供试卷、教案、课件、论文、素材以及各类教学资源下载，还有大量而丰富的教学相关资讯！"/>
                    <pic:cNvPicPr>
                      <a:picLocks noChangeAspect="1"/>
                    </pic:cNvPicPr>
                  </pic:nvPicPr>
                  <pic:blipFill>
                    <a:blip r:embed="rId5453"/>
                    <a:stretch>
                      <a:fillRect/>
                    </a:stretch>
                  </pic:blipFill>
                  <pic:spPr>
                    <a:xfrm>
                      <a:off x="0" y="0"/>
                      <a:ext cx="1647825" cy="1562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这时</w:t>
      </w:r>
      <w:r>
        <w:pict>
          <v:shape id="_x0000_i720489" o:spt="75" alt="学科网(www.zxxk.com)--教育资源门户，提供试卷、教案、课件、论文、素材以及各类教学资源下载，还有大量而丰富的教学相关资讯！" type="#_x0000_t75" style="height:20.25pt;width:231pt;" o:ole="t" filled="f" o:preferrelative="t" stroked="f" coordsize="21600,21600">
            <v:path/>
            <v:fill on="f" focussize="0,0"/>
            <v:stroke on="f" joinstyle="miter"/>
            <v:imagedata r:id="rId5454" o:title="eqId691dbe1326db67865935652ae730463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490" o:spt="75" alt="学科网(www.zxxk.com)--教育资源门户，提供试卷、教案、课件、论文、素材以及各类教学资源下载，还有大量而丰富的教学相关资讯！" type="#_x0000_t75" style="height:31pt;width:100.8pt;" o:ole="t" filled="f" o:preferrelative="t" stroked="f" coordsize="21600,21600">
            <v:path/>
            <v:fill on="f" focussize="0,0"/>
            <v:stroke on="f" joinstyle="miter"/>
            <v:imagedata r:id="rId5455" o:title="eqIdf955da0e3864ac53593fb7762ae6b6b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491"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5456" o:title="eqId7b6f2b2c232fa1e2ca4637741ab8151c"/>
            <o:lock v:ext="edit" aspectratio="t"/>
            <w10:wrap type="none"/>
            <w10:anchorlock/>
          </v:shape>
        </w:pict>
      </w:r>
      <w:r>
        <w:rPr>
          <w:rFonts w:ascii="宋体" w:hAnsi="宋体" w:eastAsia="宋体" w:cs="宋体"/>
          <w:color w:val="000000"/>
        </w:rPr>
        <w:t>平分</w:t>
      </w:r>
      <w:r>
        <w:pict>
          <v:shape id="_x0000_i72049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5457" o:title="eqIdaf79c9808a8bb6ca3853a6e1679b8e6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493" o:spt="75" alt="学科网(www.zxxk.com)--教育资源门户，提供试卷、教案、课件、论文、素材以及各类教学资源下载，还有大量而丰富的教学相关资讯！" type="#_x0000_t75" style="height:13.85pt;width:74.75pt;" o:ole="t" filled="f" o:preferrelative="t" stroked="f" coordsize="21600,21600">
            <v:path/>
            <v:fill on="f" focussize="0,0"/>
            <v:stroke on="f" joinstyle="miter"/>
            <v:imagedata r:id="rId5458" o:title="eqIde6163c65e5d06081052ea27f10be304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494" o:spt="75" alt="学科网(www.zxxk.com)--教育资源门户，提供试卷、教案、课件、论文、素材以及各类教学资源下载，还有大量而丰富的教学相关资讯！" type="#_x0000_t75" style="height:13.85pt;width:139pt;" o:ole="t" filled="f" o:preferrelative="t" stroked="f" coordsize="21600,21600">
            <v:path/>
            <v:fill on="f" focussize="0,0"/>
            <v:stroke on="f" joinstyle="miter"/>
            <v:imagedata r:id="rId5459" o:title="eqIdfa40de16588c94ab42553dd85eed491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【点睛】</w:t>
      </w:r>
      <w:r>
        <w:rPr>
          <w:rFonts w:ascii="宋体" w:hAnsi="宋体" w:eastAsia="宋体" w:cs="宋体"/>
          <w:color w:val="000000"/>
        </w:rPr>
        <w:t>本题考查的知识点是几何图形中角度计算问题和角平分线的有关计算，解题关键是正确理解题目中的新定义．</w:t>
      </w:r>
    </w:p>
    <w:p>
      <w:pPr>
        <w:pStyle w:val="Heading2"/>
      </w:pPr>
      <w:r>
        <w:t>通州区</w:t>
      </w:r>
    </w:p>
    <w:p>
      <w:pPr>
        <w:spacing w:line="360" w:lineRule="auto"/>
        <w:jc w:val="left"/>
        <w:textAlignment w:val="center"/>
        <w:rPr>
          <w:color w:val="000000"/>
        </w:rPr>
      </w:pPr>
      <w:r>
        <w:rPr>
          <w:color w:val="000000"/>
        </w:rPr>
        <w:t xml:space="preserve">27. </w:t>
      </w:r>
      <w:r>
        <w:rPr>
          <w:rFonts w:ascii="宋体" w:hAnsi="宋体" w:eastAsia="宋体" w:cs="宋体"/>
          <w:color w:val="000000"/>
        </w:rPr>
        <w:t>如图，点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均在数轴上，且点</w:t>
      </w:r>
      <w:r>
        <w:rPr>
          <w:rFonts w:ascii="Times New Roman" w:hAnsi="Times New Roman" w:eastAsia="Times New Roman" w:cs="Times New Roman"/>
          <w:i/>
          <w:color w:val="000000"/>
        </w:rPr>
        <w:t>A</w:t>
      </w:r>
      <w:r>
        <w:rPr>
          <w:rFonts w:ascii="宋体" w:hAnsi="宋体" w:eastAsia="宋体" w:cs="宋体"/>
          <w:color w:val="000000"/>
        </w:rPr>
        <w:t>在点</w:t>
      </w:r>
      <w:r>
        <w:rPr>
          <w:rFonts w:ascii="Times New Roman" w:hAnsi="Times New Roman" w:eastAsia="Times New Roman" w:cs="Times New Roman"/>
          <w:i/>
          <w:color w:val="000000"/>
        </w:rPr>
        <w:t>B</w:t>
      </w:r>
      <w:r>
        <w:rPr>
          <w:rFonts w:ascii="宋体" w:hAnsi="宋体" w:eastAsia="宋体" w:cs="宋体"/>
          <w:color w:val="000000"/>
        </w:rPr>
        <w:t>的左侧，点</w:t>
      </w:r>
      <w:r>
        <w:rPr>
          <w:rFonts w:ascii="Times New Roman" w:hAnsi="Times New Roman" w:eastAsia="Times New Roman" w:cs="Times New Roman"/>
          <w:i/>
          <w:color w:val="000000"/>
        </w:rPr>
        <w:t>A</w:t>
      </w:r>
      <w:r>
        <w:rPr>
          <w:rFonts w:ascii="宋体" w:hAnsi="宋体" w:eastAsia="宋体" w:cs="宋体"/>
          <w:color w:val="000000"/>
        </w:rPr>
        <w:t>对应的有理数是</w:t>
      </w:r>
      <w:r>
        <w:pict>
          <v:shape id="_x0000_i72049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460" o:title="eqId274a9dc37509f01c2606fb3086a46f4f"/>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对应的有理数是</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247900" cy="438150"/>
            <wp:effectExtent l="0" t="0" r="0" b="0"/>
            <wp:docPr id="3913"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 name="图片 100037" descr="学科网(www.zxxk.com)--教育资源门户，提供试卷、教案、课件、论文、素材以及各类教学资源下载，还有大量而丰富的教学相关资讯！"/>
                    <pic:cNvPicPr>
                      <a:picLocks noChangeAspect="1"/>
                    </pic:cNvPicPr>
                  </pic:nvPicPr>
                  <pic:blipFill>
                    <a:blip r:embed="rId5461"/>
                    <a:stretch>
                      <a:fillRect/>
                    </a:stretch>
                  </pic:blipFill>
                  <pic:spPr>
                    <a:xfrm>
                      <a:off x="0" y="0"/>
                      <a:ext cx="2247900" cy="4381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如果线段</w:t>
      </w:r>
      <w:r>
        <w:pict>
          <v:shape id="_x0000_i720496" o:spt="75" alt="学科网(www.zxxk.com)--教育资源门户，提供试卷、教案、课件、论文、素材以及各类教学资源下载，还有大量而丰富的教学相关资讯！" type="#_x0000_t75" style="height:13pt;width:38pt;" o:ole="t" filled="f" o:preferrelative="t" stroked="f" coordsize="21600,21600">
            <v:path/>
            <v:fill on="f" focussize="0,0"/>
            <v:stroke on="f" joinstyle="miter"/>
            <v:imagedata r:id="rId5462" o:title="eqIdfcd0ced286a0fbc7e4862f8147264277"/>
            <o:lock v:ext="edit" aspectratio="t"/>
            <w10:wrap type="none"/>
            <w10:anchorlock/>
          </v:shape>
        </w:pict>
      </w:r>
      <w:r>
        <w:rPr>
          <w:rFonts w:ascii="宋体" w:hAnsi="宋体" w:eastAsia="宋体" w:cs="宋体"/>
          <w:color w:val="000000"/>
        </w:rPr>
        <w:t>，则</w:t>
      </w:r>
      <w:r>
        <w:pict>
          <v:shape id="_x0000_i720497" o:spt="75" alt="学科网(www.zxxk.com)--教育资源门户，提供试卷、教案、课件、论文、素材以及各类教学资源下载，还有大量而丰富的教学相关资讯！" type="#_x0000_t75" style="height:11.25pt;width:21.75pt;" o:ole="t" filled="f" o:preferrelative="t" stroked="f" coordsize="21600,21600">
            <v:path/>
            <v:fill on="f" focussize="0,0"/>
            <v:stroke on="f" joinstyle="miter"/>
            <v:imagedata r:id="rId5463" o:title="eqIda6c57bbef89a37f1a3808c0ceeac0c22"/>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是线段</w:t>
      </w:r>
      <w:r>
        <w:pict>
          <v:shape id="_x0000_i72049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464" o:title="eqIdf52a58fbaf4fea03567e88a9f0f6e37e"/>
            <o:lock v:ext="edit" aspectratio="t"/>
            <w10:wrap type="none"/>
            <w10:anchorlock/>
          </v:shape>
        </w:pict>
      </w:r>
      <w:r>
        <w:rPr>
          <w:rFonts w:ascii="宋体" w:hAnsi="宋体" w:eastAsia="宋体" w:cs="宋体"/>
          <w:color w:val="000000"/>
        </w:rPr>
        <w:t>上一点，点</w:t>
      </w:r>
      <w:r>
        <w:rPr>
          <w:rFonts w:ascii="Times New Roman" w:hAnsi="Times New Roman" w:eastAsia="Times New Roman" w:cs="Times New Roman"/>
          <w:i/>
          <w:color w:val="000000"/>
        </w:rPr>
        <w:t>C</w:t>
      </w:r>
      <w:r>
        <w:rPr>
          <w:rFonts w:ascii="宋体" w:hAnsi="宋体" w:eastAsia="宋体" w:cs="宋体"/>
          <w:color w:val="000000"/>
        </w:rPr>
        <w:t>对应的有理数是</w:t>
      </w:r>
      <w:r>
        <w:rPr>
          <w:rFonts w:ascii="Times New Roman" w:hAnsi="Times New Roman" w:eastAsia="Times New Roman" w:cs="Times New Roman"/>
          <w:i/>
          <w:color w:val="000000"/>
        </w:rPr>
        <w:t>n</w:t>
      </w:r>
      <w:r>
        <w:rPr>
          <w:rFonts w:ascii="宋体" w:hAnsi="宋体" w:eastAsia="宋体" w:cs="宋体"/>
          <w:color w:val="000000"/>
        </w:rPr>
        <w:t>，如果</w:t>
      </w:r>
      <w:r>
        <w:pict>
          <v:shape id="_x0000_i720499" o:spt="75" alt="学科网(www.zxxk.com)--教育资源门户，提供试卷、教案、课件、论文、素材以及各类教学资源下载，还有大量而丰富的教学相关资讯！" type="#_x0000_t75" style="height:13.5pt;width:26.25pt;" o:ole="t" filled="f" o:preferrelative="t" stroked="f" coordsize="21600,21600">
            <v:path/>
            <v:fill on="f" focussize="0,0"/>
            <v:stroke on="f" joinstyle="miter"/>
            <v:imagedata r:id="rId5465" o:title="eqIdc87b351f16728b0023fd63678f8103c7"/>
            <o:lock v:ext="edit" aspectratio="t"/>
            <w10:wrap type="none"/>
            <w10:anchorlock/>
          </v:shape>
        </w:pict>
      </w:r>
      <w:r>
        <w:rPr>
          <w:rFonts w:ascii="宋体" w:hAnsi="宋体" w:eastAsia="宋体" w:cs="宋体"/>
          <w:color w:val="000000"/>
        </w:rPr>
        <w:t>，且</w:t>
      </w:r>
      <w:r>
        <w:pict>
          <v:shape id="_x0000_i720500" o:spt="75" alt="学科网(www.zxxk.com)--教育资源门户，提供试卷、教案、课件、论文、素材以及各类教学资源下载，还有大量而丰富的教学相关资讯！" type="#_x0000_t75" style="height:13.5pt;width:55.5pt;" o:ole="t" filled="f" o:preferrelative="t" stroked="f" coordsize="21600,21600">
            <v:path/>
            <v:fill on="f" focussize="0,0"/>
            <v:stroke on="f" joinstyle="miter"/>
            <v:imagedata r:id="rId5466" o:title="eqIdd13e3a90c84552b2230b45a5cec1b1b1"/>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w:t>
      </w:r>
    </w:p>
    <w:p>
      <w:pPr>
        <w:spacing w:line="360" w:lineRule="auto"/>
        <w:jc w:val="left"/>
        <w:textAlignment w:val="center"/>
        <w:rPr>
          <w:color w:val="000000"/>
        </w:rPr>
      </w:pPr>
      <w:r>
        <w:rPr>
          <w:color w:val="000000"/>
        </w:rPr>
        <w:t>（3）</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是直线</w:t>
      </w:r>
      <w:r>
        <w:pict>
          <v:shape id="_x0000_i72050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467" o:title="eqIdf52a58fbaf4fea03567e88a9f0f6e37e"/>
            <o:lock v:ext="edit" aspectratio="t"/>
            <w10:wrap type="none"/>
            <w10:anchorlock/>
          </v:shape>
        </w:pict>
      </w:r>
      <w:r>
        <w:rPr>
          <w:rFonts w:ascii="宋体" w:hAnsi="宋体" w:eastAsia="宋体" w:cs="宋体"/>
          <w:color w:val="000000"/>
        </w:rPr>
        <w:t>上一点，点</w:t>
      </w:r>
      <w:r>
        <w:rPr>
          <w:rFonts w:ascii="Times New Roman" w:hAnsi="Times New Roman" w:eastAsia="Times New Roman" w:cs="Times New Roman"/>
          <w:i/>
          <w:color w:val="000000"/>
        </w:rPr>
        <w:t>C</w:t>
      </w:r>
      <w:r>
        <w:rPr>
          <w:rFonts w:ascii="宋体" w:hAnsi="宋体" w:eastAsia="宋体" w:cs="宋体"/>
          <w:color w:val="000000"/>
        </w:rPr>
        <w:t>对应的有理数是</w:t>
      </w:r>
      <w:r>
        <w:rPr>
          <w:rFonts w:ascii="Times New Roman" w:hAnsi="Times New Roman" w:eastAsia="Times New Roman" w:cs="Times New Roman"/>
          <w:i/>
          <w:color w:val="000000"/>
        </w:rPr>
        <w:t>n</w:t>
      </w:r>
      <w:r>
        <w:rPr>
          <w:rFonts w:ascii="宋体" w:hAnsi="宋体" w:eastAsia="宋体" w:cs="宋体"/>
          <w:color w:val="000000"/>
        </w:rPr>
        <w:t>，且</w:t>
      </w:r>
      <w:r>
        <w:pict>
          <v:shape id="_x0000_i720502" o:spt="75" alt="学科网(www.zxxk.com)--教育资源门户，提供试卷、教案、课件、论文、素材以及各类教学资源下载，还有大量而丰富的教学相关资讯！" type="#_x0000_t75" style="height:13.5pt;width:55.5pt;" o:ole="t" filled="f" o:preferrelative="t" stroked="f" coordsize="21600,21600">
            <v:path/>
            <v:fill on="f" focussize="0,0"/>
            <v:stroke on="f" joinstyle="miter"/>
            <v:imagedata r:id="rId5468" o:title="eqIdd13e3a90c84552b2230b45a5cec1b1b1"/>
            <o:lock v:ext="edit" aspectratio="t"/>
            <w10:wrap type="none"/>
            <w10:anchorlock/>
          </v:shape>
        </w:pict>
      </w:r>
      <w:r>
        <w:rPr>
          <w:rFonts w:ascii="宋体" w:hAnsi="宋体" w:eastAsia="宋体" w:cs="宋体"/>
          <w:color w:val="000000"/>
        </w:rPr>
        <w:t>，求</w:t>
      </w:r>
      <w:r>
        <w:rPr>
          <w:rFonts w:ascii="Times New Roman" w:hAnsi="Times New Roman" w:eastAsia="Times New Roman" w:cs="Times New Roman"/>
          <w:i/>
          <w:color w:val="000000"/>
        </w:rPr>
        <w:t>m</w:t>
      </w:r>
      <w:r>
        <w:rPr>
          <w:rFonts w:ascii="宋体" w:hAnsi="宋体" w:eastAsia="宋体" w:cs="宋体"/>
          <w:color w:val="000000"/>
        </w:rPr>
        <w:t>的值（用含有</w:t>
      </w:r>
      <w:r>
        <w:rPr>
          <w:rFonts w:ascii="Times New Roman" w:hAnsi="Times New Roman" w:eastAsia="Times New Roman" w:cs="Times New Roman"/>
          <w:i/>
          <w:color w:val="000000"/>
        </w:rPr>
        <w:t>n</w:t>
      </w:r>
      <w:r>
        <w:rPr>
          <w:rFonts w:ascii="宋体" w:hAnsi="宋体" w:eastAsia="宋体" w:cs="宋体"/>
          <w:color w:val="000000"/>
        </w:rPr>
        <w:t>的代数式表示）．</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0</w:t>
      </w:r>
      <w:r>
        <w:rPr>
          <w:color w:val="000000"/>
        </w:rPr>
        <w:t xml:space="preserve">    （2）</w:t>
      </w:r>
      <w:r>
        <w:rPr>
          <w:rFonts w:ascii="Times New Roman" w:hAnsi="Times New Roman" w:eastAsia="Times New Roman" w:cs="Times New Roman"/>
          <w:color w:val="000000"/>
        </w:rPr>
        <w:t>7</w:t>
      </w:r>
      <w:r>
        <w:rPr>
          <w:color w:val="000000"/>
        </w:rPr>
        <w:t xml:space="preserve">    </w:t>
      </w:r>
    </w:p>
    <w:p>
      <w:pPr>
        <w:spacing w:line="360" w:lineRule="auto"/>
        <w:textAlignment w:val="center"/>
        <w:rPr>
          <w:color w:val="000000"/>
        </w:rPr>
      </w:pPr>
      <w:r>
        <w:rPr>
          <w:color w:val="000000"/>
        </w:rPr>
        <w:t>（3）</w:t>
      </w:r>
      <w:r>
        <w:pict>
          <v:shape id="_x0000_i720503" o:spt="75" alt="学科网(www.zxxk.com)--教育资源门户，提供试卷、教案、课件、论文、素材以及各类教学资源下载，还有大量而丰富的教学相关资讯！" type="#_x0000_t75" style="height:14pt;width:54pt;" o:ole="t" filled="f" o:preferrelative="t" stroked="f" coordsize="21600,21600">
            <v:path/>
            <v:fill on="f" focussize="0,0"/>
            <v:stroke on="f" joinstyle="miter"/>
            <v:imagedata r:id="rId5469" o:title="eqIde0bd9e7181095b95a4d12ba7e69b5084"/>
            <o:lock v:ext="edit" aspectratio="t"/>
            <w10:wrap type="none"/>
            <w10:anchorlock/>
          </v:shape>
        </w:pict>
      </w:r>
      <w:r>
        <w:rPr>
          <w:rFonts w:ascii="宋体" w:hAnsi="宋体" w:eastAsia="宋体" w:cs="宋体"/>
          <w:color w:val="000000"/>
        </w:rPr>
        <w:t>或</w:t>
      </w:r>
      <w:r>
        <w:pict>
          <v:shape id="_x0000_i720504" o:spt="75" alt="学科网(www.zxxk.com)--教育资源门户，提供试卷、教案、课件、论文、素材以及各类教学资源下载，还有大量而丰富的教学相关资讯！" type="#_x0000_t75" style="height:14pt;width:53.35pt;" o:ole="t" filled="f" o:preferrelative="t" stroked="f" coordsize="21600,21600">
            <v:path/>
            <v:fill on="f" focussize="0,0"/>
            <v:stroke on="f" joinstyle="miter"/>
            <v:imagedata r:id="rId5470" o:title="eqIde7a3d8b821531bf4f7bde60ddc1ec914"/>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本题考查了数轴上两点间的距离，解一元一次方程，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）直接根据数轴上两点间的距离得出</w:t>
      </w:r>
      <w:r>
        <w:pict>
          <v:shape id="_x0000_i720505" o:spt="75" alt="学科网(www.zxxk.com)--教育资源门户，提供试卷、教案、课件、论文、素材以及各类教学资源下载，还有大量而丰富的教学相关资讯！" type="#_x0000_t75" style="height:20.25pt;width:90pt;" o:ole="t" filled="f" o:preferrelative="t" stroked="f" coordsize="21600,21600">
            <v:path/>
            <v:fill on="f" focussize="0,0"/>
            <v:stroke on="f" joinstyle="miter"/>
            <v:imagedata r:id="rId5471" o:title="eqId77f5ea4dd32e0098c43eb657686bdf2d"/>
            <o:lock v:ext="edit" aspectratio="t"/>
            <w10:wrap type="none"/>
            <w10:anchorlock/>
          </v:shape>
        </w:pict>
      </w:r>
      <w:r>
        <w:rPr>
          <w:rFonts w:ascii="宋体" w:hAnsi="宋体" w:eastAsia="宋体" w:cs="宋体"/>
          <w:color w:val="000000"/>
        </w:rPr>
        <w:t>，求解即可；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）先根据数轴上两点间距离公式表示出</w:t>
      </w:r>
      <w:r>
        <w:pict>
          <v:shape id="_x0000_i720506" o:spt="75" alt="学科网(www.zxxk.com)--教育资源门户，提供试卷、教案、课件、论文、素材以及各类教学资源下载，还有大量而丰富的教学相关资讯！" type="#_x0000_t75" style="height:20.25pt;width:86.25pt;" o:ole="t" filled="f" o:preferrelative="t" stroked="f" coordsize="21600,21600">
            <v:path/>
            <v:fill on="f" focussize="0,0"/>
            <v:stroke on="f" joinstyle="miter"/>
            <v:imagedata r:id="rId5472" o:title="eqId9b1d024914c21f230e7fbe6b87ce247f"/>
            <o:lock v:ext="edit" aspectratio="t"/>
            <w10:wrap type="none"/>
            <w10:anchorlock/>
          </v:shape>
        </w:pict>
      </w:r>
      <w:r>
        <w:rPr>
          <w:rFonts w:ascii="宋体" w:hAnsi="宋体" w:eastAsia="宋体" w:cs="宋体"/>
          <w:color w:val="000000"/>
        </w:rPr>
        <w:t>，再求出</w:t>
      </w:r>
      <w:r>
        <w:pict>
          <v:shape id="_x0000_i720507" o:spt="75" alt="学科网(www.zxxk.com)--教育资源门户，提供试卷、教案、课件、论文、素材以及各类教学资源下载，还有大量而丰富的教学相关资讯！" type="#_x0000_t75" style="height:14pt;width:70pt;" o:ole="t" filled="f" o:preferrelative="t" stroked="f" coordsize="21600,21600">
            <v:path/>
            <v:fill on="f" focussize="0,0"/>
            <v:stroke on="f" joinstyle="miter"/>
            <v:imagedata r:id="rId5473" o:title="eqIdafe2c2df4ebc5d0a343994889475a3d8"/>
            <o:lock v:ext="edit" aspectratio="t"/>
            <w10:wrap type="none"/>
            <w10:anchorlock/>
          </v:shape>
        </w:pict>
      </w:r>
      <w:r>
        <w:rPr>
          <w:rFonts w:ascii="宋体" w:hAnsi="宋体" w:eastAsia="宋体" w:cs="宋体"/>
          <w:color w:val="000000"/>
        </w:rPr>
        <w:t>，即可求解；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）分两种情况讨论①当点</w:t>
      </w:r>
      <w:r>
        <w:rPr>
          <w:rFonts w:ascii="Times New Roman" w:hAnsi="Times New Roman" w:eastAsia="Times New Roman" w:cs="Times New Roman"/>
          <w:i/>
          <w:color w:val="000000"/>
        </w:rPr>
        <w:t>C</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的左侧时，②当点</w:t>
      </w:r>
      <w:r>
        <w:rPr>
          <w:rFonts w:ascii="Times New Roman" w:hAnsi="Times New Roman" w:eastAsia="Times New Roman" w:cs="Times New Roman"/>
          <w:i/>
          <w:color w:val="000000"/>
        </w:rPr>
        <w:t>C</w:t>
      </w:r>
      <w:r>
        <w:rPr>
          <w:rFonts w:ascii="宋体" w:hAnsi="宋体" w:eastAsia="宋体" w:cs="宋体"/>
          <w:color w:val="000000"/>
        </w:rPr>
        <w:t>在线段</w:t>
      </w:r>
      <w:r>
        <w:pict>
          <v:shape id="_x0000_i72050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474" o:title="eqIdf52a58fbaf4fea03567e88a9f0f6e37e"/>
            <o:lock v:ext="edit" aspectratio="t"/>
            <w10:wrap type="none"/>
            <w10:anchorlock/>
          </v:shape>
        </w:pict>
      </w:r>
      <w:r>
        <w:rPr>
          <w:rFonts w:ascii="宋体" w:hAnsi="宋体" w:eastAsia="宋体" w:cs="宋体"/>
          <w:color w:val="000000"/>
        </w:rPr>
        <w:t>上时，再根据两点间距离公式求解即可；</w:t>
      </w:r>
    </w:p>
    <w:p>
      <w:pPr>
        <w:spacing w:line="360" w:lineRule="auto"/>
        <w:jc w:val="left"/>
        <w:textAlignment w:val="center"/>
        <w:rPr>
          <w:color w:val="000000"/>
        </w:rPr>
      </w:pPr>
      <w:r>
        <w:rPr>
          <w:rFonts w:ascii="宋体" w:hAnsi="宋体" w:eastAsia="宋体" w:cs="宋体"/>
          <w:color w:val="000000"/>
        </w:rPr>
        <w:t>熟练掌握知识点是解题的关键．</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由题意得</w:t>
      </w:r>
      <w:r>
        <w:pict>
          <v:shape id="_x0000_i720509" o:spt="75" alt="学科网(www.zxxk.com)--教育资源门户，提供试卷、教案、课件、论文、素材以及各类教学资源下载，还有大量而丰富的教学相关资讯！" type="#_x0000_t75" style="height:20.25pt;width:90.75pt;" o:ole="t" filled="f" o:preferrelative="t" stroked="f" coordsize="21600,21600">
            <v:path/>
            <v:fill on="f" focussize="0,0"/>
            <v:stroke on="f" joinstyle="miter"/>
            <v:imagedata r:id="rId5475" o:title="eqId8300a18159b10be0a62d3334e77ea51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510" o:spt="75" alt="学科网(www.zxxk.com)--教育资源门户，提供试卷、教案、课件、论文、素材以及各类教学资源下载，还有大量而丰富的教学相关资讯！" type="#_x0000_t75" style="height:13.6pt;width:30.05pt;" o:ole="t" filled="f" o:preferrelative="t" stroked="f" coordsize="21600,21600">
            <v:path/>
            <v:fill on="f" focussize="0,0"/>
            <v:stroke on="f" joinstyle="miter"/>
            <v:imagedata r:id="rId5476" o:title="eqIdfd876a2ed79c64bacc3e64b8ee92735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0</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由题意得</w:t>
      </w:r>
      <w:r>
        <w:pict>
          <v:shape id="_x0000_i720511" o:spt="75" alt="学科网(www.zxxk.com)--教育资源门户，提供试卷、教案、课件、论文、素材以及各类教学资源下载，还有大量而丰富的教学相关资讯！" type="#_x0000_t75" style="height:20.25pt;width:86.25pt;" o:ole="t" filled="f" o:preferrelative="t" stroked="f" coordsize="21600,21600">
            <v:path/>
            <v:fill on="f" focussize="0,0"/>
            <v:stroke on="f" joinstyle="miter"/>
            <v:imagedata r:id="rId5477" o:title="eqId9b1d024914c21f230e7fbe6b87ce247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12" o:spt="75" alt="学科网(www.zxxk.com)--教育资源门户，提供试卷、教案、课件、论文、素材以及各类教学资源下载，还有大量而丰富的教学相关资讯！" type="#_x0000_t75" style="height:13.5pt;width:55.5pt;" o:ole="t" filled="f" o:preferrelative="t" stroked="f" coordsize="21600,21600">
            <v:path/>
            <v:fill on="f" focussize="0,0"/>
            <v:stroke on="f" joinstyle="miter"/>
            <v:imagedata r:id="rId5478" o:title="eqIdd13e3a90c84552b2230b45a5cec1b1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13" o:spt="75" alt="学科网(www.zxxk.com)--教育资源门户，提供试卷、教案、课件、论文、素材以及各类教学资源下载，还有大量而丰富的教学相关资讯！" type="#_x0000_t75" style="height:14pt;width:70pt;" o:ole="t" filled="f" o:preferrelative="t" stroked="f" coordsize="21600,21600">
            <v:path/>
            <v:fill on="f" focussize="0,0"/>
            <v:stroke on="f" joinstyle="miter"/>
            <v:imagedata r:id="rId5479" o:title="eqIdafe2c2df4ebc5d0a343994889475a3d8"/>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pict>
          <v:shape id="_x0000_i720514" o:spt="75" alt="学科网(www.zxxk.com)--教育资源门户，提供试卷、教案、课件、论文、素材以及各类教学资源下载，还有大量而丰富的教学相关资讯！" type="#_x0000_t75" style="height:13.95pt;width:45pt;" o:ole="t" filled="f" o:preferrelative="t" stroked="f" coordsize="21600,21600">
            <v:path/>
            <v:fill on="f" focussize="0,0"/>
            <v:stroke on="f" joinstyle="miter"/>
            <v:imagedata r:id="rId5480" o:title="eqId85600fe76989f70c01062a39376df5a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515"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5481" o:title="eqId6caddd958ae597c7a1f8f6a9ee2a320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①当点</w:t>
      </w:r>
      <w:r>
        <w:rPr>
          <w:rFonts w:ascii="Times New Roman" w:hAnsi="Times New Roman" w:eastAsia="Times New Roman" w:cs="Times New Roman"/>
          <w:i/>
          <w:color w:val="000000"/>
        </w:rPr>
        <w:t>C</w:t>
      </w:r>
      <w:r>
        <w:rPr>
          <w:rFonts w:ascii="宋体" w:hAnsi="宋体" w:eastAsia="宋体" w:cs="宋体"/>
          <w:color w:val="000000"/>
        </w:rPr>
        <w:t>在点</w:t>
      </w:r>
      <w:r>
        <w:rPr>
          <w:rFonts w:ascii="Times New Roman" w:hAnsi="Times New Roman" w:eastAsia="Times New Roman" w:cs="Times New Roman"/>
          <w:i/>
          <w:color w:val="000000"/>
        </w:rPr>
        <w:t>A</w:t>
      </w:r>
      <w:r>
        <w:rPr>
          <w:rFonts w:ascii="宋体" w:hAnsi="宋体" w:eastAsia="宋体" w:cs="宋体"/>
          <w:color w:val="000000"/>
        </w:rPr>
        <w:t>的左侧时，</w:t>
      </w:r>
    </w:p>
    <w:p>
      <w:pPr>
        <w:spacing w:line="360" w:lineRule="auto"/>
        <w:jc w:val="left"/>
        <w:textAlignment w:val="center"/>
        <w:rPr>
          <w:color w:val="000000"/>
        </w:rPr>
      </w:pPr>
      <w:r>
        <w:rPr>
          <w:color w:val="000000"/>
        </w:rPr>
        <w:drawing>
          <wp:inline distT="0" distB="0" distL="114300" distR="114300">
            <wp:extent cx="2257425" cy="247650"/>
            <wp:effectExtent l="0" t="0" r="0" b="0"/>
            <wp:docPr id="3915"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6" name="图片 100039" descr="学科网(www.zxxk.com)--教育资源门户，提供试卷、教案、课件、论文、素材以及各类教学资源下载，还有大量而丰富的教学相关资讯！"/>
                    <pic:cNvPicPr>
                      <a:picLocks noChangeAspect="1"/>
                    </pic:cNvPicPr>
                  </pic:nvPicPr>
                  <pic:blipFill>
                    <a:blip r:embed="rId5482"/>
                    <a:stretch>
                      <a:fillRect/>
                    </a:stretch>
                  </pic:blipFill>
                  <pic:spPr>
                    <a:xfrm>
                      <a:off x="0" y="0"/>
                      <a:ext cx="2257425" cy="247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由题意得</w:t>
      </w:r>
      <w:r>
        <w:pict>
          <v:shape id="_x0000_i720516" o:spt="75" alt="学科网(www.zxxk.com)--教育资源门户，提供试卷、教案、课件、论文、素材以及各类教学资源下载，还有大量而丰富的教学相关资讯！" type="#_x0000_t75" style="height:14pt;width:62pt;" o:ole="t" filled="f" o:preferrelative="t" stroked="f" coordsize="21600,21600">
            <v:path/>
            <v:fill on="f" focussize="0,0"/>
            <v:stroke on="f" joinstyle="miter"/>
            <v:imagedata r:id="rId5483" o:title="eqId8fbd5c45a66b8ff33aa7e2cd9a305ae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17" o:spt="75" alt="学科网(www.zxxk.com)--教育资源门户，提供试卷、教案、课件、论文、素材以及各类教学资源下载，还有大量而丰富的教学相关资讯！" type="#_x0000_t75" style="height:13.5pt;width:55.5pt;" o:ole="t" filled="f" o:preferrelative="t" stroked="f" coordsize="21600,21600">
            <v:path/>
            <v:fill on="f" focussize="0,0"/>
            <v:stroke on="f" joinstyle="miter"/>
            <v:imagedata r:id="rId5484" o:title="eqIdd13e3a90c84552b2230b45a5cec1b1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18" o:spt="75" alt="学科网(www.zxxk.com)--教育资源门户，提供试卷、教案、课件、论文、素材以及各类教学资源下载，还有大量而丰富的教学相关资讯！" type="#_x0000_t75" style="height:20.25pt;width:132.75pt;" o:ole="t" filled="f" o:preferrelative="t" stroked="f" coordsize="21600,21600">
            <v:path/>
            <v:fill on="f" focussize="0,0"/>
            <v:stroke on="f" joinstyle="miter"/>
            <v:imagedata r:id="rId5485" o:title="eqId41a1398490a30396cd889810fa7a2d47"/>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pict>
          <v:shape id="_x0000_i720519" o:spt="75" alt="学科网(www.zxxk.com)--教育资源门户，提供试卷、教案、课件、论文、素材以及各类教学资源下载，还有大量而丰富的教学相关资讯！" type="#_x0000_t75" style="height:14pt;width:77.35pt;" o:ole="t" filled="f" o:preferrelative="t" stroked="f" coordsize="21600,21600">
            <v:path/>
            <v:fill on="f" focussize="0,0"/>
            <v:stroke on="f" joinstyle="miter"/>
            <v:imagedata r:id="rId5486" o:title="eqIda3298db9ff79e0bee5cf2e8ad400ffc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520" o:spt="75" alt="学科网(www.zxxk.com)--教育资源门户，提供试卷、教案、课件、论文、素材以及各类教学资源下载，还有大量而丰富的教学相关资讯！" type="#_x0000_t75" style="height:14pt;width:54pt;" o:ole="t" filled="f" o:preferrelative="t" stroked="f" coordsize="21600,21600">
            <v:path/>
            <v:fill on="f" focussize="0,0"/>
            <v:stroke on="f" joinstyle="miter"/>
            <v:imagedata r:id="rId5487" o:title="eqIde0bd9e7181095b95a4d12ba7e69b508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②当点</w:t>
      </w:r>
      <w:r>
        <w:rPr>
          <w:rFonts w:ascii="Times New Roman" w:hAnsi="Times New Roman" w:eastAsia="Times New Roman" w:cs="Times New Roman"/>
          <w:i/>
          <w:color w:val="000000"/>
        </w:rPr>
        <w:t>C</w:t>
      </w:r>
      <w:r>
        <w:rPr>
          <w:rFonts w:ascii="宋体" w:hAnsi="宋体" w:eastAsia="宋体" w:cs="宋体"/>
          <w:color w:val="000000"/>
        </w:rPr>
        <w:t>在线段</w:t>
      </w:r>
      <w:r>
        <w:pict>
          <v:shape id="_x0000_i72052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488" o:title="eqIdf52a58fbaf4fea03567e88a9f0f6e37e"/>
            <o:lock v:ext="edit" aspectratio="t"/>
            <w10:wrap type="none"/>
            <w10:anchorlock/>
          </v:shape>
        </w:pict>
      </w:r>
      <w:r>
        <w:rPr>
          <w:rFonts w:ascii="宋体" w:hAnsi="宋体" w:eastAsia="宋体" w:cs="宋体"/>
          <w:color w:val="000000"/>
        </w:rPr>
        <w:t>上时，</w:t>
      </w:r>
    </w:p>
    <w:p>
      <w:pPr>
        <w:spacing w:line="360" w:lineRule="auto"/>
        <w:jc w:val="left"/>
        <w:textAlignment w:val="center"/>
        <w:rPr>
          <w:color w:val="000000"/>
        </w:rPr>
      </w:pPr>
      <w:r>
        <w:rPr>
          <w:color w:val="000000"/>
        </w:rPr>
        <w:drawing>
          <wp:inline distT="0" distB="0" distL="114300" distR="114300">
            <wp:extent cx="2257425" cy="257175"/>
            <wp:effectExtent l="0" t="0" r="0" b="0"/>
            <wp:docPr id="3917"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 name="图片 100041" descr="学科网(www.zxxk.com)--教育资源门户，提供试卷、教案、课件、论文、素材以及各类教学资源下载，还有大量而丰富的教学相关资讯！"/>
                    <pic:cNvPicPr>
                      <a:picLocks noChangeAspect="1"/>
                    </pic:cNvPicPr>
                  </pic:nvPicPr>
                  <pic:blipFill>
                    <a:blip r:embed="rId5489"/>
                    <a:stretch>
                      <a:fillRect/>
                    </a:stretch>
                  </pic:blipFill>
                  <pic:spPr>
                    <a:xfrm>
                      <a:off x="0" y="0"/>
                      <a:ext cx="2257425" cy="2571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由题意得</w:t>
      </w:r>
      <w:r>
        <w:pict>
          <v:shape id="_x0000_i720522" o:spt="75" alt="学科网(www.zxxk.com)--教育资源门户，提供试卷、教案、课件、论文、素材以及各类教学资源下载，还有大量而丰富的教学相关资讯！" type="#_x0000_t75" style="height:20.25pt;width:105.75pt;" o:ole="t" filled="f" o:preferrelative="t" stroked="f" coordsize="21600,21600">
            <v:path/>
            <v:fill on="f" focussize="0,0"/>
            <v:stroke on="f" joinstyle="miter"/>
            <v:imagedata r:id="rId5490" o:title="eqId26b61eed684ec045f00760596926cfa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23" o:spt="75" alt="学科网(www.zxxk.com)--教育资源门户，提供试卷、教案、课件、论文、素材以及各类教学资源下载，还有大量而丰富的教学相关资讯！" type="#_x0000_t75" style="height:13.5pt;width:55.5pt;" o:ole="t" filled="f" o:preferrelative="t" stroked="f" coordsize="21600,21600">
            <v:path/>
            <v:fill on="f" focussize="0,0"/>
            <v:stroke on="f" joinstyle="miter"/>
            <v:imagedata r:id="rId5491" o:title="eqIdd13e3a90c84552b2230b45a5cec1b1b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24" o:spt="75" alt="学科网(www.zxxk.com)--教育资源门户，提供试卷、教案、课件、论文、素材以及各类教学资源下载，还有大量而丰富的教学相关资讯！" type="#_x0000_t75" style="height:20.25pt;width:120pt;" o:ole="t" filled="f" o:preferrelative="t" stroked="f" coordsize="21600,21600">
            <v:path/>
            <v:fill on="f" focussize="0,0"/>
            <v:stroke on="f" joinstyle="miter"/>
            <v:imagedata r:id="rId5492" o:title="eqIdf875fd072911068d039edcd19ad59669"/>
            <o:lock v:ext="edit" aspectratio="t"/>
            <w10:wrap type="none"/>
            <w10:anchorlock/>
          </v:shape>
        </w:pic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w:t>
      </w:r>
      <w:r>
        <w:pict>
          <v:shape id="_x0000_i720525" o:spt="75" alt="学科网(www.zxxk.com)--教育资源门户，提供试卷、教案、课件、论文、素材以及各类教学资源下载，还有大量而丰富的教学相关资讯！" type="#_x0000_t75" style="height:14pt;width:70pt;" o:ole="t" filled="f" o:preferrelative="t" stroked="f" coordsize="21600,21600">
            <v:path/>
            <v:fill on="f" focussize="0,0"/>
            <v:stroke on="f" joinstyle="miter"/>
            <v:imagedata r:id="rId5493" o:title="eqIdf572dec690db1e26332045afebb59fb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解得</w:t>
      </w:r>
      <w:r>
        <w:pict>
          <v:shape id="_x0000_i720526" o:spt="75" alt="学科网(www.zxxk.com)--教育资源门户，提供试卷、教案、课件、论文、素材以及各类教学资源下载，还有大量而丰富的教学相关资讯！" type="#_x0000_t75" style="height:14pt;width:53.35pt;" o:ole="t" filled="f" o:preferrelative="t" stroked="f" coordsize="21600,21600">
            <v:path/>
            <v:fill on="f" focussize="0,0"/>
            <v:stroke on="f" joinstyle="miter"/>
            <v:imagedata r:id="rId5494" o:title="eqIde7a3d8b821531bf4f7bde60ddc1ec9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综上，</w:t>
      </w:r>
      <w:r>
        <w:pict>
          <v:shape id="_x0000_i720527" o:spt="75" alt="学科网(www.zxxk.com)--教育资源门户，提供试卷、教案、课件、论文、素材以及各类教学资源下载，还有大量而丰富的教学相关资讯！" type="#_x0000_t75" style="height:14pt;width:54pt;" o:ole="t" filled="f" o:preferrelative="t" stroked="f" coordsize="21600,21600">
            <v:path/>
            <v:fill on="f" focussize="0,0"/>
            <v:stroke on="f" joinstyle="miter"/>
            <v:imagedata r:id="rId5495" o:title="eqIde0bd9e7181095b95a4d12ba7e69b5084"/>
            <o:lock v:ext="edit" aspectratio="t"/>
            <w10:wrap type="none"/>
            <w10:anchorlock/>
          </v:shape>
        </w:pict>
      </w:r>
      <w:r>
        <w:rPr>
          <w:rFonts w:ascii="宋体" w:hAnsi="宋体" w:eastAsia="宋体" w:cs="宋体"/>
          <w:color w:val="000000"/>
        </w:rPr>
        <w:t>或</w:t>
      </w:r>
      <w:r>
        <w:pict>
          <v:shape id="_x0000_i720528" o:spt="75" alt="学科网(www.zxxk.com)--教育资源门户，提供试卷、教案、课件、论文、素材以及各类教学资源下载，还有大量而丰富的教学相关资讯！" type="#_x0000_t75" style="height:14pt;width:53.35pt;" o:ole="t" filled="f" o:preferrelative="t" stroked="f" coordsize="21600,21600">
            <v:path/>
            <v:fill on="f" focussize="0,0"/>
            <v:stroke on="f" joinstyle="miter"/>
            <v:imagedata r:id="rId5496" o:title="eqIde7a3d8b821531bf4f7bde60ddc1ec914"/>
            <o:lock v:ext="edit" aspectratio="t"/>
            <w10:wrap type="none"/>
            <w10:anchorlock/>
          </v:shape>
        </w:pict>
      </w:r>
    </w:p>
    <w:p>
      <w:pPr>
        <w:spacing w:line="360" w:lineRule="auto"/>
        <w:jc w:val="left"/>
        <w:textAlignment w:val="center"/>
        <w:rPr>
          <w:color w:val="000000"/>
        </w:rPr>
      </w:pPr>
      <w:r>
        <w:rPr>
          <w:color w:val="000000"/>
        </w:rPr>
        <w:t xml:space="preserve">28. </w:t>
      </w:r>
      <w:r>
        <w:rPr>
          <w:rFonts w:ascii="宋体" w:hAnsi="宋体" w:eastAsia="宋体" w:cs="宋体"/>
          <w:color w:val="000000"/>
        </w:rPr>
        <w:t>已知有理数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满足方程</w:t>
      </w:r>
      <w:r>
        <w:pict>
          <v:shape id="_x0000_i720529" o:spt="75" alt="学科网(www.zxxk.com)--教育资源门户，提供试卷、教案、课件、论文、素材以及各类教学资源下载，还有大量而丰富的教学相关资讯！" type="#_x0000_t75" style="height:15.75pt;width:51pt;" o:ole="t" filled="f" o:preferrelative="t" stroked="f" coordsize="21600,21600">
            <v:path/>
            <v:fill on="f" focussize="0,0"/>
            <v:stroke on="f" joinstyle="miter"/>
            <v:imagedata r:id="rId5497" o:title="eqId67791cfbc8098f68a9ebdf4ae91b2cf8"/>
            <o:lock v:ext="edit" aspectratio="t"/>
            <w10:wrap type="none"/>
            <w10:anchorlock/>
          </v:shape>
        </w:pict>
      </w:r>
      <w:r>
        <w:rPr>
          <w:rFonts w:ascii="宋体" w:hAnsi="宋体" w:eastAsia="宋体" w:cs="宋体"/>
          <w:color w:val="000000"/>
        </w:rPr>
        <w:t>①，</w:t>
      </w:r>
      <w:r>
        <w:pict>
          <v:shape id="_x0000_i720530" o:spt="75" alt="学科网(www.zxxk.com)--教育资源门户，提供试卷、教案、课件、论文、素材以及各类教学资源下载，还有大量而丰富的教学相关资讯！" type="#_x0000_t75" style="height:15.5pt;width:57pt;" o:ole="t" filled="f" o:preferrelative="t" stroked="f" coordsize="21600,21600">
            <v:path/>
            <v:fill on="f" focussize="0,0"/>
            <v:stroke on="f" joinstyle="miter"/>
            <v:imagedata r:id="rId5498" o:title="eqId7e001b2df3dcbc34407acb4986f7e9a0"/>
            <o:lock v:ext="edit" aspectratio="t"/>
            <w10:wrap type="none"/>
            <w10:anchorlock/>
          </v:shape>
        </w:pict>
      </w:r>
      <w:r>
        <w:rPr>
          <w:rFonts w:ascii="宋体" w:hAnsi="宋体" w:eastAsia="宋体" w:cs="宋体"/>
          <w:color w:val="000000"/>
        </w:rPr>
        <w:t>②，求</w:t>
      </w:r>
      <w:r>
        <w:pict>
          <v:shape id="_x0000_i720531" o:spt="75" alt="学科网(www.zxxk.com)--教育资源门户，提供试卷、教案、课件、论文、素材以及各类教学资源下载，还有大量而丰富的教学相关资讯！" type="#_x0000_t75" style="height:15.5pt;width:34pt;" o:ole="t" filled="f" o:preferrelative="t" stroked="f" coordsize="21600,21600">
            <v:path/>
            <v:fill on="f" focussize="0,0"/>
            <v:stroke on="f" joinstyle="miter"/>
            <v:imagedata r:id="rId5499" o:title="eqIdc6e25dec7432bcfd5d189db536d5754a"/>
            <o:lock v:ext="edit" aspectratio="t"/>
            <w10:wrap type="none"/>
            <w10:anchorlock/>
          </v:shape>
        </w:pict>
      </w:r>
      <w:r>
        <w:rPr>
          <w:rFonts w:ascii="宋体" w:hAnsi="宋体" w:eastAsia="宋体" w:cs="宋体"/>
          <w:color w:val="000000"/>
        </w:rPr>
        <w:t>和</w:t>
      </w:r>
      <w:r>
        <w:pict>
          <v:shape id="_x0000_i720532"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5500" o:title="eqIde5d7e7746c682fa5204d54a4676325b2"/>
            <o:lock v:ext="edit" aspectratio="t"/>
            <w10:wrap type="none"/>
            <w10:anchorlock/>
          </v:shape>
        </w:pict>
      </w:r>
      <w:r>
        <w:rPr>
          <w:rFonts w:ascii="宋体" w:hAnsi="宋体" w:eastAsia="宋体" w:cs="宋体"/>
          <w:color w:val="000000"/>
        </w:rPr>
        <w:t>的值．</w:t>
      </w:r>
    </w:p>
    <w:p>
      <w:pPr>
        <w:spacing w:line="360" w:lineRule="auto"/>
        <w:jc w:val="left"/>
        <w:textAlignment w:val="center"/>
        <w:rPr>
          <w:color w:val="000000"/>
        </w:rPr>
      </w:pPr>
      <w:r>
        <w:rPr>
          <w:rFonts w:ascii="宋体" w:hAnsi="宋体" w:eastAsia="宋体" w:cs="宋体"/>
          <w:color w:val="000000"/>
        </w:rPr>
        <w:t>通过读题小凯发现题目中给出</w:t>
      </w:r>
      <w:r>
        <w:rPr>
          <w:rFonts w:ascii="宋体" w:hAnsi="宋体" w:eastAsia="宋体" w:cs="宋体"/>
          <w:color w:val="000000"/>
          <w:position w:val="0"/>
        </w:rPr>
        <w:drawing>
          <wp:inline distT="0" distB="0" distL="114300" distR="114300">
            <wp:extent cx="133350" cy="177800"/>
            <wp:effectExtent l="0" t="0" r="0" b="0"/>
            <wp:docPr id="3919" name="图片 84626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 name="图片 846263490"/>
                    <pic:cNvPicPr>
                      <a:picLocks noChangeAspect="1"/>
                    </pic:cNvPicPr>
                  </pic:nvPicPr>
                  <pic:blipFill>
                    <a:blip r:embed="rId550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方程是有两个未知数的方程，我们没有学习过，求值的代数式也有两个未知数．小凯观察发现如果方程①，方程②的左侧对应着相减，即：</w:t>
      </w:r>
      <w:r>
        <w:pict>
          <v:shape id="_x0000_i720533" o:spt="75" alt="学科网(www.zxxk.com)--教育资源门户，提供试卷、教案、课件、论文、素材以及各类教学资源下载，还有大量而丰富的教学相关资讯！" type="#_x0000_t75" style="height:19.8pt;width:97.2pt;" o:ole="t" filled="f" o:preferrelative="t" stroked="f" coordsize="21600,21600">
            <v:path/>
            <v:fill on="f" focussize="0,0"/>
            <v:stroke on="f" joinstyle="miter"/>
            <v:imagedata r:id="rId5502" o:title="eqIdcd78b92e5a7b2b7da6fd79ecefbafe4e"/>
            <o:lock v:ext="edit" aspectratio="t"/>
            <w10:wrap type="none"/>
            <w10:anchorlock/>
          </v:shape>
        </w:pict>
      </w:r>
      <w:r>
        <w:rPr>
          <w:rFonts w:ascii="宋体" w:hAnsi="宋体" w:eastAsia="宋体" w:cs="宋体"/>
          <w:color w:val="000000"/>
        </w:rPr>
        <w:t>化简后恰好出现代数式</w:t>
      </w:r>
      <w:r>
        <w:pict>
          <v:shape id="_x0000_i720534" o:spt="75" alt="学科网(www.zxxk.com)--教育资源门户，提供试卷、教案、课件、论文、素材以及各类教学资源下载，还有大量而丰富的教学相关资讯！" type="#_x0000_t75" style="height:15.5pt;width:34pt;" o:ole="t" filled="f" o:preferrelative="t" stroked="f" coordsize="21600,21600">
            <v:path/>
            <v:fill on="f" focussize="0,0"/>
            <v:stroke on="f" joinstyle="miter"/>
            <v:imagedata r:id="rId5503" o:title="eqIdc6e25dec7432bcfd5d189db536d5754a"/>
            <o:lock v:ext="edit" aspectratio="t"/>
            <w10:wrap type="none"/>
            <w10:anchorlock/>
          </v:shape>
        </w:pict>
      </w:r>
      <w:r>
        <w:rPr>
          <w:rFonts w:ascii="宋体" w:hAnsi="宋体" w:eastAsia="宋体" w:cs="宋体"/>
          <w:color w:val="000000"/>
        </w:rPr>
        <w:t>，方程①的左侧与方程②的左侧的</w:t>
      </w:r>
      <w:r>
        <w:rPr>
          <w:rFonts w:ascii="Times New Roman" w:hAnsi="Times New Roman" w:eastAsia="Times New Roman" w:cs="Times New Roman"/>
          <w:color w:val="000000"/>
        </w:rPr>
        <w:t>2</w:t>
      </w:r>
      <w:r>
        <w:rPr>
          <w:rFonts w:ascii="宋体" w:hAnsi="宋体" w:eastAsia="宋体" w:cs="宋体"/>
          <w:color w:val="000000"/>
        </w:rPr>
        <w:t>倍相加，即：</w:t>
      </w:r>
      <w:r>
        <w:pict>
          <v:shape id="_x0000_i720535" o:spt="75" alt="学科网(www.zxxk.com)--教育资源门户，提供试卷、教案、课件、论文、素材以及各类教学资源下载，还有大量而丰富的教学相关资讯！" type="#_x0000_t75" style="height:19.8pt;width:105pt;" o:ole="t" filled="f" o:preferrelative="t" stroked="f" coordsize="21600,21600">
            <v:path/>
            <v:fill on="f" focussize="0,0"/>
            <v:stroke on="f" joinstyle="miter"/>
            <v:imagedata r:id="rId5504" o:title="eqIdf5b0787f875c2eb12f16709fee59593e"/>
            <o:lock v:ext="edit" aspectratio="t"/>
            <w10:wrap type="none"/>
            <w10:anchorlock/>
          </v:shape>
        </w:pict>
      </w:r>
      <w:r>
        <w:rPr>
          <w:rFonts w:ascii="宋体" w:hAnsi="宋体" w:eastAsia="宋体" w:cs="宋体"/>
          <w:color w:val="000000"/>
        </w:rPr>
        <w:t>化简后恰好出现代数式</w:t>
      </w:r>
      <w:r>
        <w:pict>
          <v:shape id="_x0000_i720536" o:spt="75" alt="学科网(www.zxxk.com)--教育资源门户，提供试卷、教案、课件、论文、素材以及各类教学资源下载，还有大量而丰富的教学相关资讯！" type="#_x0000_t75" style="height:15.75pt;width:39pt;" o:ole="t" filled="f" o:preferrelative="t" stroked="f" coordsize="21600,21600">
            <v:path/>
            <v:fill on="f" focussize="0,0"/>
            <v:stroke on="f" joinstyle="miter"/>
            <v:imagedata r:id="rId5505" o:title="eqIde5d7e7746c682fa5204d54a4676325b2"/>
            <o:lock v:ext="edit" aspectratio="t"/>
            <w10:wrap type="none"/>
            <w10:anchorlock/>
          </v:shape>
        </w:pict>
      </w:r>
      <w:r>
        <w:rPr>
          <w:rFonts w:ascii="宋体" w:hAnsi="宋体" w:eastAsia="宋体" w:cs="宋体"/>
          <w:color w:val="000000"/>
        </w:rPr>
        <w:t>，依据所学知识可得：</w:t>
      </w:r>
      <w:r>
        <w:pict>
          <v:shape id="_x0000_i720537" o:spt="75" alt="学科网(www.zxxk.com)--教育资源门户，提供试卷、教案、课件、论文、素材以及各类教学资源下载，还有大量而丰富的教学相关资讯！" type="#_x0000_t75" style="height:19.8pt;width:156pt;" o:ole="t" filled="f" o:preferrelative="t" stroked="f" coordsize="21600,21600">
            <v:path/>
            <v:fill on="f" focussize="0,0"/>
            <v:stroke on="f" joinstyle="miter"/>
            <v:imagedata r:id="rId5506" o:title="eqIda8003a9ab2760e12af094feb731713ca"/>
            <o:lock v:ext="edit" aspectratio="t"/>
            <w10:wrap type="none"/>
            <w10:anchorlock/>
          </v:shape>
        </w:pict>
      </w:r>
      <w:r>
        <w:rPr>
          <w:rFonts w:ascii="宋体" w:hAnsi="宋体" w:eastAsia="宋体" w:cs="宋体"/>
          <w:color w:val="000000"/>
        </w:rPr>
        <w:t>；</w:t>
      </w:r>
      <w:r>
        <w:pict>
          <v:shape id="_x0000_i720538" o:spt="75" alt="学科网(www.zxxk.com)--教育资源门户，提供试卷、教案、课件、论文、素材以及各类教学资源下载，还有大量而丰富的教学相关资讯！" type="#_x0000_t75" style="height:19.8pt;width:177pt;" o:ole="t" filled="f" o:preferrelative="t" stroked="f" coordsize="21600,21600">
            <v:path/>
            <v:fill on="f" focussize="0,0"/>
            <v:stroke on="f" joinstyle="miter"/>
            <v:imagedata r:id="rId5507" o:title="eqId1169ce7c59fd295a9b6e112a4c07e5bb"/>
            <o:lock v:ext="edit" aspectratio="t"/>
            <w10:wrap type="none"/>
            <w10:anchorlock/>
          </v:shape>
        </w:pict>
      </w:r>
      <w:r>
        <w:rPr>
          <w:rFonts w:ascii="宋体" w:hAnsi="宋体" w:eastAsia="宋体" w:cs="宋体"/>
          <w:color w:val="000000"/>
        </w:rPr>
        <w:t>，因此，小凯求出：</w:t>
      </w:r>
      <w:r>
        <w:pict>
          <v:shape id="_x0000_i720539" o:spt="75" alt="学科网(www.zxxk.com)--教育资源门户，提供试卷、教案、课件、论文、素材以及各类教学资源下载，还有大量而丰富的教学相关资讯！" type="#_x0000_t75" style="height:15.5pt;width:58pt;" o:ole="t" filled="f" o:preferrelative="t" stroked="f" coordsize="21600,21600">
            <v:path/>
            <v:fill on="f" focussize="0,0"/>
            <v:stroke on="f" joinstyle="miter"/>
            <v:imagedata r:id="rId5508" o:title="eqId007c808be2ff0ccbe79f16044ebe4ec0"/>
            <o:lock v:ext="edit" aspectratio="t"/>
            <w10:wrap type="none"/>
            <w10:anchorlock/>
          </v:shape>
        </w:pict>
      </w:r>
      <w:r>
        <w:rPr>
          <w:rFonts w:ascii="宋体" w:hAnsi="宋体" w:eastAsia="宋体" w:cs="宋体"/>
          <w:color w:val="000000"/>
        </w:rPr>
        <w:t>，</w:t>
      </w:r>
      <w:r>
        <w:pict>
          <v:shape id="_x0000_i720540" o:spt="75" alt="学科网(www.zxxk.com)--教育资源门户，提供试卷、教案、课件、论文、素材以及各类教学资源下载，还有大量而丰富的教学相关资讯！" type="#_x0000_t75" style="height:15.5pt;width:62.5pt;" o:ole="t" filled="f" o:preferrelative="t" stroked="f" coordsize="21600,21600">
            <v:path/>
            <v:fill on="f" focussize="0,0"/>
            <v:stroke on="f" joinstyle="miter"/>
            <v:imagedata r:id="rId5509" o:title="eqId7cc117a0bbb5fcf2c07f86fe532d4bff"/>
            <o:lock v:ext="edit" aspectratio="t"/>
            <w10:wrap type="none"/>
            <w10:anchorlock/>
          </v:shape>
        </w:pict>
      </w:r>
      <w:r>
        <w:rPr>
          <w:rFonts w:ascii="宋体" w:hAnsi="宋体" w:eastAsia="宋体" w:cs="宋体"/>
          <w:color w:val="000000"/>
        </w:rPr>
        <w:t>，请你按照小凯思路解决下列问题：</w:t>
      </w:r>
    </w:p>
    <w:p>
      <w:pPr>
        <w:spacing w:line="360" w:lineRule="auto"/>
        <w:jc w:val="left"/>
        <w:textAlignment w:val="center"/>
        <w:rPr>
          <w:color w:val="000000"/>
        </w:rPr>
      </w:pPr>
      <w:r>
        <w:rPr>
          <w:color w:val="000000"/>
        </w:rPr>
        <w:t>（1）</w:t>
      </w:r>
      <w:r>
        <w:rPr>
          <w:rFonts w:ascii="宋体" w:hAnsi="宋体" w:eastAsia="宋体" w:cs="宋体"/>
          <w:color w:val="000000"/>
        </w:rPr>
        <w:t>如果</w:t>
      </w:r>
      <w:r>
        <w:pict>
          <v:shape id="_x0000_i720541" o:spt="75" alt="学科网(www.zxxk.com)--教育资源门户，提供试卷、教案、课件、论文、素材以及各类教学资源下载，还有大量而丰富的教学相关资讯！" type="#_x0000_t75" style="height:16.2pt;width:118.8pt;" o:ole="t" filled="f" o:preferrelative="t" stroked="f" coordsize="21600,21600">
            <v:path/>
            <v:fill on="f" focussize="0,0"/>
            <v:stroke on="f" joinstyle="miter"/>
            <v:imagedata r:id="rId5510" o:title="eqIde59dfee637d9ea5bd84fcbee3cca416e"/>
            <o:lock v:ext="edit" aspectratio="t"/>
            <w10:wrap type="none"/>
            <w10:anchorlock/>
          </v:shape>
        </w:pict>
      </w:r>
      <w:r>
        <w:rPr>
          <w:rFonts w:ascii="宋体" w:hAnsi="宋体" w:eastAsia="宋体" w:cs="宋体"/>
          <w:color w:val="000000"/>
        </w:rPr>
        <w:t>，那么</w:t>
      </w:r>
      <w:r>
        <w:pict>
          <v:shape id="_x0000_i720542" o:spt="75" alt="学科网(www.zxxk.com)--教育资源门户，提供试卷、教案、课件、论文、素材以及各类教学资源下载，还有大量而丰富的教学相关资讯！" type="#_x0000_t75" style="height:14.4pt;width:37.2pt;" o:ole="t" filled="f" o:preferrelative="t" stroked="f" coordsize="21600,21600">
            <v:path/>
            <v:fill on="f" focussize="0,0"/>
            <v:stroke on="f" joinstyle="miter"/>
            <v:imagedata r:id="rId5511" o:title="eqIdedff1881635893293dd411ead8194aca"/>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r>
        <w:pict>
          <v:shape id="_x0000_i720543" o:spt="75" alt="学科网(www.zxxk.com)--教育资源门户，提供试卷、教案、课件、论文、素材以及各类教学资源下载，还有大量而丰富的教学相关资讯！" type="#_x0000_t75" style="height:15.75pt;width:42.75pt;" o:ole="t" filled="f" o:preferrelative="t" stroked="f" coordsize="21600,21600">
            <v:path/>
            <v:fill on="f" focussize="0,0"/>
            <v:stroke on="f" joinstyle="miter"/>
            <v:imagedata r:id="rId5512" o:title="eqIde2964b9f8eb74f2c1c4c48b4502cfaf5"/>
            <o:lock v:ext="edit" aspectratio="t"/>
            <w10:wrap type="none"/>
            <w10:anchorlock/>
          </v:shape>
        </w:pict>
      </w:r>
      <w:r>
        <w:rPr>
          <w:rFonts w:ascii="Times New Roman" w:hAnsi="Times New Roman" w:eastAsia="Times New Roman" w:cs="Times New Roman"/>
          <w:color w:val="000000"/>
          <w:u w:val="single"/>
        </w:rPr>
        <w:t xml:space="preserve">        </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小凯为班集体购买活动奖品，第一次他购买了</w:t>
      </w:r>
      <w:r>
        <w:rPr>
          <w:rFonts w:ascii="Times New Roman" w:hAnsi="Times New Roman" w:eastAsia="Times New Roman" w:cs="Times New Roman"/>
          <w:color w:val="000000"/>
        </w:rPr>
        <w:t>15</w:t>
      </w:r>
      <w:r>
        <w:rPr>
          <w:rFonts w:ascii="宋体" w:hAnsi="宋体" w:eastAsia="宋体" w:cs="宋体"/>
          <w:color w:val="000000"/>
        </w:rPr>
        <w:t>支铅笔、</w:t>
      </w:r>
      <w:r>
        <w:rPr>
          <w:rFonts w:ascii="Times New Roman" w:hAnsi="Times New Roman" w:eastAsia="Times New Roman" w:cs="Times New Roman"/>
          <w:color w:val="000000"/>
        </w:rPr>
        <w:t>5</w:t>
      </w:r>
      <w:r>
        <w:rPr>
          <w:rFonts w:ascii="宋体" w:hAnsi="宋体" w:eastAsia="宋体" w:cs="宋体"/>
          <w:color w:val="000000"/>
        </w:rPr>
        <w:t>块橡皮、</w:t>
      </w:r>
      <w:r>
        <w:rPr>
          <w:rFonts w:ascii="Times New Roman" w:hAnsi="Times New Roman" w:eastAsia="Times New Roman" w:cs="Times New Roman"/>
          <w:color w:val="000000"/>
        </w:rPr>
        <w:t>4</w:t>
      </w:r>
      <w:r>
        <w:rPr>
          <w:rFonts w:ascii="宋体" w:hAnsi="宋体" w:eastAsia="宋体" w:cs="宋体"/>
          <w:color w:val="000000"/>
        </w:rPr>
        <w:t>本日记本共花了</w:t>
      </w:r>
      <w:r>
        <w:rPr>
          <w:rFonts w:ascii="Times New Roman" w:hAnsi="Times New Roman" w:eastAsia="Times New Roman" w:cs="Times New Roman"/>
          <w:color w:val="000000"/>
        </w:rPr>
        <w:t>75</w:t>
      </w:r>
      <w:r>
        <w:rPr>
          <w:rFonts w:ascii="宋体" w:hAnsi="宋体" w:eastAsia="宋体" w:cs="宋体"/>
          <w:color w:val="000000"/>
        </w:rPr>
        <w:t>元，第二次他购买了</w:t>
      </w:r>
      <w:r>
        <w:rPr>
          <w:rFonts w:ascii="Times New Roman" w:hAnsi="Times New Roman" w:eastAsia="Times New Roman" w:cs="Times New Roman"/>
          <w:color w:val="000000"/>
        </w:rPr>
        <w:t>29</w:t>
      </w:r>
      <w:r>
        <w:rPr>
          <w:rFonts w:ascii="宋体" w:hAnsi="宋体" w:eastAsia="宋体" w:cs="宋体"/>
          <w:color w:val="000000"/>
        </w:rPr>
        <w:t>支铅笔、</w:t>
      </w:r>
      <w:r>
        <w:rPr>
          <w:rFonts w:ascii="Times New Roman" w:hAnsi="Times New Roman" w:eastAsia="Times New Roman" w:cs="Times New Roman"/>
          <w:color w:val="000000"/>
        </w:rPr>
        <w:t>9</w:t>
      </w:r>
      <w:r>
        <w:rPr>
          <w:rFonts w:ascii="宋体" w:hAnsi="宋体" w:eastAsia="宋体" w:cs="宋体"/>
          <w:color w:val="000000"/>
        </w:rPr>
        <w:t>块橡皮、</w:t>
      </w:r>
      <w:r>
        <w:rPr>
          <w:rFonts w:ascii="Times New Roman" w:hAnsi="Times New Roman" w:eastAsia="Times New Roman" w:cs="Times New Roman"/>
          <w:color w:val="000000"/>
        </w:rPr>
        <w:t>7</w:t>
      </w:r>
      <w:r>
        <w:rPr>
          <w:rFonts w:ascii="宋体" w:hAnsi="宋体" w:eastAsia="宋体" w:cs="宋体"/>
          <w:color w:val="000000"/>
        </w:rPr>
        <w:t>本日记本共花了</w:t>
      </w:r>
      <w:r>
        <w:rPr>
          <w:rFonts w:ascii="Times New Roman" w:hAnsi="Times New Roman" w:eastAsia="Times New Roman" w:cs="Times New Roman"/>
          <w:color w:val="000000"/>
        </w:rPr>
        <w:t>140</w:t>
      </w:r>
      <w:r>
        <w:rPr>
          <w:rFonts w:ascii="宋体" w:hAnsi="宋体" w:eastAsia="宋体" w:cs="宋体"/>
          <w:color w:val="000000"/>
        </w:rPr>
        <w:t>元，第三次老师让小凯购买</w:t>
      </w:r>
      <w:r>
        <w:rPr>
          <w:rFonts w:ascii="Times New Roman" w:hAnsi="Times New Roman" w:eastAsia="Times New Roman" w:cs="Times New Roman"/>
          <w:color w:val="000000"/>
        </w:rPr>
        <w:t>6</w:t>
      </w:r>
      <w:r>
        <w:rPr>
          <w:rFonts w:ascii="宋体" w:hAnsi="宋体" w:eastAsia="宋体" w:cs="宋体"/>
          <w:color w:val="000000"/>
        </w:rPr>
        <w:t>支铅笔、</w:t>
      </w:r>
      <w:r>
        <w:rPr>
          <w:rFonts w:ascii="Times New Roman" w:hAnsi="Times New Roman" w:eastAsia="Times New Roman" w:cs="Times New Roman"/>
          <w:color w:val="000000"/>
        </w:rPr>
        <w:t>6</w:t>
      </w:r>
      <w:r>
        <w:rPr>
          <w:rFonts w:ascii="宋体" w:hAnsi="宋体" w:eastAsia="宋体" w:cs="宋体"/>
          <w:color w:val="000000"/>
        </w:rPr>
        <w:t>块橡皮、</w:t>
      </w:r>
      <w:r>
        <w:rPr>
          <w:rFonts w:ascii="Times New Roman" w:hAnsi="Times New Roman" w:eastAsia="Times New Roman" w:cs="Times New Roman"/>
          <w:color w:val="000000"/>
        </w:rPr>
        <w:t>6</w:t>
      </w:r>
      <w:r>
        <w:rPr>
          <w:rFonts w:ascii="宋体" w:hAnsi="宋体" w:eastAsia="宋体" w:cs="宋体"/>
          <w:color w:val="000000"/>
        </w:rPr>
        <w:t>本日记本共需要多少元？</w:t>
      </w:r>
    </w:p>
    <w:p>
      <w:pPr>
        <w:spacing w:line="360" w:lineRule="auto"/>
        <w:jc w:val="left"/>
        <w:textAlignment w:val="center"/>
        <w:rPr>
          <w:color w:val="000000"/>
        </w:rPr>
      </w:pPr>
      <w:r>
        <w:rPr>
          <w:color w:val="000000"/>
        </w:rPr>
        <w:t>（3）</w:t>
      </w:r>
      <w:r>
        <w:rPr>
          <w:rFonts w:ascii="宋体" w:hAnsi="宋体" w:eastAsia="宋体" w:cs="宋体"/>
          <w:color w:val="000000"/>
        </w:rPr>
        <w:t>对于有理数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，我们定义一个新运算：</w:t>
      </w:r>
      <w:r>
        <w:pict>
          <v:shape id="_x0000_i720544" o:spt="75" alt="学科网(www.zxxk.com)--教育资源门户，提供试卷、教案、课件、论文、素材以及各类教学资源下载，还有大量而丰富的教学相关资讯！" type="#_x0000_t75" style="height:16.15pt;width:88.15pt;" o:ole="t" filled="f" o:preferrelative="t" stroked="f" coordsize="21600,21600">
            <v:path/>
            <v:fill on="f" focussize="0,0"/>
            <v:stroke on="f" joinstyle="miter"/>
            <v:imagedata r:id="rId5513" o:title="eqIde976d55f83ef67cd749913918ba62b07"/>
            <o:lock v:ext="edit" aspectratio="t"/>
            <w10:wrap type="none"/>
            <w10:anchorlock/>
          </v:shape>
        </w:pict>
      </w:r>
      <w:r>
        <w:rPr>
          <w:rFonts w:ascii="宋体" w:hAnsi="宋体" w:eastAsia="宋体" w:cs="宋体"/>
          <w:color w:val="000000"/>
        </w:rPr>
        <w:t>，等式右边是我们学习过的加法和乘法运算，其中</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是常数，</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y</w:t>
      </w:r>
      <w:r>
        <w:rPr>
          <w:rFonts w:ascii="宋体" w:hAnsi="宋体" w:eastAsia="宋体" w:cs="宋体"/>
          <w:color w:val="000000"/>
        </w:rPr>
        <w:t>是未知数．如果</w:t>
      </w:r>
      <w:r>
        <w:pict>
          <v:shape id="_x0000_i720545" o:spt="75" alt="学科网(www.zxxk.com)--教育资源门户，提供试卷、教案、课件、论文、素材以及各类教学资源下载，还有大量而丰富的教学相关资讯！" type="#_x0000_t75" style="height:16.2pt;width:94.8pt;" o:ole="t" filled="f" o:preferrelative="t" stroked="f" coordsize="21600,21600">
            <v:path/>
            <v:fill on="f" focussize="0,0"/>
            <v:stroke on="f" joinstyle="miter"/>
            <v:imagedata r:id="rId5514" o:title="eqIdffca355ef42e0dea241f8da4f8679b91"/>
            <o:lock v:ext="edit" aspectratio="t"/>
            <w10:wrap type="none"/>
            <w10:anchorlock/>
          </v:shape>
        </w:pict>
      </w:r>
      <w:r>
        <w:rPr>
          <w:rFonts w:ascii="宋体" w:hAnsi="宋体" w:eastAsia="宋体" w:cs="宋体"/>
          <w:color w:val="000000"/>
        </w:rPr>
        <w:t>，计算</w:t>
      </w:r>
      <w:r>
        <w:pict>
          <v:shape id="_x0000_i720546" o:spt="75" alt="学科网(www.zxxk.com)--教育资源门户，提供试卷、教案、课件、论文、素材以及各类教学资源下载，还有大量而丰富的教学相关资讯！" type="#_x0000_t75" style="height:12.9pt;width:20.3pt;" o:ole="t" filled="f" o:preferrelative="t" stroked="f" coordsize="21600,21600">
            <v:path/>
            <v:fill on="f" focussize="0,0"/>
            <v:stroke on="f" joinstyle="miter"/>
            <v:imagedata r:id="rId5515" o:title="eqId567b7b722e20061b9b1bc5e3d5d8ea39"/>
            <o:lock v:ext="edit" aspectratio="t"/>
            <w10:wrap type="none"/>
            <w10:anchorlock/>
          </v:shape>
        </w:pict>
      </w:r>
      <w:r>
        <w:rPr>
          <w:rFonts w:ascii="宋体" w:hAnsi="宋体" w:eastAsia="宋体" w:cs="宋体"/>
          <w:color w:val="000000"/>
        </w:rPr>
        <w:t>的值．</w:t>
      </w:r>
    </w:p>
    <w:p>
      <w:pPr>
        <w:spacing w:line="360" w:lineRule="auto"/>
        <w:textAlignment w:val="center"/>
        <w:rPr>
          <w:color w:val="000000"/>
        </w:rPr>
      </w:pPr>
      <w:r>
        <w:rPr>
          <w:color w:val="2E75B6"/>
        </w:rPr>
        <w:t>【答案】</w:t>
      </w:r>
      <w:r>
        <w:rPr>
          <w:color w:val="000000"/>
        </w:rPr>
        <w:t>（1）</w:t>
      </w:r>
      <w:r>
        <w:pict>
          <v:shape id="_x0000_i720547"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5516" o:title="eqId8305904519b20bec29b84302682c2dae"/>
            <o:lock v:ext="edit" aspectratio="t"/>
            <w10:wrap type="none"/>
            <w10:anchorlock/>
          </v:shape>
        </w:pict>
      </w:r>
      <w:r>
        <w:rPr>
          <w:color w:val="000000"/>
        </w:rPr>
        <w:t xml:space="preserve">    </w:t>
      </w:r>
    </w:p>
    <w:p>
      <w:pPr>
        <w:spacing w:line="360" w:lineRule="auto"/>
        <w:textAlignment w:val="center"/>
        <w:rPr>
          <w:color w:val="000000"/>
        </w:rPr>
      </w:pPr>
      <w:r>
        <w:rPr>
          <w:color w:val="000000"/>
        </w:rPr>
        <w:t>（2）</w:t>
      </w:r>
      <w:r>
        <w:rPr>
          <w:rFonts w:ascii="Times New Roman" w:hAnsi="Times New Roman" w:eastAsia="Times New Roman" w:cs="Times New Roman"/>
          <w:color w:val="000000"/>
        </w:rPr>
        <w:t>60</w:t>
      </w:r>
      <w:r>
        <w:rPr>
          <w:color w:val="000000"/>
        </w:rPr>
        <w:t xml:space="preserve">    （3）</w:t>
      </w:r>
      <w:r>
        <w:pict>
          <v:shape id="_x0000_i720548" o:spt="75" alt="学科网(www.zxxk.com)--教育资源门户，提供试卷、教案、课件、论文、素材以及各类教学资源下载，还有大量而丰富的教学相关资讯！" type="#_x0000_t75" style="height:12.8pt;width:21.2pt;" o:ole="t" filled="f" o:preferrelative="t" stroked="f" coordsize="21600,21600">
            <v:path/>
            <v:fill on="f" focussize="0,0"/>
            <v:stroke on="f" joinstyle="miter"/>
            <v:imagedata r:id="rId5517" o:title="eqId8eed5ece335b63af168c7c36d2121947"/>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本题考查了二元一次方程的特殊解法，准确理解题意是解题的关键．</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）将两方程相加，再乘以</w:t>
      </w:r>
      <w:r>
        <w:pict>
          <v:shape id="_x0000_i720549"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5518" o:title="eqIdd3ffd5c35bba71ea54c28622b6cf505d"/>
            <o:lock v:ext="edit" aspectratio="t"/>
            <w10:wrap type="none"/>
            <w10:anchorlock/>
          </v:shape>
        </w:pict>
      </w:r>
      <w:r>
        <w:rPr>
          <w:rFonts w:ascii="宋体" w:hAnsi="宋体" w:eastAsia="宋体" w:cs="宋体"/>
          <w:color w:val="000000"/>
        </w:rPr>
        <w:t>，即可求解</w:t>
      </w:r>
      <w:r>
        <w:pict>
          <v:shape id="_x0000_i720550"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5519" o:title="eqIdb88584cf1df43e28d03592c7998b1653"/>
            <o:lock v:ext="edit" aspectratio="t"/>
            <w10:wrap type="none"/>
            <w10:anchorlock/>
          </v:shape>
        </w:pict>
      </w:r>
      <w:r>
        <w:rPr>
          <w:rFonts w:ascii="宋体" w:hAnsi="宋体" w:eastAsia="宋体" w:cs="宋体"/>
          <w:color w:val="000000"/>
        </w:rPr>
        <w:t>；将</w:t>
      </w:r>
      <w:r>
        <w:pict>
          <v:shape id="_x0000_i720551" o:spt="75" alt="学科网(www.zxxk.com)--教育资源门户，提供试卷、教案、课件、论文、素材以及各类教学资源下载，还有大量而丰富的教学相关资讯！" type="#_x0000_t75" style="height:15pt;width:32.4pt;" o:ole="t" filled="f" o:preferrelative="t" stroked="f" coordsize="21600,21600">
            <v:path/>
            <v:fill on="f" focussize="0,0"/>
            <v:stroke on="f" joinstyle="miter"/>
            <v:imagedata r:id="rId5520" o:title="eqId73f8481c483bb605f505414fde3c6a8d"/>
            <o:lock v:ext="edit" aspectratio="t"/>
            <w10:wrap type="none"/>
            <w10:anchorlock/>
          </v:shape>
        </w:pict>
      </w:r>
      <w:r>
        <w:rPr>
          <w:rFonts w:ascii="宋体" w:hAnsi="宋体" w:eastAsia="宋体" w:cs="宋体"/>
          <w:color w:val="000000"/>
        </w:rPr>
        <w:t>化为</w:t>
      </w:r>
      <w:r>
        <w:pict>
          <v:shape id="_x0000_i720552" o:spt="75" alt="学科网(www.zxxk.com)--教育资源门户，提供试卷、教案、课件、论文、素材以及各类教学资源下载，还有大量而丰富的教学相关资讯！" type="#_x0000_t75" style="height:20.25pt;width:96pt;" o:ole="t" filled="f" o:preferrelative="t" stroked="f" coordsize="21600,21600">
            <v:path/>
            <v:fill on="f" focussize="0,0"/>
            <v:stroke on="f" joinstyle="miter"/>
            <v:imagedata r:id="rId5521" o:title="eqIdbf6a2a6e94be2dca3a4c346783d918eb"/>
            <o:lock v:ext="edit" aspectratio="t"/>
            <w10:wrap type="none"/>
            <w10:anchorlock/>
          </v:shape>
        </w:pict>
      </w:r>
      <w:r>
        <w:rPr>
          <w:rFonts w:ascii="宋体" w:hAnsi="宋体" w:eastAsia="宋体" w:cs="宋体"/>
          <w:color w:val="000000"/>
        </w:rPr>
        <w:t>即可求解；</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）设每支铅笔</w:t>
      </w:r>
      <w:r>
        <w:rPr>
          <w:rFonts w:ascii="Times New Roman" w:hAnsi="Times New Roman" w:eastAsia="Times New Roman" w:cs="Times New Roman"/>
          <w:i/>
          <w:color w:val="000000"/>
        </w:rPr>
        <w:t>x</w:t>
      </w:r>
      <w:r>
        <w:rPr>
          <w:rFonts w:ascii="宋体" w:hAnsi="宋体" w:eastAsia="宋体" w:cs="宋体"/>
          <w:color w:val="000000"/>
        </w:rPr>
        <w:t>元，每块橡皮</w:t>
      </w:r>
      <w:r>
        <w:rPr>
          <w:rFonts w:ascii="Times New Roman" w:hAnsi="Times New Roman" w:eastAsia="Times New Roman" w:cs="Times New Roman"/>
          <w:i/>
          <w:color w:val="000000"/>
        </w:rPr>
        <w:t>y</w:t>
      </w:r>
      <w:r>
        <w:rPr>
          <w:rFonts w:ascii="宋体" w:hAnsi="宋体" w:eastAsia="宋体" w:cs="宋体"/>
          <w:color w:val="000000"/>
        </w:rPr>
        <w:t>元，每个笔记本</w:t>
      </w:r>
      <w:r>
        <w:rPr>
          <w:rFonts w:ascii="Times New Roman" w:hAnsi="Times New Roman" w:eastAsia="Times New Roman" w:cs="Times New Roman"/>
          <w:i/>
          <w:color w:val="000000"/>
        </w:rPr>
        <w:t>z</w:t>
      </w:r>
      <w:r>
        <w:rPr>
          <w:rFonts w:ascii="宋体" w:hAnsi="宋体" w:eastAsia="宋体" w:cs="宋体"/>
          <w:color w:val="000000"/>
        </w:rPr>
        <w:t>元，根据题意得出</w:t>
      </w:r>
      <w:r>
        <w:pict>
          <v:shape id="_x0000_i720553" o:spt="75" alt="学科网(www.zxxk.com)--教育资源门户，提供试卷、教案、课件、论文、素材以及各类教学资源下载，还有大量而丰富的教学相关资讯！" type="#_x0000_t75" style="height:16.2pt;width:187.8pt;" o:ole="t" filled="f" o:preferrelative="t" stroked="f" coordsize="21600,21600">
            <v:path/>
            <v:fill on="f" focussize="0,0"/>
            <v:stroke on="f" joinstyle="miter"/>
            <v:imagedata r:id="rId5522" o:title="eqIdb21d59b9630299385a15bb53c5f7c84c"/>
            <o:lock v:ext="edit" aspectratio="t"/>
            <w10:wrap type="none"/>
            <w10:anchorlock/>
          </v:shape>
        </w:pict>
      </w:r>
      <w:r>
        <w:rPr>
          <w:rFonts w:ascii="宋体" w:hAnsi="宋体" w:eastAsia="宋体" w:cs="宋体"/>
          <w:color w:val="000000"/>
        </w:rPr>
        <w:t>，再将</w:t>
      </w:r>
      <w:r>
        <w:pict>
          <v:shape id="_x0000_i720554"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5523" o:title="eqIde1433c8103033c67232f2f9ae189608d"/>
            <o:lock v:ext="edit" aspectratio="t"/>
            <w10:wrap type="none"/>
            <w10:anchorlock/>
          </v:shape>
        </w:pict>
      </w:r>
      <w:r>
        <w:rPr>
          <w:rFonts w:ascii="宋体" w:hAnsi="宋体" w:eastAsia="宋体" w:cs="宋体"/>
          <w:color w:val="000000"/>
        </w:rPr>
        <w:t>化为</w:t>
      </w:r>
      <w:r>
        <w:pict>
          <v:shape id="_x0000_i720555" o:spt="75" alt="学科网(www.zxxk.com)--教育资源门户，提供试卷、教案、课件、论文、素材以及各类教学资源下载，还有大量而丰富的教学相关资讯！" type="#_x0000_t75" style="height:20.25pt;width:167.25pt;" o:ole="t" filled="f" o:preferrelative="t" stroked="f" coordsize="21600,21600">
            <v:path/>
            <v:fill on="f" focussize="0,0"/>
            <v:stroke on="f" joinstyle="miter"/>
            <v:imagedata r:id="rId5524" o:title="eqIdf1c8a89ae15126e7b9b49d2389633825"/>
            <o:lock v:ext="edit" aspectratio="t"/>
            <w10:wrap type="none"/>
            <w10:anchorlock/>
          </v:shape>
        </w:pict>
      </w:r>
      <w:r>
        <w:rPr>
          <w:rFonts w:ascii="宋体" w:hAnsi="宋体" w:eastAsia="宋体" w:cs="宋体"/>
          <w:color w:val="000000"/>
        </w:rPr>
        <w:t>并求值，再求出</w:t>
      </w:r>
      <w:r>
        <w:pict>
          <v:shape id="_x0000_i720556" o:spt="75" alt="学科网(www.zxxk.com)--教育资源门户，提供试卷、教案、课件、论文、素材以及各类教学资源下载，还有大量而丰富的教学相关资讯！" type="#_x0000_t75" style="height:16.2pt;width:61.8pt;" o:ole="t" filled="f" o:preferrelative="t" stroked="f" coordsize="21600,21600">
            <v:path/>
            <v:fill on="f" focussize="0,0"/>
            <v:stroke on="f" joinstyle="miter"/>
            <v:imagedata r:id="rId5525" o:title="eqId3e58ffb8d0f1951f11e55966370dfc54"/>
            <o:lock v:ext="edit" aspectratio="t"/>
            <w10:wrap type="none"/>
            <w10:anchorlock/>
          </v:shape>
        </w:pict>
      </w:r>
      <w:r>
        <w:rPr>
          <w:rFonts w:ascii="宋体" w:hAnsi="宋体" w:eastAsia="宋体" w:cs="宋体"/>
          <w:color w:val="000000"/>
        </w:rPr>
        <w:t>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）先根据新定义的公式得出</w:t>
      </w:r>
      <w:r>
        <w:pict>
          <v:shape id="_x0000_i720557" o:spt="75" alt="学科网(www.zxxk.com)--教育资源门户，提供试卷、教案、课件、论文、素材以及各类教学资源下载，还有大量而丰富的教学相关资讯！" type="#_x0000_t75" style="height:16.2pt;width:156pt;" o:ole="t" filled="f" o:preferrelative="t" stroked="f" coordsize="21600,21600">
            <v:path/>
            <v:fill on="f" focussize="0,0"/>
            <v:stroke on="f" joinstyle="miter"/>
            <v:imagedata r:id="rId5526" o:title="eqIdbb5a736d1d7049a7effe4de8de69bc5e"/>
            <o:lock v:ext="edit" aspectratio="t"/>
            <w10:wrap type="none"/>
            <w10:anchorlock/>
          </v:shape>
        </w:pict>
      </w:r>
      <w:r>
        <w:rPr>
          <w:rFonts w:ascii="宋体" w:hAnsi="宋体" w:eastAsia="宋体" w:cs="宋体"/>
          <w:color w:val="000000"/>
        </w:rPr>
        <w:t>，再表示出</w:t>
      </w:r>
      <w:r>
        <w:pict>
          <v:shape id="_x0000_i720558" o:spt="75" alt="学科网(www.zxxk.com)--教育资源门户，提供试卷、教案、课件、论文、素材以及各类教学资源下载，还有大量而丰富的教学相关资讯！" type="#_x0000_t75" style="height:20.25pt;width:198.75pt;" o:ole="t" filled="f" o:preferrelative="t" stroked="f" coordsize="21600,21600">
            <v:path/>
            <v:fill on="f" focussize="0,0"/>
            <v:stroke on="f" joinstyle="miter"/>
            <v:imagedata r:id="rId5527" o:title="eqIdbe6aaaf1b10586c0ed9c26db1168004f"/>
            <o:lock v:ext="edit" aspectratio="t"/>
            <w10:wrap type="none"/>
            <w10:anchorlock/>
          </v:shape>
        </w:pict>
      </w:r>
      <w:r>
        <w:rPr>
          <w:rFonts w:ascii="宋体" w:hAnsi="宋体" w:eastAsia="宋体" w:cs="宋体"/>
          <w:color w:val="000000"/>
        </w:rPr>
        <w:t>，即可求解；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pict>
          <v:shape id="_x0000_i720559" o:spt="75" alt="学科网(www.zxxk.com)--教育资源门户，提供试卷、教案、课件、论文、素材以及各类教学资源下载，还有大量而丰富的教学相关资讯！" type="#_x0000_t75" style="height:30.75pt;width:228.75pt;" o:ole="t" filled="f" o:preferrelative="t" stroked="f" coordsize="21600,21600">
            <v:path/>
            <v:fill on="f" focussize="0,0"/>
            <v:stroke on="f" joinstyle="miter"/>
            <v:imagedata r:id="rId5528" o:title="eqId9dd3032cc0ad80420c3cb6e715e5896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560" o:spt="75" alt="学科网(www.zxxk.com)--教育资源门户，提供试卷、教案、课件、论文、素材以及各类教学资源下载，还有大量而丰富的教学相关资讯！" type="#_x0000_t75" style="height:20.25pt;width:222pt;" o:ole="t" filled="f" o:preferrelative="t" stroked="f" coordsize="21600,21600">
            <v:path/>
            <v:fill on="f" focussize="0,0"/>
            <v:stroke on="f" joinstyle="miter"/>
            <v:imagedata r:id="rId5529" o:title="eqIde435891b41fa8ffe2ed0891b869e653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20561"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5530" o:title="eqId8305904519b20bec29b84302682c2da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设每支铅笔</w:t>
      </w:r>
      <w:r>
        <w:rPr>
          <w:rFonts w:ascii="Times New Roman" w:hAnsi="Times New Roman" w:eastAsia="Times New Roman" w:cs="Times New Roman"/>
          <w:i/>
          <w:color w:val="000000"/>
        </w:rPr>
        <w:t>x</w:t>
      </w:r>
      <w:r>
        <w:rPr>
          <w:rFonts w:ascii="宋体" w:hAnsi="宋体" w:eastAsia="宋体" w:cs="宋体"/>
          <w:color w:val="000000"/>
        </w:rPr>
        <w:t>元，每块橡皮</w:t>
      </w:r>
      <w:r>
        <w:rPr>
          <w:rFonts w:ascii="Times New Roman" w:hAnsi="Times New Roman" w:eastAsia="Times New Roman" w:cs="Times New Roman"/>
          <w:i/>
          <w:color w:val="000000"/>
        </w:rPr>
        <w:t>y</w:t>
      </w:r>
      <w:r>
        <w:rPr>
          <w:rFonts w:ascii="宋体" w:hAnsi="宋体" w:eastAsia="宋体" w:cs="宋体"/>
          <w:color w:val="000000"/>
        </w:rPr>
        <w:t>元，每个笔记本</w:t>
      </w:r>
      <w:r>
        <w:rPr>
          <w:rFonts w:ascii="Times New Roman" w:hAnsi="Times New Roman" w:eastAsia="Times New Roman" w:cs="Times New Roman"/>
          <w:i/>
          <w:color w:val="000000"/>
        </w:rPr>
        <w:t>z</w:t>
      </w:r>
      <w:r>
        <w:rPr>
          <w:rFonts w:ascii="宋体" w:hAnsi="宋体" w:eastAsia="宋体" w:cs="宋体"/>
          <w:color w:val="000000"/>
        </w:rPr>
        <w:t>元，由题意得</w:t>
      </w:r>
    </w:p>
    <w:p>
      <w:pPr>
        <w:spacing w:line="360" w:lineRule="auto"/>
        <w:jc w:val="left"/>
        <w:textAlignment w:val="center"/>
        <w:rPr>
          <w:color w:val="000000"/>
        </w:rPr>
      </w:pPr>
      <w:r>
        <w:pict>
          <v:shape id="_x0000_i720562" o:spt="75" alt="学科网(www.zxxk.com)--教育资源门户，提供试卷、教案、课件、论文、素材以及各类教学资源下载，还有大量而丰富的教学相关资讯！" type="#_x0000_t75" style="height:16.2pt;width:187.8pt;" o:ole="t" filled="f" o:preferrelative="t" stroked="f" coordsize="21600,21600">
            <v:path/>
            <v:fill on="f" focussize="0,0"/>
            <v:stroke on="f" joinstyle="miter"/>
            <v:imagedata r:id="rId5531" o:title="eqIdb21d59b9630299385a15bb53c5f7c84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63" o:spt="75" alt="学科网(www.zxxk.com)--教育资源门户，提供试卷、教案、课件、论文、素材以及各类教学资源下载，还有大量而丰富的教学相关资讯！" type="#_x0000_t75" style="height:20.25pt;width:308.25pt;" o:ole="t" filled="f" o:preferrelative="t" stroked="f" coordsize="21600,21600">
            <v:path/>
            <v:fill on="f" focussize="0,0"/>
            <v:stroke on="f" joinstyle="miter"/>
            <v:imagedata r:id="rId5532" o:title="eqId92b3dbc4f476dc5b9032ee33decbe11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64" o:spt="75" alt="学科网(www.zxxk.com)--教育资源门户，提供试卷、教案、课件、论文、素材以及各类教学资源下载，还有大量而丰富的教学相关资讯！" type="#_x0000_t75" style="height:20.25pt;width:155.25pt;" o:ole="t" filled="f" o:preferrelative="t" stroked="f" coordsize="21600,21600">
            <v:path/>
            <v:fill on="f" focussize="0,0"/>
            <v:stroke on="f" joinstyle="miter"/>
            <v:imagedata r:id="rId5533" o:title="eqIdce82a769a6de51cb63f769c6f5b5573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∴购买</w:t>
      </w:r>
      <w:r>
        <w:rPr>
          <w:rFonts w:ascii="Times New Roman" w:hAnsi="Times New Roman" w:eastAsia="Times New Roman" w:cs="Times New Roman"/>
          <w:color w:val="000000"/>
        </w:rPr>
        <w:t>6</w:t>
      </w:r>
      <w:r>
        <w:rPr>
          <w:rFonts w:ascii="宋体" w:hAnsi="宋体" w:eastAsia="宋体" w:cs="宋体"/>
          <w:color w:val="000000"/>
        </w:rPr>
        <w:t>支铅笔、</w:t>
      </w:r>
      <w:r>
        <w:rPr>
          <w:rFonts w:ascii="Times New Roman" w:hAnsi="Times New Roman" w:eastAsia="Times New Roman" w:cs="Times New Roman"/>
          <w:color w:val="000000"/>
        </w:rPr>
        <w:t>6</w:t>
      </w:r>
      <w:r>
        <w:rPr>
          <w:rFonts w:ascii="宋体" w:hAnsi="宋体" w:eastAsia="宋体" w:cs="宋体"/>
          <w:color w:val="000000"/>
        </w:rPr>
        <w:t>块橡皮、</w:t>
      </w:r>
      <w:r>
        <w:rPr>
          <w:rFonts w:ascii="Times New Roman" w:hAnsi="Times New Roman" w:eastAsia="Times New Roman" w:cs="Times New Roman"/>
          <w:color w:val="000000"/>
        </w:rPr>
        <w:t>6</w:t>
      </w:r>
      <w:r>
        <w:rPr>
          <w:rFonts w:ascii="宋体" w:hAnsi="宋体" w:eastAsia="宋体" w:cs="宋体"/>
          <w:color w:val="000000"/>
        </w:rPr>
        <w:t>本日记本共需要</w:t>
      </w:r>
      <w:r>
        <w:rPr>
          <w:rFonts w:ascii="Times New Roman" w:hAnsi="Times New Roman" w:eastAsia="Times New Roman" w:cs="Times New Roman"/>
          <w:color w:val="000000"/>
        </w:rPr>
        <w:t>60</w:t>
      </w:r>
      <w:r>
        <w:rPr>
          <w:rFonts w:ascii="宋体" w:hAnsi="宋体" w:eastAsia="宋体" w:cs="宋体"/>
          <w:color w:val="000000"/>
        </w:rPr>
        <w:t>元；</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w:t>
      </w:r>
      <w:r>
        <w:pict>
          <v:shape id="_x0000_i720565" o:spt="75" alt="学科网(www.zxxk.com)--教育资源门户，提供试卷、教案、课件、论文、素材以及各类教学资源下载，还有大量而丰富的教学相关资讯！" type="#_x0000_t75" style="height:16.2pt;width:94.8pt;" o:ole="t" filled="f" o:preferrelative="t" stroked="f" coordsize="21600,21600">
            <v:path/>
            <v:fill on="f" focussize="0,0"/>
            <v:stroke on="f" joinstyle="miter"/>
            <v:imagedata r:id="rId5534" o:title="eqIdffca355ef42e0dea241f8da4f8679b9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66" o:spt="75" alt="学科网(www.zxxk.com)--教育资源门户，提供试卷、教案、课件、论文、素材以及各类教学资源下载，还有大量而丰富的教学相关资讯！" type="#_x0000_t75" style="height:16.2pt;width:156pt;" o:ole="t" filled="f" o:preferrelative="t" stroked="f" coordsize="21600,21600">
            <v:path/>
            <v:fill on="f" focussize="0,0"/>
            <v:stroke on="f" joinstyle="miter"/>
            <v:imagedata r:id="rId5535" o:title="eqIdbb5a736d1d7049a7effe4de8de69bc5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67" o:spt="75" alt="学科网(www.zxxk.com)--教育资源门户，提供试卷、教案、课件、论文、素材以及各类教学资源下载，还有大量而丰富的教学相关资讯！" type="#_x0000_t75" style="height:20.25pt;width:303.75pt;" o:ole="t" filled="f" o:preferrelative="t" stroked="f" coordsize="21600,21600">
            <v:path/>
            <v:fill on="f" focussize="0,0"/>
            <v:stroke on="f" joinstyle="miter"/>
            <v:imagedata r:id="rId5536" o:title="eqIdf7ae1572050772bbb56c88ffde561637"/>
            <o:lock v:ext="edit" aspectratio="t"/>
            <w10:wrap type="none"/>
            <w10:anchorlock/>
          </v:shape>
        </w:pict>
      </w:r>
      <w:r>
        <w:rPr>
          <w:color w:val="000000"/>
        </w:rPr>
        <w:t>，</w:t>
      </w:r>
    </w:p>
    <w:p>
      <w:pPr>
        <w:spacing w:line="360" w:lineRule="auto"/>
        <w:jc w:val="left"/>
        <w:textAlignment w:val="center"/>
        <w:rPr>
          <w:color w:val="000000"/>
        </w:rPr>
      </w:pPr>
      <w:r>
        <w:rPr>
          <w:rFonts w:ascii="宋体" w:hAnsi="宋体" w:eastAsia="宋体" w:cs="宋体"/>
          <w:color w:val="000000"/>
        </w:rPr>
        <w:t>∴</w:t>
      </w:r>
      <w:r>
        <w:pict>
          <v:shape id="_x0000_i720568" o:spt="75" alt="学科网(www.zxxk.com)--教育资源门户，提供试卷、教案、课件、论文、素材以及各类教学资源下载，还有大量而丰富的教学相关资讯！" type="#_x0000_t75" style="height:14.25pt;width:101.25pt;" o:ole="t" filled="f" o:preferrelative="t" stroked="f" coordsize="21600,21600">
            <v:path/>
            <v:fill on="f" focussize="0,0"/>
            <v:stroke on="f" joinstyle="miter"/>
            <v:imagedata r:id="rId5537" o:title="eqId7a0bfae17b9df5f447caf5c253a1d2a2"/>
            <o:lock v:ext="edit" aspectratio="t"/>
            <w10:wrap type="none"/>
            <w10:anchorlock/>
          </v:shape>
        </w:pict>
      </w:r>
      <w:r>
        <w:rPr>
          <w:rFonts w:ascii="宋体" w:hAnsi="宋体" w:eastAsia="宋体" w:cs="宋体"/>
          <w:color w:val="000000"/>
        </w:rPr>
        <w:t>．</w:t>
      </w:r>
    </w:p>
    <w:p>
      <w:pPr>
        <w:pStyle w:val="Heading2"/>
      </w:pPr>
      <w:r>
        <w:t>门头沟区</w:t>
      </w:r>
    </w:p>
    <w:p>
      <w:pPr>
        <w:spacing w:line="360" w:lineRule="auto"/>
        <w:jc w:val="left"/>
        <w:textAlignment w:val="center"/>
        <w:rPr>
          <w:color w:val="000000"/>
        </w:rPr>
      </w:pPr>
      <w:r>
        <w:rPr>
          <w:color w:val="000000"/>
        </w:rPr>
        <w:t xml:space="preserve">27. </w:t>
      </w:r>
      <w:r>
        <w:rPr>
          <w:rFonts w:ascii="宋体" w:hAnsi="宋体" w:eastAsia="宋体" w:cs="宋体"/>
          <w:color w:val="000000"/>
        </w:rPr>
        <w:t>已知：如图，</w:t>
      </w:r>
      <w:r>
        <w:pict>
          <v:shape id="_x0000_i720569" o:spt="75" alt="学科网(www.zxxk.com)--教育资源门户，提供试卷、教案、课件、论文、素材以及各类教学资源下载，还有大量而丰富的教学相关资讯！" type="#_x0000_t75" style="height:13pt;width:62.5pt;" o:ole="t" filled="f" o:preferrelative="t" stroked="f" coordsize="21600,21600">
            <v:path/>
            <v:fill on="f" focussize="0,0"/>
            <v:stroke on="f" joinstyle="miter"/>
            <v:imagedata r:id="rId5538" o:title="eqId9ff5c21185c13eae675906dabd3593c7"/>
            <o:lock v:ext="edit" aspectratio="t"/>
            <w10:wrap type="none"/>
            <w10:anchorlock/>
          </v:shape>
        </w:pict>
      </w:r>
      <w:r>
        <w:rPr>
          <w:rFonts w:ascii="宋体" w:hAnsi="宋体" w:eastAsia="宋体" w:cs="宋体"/>
          <w:color w:val="000000"/>
        </w:rPr>
        <w:t>，</w:t>
      </w:r>
      <w:r>
        <w:pict>
          <v:shape id="_x0000_i720570"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539" o:title="eqId828628c0876b45381c9a0edeb0fec236"/>
            <o:lock v:ext="edit" aspectratio="t"/>
            <w10:wrap type="none"/>
            <w10:anchorlock/>
          </v:shape>
        </w:pict>
      </w:r>
      <w:r>
        <w:rPr>
          <w:rFonts w:ascii="宋体" w:hAnsi="宋体" w:eastAsia="宋体" w:cs="宋体"/>
          <w:color w:val="000000"/>
        </w:rPr>
        <w:t>平分</w:t>
      </w:r>
      <w:r>
        <w:pict>
          <v:shape id="_x0000_i720571"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40" o:title="eqId6d7b2fe01a33c4825f9974ed9663a99c"/>
            <o:lock v:ext="edit" aspectratio="t"/>
            <w10:wrap type="none"/>
            <w10:anchorlock/>
          </v:shape>
        </w:pict>
      </w:r>
      <w:r>
        <w:rPr>
          <w:rFonts w:ascii="宋体" w:hAnsi="宋体" w:eastAsia="宋体" w:cs="宋体"/>
          <w:color w:val="000000"/>
        </w:rPr>
        <w:t>，以</w:t>
      </w:r>
      <w:r>
        <w:rPr>
          <w:rFonts w:ascii="Times New Roman" w:hAnsi="Times New Roman" w:eastAsia="Times New Roman" w:cs="Times New Roman"/>
          <w:i/>
          <w:color w:val="000000"/>
        </w:rPr>
        <w:t>O</w:t>
      </w:r>
      <w:r>
        <w:rPr>
          <w:rFonts w:ascii="宋体" w:hAnsi="宋体" w:eastAsia="宋体" w:cs="宋体"/>
          <w:color w:val="000000"/>
        </w:rPr>
        <w:t>为端点作射线</w:t>
      </w:r>
      <w:r>
        <w:pict>
          <v:shape id="_x0000_i720572"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5541" o:title="eqId683c590673eece14fea3319c4fd5eb55"/>
            <o:lock v:ext="edit" aspectratio="t"/>
            <w10:wrap type="none"/>
            <w10:anchorlock/>
          </v:shape>
        </w:pict>
      </w:r>
      <w:r>
        <w:rPr>
          <w:rFonts w:ascii="宋体" w:hAnsi="宋体" w:eastAsia="宋体" w:cs="宋体"/>
          <w:color w:val="000000"/>
        </w:rPr>
        <w:t>，</w:t>
      </w:r>
      <w:r>
        <w:pict>
          <v:shape id="_x0000_i720573"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542" o:title="eqIda299d2b999568e80be8005565ba209a4"/>
            <o:lock v:ext="edit" aspectratio="t"/>
            <w10:wrap type="none"/>
            <w10:anchorlock/>
          </v:shape>
        </w:pict>
      </w:r>
      <w:r>
        <w:rPr>
          <w:rFonts w:ascii="宋体" w:hAnsi="宋体" w:eastAsia="宋体" w:cs="宋体"/>
          <w:color w:val="000000"/>
        </w:rPr>
        <w:t>平分</w:t>
      </w:r>
      <w:r>
        <w:pict>
          <v:shape id="_x0000_i72057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43" o:title="eqIddc9f91270ddbe1cf3c1362e1b95aee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009900" cy="942975"/>
            <wp:effectExtent l="0" t="0" r="0" b="0"/>
            <wp:docPr id="3921"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 name="图片 100027" descr="学科网(www.zxxk.com)--教育资源门户，提供试卷、教案、课件、论文、素材以及各类教学资源下载，还有大量而丰富的教学相关资讯！"/>
                    <pic:cNvPicPr>
                      <a:picLocks noChangeAspect="1"/>
                    </pic:cNvPicPr>
                  </pic:nvPicPr>
                  <pic:blipFill>
                    <a:blip r:embed="rId5544"/>
                    <a:stretch>
                      <a:fillRect/>
                    </a:stretch>
                  </pic:blipFill>
                  <pic:spPr>
                    <a:xfrm>
                      <a:off x="0" y="0"/>
                      <a:ext cx="3009900" cy="9429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当射线</w:t>
      </w:r>
      <w:r>
        <w:pict>
          <v:shape id="_x0000_i720575"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5545" o:title="eqId683c590673eece14fea3319c4fd5eb55"/>
            <o:lock v:ext="edit" aspectratio="t"/>
            <w10:wrap type="none"/>
            <w10:anchorlock/>
          </v:shape>
        </w:pict>
      </w:r>
      <w:r>
        <w:rPr>
          <w:rFonts w:ascii="宋体" w:hAnsi="宋体" w:eastAsia="宋体" w:cs="宋体"/>
          <w:color w:val="000000"/>
        </w:rPr>
        <w:t>在</w:t>
      </w:r>
      <w:r>
        <w:pict>
          <v:shape id="_x0000_i72057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46" o:title="eqId6d7b2fe01a33c4825f9974ed9663a99c"/>
            <o:lock v:ext="edit" aspectratio="t"/>
            <w10:wrap type="none"/>
            <w10:anchorlock/>
          </v:shape>
        </w:pict>
      </w:r>
      <w:r>
        <w:rPr>
          <w:rFonts w:ascii="宋体" w:hAnsi="宋体" w:eastAsia="宋体" w:cs="宋体"/>
          <w:color w:val="000000"/>
        </w:rPr>
        <w:t>内部时，</w:t>
      </w:r>
    </w:p>
    <w:p>
      <w:pPr>
        <w:spacing w:line="360" w:lineRule="auto"/>
        <w:jc w:val="left"/>
        <w:textAlignment w:val="center"/>
        <w:rPr>
          <w:color w:val="000000"/>
        </w:rPr>
      </w:pPr>
      <w:r>
        <w:rPr>
          <w:rFonts w:ascii="宋体" w:hAnsi="宋体" w:eastAsia="宋体" w:cs="宋体"/>
          <w:color w:val="000000"/>
        </w:rPr>
        <w:t>①如图</w:t>
      </w:r>
      <w:r>
        <w:rPr>
          <w:rFonts w:ascii="Times New Roman" w:hAnsi="Times New Roman" w:eastAsia="Times New Roman" w:cs="Times New Roman"/>
          <w:color w:val="000000"/>
        </w:rPr>
        <w:t>1</w:t>
      </w:r>
      <w:r>
        <w:rPr>
          <w:rFonts w:ascii="宋体" w:hAnsi="宋体" w:eastAsia="宋体" w:cs="宋体"/>
          <w:color w:val="000000"/>
        </w:rPr>
        <w:t>，如果</w:t>
      </w:r>
      <w:r>
        <w:pict>
          <v:shape id="_x0000_i720577" o:spt="75" alt="学科网(www.zxxk.com)--教育资源门户，提供试卷、教案、课件、论文、素材以及各类教学资源下载，还有大量而丰富的教学相关资讯！" type="#_x0000_t75" style="height:13.95pt;width:66pt;" o:ole="t" filled="f" o:preferrelative="t" stroked="f" coordsize="21600,21600">
            <v:path/>
            <v:fill on="f" focussize="0,0"/>
            <v:stroke on="f" joinstyle="miter"/>
            <v:imagedata r:id="rId5547" o:title="eqId858ebc8f11c3cd6cab9c042ab81ba4da"/>
            <o:lock v:ext="edit" aspectratio="t"/>
            <w10:wrap type="none"/>
            <w10:anchorlock/>
          </v:shape>
        </w:pict>
      </w:r>
      <w:r>
        <w:rPr>
          <w:rFonts w:ascii="宋体" w:hAnsi="宋体" w:eastAsia="宋体" w:cs="宋体"/>
          <w:color w:val="000000"/>
        </w:rPr>
        <w:t>，那么</w:t>
      </w:r>
      <w:r>
        <w:pict>
          <v:shape id="_x0000_i720578" o:spt="75" alt="学科网(www.zxxk.com)--教育资源门户，提供试卷、教案、课件、论文、素材以及各类教学资源下载，还有大量而丰富的教学相关资讯！" type="#_x0000_t75" style="height:13.95pt;width:47pt;" o:ole="t" filled="f" o:preferrelative="t" stroked="f" coordsize="21600,21600">
            <v:path/>
            <v:fill on="f" focussize="0,0"/>
            <v:stroke on="f" joinstyle="miter"/>
            <v:imagedata r:id="rId5548" o:title="eqId2d1f08bd1651f93a4303cf3a3b822391"/>
            <o:lock v:ext="edit" aspectratio="t"/>
            <w10:wrap type="none"/>
            <w10:anchorlock/>
          </v:shape>
        </w:pic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②如图</w:t>
      </w:r>
      <w:r>
        <w:rPr>
          <w:rFonts w:ascii="Times New Roman" w:hAnsi="Times New Roman" w:eastAsia="Times New Roman" w:cs="Times New Roman"/>
          <w:color w:val="000000"/>
        </w:rPr>
        <w:t>2</w:t>
      </w:r>
      <w:r>
        <w:rPr>
          <w:rFonts w:ascii="宋体" w:hAnsi="宋体" w:eastAsia="宋体" w:cs="宋体"/>
          <w:color w:val="000000"/>
        </w:rPr>
        <w:t>，如果</w:t>
      </w:r>
      <w:r>
        <w:pict>
          <v:shape id="_x0000_i720579"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5549" o:title="eqIdd33bc4de3f4e1b433b91d2bf22740209"/>
            <o:lock v:ext="edit" aspectratio="t"/>
            <w10:wrap type="none"/>
            <w10:anchorlock/>
          </v:shape>
        </w:pict>
      </w:r>
      <w:r>
        <w:rPr>
          <w:rFonts w:ascii="宋体" w:hAnsi="宋体" w:eastAsia="宋体" w:cs="宋体"/>
          <w:color w:val="000000"/>
        </w:rPr>
        <w:t>，依题意补全图形，并求</w:t>
      </w:r>
      <w:r>
        <w:pict>
          <v:shape id="_x0000_i720580"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550" o:title="eqId75f55c6ac896ab4277fae2230a6e10b0"/>
            <o:lock v:ext="edit" aspectratio="t"/>
            <w10:wrap type="none"/>
            <w10:anchorlock/>
          </v:shape>
        </w:pict>
      </w:r>
      <w:r>
        <w:rPr>
          <w:rFonts w:ascii="宋体" w:hAnsi="宋体" w:eastAsia="宋体" w:cs="宋体"/>
          <w:color w:val="000000"/>
        </w:rPr>
        <w:t>的度数（用含</w:t>
      </w:r>
      <w:r>
        <w:pict>
          <v:shape id="_x0000_i720581"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5551" o:title="eqIde170f206fdbbd834aad7580c727e2cc6"/>
            <o:lock v:ext="edit" aspectratio="t"/>
            <w10:wrap type="none"/>
            <w10:anchorlock/>
          </v:shape>
        </w:pict>
      </w:r>
      <w:r>
        <w:rPr>
          <w:rFonts w:ascii="宋体" w:hAnsi="宋体" w:eastAsia="宋体" w:cs="宋体"/>
          <w:color w:val="000000"/>
        </w:rPr>
        <w:t>的式子表示）；</w:t>
      </w:r>
    </w:p>
    <w:p>
      <w:pPr>
        <w:spacing w:line="360" w:lineRule="auto"/>
        <w:jc w:val="left"/>
        <w:textAlignment w:val="center"/>
        <w:rPr>
          <w:color w:val="000000"/>
        </w:rPr>
      </w:pPr>
      <w:r>
        <w:rPr>
          <w:color w:val="000000"/>
        </w:rPr>
        <w:t>（2）</w:t>
      </w:r>
      <w:r>
        <w:rPr>
          <w:rFonts w:ascii="宋体" w:hAnsi="宋体" w:eastAsia="宋体" w:cs="宋体"/>
          <w:color w:val="000000"/>
        </w:rPr>
        <w:t>当射线</w:t>
      </w:r>
      <w:r>
        <w:pict>
          <v:shape id="_x0000_i720582" o:spt="75" alt="学科网(www.zxxk.com)--教育资源门户，提供试卷、教案、课件、论文、素材以及各类教学资源下载，还有大量而丰富的教学相关资讯！" type="#_x0000_t75" style="height:14.55pt;width:20.75pt;" o:ole="t" filled="f" o:preferrelative="t" stroked="f" coordsize="21600,21600">
            <v:path/>
            <v:fill on="f" focussize="0,0"/>
            <v:stroke on="f" joinstyle="miter"/>
            <v:imagedata r:id="rId5552" o:title="eqId683c590673eece14fea3319c4fd5eb55"/>
            <o:lock v:ext="edit" aspectratio="t"/>
            <w10:wrap type="none"/>
            <w10:anchorlock/>
          </v:shape>
        </w:pict>
      </w:r>
      <w:r>
        <w:rPr>
          <w:rFonts w:ascii="宋体" w:hAnsi="宋体" w:eastAsia="宋体" w:cs="宋体"/>
          <w:color w:val="000000"/>
        </w:rPr>
        <w:t>在</w:t>
      </w:r>
      <w:r>
        <w:pict>
          <v:shape id="_x0000_i72058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53" o:title="eqId6d7b2fe01a33c4825f9974ed9663a99c"/>
            <o:lock v:ext="edit" aspectratio="t"/>
            <w10:wrap type="none"/>
            <w10:anchorlock/>
          </v:shape>
        </w:pict>
      </w:r>
      <w:r>
        <w:rPr>
          <w:rFonts w:ascii="宋体" w:hAnsi="宋体" w:eastAsia="宋体" w:cs="宋体"/>
          <w:color w:val="000000"/>
        </w:rPr>
        <w:t>外部时，如果</w:t>
      </w:r>
      <w:r>
        <w:pict>
          <v:shape id="_x0000_i720584"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5554" o:title="eqId42e7b8a59f8d66176463f3d71f882a26"/>
            <o:lock v:ext="edit" aspectratio="t"/>
            <w10:wrap type="none"/>
            <w10:anchorlock/>
          </v:shape>
        </w:pict>
      </w:r>
      <w:r>
        <w:rPr>
          <w:rFonts w:ascii="宋体" w:hAnsi="宋体" w:eastAsia="宋体" w:cs="宋体"/>
          <w:color w:val="000000"/>
        </w:rPr>
        <w:t>为钝角，且</w:t>
      </w:r>
      <w:r>
        <w:pict>
          <v:shape id="_x0000_i720585" o:spt="75" alt="学科网(www.zxxk.com)--教育资源门户，提供试卷、教案、课件、论文、素材以及各类教学资源下载，还有大量而丰富的教学相关资讯！" type="#_x0000_t75" style="height:15pt;width:51pt;" o:ole="t" filled="f" o:preferrelative="t" stroked="f" coordsize="21600,21600">
            <v:path/>
            <v:fill on="f" focussize="0,0"/>
            <v:stroke on="f" joinstyle="miter"/>
            <v:imagedata r:id="rId5555" o:title="eqId29e81bcfe34b40fe9246377aca79e0b8"/>
            <o:lock v:ext="edit" aspectratio="t"/>
            <w10:wrap type="none"/>
            <w10:anchorlock/>
          </v:shape>
        </w:pict>
      </w:r>
      <w:r>
        <w:rPr>
          <w:rFonts w:ascii="宋体" w:hAnsi="宋体" w:eastAsia="宋体" w:cs="宋体"/>
          <w:color w:val="000000"/>
        </w:rPr>
        <w:t>，直接写出</w:t>
      </w:r>
      <w:r>
        <w:pict>
          <v:shape id="_x0000_i720586"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556" o:title="eqId75f55c6ac896ab4277fae2230a6e10b0"/>
            <o:lock v:ext="edit" aspectratio="t"/>
            <w10:wrap type="none"/>
            <w10:anchorlock/>
          </v:shape>
        </w:pict>
      </w:r>
      <w:r>
        <w:rPr>
          <w:rFonts w:ascii="宋体" w:hAnsi="宋体" w:eastAsia="宋体" w:cs="宋体"/>
          <w:color w:val="000000"/>
        </w:rPr>
        <w:t>的度数（用含</w:t>
      </w:r>
      <w:r>
        <w:pict>
          <v:shape id="_x0000_i720587" o:spt="75" alt="学科网(www.zxxk.com)--教育资源门户，提供试卷、教案、课件、论文、素材以及各类教学资源下载，还有大量而丰富的教学相关资讯！" type="#_x0000_t75" style="height:16.3pt;width:13.15pt;" o:ole="t" filled="f" o:preferrelative="t" stroked="f" coordsize="21600,21600">
            <v:path/>
            <v:fill on="f" focussize="0,0"/>
            <v:stroke on="f" joinstyle="miter"/>
            <v:imagedata r:id="rId5557" o:title="eqId5b5858ee1ce52b251816757257a11c29"/>
            <o:lock v:ext="edit" aspectratio="t"/>
            <w10:wrap type="none"/>
            <w10:anchorlock/>
          </v:shape>
        </w:pict>
      </w:r>
      <w:r>
        <w:rPr>
          <w:rFonts w:ascii="宋体" w:hAnsi="宋体" w:eastAsia="宋体" w:cs="宋体"/>
          <w:color w:val="000000"/>
        </w:rPr>
        <w:t>的式子表示）．</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①</w:t>
      </w:r>
      <w:r>
        <w:pict>
          <v:shape id="_x0000_i720588" o:spt="75" alt="学科网(www.zxxk.com)--教育资源门户，提供试卷、教案、课件、论文、素材以及各类教学资源下载，还有大量而丰富的教学相关资讯！" type="#_x0000_t75" style="height:14.2pt;width:15.8pt;" o:ole="t" filled="f" o:preferrelative="t" stroked="f" coordsize="21600,21600">
            <v:path/>
            <v:fill on="f" focussize="0,0"/>
            <v:stroke on="f" joinstyle="miter"/>
            <v:imagedata r:id="rId5558" o:title="eqId4b7f27ebcef70a3ebbbe8d2e53ea0896"/>
            <o:lock v:ext="edit" aspectratio="t"/>
            <w10:wrap type="none"/>
            <w10:anchorlock/>
          </v:shape>
        </w:pict>
      </w:r>
      <w:r>
        <w:rPr>
          <w:rFonts w:ascii="宋体" w:hAnsi="宋体" w:eastAsia="宋体" w:cs="宋体"/>
          <w:color w:val="000000"/>
        </w:rPr>
        <w:t>；②</w:t>
      </w:r>
      <w:r>
        <w:pict>
          <v:shape id="_x0000_i720589" o:spt="75" alt="学科网(www.zxxk.com)--教育资源门户，提供试卷、教案、课件、论文、素材以及各类教学资源下载，还有大量而丰富的教学相关资讯！" type="#_x0000_t75" style="height:30.75pt;width:21pt;" o:ole="t" filled="f" o:preferrelative="t" stroked="f" coordsize="21600,21600">
            <v:path/>
            <v:fill on="f" focussize="0,0"/>
            <v:stroke on="f" joinstyle="miter"/>
            <v:imagedata r:id="rId5559" o:title="eqIde0f888dc7c78bb3b0a017a898571b68f"/>
            <o:lock v:ext="edit" aspectratio="t"/>
            <w10:wrap type="none"/>
            <w10:anchorlock/>
          </v:shape>
        </w:pict>
      </w:r>
      <w:r>
        <w:rPr>
          <w:color w:val="000000"/>
        </w:rPr>
        <w:t xml:space="preserve">    </w:t>
      </w:r>
    </w:p>
    <w:p>
      <w:pPr>
        <w:spacing w:line="360" w:lineRule="auto"/>
        <w:textAlignment w:val="center"/>
        <w:rPr>
          <w:color w:val="000000"/>
        </w:rPr>
      </w:pPr>
      <w:r>
        <w:rPr>
          <w:color w:val="000000"/>
        </w:rPr>
        <w:t>（2）</w:t>
      </w:r>
      <w:r>
        <w:pict>
          <v:shape id="_x0000_i720590" o:spt="75" alt="学科网(www.zxxk.com)--教育资源门户，提供试卷、教案、课件、论文、素材以及各类教学资源下载，还有大量而丰富的教学相关资讯！" type="#_x0000_t75" style="height:31.2pt;width:49.2pt;" o:ole="t" filled="f" o:preferrelative="t" stroked="f" coordsize="21600,21600">
            <v:path/>
            <v:fill on="f" focussize="0,0"/>
            <v:stroke on="f" joinstyle="miter"/>
            <v:imagedata r:id="rId5560" o:title="eqIdcdf7962b1b98d510b82dfbd428259419"/>
            <o:lock v:ext="edit" aspectratio="t"/>
            <w10:wrap type="none"/>
            <w10:anchorlock/>
          </v:shape>
        </w:pict>
      </w:r>
      <w:r>
        <w:rPr>
          <w:rFonts w:ascii="宋体" w:hAnsi="宋体" w:eastAsia="宋体" w:cs="宋体"/>
          <w:color w:val="000000"/>
        </w:rPr>
        <w:t>或</w:t>
      </w:r>
      <w:r>
        <w:pict>
          <v:shape id="_x0000_i720591" o:spt="75" alt="学科网(www.zxxk.com)--教育资源门户，提供试卷、教案、课件、论文、素材以及各类教学资源下载，还有大量而丰富的教学相关资讯！" type="#_x0000_t75" style="height:31pt;width:22pt;" o:ole="t" filled="f" o:preferrelative="t" stroked="f" coordsize="21600,21600">
            <v:path/>
            <v:fill on="f" focussize="0,0"/>
            <v:stroke on="f" joinstyle="miter"/>
            <v:imagedata r:id="rId5561" o:title="eqId6587308ebf0f588fab230cd6d7ff4796"/>
            <o:lock v:ext="edit" aspectratio="t"/>
            <w10:wrap type="none"/>
            <w10:anchorlock/>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本题考查了角的平分线定义和角的和差运算，数形结合是解答本题的关键．</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）先求出</w:t>
      </w:r>
      <w:r>
        <w:pict>
          <v:shape id="_x0000_i720592" o:spt="75" alt="学科网(www.zxxk.com)--教育资源门户，提供试卷、教案、课件、论文、素材以及各类教学资源下载，还有大量而丰富的教学相关资讯！" type="#_x0000_t75" style="height:14.1pt;width:66.35pt;" o:ole="t" filled="f" o:preferrelative="t" stroked="f" coordsize="21600,21600">
            <v:path/>
            <v:fill on="f" focussize="0,0"/>
            <v:stroke on="f" joinstyle="miter"/>
            <v:imagedata r:id="rId5562" o:title="eqIdc36c0d4e38748fbb4a6cf5e700e5e874"/>
            <o:lock v:ext="edit" aspectratio="t"/>
            <w10:wrap type="none"/>
            <w10:anchorlock/>
          </v:shape>
        </w:pict>
      </w:r>
      <w:r>
        <w:rPr>
          <w:rFonts w:ascii="宋体" w:hAnsi="宋体" w:eastAsia="宋体" w:cs="宋体"/>
          <w:color w:val="000000"/>
        </w:rPr>
        <w:t>，根据角平分线的定义求出</w:t>
      </w:r>
      <w:r>
        <w:pict>
          <v:shape id="_x0000_i720593" o:spt="75" alt="学科网(www.zxxk.com)--教育资源门户，提供试卷、教案、课件、论文、素材以及各类教学资源下载，还有大量而丰富的教学相关资讯！" type="#_x0000_t75" style="height:14pt;width:65pt;" o:ole="t" filled="f" o:preferrelative="t" stroked="f" coordsize="21600,21600">
            <v:path/>
            <v:fill on="f" focussize="0,0"/>
            <v:stroke on="f" joinstyle="miter"/>
            <v:imagedata r:id="rId5563" o:title="eqIdbdc07f826f7eba5f7952d954e6d0ee81"/>
            <o:lock v:ext="edit" aspectratio="t"/>
            <w10:wrap type="none"/>
            <w10:anchorlock/>
          </v:shape>
        </w:pict>
      </w:r>
      <w:r>
        <w:rPr>
          <w:rFonts w:ascii="宋体" w:hAnsi="宋体" w:eastAsia="宋体" w:cs="宋体"/>
          <w:color w:val="000000"/>
        </w:rPr>
        <w:t>，进而可求出</w:t>
      </w:r>
      <w:r>
        <w:pict>
          <v:shape id="_x0000_i720594"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564" o:title="eqId75f55c6ac896ab4277fae2230a6e10b0"/>
            <o:lock v:ext="edit" aspectratio="t"/>
            <w10:wrap type="none"/>
            <w10:anchorlock/>
          </v:shape>
        </w:pict>
      </w:r>
      <w:r>
        <w:rPr>
          <w:rFonts w:ascii="宋体" w:hAnsi="宋体" w:eastAsia="宋体" w:cs="宋体"/>
          <w:color w:val="000000"/>
        </w:rPr>
        <w:t>的度数；</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）仿照（</w:t>
      </w:r>
      <w:r>
        <w:rPr>
          <w:rFonts w:ascii="Times New Roman" w:hAnsi="Times New Roman" w:eastAsia="Times New Roman" w:cs="Times New Roman"/>
          <w:color w:val="000000"/>
        </w:rPr>
        <w:t>1</w:t>
      </w:r>
      <w:r>
        <w:rPr>
          <w:rFonts w:ascii="宋体" w:hAnsi="宋体" w:eastAsia="宋体" w:cs="宋体"/>
          <w:color w:val="000000"/>
        </w:rPr>
        <w:t>）的步骤求解即可；</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）分两种情况画出图形，再结合角平分线的含义与角的和差进行求解即可．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解：①∵</w:t>
      </w:r>
      <w:r>
        <w:pict>
          <v:shape id="_x0000_i720595" o:spt="75" alt="学科网(www.zxxk.com)--教育资源门户，提供试卷、教案、课件、论文、素材以及各类教学资源下载，还有大量而丰富的教学相关资讯！" type="#_x0000_t75" style="height:14pt;width:143.2pt;" o:ole="t" filled="f" o:preferrelative="t" stroked="f" coordsize="21600,21600">
            <v:path/>
            <v:fill on="f" focussize="0,0"/>
            <v:stroke on="f" joinstyle="miter"/>
            <v:imagedata r:id="rId5565" o:title="eqId17b14634d28bdf628736d60fd791717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96" o:spt="75" alt="学科网(www.zxxk.com)--教育资源门户，提供试卷、教案、课件、论文、素材以及各类教学资源下载，还有大量而丰富的教学相关资讯！" type="#_x0000_t75" style="height:14pt;width:215.2pt;" o:ole="t" filled="f" o:preferrelative="t" stroked="f" coordsize="21600,21600">
            <v:path/>
            <v:fill on="f" focussize="0,0"/>
            <v:stroke on="f" joinstyle="miter"/>
            <v:imagedata r:id="rId5566" o:title="eqIdc1456dc3fca04afa40634b1fe6fcddc2"/>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597"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567" o:title="eqId828628c0876b45381c9a0edeb0fec236"/>
            <o:lock v:ext="edit" aspectratio="t"/>
            <w10:wrap type="none"/>
            <w10:anchorlock/>
          </v:shape>
        </w:pict>
      </w:r>
      <w:r>
        <w:rPr>
          <w:rFonts w:ascii="宋体" w:hAnsi="宋体" w:eastAsia="宋体" w:cs="宋体"/>
          <w:color w:val="000000"/>
        </w:rPr>
        <w:t>平分</w:t>
      </w:r>
      <w:r>
        <w:pict>
          <v:shape id="_x0000_i72059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68" o:title="eqId6d7b2fe01a33c4825f9974ed9663a99c"/>
            <o:lock v:ext="edit" aspectratio="t"/>
            <w10:wrap type="none"/>
            <w10:anchorlock/>
          </v:shape>
        </w:pict>
      </w:r>
      <w:r>
        <w:rPr>
          <w:rFonts w:ascii="宋体" w:hAnsi="宋体" w:eastAsia="宋体" w:cs="宋体"/>
          <w:color w:val="000000"/>
        </w:rPr>
        <w:t>，</w:t>
      </w:r>
      <w:r>
        <w:pict>
          <v:shape id="_x0000_i720599"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569" o:title="eqIda299d2b999568e80be8005565ba209a4"/>
            <o:lock v:ext="edit" aspectratio="t"/>
            <w10:wrap type="none"/>
            <w10:anchorlock/>
          </v:shape>
        </w:pict>
      </w:r>
      <w:r>
        <w:rPr>
          <w:rFonts w:ascii="宋体" w:hAnsi="宋体" w:eastAsia="宋体" w:cs="宋体"/>
          <w:color w:val="000000"/>
        </w:rPr>
        <w:t>平分</w:t>
      </w:r>
      <w:r>
        <w:pict>
          <v:shape id="_x0000_i72060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70" o:title="eqIddc9f91270ddbe1cf3c1362e1b95aee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01" o:spt="75" alt="学科网(www.zxxk.com)--教育资源门户，提供试卷、教案、课件、论文、素材以及各类教学资源下载，还有大量而丰富的教学相关资讯！" type="#_x0000_t75" style="height:30.75pt;width:165.75pt;" o:ole="t" filled="f" o:preferrelative="t" stroked="f" coordsize="21600,21600">
            <v:path/>
            <v:fill on="f" focussize="0,0"/>
            <v:stroke on="f" joinstyle="miter"/>
            <v:imagedata r:id="rId5571" o:title="eqIdbd8b7b5f43b2dd5b22fb89028bc03695"/>
            <o:lock v:ext="edit" aspectratio="t"/>
            <w10:wrap type="none"/>
            <w10:anchorlock/>
          </v:shape>
        </w:pict>
      </w:r>
      <w:r>
        <w:rPr>
          <w:rFonts w:ascii="宋体" w:hAnsi="宋体" w:eastAsia="宋体" w:cs="宋体"/>
          <w:color w:val="000000"/>
        </w:rPr>
        <w:t>，</w:t>
      </w:r>
      <w:r>
        <w:pict>
          <v:shape id="_x0000_i720602" o:spt="75" alt="学科网(www.zxxk.com)--教育资源门户，提供试卷、教案、课件、论文、素材以及各类教学资源下载，还有大量而丰富的教学相关资讯！" type="#_x0000_t75" style="height:31.2pt;width:167.2pt;" o:ole="t" filled="f" o:preferrelative="t" stroked="f" coordsize="21600,21600">
            <v:path/>
            <v:fill on="f" focussize="0,0"/>
            <v:stroke on="f" joinstyle="miter"/>
            <v:imagedata r:id="rId5572" o:title="eqId5d0d4d4be4660398686d4cb836bfa3c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03" o:spt="75" alt="学科网(www.zxxk.com)--教育资源门户，提供试卷、教案、课件、论文、素材以及各类教学资源下载，还有大量而丰富的教学相关资讯！" type="#_x0000_t75" style="height:14pt;width:211.2pt;" o:ole="t" filled="f" o:preferrelative="t" stroked="f" coordsize="21600,21600">
            <v:path/>
            <v:fill on="f" focussize="0,0"/>
            <v:stroke on="f" joinstyle="miter"/>
            <v:imagedata r:id="rId5573" o:title="eqIddf5607b16178b12a9e85b520bc74280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②如图，</w:t>
      </w:r>
    </w:p>
    <w:p>
      <w:pPr>
        <w:spacing w:line="360" w:lineRule="auto"/>
        <w:jc w:val="left"/>
        <w:textAlignment w:val="center"/>
        <w:rPr>
          <w:color w:val="000000"/>
        </w:rPr>
      </w:pPr>
      <w:r>
        <w:rPr>
          <w:color w:val="000000"/>
        </w:rPr>
        <w:drawing>
          <wp:inline distT="0" distB="0" distL="114300" distR="114300">
            <wp:extent cx="1047750" cy="971550"/>
            <wp:effectExtent l="0" t="0" r="0" b="0"/>
            <wp:docPr id="3923"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 name="图片 100029" descr="学科网(www.zxxk.com)--教育资源门户，提供试卷、教案、课件、论文、素材以及各类教学资源下载，还有大量而丰富的教学相关资讯！"/>
                    <pic:cNvPicPr>
                      <a:picLocks noChangeAspect="1"/>
                    </pic:cNvPicPr>
                  </pic:nvPicPr>
                  <pic:blipFill>
                    <a:blip r:embed="rId5574"/>
                    <a:stretch>
                      <a:fillRect/>
                    </a:stretch>
                  </pic:blipFill>
                  <pic:spPr>
                    <a:xfrm>
                      <a:off x="0" y="0"/>
                      <a:ext cx="1047750" cy="9715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20604" o:spt="75" alt="学科网(www.zxxk.com)--教育资源门户，提供试卷、教案、课件、论文、素材以及各类教学资源下载，还有大量而丰富的教学相关资讯！" type="#_x0000_t75" style="height:14pt;width:135.2pt;" o:ole="t" filled="f" o:preferrelative="t" stroked="f" coordsize="21600,21600">
            <v:path/>
            <v:fill on="f" focussize="0,0"/>
            <v:stroke on="f" joinstyle="miter"/>
            <v:imagedata r:id="rId5575" o:title="eqId05b3795a6da52dea1ec45ed72868aac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05" o:spt="75" alt="学科网(www.zxxk.com)--教育资源门户，提供试卷、教案、课件、论文、素材以及各类教学资源下载，还有大量而丰富的教学相关资讯！" type="#_x0000_t75" style="height:14pt;width:179.2pt;" o:ole="t" filled="f" o:preferrelative="t" stroked="f" coordsize="21600,21600">
            <v:path/>
            <v:fill on="f" focussize="0,0"/>
            <v:stroke on="f" joinstyle="miter"/>
            <v:imagedata r:id="rId5576" o:title="eqId90aad4effff13aec2e5b9825647f70e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06"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5577" o:title="eqId828628c0876b45381c9a0edeb0fec236"/>
            <o:lock v:ext="edit" aspectratio="t"/>
            <w10:wrap type="none"/>
            <w10:anchorlock/>
          </v:shape>
        </w:pict>
      </w:r>
      <w:r>
        <w:rPr>
          <w:rFonts w:ascii="宋体" w:hAnsi="宋体" w:eastAsia="宋体" w:cs="宋体"/>
          <w:color w:val="000000"/>
        </w:rPr>
        <w:t>平分</w:t>
      </w:r>
      <w:r>
        <w:pict>
          <v:shape id="_x0000_i72060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78" o:title="eqId6d7b2fe01a33c4825f9974ed9663a99c"/>
            <o:lock v:ext="edit" aspectratio="t"/>
            <w10:wrap type="none"/>
            <w10:anchorlock/>
          </v:shape>
        </w:pict>
      </w:r>
      <w:r>
        <w:rPr>
          <w:rFonts w:ascii="宋体" w:hAnsi="宋体" w:eastAsia="宋体" w:cs="宋体"/>
          <w:color w:val="000000"/>
        </w:rPr>
        <w:t>，</w:t>
      </w:r>
      <w:r>
        <w:pict>
          <v:shape id="_x0000_i720608"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579" o:title="eqIda299d2b999568e80be8005565ba209a4"/>
            <o:lock v:ext="edit" aspectratio="t"/>
            <w10:wrap type="none"/>
            <w10:anchorlock/>
          </v:shape>
        </w:pict>
      </w:r>
      <w:r>
        <w:rPr>
          <w:rFonts w:ascii="宋体" w:hAnsi="宋体" w:eastAsia="宋体" w:cs="宋体"/>
          <w:color w:val="000000"/>
        </w:rPr>
        <w:t>平分</w:t>
      </w:r>
      <w:r>
        <w:pict>
          <v:shape id="_x0000_i720609"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80" o:title="eqIddc9f91270ddbe1cf3c1362e1b95aee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10" o:spt="75" alt="学科网(www.zxxk.com)--教育资源门户，提供试卷、教案、课件、论文、素材以及各类教学资源下载，还有大量而丰富的教学相关资讯！" type="#_x0000_t75" style="height:30.75pt;width:165.75pt;" o:ole="t" filled="f" o:preferrelative="t" stroked="f" coordsize="21600,21600">
            <v:path/>
            <v:fill on="f" focussize="0,0"/>
            <v:stroke on="f" joinstyle="miter"/>
            <v:imagedata r:id="rId5581" o:title="eqIdbd8b7b5f43b2dd5b22fb89028bc03695"/>
            <o:lock v:ext="edit" aspectratio="t"/>
            <w10:wrap type="none"/>
            <w10:anchorlock/>
          </v:shape>
        </w:pict>
      </w:r>
      <w:r>
        <w:rPr>
          <w:rFonts w:ascii="宋体" w:hAnsi="宋体" w:eastAsia="宋体" w:cs="宋体"/>
          <w:color w:val="000000"/>
        </w:rPr>
        <w:t>，</w:t>
      </w:r>
      <w:r>
        <w:pict>
          <v:shape id="_x0000_i720611" o:spt="75" alt="学科网(www.zxxk.com)--教育资源门户，提供试卷、教案、课件、论文、素材以及各类教学资源下载，还有大量而丰富的教学相关资讯！" type="#_x0000_t75" style="height:31.15pt;width:194.95pt;" o:ole="t" filled="f" o:preferrelative="t" stroked="f" coordsize="21600,21600">
            <v:path/>
            <v:fill on="f" focussize="0,0"/>
            <v:stroke on="f" joinstyle="miter"/>
            <v:imagedata r:id="rId5582" o:title="eqId39dbcbc818d6241b99e81453658c6e0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12" o:spt="75" alt="学科网(www.zxxk.com)--教育资源门户，提供试卷、教案、课件、论文、素材以及各类教学资源下载，还有大量而丰富的教学相关资讯！" type="#_x0000_t75" style="height:31.15pt;width:240pt;" o:ole="t" filled="f" o:preferrelative="t" stroked="f" coordsize="21600,21600">
            <v:path/>
            <v:fill on="f" focussize="0,0"/>
            <v:stroke on="f" joinstyle="miter"/>
            <v:imagedata r:id="rId5583" o:title="eqIde269a60a7f957d921ea8f787046ff0b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1333500" cy="1285875"/>
            <wp:effectExtent l="0" t="0" r="0" b="0"/>
            <wp:docPr id="3925"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6" name="图片 100031" descr="学科网(www.zxxk.com)--教育资源门户，提供试卷、教案、课件、论文、素材以及各类教学资源下载，还有大量而丰富的教学相关资讯！"/>
                    <pic:cNvPicPr>
                      <a:picLocks noChangeAspect="1"/>
                    </pic:cNvPicPr>
                  </pic:nvPicPr>
                  <pic:blipFill>
                    <a:blip r:embed="rId5584"/>
                    <a:stretch>
                      <a:fillRect/>
                    </a:stretch>
                  </pic:blipFill>
                  <pic:spPr>
                    <a:xfrm>
                      <a:off x="0" y="0"/>
                      <a:ext cx="1333500" cy="12858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20613" o:spt="75" alt="学科网(www.zxxk.com)--教育资源门户，提供试卷、教案、课件、论文、素材以及各类教学资源下载，还有大量而丰富的教学相关资讯！" type="#_x0000_t75" style="height:13pt;width:98.5pt;" o:ole="t" filled="f" o:preferrelative="t" stroked="f" coordsize="21600,21600">
            <v:path/>
            <v:fill on="f" focussize="0,0"/>
            <v:stroke on="f" joinstyle="miter"/>
            <v:imagedata r:id="rId5585" o:title="eqId83e44a1cc4d47b13f6c3b69544c7d026"/>
            <o:lock v:ext="edit" aspectratio="t"/>
            <w10:wrap type="none"/>
            <w10:anchorlock/>
          </v:shape>
        </w:pict>
      </w:r>
      <w:r>
        <w:rPr>
          <w:rFonts w:ascii="宋体" w:hAnsi="宋体" w:eastAsia="宋体" w:cs="宋体"/>
          <w:color w:val="000000"/>
        </w:rPr>
        <w:t>，</w:t>
      </w:r>
      <w:r>
        <w:pict>
          <v:shape id="_x0000_i720614" o:spt="75" alt="学科网(www.zxxk.com)--教育资源门户，提供试卷、教案、课件、论文、素材以及各类教学资源下载，还有大量而丰富的教学相关资讯！" type="#_x0000_t75" style="height:15pt;width:51pt;" o:ole="t" filled="f" o:preferrelative="t" stroked="f" coordsize="21600,21600">
            <v:path/>
            <v:fill on="f" focussize="0,0"/>
            <v:stroke on="f" joinstyle="miter"/>
            <v:imagedata r:id="rId5586" o:title="eqId29e81bcfe34b40fe9246377aca79e0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15" o:spt="75" alt="学科网(www.zxxk.com)--教育资源门户，提供试卷、教案、课件、论文、素材以及各类教学资源下载，还有大量而丰富的教学相关资讯！" type="#_x0000_t75" style="height:16pt;width:176pt;" o:ole="t" filled="f" o:preferrelative="t" stroked="f" coordsize="21600,21600">
            <v:path/>
            <v:fill on="f" focussize="0,0"/>
            <v:stroke on="f" joinstyle="miter"/>
            <v:imagedata r:id="rId5587" o:title="eqIda6041fad96e4bc48d09a987d1eef3b7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16"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588" o:title="eqIda299d2b999568e80be8005565ba209a4"/>
            <o:lock v:ext="edit" aspectratio="t"/>
            <w10:wrap type="none"/>
            <w10:anchorlock/>
          </v:shape>
        </w:pict>
      </w:r>
      <w:r>
        <w:rPr>
          <w:rFonts w:ascii="宋体" w:hAnsi="宋体" w:eastAsia="宋体" w:cs="宋体"/>
          <w:color w:val="000000"/>
        </w:rPr>
        <w:t>平分</w:t>
      </w:r>
      <w:r>
        <w:pict>
          <v:shape id="_x0000_i72061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89" o:title="eqIddc9f91270ddbe1cf3c1362e1b95aee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18" o:spt="75" alt="学科网(www.zxxk.com)--教育资源门户，提供试卷、教案、课件、论文、素材以及各类教学资源下载，还有大量而丰富的教学相关资讯！" type="#_x0000_t75" style="height:31.2pt;width:200pt;" o:ole="t" filled="f" o:preferrelative="t" stroked="f" coordsize="21600,21600">
            <v:path/>
            <v:fill on="f" focussize="0,0"/>
            <v:stroke on="f" joinstyle="miter"/>
            <v:imagedata r:id="rId5590" o:title="eqId6ecc250f17e94a9e88300dad2ee4054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19" o:spt="75" alt="学科网(www.zxxk.com)--教育资源门户，提供试卷、教案、课件、论文、素材以及各类教学资源下载，还有大量而丰富的教学相关资讯！" type="#_x0000_t75" style="height:31.2pt;width:276.65pt;" o:ole="t" filled="f" o:preferrelative="t" stroked="f" coordsize="21600,21600">
            <v:path/>
            <v:fill on="f" focussize="0,0"/>
            <v:stroke on="f" joinstyle="miter"/>
            <v:imagedata r:id="rId5591" o:title="eqId72aeaf149b1135aac304d82cf22e5cd0"/>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1152525" cy="1066800"/>
            <wp:effectExtent l="0" t="0" r="0" b="0"/>
            <wp:docPr id="3927"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 name="图片 100033" descr="学科网(www.zxxk.com)--教育资源门户，提供试卷、教案、课件、论文、素材以及各类教学资源下载，还有大量而丰富的教学相关资讯！"/>
                    <pic:cNvPicPr>
                      <a:picLocks noChangeAspect="1"/>
                    </pic:cNvPicPr>
                  </pic:nvPicPr>
                  <pic:blipFill>
                    <a:blip r:embed="rId5592"/>
                    <a:stretch>
                      <a:fillRect/>
                    </a:stretch>
                  </pic:blipFill>
                  <pic:spPr>
                    <a:xfrm>
                      <a:off x="0" y="0"/>
                      <a:ext cx="1152525" cy="10668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pict>
          <v:shape id="_x0000_i720620" o:spt="75" alt="学科网(www.zxxk.com)--教育资源门户，提供试卷、教案、课件、论文、素材以及各类教学资源下载，还有大量而丰富的教学相关资讯！" type="#_x0000_t75" style="height:13pt;width:98.5pt;" o:ole="t" filled="f" o:preferrelative="t" stroked="f" coordsize="21600,21600">
            <v:path/>
            <v:fill on="f" focussize="0,0"/>
            <v:stroke on="f" joinstyle="miter"/>
            <v:imagedata r:id="rId5593" o:title="eqId83e44a1cc4d47b13f6c3b69544c7d026"/>
            <o:lock v:ext="edit" aspectratio="t"/>
            <w10:wrap type="none"/>
            <w10:anchorlock/>
          </v:shape>
        </w:pict>
      </w:r>
      <w:r>
        <w:rPr>
          <w:rFonts w:ascii="宋体" w:hAnsi="宋体" w:eastAsia="宋体" w:cs="宋体"/>
          <w:color w:val="000000"/>
        </w:rPr>
        <w:t>，</w:t>
      </w:r>
      <w:r>
        <w:pict>
          <v:shape id="_x0000_i720621" o:spt="75" alt="学科网(www.zxxk.com)--教育资源门户，提供试卷、教案、课件、论文、素材以及各类教学资源下载，还有大量而丰富的教学相关资讯！" type="#_x0000_t75" style="height:15pt;width:51pt;" o:ole="t" filled="f" o:preferrelative="t" stroked="f" coordsize="21600,21600">
            <v:path/>
            <v:fill on="f" focussize="0,0"/>
            <v:stroke on="f" joinstyle="miter"/>
            <v:imagedata r:id="rId5594" o:title="eqId29e81bcfe34b40fe9246377aca79e0b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22" o:spt="75" alt="学科网(www.zxxk.com)--教育资源门户，提供试卷、教案、课件、论文、素材以及各类教学资源下载，还有大量而丰富的教学相关资讯！" type="#_x0000_t75" style="height:16pt;width:90pt;" o:ole="t" filled="f" o:preferrelative="t" stroked="f" coordsize="21600,21600">
            <v:path/>
            <v:fill on="f" focussize="0,0"/>
            <v:stroke on="f" joinstyle="miter"/>
            <v:imagedata r:id="rId5595" o:title="eqIddbbfff1a9e08f32fb7af340574c35497"/>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23"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596" o:title="eqIda299d2b999568e80be8005565ba209a4"/>
            <o:lock v:ext="edit" aspectratio="t"/>
            <w10:wrap type="none"/>
            <w10:anchorlock/>
          </v:shape>
        </w:pict>
      </w:r>
      <w:r>
        <w:rPr>
          <w:rFonts w:ascii="宋体" w:hAnsi="宋体" w:eastAsia="宋体" w:cs="宋体"/>
          <w:color w:val="000000"/>
        </w:rPr>
        <w:t>平分</w:t>
      </w:r>
      <w:r>
        <w:pict>
          <v:shape id="_x0000_i720624"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597" o:title="eqIddc9f91270ddbe1cf3c1362e1b95aee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25" o:spt="75" alt="学科网(www.zxxk.com)--教育资源门户，提供试卷、教案、课件、论文、素材以及各类教学资源下载，还有大量而丰富的教学相关资讯！" type="#_x0000_t75" style="height:31.2pt;width:195.2pt;" o:ole="t" filled="f" o:preferrelative="t" stroked="f" coordsize="21600,21600">
            <v:path/>
            <v:fill on="f" focussize="0,0"/>
            <v:stroke on="f" joinstyle="miter"/>
            <v:imagedata r:id="rId5598" o:title="eqIdf64a17b9394dbb86a47672e93a1e58f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26" o:spt="75" alt="学科网(www.zxxk.com)--教育资源门户，提供试卷、教案、课件、论文、素材以及各类教学资源下载，还有大量而丰富的教学相关资讯！" type="#_x0000_t75" style="height:31.2pt;width:240.8pt;" o:ole="t" filled="f" o:preferrelative="t" stroked="f" coordsize="21600,21600">
            <v:path/>
            <v:fill on="f" focussize="0,0"/>
            <v:stroke on="f" joinstyle="miter"/>
            <v:imagedata r:id="rId5599" o:title="eqId65dc2c7d5bb20d642b20724569b7c99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已知数轴上点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对应的数分别为</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，且</w:t>
      </w:r>
      <w:r>
        <w:pict>
          <v:shape id="_x0000_i720627"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5600" o:title="eqId4b6c96b9335c10b51be2968e9e55d3cf"/>
            <o:lock v:ext="edit" aspectratio="t"/>
            <w10:wrap type="none"/>
            <w10:anchorlock/>
          </v:shape>
        </w:pict>
      </w:r>
      <w:r>
        <w:rPr>
          <w:rFonts w:ascii="宋体" w:hAnsi="宋体" w:eastAsia="宋体" w:cs="宋体"/>
          <w:color w:val="000000"/>
        </w:rPr>
        <w:t>，点</w:t>
      </w:r>
      <w:r>
        <w:rPr>
          <w:rFonts w:ascii="Times New Roman" w:hAnsi="Times New Roman" w:eastAsia="Times New Roman" w:cs="Times New Roman"/>
          <w:i/>
          <w:color w:val="000000"/>
        </w:rPr>
        <w:t>P</w:t>
      </w:r>
      <w:r>
        <w:rPr>
          <w:rFonts w:ascii="宋体" w:hAnsi="宋体" w:eastAsia="宋体" w:cs="宋体"/>
          <w:color w:val="000000"/>
        </w:rPr>
        <w:t>在线段</w:t>
      </w:r>
      <w:r>
        <w:pict>
          <v:shape id="_x0000_i720628"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01" o:title="eqIdf52a58fbaf4fea03567e88a9f0f6e37e"/>
            <o:lock v:ext="edit" aspectratio="t"/>
            <w10:wrap type="none"/>
            <w10:anchorlock/>
          </v:shape>
        </w:pict>
      </w:r>
      <w:r>
        <w:rPr>
          <w:rFonts w:ascii="宋体" w:hAnsi="宋体" w:eastAsia="宋体" w:cs="宋体"/>
          <w:color w:val="000000"/>
        </w:rPr>
        <w:t>上，点</w:t>
      </w:r>
      <w:r>
        <w:rPr>
          <w:rFonts w:ascii="Times New Roman" w:hAnsi="Times New Roman" w:eastAsia="Times New Roman" w:cs="Times New Roman"/>
          <w:i/>
          <w:color w:val="000000"/>
        </w:rPr>
        <w:t>M</w:t>
      </w:r>
      <w:r>
        <w:rPr>
          <w:rFonts w:ascii="宋体" w:hAnsi="宋体" w:eastAsia="宋体" w:cs="宋体"/>
          <w:color w:val="000000"/>
        </w:rPr>
        <w:t>为数轴上一动点，其对应的数为</w:t>
      </w:r>
      <w:r>
        <w:rPr>
          <w:rFonts w:ascii="Times New Roman" w:hAnsi="Times New Roman" w:eastAsia="Times New Roman" w:cs="Times New Roman"/>
          <w:i/>
          <w:color w:val="000000"/>
        </w:rPr>
        <w:t>m</w:t>
      </w:r>
      <w:r>
        <w:rPr>
          <w:rFonts w:ascii="宋体" w:hAnsi="宋体" w:eastAsia="宋体" w:cs="宋体"/>
          <w:color w:val="000000"/>
        </w:rPr>
        <w:t>．我们规定：点</w:t>
      </w:r>
      <w:r>
        <w:rPr>
          <w:rFonts w:ascii="Times New Roman" w:hAnsi="Times New Roman" w:eastAsia="Times New Roman" w:cs="Times New Roman"/>
          <w:i/>
          <w:color w:val="000000"/>
        </w:rPr>
        <w:t>M</w:t>
      </w:r>
      <w:r>
        <w:rPr>
          <w:rFonts w:ascii="宋体" w:hAnsi="宋体" w:eastAsia="宋体" w:cs="宋体"/>
          <w:color w:val="000000"/>
        </w:rPr>
        <w:t>到点</w:t>
      </w:r>
      <w:r>
        <w:rPr>
          <w:rFonts w:ascii="Times New Roman" w:hAnsi="Times New Roman" w:eastAsia="Times New Roman" w:cs="Times New Roman"/>
          <w:i/>
          <w:color w:val="000000"/>
        </w:rPr>
        <w:t>P</w:t>
      </w:r>
      <w:r>
        <w:rPr>
          <w:rFonts w:ascii="宋体" w:hAnsi="宋体" w:eastAsia="宋体" w:cs="宋体"/>
          <w:color w:val="000000"/>
        </w:rPr>
        <w:t>的距离的最小值为点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2062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01" o:title="eqIdf52a58fbaf4fea03567e88a9f0f6e37e"/>
            <o:lock v:ext="edit" aspectratio="t"/>
            <w10:wrap type="none"/>
            <w10:anchorlock/>
          </v:shape>
        </w:pict>
      </w:r>
      <w:r>
        <w:rPr>
          <w:rFonts w:ascii="宋体" w:hAnsi="宋体" w:eastAsia="宋体" w:cs="宋体"/>
          <w:color w:val="000000"/>
        </w:rPr>
        <w:t>的“到达距离”．</w:t>
      </w:r>
    </w:p>
    <w:p>
      <w:pPr>
        <w:spacing w:line="360" w:lineRule="auto"/>
        <w:jc w:val="left"/>
        <w:textAlignment w:val="center"/>
        <w:rPr>
          <w:color w:val="000000"/>
        </w:rPr>
      </w:pPr>
      <w:r>
        <w:rPr>
          <w:color w:val="000000"/>
        </w:rPr>
        <w:drawing>
          <wp:inline distT="0" distB="0" distL="114300" distR="114300">
            <wp:extent cx="3219450" cy="1104900"/>
            <wp:effectExtent l="0" t="0" r="0" b="0"/>
            <wp:docPr id="3929"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 name="图片 100035" descr="学科网(www.zxxk.com)--教育资源门户，提供试卷、教案、课件、论文、素材以及各类教学资源下载，还有大量而丰富的教学相关资讯！"/>
                    <pic:cNvPicPr>
                      <a:picLocks noChangeAspect="1"/>
                    </pic:cNvPicPr>
                  </pic:nvPicPr>
                  <pic:blipFill>
                    <a:blip r:embed="rId5602"/>
                    <a:stretch>
                      <a:fillRect/>
                    </a:stretch>
                  </pic:blipFill>
                  <pic:spPr>
                    <a:xfrm>
                      <a:off x="0" y="0"/>
                      <a:ext cx="3219450" cy="11049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，当点</w:t>
      </w:r>
      <w:r>
        <w:rPr>
          <w:rFonts w:ascii="Times New Roman" w:hAnsi="Times New Roman" w:eastAsia="Times New Roman" w:cs="Times New Roman"/>
          <w:i/>
          <w:color w:val="000000"/>
        </w:rPr>
        <w:t>M</w:t>
      </w:r>
      <w:r>
        <w:rPr>
          <w:rFonts w:ascii="宋体" w:hAnsi="宋体" w:eastAsia="宋体" w:cs="宋体"/>
          <w:color w:val="000000"/>
        </w:rPr>
        <w:t>与数轴上原点重合时，</w:t>
      </w:r>
    </w:p>
    <w:p>
      <w:pPr>
        <w:spacing w:line="360" w:lineRule="auto"/>
        <w:jc w:val="left"/>
        <w:textAlignment w:val="center"/>
        <w:rPr>
          <w:color w:val="000000"/>
        </w:rPr>
      </w:pPr>
      <w:r>
        <w:rPr>
          <w:rFonts w:ascii="Times New Roman" w:hAnsi="Times New Roman" w:eastAsia="Times New Roman" w:cs="Times New Roman"/>
          <w:color w:val="000000"/>
        </w:rPr>
        <w:t>①</w:t>
      </w:r>
      <w:r>
        <w:rPr>
          <w:rFonts w:ascii="宋体" w:hAnsi="宋体" w:eastAsia="宋体" w:cs="宋体"/>
          <w:color w:val="000000"/>
        </w:rPr>
        <w:t>如果</w:t>
      </w:r>
      <w:r>
        <w:pict>
          <v:shape id="_x0000_i720630"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5603" o:title="eqIdbb8e1dd8da540badcb9a8f427c5b202e"/>
            <o:lock v:ext="edit" aspectratio="t"/>
            <w10:wrap type="none"/>
            <w10:anchorlock/>
          </v:shape>
        </w:pict>
      </w:r>
      <w:r>
        <w:rPr>
          <w:rFonts w:ascii="宋体" w:hAnsi="宋体" w:eastAsia="宋体" w:cs="宋体"/>
          <w:color w:val="000000"/>
        </w:rPr>
        <w:t>，那么点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2063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04" o:title="eqIdf52a58fbaf4fea03567e88a9f0f6e37e"/>
            <o:lock v:ext="edit" aspectratio="t"/>
            <w10:wrap type="none"/>
            <w10:anchorlock/>
          </v:shape>
        </w:pict>
      </w:r>
      <w:r>
        <w:rPr>
          <w:rFonts w:ascii="宋体" w:hAnsi="宋体" w:eastAsia="宋体" w:cs="宋体"/>
          <w:color w:val="000000"/>
        </w:rPr>
        <w:t>的“到达距离”是</w: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如果点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2063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05" o:title="eqIdf52a58fbaf4fea03567e88a9f0f6e37e"/>
            <o:lock v:ext="edit" aspectratio="t"/>
            <w10:wrap type="none"/>
            <w10:anchorlock/>
          </v:shape>
        </w:pict>
      </w:r>
      <w:r>
        <w:rPr>
          <w:rFonts w:ascii="宋体" w:hAnsi="宋体" w:eastAsia="宋体" w:cs="宋体"/>
          <w:color w:val="000000"/>
        </w:rPr>
        <w:t>的“到达距离”是</w:t>
      </w:r>
      <w:r>
        <w:rPr>
          <w:rFonts w:ascii="Times New Roman" w:hAnsi="Times New Roman" w:eastAsia="Times New Roman" w:cs="Times New Roman"/>
          <w:color w:val="000000"/>
        </w:rPr>
        <w:t>2</w:t>
      </w:r>
      <w:r>
        <w:rPr>
          <w:rFonts w:ascii="宋体" w:hAnsi="宋体" w:eastAsia="宋体" w:cs="宋体"/>
          <w:color w:val="000000"/>
        </w:rPr>
        <w:t>，那么</w:t>
      </w:r>
      <w:r>
        <w:pict>
          <v:shape id="_x0000_i720633" o:spt="75" alt="学科网(www.zxxk.com)--教育资源门户，提供试卷、教案、课件、论文、素材以及各类教学资源下载，还有大量而丰富的教学相关资讯！" type="#_x0000_t75" style="height:11.4pt;width:20.4pt;" o:ole="t" filled="f" o:preferrelative="t" stroked="f" coordsize="21600,21600">
            <v:path/>
            <v:fill on="f" focussize="0,0"/>
            <v:stroke on="f" joinstyle="miter"/>
            <v:imagedata r:id="rId5606" o:title="eqId380bbacf854e30e2e747fc286d2b9997"/>
            <o:lock v:ext="edit" aspectratio="t"/>
            <w10:wrap type="none"/>
            <w10:anchorlock/>
          </v:shape>
        </w:pict>
      </w:r>
      <w:r>
        <w:rPr>
          <w:rFonts w:ascii="Times New Roman" w:hAnsi="Times New Roman" w:eastAsia="Times New Roman" w:cs="Times New Roman"/>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当点</w:t>
      </w:r>
      <w:r>
        <w:rPr>
          <w:rFonts w:ascii="Times New Roman" w:hAnsi="Times New Roman" w:eastAsia="Times New Roman" w:cs="Times New Roman"/>
          <w:i/>
          <w:color w:val="000000"/>
        </w:rPr>
        <w:t>A</w:t>
      </w:r>
      <w:r>
        <w:rPr>
          <w:rFonts w:ascii="宋体" w:hAnsi="宋体" w:eastAsia="宋体" w:cs="宋体"/>
          <w:color w:val="000000"/>
        </w:rPr>
        <w:t>对应的数</w:t>
      </w:r>
      <w:r>
        <w:rPr>
          <w:rFonts w:ascii="Times New Roman" w:hAnsi="Times New Roman" w:eastAsia="Times New Roman" w:cs="Times New Roman"/>
          <w:i/>
          <w:color w:val="000000"/>
        </w:rPr>
        <w:t>a</w:t>
      </w:r>
      <w:r>
        <w:rPr>
          <w:rFonts w:ascii="宋体" w:hAnsi="宋体" w:eastAsia="宋体" w:cs="宋体"/>
          <w:color w:val="000000"/>
        </w:rPr>
        <w:t>在</w:t>
      </w:r>
      <w:r>
        <w:pict>
          <v:shape id="_x0000_i720634"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5607" o:title="eqIdefd91fd2b23be16f50c830c61d7ae5a6"/>
            <o:lock v:ext="edit" aspectratio="t"/>
            <w10:wrap type="none"/>
            <w10:anchorlock/>
          </v:shape>
        </w:pict>
      </w:r>
      <w:r>
        <w:rPr>
          <w:rFonts w:ascii="宋体" w:hAnsi="宋体" w:eastAsia="宋体" w:cs="宋体"/>
          <w:color w:val="000000"/>
        </w:rPr>
        <w:t>之间（包含</w:t>
      </w:r>
      <w:r>
        <w:pict>
          <v:shape id="_x0000_i720635"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608"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）时，如果点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2063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09" o:title="eqIdf52a58fbaf4fea03567e88a9f0f6e37e"/>
            <o:lock v:ext="edit" aspectratio="t"/>
            <w10:wrap type="none"/>
            <w10:anchorlock/>
          </v:shape>
        </w:pict>
      </w:r>
      <w:r>
        <w:rPr>
          <w:rFonts w:ascii="宋体" w:hAnsi="宋体" w:eastAsia="宋体" w:cs="宋体"/>
          <w:color w:val="000000"/>
        </w:rPr>
        <w:t>的“到达距离”始终大于</w:t>
      </w:r>
      <w:r>
        <w:rPr>
          <w:rFonts w:ascii="Times New Roman" w:hAnsi="Times New Roman" w:eastAsia="Times New Roman" w:cs="Times New Roman"/>
          <w:color w:val="000000"/>
        </w:rPr>
        <w:t>3</w:t>
      </w:r>
      <w:r>
        <w:rPr>
          <w:rFonts w:ascii="宋体" w:hAnsi="宋体" w:eastAsia="宋体" w:cs="宋体"/>
          <w:color w:val="000000"/>
        </w:rPr>
        <w:t>，直接写出</w:t>
      </w:r>
      <w:r>
        <w:rPr>
          <w:rFonts w:ascii="Times New Roman" w:hAnsi="Times New Roman" w:eastAsia="Times New Roman" w:cs="Times New Roman"/>
          <w:i/>
          <w:color w:val="000000"/>
        </w:rPr>
        <w:t>m</w:t>
      </w:r>
      <w:r>
        <w:rPr>
          <w:rFonts w:ascii="宋体" w:hAnsi="宋体" w:eastAsia="宋体" w:cs="宋体"/>
          <w:color w:val="000000"/>
        </w:rPr>
        <w:t>的取值范围．</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①1</w:t>
      </w:r>
      <w:r>
        <w:rPr>
          <w:rFonts w:ascii="宋体" w:hAnsi="宋体" w:eastAsia="宋体" w:cs="宋体"/>
          <w:color w:val="000000"/>
        </w:rPr>
        <w:t>；</w:t>
      </w:r>
      <w:r>
        <w:rPr>
          <w:rFonts w:ascii="Times New Roman" w:hAnsi="Times New Roman" w:eastAsia="Times New Roman" w:cs="Times New Roman"/>
          <w:color w:val="000000"/>
        </w:rPr>
        <w:t>②</w:t>
      </w:r>
      <w:r>
        <w:pict>
          <v:shape id="_x0000_i720637"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610" o:title="eqId3edbd40e04e2a943051fa83d6e511add"/>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2</w:t>
      </w:r>
      <w:r>
        <w:rPr>
          <w:color w:val="000000"/>
        </w:rPr>
        <w:t xml:space="preserve">    </w:t>
      </w:r>
    </w:p>
    <w:p>
      <w:pPr>
        <w:spacing w:line="360" w:lineRule="auto"/>
        <w:textAlignment w:val="center"/>
        <w:rPr>
          <w:color w:val="000000"/>
        </w:rPr>
      </w:pPr>
      <w:r>
        <w:rPr>
          <w:color w:val="000000"/>
        </w:rPr>
        <w:t>（2）</w:t>
      </w:r>
      <w:r>
        <w:pict>
          <v:shape id="_x0000_i720638"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611" o:title="eqId09e9b9f53b64e6f773560ac6d93e7411"/>
            <o:lock v:ext="edit" aspectratio="t"/>
            <w10:wrap type="none"/>
            <w10:anchorlock/>
          </v:shape>
        </w:pict>
      </w:r>
      <w:r>
        <w:rPr>
          <w:rFonts w:ascii="宋体" w:hAnsi="宋体" w:eastAsia="宋体" w:cs="宋体"/>
          <w:color w:val="000000"/>
        </w:rPr>
        <w:t>或</w:t>
      </w:r>
      <w:r>
        <w:pict>
          <v:shape id="_x0000_i720639"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5612" o:title="eqId4d9759be5eb8b0a8e16319af85bc2344"/>
            <o:lock v:ext="edit" aspectratio="t"/>
            <w10:wrap type="none"/>
            <w10:anchorlock/>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本题主要考查了数轴上两点间</w:t>
      </w:r>
      <w:r>
        <w:rPr>
          <w:rFonts w:ascii="宋体" w:hAnsi="宋体" w:eastAsia="宋体" w:cs="宋体"/>
          <w:color w:val="000000"/>
          <w:position w:val="0"/>
        </w:rPr>
        <w:drawing>
          <wp:inline distT="0" distB="0" distL="114300" distR="114300">
            <wp:extent cx="133350" cy="177800"/>
            <wp:effectExtent l="0" t="0" r="0" b="0"/>
            <wp:docPr id="3931" name="图片 816290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 name="图片 816290090"/>
                    <pic:cNvPicPr>
                      <a:picLocks noChangeAspect="1"/>
                    </pic:cNvPicPr>
                  </pic:nvPicPr>
                  <pic:blipFill>
                    <a:blip r:embed="rId5613"/>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距离，数轴上的动点问题：</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根据“到达距离”的定义，即可求解；</w:t>
      </w:r>
      <w:r>
        <w:rPr>
          <w:rFonts w:ascii="Times New Roman" w:hAnsi="Times New Roman" w:eastAsia="Times New Roman" w:cs="Times New Roman"/>
          <w:color w:val="000000"/>
        </w:rPr>
        <w:t>②</w:t>
      </w:r>
      <w:r>
        <w:rPr>
          <w:rFonts w:ascii="宋体" w:hAnsi="宋体" w:eastAsia="宋体" w:cs="宋体"/>
          <w:color w:val="000000"/>
        </w:rPr>
        <w:t>根据“到达距离”的定义，即可求解；</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）根据题意可得点</w:t>
      </w:r>
      <w:r>
        <w:rPr>
          <w:rFonts w:ascii="Times New Roman" w:hAnsi="Times New Roman" w:eastAsia="Times New Roman" w:cs="Times New Roman"/>
          <w:i/>
          <w:color w:val="000000"/>
        </w:rPr>
        <w:t>B</w:t>
      </w:r>
      <w:r>
        <w:rPr>
          <w:rFonts w:ascii="宋体" w:hAnsi="宋体" w:eastAsia="宋体" w:cs="宋体"/>
          <w:color w:val="000000"/>
        </w:rPr>
        <w:t>对应的数</w:t>
      </w:r>
      <w:r>
        <w:rPr>
          <w:rFonts w:ascii="Times New Roman" w:hAnsi="Times New Roman" w:eastAsia="Times New Roman" w:cs="Times New Roman"/>
          <w:i/>
          <w:color w:val="000000"/>
        </w:rPr>
        <w:t>a</w:t>
      </w:r>
      <w:r>
        <w:rPr>
          <w:rFonts w:ascii="宋体" w:hAnsi="宋体" w:eastAsia="宋体" w:cs="宋体"/>
          <w:color w:val="000000"/>
        </w:rPr>
        <w:t>在</w:t>
      </w:r>
      <w:r>
        <w:pict>
          <v:shape id="_x0000_i720640"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5614" o:title="eqIdbe69a6ea24aa38818547469ce5d2f957"/>
            <o:lock v:ext="edit" aspectratio="t"/>
            <w10:wrap type="none"/>
            <w10:anchorlock/>
          </v:shape>
        </w:pict>
      </w:r>
      <w:r>
        <w:rPr>
          <w:rFonts w:ascii="宋体" w:hAnsi="宋体" w:eastAsia="宋体" w:cs="宋体"/>
          <w:color w:val="000000"/>
        </w:rPr>
        <w:t>之间（包含</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），再由“到达距离”的定义，可得</w:t>
      </w:r>
      <w:r>
        <w:pict>
          <v:shape id="_x0000_i720641"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5615" o:title="eqId0d48cf811ccecf0ff19dde41c893c586"/>
            <o:lock v:ext="edit" aspectratio="t"/>
            <w10:wrap type="none"/>
            <w10:anchorlock/>
          </v:shape>
        </w:pict>
      </w:r>
      <w:r>
        <w:rPr>
          <w:rFonts w:ascii="宋体" w:hAnsi="宋体" w:eastAsia="宋体" w:cs="宋体"/>
          <w:color w:val="000000"/>
        </w:rPr>
        <w:t>或</w:t>
      </w:r>
      <w:r>
        <w:pict>
          <v:shape id="_x0000_i720642"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5616" o:title="eqId400b6620fe781ceb81c1bdbad3f245a4"/>
            <o:lock v:ext="edit" aspectratio="t"/>
            <w10:wrap type="none"/>
            <w10:anchorlock/>
          </v:shape>
        </w:pict>
      </w:r>
      <w:r>
        <w:rPr>
          <w:rFonts w:ascii="宋体" w:hAnsi="宋体" w:eastAsia="宋体" w:cs="宋体"/>
          <w:color w:val="000000"/>
        </w:rPr>
        <w:t>，即可求解．</w:t>
      </w:r>
    </w:p>
    <w:p>
      <w:pPr>
        <w:spacing w:line="360" w:lineRule="auto"/>
        <w:jc w:val="both"/>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w:t>
      </w:r>
      <w:r>
        <w:rPr>
          <w:rFonts w:ascii="Times New Roman" w:hAnsi="Times New Roman" w:eastAsia="Times New Roman" w:cs="Times New Roman"/>
          <w:color w:val="000000"/>
        </w:rPr>
        <w:t>①</w:t>
      </w:r>
      <w:r>
        <w:rPr>
          <w:rFonts w:ascii="宋体" w:hAnsi="宋体" w:eastAsia="宋体" w:cs="宋体"/>
          <w:color w:val="000000"/>
        </w:rPr>
        <w:t>∵</w:t>
      </w:r>
      <w:r>
        <w:pict>
          <v:shape id="_x0000_i720643" o:spt="75" alt="学科网(www.zxxk.com)--教育资源门户，提供试卷、教案、课件、论文、素材以及各类教学资源下载，还有大量而丰富的教学相关资讯！" type="#_x0000_t75" style="height:13.5pt;width:33.75pt;" o:ole="t" filled="f" o:preferrelative="t" stroked="f" coordsize="21600,21600">
            <v:path/>
            <v:fill on="f" focussize="0,0"/>
            <v:stroke on="f" joinstyle="miter"/>
            <v:imagedata r:id="rId5617" o:title="eqIdbb8e1dd8da540badcb9a8f427c5b202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44"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5618" o:title="eqId95da032c95020261a67f5f88361e84f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与数轴上原点重合，</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2064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19" o:title="eqIdf52a58fbaf4fea03567e88a9f0f6e37e"/>
            <o:lock v:ext="edit" aspectratio="t"/>
            <w10:wrap type="none"/>
            <w10:anchorlock/>
          </v:shape>
        </w:pict>
      </w:r>
      <w:r>
        <w:rPr>
          <w:rFonts w:ascii="宋体" w:hAnsi="宋体" w:eastAsia="宋体" w:cs="宋体"/>
          <w:color w:val="000000"/>
        </w:rPr>
        <w:t>的“到达距离”是</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rPr>
          <w:rFonts w:ascii="Times New Roman" w:hAnsi="Times New Roman" w:eastAsia="Times New Roman" w:cs="Times New Roman"/>
          <w:color w:val="000000"/>
        </w:rPr>
        <w:t>1</w:t>
      </w:r>
    </w:p>
    <w:p>
      <w:pPr>
        <w:spacing w:line="360" w:lineRule="auto"/>
        <w:jc w:val="left"/>
        <w:textAlignment w:val="center"/>
        <w:rPr>
          <w:color w:val="000000"/>
        </w:rPr>
      </w:pPr>
      <w:r>
        <w:rPr>
          <w:rFonts w:ascii="Times New Roman" w:hAnsi="Times New Roman" w:eastAsia="Times New Roman" w:cs="Times New Roman"/>
          <w:color w:val="000000"/>
        </w:rPr>
        <w:t>②</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2064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20" o:title="eqIdf52a58fbaf4fea03567e88a9f0f6e37e"/>
            <o:lock v:ext="edit" aspectratio="t"/>
            <w10:wrap type="none"/>
            <w10:anchorlock/>
          </v:shape>
        </w:pict>
      </w:r>
      <w:r>
        <w:rPr>
          <w:rFonts w:ascii="宋体" w:hAnsi="宋体" w:eastAsia="宋体" w:cs="宋体"/>
          <w:color w:val="000000"/>
        </w:rPr>
        <w:t>的“到达距离”是</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47"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5621" o:title="eqId8e258ab9e600435b37465092243d99f6"/>
            <o:lock v:ext="edit" aspectratio="t"/>
            <w10:wrap type="none"/>
            <w10:anchorlock/>
          </v:shape>
        </w:pict>
      </w:r>
      <w:r>
        <w:rPr>
          <w:rFonts w:ascii="宋体" w:hAnsi="宋体" w:eastAsia="宋体" w:cs="宋体"/>
          <w:color w:val="000000"/>
        </w:rPr>
        <w:t>或</w:t>
      </w:r>
      <w:r>
        <w:pict>
          <v:shape id="_x0000_i720648"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5622" o:title="eqIdf45138f8506930833f1e5be3a004bb98"/>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49" o:spt="75" alt="学科网(www.zxxk.com)--教育资源门户，提供试卷、教案、课件、论文、素材以及各类教学资源下载，还有大量而丰富的教学相关资讯！" type="#_x0000_t75" style="height:14.2pt;width:34.9pt;" o:ole="t" filled="f" o:preferrelative="t" stroked="f" coordsize="21600,21600">
            <v:path/>
            <v:fill on="f" focussize="0,0"/>
            <v:stroke on="f" joinstyle="miter"/>
            <v:imagedata r:id="rId5623" o:title="eqId5b624d88827e92e12bc0a8f1067cbe72"/>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故答案为：</w:t>
      </w:r>
      <w:r>
        <w:pict>
          <v:shape id="_x0000_i720650"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624" o:title="eqId3edbd40e04e2a943051fa83d6e511add"/>
            <o:lock v:ext="edit" aspectratio="t"/>
            <w10:wrap type="none"/>
            <w10:anchorlock/>
          </v:shape>
        </w:pict>
      </w:r>
      <w:r>
        <w:rPr>
          <w:rFonts w:ascii="宋体" w:hAnsi="宋体" w:eastAsia="宋体" w:cs="宋体"/>
          <w:color w:val="000000"/>
        </w:rPr>
        <w:t>或</w:t>
      </w:r>
      <w:r>
        <w:rPr>
          <w:rFonts w:ascii="Times New Roman" w:hAnsi="Times New Roman" w:eastAsia="Times New Roman" w:cs="Times New Roman"/>
          <w:color w:val="000000"/>
        </w:rPr>
        <w:t>2</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解：∵点</w:t>
      </w:r>
      <w:r>
        <w:rPr>
          <w:rFonts w:ascii="Times New Roman" w:hAnsi="Times New Roman" w:eastAsia="Times New Roman" w:cs="Times New Roman"/>
          <w:i/>
          <w:color w:val="000000"/>
        </w:rPr>
        <w:t>A</w:t>
      </w:r>
      <w:r>
        <w:rPr>
          <w:rFonts w:ascii="宋体" w:hAnsi="宋体" w:eastAsia="宋体" w:cs="宋体"/>
          <w:color w:val="000000"/>
        </w:rPr>
        <w:t>对应的数</w:t>
      </w:r>
      <w:r>
        <w:rPr>
          <w:rFonts w:ascii="Times New Roman" w:hAnsi="Times New Roman" w:eastAsia="Times New Roman" w:cs="Times New Roman"/>
          <w:i/>
          <w:color w:val="000000"/>
        </w:rPr>
        <w:t>a</w:t>
      </w:r>
      <w:r>
        <w:rPr>
          <w:rFonts w:ascii="宋体" w:hAnsi="宋体" w:eastAsia="宋体" w:cs="宋体"/>
          <w:color w:val="000000"/>
        </w:rPr>
        <w:t>在</w:t>
      </w:r>
      <w:r>
        <w:pict>
          <v:shape id="_x0000_i720651"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5625" o:title="eqIdefd91fd2b23be16f50c830c61d7ae5a6"/>
            <o:lock v:ext="edit" aspectratio="t"/>
            <w10:wrap type="none"/>
            <w10:anchorlock/>
          </v:shape>
        </w:pict>
      </w:r>
      <w:r>
        <w:rPr>
          <w:rFonts w:ascii="宋体" w:hAnsi="宋体" w:eastAsia="宋体" w:cs="宋体"/>
          <w:color w:val="000000"/>
        </w:rPr>
        <w:t>之间（包含</w:t>
      </w:r>
      <w:r>
        <w:pict>
          <v:shape id="_x0000_i72065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626" o:title="eqId274a9dc37509f01c2606fb3086a46f4f"/>
            <o:lock v:ext="edit" aspectratio="t"/>
            <w10:wrap type="none"/>
            <w10:anchorlock/>
          </v:shape>
        </w:pic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pict>
          <v:shape id="_x0000_i720653" o:spt="75" alt="学科网(www.zxxk.com)--教育资源门户，提供试卷、教案、课件、论文、素材以及各类教学资源下载，还有大量而丰富的教学相关资讯！" type="#_x0000_t75" style="height:13.95pt;width:46pt;" o:ole="t" filled="f" o:preferrelative="t" stroked="f" coordsize="21600,21600">
            <v:path/>
            <v:fill on="f" focussize="0,0"/>
            <v:stroke on="f" joinstyle="miter"/>
            <v:imagedata r:id="rId5627" o:title="eqId4b6c96b9335c10b51be2968e9e55d3c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B</w:t>
      </w:r>
      <w:r>
        <w:rPr>
          <w:rFonts w:ascii="宋体" w:hAnsi="宋体" w:eastAsia="宋体" w:cs="宋体"/>
          <w:color w:val="000000"/>
        </w:rPr>
        <w:t>对应的数</w:t>
      </w:r>
      <w:r>
        <w:rPr>
          <w:rFonts w:ascii="Times New Roman" w:hAnsi="Times New Roman" w:eastAsia="Times New Roman" w:cs="Times New Roman"/>
          <w:i/>
          <w:color w:val="000000"/>
        </w:rPr>
        <w:t>a</w:t>
      </w:r>
      <w:r>
        <w:rPr>
          <w:rFonts w:ascii="宋体" w:hAnsi="宋体" w:eastAsia="宋体" w:cs="宋体"/>
          <w:color w:val="000000"/>
        </w:rPr>
        <w:t>在</w:t>
      </w:r>
      <w:r>
        <w:pict>
          <v:shape id="_x0000_i720654"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5628" o:title="eqIdbe69a6ea24aa38818547469ce5d2f957"/>
            <o:lock v:ext="edit" aspectratio="t"/>
            <w10:wrap type="none"/>
            <w10:anchorlock/>
          </v:shape>
        </w:pict>
      </w:r>
      <w:r>
        <w:rPr>
          <w:rFonts w:ascii="宋体" w:hAnsi="宋体" w:eastAsia="宋体" w:cs="宋体"/>
          <w:color w:val="000000"/>
        </w:rPr>
        <w:t>之间（包含</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到线段</w:t>
      </w:r>
      <w:r>
        <w:pict>
          <v:shape id="_x0000_i720655"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29" o:title="eqIdf52a58fbaf4fea03567e88a9f0f6e37e"/>
            <o:lock v:ext="edit" aspectratio="t"/>
            <w10:wrap type="none"/>
            <w10:anchorlock/>
          </v:shape>
        </w:pict>
      </w:r>
      <w:r>
        <w:rPr>
          <w:rFonts w:ascii="宋体" w:hAnsi="宋体" w:eastAsia="宋体" w:cs="宋体"/>
          <w:color w:val="000000"/>
        </w:rPr>
        <w:t>的“到达距离”始终大于</w:t>
      </w:r>
      <w:r>
        <w:rPr>
          <w:rFonts w:ascii="Times New Roman" w:hAnsi="Times New Roman" w:eastAsia="Times New Roman" w:cs="Times New Roman"/>
          <w:color w:val="000000"/>
        </w:rPr>
        <w:t>3</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56"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5630" o:title="eqId0d48cf811ccecf0ff19dde41c893c586"/>
            <o:lock v:ext="edit" aspectratio="t"/>
            <w10:wrap type="none"/>
            <w10:anchorlock/>
          </v:shape>
        </w:pict>
      </w:r>
      <w:r>
        <w:rPr>
          <w:rFonts w:ascii="宋体" w:hAnsi="宋体" w:eastAsia="宋体" w:cs="宋体"/>
          <w:color w:val="000000"/>
        </w:rPr>
        <w:t>或</w:t>
      </w:r>
      <w:r>
        <w:pict>
          <v:shape id="_x0000_i720657"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5631" o:title="eqId400b6620fe781ceb81c1bdbad3f245a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即</w:t>
      </w:r>
      <w:r>
        <w:rPr>
          <w:rFonts w:ascii="Times New Roman" w:hAnsi="Times New Roman" w:eastAsia="Times New Roman" w:cs="Times New Roman"/>
          <w:i/>
          <w:color w:val="000000"/>
        </w:rPr>
        <w:t>m</w:t>
      </w:r>
      <w:r>
        <w:rPr>
          <w:rFonts w:ascii="宋体" w:hAnsi="宋体" w:eastAsia="宋体" w:cs="宋体"/>
          <w:color w:val="000000"/>
        </w:rPr>
        <w:t>的取值范围为</w:t>
      </w:r>
      <w:r>
        <w:pict>
          <v:shape id="_x0000_i720658"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5632" o:title="eqId09e9b9f53b64e6f773560ac6d93e7411"/>
            <o:lock v:ext="edit" aspectratio="t"/>
            <w10:wrap type="none"/>
            <w10:anchorlock/>
          </v:shape>
        </w:pict>
      </w:r>
      <w:r>
        <w:rPr>
          <w:rFonts w:ascii="宋体" w:hAnsi="宋体" w:eastAsia="宋体" w:cs="宋体"/>
          <w:color w:val="000000"/>
        </w:rPr>
        <w:t>或</w:t>
      </w:r>
      <w:r>
        <w:pict>
          <v:shape id="_x0000_i720659"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5633" o:title="eqId4d9759be5eb8b0a8e16319af85bc2344"/>
            <o:lock v:ext="edit" aspectratio="t"/>
            <w10:wrap type="none"/>
            <w10:anchorlock/>
          </v:shape>
        </w:pict>
      </w:r>
      <w:r>
        <w:rPr>
          <w:rFonts w:ascii="宋体" w:hAnsi="宋体" w:eastAsia="宋体" w:cs="宋体"/>
          <w:color w:val="000000"/>
        </w:rPr>
        <w:t>．</w:t>
      </w:r>
    </w:p>
    <w:p>
      <w:pPr>
        <w:pStyle w:val="Heading2"/>
      </w:pPr>
      <w:r>
        <w:t>顺义区</w:t>
      </w:r>
    </w:p>
    <w:p>
      <w:pPr>
        <w:spacing w:line="360" w:lineRule="auto"/>
        <w:jc w:val="left"/>
        <w:textAlignment w:val="center"/>
        <w:rPr>
          <w:color w:val="000000"/>
        </w:rPr>
      </w:pPr>
      <w:r>
        <w:rPr>
          <w:color w:val="000000"/>
        </w:rPr>
        <w:t xml:space="preserve">31. </w:t>
      </w:r>
      <w:r>
        <w:rPr>
          <w:rFonts w:ascii="宋体" w:hAnsi="宋体" w:eastAsia="宋体" w:cs="宋体"/>
          <w:color w:val="000000"/>
        </w:rPr>
        <w:t>已知：点</w:t>
      </w:r>
      <w:r>
        <w:pict>
          <v:shape id="_x0000_i720660"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5634" o:title="eqId1dde8112e8eb968fd042418dd632759e"/>
            <o:lock v:ext="edit" aspectratio="t"/>
            <w10:wrap type="none"/>
            <w10:anchorlock/>
          </v:shape>
        </w:pict>
      </w:r>
      <w:r>
        <w:rPr>
          <w:rFonts w:ascii="宋体" w:hAnsi="宋体" w:eastAsia="宋体" w:cs="宋体"/>
          <w:color w:val="000000"/>
        </w:rPr>
        <w:t>为直线</w:t>
      </w:r>
      <w:r>
        <w:pict>
          <v:shape id="_x0000_i720661"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5635" o:title="eqIdf52a58fbaf4fea03567e88a9f0f6e37e"/>
            <o:lock v:ext="edit" aspectratio="t"/>
            <w10:wrap type="none"/>
            <w10:anchorlock/>
          </v:shape>
        </w:pict>
      </w:r>
      <w:r>
        <w:rPr>
          <w:rFonts w:ascii="宋体" w:hAnsi="宋体" w:eastAsia="宋体" w:cs="宋体"/>
          <w:color w:val="000000"/>
        </w:rPr>
        <w:t>上一点，</w:t>
      </w:r>
      <w:r>
        <w:pict>
          <v:shape id="_x0000_i720662" o:spt="75" alt="学科网(www.zxxk.com)--教育资源门户，提供试卷、教案、课件、论文、素材以及各类教学资源下载，还有大量而丰富的教学相关资讯！" type="#_x0000_t75" style="height:13.45pt;width:66.1pt;" o:ole="t" filled="f" o:preferrelative="t" stroked="f" coordsize="21600,21600">
            <v:path/>
            <v:fill on="f" focussize="0,0"/>
            <v:stroke on="f" joinstyle="miter"/>
            <v:imagedata r:id="rId5636" o:title="eqId18e4f8da439877e68932861ce88a125e"/>
            <o:lock v:ext="edit" aspectratio="t"/>
            <w10:wrap type="none"/>
            <w10:anchorlock/>
          </v:shape>
        </w:pict>
      </w:r>
      <w:r>
        <w:rPr>
          <w:rFonts w:ascii="宋体" w:hAnsi="宋体" w:eastAsia="宋体" w:cs="宋体"/>
          <w:color w:val="000000"/>
        </w:rPr>
        <w:t>，</w:t>
      </w:r>
      <w:r>
        <w:pict>
          <v:shape id="_x0000_i720663"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5637" o:title="eqId3d29a7afeb0985db83d62d044fa5660b"/>
            <o:lock v:ext="edit" aspectratio="t"/>
            <w10:wrap type="none"/>
            <w10:anchorlock/>
          </v:shape>
        </w:pict>
      </w:r>
      <w:r>
        <w:rPr>
          <w:rFonts w:ascii="宋体" w:hAnsi="宋体" w:eastAsia="宋体" w:cs="宋体"/>
          <w:color w:val="000000"/>
        </w:rPr>
        <w:t>于点</w:t>
      </w:r>
      <w:r>
        <w:pict>
          <v:shape id="_x0000_i720664"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5634" o:title="eqId1dde8112e8eb968fd042418dd632759e"/>
            <o:lock v:ext="edit" aspectratio="t"/>
            <w10:wrap type="none"/>
            <w10:anchorlock/>
          </v:shape>
        </w:pict>
      </w:r>
      <w:r>
        <w:rPr>
          <w:rFonts w:ascii="宋体" w:hAnsi="宋体" w:eastAsia="宋体" w:cs="宋体"/>
          <w:color w:val="000000"/>
        </w:rPr>
        <w:t>，</w:t>
      </w:r>
      <w:r>
        <w:pict>
          <v:shape id="_x0000_i72066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638" o:title="eqIda299d2b999568e80be8005565ba209a4"/>
            <o:lock v:ext="edit" aspectratio="t"/>
            <w10:wrap type="none"/>
            <w10:anchorlock/>
          </v:shape>
        </w:pict>
      </w:r>
      <w:r>
        <w:rPr>
          <w:rFonts w:ascii="宋体" w:hAnsi="宋体" w:eastAsia="宋体" w:cs="宋体"/>
          <w:color w:val="000000"/>
        </w:rPr>
        <w:t>平分</w:t>
      </w:r>
      <w:r>
        <w:pict>
          <v:shape id="_x0000_i72066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639" o:title="eqIddc9f91270ddbe1cf3c1362e1b95aee14"/>
            <o:lock v:ext="edit" aspectratio="t"/>
            <w10:wrap type="none"/>
            <w10:anchorlock/>
          </v:shape>
        </w:pict>
      </w:r>
      <w:r>
        <w:rPr>
          <w:rFonts w:ascii="宋体" w:hAnsi="宋体" w:eastAsia="宋体" w:cs="宋体"/>
          <w:color w:val="000000"/>
        </w:rPr>
        <w:t>．依题意画出图形，并求</w:t>
      </w:r>
      <w:r>
        <w:pict>
          <v:shape id="_x0000_i720667"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5640" o:title="eqId4cbee6d5731d6f4bb1e4f2ba3d89b7dc"/>
            <o:lock v:ext="edit" aspectratio="t"/>
            <w10:wrap type="none"/>
            <w10:anchorlock/>
          </v:shape>
        </w:pict>
      </w:r>
      <w:r>
        <w:rPr>
          <w:rFonts w:ascii="宋体" w:hAnsi="宋体" w:eastAsia="宋体" w:cs="宋体"/>
          <w:color w:val="000000"/>
        </w:rPr>
        <w:t>的度数．</w:t>
      </w:r>
    </w:p>
    <w:p>
      <w:pPr>
        <w:spacing w:line="360" w:lineRule="auto"/>
        <w:textAlignment w:val="center"/>
        <w:rPr>
          <w:color w:val="000000"/>
        </w:rPr>
      </w:pPr>
      <w:r>
        <w:rPr>
          <w:color w:val="2E75B6"/>
        </w:rPr>
        <w:t>【答案】</w:t>
      </w:r>
      <w:r>
        <w:pict>
          <v:shape id="_x0000_i720668"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5641" o:title="eqId6660718078b93a4b14fde0a83970758c"/>
            <o:lock v:ext="edit" aspectratio="t"/>
            <w10:wrap type="none"/>
            <w10:anchorlock/>
          </v:shape>
        </w:pict>
      </w:r>
      <w:r>
        <w:rPr>
          <w:rFonts w:ascii="宋体" w:hAnsi="宋体" w:eastAsia="宋体" w:cs="宋体"/>
          <w:color w:val="000000"/>
        </w:rPr>
        <w:t>或</w:t>
      </w:r>
      <w:r>
        <w:pict>
          <v:shape id="_x0000_i720669"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5642" o:title="eqId6e0be75f41c333a533e197da7f2ec5da"/>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此题考查角平分线的定义，根据题意画出符合的两种情况，根据角平分线定义求出</w:t>
      </w:r>
      <w:r>
        <w:pict>
          <v:shape id="_x0000_i720670"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5643" o:title="eqId4cbee6d5731d6f4bb1e4f2ba3d89b7dc"/>
            <o:lock v:ext="edit" aspectratio="t"/>
            <w10:wrap type="none"/>
            <w10:anchorlock/>
          </v:shape>
        </w:pict>
      </w:r>
      <w:r>
        <w:rPr>
          <w:rFonts w:ascii="宋体" w:hAnsi="宋体" w:eastAsia="宋体" w:cs="宋体"/>
          <w:color w:val="000000"/>
        </w:rPr>
        <w:t>，即可求出答案，解题的关键在于求出</w:t>
      </w:r>
      <w:r>
        <w:pict>
          <v:shape id="_x0000_i720671" o:spt="75" alt="学科网(www.zxxk.com)--教育资源门户，提供试卷、教案、课件、论文、素材以及各类教学资源下载，还有大量而丰富的教学相关资讯！" type="#_x0000_t75" style="height:13.95pt;width:38pt;" o:ole="t" filled="f" o:preferrelative="t" stroked="f" coordsize="21600,21600">
            <v:path/>
            <v:fill on="f" focussize="0,0"/>
            <v:stroke on="f" joinstyle="miter"/>
            <v:imagedata r:id="rId5643" o:title="eqId4cbee6d5731d6f4bb1e4f2ba3d89b7dc"/>
            <o:lock v:ext="edit" aspectratio="t"/>
            <w10:wrap type="none"/>
            <w10:anchorlock/>
          </v:shape>
        </w:pict>
      </w:r>
      <w:r>
        <w:rPr>
          <w:rFonts w:ascii="宋体" w:hAnsi="宋体" w:eastAsia="宋体" w:cs="宋体"/>
          <w:color w:val="000000"/>
        </w:rPr>
        <w:t>，分情况讨论．</w:t>
      </w:r>
    </w:p>
    <w:p>
      <w:pPr>
        <w:spacing w:line="360" w:lineRule="auto"/>
        <w:jc w:val="left"/>
        <w:textAlignment w:val="center"/>
        <w:rPr>
          <w:color w:val="000000"/>
        </w:rPr>
      </w:pPr>
      <w:r>
        <w:rPr>
          <w:color w:val="000000"/>
        </w:rPr>
        <w:t>【详解】</w:t>
      </w:r>
      <w:r>
        <w:rPr>
          <w:rFonts w:ascii="宋体" w:hAnsi="宋体" w:eastAsia="宋体" w:cs="宋体"/>
          <w:color w:val="000000"/>
        </w:rPr>
        <w:t>解：</w:t>
      </w:r>
      <w:r>
        <w:pict>
          <v:shape id="_x0000_i720672"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5644" o:title="eqId6e1c9ae241fd78126274c65e17990c88"/>
            <o:lock v:ext="edit" aspectratio="t"/>
            <w10:wrap type="none"/>
            <w10:anchorlock/>
          </v:shape>
        </w:pict>
      </w: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1428750" cy="800100"/>
            <wp:effectExtent l="0" t="0" r="0" b="0"/>
            <wp:docPr id="393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 name="图片 100043" descr="学科网(www.zxxk.com)--教育资源门户，提供试卷、教案、课件、论文、素材以及各类教学资源下载，还有大量而丰富的教学相关资讯！"/>
                    <pic:cNvPicPr>
                      <a:picLocks noChangeAspect="1"/>
                    </pic:cNvPicPr>
                  </pic:nvPicPr>
                  <pic:blipFill>
                    <a:blip r:embed="rId5645"/>
                    <a:stretch>
                      <a:fillRect/>
                    </a:stretch>
                  </pic:blipFill>
                  <pic:spPr>
                    <a:xfrm>
                      <a:off x="0" y="0"/>
                      <a:ext cx="1428750" cy="800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20673"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5646" o:title="eqId3d29a7afeb0985db83d62d044fa5660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74"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5647" o:title="eqIdd8cc88685997c7586d1d4bf75a0554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75" o:spt="75" alt="学科网(www.zxxk.com)--教育资源门户，提供试卷、教案、课件、论文、素材以及各类教学资源下载，还有大量而丰富的教学相关资讯！" type="#_x0000_t75" style="height:14.25pt;width:276pt;" o:ole="t" filled="f" o:preferrelative="t" stroked="f" coordsize="21600,21600">
            <v:path/>
            <v:fill on="f" focussize="0,0"/>
            <v:stroke on="f" joinstyle="miter"/>
            <v:imagedata r:id="rId5648" o:title="eqId54d91ec27fe24fe7a540777a1235f29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76"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649" o:title="eqIda299d2b999568e80be8005565ba209a4"/>
            <o:lock v:ext="edit" aspectratio="t"/>
            <w10:wrap type="none"/>
            <w10:anchorlock/>
          </v:shape>
        </w:pict>
      </w:r>
      <w:r>
        <w:rPr>
          <w:rFonts w:ascii="宋体" w:hAnsi="宋体" w:eastAsia="宋体" w:cs="宋体"/>
          <w:color w:val="000000"/>
        </w:rPr>
        <w:t>平分</w:t>
      </w:r>
      <w:r>
        <w:pict>
          <v:shape id="_x0000_i720677"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650" o:title="eqIddc9f91270ddbe1cf3c1362e1b95aee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78" o:spt="75" alt="学科网(www.zxxk.com)--教育资源门户，提供试卷、教案、课件、论文、素材以及各类教学资源下载，还有大量而丰富的教学相关资讯！" type="#_x0000_t75" style="height:30.75pt;width:122.25pt;" o:ole="t" filled="f" o:preferrelative="t" stroked="f" coordsize="21600,21600">
            <v:path/>
            <v:fill on="f" focussize="0,0"/>
            <v:stroke on="f" joinstyle="miter"/>
            <v:imagedata r:id="rId5651" o:title="eqId8b945f5d6fdf0bcbb27150549ed46e3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679"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5652" o:title="eqId5c650fe55b7603f106c53ca2423451c6"/>
            <o:lock v:ext="edit" aspectratio="t"/>
            <w10:wrap type="none"/>
            <w10:anchorlock/>
          </v:shape>
        </w:pict>
      </w:r>
      <w:r>
        <w:rPr>
          <w:rFonts w:ascii="宋体" w:hAnsi="宋体" w:eastAsia="宋体" w:cs="宋体"/>
          <w:color w:val="000000"/>
        </w:rPr>
        <w:t>如图，</w:t>
      </w:r>
    </w:p>
    <w:p>
      <w:pPr>
        <w:spacing w:line="360" w:lineRule="auto"/>
        <w:jc w:val="left"/>
        <w:textAlignment w:val="center"/>
        <w:rPr>
          <w:color w:val="000000"/>
        </w:rPr>
      </w:pPr>
      <w:r>
        <w:rPr>
          <w:color w:val="000000"/>
        </w:rPr>
        <w:drawing>
          <wp:inline distT="0" distB="0" distL="114300" distR="114300">
            <wp:extent cx="1400175" cy="1209675"/>
            <wp:effectExtent l="0" t="0" r="0" b="0"/>
            <wp:docPr id="393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 name="图片 100045" descr="学科网(www.zxxk.com)--教育资源门户，提供试卷、教案、课件、论文、素材以及各类教学资源下载，还有大量而丰富的教学相关资讯！"/>
                    <pic:cNvPicPr>
                      <a:picLocks noChangeAspect="1"/>
                    </pic:cNvPicPr>
                  </pic:nvPicPr>
                  <pic:blipFill>
                    <a:blip r:embed="rId5653"/>
                    <a:stretch>
                      <a:fillRect/>
                    </a:stretch>
                  </pic:blipFill>
                  <pic:spPr>
                    <a:xfrm>
                      <a:off x="0" y="0"/>
                      <a:ext cx="1400175" cy="12096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pict>
          <v:shape id="_x0000_i720680"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5654" o:title="eqId3d29a7afeb0985db83d62d044fa5660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81"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5655" o:title="eqIdd8cc88685997c7586d1d4bf75a05543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82" o:spt="75" alt="学科网(www.zxxk.com)--教育资源门户，提供试卷、教案、课件、论文、素材以及各类教学资源下载，还有大量而丰富的教学相关资讯！" type="#_x0000_t75" style="height:13.45pt;width:66.1pt;" o:ole="t" filled="f" o:preferrelative="t" stroked="f" coordsize="21600,21600">
            <v:path/>
            <v:fill on="f" focussize="0,0"/>
            <v:stroke on="f" joinstyle="miter"/>
            <v:imagedata r:id="rId5656" o:title="eqId18e4f8da439877e68932861ce88a125e"/>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83" o:spt="75" alt="学科网(www.zxxk.com)--教育资源门户，提供试卷、教案、课件、论文、素材以及各类教学资源下载，还有大量而丰富的教学相关资讯！" type="#_x0000_t75" style="height:13.5pt;width:66pt;" o:ole="t" filled="f" o:preferrelative="t" stroked="f" coordsize="21600,21600">
            <v:path/>
            <v:fill on="f" focussize="0,0"/>
            <v:stroke on="f" joinstyle="miter"/>
            <v:imagedata r:id="rId5657" o:title="eqId15aa5f11583cf7ec39123256a7f88eb3"/>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w:t>
      </w:r>
      <w:r>
        <w:pict>
          <v:shape id="_x0000_i720684" o:spt="75" alt="学科网(www.zxxk.com)--教育资源门户，提供试卷、教案、课件、论文、素材以及各类教学资源下载，还有大量而丰富的教学相关资讯！" type="#_x0000_t75" style="height:14.25pt;width:209.25pt;" o:ole="t" filled="f" o:preferrelative="t" stroked="f" coordsize="21600,21600">
            <v:path/>
            <v:fill on="f" focussize="0,0"/>
            <v:stroke on="f" joinstyle="miter"/>
            <v:imagedata r:id="rId5658" o:title="eqIde1d5d4fd0606fa952659721c16c72f49"/>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8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5659" o:title="eqIda299d2b999568e80be8005565ba209a4"/>
            <o:lock v:ext="edit" aspectratio="t"/>
            <w10:wrap type="none"/>
            <w10:anchorlock/>
          </v:shape>
        </w:pict>
      </w:r>
      <w:r>
        <w:rPr>
          <w:rFonts w:ascii="宋体" w:hAnsi="宋体" w:eastAsia="宋体" w:cs="宋体"/>
          <w:color w:val="000000"/>
        </w:rPr>
        <w:t>平分</w:t>
      </w:r>
      <w:r>
        <w:pict>
          <v:shape id="_x0000_i720686"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5660" o:title="eqIddc9f91270ddbe1cf3c1362e1b95aee1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687" o:spt="75" alt="学科网(www.zxxk.com)--教育资源门户，提供试卷、教案、课件、论文、素材以及各类教学资源下载，还有大量而丰富的教学相关资讯！" type="#_x0000_t75" style="height:30.75pt;width:122.25pt;" o:ole="t" filled="f" o:preferrelative="t" stroked="f" coordsize="21600,21600">
            <v:path/>
            <v:fill on="f" focussize="0,0"/>
            <v:stroke on="f" joinstyle="miter"/>
            <v:imagedata r:id="rId5661" o:title="eqId5b6f23f30fcd669acb58a831a298699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 xml:space="preserve">32. </w:t>
      </w:r>
      <w:r>
        <w:rPr>
          <w:rFonts w:ascii="宋体" w:hAnsi="宋体" w:eastAsia="宋体" w:cs="宋体"/>
          <w:color w:val="000000"/>
        </w:rPr>
        <w:t>数轴上有</w:t>
      </w:r>
      <w:r>
        <w:pict>
          <v:shape id="_x0000_i720688"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5662" o:title="eqIdac047e91852b91af639feec23a9598b2"/>
            <o:lock v:ext="edit" aspectratio="t"/>
            <w10:wrap type="none"/>
            <w10:anchorlock/>
          </v:shape>
        </w:pict>
      </w:r>
      <w:r>
        <w:rPr>
          <w:rFonts w:ascii="宋体" w:hAnsi="宋体" w:eastAsia="宋体" w:cs="宋体"/>
          <w:color w:val="000000"/>
        </w:rPr>
        <w:t>，</w:t>
      </w:r>
      <w:r>
        <w:pict>
          <v:shape id="_x0000_i720689"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5663" o:title="eqId54a5d7d3b6b63fe5c24c3907b7a8eaa3"/>
            <o:lock v:ext="edit" aspectratio="t"/>
            <w10:wrap type="none"/>
            <w10:anchorlock/>
          </v:shape>
        </w:pict>
      </w:r>
      <w:r>
        <w:rPr>
          <w:rFonts w:ascii="宋体" w:hAnsi="宋体" w:eastAsia="宋体" w:cs="宋体"/>
          <w:color w:val="000000"/>
        </w:rPr>
        <w:t>，</w:t>
      </w:r>
      <w:r>
        <w:pict>
          <v:shape id="_x0000_i72069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64" o:title="eqIddad2a36927223bd70f426ba06aea4b45"/>
            <o:lock v:ext="edit" aspectratio="t"/>
            <w10:wrap type="none"/>
            <w10:anchorlock/>
          </v:shape>
        </w:pict>
      </w:r>
      <w:r>
        <w:rPr>
          <w:rFonts w:ascii="宋体" w:hAnsi="宋体" w:eastAsia="宋体" w:cs="宋体"/>
          <w:color w:val="000000"/>
        </w:rPr>
        <w:t>三点，给出如下定义：若其中一个点与其它两个点的距离恰好满足</w:t>
      </w:r>
      <w:r>
        <w:pict>
          <v:shape id="_x0000_i720691"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5665" o:title="eqId5ca7d1107389675d32b56ec097464c14"/>
            <o:lock v:ext="edit" aspectratio="t"/>
            <w10:wrap type="none"/>
            <w10:anchorlock/>
          </v:shape>
        </w:pict>
      </w:r>
      <w:r>
        <w:rPr>
          <w:rFonts w:ascii="宋体" w:hAnsi="宋体" w:eastAsia="宋体" w:cs="宋体"/>
          <w:color w:val="000000"/>
        </w:rPr>
        <w:t>倍的数量关系，则称该点是其它两个点的“三倍点”．</w:t>
      </w:r>
    </w:p>
    <w:p>
      <w:pPr>
        <w:spacing w:line="360" w:lineRule="auto"/>
        <w:jc w:val="left"/>
        <w:textAlignment w:val="center"/>
        <w:rPr>
          <w:color w:val="000000"/>
        </w:rPr>
      </w:pPr>
      <w:r>
        <w:rPr>
          <w:rFonts w:ascii="宋体" w:hAnsi="宋体" w:eastAsia="宋体" w:cs="宋体"/>
          <w:color w:val="000000"/>
        </w:rPr>
        <w:t>例如，数轴上点</w:t>
      </w:r>
      <w:r>
        <w:pict>
          <v:shape id="_x0000_i720692"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5666" o:title="eqIdac047e91852b91af639feec23a9598b2"/>
            <o:lock v:ext="edit" aspectratio="t"/>
            <w10:wrap type="none"/>
            <w10:anchorlock/>
          </v:shape>
        </w:pict>
      </w:r>
      <w:r>
        <w:rPr>
          <w:rFonts w:ascii="宋体" w:hAnsi="宋体" w:eastAsia="宋体" w:cs="宋体"/>
          <w:color w:val="000000"/>
        </w:rPr>
        <w:t>，</w:t>
      </w:r>
      <w:r>
        <w:pict>
          <v:shape id="_x0000_i72069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5667" o:title="eqId54a5d7d3b6b63fe5c24c3907b7a8eaa3"/>
            <o:lock v:ext="edit" aspectratio="t"/>
            <w10:wrap type="none"/>
            <w10:anchorlock/>
          </v:shape>
        </w:pict>
      </w:r>
      <w:r>
        <w:rPr>
          <w:rFonts w:ascii="宋体" w:hAnsi="宋体" w:eastAsia="宋体" w:cs="宋体"/>
          <w:color w:val="000000"/>
        </w:rPr>
        <w:t>，</w:t>
      </w:r>
      <w:r>
        <w:pict>
          <v:shape id="_x0000_i720694"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68" o:title="eqIddad2a36927223bd70f426ba06aea4b45"/>
            <o:lock v:ext="edit" aspectratio="t"/>
            <w10:wrap type="none"/>
            <w10:anchorlock/>
          </v:shape>
        </w:pict>
      </w:r>
      <w:r>
        <w:rPr>
          <w:rFonts w:ascii="宋体" w:hAnsi="宋体" w:eastAsia="宋体" w:cs="宋体"/>
          <w:color w:val="000000"/>
        </w:rPr>
        <w:t>所表示的数分别为</w:t>
      </w:r>
      <w:r>
        <w:pict>
          <v:shape id="_x0000_i72069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5669" o:title="eqIdbdaa19de263700a15fcf213d64a8cd57"/>
            <o:lock v:ext="edit" aspectratio="t"/>
            <w10:wrap type="none"/>
            <w10:anchorlock/>
          </v:shape>
        </w:pict>
      </w:r>
      <w:r>
        <w:rPr>
          <w:rFonts w:ascii="宋体" w:hAnsi="宋体" w:eastAsia="宋体" w:cs="宋体"/>
          <w:color w:val="000000"/>
        </w:rPr>
        <w:t>，</w:t>
      </w:r>
      <w:r>
        <w:pict>
          <v:shape id="_x0000_i720696"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670" o:title="eqIdb8860d9787671b53b1ab68b3d526f5ca"/>
            <o:lock v:ext="edit" aspectratio="t"/>
            <w10:wrap type="none"/>
            <w10:anchorlock/>
          </v:shape>
        </w:pict>
      </w:r>
      <w:r>
        <w:rPr>
          <w:rFonts w:ascii="宋体" w:hAnsi="宋体" w:eastAsia="宋体" w:cs="宋体"/>
          <w:color w:val="000000"/>
        </w:rPr>
        <w:t>，</w:t>
      </w:r>
      <w:r>
        <w:pict>
          <v:shape id="_x0000_i720697"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5671" o:title="eqIdd91e07104b699c4012be2d26160976a2"/>
            <o:lock v:ext="edit" aspectratio="t"/>
            <w10:wrap type="none"/>
            <w10:anchorlock/>
          </v:shape>
        </w:pict>
      </w:r>
      <w:r>
        <w:rPr>
          <w:rFonts w:ascii="宋体" w:hAnsi="宋体" w:eastAsia="宋体" w:cs="宋体"/>
          <w:color w:val="000000"/>
        </w:rPr>
        <w:t>，此时点</w:t>
      </w:r>
      <w:r>
        <w:pict>
          <v:shape id="_x0000_i720698"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5667" o:title="eqId54a5d7d3b6b63fe5c24c3907b7a8eaa3"/>
            <o:lock v:ext="edit" aspectratio="t"/>
            <w10:wrap type="none"/>
            <w10:anchorlock/>
          </v:shape>
        </w:pict>
      </w:r>
      <w:r>
        <w:rPr>
          <w:rFonts w:ascii="宋体" w:hAnsi="宋体" w:eastAsia="宋体" w:cs="宋体"/>
          <w:color w:val="000000"/>
        </w:rPr>
        <w:t>是点</w:t>
      </w:r>
      <w:r>
        <w:pict>
          <v:shape id="_x0000_i720699"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5666" o:title="eqIdac047e91852b91af639feec23a9598b2"/>
            <o:lock v:ext="edit" aspectratio="t"/>
            <w10:wrap type="none"/>
            <w10:anchorlock/>
          </v:shape>
        </w:pict>
      </w:r>
      <w:r>
        <w:rPr>
          <w:rFonts w:ascii="宋体" w:hAnsi="宋体" w:eastAsia="宋体" w:cs="宋体"/>
          <w:color w:val="000000"/>
        </w:rPr>
        <w:t>，</w:t>
      </w:r>
      <w:r>
        <w:pict>
          <v:shape id="_x0000_i720700" o:spt="75" alt="学科网(www.zxxk.com)--教育资源门户，提供试卷、教案、课件、论文、素材以及各类教学资源下载，还有大量而丰富的教学相关资讯！" type="#_x0000_t75" style="height:12pt;width:11.25pt;" o:ole="t" filled="f" o:preferrelative="t" stroked="f" coordsize="21600,21600">
            <v:path/>
            <v:fill on="f" focussize="0,0"/>
            <v:stroke on="f" joinstyle="miter"/>
            <v:imagedata r:id="rId5668" o:title="eqIddad2a36927223bd70f426ba06aea4b45"/>
            <o:lock v:ext="edit" aspectratio="t"/>
            <w10:wrap type="none"/>
            <w10:anchorlock/>
          </v:shape>
        </w:pict>
      </w:r>
      <w:r>
        <w:rPr>
          <w:rFonts w:ascii="宋体" w:hAnsi="宋体" w:eastAsia="宋体" w:cs="宋体"/>
          <w:color w:val="000000"/>
        </w:rPr>
        <w:t>的“三倍点”．</w:t>
      </w:r>
    </w:p>
    <w:p>
      <w:pPr>
        <w:spacing w:line="360" w:lineRule="auto"/>
        <w:jc w:val="left"/>
        <w:textAlignment w:val="center"/>
        <w:rPr>
          <w:color w:val="000000"/>
        </w:rPr>
      </w:pPr>
      <w:r>
        <w:rPr>
          <w:color w:val="000000"/>
        </w:rPr>
        <w:t>（1）</w:t>
      </w:r>
      <w:r>
        <w:rPr>
          <w:rFonts w:ascii="宋体" w:hAnsi="宋体" w:eastAsia="宋体" w:cs="宋体"/>
          <w:color w:val="000000"/>
        </w:rPr>
        <w:t>点</w:t>
      </w:r>
      <w:r>
        <w:pict>
          <v:shape id="_x0000_i72070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672" o:title="eqId5963abe8f421bd99a2aaa94831a951e9"/>
            <o:lock v:ext="edit" aspectratio="t"/>
            <w10:wrap type="none"/>
            <w10:anchorlock/>
          </v:shape>
        </w:pict>
      </w:r>
      <w:r>
        <w:rPr>
          <w:rFonts w:ascii="宋体" w:hAnsi="宋体" w:eastAsia="宋体" w:cs="宋体"/>
          <w:color w:val="000000"/>
        </w:rPr>
        <w:t>表示的数是</w:t>
      </w:r>
      <w:r>
        <w:pict>
          <v:shape id="_x0000_i720702"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673" o:title="eqId274a9dc37509f01c2606fb3086a46f4f"/>
            <o:lock v:ext="edit" aspectratio="t"/>
            <w10:wrap type="none"/>
            <w10:anchorlock/>
          </v:shape>
        </w:pict>
      </w:r>
      <w:r>
        <w:rPr>
          <w:rFonts w:ascii="宋体" w:hAnsi="宋体" w:eastAsia="宋体" w:cs="宋体"/>
          <w:color w:val="000000"/>
        </w:rPr>
        <w:t>，点</w:t>
      </w:r>
      <w:r>
        <w:pict>
          <v:shape id="_x0000_i720703"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674" o:title="eqId7f9e8449aad35c5d840a3395ea86df6d"/>
            <o:lock v:ext="edit" aspectratio="t"/>
            <w10:wrap type="none"/>
            <w10:anchorlock/>
          </v:shape>
        </w:pict>
      </w:r>
      <w:r>
        <w:rPr>
          <w:rFonts w:ascii="宋体" w:hAnsi="宋体" w:eastAsia="宋体" w:cs="宋体"/>
          <w:color w:val="000000"/>
        </w:rPr>
        <w:t>表示的数是</w:t>
      </w:r>
      <w:r>
        <w:pict>
          <v:shape id="_x0000_i720704"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5675" o:title="eqId61128ab996360a038e6e64d82fcba004"/>
            <o:lock v:ext="edit" aspectratio="t"/>
            <w10:wrap type="none"/>
            <w10:anchorlock/>
          </v:shape>
        </w:pict>
      </w:r>
      <w:r>
        <w:rPr>
          <w:rFonts w:ascii="宋体" w:hAnsi="宋体" w:eastAsia="宋体" w:cs="宋体"/>
          <w:color w:val="000000"/>
        </w:rPr>
        <w:t>，下列各数</w:t>
      </w:r>
      <w:r>
        <w:pict>
          <v:shape id="_x0000_i720705"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5676" o:title="eqIdbdaa19de263700a15fcf213d64a8cd57"/>
            <o:lock v:ext="edit" aspectratio="t"/>
            <w10:wrap type="none"/>
            <w10:anchorlock/>
          </v:shape>
        </w:pict>
      </w:r>
      <w:r>
        <w:rPr>
          <w:rFonts w:ascii="宋体" w:hAnsi="宋体" w:eastAsia="宋体" w:cs="宋体"/>
          <w:color w:val="000000"/>
        </w:rPr>
        <w:t>，</w:t>
      </w:r>
      <w:r>
        <w:pict>
          <v:shape id="_x0000_i720706" o:spt="75" alt="学科网(www.zxxk.com)--教育资源门户，提供试卷、教案、课件、论文、素材以及各类教学资源下载，还有大量而丰富的教学相关资讯！" type="#_x0000_t75" style="height:13.2pt;width:9.6pt;" o:ole="t" filled="f" o:preferrelative="t" stroked="f" coordsize="21600,21600">
            <v:path/>
            <v:fill on="f" focussize="0,0"/>
            <v:stroke on="f" joinstyle="miter"/>
            <v:imagedata r:id="rId5677" o:title="eqIdb8860d9787671b53b1ab68b3d526f5ca"/>
            <o:lock v:ext="edit" aspectratio="t"/>
            <w10:wrap type="none"/>
            <w10:anchorlock/>
          </v:shape>
        </w:pict>
      </w:r>
      <w:r>
        <w:rPr>
          <w:rFonts w:ascii="宋体" w:hAnsi="宋体" w:eastAsia="宋体" w:cs="宋体"/>
          <w:color w:val="000000"/>
        </w:rPr>
        <w:t>，</w:t>
      </w:r>
      <w:r>
        <w:pict>
          <v:shape id="_x0000_i720707" o:spt="75" alt="学科网(www.zxxk.com)--教育资源门户，提供试卷、教案、课件、论文、素材以及各类教学资源下载，还有大量而丰富的教学相关资讯！" type="#_x0000_t75" style="height:14pt;width:8.8pt;" o:ole="t" filled="f" o:preferrelative="t" stroked="f" coordsize="21600,21600">
            <v:path/>
            <v:fill on="f" focussize="0,0"/>
            <v:stroke on="f" joinstyle="miter"/>
            <v:imagedata r:id="rId5678" o:title="eqId6f8c4c029e552954bd493b49aeab82d5"/>
            <o:lock v:ext="edit" aspectratio="t"/>
            <w10:wrap type="none"/>
            <w10:anchorlock/>
          </v:shape>
        </w:pict>
      </w:r>
      <w:r>
        <w:rPr>
          <w:rFonts w:ascii="宋体" w:hAnsi="宋体" w:eastAsia="宋体" w:cs="宋体"/>
          <w:color w:val="000000"/>
        </w:rPr>
        <w:t>，</w:t>
      </w:r>
      <w:r>
        <w:pict>
          <v:shape id="_x0000_i720708"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5679" o:title="eqIdcd3304e23f3b0f9569c4140ca89b6498"/>
            <o:lock v:ext="edit" aspectratio="t"/>
            <w10:wrap type="none"/>
            <w10:anchorlock/>
          </v:shape>
        </w:pict>
      </w:r>
      <w:r>
        <w:rPr>
          <w:rFonts w:ascii="宋体" w:hAnsi="宋体" w:eastAsia="宋体" w:cs="宋体"/>
          <w:color w:val="000000"/>
        </w:rPr>
        <w:t>所对应的点分别是</w:t>
      </w:r>
      <w:r>
        <w:pict>
          <v:shape id="_x0000_i720709"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5680" o:title="eqIdb1241216f3c1cb5e73043dd1037f556d"/>
            <o:lock v:ext="edit" aspectratio="t"/>
            <w10:wrap type="none"/>
            <w10:anchorlock/>
          </v:shape>
        </w:pict>
      </w:r>
      <w:r>
        <w:rPr>
          <w:rFonts w:ascii="宋体" w:hAnsi="宋体" w:eastAsia="宋体" w:cs="宋体"/>
          <w:color w:val="000000"/>
        </w:rPr>
        <w:t>，</w:t>
      </w:r>
      <w:r>
        <w:pict>
          <v:shape id="_x0000_i72071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681" o:title="eqId23f3ffe7abc59e2f65d827c8eab8d36a"/>
            <o:lock v:ext="edit" aspectratio="t"/>
            <w10:wrap type="none"/>
            <w10:anchorlock/>
          </v:shape>
        </w:pict>
      </w:r>
      <w:r>
        <w:rPr>
          <w:rFonts w:ascii="宋体" w:hAnsi="宋体" w:eastAsia="宋体" w:cs="宋体"/>
          <w:color w:val="000000"/>
        </w:rPr>
        <w:t>，</w:t>
      </w:r>
      <w:r>
        <w:pict>
          <v:shape id="_x0000_i720711"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5682" o:title="eqIdab94459e87c666facddbe1a23ae1899d"/>
            <o:lock v:ext="edit" aspectratio="t"/>
            <w10:wrap type="none"/>
            <w10:anchorlock/>
          </v:shape>
        </w:pict>
      </w:r>
      <w:r>
        <w:rPr>
          <w:rFonts w:ascii="宋体" w:hAnsi="宋体" w:eastAsia="宋体" w:cs="宋体"/>
          <w:color w:val="000000"/>
        </w:rPr>
        <w:t>，</w:t>
      </w:r>
      <w:r>
        <w:pict>
          <v:shape id="_x0000_i720712"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683" o:title="eqId384bef25d6a7f4c661e83498628c1409"/>
            <o:lock v:ext="edit" aspectratio="t"/>
            <w10:wrap type="none"/>
            <w10:anchorlock/>
          </v:shape>
        </w:pict>
      </w:r>
      <w:r>
        <w:rPr>
          <w:rFonts w:ascii="宋体" w:hAnsi="宋体" w:eastAsia="宋体" w:cs="宋体"/>
          <w:color w:val="000000"/>
        </w:rPr>
        <w:t>，其中是点</w:t>
      </w:r>
      <w:r>
        <w:pict>
          <v:shape id="_x0000_i72071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672" o:title="eqId5963abe8f421bd99a2aaa94831a951e9"/>
            <o:lock v:ext="edit" aspectratio="t"/>
            <w10:wrap type="none"/>
            <w10:anchorlock/>
          </v:shape>
        </w:pict>
      </w:r>
      <w:r>
        <w:rPr>
          <w:rFonts w:ascii="宋体" w:hAnsi="宋体" w:eastAsia="宋体" w:cs="宋体"/>
          <w:color w:val="000000"/>
        </w:rPr>
        <w:t>，</w:t>
      </w:r>
      <w:r>
        <w:pict>
          <v:shape id="_x0000_i720714"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674" o:title="eqId7f9e8449aad35c5d840a3395ea86df6d"/>
            <o:lock v:ext="edit" aspectratio="t"/>
            <w10:wrap type="none"/>
            <w10:anchorlock/>
          </v:shape>
        </w:pict>
      </w:r>
      <w:r>
        <w:rPr>
          <w:rFonts w:ascii="宋体" w:hAnsi="宋体" w:eastAsia="宋体" w:cs="宋体"/>
          <w:color w:val="000000"/>
        </w:rPr>
        <w:t>的“三倍点”的是</w:t>
      </w:r>
      <w:r>
        <w:rPr>
          <w:rFonts w:ascii="Times New Roman" w:hAnsi="Times New Roman" w:eastAsia="Times New Roman" w:cs="Times New Roman"/>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点</w:t>
      </w:r>
      <w:r>
        <w:rPr>
          <w:rFonts w:ascii="Times New Roman" w:hAnsi="Times New Roman" w:eastAsia="Times New Roman" w:cs="Times New Roman"/>
          <w:i/>
          <w:color w:val="000000"/>
        </w:rPr>
        <w:t>D</w:t>
      </w:r>
      <w:r>
        <w:rPr>
          <w:rFonts w:ascii="宋体" w:hAnsi="宋体" w:eastAsia="宋体" w:cs="宋体"/>
          <w:color w:val="000000"/>
        </w:rPr>
        <w:t>表示</w:t>
      </w:r>
      <w:r>
        <w:rPr>
          <w:rFonts w:ascii="宋体" w:hAnsi="宋体" w:eastAsia="宋体" w:cs="宋体"/>
          <w:color w:val="000000"/>
          <w:position w:val="0"/>
        </w:rPr>
        <w:drawing>
          <wp:inline distT="0" distB="0" distL="114300" distR="114300">
            <wp:extent cx="133350" cy="177800"/>
            <wp:effectExtent l="0" t="0" r="0" b="0"/>
            <wp:docPr id="3937" name="图片 860540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 name="图片 860540594"/>
                    <pic:cNvPicPr>
                      <a:picLocks noChangeAspect="1"/>
                    </pic:cNvPicPr>
                  </pic:nvPicPr>
                  <pic:blipFill>
                    <a:blip r:embed="rId568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数是</w:t>
      </w:r>
      <w:r>
        <w:pict>
          <v:shape id="_x0000_i720715" o:spt="75" alt="学科网(www.zxxk.com)--教育资源门户，提供试卷、教案、课件、论文、素材以及各类教学资源下载，还有大量而丰富的教学相关资讯！" type="#_x0000_t75" style="height:12.5pt;width:19pt;" o:ole="t" filled="f" o:preferrelative="t" stroked="f" coordsize="21600,21600">
            <v:path/>
            <v:fill on="f" focussize="0,0"/>
            <v:stroke on="f" joinstyle="miter"/>
            <v:imagedata r:id="rId5685" o:title="eqId32e22e1223baf7cb3d53e668c2449609"/>
            <o:lock v:ext="edit" aspectratio="t"/>
            <w10:wrap type="none"/>
            <w10:anchorlock/>
          </v:shape>
        </w:pict>
      </w:r>
      <w:r>
        <w:rPr>
          <w:rFonts w:ascii="宋体" w:hAnsi="宋体" w:eastAsia="宋体" w:cs="宋体"/>
          <w:color w:val="000000"/>
        </w:rPr>
        <w:t>，点</w:t>
      </w:r>
      <w:r>
        <w:pict>
          <v:shape id="_x0000_i72071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5686" o:title="eqId2a30f3a8b673cc28bd90c50cf1a35281"/>
            <o:lock v:ext="edit" aspectratio="t"/>
            <w10:wrap type="none"/>
            <w10:anchorlock/>
          </v:shape>
        </w:pict>
      </w:r>
      <w:r>
        <w:rPr>
          <w:rFonts w:ascii="宋体" w:hAnsi="宋体" w:eastAsia="宋体" w:cs="宋体"/>
          <w:color w:val="000000"/>
        </w:rPr>
        <w:t>表示的数是</w:t>
      </w:r>
      <w:r>
        <w:pict>
          <v:shape id="_x0000_i720717" o:spt="75" alt="学科网(www.zxxk.com)--教育资源门户，提供试卷、教案、课件、论文、素材以及各类教学资源下载，还有大量而丰富的教学相关资讯！" type="#_x0000_t75" style="height:12.9pt;width:13.95pt;" o:ole="t" filled="f" o:preferrelative="t" stroked="f" coordsize="21600,21600">
            <v:path/>
            <v:fill on="f" focussize="0,0"/>
            <v:stroke on="f" joinstyle="miter"/>
            <v:imagedata r:id="rId5687" o:title="eqId180ea775f2af05650404d764384e7faa"/>
            <o:lock v:ext="edit" aspectratio="t"/>
            <w10:wrap type="none"/>
            <w10:anchorlock/>
          </v:shape>
        </w:pict>
      </w:r>
      <w:r>
        <w:rPr>
          <w:rFonts w:ascii="宋体" w:hAnsi="宋体" w:eastAsia="宋体" w:cs="宋体"/>
          <w:color w:val="000000"/>
        </w:rPr>
        <w:t>，</w:t>
      </w:r>
      <w:r>
        <w:pict>
          <v:shape id="_x0000_i720718"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688" o:title="eqIda0ed1ec316bc54c37c4286c208f55667"/>
            <o:lock v:ext="edit" aspectratio="t"/>
            <w10:wrap type="none"/>
            <w10:anchorlock/>
          </v:shape>
        </w:pict>
      </w:r>
      <w:r>
        <w:rPr>
          <w:rFonts w:ascii="宋体" w:hAnsi="宋体" w:eastAsia="宋体" w:cs="宋体"/>
          <w:color w:val="000000"/>
        </w:rPr>
        <w:t>为数轴上一个动点，若点</w:t>
      </w:r>
      <w:r>
        <w:pict>
          <v:shape id="_x0000_i720719"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688" o:title="eqIda0ed1ec316bc54c37c4286c208f55667"/>
            <o:lock v:ext="edit" aspectratio="t"/>
            <w10:wrap type="none"/>
            <w10:anchorlock/>
          </v:shape>
        </w:pict>
      </w:r>
      <w:r>
        <w:rPr>
          <w:rFonts w:ascii="宋体" w:hAnsi="宋体" w:eastAsia="宋体" w:cs="宋体"/>
          <w:color w:val="000000"/>
        </w:rPr>
        <w:t>是点</w:t>
      </w:r>
      <w:r>
        <w:pict>
          <v:shape id="_x0000_i720720"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689" o:title="eqId8455657dde27aabe6adb7b188e031c11"/>
            <o:lock v:ext="edit" aspectratio="t"/>
            <w10:wrap type="none"/>
            <w10:anchorlock/>
          </v:shape>
        </w:pict>
      </w:r>
      <w:r>
        <w:rPr>
          <w:rFonts w:ascii="宋体" w:hAnsi="宋体" w:eastAsia="宋体" w:cs="宋体"/>
          <w:color w:val="000000"/>
        </w:rPr>
        <w:t>，</w:t>
      </w:r>
      <w:r>
        <w:pict>
          <v:shape id="_x0000_i72072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5686" o:title="eqId2a30f3a8b673cc28bd90c50cf1a35281"/>
            <o:lock v:ext="edit" aspectratio="t"/>
            <w10:wrap type="none"/>
            <w10:anchorlock/>
          </v:shape>
        </w:pict>
      </w:r>
      <w:r>
        <w:rPr>
          <w:rFonts w:ascii="宋体" w:hAnsi="宋体" w:eastAsia="宋体" w:cs="宋体"/>
          <w:color w:val="000000"/>
        </w:rPr>
        <w:t>的“三倍点”，求点</w:t>
      </w:r>
      <w:r>
        <w:pict>
          <v:shape id="_x0000_i720722"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688" o:title="eqIda0ed1ec316bc54c37c4286c208f55667"/>
            <o:lock v:ext="edit" aspectratio="t"/>
            <w10:wrap type="none"/>
            <w10:anchorlock/>
          </v:shape>
        </w:pict>
      </w:r>
      <w:r>
        <w:rPr>
          <w:rFonts w:ascii="宋体" w:hAnsi="宋体" w:eastAsia="宋体" w:cs="宋体"/>
          <w:color w:val="000000"/>
        </w:rPr>
        <w:t>表示的数．</w:t>
      </w:r>
    </w:p>
    <w:p>
      <w:pPr>
        <w:spacing w:line="360" w:lineRule="auto"/>
        <w:textAlignment w:val="center"/>
        <w:rPr>
          <w:color w:val="000000"/>
        </w:rPr>
      </w:pPr>
      <w:r>
        <w:rPr>
          <w:color w:val="2E75B6"/>
        </w:rPr>
        <w:t>【答案】</w:t>
      </w:r>
      <w:r>
        <w:rPr>
          <w:color w:val="000000"/>
        </w:rPr>
        <w:t>（1）</w:t>
      </w:r>
      <w:r>
        <w:pict>
          <v:shape id="_x0000_i720723"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5690" o:title="eqIdb1241216f3c1cb5e73043dd1037f556d"/>
            <o:lock v:ext="edit" aspectratio="t"/>
            <w10:wrap type="none"/>
            <w10:anchorlock/>
          </v:shape>
        </w:pict>
      </w:r>
      <w:r>
        <w:rPr>
          <w:rFonts w:ascii="宋体" w:hAnsi="宋体" w:eastAsia="宋体" w:cs="宋体"/>
          <w:color w:val="000000"/>
        </w:rPr>
        <w:t>，</w:t>
      </w:r>
      <w:r>
        <w:pict>
          <v:shape id="_x0000_i720724"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691" o:title="eqId23f3ffe7abc59e2f65d827c8eab8d36a"/>
            <o:lock v:ext="edit" aspectratio="t"/>
            <w10:wrap type="none"/>
            <w10:anchorlock/>
          </v:shape>
        </w:pict>
      </w:r>
      <w:r>
        <w:rPr>
          <w:rFonts w:ascii="宋体" w:hAnsi="宋体" w:eastAsia="宋体" w:cs="宋体"/>
          <w:color w:val="000000"/>
        </w:rPr>
        <w:t>；</w:t>
      </w:r>
      <w:r>
        <w:rPr>
          <w:color w:val="000000"/>
        </w:rPr>
        <w:t xml:space="preserve">    </w:t>
      </w:r>
    </w:p>
    <w:p>
      <w:pPr>
        <w:spacing w:line="360" w:lineRule="auto"/>
        <w:textAlignment w:val="center"/>
        <w:rPr>
          <w:color w:val="000000"/>
        </w:rPr>
      </w:pPr>
      <w:r>
        <w:rPr>
          <w:color w:val="000000"/>
        </w:rPr>
        <w:t>（2）</w:t>
      </w:r>
      <w:r>
        <w:pict>
          <v:shape id="_x0000_i720725"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5692" o:title="eqIdc696d722e1b4b938c7a956ff83f733bd"/>
            <o:lock v:ext="edit" aspectratio="t"/>
            <w10:wrap type="none"/>
            <w10:anchorlock/>
          </v:shape>
        </w:pict>
      </w:r>
      <w:r>
        <w:rPr>
          <w:rFonts w:ascii="宋体" w:hAnsi="宋体" w:eastAsia="宋体" w:cs="宋体"/>
          <w:color w:val="000000"/>
        </w:rPr>
        <w:t>或</w:t>
      </w:r>
      <w:r>
        <w:pict>
          <v:shape id="_x0000_i720726"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5693" o:title="eqIdcd3304e23f3b0f9569c4140ca89b6498"/>
            <o:lock v:ext="edit" aspectratio="t"/>
            <w10:wrap type="none"/>
            <w10:anchorlock/>
          </v:shape>
        </w:pict>
      </w:r>
      <w:r>
        <w:rPr>
          <w:rFonts w:ascii="宋体" w:hAnsi="宋体" w:eastAsia="宋体" w:cs="宋体"/>
          <w:color w:val="000000"/>
        </w:rPr>
        <w:t>或</w:t>
      </w:r>
      <w:r>
        <w:pict>
          <v:shape id="_x0000_i720727"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5694" o:title="eqId9ff6875f44c1e897bc31e4c5f7d7ff48"/>
            <o:lock v:ext="edit" aspectratio="t"/>
            <w10:wrap type="none"/>
            <w10:anchorlock/>
          </v:shape>
        </w:pict>
      </w:r>
      <w:r>
        <w:rPr>
          <w:rFonts w:ascii="宋体" w:hAnsi="宋体" w:eastAsia="宋体" w:cs="宋体"/>
          <w:color w:val="000000"/>
        </w:rPr>
        <w:t>或</w:t>
      </w:r>
      <w:r>
        <w:pict>
          <v:shape id="_x0000_i720728"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695" o:title="eqId3edbd40e04e2a943051fa83d6e511add"/>
            <o:lock v:ext="edit" aspectratio="t"/>
            <w10:wrap type="none"/>
            <w10:anchorlock/>
          </v:shape>
        </w:pict>
      </w:r>
      <w:r>
        <w:rPr>
          <w:rFonts w:ascii="宋体" w:hAnsi="宋体" w:eastAsia="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w:t>
      </w:r>
      <w:r>
        <w:pict>
          <v:shape id="_x0000_i720729"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5697" o:title="eqIdbdaa19de263700a15fcf213d64a8cd57"/>
            <o:lock v:ext="edit" aspectratio="t"/>
            <w10:wrap type="none"/>
            <w10:anchorlock/>
          </v:shape>
        </w:pict>
      </w:r>
      <w:r>
        <w:rPr>
          <w:rFonts w:ascii="宋体" w:hAnsi="宋体" w:eastAsia="宋体" w:cs="宋体"/>
          <w:color w:val="000000"/>
        </w:rPr>
        <w:t>）利用两点间</w:t>
      </w:r>
      <w:r>
        <w:rPr>
          <w:rFonts w:ascii="宋体" w:hAnsi="宋体" w:eastAsia="宋体" w:cs="宋体"/>
          <w:color w:val="000000"/>
          <w:position w:val="0"/>
        </w:rPr>
        <w:drawing>
          <wp:inline distT="0" distB="0" distL="114300" distR="114300">
            <wp:extent cx="133350" cy="177800"/>
            <wp:effectExtent l="0" t="0" r="0" b="0"/>
            <wp:docPr id="3939" name="图片 860540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 name="图片 860540598"/>
                    <pic:cNvPicPr>
                      <a:picLocks noChangeAspect="1"/>
                    </pic:cNvPicPr>
                  </pic:nvPicPr>
                  <pic:blipFill>
                    <a:blip r:embed="rId5696"/>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距离和题中定义即可求解；</w:t>
      </w:r>
    </w:p>
    <w:p>
      <w:pPr>
        <w:spacing w:line="360" w:lineRule="auto"/>
        <w:jc w:val="left"/>
        <w:textAlignment w:val="center"/>
        <w:rPr>
          <w:color w:val="000000"/>
        </w:rPr>
      </w:pPr>
      <w:r>
        <w:rPr>
          <w:rFonts w:ascii="宋体" w:hAnsi="宋体" w:eastAsia="宋体" w:cs="宋体"/>
          <w:color w:val="000000"/>
        </w:rPr>
        <w:t>（</w:t>
      </w:r>
      <w:r>
        <w:pict>
          <v:shape id="_x0000_i720730"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5698" o:title="eqId61128ab996360a038e6e64d82fcba004"/>
            <o:lock v:ext="edit" aspectratio="t"/>
            <w10:wrap type="none"/>
            <w10:anchorlock/>
          </v:shape>
        </w:pict>
      </w:r>
      <w:r>
        <w:rPr>
          <w:rFonts w:ascii="宋体" w:hAnsi="宋体" w:eastAsia="宋体" w:cs="宋体"/>
          <w:color w:val="000000"/>
        </w:rPr>
        <w:t>）设点</w:t>
      </w:r>
      <w:r>
        <w:pict>
          <v:shape id="_x0000_i720731"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699" o:title="eqIda0ed1ec316bc54c37c4286c208f55667"/>
            <o:lock v:ext="edit" aspectratio="t"/>
            <w10:wrap type="none"/>
            <w10:anchorlock/>
          </v:shape>
        </w:pict>
      </w:r>
      <w:r>
        <w:rPr>
          <w:rFonts w:ascii="宋体" w:hAnsi="宋体" w:eastAsia="宋体" w:cs="宋体"/>
          <w:color w:val="000000"/>
        </w:rPr>
        <w:t>表示的数为</w:t>
      </w:r>
      <w:r>
        <w:pict>
          <v:shape id="_x0000_i720732"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00" o:title="eqId81dea63b8ce3e51adf66cf7b9982a248"/>
            <o:lock v:ext="edit" aspectratio="t"/>
            <w10:wrap type="none"/>
            <w10:anchorlock/>
          </v:shape>
        </w:pict>
      </w:r>
      <w:r>
        <w:rPr>
          <w:rFonts w:ascii="宋体" w:hAnsi="宋体" w:eastAsia="宋体" w:cs="宋体"/>
          <w:color w:val="000000"/>
        </w:rPr>
        <w:t>，根据题中定义，再分类讨论即可；</w:t>
      </w:r>
    </w:p>
    <w:p>
      <w:pPr>
        <w:spacing w:line="360" w:lineRule="auto"/>
        <w:jc w:val="left"/>
        <w:textAlignment w:val="center"/>
        <w:rPr>
          <w:color w:val="000000"/>
        </w:rPr>
      </w:pPr>
      <w:r>
        <w:rPr>
          <w:rFonts w:ascii="宋体" w:hAnsi="宋体" w:eastAsia="宋体" w:cs="宋体"/>
          <w:color w:val="000000"/>
        </w:rPr>
        <w:t>此题考查了数轴上两点间的距离，解题的关键是熟练掌握数轴两点间的距离和解方程．</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解：∵点</w:t>
      </w:r>
      <w:r>
        <w:pict>
          <v:shape id="_x0000_i72073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01" o:title="eqId5963abe8f421bd99a2aaa94831a951e9"/>
            <o:lock v:ext="edit" aspectratio="t"/>
            <w10:wrap type="none"/>
            <w10:anchorlock/>
          </v:shape>
        </w:pict>
      </w:r>
      <w:r>
        <w:rPr>
          <w:rFonts w:ascii="宋体" w:hAnsi="宋体" w:eastAsia="宋体" w:cs="宋体"/>
          <w:color w:val="000000"/>
        </w:rPr>
        <w:t>表示的数是</w:t>
      </w:r>
      <w:r>
        <w:pict>
          <v:shape id="_x0000_i72073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702" o:title="eqId274a9dc37509f01c2606fb3086a46f4f"/>
            <o:lock v:ext="edit" aspectratio="t"/>
            <w10:wrap type="none"/>
            <w10:anchorlock/>
          </v:shape>
        </w:pict>
      </w:r>
      <w:r>
        <w:rPr>
          <w:rFonts w:ascii="宋体" w:hAnsi="宋体" w:eastAsia="宋体" w:cs="宋体"/>
          <w:color w:val="000000"/>
        </w:rPr>
        <w:t>，点</w:t>
      </w:r>
      <w:r>
        <w:pict>
          <v:shape id="_x0000_i72073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03" o:title="eqId7f9e8449aad35c5d840a3395ea86df6d"/>
            <o:lock v:ext="edit" aspectratio="t"/>
            <w10:wrap type="none"/>
            <w10:anchorlock/>
          </v:shape>
        </w:pict>
      </w:r>
      <w:r>
        <w:rPr>
          <w:rFonts w:ascii="宋体" w:hAnsi="宋体" w:eastAsia="宋体" w:cs="宋体"/>
          <w:color w:val="000000"/>
        </w:rPr>
        <w:t>表示的数是</w:t>
      </w:r>
      <w:r>
        <w:pict>
          <v:shape id="_x0000_i72073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5704" o:title="eqId61128ab996360a038e6e64d82fcba0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737" o:spt="75" alt="学科网(www.zxxk.com)--教育资源门户，提供试卷、教案、课件、论文、素材以及各类教学资源下载，还有大量而丰富的教学相关资讯！" type="#_x0000_t75" style="height:20.25pt;width:81.75pt;" o:ole="t" filled="f" o:preferrelative="t" stroked="f" coordsize="21600,21600">
            <v:path/>
            <v:fill on="f" focussize="0,0"/>
            <v:stroke on="f" joinstyle="miter"/>
            <v:imagedata r:id="rId5705" o:title="eqIdf0bc5af0169e8bcdc95d2a67a0589a50"/>
            <o:lock v:ext="edit" aspectratio="t"/>
            <w10:wrap type="none"/>
            <w10:anchorlock/>
          </v:shape>
        </w:pict>
      </w:r>
      <w:r>
        <w:rPr>
          <w:rFonts w:ascii="宋体" w:hAnsi="宋体" w:eastAsia="宋体" w:cs="宋体"/>
          <w:color w:val="000000"/>
        </w:rPr>
        <w:t>，</w:t>
      </w:r>
      <w:r>
        <w:pict>
          <v:shape id="_x0000_i720738" o:spt="75" alt="学科网(www.zxxk.com)--教育资源门户，提供试卷、教案、课件、论文、素材以及各类教学资源下载，还有大量而丰富的教学相关资讯！" type="#_x0000_t75" style="height:20.25pt;width:74.25pt;" o:ole="t" filled="f" o:preferrelative="t" stroked="f" coordsize="21600,21600">
            <v:path/>
            <v:fill on="f" focussize="0,0"/>
            <v:stroke on="f" joinstyle="miter"/>
            <v:imagedata r:id="rId5706" o:title="eqId5957da774f9d491611f4f2fbca03858b"/>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739"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5707" o:title="eqIdb9217f1b1fa908d03220e4da1551712f"/>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20740"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5708" o:title="eqIdb1241216f3c1cb5e73043dd1037f556d"/>
            <o:lock v:ext="edit" aspectratio="t"/>
            <w10:wrap type="none"/>
            <w10:anchorlock/>
          </v:shape>
        </w:pict>
      </w:r>
      <w:r>
        <w:rPr>
          <w:rFonts w:ascii="宋体" w:hAnsi="宋体" w:eastAsia="宋体" w:cs="宋体"/>
          <w:color w:val="000000"/>
        </w:rPr>
        <w:t>是点</w:t>
      </w:r>
      <w:r>
        <w:pict>
          <v:shape id="_x0000_i72074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09" o:title="eqId5963abe8f421bd99a2aaa94831a951e9"/>
            <o:lock v:ext="edit" aspectratio="t"/>
            <w10:wrap type="none"/>
            <w10:anchorlock/>
          </v:shape>
        </w:pict>
      </w:r>
      <w:r>
        <w:rPr>
          <w:rFonts w:ascii="宋体" w:hAnsi="宋体" w:eastAsia="宋体" w:cs="宋体"/>
          <w:color w:val="000000"/>
        </w:rPr>
        <w:t>，</w:t>
      </w:r>
      <w:r>
        <w:pict>
          <v:shape id="_x0000_i72074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10" o:title="eqId7f9e8449aad35c5d840a3395ea86df6d"/>
            <o:lock v:ext="edit" aspectratio="t"/>
            <w10:wrap type="none"/>
            <w10:anchorlock/>
          </v:shape>
        </w:pict>
      </w:r>
      <w:r>
        <w:rPr>
          <w:rFonts w:ascii="宋体" w:hAnsi="宋体" w:eastAsia="宋体" w:cs="宋体"/>
          <w:color w:val="000000"/>
        </w:rPr>
        <w:t>的“三倍点”；</w:t>
      </w:r>
    </w:p>
    <w:p>
      <w:pPr>
        <w:spacing w:line="360" w:lineRule="auto"/>
        <w:jc w:val="left"/>
        <w:textAlignment w:val="center"/>
        <w:rPr>
          <w:color w:val="000000"/>
        </w:rPr>
      </w:pPr>
      <w:r>
        <w:rPr>
          <w:rFonts w:ascii="宋体" w:hAnsi="宋体" w:eastAsia="宋体" w:cs="宋体"/>
          <w:color w:val="000000"/>
        </w:rPr>
        <w:t>∵点</w:t>
      </w:r>
      <w:r>
        <w:pict>
          <v:shape id="_x0000_i72074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11" o:title="eqId5963abe8f421bd99a2aaa94831a951e9"/>
            <o:lock v:ext="edit" aspectratio="t"/>
            <w10:wrap type="none"/>
            <w10:anchorlock/>
          </v:shape>
        </w:pict>
      </w:r>
      <w:r>
        <w:rPr>
          <w:rFonts w:ascii="宋体" w:hAnsi="宋体" w:eastAsia="宋体" w:cs="宋体"/>
          <w:color w:val="000000"/>
        </w:rPr>
        <w:t>表示的数是</w:t>
      </w:r>
      <w:r>
        <w:pict>
          <v:shape id="_x0000_i72074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712" o:title="eqId274a9dc37509f01c2606fb3086a46f4f"/>
            <o:lock v:ext="edit" aspectratio="t"/>
            <w10:wrap type="none"/>
            <w10:anchorlock/>
          </v:shape>
        </w:pict>
      </w:r>
      <w:r>
        <w:rPr>
          <w:rFonts w:ascii="宋体" w:hAnsi="宋体" w:eastAsia="宋体" w:cs="宋体"/>
          <w:color w:val="000000"/>
        </w:rPr>
        <w:t>，点</w:t>
      </w:r>
      <w:r>
        <w:pict>
          <v:shape id="_x0000_i72074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13" o:title="eqId7f9e8449aad35c5d840a3395ea86df6d"/>
            <o:lock v:ext="edit" aspectratio="t"/>
            <w10:wrap type="none"/>
            <w10:anchorlock/>
          </v:shape>
        </w:pict>
      </w:r>
      <w:r>
        <w:rPr>
          <w:rFonts w:ascii="宋体" w:hAnsi="宋体" w:eastAsia="宋体" w:cs="宋体"/>
          <w:color w:val="000000"/>
        </w:rPr>
        <w:t>表示的数是</w:t>
      </w:r>
      <w:r>
        <w:pict>
          <v:shape id="_x0000_i72074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5714" o:title="eqId61128ab996360a038e6e64d82fcba0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747" o:spt="75" alt="学科网(www.zxxk.com)--教育资源门户，提供试卷、教案、课件、论文、素材以及各类教学资源下载，还有大量而丰富的教学相关资讯！" type="#_x0000_t75" style="height:20.25pt;width:86.25pt;" o:ole="t" filled="f" o:preferrelative="t" stroked="f" coordsize="21600,21600">
            <v:path/>
            <v:fill on="f" focussize="0,0"/>
            <v:stroke on="f" joinstyle="miter"/>
            <v:imagedata r:id="rId5715" o:title="eqId983ac35f9feb0187dcd09cbf9a5c8e45"/>
            <o:lock v:ext="edit" aspectratio="t"/>
            <w10:wrap type="none"/>
            <w10:anchorlock/>
          </v:shape>
        </w:pict>
      </w:r>
      <w:r>
        <w:rPr>
          <w:rFonts w:ascii="宋体" w:hAnsi="宋体" w:eastAsia="宋体" w:cs="宋体"/>
          <w:color w:val="000000"/>
        </w:rPr>
        <w:t>，</w:t>
      </w:r>
      <w:r>
        <w:pict>
          <v:shape id="_x0000_i720748" o:spt="75" alt="学科网(www.zxxk.com)--教育资源门户，提供试卷、教案、课件、论文、素材以及各类教学资源下载，还有大量而丰富的教学相关资讯！" type="#_x0000_t75" style="height:20.25pt;width:80.25pt;" o:ole="t" filled="f" o:preferrelative="t" stroked="f" coordsize="21600,21600">
            <v:path/>
            <v:fill on="f" focussize="0,0"/>
            <v:stroke on="f" joinstyle="miter"/>
            <v:imagedata r:id="rId5716" o:title="eqId2e943c13d3ac131c2f0fe176a6fa54d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749" o:spt="75" alt="学科网(www.zxxk.com)--教育资源门户，提供试卷、教案、课件、论文、素材以及各类教学资源下载，还有大量而丰富的教学相关资讯！" type="#_x0000_t75" style="height:18pt;width:60.75pt;" o:ole="t" filled="f" o:preferrelative="t" stroked="f" coordsize="21600,21600">
            <v:path/>
            <v:fill on="f" focussize="0,0"/>
            <v:stroke on="f" joinstyle="miter"/>
            <v:imagedata r:id="rId5717" o:title="eqIdb5aa572e885281a8159e6c15bac49d3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2075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718" o:title="eqId23f3ffe7abc59e2f65d827c8eab8d36a"/>
            <o:lock v:ext="edit" aspectratio="t"/>
            <w10:wrap type="none"/>
            <w10:anchorlock/>
          </v:shape>
        </w:pict>
      </w:r>
      <w:r>
        <w:rPr>
          <w:rFonts w:ascii="宋体" w:hAnsi="宋体" w:eastAsia="宋体" w:cs="宋体"/>
          <w:color w:val="000000"/>
        </w:rPr>
        <w:t>是点</w:t>
      </w:r>
      <w:r>
        <w:pict>
          <v:shape id="_x0000_i72075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19" o:title="eqId5963abe8f421bd99a2aaa94831a951e9"/>
            <o:lock v:ext="edit" aspectratio="t"/>
            <w10:wrap type="none"/>
            <w10:anchorlock/>
          </v:shape>
        </w:pict>
      </w:r>
      <w:r>
        <w:rPr>
          <w:rFonts w:ascii="宋体" w:hAnsi="宋体" w:eastAsia="宋体" w:cs="宋体"/>
          <w:color w:val="000000"/>
        </w:rPr>
        <w:t>，</w:t>
      </w:r>
      <w:r>
        <w:pict>
          <v:shape id="_x0000_i72075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20" o:title="eqId7f9e8449aad35c5d840a3395ea86df6d"/>
            <o:lock v:ext="edit" aspectratio="t"/>
            <w10:wrap type="none"/>
            <w10:anchorlock/>
          </v:shape>
        </w:pict>
      </w:r>
      <w:r>
        <w:rPr>
          <w:rFonts w:ascii="宋体" w:hAnsi="宋体" w:eastAsia="宋体" w:cs="宋体"/>
          <w:color w:val="000000"/>
        </w:rPr>
        <w:t>的“三倍点”；</w:t>
      </w:r>
    </w:p>
    <w:p>
      <w:pPr>
        <w:spacing w:line="360" w:lineRule="auto"/>
        <w:jc w:val="left"/>
        <w:textAlignment w:val="center"/>
        <w:rPr>
          <w:color w:val="000000"/>
        </w:rPr>
      </w:pPr>
      <w:r>
        <w:rPr>
          <w:rFonts w:ascii="宋体" w:hAnsi="宋体" w:eastAsia="宋体" w:cs="宋体"/>
          <w:color w:val="000000"/>
        </w:rPr>
        <w:t>∵点</w:t>
      </w:r>
      <w:r>
        <w:pict>
          <v:shape id="_x0000_i72075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21" o:title="eqId5963abe8f421bd99a2aaa94831a951e9"/>
            <o:lock v:ext="edit" aspectratio="t"/>
            <w10:wrap type="none"/>
            <w10:anchorlock/>
          </v:shape>
        </w:pict>
      </w:r>
      <w:r>
        <w:rPr>
          <w:rFonts w:ascii="宋体" w:hAnsi="宋体" w:eastAsia="宋体" w:cs="宋体"/>
          <w:color w:val="000000"/>
        </w:rPr>
        <w:t>表示的数是</w:t>
      </w:r>
      <w:r>
        <w:pict>
          <v:shape id="_x0000_i72075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722" o:title="eqId274a9dc37509f01c2606fb3086a46f4f"/>
            <o:lock v:ext="edit" aspectratio="t"/>
            <w10:wrap type="none"/>
            <w10:anchorlock/>
          </v:shape>
        </w:pict>
      </w:r>
      <w:r>
        <w:rPr>
          <w:rFonts w:ascii="宋体" w:hAnsi="宋体" w:eastAsia="宋体" w:cs="宋体"/>
          <w:color w:val="000000"/>
        </w:rPr>
        <w:t>，点</w:t>
      </w:r>
      <w:r>
        <w:pict>
          <v:shape id="_x0000_i72075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23" o:title="eqId7f9e8449aad35c5d840a3395ea86df6d"/>
            <o:lock v:ext="edit" aspectratio="t"/>
            <w10:wrap type="none"/>
            <w10:anchorlock/>
          </v:shape>
        </w:pict>
      </w:r>
      <w:r>
        <w:rPr>
          <w:rFonts w:ascii="宋体" w:hAnsi="宋体" w:eastAsia="宋体" w:cs="宋体"/>
          <w:color w:val="000000"/>
        </w:rPr>
        <w:t>表示的数是</w:t>
      </w:r>
      <w:r>
        <w:pict>
          <v:shape id="_x0000_i72075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5724" o:title="eqId61128ab996360a038e6e64d82fcba0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757" o:spt="75" alt="学科网(www.zxxk.com)--教育资源门户，提供试卷、教案、课件、论文、素材以及各类教学资源下载，还有大量而丰富的教学相关资讯！" type="#_x0000_t75" style="height:20.25pt;width:84.75pt;" o:ole="t" filled="f" o:preferrelative="t" stroked="f" coordsize="21600,21600">
            <v:path/>
            <v:fill on="f" focussize="0,0"/>
            <v:stroke on="f" joinstyle="miter"/>
            <v:imagedata r:id="rId5725" o:title="eqIdbd48f2b615d115dbeae48df2a43b0d01"/>
            <o:lock v:ext="edit" aspectratio="t"/>
            <w10:wrap type="none"/>
            <w10:anchorlock/>
          </v:shape>
        </w:pict>
      </w:r>
      <w:r>
        <w:rPr>
          <w:rFonts w:ascii="宋体" w:hAnsi="宋体" w:eastAsia="宋体" w:cs="宋体"/>
          <w:color w:val="000000"/>
        </w:rPr>
        <w:t>，</w:t>
      </w:r>
      <w:r>
        <w:pict>
          <v:shape id="_x0000_i720758" o:spt="75" alt="学科网(www.zxxk.com)--教育资源门户，提供试卷、教案、课件、论文、素材以及各类教学资源下载，还有大量而丰富的教学相关资讯！" type="#_x0000_t75" style="height:20.25pt;width:78.75pt;" o:ole="t" filled="f" o:preferrelative="t" stroked="f" coordsize="21600,21600">
            <v:path/>
            <v:fill on="f" focussize="0,0"/>
            <v:stroke on="f" joinstyle="miter"/>
            <v:imagedata r:id="rId5726" o:title="eqId1e29dcbbfa9590a07eae913d4745826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759" o:spt="75" alt="学科网(www.zxxk.com)--教育资源门户，提供试卷、教案、课件、论文、素材以及各类教学资源下载，还有大量而丰富的教学相关资讯！" type="#_x0000_t75" style="height:15.05pt;width:52.1pt;" o:ole="t" filled="f" o:preferrelative="t" stroked="f" coordsize="21600,21600">
            <v:path/>
            <v:fill on="f" focussize="0,0"/>
            <v:stroke on="f" joinstyle="miter"/>
            <v:imagedata r:id="rId5727" o:title="eqId42c239e68a73228fe297400475469131"/>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20760" o:spt="75" alt="学科网(www.zxxk.com)--教育资源门户，提供试卷、教案、课件、论文、素材以及各类教学资源下载，还有大量而丰富的教学相关资讯！" type="#_x0000_t75" style="height:15.75pt;width:12.75pt;" o:ole="t" filled="f" o:preferrelative="t" stroked="f" coordsize="21600,21600">
            <v:path/>
            <v:fill on="f" focussize="0,0"/>
            <v:stroke on="f" joinstyle="miter"/>
            <v:imagedata r:id="rId5728" o:title="eqIdab94459e87c666facddbe1a23ae1899d"/>
            <o:lock v:ext="edit" aspectratio="t"/>
            <w10:wrap type="none"/>
            <w10:anchorlock/>
          </v:shape>
        </w:pict>
      </w:r>
      <w:r>
        <w:rPr>
          <w:rFonts w:ascii="宋体" w:hAnsi="宋体" w:eastAsia="宋体" w:cs="宋体"/>
          <w:color w:val="000000"/>
        </w:rPr>
        <w:t>不是点</w:t>
      </w:r>
      <w:r>
        <w:pict>
          <v:shape id="_x0000_i720761"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29" o:title="eqId5963abe8f421bd99a2aaa94831a951e9"/>
            <o:lock v:ext="edit" aspectratio="t"/>
            <w10:wrap type="none"/>
            <w10:anchorlock/>
          </v:shape>
        </w:pict>
      </w:r>
      <w:r>
        <w:rPr>
          <w:rFonts w:ascii="宋体" w:hAnsi="宋体" w:eastAsia="宋体" w:cs="宋体"/>
          <w:color w:val="000000"/>
        </w:rPr>
        <w:t>，</w:t>
      </w:r>
      <w:r>
        <w:pict>
          <v:shape id="_x0000_i72076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30" o:title="eqId7f9e8449aad35c5d840a3395ea86df6d"/>
            <o:lock v:ext="edit" aspectratio="t"/>
            <w10:wrap type="none"/>
            <w10:anchorlock/>
          </v:shape>
        </w:pict>
      </w:r>
      <w:r>
        <w:rPr>
          <w:rFonts w:ascii="宋体" w:hAnsi="宋体" w:eastAsia="宋体" w:cs="宋体"/>
          <w:color w:val="000000"/>
        </w:rPr>
        <w:t>的“三倍点”；</w:t>
      </w:r>
    </w:p>
    <w:p>
      <w:pPr>
        <w:spacing w:line="360" w:lineRule="auto"/>
        <w:jc w:val="left"/>
        <w:textAlignment w:val="center"/>
        <w:rPr>
          <w:color w:val="000000"/>
        </w:rPr>
      </w:pPr>
      <w:r>
        <w:rPr>
          <w:rFonts w:ascii="宋体" w:hAnsi="宋体" w:eastAsia="宋体" w:cs="宋体"/>
          <w:color w:val="000000"/>
        </w:rPr>
        <w:t>∵点</w:t>
      </w:r>
      <w:r>
        <w:pict>
          <v:shape id="_x0000_i720763"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31" o:title="eqId5963abe8f421bd99a2aaa94831a951e9"/>
            <o:lock v:ext="edit" aspectratio="t"/>
            <w10:wrap type="none"/>
            <w10:anchorlock/>
          </v:shape>
        </w:pict>
      </w:r>
      <w:r>
        <w:rPr>
          <w:rFonts w:ascii="宋体" w:hAnsi="宋体" w:eastAsia="宋体" w:cs="宋体"/>
          <w:color w:val="000000"/>
        </w:rPr>
        <w:t>表示的数是</w:t>
      </w:r>
      <w:r>
        <w:pict>
          <v:shape id="_x0000_i720764" o:spt="75" alt="学科网(www.zxxk.com)--教育资源门户，提供试卷、教案、课件、论文、素材以及各类教学资源下载，还有大量而丰富的教学相关资讯！" type="#_x0000_t75" style="height:12.75pt;width:15.75pt;" o:ole="t" filled="f" o:preferrelative="t" stroked="f" coordsize="21600,21600">
            <v:path/>
            <v:fill on="f" focussize="0,0"/>
            <v:stroke on="f" joinstyle="miter"/>
            <v:imagedata r:id="rId5732" o:title="eqId274a9dc37509f01c2606fb3086a46f4f"/>
            <o:lock v:ext="edit" aspectratio="t"/>
            <w10:wrap type="none"/>
            <w10:anchorlock/>
          </v:shape>
        </w:pict>
      </w:r>
      <w:r>
        <w:rPr>
          <w:rFonts w:ascii="宋体" w:hAnsi="宋体" w:eastAsia="宋体" w:cs="宋体"/>
          <w:color w:val="000000"/>
        </w:rPr>
        <w:t>，点</w:t>
      </w:r>
      <w:r>
        <w:pict>
          <v:shape id="_x0000_i72076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33" o:title="eqId7f9e8449aad35c5d840a3395ea86df6d"/>
            <o:lock v:ext="edit" aspectratio="t"/>
            <w10:wrap type="none"/>
            <w10:anchorlock/>
          </v:shape>
        </w:pict>
      </w:r>
      <w:r>
        <w:rPr>
          <w:rFonts w:ascii="宋体" w:hAnsi="宋体" w:eastAsia="宋体" w:cs="宋体"/>
          <w:color w:val="000000"/>
        </w:rPr>
        <w:t>表示的数是</w:t>
      </w:r>
      <w:r>
        <w:pict>
          <v:shape id="_x0000_i720766"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5734" o:title="eqId61128ab996360a038e6e64d82fcba00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pict>
          <v:shape id="_x0000_i720767" o:spt="75" alt="学科网(www.zxxk.com)--教育资源门户，提供试卷、教案、课件、论文、素材以及各类教学资源下载，还有大量而丰富的教学相关资讯！" type="#_x0000_t75" style="height:20.25pt;width:90pt;" o:ole="t" filled="f" o:preferrelative="t" stroked="f" coordsize="21600,21600">
            <v:path/>
            <v:fill on="f" focussize="0,0"/>
            <v:stroke on="f" joinstyle="miter"/>
            <v:imagedata r:id="rId5735" o:title="eqId6cea8b540dabc41eeaec1991e213bc71"/>
            <o:lock v:ext="edit" aspectratio="t"/>
            <w10:wrap type="none"/>
            <w10:anchorlock/>
          </v:shape>
        </w:pict>
      </w:r>
      <w:r>
        <w:rPr>
          <w:rFonts w:ascii="宋体" w:hAnsi="宋体" w:eastAsia="宋体" w:cs="宋体"/>
          <w:color w:val="000000"/>
        </w:rPr>
        <w:t>，</w:t>
      </w:r>
      <w:r>
        <w:pict>
          <v:shape id="_x0000_i720768" o:spt="75" alt="学科网(www.zxxk.com)--教育资源门户，提供试卷、教案、课件、论文、素材以及各类教学资源下载，还有大量而丰富的教学相关资讯！" type="#_x0000_t75" style="height:20.25pt;width:78.75pt;" o:ole="t" filled="f" o:preferrelative="t" stroked="f" coordsize="21600,21600">
            <v:path/>
            <v:fill on="f" focussize="0,0"/>
            <v:stroke on="f" joinstyle="miter"/>
            <v:imagedata r:id="rId5736" o:title="eqIdcfb3961d732751fa84793a4d79d2a6b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则</w:t>
      </w:r>
      <w:r>
        <w:pict>
          <v:shape id="_x0000_i72076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737" o:title="eqId384bef25d6a7f4c661e83498628c1409"/>
            <o:lock v:ext="edit" aspectratio="t"/>
            <w10:wrap type="none"/>
            <w10:anchorlock/>
          </v:shape>
        </w:pict>
      </w:r>
      <w:r>
        <w:rPr>
          <w:rFonts w:ascii="宋体" w:hAnsi="宋体" w:eastAsia="宋体" w:cs="宋体"/>
          <w:color w:val="000000"/>
        </w:rPr>
        <w:t>不是点</w:t>
      </w:r>
      <w:r>
        <w:pict>
          <v:shape id="_x0000_i720770"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5738" o:title="eqId5963abe8f421bd99a2aaa94831a951e9"/>
            <o:lock v:ext="edit" aspectratio="t"/>
            <w10:wrap type="none"/>
            <w10:anchorlock/>
          </v:shape>
        </w:pict>
      </w:r>
      <w:r>
        <w:rPr>
          <w:rFonts w:ascii="宋体" w:hAnsi="宋体" w:eastAsia="宋体" w:cs="宋体"/>
          <w:color w:val="000000"/>
        </w:rPr>
        <w:t>，</w:t>
      </w:r>
      <w:r>
        <w:pict>
          <v:shape id="_x0000_i72077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5739" o:title="eqId7f9e8449aad35c5d840a3395ea86df6d"/>
            <o:lock v:ext="edit" aspectratio="t"/>
            <w10:wrap type="none"/>
            <w10:anchorlock/>
          </v:shape>
        </w:pict>
      </w:r>
      <w:r>
        <w:rPr>
          <w:rFonts w:ascii="宋体" w:hAnsi="宋体" w:eastAsia="宋体" w:cs="宋体"/>
          <w:color w:val="000000"/>
        </w:rPr>
        <w:t>的“三倍点”；</w:t>
      </w:r>
    </w:p>
    <w:p>
      <w:pPr>
        <w:spacing w:line="360" w:lineRule="auto"/>
        <w:jc w:val="left"/>
        <w:textAlignment w:val="center"/>
        <w:rPr>
          <w:color w:val="000000"/>
        </w:rPr>
      </w:pPr>
      <w:r>
        <w:rPr>
          <w:rFonts w:ascii="宋体" w:hAnsi="宋体" w:eastAsia="宋体" w:cs="宋体"/>
          <w:color w:val="000000"/>
        </w:rPr>
        <w:t>故答案为：</w:t>
      </w:r>
      <w:r>
        <w:pict>
          <v:shape id="_x0000_i720772" o:spt="75" alt="学科网(www.zxxk.com)--教育资源门户，提供试卷、教案、课件、论文、素材以及各类教学资源下载，还有大量而丰富的教学相关资讯！" type="#_x0000_t75" style="height:15.75pt;width:12pt;" o:ole="t" filled="f" o:preferrelative="t" stroked="f" coordsize="21600,21600">
            <v:path/>
            <v:fill on="f" focussize="0,0"/>
            <v:stroke on="f" joinstyle="miter"/>
            <v:imagedata r:id="rId5740" o:title="eqIdb1241216f3c1cb5e73043dd1037f556d"/>
            <o:lock v:ext="edit" aspectratio="t"/>
            <w10:wrap type="none"/>
            <w10:anchorlock/>
          </v:shape>
        </w:pict>
      </w:r>
      <w:r>
        <w:rPr>
          <w:rFonts w:ascii="宋体" w:hAnsi="宋体" w:eastAsia="宋体" w:cs="宋体"/>
          <w:color w:val="000000"/>
        </w:rPr>
        <w:t>，</w:t>
      </w:r>
      <w:r>
        <w:pict>
          <v:shape id="_x0000_i720773"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5741" o:title="eqId23f3ffe7abc59e2f65d827c8eab8d36a"/>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点</w:t>
      </w:r>
      <w:r>
        <w:pict>
          <v:shape id="_x0000_i72077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742" o:title="eqIda0ed1ec316bc54c37c4286c208f55667"/>
            <o:lock v:ext="edit" aspectratio="t"/>
            <w10:wrap type="none"/>
            <w10:anchorlock/>
          </v:shape>
        </w:pict>
      </w:r>
      <w:r>
        <w:rPr>
          <w:rFonts w:ascii="宋体" w:hAnsi="宋体" w:eastAsia="宋体" w:cs="宋体"/>
          <w:color w:val="000000"/>
        </w:rPr>
        <w:t>表示的数为</w:t>
      </w:r>
      <w:r>
        <w:pict>
          <v:shape id="_x0000_i72077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5743" o:title="eqId81dea63b8ce3e51adf66cf7b9982a248"/>
            <o:lock v:ext="edit" aspectratio="t"/>
            <w10:wrap type="none"/>
            <w10:anchorlock/>
          </v:shape>
        </w:pict>
      </w:r>
      <w:r>
        <w:rPr>
          <w:rFonts w:ascii="宋体" w:hAnsi="宋体" w:eastAsia="宋体" w:cs="宋体"/>
          <w:color w:val="000000"/>
        </w:rPr>
        <w:t>，则</w:t>
      </w:r>
      <w:r>
        <w:pict>
          <v:shape id="_x0000_i720776" o:spt="75" alt="学科网(www.zxxk.com)--教育资源门户，提供试卷、教案、课件、论文、素材以及各类教学资源下载，还有大量而丰富的教学相关资讯！" type="#_x0000_t75" style="height:20.25pt;width:65.25pt;" o:ole="t" filled="f" o:preferrelative="t" stroked="f" coordsize="21600,21600">
            <v:path/>
            <v:fill on="f" focussize="0,0"/>
            <v:stroke on="f" joinstyle="miter"/>
            <v:imagedata r:id="rId5744" o:title="eqId5092bd53a3870f9dfb8541d376774fa0"/>
            <o:lock v:ext="edit" aspectratio="t"/>
            <w10:wrap type="none"/>
            <w10:anchorlock/>
          </v:shape>
        </w:pict>
      </w:r>
      <w:r>
        <w:rPr>
          <w:rFonts w:ascii="宋体" w:hAnsi="宋体" w:eastAsia="宋体" w:cs="宋体"/>
          <w:color w:val="000000"/>
        </w:rPr>
        <w:t>，</w:t>
      </w:r>
      <w:r>
        <w:pict>
          <v:shape id="_x0000_i720777" o:spt="75" alt="学科网(www.zxxk.com)--教育资源门户，提供试卷、教案、课件、论文、素材以及各类教学资源下载，还有大量而丰富的教学相关资讯！" type="#_x0000_t75" style="height:20.25pt;width:63pt;" o:ole="t" filled="f" o:preferrelative="t" stroked="f" coordsize="21600,21600">
            <v:path/>
            <v:fill on="f" focussize="0,0"/>
            <v:stroke on="f" joinstyle="miter"/>
            <v:imagedata r:id="rId5745" o:title="eqId1eb61bad74a391d04e80cc0f0855ab1d"/>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20778"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746" o:title="eqIda0ed1ec316bc54c37c4286c208f55667"/>
            <o:lock v:ext="edit" aspectratio="t"/>
            <w10:wrap type="none"/>
            <w10:anchorlock/>
          </v:shape>
        </w:pict>
      </w:r>
      <w:r>
        <w:rPr>
          <w:rFonts w:ascii="宋体" w:hAnsi="宋体" w:eastAsia="宋体" w:cs="宋体"/>
          <w:color w:val="000000"/>
        </w:rPr>
        <w:t>是点</w:t>
      </w:r>
      <w:r>
        <w:pict>
          <v:shape id="_x0000_i720779"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747" o:title="eqId8455657dde27aabe6adb7b188e031c11"/>
            <o:lock v:ext="edit" aspectratio="t"/>
            <w10:wrap type="none"/>
            <w10:anchorlock/>
          </v:shape>
        </w:pict>
      </w:r>
      <w:r>
        <w:rPr>
          <w:rFonts w:ascii="宋体" w:hAnsi="宋体" w:eastAsia="宋体" w:cs="宋体"/>
          <w:color w:val="000000"/>
        </w:rPr>
        <w:t>，</w:t>
      </w:r>
      <w:r>
        <w:pict>
          <v:shape id="_x0000_i720780"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5748" o:title="eqId2a30f3a8b673cc28bd90c50cf1a35281"/>
            <o:lock v:ext="edit" aspectratio="t"/>
            <w10:wrap type="none"/>
            <w10:anchorlock/>
          </v:shape>
        </w:pict>
      </w:r>
      <w:r>
        <w:rPr>
          <w:rFonts w:ascii="宋体" w:hAnsi="宋体" w:eastAsia="宋体" w:cs="宋体"/>
          <w:color w:val="000000"/>
        </w:rPr>
        <w:t>的“三倍点”，</w:t>
      </w:r>
    </w:p>
    <w:p>
      <w:pPr>
        <w:spacing w:line="360" w:lineRule="auto"/>
        <w:jc w:val="left"/>
        <w:textAlignment w:val="center"/>
        <w:rPr>
          <w:color w:val="000000"/>
        </w:rPr>
      </w:pPr>
      <w:r>
        <w:rPr>
          <w:rFonts w:ascii="宋体" w:hAnsi="宋体" w:eastAsia="宋体" w:cs="宋体"/>
          <w:color w:val="000000"/>
        </w:rPr>
        <w:t>∴</w:t>
      </w:r>
      <w:r>
        <w:pict>
          <v:shape id="_x0000_i720781"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5749" o:title="eqId6e1c9ae241fd78126274c65e17990c88"/>
            <o:lock v:ext="edit" aspectratio="t"/>
            <w10:wrap type="none"/>
            <w10:anchorlock/>
          </v:shape>
        </w:pict>
      </w:r>
      <w:r>
        <w:rPr>
          <w:rFonts w:ascii="宋体" w:hAnsi="宋体" w:eastAsia="宋体" w:cs="宋体"/>
          <w:color w:val="000000"/>
        </w:rPr>
        <w:t>当</w:t>
      </w:r>
      <w:r>
        <w:pict>
          <v:shape id="_x0000_i720782"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5750" o:title="eqIdb8fae49af64a1f2eebbfa4bc2bc7893e"/>
            <o:lock v:ext="edit" aspectratio="t"/>
            <w10:wrap type="none"/>
            <w10:anchorlock/>
          </v:shape>
        </w:pict>
      </w:r>
      <w:r>
        <w:rPr>
          <w:rFonts w:ascii="宋体" w:hAnsi="宋体" w:eastAsia="宋体" w:cs="宋体"/>
          <w:color w:val="000000"/>
        </w:rPr>
        <w:t>时，即</w:t>
      </w:r>
      <w:r>
        <w:pict>
          <v:shape id="_x0000_i720783" o:spt="75" alt="学科网(www.zxxk.com)--教育资源门户，提供试卷、教案、课件、论文、素材以及各类教学资源下载，还有大量而丰富的教学相关资讯！" type="#_x0000_t75" style="height:20.25pt;width:84.75pt;" o:ole="t" filled="f" o:preferrelative="t" stroked="f" coordsize="21600,21600">
            <v:path/>
            <v:fill on="f" focussize="0,0"/>
            <v:stroke on="f" joinstyle="miter"/>
            <v:imagedata r:id="rId5751" o:title="eqId1265c429ea30c01f47415951c1dd3d93"/>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784"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5752" o:title="eqIdb4c44f801e9da87b346c3581ff32b24e"/>
            <o:lock v:ext="edit" aspectratio="t"/>
            <w10:wrap type="none"/>
            <w10:anchorlock/>
          </v:shape>
        </w:pict>
      </w:r>
      <w:r>
        <w:rPr>
          <w:rFonts w:ascii="宋体" w:hAnsi="宋体" w:eastAsia="宋体" w:cs="宋体"/>
          <w:color w:val="000000"/>
        </w:rPr>
        <w:t>或</w:t>
      </w:r>
      <w:r>
        <w:pict>
          <v:shape id="_x0000_i720785" o:spt="75" alt="学科网(www.zxxk.com)--教育资源门户，提供试卷、教案、课件、论文、素材以及各类教学资源下载，还有大量而丰富的教学相关资讯！" type="#_x0000_t75" style="height:20.25pt;width:93.75pt;" o:ole="t" filled="f" o:preferrelative="t" stroked="f" coordsize="21600,21600">
            <v:path/>
            <v:fill on="f" focussize="0,0"/>
            <v:stroke on="f" joinstyle="miter"/>
            <v:imagedata r:id="rId5753" o:title="eqId74b325334c247d80d93cf7b6389234a0"/>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20786" o:spt="75" alt="学科网(www.zxxk.com)--教育资源门户，提供试卷、教案、课件、论文、素材以及各类教学资源下载，还有大量而丰富的教学相关资讯！" type="#_x0000_t75" style="height:12.75pt;width:30pt;" o:ole="t" filled="f" o:preferrelative="t" stroked="f" coordsize="21600,21600">
            <v:path/>
            <v:fill on="f" focussize="0,0"/>
            <v:stroke on="f" joinstyle="miter"/>
            <v:imagedata r:id="rId5754" o:title="eqId047fb4d81a12179067f122140d65d615"/>
            <o:lock v:ext="edit" aspectratio="t"/>
            <w10:wrap type="none"/>
            <w10:anchorlock/>
          </v:shape>
        </w:pict>
      </w:r>
      <w:r>
        <w:rPr>
          <w:rFonts w:ascii="宋体" w:hAnsi="宋体" w:eastAsia="宋体" w:cs="宋体"/>
          <w:color w:val="000000"/>
        </w:rPr>
        <w:t>或</w:t>
      </w:r>
      <w:r>
        <w:pict>
          <v:shape id="_x0000_i720787"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5755" o:title="eqId224d30ca84f1aeeeda7a718e751a4925"/>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788" o:spt="75" alt="学科网(www.zxxk.com)--教育资源门户，提供试卷、教案、课件、论文、素材以及各类教学资源下载，还有大量而丰富的教学相关资讯！" type="#_x0000_t75" style="height:15.85pt;width:15.85pt;" o:ole="t" filled="f" o:preferrelative="t" stroked="f" coordsize="21600,21600">
            <v:path/>
            <v:fill on="f" focussize="0,0"/>
            <v:stroke on="f" joinstyle="miter"/>
            <v:imagedata r:id="rId5756" o:title="eqId5c650fe55b7603f106c53ca2423451c6"/>
            <o:lock v:ext="edit" aspectratio="t"/>
            <w10:wrap type="none"/>
            <w10:anchorlock/>
          </v:shape>
        </w:pict>
      </w:r>
      <w:r>
        <w:rPr>
          <w:rFonts w:ascii="宋体" w:hAnsi="宋体" w:eastAsia="宋体" w:cs="宋体"/>
          <w:color w:val="000000"/>
        </w:rPr>
        <w:t>当</w:t>
      </w:r>
      <w:r>
        <w:pict>
          <v:shape id="_x0000_i720789"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5757" o:title="eqIdd363508099c2af653b032a6634ddfb0b"/>
            <o:lock v:ext="edit" aspectratio="t"/>
            <w10:wrap type="none"/>
            <w10:anchorlock/>
          </v:shape>
        </w:pict>
      </w:r>
      <w:r>
        <w:rPr>
          <w:rFonts w:ascii="宋体" w:hAnsi="宋体" w:eastAsia="宋体" w:cs="宋体"/>
          <w:color w:val="000000"/>
        </w:rPr>
        <w:t>时，即</w:t>
      </w:r>
      <w:r>
        <w:pict>
          <v:shape id="_x0000_i720790" o:spt="75" alt="学科网(www.zxxk.com)--教育资源门户，提供试卷、教案、课件、论文、素材以及各类教学资源下载，还有大量而丰富的教学相关资讯！" type="#_x0000_t75" style="height:20.25pt;width:84.75pt;" o:ole="t" filled="f" o:preferrelative="t" stroked="f" coordsize="21600,21600">
            <v:path/>
            <v:fill on="f" focussize="0,0"/>
            <v:stroke on="f" joinstyle="miter"/>
            <v:imagedata r:id="rId5758" o:title="eqId2f63816f28327eaaf4f70d765828b5e4"/>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pict>
          <v:shape id="_x0000_i720791"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5759" o:title="eqIdd8d108717b32c49315072e3fbcfa86b9"/>
            <o:lock v:ext="edit" aspectratio="t"/>
            <w10:wrap type="none"/>
            <w10:anchorlock/>
          </v:shape>
        </w:pict>
      </w:r>
      <w:r>
        <w:rPr>
          <w:rFonts w:ascii="宋体" w:hAnsi="宋体" w:eastAsia="宋体" w:cs="宋体"/>
          <w:color w:val="000000"/>
        </w:rPr>
        <w:t>或</w:t>
      </w:r>
      <w:r>
        <w:pict>
          <v:shape id="_x0000_i720792" o:spt="75" alt="学科网(www.zxxk.com)--教育资源门户，提供试卷、教案、课件、论文、素材以及各类教学资源下载，还有大量而丰富的教学相关资讯！" type="#_x0000_t75" style="height:20.25pt;width:93.75pt;" o:ole="t" filled="f" o:preferrelative="t" stroked="f" coordsize="21600,21600">
            <v:path/>
            <v:fill on="f" focussize="0,0"/>
            <v:stroke on="f" joinstyle="miter"/>
            <v:imagedata r:id="rId5760" o:title="eqIdd5d85f74a40d4c4b2fc0716e8308c897"/>
            <o:lock v:ext="edit" aspectratio="t"/>
            <w10:wrap type="none"/>
            <w10:anchorlock/>
          </v:shape>
        </w:pict>
      </w:r>
    </w:p>
    <w:p>
      <w:pPr>
        <w:spacing w:line="360" w:lineRule="auto"/>
        <w:jc w:val="left"/>
        <w:textAlignment w:val="center"/>
        <w:rPr>
          <w:color w:val="000000"/>
        </w:rPr>
      </w:pPr>
      <w:r>
        <w:rPr>
          <w:rFonts w:ascii="宋体" w:hAnsi="宋体" w:eastAsia="宋体" w:cs="宋体"/>
          <w:color w:val="000000"/>
        </w:rPr>
        <w:t>解得：</w:t>
      </w:r>
      <w:r>
        <w:pict>
          <v:shape id="_x0000_i720793" o:spt="75" alt="学科网(www.zxxk.com)--教育资源门户，提供试卷、教案、课件、论文、素材以及各类教学资源下载，还有大量而丰富的教学相关资讯！" type="#_x0000_t75" style="height:13.8pt;width:40.2pt;" o:ole="t" filled="f" o:preferrelative="t" stroked="f" coordsize="21600,21600">
            <v:path/>
            <v:fill on="f" focussize="0,0"/>
            <v:stroke on="f" joinstyle="miter"/>
            <v:imagedata r:id="rId5761" o:title="eqIdc88f76bc231d1f52fa7f1bb8c0b1b1c6"/>
            <o:lock v:ext="edit" aspectratio="t"/>
            <w10:wrap type="none"/>
            <w10:anchorlock/>
          </v:shape>
        </w:pict>
      </w:r>
      <w:r>
        <w:rPr>
          <w:rFonts w:ascii="宋体" w:hAnsi="宋体" w:eastAsia="宋体" w:cs="宋体"/>
          <w:color w:val="000000"/>
        </w:rPr>
        <w:t>或</w:t>
      </w:r>
      <w:r>
        <w:pict>
          <v:shape id="_x0000_i72079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5762" o:title="eqIda089c207e39a24d0d82aa853ac2bbb8c"/>
            <o:lock v:ext="edit" aspectratio="t"/>
            <w10:wrap type="none"/>
            <w10:anchorlock/>
          </v:shape>
        </w:pi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∴点</w:t>
      </w:r>
      <w:r>
        <w:pict>
          <v:shape id="_x0000_i720795"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5763" o:title="eqIda0ed1ec316bc54c37c4286c208f55667"/>
            <o:lock v:ext="edit" aspectratio="t"/>
            <w10:wrap type="none"/>
            <w10:anchorlock/>
          </v:shape>
        </w:pict>
      </w:r>
      <w:r>
        <w:rPr>
          <w:rFonts w:ascii="宋体" w:hAnsi="宋体" w:eastAsia="宋体" w:cs="宋体"/>
          <w:color w:val="000000"/>
        </w:rPr>
        <w:t>表示的数为</w:t>
      </w:r>
      <w:r>
        <w:pict>
          <v:shape id="_x0000_i720796"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5764" o:title="eqIdc696d722e1b4b938c7a956ff83f733bd"/>
            <o:lock v:ext="edit" aspectratio="t"/>
            <w10:wrap type="none"/>
            <w10:anchorlock/>
          </v:shape>
        </w:pict>
      </w:r>
      <w:r>
        <w:rPr>
          <w:rFonts w:ascii="宋体" w:hAnsi="宋体" w:eastAsia="宋体" w:cs="宋体"/>
          <w:color w:val="000000"/>
        </w:rPr>
        <w:t>或</w:t>
      </w:r>
      <w:r>
        <w:pict>
          <v:shape id="_x0000_i720797" o:spt="75" alt="学科网(www.zxxk.com)--教育资源门户，提供试卷、教案、课件、论文、素材以及各类教学资源下载，还有大量而丰富的教学相关资讯！" type="#_x0000_t75" style="height:14.25pt;width:9.1pt;" o:ole="t" filled="f" o:preferrelative="t" stroked="f" coordsize="21600,21600">
            <v:path/>
            <v:fill on="f" focussize="0,0"/>
            <v:stroke on="f" joinstyle="miter"/>
            <v:imagedata r:id="rId5765" o:title="eqIdcd3304e23f3b0f9569c4140ca89b6498"/>
            <o:lock v:ext="edit" aspectratio="t"/>
            <w10:wrap type="none"/>
            <w10:anchorlock/>
          </v:shape>
        </w:pict>
      </w:r>
      <w:r>
        <w:rPr>
          <w:rFonts w:ascii="宋体" w:hAnsi="宋体" w:eastAsia="宋体" w:cs="宋体"/>
          <w:color w:val="000000"/>
        </w:rPr>
        <w:t>或</w:t>
      </w:r>
      <w:r>
        <w:pict>
          <v:shape id="_x0000_i720798"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5766" o:title="eqId9ff6875f44c1e897bc31e4c5f7d7ff48"/>
            <o:lock v:ext="edit" aspectratio="t"/>
            <w10:wrap type="none"/>
            <w10:anchorlock/>
          </v:shape>
        </w:pict>
      </w:r>
      <w:r>
        <w:rPr>
          <w:rFonts w:ascii="宋体" w:hAnsi="宋体" w:eastAsia="宋体" w:cs="宋体"/>
          <w:color w:val="000000"/>
        </w:rPr>
        <w:t>或</w:t>
      </w:r>
      <w:r>
        <w:pict>
          <v:shape id="_x0000_i720799" o:spt="75" alt="学科网(www.zxxk.com)--教育资源门户，提供试卷、教案、课件、论文、素材以及各类教学资源下载，还有大量而丰富的教学相关资讯！" type="#_x0000_t75" style="height:13.2pt;width:16.2pt;" o:ole="t" filled="f" o:preferrelative="t" stroked="f" coordsize="21600,21600">
            <v:path/>
            <v:fill on="f" focussize="0,0"/>
            <v:stroke on="f" joinstyle="miter"/>
            <v:imagedata r:id="rId5767" o:title="eqId3edbd40e04e2a943051fa83d6e511add"/>
            <o:lock v:ext="edit" aspectratio="t"/>
            <w10:wrap type="none"/>
            <w10:anchorlock/>
          </v:shape>
        </w:pict>
      </w:r>
      <w:r>
        <w:rPr>
          <w:rFonts w:ascii="宋体" w:hAnsi="宋体" w:eastAsia="宋体" w:cs="宋体"/>
          <w:color w:val="000000"/>
        </w:rP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14632.png"/><Relationship Id="rId10" Type="http://schemas.openxmlformats.org/officeDocument/2006/relationships/image" Target="media/x14633.wmf"/><Relationship Id="rId11" Type="http://schemas.openxmlformats.org/officeDocument/2006/relationships/image" Target="media/x14634.wmf"/><Relationship Id="rId12" Type="http://schemas.openxmlformats.org/officeDocument/2006/relationships/image" Target="media/x14635.wmf"/><Relationship Id="rId13" Type="http://schemas.openxmlformats.org/officeDocument/2006/relationships/image" Target="media/x14636.wmf"/><Relationship Id="rId14" Type="http://schemas.openxmlformats.org/officeDocument/2006/relationships/image" Target="media/x14637.wmf"/><Relationship Id="rId15" Type="http://schemas.openxmlformats.org/officeDocument/2006/relationships/image" Target="media/x14638.wmf"/><Relationship Id="rId16" Type="http://schemas.openxmlformats.org/officeDocument/2006/relationships/image" Target="media/x14639.wmf"/><Relationship Id="rId17" Type="http://schemas.openxmlformats.org/officeDocument/2006/relationships/image" Target="media/x14640.wmf"/><Relationship Id="rId18" Type="http://schemas.openxmlformats.org/officeDocument/2006/relationships/image" Target="media/x14641.wmf"/><Relationship Id="rId19" Type="http://schemas.openxmlformats.org/officeDocument/2006/relationships/image" Target="media/x14642.wmf"/><Relationship Id="rId20" Type="http://schemas.openxmlformats.org/officeDocument/2006/relationships/image" Target="media/x14643.wmf"/><Relationship Id="rId21" Type="http://schemas.openxmlformats.org/officeDocument/2006/relationships/image" Target="media/x14644.wmf"/><Relationship Id="rId22" Type="http://schemas.openxmlformats.org/officeDocument/2006/relationships/image" Target="media/x14645.wmf"/><Relationship Id="rId23" Type="http://schemas.openxmlformats.org/officeDocument/2006/relationships/image" Target="media/x14646.wmf"/><Relationship Id="rId24" Type="http://schemas.openxmlformats.org/officeDocument/2006/relationships/image" Target="media/x14647.wmf"/><Relationship Id="rId25" Type="http://schemas.openxmlformats.org/officeDocument/2006/relationships/image" Target="media/x14648.wmf"/><Relationship Id="rId26" Type="http://schemas.openxmlformats.org/officeDocument/2006/relationships/image" Target="media/x14649.wmf"/><Relationship Id="rId27" Type="http://schemas.openxmlformats.org/officeDocument/2006/relationships/image" Target="media/x14650.wmf"/><Relationship Id="rId28" Type="http://schemas.openxmlformats.org/officeDocument/2006/relationships/image" Target="media/x14651.wmf"/><Relationship Id="rId29" Type="http://schemas.openxmlformats.org/officeDocument/2006/relationships/image" Target="media/x14652.wmf"/><Relationship Id="rId30" Type="http://schemas.openxmlformats.org/officeDocument/2006/relationships/image" Target="media/x14653.wmf"/><Relationship Id="rId31" Type="http://schemas.openxmlformats.org/officeDocument/2006/relationships/image" Target="media/x14654.wmf"/><Relationship Id="rId32" Type="http://schemas.openxmlformats.org/officeDocument/2006/relationships/image" Target="media/x14655.wmf"/><Relationship Id="rId33" Type="http://schemas.openxmlformats.org/officeDocument/2006/relationships/image" Target="media/x14656.wmf"/><Relationship Id="rId34" Type="http://schemas.openxmlformats.org/officeDocument/2006/relationships/image" Target="media/x14657.wmf"/><Relationship Id="rId35" Type="http://schemas.openxmlformats.org/officeDocument/2006/relationships/image" Target="media/x14658.wmf"/><Relationship Id="rId36" Type="http://schemas.openxmlformats.org/officeDocument/2006/relationships/image" Target="media/x14659.wmf"/><Relationship Id="rId37" Type="http://schemas.openxmlformats.org/officeDocument/2006/relationships/image" Target="media/x14660.wmf"/><Relationship Id="rId38" Type="http://schemas.openxmlformats.org/officeDocument/2006/relationships/image" Target="media/x14661.wmf"/><Relationship Id="rId39" Type="http://schemas.openxmlformats.org/officeDocument/2006/relationships/image" Target="media/x14662.wmf"/><Relationship Id="rId40" Type="http://schemas.openxmlformats.org/officeDocument/2006/relationships/image" Target="media/x14663.wmf"/><Relationship Id="rId41" Type="http://schemas.openxmlformats.org/officeDocument/2006/relationships/image" Target="media/x14664.wmf"/><Relationship Id="rId42" Type="http://schemas.openxmlformats.org/officeDocument/2006/relationships/image" Target="media/x14665.wmf"/><Relationship Id="rId43" Type="http://schemas.openxmlformats.org/officeDocument/2006/relationships/image" Target="media/x14666.wmf"/><Relationship Id="rId44" Type="http://schemas.openxmlformats.org/officeDocument/2006/relationships/image" Target="media/x14667.wmf"/><Relationship Id="rId45" Type="http://schemas.openxmlformats.org/officeDocument/2006/relationships/image" Target="media/x14668.wmf"/><Relationship Id="rId46" Type="http://schemas.openxmlformats.org/officeDocument/2006/relationships/image" Target="media/x14669.wmf"/><Relationship Id="rId47" Type="http://schemas.openxmlformats.org/officeDocument/2006/relationships/image" Target="media/x14670.wmf"/><Relationship Id="rId48" Type="http://schemas.openxmlformats.org/officeDocument/2006/relationships/image" Target="media/x14671.wmf"/><Relationship Id="rId49" Type="http://schemas.openxmlformats.org/officeDocument/2006/relationships/image" Target="media/x14672.wmf"/><Relationship Id="rId50" Type="http://schemas.openxmlformats.org/officeDocument/2006/relationships/image" Target="media/x14673.wmf"/><Relationship Id="rId51" Type="http://schemas.openxmlformats.org/officeDocument/2006/relationships/image" Target="media/x14674.wmf"/><Relationship Id="rId52" Type="http://schemas.openxmlformats.org/officeDocument/2006/relationships/image" Target="media/x14675.wmf"/><Relationship Id="rId53" Type="http://schemas.openxmlformats.org/officeDocument/2006/relationships/image" Target="media/x14676.wmf"/><Relationship Id="rId54" Type="http://schemas.openxmlformats.org/officeDocument/2006/relationships/image" Target="media/x14677.wmf"/><Relationship Id="rId55" Type="http://schemas.openxmlformats.org/officeDocument/2006/relationships/image" Target="media/x14678.wmf"/><Relationship Id="rId56" Type="http://schemas.openxmlformats.org/officeDocument/2006/relationships/image" Target="media/x14679.wmf"/><Relationship Id="rId57" Type="http://schemas.openxmlformats.org/officeDocument/2006/relationships/image" Target="media/x14680.png"/><Relationship Id="rId58" Type="http://schemas.openxmlformats.org/officeDocument/2006/relationships/image" Target="media/x14681.wmf"/><Relationship Id="rId59" Type="http://schemas.openxmlformats.org/officeDocument/2006/relationships/image" Target="media/x14682.wmf"/><Relationship Id="rId60" Type="http://schemas.openxmlformats.org/officeDocument/2006/relationships/image" Target="media/x14683.wmf"/><Relationship Id="rId61" Type="http://schemas.openxmlformats.org/officeDocument/2006/relationships/image" Target="media/x14684.wmf"/><Relationship Id="rId62" Type="http://schemas.openxmlformats.org/officeDocument/2006/relationships/image" Target="media/x14685.wmf"/><Relationship Id="rId63" Type="http://schemas.openxmlformats.org/officeDocument/2006/relationships/image" Target="media/x14686.wmf"/><Relationship Id="rId64" Type="http://schemas.openxmlformats.org/officeDocument/2006/relationships/image" Target="media/x14687.wmf"/><Relationship Id="rId65" Type="http://schemas.openxmlformats.org/officeDocument/2006/relationships/image" Target="media/x14688.wmf"/><Relationship Id="rId66" Type="http://schemas.openxmlformats.org/officeDocument/2006/relationships/image" Target="media/x14689.wmf"/><Relationship Id="rId67" Type="http://schemas.openxmlformats.org/officeDocument/2006/relationships/image" Target="media/x14690.wmf"/><Relationship Id="rId68" Type="http://schemas.openxmlformats.org/officeDocument/2006/relationships/image" Target="media/x14691.wmf"/><Relationship Id="rId69" Type="http://schemas.openxmlformats.org/officeDocument/2006/relationships/image" Target="media/x14692.wmf"/><Relationship Id="rId70" Type="http://schemas.openxmlformats.org/officeDocument/2006/relationships/image" Target="media/x14693.wmf"/><Relationship Id="rId71" Type="http://schemas.openxmlformats.org/officeDocument/2006/relationships/image" Target="media/x14694.wmf"/><Relationship Id="rId72" Type="http://schemas.openxmlformats.org/officeDocument/2006/relationships/image" Target="media/x14695.png"/><Relationship Id="rId73" Type="http://schemas.openxmlformats.org/officeDocument/2006/relationships/image" Target="media/x14696.wmf"/><Relationship Id="rId74" Type="http://schemas.openxmlformats.org/officeDocument/2006/relationships/image" Target="media/x14697.wmf"/><Relationship Id="rId75" Type="http://schemas.openxmlformats.org/officeDocument/2006/relationships/image" Target="media/x14698.wmf"/><Relationship Id="rId76" Type="http://schemas.openxmlformats.org/officeDocument/2006/relationships/image" Target="media/x14699.wmf"/><Relationship Id="rId77" Type="http://schemas.openxmlformats.org/officeDocument/2006/relationships/image" Target="media/x14700.wmf"/><Relationship Id="rId78" Type="http://schemas.openxmlformats.org/officeDocument/2006/relationships/image" Target="media/x14701.wmf"/><Relationship Id="rId79" Type="http://schemas.openxmlformats.org/officeDocument/2006/relationships/image" Target="media/x14702.wmf"/><Relationship Id="rId80" Type="http://schemas.openxmlformats.org/officeDocument/2006/relationships/image" Target="media/x14703.wmf"/><Relationship Id="rId81" Type="http://schemas.openxmlformats.org/officeDocument/2006/relationships/image" Target="media/x14704.wmf"/><Relationship Id="rId82" Type="http://schemas.openxmlformats.org/officeDocument/2006/relationships/image" Target="media/x14705.wmf"/><Relationship Id="rId83" Type="http://schemas.openxmlformats.org/officeDocument/2006/relationships/image" Target="media/x14706.wmf"/><Relationship Id="rId84" Type="http://schemas.openxmlformats.org/officeDocument/2006/relationships/image" Target="media/x14707.wmf"/><Relationship Id="rId85" Type="http://schemas.openxmlformats.org/officeDocument/2006/relationships/image" Target="media/x14708.wmf"/><Relationship Id="rId86" Type="http://schemas.openxmlformats.org/officeDocument/2006/relationships/image" Target="media/x14709.wmf"/><Relationship Id="rId87" Type="http://schemas.openxmlformats.org/officeDocument/2006/relationships/image" Target="media/x14710.wmf"/><Relationship Id="rId88" Type="http://schemas.openxmlformats.org/officeDocument/2006/relationships/image" Target="media/x14711.wmf"/><Relationship Id="rId89" Type="http://schemas.openxmlformats.org/officeDocument/2006/relationships/image" Target="media/x14712.wmf"/><Relationship Id="rId90" Type="http://schemas.openxmlformats.org/officeDocument/2006/relationships/image" Target="media/x14713.wmf"/><Relationship Id="rId91" Type="http://schemas.openxmlformats.org/officeDocument/2006/relationships/image" Target="media/x14714.wmf"/><Relationship Id="rId92" Type="http://schemas.openxmlformats.org/officeDocument/2006/relationships/image" Target="media/x14715.png"/><Relationship Id="rId93" Type="http://schemas.openxmlformats.org/officeDocument/2006/relationships/image" Target="media/x14716.wmf"/><Relationship Id="rId94" Type="http://schemas.openxmlformats.org/officeDocument/2006/relationships/image" Target="media/x14717.wmf"/><Relationship Id="rId95" Type="http://schemas.openxmlformats.org/officeDocument/2006/relationships/image" Target="media/x14718.wmf"/><Relationship Id="rId96" Type="http://schemas.openxmlformats.org/officeDocument/2006/relationships/image" Target="media/x14719.wmf"/><Relationship Id="rId97" Type="http://schemas.openxmlformats.org/officeDocument/2006/relationships/image" Target="media/x14720.wmf"/><Relationship Id="rId98" Type="http://schemas.openxmlformats.org/officeDocument/2006/relationships/image" Target="media/x14721.wmf"/><Relationship Id="rId99" Type="http://schemas.openxmlformats.org/officeDocument/2006/relationships/image" Target="media/x14722.wmf"/><Relationship Id="rId100" Type="http://schemas.openxmlformats.org/officeDocument/2006/relationships/image" Target="media/x14723.wmf"/><Relationship Id="rId101" Type="http://schemas.openxmlformats.org/officeDocument/2006/relationships/image" Target="media/x14724.wmf"/><Relationship Id="rId102" Type="http://schemas.openxmlformats.org/officeDocument/2006/relationships/image" Target="media/x14725.wmf"/><Relationship Id="rId103" Type="http://schemas.openxmlformats.org/officeDocument/2006/relationships/image" Target="media/x14726.wmf"/><Relationship Id="rId104" Type="http://schemas.openxmlformats.org/officeDocument/2006/relationships/image" Target="media/x14727.wmf"/><Relationship Id="rId105" Type="http://schemas.openxmlformats.org/officeDocument/2006/relationships/image" Target="media/x14728.wmf"/><Relationship Id="rId106" Type="http://schemas.openxmlformats.org/officeDocument/2006/relationships/image" Target="media/x14729.wmf"/><Relationship Id="rId107" Type="http://schemas.openxmlformats.org/officeDocument/2006/relationships/image" Target="media/x14730.wmf"/><Relationship Id="rId108" Type="http://schemas.openxmlformats.org/officeDocument/2006/relationships/image" Target="media/x14731.wmf"/><Relationship Id="rId109" Type="http://schemas.openxmlformats.org/officeDocument/2006/relationships/image" Target="media/x14732.wmf"/><Relationship Id="rId110" Type="http://schemas.openxmlformats.org/officeDocument/2006/relationships/image" Target="media/x14733.wmf"/><Relationship Id="rId111" Type="http://schemas.openxmlformats.org/officeDocument/2006/relationships/image" Target="media/x14734.wmf"/><Relationship Id="rId112" Type="http://schemas.openxmlformats.org/officeDocument/2006/relationships/image" Target="media/x14735.wmf"/><Relationship Id="rId113" Type="http://schemas.openxmlformats.org/officeDocument/2006/relationships/image" Target="media/x14736.wmf"/><Relationship Id="rId114" Type="http://schemas.openxmlformats.org/officeDocument/2006/relationships/image" Target="media/x14737.wmf"/><Relationship Id="rId115" Type="http://schemas.openxmlformats.org/officeDocument/2006/relationships/image" Target="media/x14738.wmf"/><Relationship Id="rId116" Type="http://schemas.openxmlformats.org/officeDocument/2006/relationships/image" Target="media/x14739.wmf"/><Relationship Id="rId117" Type="http://schemas.openxmlformats.org/officeDocument/2006/relationships/image" Target="media/x14740.wmf"/><Relationship Id="rId118" Type="http://schemas.openxmlformats.org/officeDocument/2006/relationships/image" Target="media/x14741.wmf"/><Relationship Id="rId119" Type="http://schemas.openxmlformats.org/officeDocument/2006/relationships/image" Target="media/x14742.wmf"/><Relationship Id="rId120" Type="http://schemas.openxmlformats.org/officeDocument/2006/relationships/image" Target="media/x14743.wmf"/><Relationship Id="rId121" Type="http://schemas.openxmlformats.org/officeDocument/2006/relationships/image" Target="media/x14744.wmf"/><Relationship Id="rId122" Type="http://schemas.openxmlformats.org/officeDocument/2006/relationships/image" Target="media/x14745.wmf"/><Relationship Id="rId123" Type="http://schemas.openxmlformats.org/officeDocument/2006/relationships/image" Target="media/x14746.wmf"/><Relationship Id="rId124" Type="http://schemas.openxmlformats.org/officeDocument/2006/relationships/image" Target="media/x14747.wmf"/><Relationship Id="rId125" Type="http://schemas.openxmlformats.org/officeDocument/2006/relationships/image" Target="media/x14748.wmf"/><Relationship Id="rId126" Type="http://schemas.openxmlformats.org/officeDocument/2006/relationships/image" Target="media/x14749.wmf"/><Relationship Id="rId127" Type="http://schemas.openxmlformats.org/officeDocument/2006/relationships/image" Target="media/x14750.wmf"/><Relationship Id="rId128" Type="http://schemas.openxmlformats.org/officeDocument/2006/relationships/image" Target="media/x14751.wmf"/><Relationship Id="rId129" Type="http://schemas.openxmlformats.org/officeDocument/2006/relationships/image" Target="media/x14752.wmf"/><Relationship Id="rId130" Type="http://schemas.openxmlformats.org/officeDocument/2006/relationships/image" Target="media/x14753.wmf"/><Relationship Id="rId131" Type="http://schemas.openxmlformats.org/officeDocument/2006/relationships/image" Target="media/x14754.wmf"/><Relationship Id="rId132" Type="http://schemas.openxmlformats.org/officeDocument/2006/relationships/image" Target="media/x14755.wmf"/><Relationship Id="rId133" Type="http://schemas.openxmlformats.org/officeDocument/2006/relationships/image" Target="media/x14756.wmf"/><Relationship Id="rId134" Type="http://schemas.openxmlformats.org/officeDocument/2006/relationships/image" Target="media/x14757.wmf"/><Relationship Id="rId135" Type="http://schemas.openxmlformats.org/officeDocument/2006/relationships/image" Target="media/x14758.png"/><Relationship Id="rId136" Type="http://schemas.openxmlformats.org/officeDocument/2006/relationships/image" Target="media/x14759.wmf"/><Relationship Id="rId137" Type="http://schemas.openxmlformats.org/officeDocument/2006/relationships/image" Target="media/x14760.wmf"/><Relationship Id="rId138" Type="http://schemas.openxmlformats.org/officeDocument/2006/relationships/image" Target="media/x14761.wmf"/><Relationship Id="rId139" Type="http://schemas.openxmlformats.org/officeDocument/2006/relationships/image" Target="media/x14762.wmf"/><Relationship Id="rId140" Type="http://schemas.openxmlformats.org/officeDocument/2006/relationships/image" Target="media/x14763.wmf"/><Relationship Id="rId141" Type="http://schemas.openxmlformats.org/officeDocument/2006/relationships/image" Target="media/x14764.wmf"/><Relationship Id="rId142" Type="http://schemas.openxmlformats.org/officeDocument/2006/relationships/image" Target="media/x14765.wmf"/><Relationship Id="rId143" Type="http://schemas.openxmlformats.org/officeDocument/2006/relationships/image" Target="media/x14766.png"/><Relationship Id="rId144" Type="http://schemas.openxmlformats.org/officeDocument/2006/relationships/image" Target="media/x14767.wmf"/><Relationship Id="rId145" Type="http://schemas.openxmlformats.org/officeDocument/2006/relationships/image" Target="media/x14768.wmf"/><Relationship Id="rId146" Type="http://schemas.openxmlformats.org/officeDocument/2006/relationships/image" Target="media/x14769.wmf"/><Relationship Id="rId147" Type="http://schemas.openxmlformats.org/officeDocument/2006/relationships/image" Target="media/x14770.wmf"/><Relationship Id="rId148" Type="http://schemas.openxmlformats.org/officeDocument/2006/relationships/image" Target="media/x14771.wmf"/><Relationship Id="rId149" Type="http://schemas.openxmlformats.org/officeDocument/2006/relationships/image" Target="media/x14772.wmf"/><Relationship Id="rId150" Type="http://schemas.openxmlformats.org/officeDocument/2006/relationships/image" Target="media/x14773.wmf"/><Relationship Id="rId151" Type="http://schemas.openxmlformats.org/officeDocument/2006/relationships/image" Target="media/x14774.png"/><Relationship Id="rId152" Type="http://schemas.openxmlformats.org/officeDocument/2006/relationships/image" Target="media/x14775.wmf"/><Relationship Id="rId153" Type="http://schemas.openxmlformats.org/officeDocument/2006/relationships/image" Target="media/x14776.wmf"/><Relationship Id="rId154" Type="http://schemas.openxmlformats.org/officeDocument/2006/relationships/image" Target="media/x14777.wmf"/><Relationship Id="rId155" Type="http://schemas.openxmlformats.org/officeDocument/2006/relationships/image" Target="media/x14778.wmf"/><Relationship Id="rId156" Type="http://schemas.openxmlformats.org/officeDocument/2006/relationships/image" Target="media/x14779.wmf"/><Relationship Id="rId157" Type="http://schemas.openxmlformats.org/officeDocument/2006/relationships/image" Target="media/x14780.wmf"/><Relationship Id="rId158" Type="http://schemas.openxmlformats.org/officeDocument/2006/relationships/image" Target="media/x14781.wmf"/><Relationship Id="rId159" Type="http://schemas.openxmlformats.org/officeDocument/2006/relationships/image" Target="media/x14782.wmf"/><Relationship Id="rId160" Type="http://schemas.openxmlformats.org/officeDocument/2006/relationships/image" Target="media/x14783.wmf"/><Relationship Id="rId161" Type="http://schemas.openxmlformats.org/officeDocument/2006/relationships/image" Target="media/x14784.wmf"/><Relationship Id="rId162" Type="http://schemas.openxmlformats.org/officeDocument/2006/relationships/image" Target="media/x14785.wmf"/><Relationship Id="rId163" Type="http://schemas.openxmlformats.org/officeDocument/2006/relationships/image" Target="media/x14786.wmf"/><Relationship Id="rId164" Type="http://schemas.openxmlformats.org/officeDocument/2006/relationships/image" Target="media/x14787.wmf"/><Relationship Id="rId165" Type="http://schemas.openxmlformats.org/officeDocument/2006/relationships/image" Target="media/x14788.wmf"/><Relationship Id="rId166" Type="http://schemas.openxmlformats.org/officeDocument/2006/relationships/image" Target="media/x14789.wmf"/><Relationship Id="rId167" Type="http://schemas.openxmlformats.org/officeDocument/2006/relationships/image" Target="media/x14790.wmf"/><Relationship Id="rId168" Type="http://schemas.openxmlformats.org/officeDocument/2006/relationships/image" Target="media/x14791.wmf"/><Relationship Id="rId169" Type="http://schemas.openxmlformats.org/officeDocument/2006/relationships/image" Target="media/x14792.wmf"/><Relationship Id="rId170" Type="http://schemas.openxmlformats.org/officeDocument/2006/relationships/image" Target="media/x14793.wmf"/><Relationship Id="rId171" Type="http://schemas.openxmlformats.org/officeDocument/2006/relationships/image" Target="media/x14794.wmf"/><Relationship Id="rId172" Type="http://schemas.openxmlformats.org/officeDocument/2006/relationships/image" Target="media/x14795.wmf"/><Relationship Id="rId173" Type="http://schemas.openxmlformats.org/officeDocument/2006/relationships/image" Target="media/x14796.wmf"/><Relationship Id="rId174" Type="http://schemas.openxmlformats.org/officeDocument/2006/relationships/image" Target="media/x14797.wmf"/><Relationship Id="rId175" Type="http://schemas.openxmlformats.org/officeDocument/2006/relationships/image" Target="media/x14798.wmf"/><Relationship Id="rId176" Type="http://schemas.openxmlformats.org/officeDocument/2006/relationships/image" Target="media/x14799.wmf"/><Relationship Id="rId177" Type="http://schemas.openxmlformats.org/officeDocument/2006/relationships/image" Target="media/x14800.wmf"/><Relationship Id="rId178" Type="http://schemas.openxmlformats.org/officeDocument/2006/relationships/image" Target="media/x14801.wmf"/><Relationship Id="rId179" Type="http://schemas.openxmlformats.org/officeDocument/2006/relationships/image" Target="media/x14802.wmf"/><Relationship Id="rId180" Type="http://schemas.openxmlformats.org/officeDocument/2006/relationships/image" Target="media/x14803.wmf"/><Relationship Id="rId181" Type="http://schemas.openxmlformats.org/officeDocument/2006/relationships/image" Target="media/x14804.wmf"/><Relationship Id="rId182" Type="http://schemas.openxmlformats.org/officeDocument/2006/relationships/image" Target="media/x14805.wmf"/><Relationship Id="rId183" Type="http://schemas.openxmlformats.org/officeDocument/2006/relationships/image" Target="media/x14806.wmf"/><Relationship Id="rId184" Type="http://schemas.openxmlformats.org/officeDocument/2006/relationships/image" Target="media/x14807.wmf"/><Relationship Id="rId185" Type="http://schemas.openxmlformats.org/officeDocument/2006/relationships/image" Target="media/x14808.png"/><Relationship Id="rId186" Type="http://schemas.openxmlformats.org/officeDocument/2006/relationships/image" Target="media/x14809.wmf"/><Relationship Id="rId187" Type="http://schemas.openxmlformats.org/officeDocument/2006/relationships/image" Target="media/x14810.wmf"/><Relationship Id="rId188" Type="http://schemas.openxmlformats.org/officeDocument/2006/relationships/image" Target="media/x14811.wmf"/><Relationship Id="rId189" Type="http://schemas.openxmlformats.org/officeDocument/2006/relationships/image" Target="media/x14812.wmf"/><Relationship Id="rId190" Type="http://schemas.openxmlformats.org/officeDocument/2006/relationships/image" Target="media/x14813.wmf"/><Relationship Id="rId191" Type="http://schemas.openxmlformats.org/officeDocument/2006/relationships/image" Target="media/x14814.wmf"/><Relationship Id="rId192" Type="http://schemas.openxmlformats.org/officeDocument/2006/relationships/image" Target="media/x14815.wmf"/><Relationship Id="rId193" Type="http://schemas.openxmlformats.org/officeDocument/2006/relationships/image" Target="media/x14816.wmf"/><Relationship Id="rId194" Type="http://schemas.openxmlformats.org/officeDocument/2006/relationships/image" Target="media/x14817.wmf"/><Relationship Id="rId195" Type="http://schemas.openxmlformats.org/officeDocument/2006/relationships/image" Target="media/x14818.wmf"/><Relationship Id="rId196" Type="http://schemas.openxmlformats.org/officeDocument/2006/relationships/image" Target="media/x14819.wmf"/><Relationship Id="rId197" Type="http://schemas.openxmlformats.org/officeDocument/2006/relationships/image" Target="media/x14820.wmf"/><Relationship Id="rId198" Type="http://schemas.openxmlformats.org/officeDocument/2006/relationships/image" Target="media/x14821.wmf"/><Relationship Id="rId199" Type="http://schemas.openxmlformats.org/officeDocument/2006/relationships/image" Target="media/x14822.wmf"/><Relationship Id="rId200" Type="http://schemas.openxmlformats.org/officeDocument/2006/relationships/image" Target="media/x14823.wmf"/><Relationship Id="rId201" Type="http://schemas.openxmlformats.org/officeDocument/2006/relationships/image" Target="media/x14824.wmf"/><Relationship Id="rId202" Type="http://schemas.openxmlformats.org/officeDocument/2006/relationships/image" Target="media/x14825.wmf"/><Relationship Id="rId203" Type="http://schemas.openxmlformats.org/officeDocument/2006/relationships/image" Target="media/x14826.wmf"/><Relationship Id="rId204" Type="http://schemas.openxmlformats.org/officeDocument/2006/relationships/image" Target="media/x14827.wmf"/><Relationship Id="rId205" Type="http://schemas.openxmlformats.org/officeDocument/2006/relationships/image" Target="media/x14828.wmf"/><Relationship Id="rId206" Type="http://schemas.openxmlformats.org/officeDocument/2006/relationships/image" Target="media/x14829.wmf"/><Relationship Id="rId207" Type="http://schemas.openxmlformats.org/officeDocument/2006/relationships/image" Target="media/x14830.wmf"/><Relationship Id="rId208" Type="http://schemas.openxmlformats.org/officeDocument/2006/relationships/image" Target="media/x14831.wmf"/><Relationship Id="rId209" Type="http://schemas.openxmlformats.org/officeDocument/2006/relationships/image" Target="media/x14832.wmf"/><Relationship Id="rId210" Type="http://schemas.openxmlformats.org/officeDocument/2006/relationships/image" Target="media/x14833.wmf"/><Relationship Id="rId211" Type="http://schemas.openxmlformats.org/officeDocument/2006/relationships/image" Target="media/x14834.wmf"/><Relationship Id="rId212" Type="http://schemas.openxmlformats.org/officeDocument/2006/relationships/image" Target="media/x14835.wmf"/><Relationship Id="rId213" Type="http://schemas.openxmlformats.org/officeDocument/2006/relationships/image" Target="media/x14836.wmf"/><Relationship Id="rId214" Type="http://schemas.openxmlformats.org/officeDocument/2006/relationships/image" Target="media/x14837.wmf"/><Relationship Id="rId215" Type="http://schemas.openxmlformats.org/officeDocument/2006/relationships/image" Target="media/x14838.wmf"/><Relationship Id="rId216" Type="http://schemas.openxmlformats.org/officeDocument/2006/relationships/image" Target="media/x14839.png"/><Relationship Id="rId217" Type="http://schemas.openxmlformats.org/officeDocument/2006/relationships/image" Target="media/x14840.wmf"/><Relationship Id="rId218" Type="http://schemas.openxmlformats.org/officeDocument/2006/relationships/image" Target="media/x14841.wmf"/><Relationship Id="rId219" Type="http://schemas.openxmlformats.org/officeDocument/2006/relationships/image" Target="media/x14842.wmf"/><Relationship Id="rId220" Type="http://schemas.openxmlformats.org/officeDocument/2006/relationships/image" Target="media/x14843.wmf"/><Relationship Id="rId221" Type="http://schemas.openxmlformats.org/officeDocument/2006/relationships/image" Target="media/x14844.wmf"/><Relationship Id="rId222" Type="http://schemas.openxmlformats.org/officeDocument/2006/relationships/image" Target="media/x14845.wmf"/><Relationship Id="rId223" Type="http://schemas.openxmlformats.org/officeDocument/2006/relationships/image" Target="media/x14846.wmf"/><Relationship Id="rId224" Type="http://schemas.openxmlformats.org/officeDocument/2006/relationships/image" Target="media/x14847.wmf"/><Relationship Id="rId225" Type="http://schemas.openxmlformats.org/officeDocument/2006/relationships/image" Target="media/x14848.wmf"/><Relationship Id="rId226" Type="http://schemas.openxmlformats.org/officeDocument/2006/relationships/image" Target="media/x14849.wmf"/><Relationship Id="rId227" Type="http://schemas.openxmlformats.org/officeDocument/2006/relationships/image" Target="media/x14850.wmf"/><Relationship Id="rId228" Type="http://schemas.openxmlformats.org/officeDocument/2006/relationships/image" Target="media/x14851.wmf"/><Relationship Id="rId229" Type="http://schemas.openxmlformats.org/officeDocument/2006/relationships/image" Target="media/x14852.wmf"/><Relationship Id="rId230" Type="http://schemas.openxmlformats.org/officeDocument/2006/relationships/image" Target="media/x14853.wmf"/><Relationship Id="rId231" Type="http://schemas.openxmlformats.org/officeDocument/2006/relationships/image" Target="media/x14854.wmf"/><Relationship Id="rId232" Type="http://schemas.openxmlformats.org/officeDocument/2006/relationships/image" Target="media/x14855.wmf"/><Relationship Id="rId233" Type="http://schemas.openxmlformats.org/officeDocument/2006/relationships/image" Target="media/x14856.wmf"/><Relationship Id="rId234" Type="http://schemas.openxmlformats.org/officeDocument/2006/relationships/image" Target="media/x14857.wmf"/><Relationship Id="rId235" Type="http://schemas.openxmlformats.org/officeDocument/2006/relationships/image" Target="media/x14858.wmf"/><Relationship Id="rId236" Type="http://schemas.openxmlformats.org/officeDocument/2006/relationships/image" Target="media/x14859.wmf"/><Relationship Id="rId237" Type="http://schemas.openxmlformats.org/officeDocument/2006/relationships/image" Target="media/x14860.wmf"/><Relationship Id="rId238" Type="http://schemas.openxmlformats.org/officeDocument/2006/relationships/image" Target="media/x14861.wmf"/><Relationship Id="rId239" Type="http://schemas.openxmlformats.org/officeDocument/2006/relationships/image" Target="media/x14862.wmf"/><Relationship Id="rId240" Type="http://schemas.openxmlformats.org/officeDocument/2006/relationships/image" Target="media/x14863.wmf"/><Relationship Id="rId241" Type="http://schemas.openxmlformats.org/officeDocument/2006/relationships/image" Target="media/x14864.png"/><Relationship Id="rId242" Type="http://schemas.openxmlformats.org/officeDocument/2006/relationships/image" Target="media/x14865.wmf"/><Relationship Id="rId243" Type="http://schemas.openxmlformats.org/officeDocument/2006/relationships/image" Target="media/x14866.wmf"/><Relationship Id="rId244" Type="http://schemas.openxmlformats.org/officeDocument/2006/relationships/image" Target="media/x14867.wmf"/><Relationship Id="rId245" Type="http://schemas.openxmlformats.org/officeDocument/2006/relationships/image" Target="media/x14868.wmf"/><Relationship Id="rId246" Type="http://schemas.openxmlformats.org/officeDocument/2006/relationships/image" Target="media/x14869.wmf"/><Relationship Id="rId247" Type="http://schemas.openxmlformats.org/officeDocument/2006/relationships/image" Target="media/x14870.wmf"/><Relationship Id="rId248" Type="http://schemas.openxmlformats.org/officeDocument/2006/relationships/image" Target="media/x14871.wmf"/><Relationship Id="rId249" Type="http://schemas.openxmlformats.org/officeDocument/2006/relationships/image" Target="media/x14872.wmf"/><Relationship Id="rId250" Type="http://schemas.openxmlformats.org/officeDocument/2006/relationships/image" Target="media/x14873.wmf"/><Relationship Id="rId251" Type="http://schemas.openxmlformats.org/officeDocument/2006/relationships/image" Target="media/x14874.wmf"/><Relationship Id="rId252" Type="http://schemas.openxmlformats.org/officeDocument/2006/relationships/image" Target="media/x14875.png"/><Relationship Id="rId253" Type="http://schemas.openxmlformats.org/officeDocument/2006/relationships/image" Target="media/x14876.wmf"/><Relationship Id="rId254" Type="http://schemas.openxmlformats.org/officeDocument/2006/relationships/image" Target="media/x14877.wmf"/><Relationship Id="rId255" Type="http://schemas.openxmlformats.org/officeDocument/2006/relationships/image" Target="media/x14878.wmf"/><Relationship Id="rId256" Type="http://schemas.openxmlformats.org/officeDocument/2006/relationships/image" Target="media/x14879.wmf"/><Relationship Id="rId257" Type="http://schemas.openxmlformats.org/officeDocument/2006/relationships/image" Target="media/x14880.wmf"/><Relationship Id="rId258" Type="http://schemas.openxmlformats.org/officeDocument/2006/relationships/image" Target="media/x14881.wmf"/><Relationship Id="rId259" Type="http://schemas.openxmlformats.org/officeDocument/2006/relationships/image" Target="media/x14882.wmf"/><Relationship Id="rId260" Type="http://schemas.openxmlformats.org/officeDocument/2006/relationships/image" Target="media/x14883.wmf"/><Relationship Id="rId261" Type="http://schemas.openxmlformats.org/officeDocument/2006/relationships/image" Target="media/x14884.wmf"/><Relationship Id="rId262" Type="http://schemas.openxmlformats.org/officeDocument/2006/relationships/image" Target="media/x14885.wmf"/><Relationship Id="rId263" Type="http://schemas.openxmlformats.org/officeDocument/2006/relationships/image" Target="media/x14886.wmf"/><Relationship Id="rId264" Type="http://schemas.openxmlformats.org/officeDocument/2006/relationships/image" Target="media/x14887.wmf"/><Relationship Id="rId265" Type="http://schemas.openxmlformats.org/officeDocument/2006/relationships/image" Target="media/x14888.wmf"/><Relationship Id="rId266" Type="http://schemas.openxmlformats.org/officeDocument/2006/relationships/image" Target="media/x14889.wmf"/><Relationship Id="rId267" Type="http://schemas.openxmlformats.org/officeDocument/2006/relationships/image" Target="media/x14890.wmf"/><Relationship Id="rId268" Type="http://schemas.openxmlformats.org/officeDocument/2006/relationships/image" Target="media/x14891.wmf"/><Relationship Id="rId269" Type="http://schemas.openxmlformats.org/officeDocument/2006/relationships/image" Target="media/x14892.wmf"/><Relationship Id="rId270" Type="http://schemas.openxmlformats.org/officeDocument/2006/relationships/image" Target="media/x14893.wmf"/><Relationship Id="rId271" Type="http://schemas.openxmlformats.org/officeDocument/2006/relationships/image" Target="media/x14894.wmf"/><Relationship Id="rId272" Type="http://schemas.openxmlformats.org/officeDocument/2006/relationships/image" Target="media/x14895.wmf"/><Relationship Id="rId273" Type="http://schemas.openxmlformats.org/officeDocument/2006/relationships/image" Target="media/x14896.wmf"/><Relationship Id="rId274" Type="http://schemas.openxmlformats.org/officeDocument/2006/relationships/image" Target="media/x14897.wmf"/><Relationship Id="rId275" Type="http://schemas.openxmlformats.org/officeDocument/2006/relationships/image" Target="media/x14898.wmf"/><Relationship Id="rId276" Type="http://schemas.openxmlformats.org/officeDocument/2006/relationships/image" Target="media/x14899.wmf"/><Relationship Id="rId277" Type="http://schemas.openxmlformats.org/officeDocument/2006/relationships/image" Target="media/x14900.wmf"/><Relationship Id="rId278" Type="http://schemas.openxmlformats.org/officeDocument/2006/relationships/image" Target="media/x14901.wmf"/><Relationship Id="rId279" Type="http://schemas.openxmlformats.org/officeDocument/2006/relationships/image" Target="media/x14902.png"/><Relationship Id="rId280" Type="http://schemas.openxmlformats.org/officeDocument/2006/relationships/image" Target="media/x14903.wmf"/><Relationship Id="rId281" Type="http://schemas.openxmlformats.org/officeDocument/2006/relationships/image" Target="media/x14904.wmf"/><Relationship Id="rId282" Type="http://schemas.openxmlformats.org/officeDocument/2006/relationships/image" Target="media/x14905.wmf"/><Relationship Id="rId283" Type="http://schemas.openxmlformats.org/officeDocument/2006/relationships/image" Target="media/x14906.wmf"/><Relationship Id="rId284" Type="http://schemas.openxmlformats.org/officeDocument/2006/relationships/image" Target="media/x14907.wmf"/><Relationship Id="rId285" Type="http://schemas.openxmlformats.org/officeDocument/2006/relationships/image" Target="media/x14908.wmf"/><Relationship Id="rId286" Type="http://schemas.openxmlformats.org/officeDocument/2006/relationships/image" Target="media/x14909.wmf"/><Relationship Id="rId287" Type="http://schemas.openxmlformats.org/officeDocument/2006/relationships/image" Target="media/x14910.wmf"/><Relationship Id="rId288" Type="http://schemas.openxmlformats.org/officeDocument/2006/relationships/image" Target="media/x14911.wmf"/><Relationship Id="rId289" Type="http://schemas.openxmlformats.org/officeDocument/2006/relationships/image" Target="media/x14912.wmf"/><Relationship Id="rId290" Type="http://schemas.openxmlformats.org/officeDocument/2006/relationships/image" Target="media/x14913.wmf"/><Relationship Id="rId291" Type="http://schemas.openxmlformats.org/officeDocument/2006/relationships/image" Target="media/x14914.wmf"/><Relationship Id="rId292" Type="http://schemas.openxmlformats.org/officeDocument/2006/relationships/image" Target="media/x14915.wmf"/><Relationship Id="rId293" Type="http://schemas.openxmlformats.org/officeDocument/2006/relationships/image" Target="media/x14916.wmf"/><Relationship Id="rId294" Type="http://schemas.openxmlformats.org/officeDocument/2006/relationships/image" Target="media/x14917.wmf"/><Relationship Id="rId295" Type="http://schemas.openxmlformats.org/officeDocument/2006/relationships/image" Target="media/x14918.wmf"/><Relationship Id="rId296" Type="http://schemas.openxmlformats.org/officeDocument/2006/relationships/image" Target="media/x14919.wmf"/><Relationship Id="rId297" Type="http://schemas.openxmlformats.org/officeDocument/2006/relationships/image" Target="media/x14920.wmf"/><Relationship Id="rId298" Type="http://schemas.openxmlformats.org/officeDocument/2006/relationships/image" Target="media/x14921.wmf"/><Relationship Id="rId299" Type="http://schemas.openxmlformats.org/officeDocument/2006/relationships/image" Target="media/x14922.wmf"/><Relationship Id="rId300" Type="http://schemas.openxmlformats.org/officeDocument/2006/relationships/image" Target="media/x14923.wmf"/><Relationship Id="rId301" Type="http://schemas.openxmlformats.org/officeDocument/2006/relationships/image" Target="media/x14924.wmf"/><Relationship Id="rId302" Type="http://schemas.openxmlformats.org/officeDocument/2006/relationships/image" Target="media/x14925.wmf"/><Relationship Id="rId303" Type="http://schemas.openxmlformats.org/officeDocument/2006/relationships/image" Target="media/x14926.wmf"/><Relationship Id="rId304" Type="http://schemas.openxmlformats.org/officeDocument/2006/relationships/image" Target="media/x14927.wmf"/><Relationship Id="rId305" Type="http://schemas.openxmlformats.org/officeDocument/2006/relationships/image" Target="media/x14928.wmf"/><Relationship Id="rId306" Type="http://schemas.openxmlformats.org/officeDocument/2006/relationships/image" Target="media/x14929.wmf"/><Relationship Id="rId307" Type="http://schemas.openxmlformats.org/officeDocument/2006/relationships/image" Target="media/x14930.wmf"/><Relationship Id="rId308" Type="http://schemas.openxmlformats.org/officeDocument/2006/relationships/image" Target="media/x14931.png"/><Relationship Id="rId309" Type="http://schemas.openxmlformats.org/officeDocument/2006/relationships/image" Target="media/x14932.wmf"/><Relationship Id="rId310" Type="http://schemas.openxmlformats.org/officeDocument/2006/relationships/image" Target="media/x14933.wmf"/><Relationship Id="rId311" Type="http://schemas.openxmlformats.org/officeDocument/2006/relationships/image" Target="media/x14934.wmf"/><Relationship Id="rId312" Type="http://schemas.openxmlformats.org/officeDocument/2006/relationships/image" Target="media/x14935.wmf"/><Relationship Id="rId313" Type="http://schemas.openxmlformats.org/officeDocument/2006/relationships/image" Target="media/x14936.png"/><Relationship Id="rId314" Type="http://schemas.openxmlformats.org/officeDocument/2006/relationships/image" Target="media/x14937.wmf"/><Relationship Id="rId315" Type="http://schemas.openxmlformats.org/officeDocument/2006/relationships/image" Target="media/x14938.wmf"/><Relationship Id="rId316" Type="http://schemas.openxmlformats.org/officeDocument/2006/relationships/image" Target="media/x14939.wmf"/><Relationship Id="rId317" Type="http://schemas.openxmlformats.org/officeDocument/2006/relationships/image" Target="media/x14940.wmf"/><Relationship Id="rId318" Type="http://schemas.openxmlformats.org/officeDocument/2006/relationships/image" Target="media/x14941.wmf"/><Relationship Id="rId319" Type="http://schemas.openxmlformats.org/officeDocument/2006/relationships/image" Target="media/x14942.wmf"/><Relationship Id="rId320" Type="http://schemas.openxmlformats.org/officeDocument/2006/relationships/image" Target="media/x14943.wmf"/><Relationship Id="rId321" Type="http://schemas.openxmlformats.org/officeDocument/2006/relationships/image" Target="media/x14944.wmf"/><Relationship Id="rId322" Type="http://schemas.openxmlformats.org/officeDocument/2006/relationships/image" Target="media/x14945.wmf"/><Relationship Id="rId323" Type="http://schemas.openxmlformats.org/officeDocument/2006/relationships/image" Target="media/x14946.wmf"/><Relationship Id="rId324" Type="http://schemas.openxmlformats.org/officeDocument/2006/relationships/image" Target="media/x14947.wmf"/><Relationship Id="rId325" Type="http://schemas.openxmlformats.org/officeDocument/2006/relationships/image" Target="media/x14948.wmf"/><Relationship Id="rId326" Type="http://schemas.openxmlformats.org/officeDocument/2006/relationships/image" Target="media/x14949.wmf"/><Relationship Id="rId327" Type="http://schemas.openxmlformats.org/officeDocument/2006/relationships/image" Target="media/x14950.wmf"/><Relationship Id="rId328" Type="http://schemas.openxmlformats.org/officeDocument/2006/relationships/image" Target="media/x14951.wmf"/><Relationship Id="rId329" Type="http://schemas.openxmlformats.org/officeDocument/2006/relationships/image" Target="media/x14952.wmf"/><Relationship Id="rId330" Type="http://schemas.openxmlformats.org/officeDocument/2006/relationships/image" Target="media/x14953.wmf"/><Relationship Id="rId331" Type="http://schemas.openxmlformats.org/officeDocument/2006/relationships/image" Target="media/x14954.wmf"/><Relationship Id="rId332" Type="http://schemas.openxmlformats.org/officeDocument/2006/relationships/image" Target="media/x14955.wmf"/><Relationship Id="rId333" Type="http://schemas.openxmlformats.org/officeDocument/2006/relationships/image" Target="media/x14956.wmf"/><Relationship Id="rId334" Type="http://schemas.openxmlformats.org/officeDocument/2006/relationships/image" Target="media/x14957.wmf"/><Relationship Id="rId335" Type="http://schemas.openxmlformats.org/officeDocument/2006/relationships/image" Target="media/x14958.wmf"/><Relationship Id="rId336" Type="http://schemas.openxmlformats.org/officeDocument/2006/relationships/image" Target="media/x14959.wmf"/><Relationship Id="rId337" Type="http://schemas.openxmlformats.org/officeDocument/2006/relationships/image" Target="media/x14960.wmf"/><Relationship Id="rId338" Type="http://schemas.openxmlformats.org/officeDocument/2006/relationships/image" Target="media/x14961.wmf"/><Relationship Id="rId339" Type="http://schemas.openxmlformats.org/officeDocument/2006/relationships/image" Target="media/x14962.wmf"/><Relationship Id="rId340" Type="http://schemas.openxmlformats.org/officeDocument/2006/relationships/image" Target="media/x14963.wmf"/><Relationship Id="rId341" Type="http://schemas.openxmlformats.org/officeDocument/2006/relationships/image" Target="media/x14964.wmf"/><Relationship Id="rId342" Type="http://schemas.openxmlformats.org/officeDocument/2006/relationships/image" Target="media/x14965.wmf"/><Relationship Id="rId343" Type="http://schemas.openxmlformats.org/officeDocument/2006/relationships/image" Target="media/x14966.wmf"/><Relationship Id="rId344" Type="http://schemas.openxmlformats.org/officeDocument/2006/relationships/image" Target="media/x14967.wmf"/><Relationship Id="rId345" Type="http://schemas.openxmlformats.org/officeDocument/2006/relationships/image" Target="media/x14968.png"/><Relationship Id="rId346" Type="http://schemas.openxmlformats.org/officeDocument/2006/relationships/image" Target="media/x14969.wmf"/><Relationship Id="rId347" Type="http://schemas.openxmlformats.org/officeDocument/2006/relationships/image" Target="media/x14970.wmf"/><Relationship Id="rId348" Type="http://schemas.openxmlformats.org/officeDocument/2006/relationships/image" Target="media/x14971.wmf"/><Relationship Id="rId349" Type="http://schemas.openxmlformats.org/officeDocument/2006/relationships/image" Target="media/x14972.wmf"/><Relationship Id="rId350" Type="http://schemas.openxmlformats.org/officeDocument/2006/relationships/image" Target="media/x14973.wmf"/><Relationship Id="rId351" Type="http://schemas.openxmlformats.org/officeDocument/2006/relationships/image" Target="media/x14974.wmf"/><Relationship Id="rId352" Type="http://schemas.openxmlformats.org/officeDocument/2006/relationships/image" Target="media/x14975.wmf"/><Relationship Id="rId353" Type="http://schemas.openxmlformats.org/officeDocument/2006/relationships/image" Target="media/x14976.wmf"/><Relationship Id="rId354" Type="http://schemas.openxmlformats.org/officeDocument/2006/relationships/image" Target="media/x14977.wmf"/><Relationship Id="rId355" Type="http://schemas.openxmlformats.org/officeDocument/2006/relationships/image" Target="media/x14978.wmf"/><Relationship Id="rId356" Type="http://schemas.openxmlformats.org/officeDocument/2006/relationships/image" Target="media/x14979.wmf"/><Relationship Id="rId357" Type="http://schemas.openxmlformats.org/officeDocument/2006/relationships/image" Target="media/x14980.wmf"/><Relationship Id="rId358" Type="http://schemas.openxmlformats.org/officeDocument/2006/relationships/image" Target="media/x14981.wmf"/><Relationship Id="rId359" Type="http://schemas.openxmlformats.org/officeDocument/2006/relationships/image" Target="media/x14982.wmf"/><Relationship Id="rId360" Type="http://schemas.openxmlformats.org/officeDocument/2006/relationships/image" Target="media/x14983.wmf"/><Relationship Id="rId361" Type="http://schemas.openxmlformats.org/officeDocument/2006/relationships/image" Target="media/x14984.wmf"/><Relationship Id="rId362" Type="http://schemas.openxmlformats.org/officeDocument/2006/relationships/image" Target="media/x14985.wmf"/><Relationship Id="rId363" Type="http://schemas.openxmlformats.org/officeDocument/2006/relationships/image" Target="media/x14986.wmf"/><Relationship Id="rId364" Type="http://schemas.openxmlformats.org/officeDocument/2006/relationships/image" Target="media/x14987.wmf"/><Relationship Id="rId365" Type="http://schemas.openxmlformats.org/officeDocument/2006/relationships/image" Target="media/x14988.wmf"/><Relationship Id="rId366" Type="http://schemas.openxmlformats.org/officeDocument/2006/relationships/image" Target="media/x14989.wmf"/><Relationship Id="rId367" Type="http://schemas.openxmlformats.org/officeDocument/2006/relationships/image" Target="media/x14990.wmf"/><Relationship Id="rId368" Type="http://schemas.openxmlformats.org/officeDocument/2006/relationships/image" Target="media/x14991.wmf"/><Relationship Id="rId369" Type="http://schemas.openxmlformats.org/officeDocument/2006/relationships/image" Target="media/x14992.wmf"/><Relationship Id="rId370" Type="http://schemas.openxmlformats.org/officeDocument/2006/relationships/image" Target="media/x14993.wmf"/><Relationship Id="rId371" Type="http://schemas.openxmlformats.org/officeDocument/2006/relationships/image" Target="media/x14994.wmf"/><Relationship Id="rId372" Type="http://schemas.openxmlformats.org/officeDocument/2006/relationships/image" Target="media/x14995.wmf"/><Relationship Id="rId373" Type="http://schemas.openxmlformats.org/officeDocument/2006/relationships/image" Target="media/x14996.wmf"/><Relationship Id="rId374" Type="http://schemas.openxmlformats.org/officeDocument/2006/relationships/image" Target="media/x14997.wmf"/><Relationship Id="rId375" Type="http://schemas.openxmlformats.org/officeDocument/2006/relationships/image" Target="media/x14998.wmf"/><Relationship Id="rId376" Type="http://schemas.openxmlformats.org/officeDocument/2006/relationships/image" Target="media/x14999.wmf"/><Relationship Id="rId377" Type="http://schemas.openxmlformats.org/officeDocument/2006/relationships/image" Target="media/x15000.wmf"/><Relationship Id="rId378" Type="http://schemas.openxmlformats.org/officeDocument/2006/relationships/image" Target="media/x15001.wmf"/><Relationship Id="rId379" Type="http://schemas.openxmlformats.org/officeDocument/2006/relationships/image" Target="media/x15002.wmf"/><Relationship Id="rId380" Type="http://schemas.openxmlformats.org/officeDocument/2006/relationships/image" Target="media/x15003.wmf"/><Relationship Id="rId381" Type="http://schemas.openxmlformats.org/officeDocument/2006/relationships/image" Target="media/x15004.wmf"/><Relationship Id="rId382" Type="http://schemas.openxmlformats.org/officeDocument/2006/relationships/image" Target="media/x15005.wmf"/><Relationship Id="rId383" Type="http://schemas.openxmlformats.org/officeDocument/2006/relationships/image" Target="media/x15006.wmf"/><Relationship Id="rId384" Type="http://schemas.openxmlformats.org/officeDocument/2006/relationships/image" Target="media/x15007.wmf"/><Relationship Id="rId385" Type="http://schemas.openxmlformats.org/officeDocument/2006/relationships/image" Target="media/x15008.wmf"/><Relationship Id="rId386" Type="http://schemas.openxmlformats.org/officeDocument/2006/relationships/image" Target="media/x15009.wmf"/><Relationship Id="rId387" Type="http://schemas.openxmlformats.org/officeDocument/2006/relationships/image" Target="media/x15010.wmf"/><Relationship Id="rId388" Type="http://schemas.openxmlformats.org/officeDocument/2006/relationships/image" Target="media/x15011.wmf"/><Relationship Id="rId389" Type="http://schemas.openxmlformats.org/officeDocument/2006/relationships/image" Target="media/x15012.wmf"/><Relationship Id="rId390" Type="http://schemas.openxmlformats.org/officeDocument/2006/relationships/image" Target="media/x15013.wmf"/><Relationship Id="rId391" Type="http://schemas.openxmlformats.org/officeDocument/2006/relationships/image" Target="media/x15014.wmf"/><Relationship Id="rId392" Type="http://schemas.openxmlformats.org/officeDocument/2006/relationships/image" Target="media/x15015.wmf"/><Relationship Id="rId393" Type="http://schemas.openxmlformats.org/officeDocument/2006/relationships/image" Target="media/x15016.wmf"/><Relationship Id="rId394" Type="http://schemas.openxmlformats.org/officeDocument/2006/relationships/image" Target="media/x15017.wmf"/><Relationship Id="rId395" Type="http://schemas.openxmlformats.org/officeDocument/2006/relationships/image" Target="media/x15018.wmf"/><Relationship Id="rId396" Type="http://schemas.openxmlformats.org/officeDocument/2006/relationships/image" Target="media/x15019.wmf"/><Relationship Id="rId397" Type="http://schemas.openxmlformats.org/officeDocument/2006/relationships/image" Target="media/x15020.wmf"/><Relationship Id="rId398" Type="http://schemas.openxmlformats.org/officeDocument/2006/relationships/image" Target="media/x15021.wmf"/><Relationship Id="rId399" Type="http://schemas.openxmlformats.org/officeDocument/2006/relationships/image" Target="media/x15022.wmf"/><Relationship Id="rId400" Type="http://schemas.openxmlformats.org/officeDocument/2006/relationships/image" Target="media/x15023.wmf"/><Relationship Id="rId401" Type="http://schemas.openxmlformats.org/officeDocument/2006/relationships/image" Target="media/x15024.wmf"/><Relationship Id="rId402" Type="http://schemas.openxmlformats.org/officeDocument/2006/relationships/image" Target="media/x15025.wmf"/><Relationship Id="rId403" Type="http://schemas.openxmlformats.org/officeDocument/2006/relationships/image" Target="media/x15026.wmf"/><Relationship Id="rId404" Type="http://schemas.openxmlformats.org/officeDocument/2006/relationships/image" Target="media/x15027.wmf"/><Relationship Id="rId405" Type="http://schemas.openxmlformats.org/officeDocument/2006/relationships/image" Target="media/x15028.wmf"/><Relationship Id="rId406" Type="http://schemas.openxmlformats.org/officeDocument/2006/relationships/image" Target="media/x15029.wmf"/><Relationship Id="rId407" Type="http://schemas.openxmlformats.org/officeDocument/2006/relationships/image" Target="media/x15030.wmf"/><Relationship Id="rId408" Type="http://schemas.openxmlformats.org/officeDocument/2006/relationships/image" Target="media/x15031.wmf"/><Relationship Id="rId409" Type="http://schemas.openxmlformats.org/officeDocument/2006/relationships/image" Target="media/x15032.wmf"/><Relationship Id="rId410" Type="http://schemas.openxmlformats.org/officeDocument/2006/relationships/image" Target="media/x15033.wmf"/><Relationship Id="rId411" Type="http://schemas.openxmlformats.org/officeDocument/2006/relationships/image" Target="media/x15034.wmf"/><Relationship Id="rId412" Type="http://schemas.openxmlformats.org/officeDocument/2006/relationships/image" Target="media/x15035.wmf"/><Relationship Id="rId413" Type="http://schemas.openxmlformats.org/officeDocument/2006/relationships/image" Target="media/x15036.wmf"/><Relationship Id="rId414" Type="http://schemas.openxmlformats.org/officeDocument/2006/relationships/image" Target="media/x15037.wmf"/><Relationship Id="rId415" Type="http://schemas.openxmlformats.org/officeDocument/2006/relationships/image" Target="media/x15038.wmf"/><Relationship Id="rId416" Type="http://schemas.openxmlformats.org/officeDocument/2006/relationships/image" Target="media/x15039.wmf"/><Relationship Id="rId417" Type="http://schemas.openxmlformats.org/officeDocument/2006/relationships/image" Target="media/x15040.wmf"/><Relationship Id="rId418" Type="http://schemas.openxmlformats.org/officeDocument/2006/relationships/image" Target="media/x15041.wmf"/><Relationship Id="rId419" Type="http://schemas.openxmlformats.org/officeDocument/2006/relationships/image" Target="media/x15042.wmf"/><Relationship Id="rId420" Type="http://schemas.openxmlformats.org/officeDocument/2006/relationships/image" Target="media/x15043.wmf"/><Relationship Id="rId421" Type="http://schemas.openxmlformats.org/officeDocument/2006/relationships/image" Target="media/x15044.wmf"/><Relationship Id="rId422" Type="http://schemas.openxmlformats.org/officeDocument/2006/relationships/image" Target="media/x15045.wmf"/><Relationship Id="rId423" Type="http://schemas.openxmlformats.org/officeDocument/2006/relationships/image" Target="media/x15046.wmf"/><Relationship Id="rId424" Type="http://schemas.openxmlformats.org/officeDocument/2006/relationships/image" Target="media/x15047.wmf"/><Relationship Id="rId425" Type="http://schemas.openxmlformats.org/officeDocument/2006/relationships/image" Target="media/x15048.wmf"/><Relationship Id="rId426" Type="http://schemas.openxmlformats.org/officeDocument/2006/relationships/image" Target="media/x15049.wmf"/><Relationship Id="rId427" Type="http://schemas.openxmlformats.org/officeDocument/2006/relationships/image" Target="media/x15050.wmf"/><Relationship Id="rId428" Type="http://schemas.openxmlformats.org/officeDocument/2006/relationships/image" Target="media/x15051.wmf"/><Relationship Id="rId429" Type="http://schemas.openxmlformats.org/officeDocument/2006/relationships/image" Target="media/x15052.wmf"/><Relationship Id="rId430" Type="http://schemas.openxmlformats.org/officeDocument/2006/relationships/image" Target="media/x15053.wmf"/><Relationship Id="rId431" Type="http://schemas.openxmlformats.org/officeDocument/2006/relationships/image" Target="media/x15054.wmf"/><Relationship Id="rId432" Type="http://schemas.openxmlformats.org/officeDocument/2006/relationships/image" Target="media/x15055.wmf"/><Relationship Id="rId433" Type="http://schemas.openxmlformats.org/officeDocument/2006/relationships/image" Target="media/x15056.wmf"/><Relationship Id="rId434" Type="http://schemas.openxmlformats.org/officeDocument/2006/relationships/image" Target="media/x15057.wmf"/><Relationship Id="rId435" Type="http://schemas.openxmlformats.org/officeDocument/2006/relationships/image" Target="media/x15058.wmf"/><Relationship Id="rId436" Type="http://schemas.openxmlformats.org/officeDocument/2006/relationships/image" Target="media/x15059.wmf"/><Relationship Id="rId437" Type="http://schemas.openxmlformats.org/officeDocument/2006/relationships/image" Target="media/x15060.wmf"/><Relationship Id="rId438" Type="http://schemas.openxmlformats.org/officeDocument/2006/relationships/image" Target="media/x15061.wmf"/><Relationship Id="rId439" Type="http://schemas.openxmlformats.org/officeDocument/2006/relationships/image" Target="media/x15062.wmf"/><Relationship Id="rId440" Type="http://schemas.openxmlformats.org/officeDocument/2006/relationships/image" Target="media/x15063.wmf"/><Relationship Id="rId441" Type="http://schemas.openxmlformats.org/officeDocument/2006/relationships/image" Target="media/x15064.wmf"/><Relationship Id="rId442" Type="http://schemas.openxmlformats.org/officeDocument/2006/relationships/image" Target="media/x15065.wmf"/><Relationship Id="rId443" Type="http://schemas.openxmlformats.org/officeDocument/2006/relationships/image" Target="media/x15066.wmf"/><Relationship Id="rId444" Type="http://schemas.openxmlformats.org/officeDocument/2006/relationships/image" Target="media/x15067.wmf"/><Relationship Id="rId445" Type="http://schemas.openxmlformats.org/officeDocument/2006/relationships/image" Target="media/x15068.wmf"/><Relationship Id="rId446" Type="http://schemas.openxmlformats.org/officeDocument/2006/relationships/image" Target="media/x15069.wmf"/><Relationship Id="rId447" Type="http://schemas.openxmlformats.org/officeDocument/2006/relationships/image" Target="media/x15070.wmf"/><Relationship Id="rId448" Type="http://schemas.openxmlformats.org/officeDocument/2006/relationships/image" Target="media/x15071.wmf"/><Relationship Id="rId449" Type="http://schemas.openxmlformats.org/officeDocument/2006/relationships/image" Target="media/x15072.wmf"/><Relationship Id="rId450" Type="http://schemas.openxmlformats.org/officeDocument/2006/relationships/image" Target="media/x15073.wmf"/><Relationship Id="rId451" Type="http://schemas.openxmlformats.org/officeDocument/2006/relationships/image" Target="media/x15074.wmf"/><Relationship Id="rId452" Type="http://schemas.openxmlformats.org/officeDocument/2006/relationships/image" Target="media/x15075.wmf"/><Relationship Id="rId453" Type="http://schemas.openxmlformats.org/officeDocument/2006/relationships/image" Target="media/x15076.wmf"/><Relationship Id="rId454" Type="http://schemas.openxmlformats.org/officeDocument/2006/relationships/image" Target="media/x15077.png"/><Relationship Id="rId455" Type="http://schemas.openxmlformats.org/officeDocument/2006/relationships/image" Target="media/x15078.wmf"/><Relationship Id="rId456" Type="http://schemas.openxmlformats.org/officeDocument/2006/relationships/image" Target="media/x15079.wmf"/><Relationship Id="rId457" Type="http://schemas.openxmlformats.org/officeDocument/2006/relationships/image" Target="media/x15080.wmf"/><Relationship Id="rId458" Type="http://schemas.openxmlformats.org/officeDocument/2006/relationships/image" Target="media/x15081.wmf"/><Relationship Id="rId459" Type="http://schemas.openxmlformats.org/officeDocument/2006/relationships/image" Target="media/x15082.wmf"/><Relationship Id="rId460" Type="http://schemas.openxmlformats.org/officeDocument/2006/relationships/image" Target="media/x15083.wmf"/><Relationship Id="rId461" Type="http://schemas.openxmlformats.org/officeDocument/2006/relationships/image" Target="media/x15084.wmf"/><Relationship Id="rId462" Type="http://schemas.openxmlformats.org/officeDocument/2006/relationships/image" Target="media/x15085.wmf"/><Relationship Id="rId463" Type="http://schemas.openxmlformats.org/officeDocument/2006/relationships/image" Target="media/x15086.wmf"/><Relationship Id="rId464" Type="http://schemas.openxmlformats.org/officeDocument/2006/relationships/image" Target="media/x15087.wmf"/><Relationship Id="rId465" Type="http://schemas.openxmlformats.org/officeDocument/2006/relationships/image" Target="media/x15088.wmf"/><Relationship Id="rId466" Type="http://schemas.openxmlformats.org/officeDocument/2006/relationships/image" Target="media/x15089.wmf"/><Relationship Id="rId467" Type="http://schemas.openxmlformats.org/officeDocument/2006/relationships/image" Target="media/x15090.wmf"/><Relationship Id="rId468" Type="http://schemas.openxmlformats.org/officeDocument/2006/relationships/image" Target="media/x15091.wmf"/><Relationship Id="rId469" Type="http://schemas.openxmlformats.org/officeDocument/2006/relationships/image" Target="media/x15092.wmf"/><Relationship Id="rId470" Type="http://schemas.openxmlformats.org/officeDocument/2006/relationships/image" Target="media/x15093.wmf"/><Relationship Id="rId471" Type="http://schemas.openxmlformats.org/officeDocument/2006/relationships/image" Target="media/x15094.wmf"/><Relationship Id="rId472" Type="http://schemas.openxmlformats.org/officeDocument/2006/relationships/image" Target="media/x15095.wmf"/><Relationship Id="rId473" Type="http://schemas.openxmlformats.org/officeDocument/2006/relationships/image" Target="media/x15096.wmf"/><Relationship Id="rId474" Type="http://schemas.openxmlformats.org/officeDocument/2006/relationships/image" Target="media/x15097.wmf"/><Relationship Id="rId475" Type="http://schemas.openxmlformats.org/officeDocument/2006/relationships/image" Target="media/x15098.wmf"/><Relationship Id="rId476" Type="http://schemas.openxmlformats.org/officeDocument/2006/relationships/image" Target="media/x15099.wmf"/><Relationship Id="rId477" Type="http://schemas.openxmlformats.org/officeDocument/2006/relationships/image" Target="media/x15100.wmf"/><Relationship Id="rId478" Type="http://schemas.openxmlformats.org/officeDocument/2006/relationships/image" Target="media/x15101.wmf"/><Relationship Id="rId479" Type="http://schemas.openxmlformats.org/officeDocument/2006/relationships/image" Target="media/x15102.wmf"/><Relationship Id="rId480" Type="http://schemas.openxmlformats.org/officeDocument/2006/relationships/image" Target="media/x15103.wmf"/><Relationship Id="rId481" Type="http://schemas.openxmlformats.org/officeDocument/2006/relationships/image" Target="media/x15104.wmf"/><Relationship Id="rId482" Type="http://schemas.openxmlformats.org/officeDocument/2006/relationships/image" Target="media/x15105.wmf"/><Relationship Id="rId483" Type="http://schemas.openxmlformats.org/officeDocument/2006/relationships/image" Target="media/x15106.wmf"/><Relationship Id="rId484" Type="http://schemas.openxmlformats.org/officeDocument/2006/relationships/image" Target="media/x15107.wmf"/><Relationship Id="rId485" Type="http://schemas.openxmlformats.org/officeDocument/2006/relationships/image" Target="media/x15108.wmf"/><Relationship Id="rId486" Type="http://schemas.openxmlformats.org/officeDocument/2006/relationships/image" Target="media/x15109.wmf"/><Relationship Id="rId487" Type="http://schemas.openxmlformats.org/officeDocument/2006/relationships/image" Target="media/x15110.wmf"/><Relationship Id="rId488" Type="http://schemas.openxmlformats.org/officeDocument/2006/relationships/image" Target="media/x15111.wmf"/><Relationship Id="rId489" Type="http://schemas.openxmlformats.org/officeDocument/2006/relationships/image" Target="media/x15112.wmf"/><Relationship Id="rId490" Type="http://schemas.openxmlformats.org/officeDocument/2006/relationships/image" Target="media/x15113.wmf"/><Relationship Id="rId491" Type="http://schemas.openxmlformats.org/officeDocument/2006/relationships/image" Target="media/x15114.wmf"/><Relationship Id="rId492" Type="http://schemas.openxmlformats.org/officeDocument/2006/relationships/image" Target="media/x15115.wmf"/><Relationship Id="rId493" Type="http://schemas.openxmlformats.org/officeDocument/2006/relationships/image" Target="media/x15116.wmf"/><Relationship Id="rId494" Type="http://schemas.openxmlformats.org/officeDocument/2006/relationships/image" Target="media/x15117.wmf"/><Relationship Id="rId495" Type="http://schemas.openxmlformats.org/officeDocument/2006/relationships/image" Target="media/x15118.wmf"/><Relationship Id="rId496" Type="http://schemas.openxmlformats.org/officeDocument/2006/relationships/image" Target="media/x15119.wmf"/><Relationship Id="rId497" Type="http://schemas.openxmlformats.org/officeDocument/2006/relationships/image" Target="media/x15120.wmf"/><Relationship Id="rId498" Type="http://schemas.openxmlformats.org/officeDocument/2006/relationships/image" Target="media/x15121.wmf"/><Relationship Id="rId499" Type="http://schemas.openxmlformats.org/officeDocument/2006/relationships/image" Target="media/x15122.wmf"/><Relationship Id="rId500" Type="http://schemas.openxmlformats.org/officeDocument/2006/relationships/image" Target="media/x15123.wmf"/><Relationship Id="rId501" Type="http://schemas.openxmlformats.org/officeDocument/2006/relationships/image" Target="media/x15124.wmf"/><Relationship Id="rId502" Type="http://schemas.openxmlformats.org/officeDocument/2006/relationships/image" Target="media/x15125.wmf"/><Relationship Id="rId503" Type="http://schemas.openxmlformats.org/officeDocument/2006/relationships/image" Target="media/x15126.wmf"/><Relationship Id="rId504" Type="http://schemas.openxmlformats.org/officeDocument/2006/relationships/image" Target="media/x15127.wmf"/><Relationship Id="rId505" Type="http://schemas.openxmlformats.org/officeDocument/2006/relationships/image" Target="media/x15128.wmf"/><Relationship Id="rId506" Type="http://schemas.openxmlformats.org/officeDocument/2006/relationships/image" Target="media/x15129.wmf"/><Relationship Id="rId507" Type="http://schemas.openxmlformats.org/officeDocument/2006/relationships/image" Target="media/x15130.wmf"/><Relationship Id="rId508" Type="http://schemas.openxmlformats.org/officeDocument/2006/relationships/image" Target="media/x15131.wmf"/><Relationship Id="rId509" Type="http://schemas.openxmlformats.org/officeDocument/2006/relationships/image" Target="media/x15132.wmf"/><Relationship Id="rId510" Type="http://schemas.openxmlformats.org/officeDocument/2006/relationships/image" Target="media/x15133.wmf"/><Relationship Id="rId511" Type="http://schemas.openxmlformats.org/officeDocument/2006/relationships/image" Target="media/x15134.wmf"/><Relationship Id="rId512" Type="http://schemas.openxmlformats.org/officeDocument/2006/relationships/image" Target="media/x15135.wmf"/><Relationship Id="rId513" Type="http://schemas.openxmlformats.org/officeDocument/2006/relationships/image" Target="media/x15136.wmf"/><Relationship Id="rId514" Type="http://schemas.openxmlformats.org/officeDocument/2006/relationships/image" Target="media/x15137.wmf"/><Relationship Id="rId515" Type="http://schemas.openxmlformats.org/officeDocument/2006/relationships/image" Target="media/x15138.wmf"/><Relationship Id="rId516" Type="http://schemas.openxmlformats.org/officeDocument/2006/relationships/image" Target="media/x15139.wmf"/><Relationship Id="rId517" Type="http://schemas.openxmlformats.org/officeDocument/2006/relationships/image" Target="media/x15140.wmf"/><Relationship Id="rId518" Type="http://schemas.openxmlformats.org/officeDocument/2006/relationships/image" Target="media/x15141.wmf"/><Relationship Id="rId519" Type="http://schemas.openxmlformats.org/officeDocument/2006/relationships/image" Target="media/x15142.wmf"/><Relationship Id="rId520" Type="http://schemas.openxmlformats.org/officeDocument/2006/relationships/image" Target="media/x15143.wmf"/><Relationship Id="rId521" Type="http://schemas.openxmlformats.org/officeDocument/2006/relationships/image" Target="media/x15144.wmf"/><Relationship Id="rId522" Type="http://schemas.openxmlformats.org/officeDocument/2006/relationships/image" Target="media/x15145.wmf"/><Relationship Id="rId523" Type="http://schemas.openxmlformats.org/officeDocument/2006/relationships/image" Target="media/x15146.wmf"/><Relationship Id="rId524" Type="http://schemas.openxmlformats.org/officeDocument/2006/relationships/image" Target="media/x15147.wmf"/><Relationship Id="rId525" Type="http://schemas.openxmlformats.org/officeDocument/2006/relationships/image" Target="media/x15148.wmf"/><Relationship Id="rId526" Type="http://schemas.openxmlformats.org/officeDocument/2006/relationships/image" Target="media/x15149.wmf"/><Relationship Id="rId527" Type="http://schemas.openxmlformats.org/officeDocument/2006/relationships/image" Target="media/x15150.wmf"/><Relationship Id="rId528" Type="http://schemas.openxmlformats.org/officeDocument/2006/relationships/image" Target="media/x15151.wmf"/><Relationship Id="rId529" Type="http://schemas.openxmlformats.org/officeDocument/2006/relationships/image" Target="media/x15152.wmf"/><Relationship Id="rId530" Type="http://schemas.openxmlformats.org/officeDocument/2006/relationships/image" Target="media/x15153.wmf"/><Relationship Id="rId531" Type="http://schemas.openxmlformats.org/officeDocument/2006/relationships/image" Target="media/x15154.wmf"/><Relationship Id="rId532" Type="http://schemas.openxmlformats.org/officeDocument/2006/relationships/image" Target="media/x15155.wmf"/><Relationship Id="rId533" Type="http://schemas.openxmlformats.org/officeDocument/2006/relationships/image" Target="media/x15156.wmf"/><Relationship Id="rId534" Type="http://schemas.openxmlformats.org/officeDocument/2006/relationships/image" Target="media/x15157.wmf"/><Relationship Id="rId535" Type="http://schemas.openxmlformats.org/officeDocument/2006/relationships/image" Target="media/x15158.wmf"/><Relationship Id="rId536" Type="http://schemas.openxmlformats.org/officeDocument/2006/relationships/image" Target="media/x15159.wmf"/><Relationship Id="rId537" Type="http://schemas.openxmlformats.org/officeDocument/2006/relationships/image" Target="media/x15160.wmf"/><Relationship Id="rId538" Type="http://schemas.openxmlformats.org/officeDocument/2006/relationships/image" Target="media/x15161.wmf"/><Relationship Id="rId539" Type="http://schemas.openxmlformats.org/officeDocument/2006/relationships/image" Target="media/x15162.wmf"/><Relationship Id="rId540" Type="http://schemas.openxmlformats.org/officeDocument/2006/relationships/image" Target="media/x15163.wmf"/><Relationship Id="rId541" Type="http://schemas.openxmlformats.org/officeDocument/2006/relationships/image" Target="media/x15164.wmf"/><Relationship Id="rId542" Type="http://schemas.openxmlformats.org/officeDocument/2006/relationships/image" Target="media/x15165.wmf"/><Relationship Id="rId543" Type="http://schemas.openxmlformats.org/officeDocument/2006/relationships/image" Target="media/x15166.wmf"/><Relationship Id="rId544" Type="http://schemas.openxmlformats.org/officeDocument/2006/relationships/image" Target="media/x15167.wmf"/><Relationship Id="rId545" Type="http://schemas.openxmlformats.org/officeDocument/2006/relationships/image" Target="media/x15168.wmf"/><Relationship Id="rId546" Type="http://schemas.openxmlformats.org/officeDocument/2006/relationships/image" Target="media/x15169.wmf"/><Relationship Id="rId547" Type="http://schemas.openxmlformats.org/officeDocument/2006/relationships/image" Target="media/x15170.wmf"/><Relationship Id="rId548" Type="http://schemas.openxmlformats.org/officeDocument/2006/relationships/image" Target="media/x15171.wmf"/><Relationship Id="rId549" Type="http://schemas.openxmlformats.org/officeDocument/2006/relationships/image" Target="media/x15172.wmf"/><Relationship Id="rId550" Type="http://schemas.openxmlformats.org/officeDocument/2006/relationships/image" Target="media/x15173.wmf"/><Relationship Id="rId551" Type="http://schemas.openxmlformats.org/officeDocument/2006/relationships/image" Target="media/x15174.wmf"/><Relationship Id="rId552" Type="http://schemas.openxmlformats.org/officeDocument/2006/relationships/image" Target="media/x15175.wmf"/><Relationship Id="rId553" Type="http://schemas.openxmlformats.org/officeDocument/2006/relationships/image" Target="media/x15176.wmf"/><Relationship Id="rId554" Type="http://schemas.openxmlformats.org/officeDocument/2006/relationships/image" Target="media/x15177.wmf"/><Relationship Id="rId555" Type="http://schemas.openxmlformats.org/officeDocument/2006/relationships/image" Target="media/x15178.wmf"/><Relationship Id="rId556" Type="http://schemas.openxmlformats.org/officeDocument/2006/relationships/image" Target="media/x15179.wmf"/><Relationship Id="rId557" Type="http://schemas.openxmlformats.org/officeDocument/2006/relationships/image" Target="media/x15180.wmf"/><Relationship Id="rId558" Type="http://schemas.openxmlformats.org/officeDocument/2006/relationships/image" Target="media/x15181.wmf"/><Relationship Id="rId559" Type="http://schemas.openxmlformats.org/officeDocument/2006/relationships/image" Target="media/x15182.wmf"/><Relationship Id="rId560" Type="http://schemas.openxmlformats.org/officeDocument/2006/relationships/image" Target="media/x15183.wmf"/><Relationship Id="rId561" Type="http://schemas.openxmlformats.org/officeDocument/2006/relationships/image" Target="media/x15184.wmf"/><Relationship Id="rId562" Type="http://schemas.openxmlformats.org/officeDocument/2006/relationships/image" Target="media/x15185.wmf"/><Relationship Id="rId563" Type="http://schemas.openxmlformats.org/officeDocument/2006/relationships/image" Target="media/x15186.wmf"/><Relationship Id="rId564" Type="http://schemas.openxmlformats.org/officeDocument/2006/relationships/image" Target="media/x15187.wmf"/><Relationship Id="rId565" Type="http://schemas.openxmlformats.org/officeDocument/2006/relationships/image" Target="media/x15188.wmf"/><Relationship Id="rId566" Type="http://schemas.openxmlformats.org/officeDocument/2006/relationships/image" Target="media/x15189.wmf"/><Relationship Id="rId567" Type="http://schemas.openxmlformats.org/officeDocument/2006/relationships/image" Target="media/x15190.wmf"/><Relationship Id="rId568" Type="http://schemas.openxmlformats.org/officeDocument/2006/relationships/image" Target="media/x15191.wmf"/><Relationship Id="rId569" Type="http://schemas.openxmlformats.org/officeDocument/2006/relationships/image" Target="media/x15192.wmf"/><Relationship Id="rId570" Type="http://schemas.openxmlformats.org/officeDocument/2006/relationships/image" Target="media/x15193.wmf"/><Relationship Id="rId571" Type="http://schemas.openxmlformats.org/officeDocument/2006/relationships/image" Target="media/x15194.wmf"/><Relationship Id="rId572" Type="http://schemas.openxmlformats.org/officeDocument/2006/relationships/image" Target="media/x15195.wmf"/><Relationship Id="rId573" Type="http://schemas.openxmlformats.org/officeDocument/2006/relationships/image" Target="media/x15196.wmf"/><Relationship Id="rId574" Type="http://schemas.openxmlformats.org/officeDocument/2006/relationships/image" Target="media/x15197.wmf"/><Relationship Id="rId575" Type="http://schemas.openxmlformats.org/officeDocument/2006/relationships/image" Target="media/x15198.wmf"/><Relationship Id="rId576" Type="http://schemas.openxmlformats.org/officeDocument/2006/relationships/image" Target="media/x15199.wmf"/><Relationship Id="rId577" Type="http://schemas.openxmlformats.org/officeDocument/2006/relationships/image" Target="media/x15200.wmf"/><Relationship Id="rId578" Type="http://schemas.openxmlformats.org/officeDocument/2006/relationships/image" Target="media/x15201.wmf"/><Relationship Id="rId579" Type="http://schemas.openxmlformats.org/officeDocument/2006/relationships/image" Target="media/x15202.wmf"/><Relationship Id="rId580" Type="http://schemas.openxmlformats.org/officeDocument/2006/relationships/image" Target="media/x15203.wmf"/><Relationship Id="rId581" Type="http://schemas.openxmlformats.org/officeDocument/2006/relationships/image" Target="media/x15204.wmf"/><Relationship Id="rId582" Type="http://schemas.openxmlformats.org/officeDocument/2006/relationships/image" Target="media/x15205.wmf"/><Relationship Id="rId583" Type="http://schemas.openxmlformats.org/officeDocument/2006/relationships/image" Target="media/x15206.wmf"/><Relationship Id="rId584" Type="http://schemas.openxmlformats.org/officeDocument/2006/relationships/image" Target="media/x15207.wmf"/><Relationship Id="rId585" Type="http://schemas.openxmlformats.org/officeDocument/2006/relationships/image" Target="media/x15208.wmf"/><Relationship Id="rId586" Type="http://schemas.openxmlformats.org/officeDocument/2006/relationships/image" Target="media/x15209.wmf"/><Relationship Id="rId587" Type="http://schemas.openxmlformats.org/officeDocument/2006/relationships/image" Target="media/x15210.wmf"/><Relationship Id="rId588" Type="http://schemas.openxmlformats.org/officeDocument/2006/relationships/image" Target="media/x15211.wmf"/><Relationship Id="rId589" Type="http://schemas.openxmlformats.org/officeDocument/2006/relationships/image" Target="media/x15212.wmf"/><Relationship Id="rId590" Type="http://schemas.openxmlformats.org/officeDocument/2006/relationships/image" Target="media/x15213.wmf"/><Relationship Id="rId591" Type="http://schemas.openxmlformats.org/officeDocument/2006/relationships/image" Target="media/x15214.wmf"/><Relationship Id="rId592" Type="http://schemas.openxmlformats.org/officeDocument/2006/relationships/image" Target="media/x15215.wmf"/><Relationship Id="rId593" Type="http://schemas.openxmlformats.org/officeDocument/2006/relationships/image" Target="media/x15216.wmf"/><Relationship Id="rId594" Type="http://schemas.openxmlformats.org/officeDocument/2006/relationships/image" Target="media/x15217.wmf"/><Relationship Id="rId595" Type="http://schemas.openxmlformats.org/officeDocument/2006/relationships/image" Target="media/x15218.wmf"/><Relationship Id="rId596" Type="http://schemas.openxmlformats.org/officeDocument/2006/relationships/image" Target="media/x15219.wmf"/><Relationship Id="rId597" Type="http://schemas.openxmlformats.org/officeDocument/2006/relationships/image" Target="media/x15220.wmf"/><Relationship Id="rId598" Type="http://schemas.openxmlformats.org/officeDocument/2006/relationships/image" Target="media/x15221.wmf"/><Relationship Id="rId599" Type="http://schemas.openxmlformats.org/officeDocument/2006/relationships/image" Target="media/x15222.wmf"/><Relationship Id="rId600" Type="http://schemas.openxmlformats.org/officeDocument/2006/relationships/image" Target="media/x15223.wmf"/><Relationship Id="rId601" Type="http://schemas.openxmlformats.org/officeDocument/2006/relationships/image" Target="media/x15224.wmf"/><Relationship Id="rId602" Type="http://schemas.openxmlformats.org/officeDocument/2006/relationships/image" Target="media/x15225.wmf"/><Relationship Id="rId603" Type="http://schemas.openxmlformats.org/officeDocument/2006/relationships/image" Target="media/x15226.wmf"/><Relationship Id="rId604" Type="http://schemas.openxmlformats.org/officeDocument/2006/relationships/image" Target="media/x15227.wmf"/><Relationship Id="rId605" Type="http://schemas.openxmlformats.org/officeDocument/2006/relationships/image" Target="media/x15228.wmf"/><Relationship Id="rId606" Type="http://schemas.openxmlformats.org/officeDocument/2006/relationships/image" Target="media/x15229.wmf"/><Relationship Id="rId607" Type="http://schemas.openxmlformats.org/officeDocument/2006/relationships/image" Target="media/x15230.wmf"/><Relationship Id="rId608" Type="http://schemas.openxmlformats.org/officeDocument/2006/relationships/image" Target="media/x15231.wmf"/><Relationship Id="rId609" Type="http://schemas.openxmlformats.org/officeDocument/2006/relationships/image" Target="media/x15232.wmf"/><Relationship Id="rId610" Type="http://schemas.openxmlformats.org/officeDocument/2006/relationships/image" Target="media/x15233.wmf"/><Relationship Id="rId611" Type="http://schemas.openxmlformats.org/officeDocument/2006/relationships/image" Target="media/x15234.wmf"/><Relationship Id="rId612" Type="http://schemas.openxmlformats.org/officeDocument/2006/relationships/image" Target="media/x15235.wmf"/><Relationship Id="rId613" Type="http://schemas.openxmlformats.org/officeDocument/2006/relationships/image" Target="media/x15236.wmf"/><Relationship Id="rId614" Type="http://schemas.openxmlformats.org/officeDocument/2006/relationships/image" Target="media/x15237.wmf"/><Relationship Id="rId615" Type="http://schemas.openxmlformats.org/officeDocument/2006/relationships/image" Target="media/x15238.wmf"/><Relationship Id="rId616" Type="http://schemas.openxmlformats.org/officeDocument/2006/relationships/image" Target="media/x15239.wmf"/><Relationship Id="rId617" Type="http://schemas.openxmlformats.org/officeDocument/2006/relationships/image" Target="media/x15240.wmf"/><Relationship Id="rId618" Type="http://schemas.openxmlformats.org/officeDocument/2006/relationships/image" Target="media/x15241.wmf"/><Relationship Id="rId619" Type="http://schemas.openxmlformats.org/officeDocument/2006/relationships/image" Target="media/x15242.wmf"/><Relationship Id="rId620" Type="http://schemas.openxmlformats.org/officeDocument/2006/relationships/image" Target="media/x15243.wmf"/><Relationship Id="rId621" Type="http://schemas.openxmlformats.org/officeDocument/2006/relationships/image" Target="media/x15244.wmf"/><Relationship Id="rId622" Type="http://schemas.openxmlformats.org/officeDocument/2006/relationships/image" Target="media/x15245.wmf"/><Relationship Id="rId623" Type="http://schemas.openxmlformats.org/officeDocument/2006/relationships/image" Target="media/x15246.wmf"/><Relationship Id="rId624" Type="http://schemas.openxmlformats.org/officeDocument/2006/relationships/image" Target="media/x15247.wmf"/><Relationship Id="rId625" Type="http://schemas.openxmlformats.org/officeDocument/2006/relationships/image" Target="media/x15248.wmf"/><Relationship Id="rId626" Type="http://schemas.openxmlformats.org/officeDocument/2006/relationships/image" Target="media/x15249.wmf"/><Relationship Id="rId627" Type="http://schemas.openxmlformats.org/officeDocument/2006/relationships/image" Target="media/x15250.wmf"/><Relationship Id="rId628" Type="http://schemas.openxmlformats.org/officeDocument/2006/relationships/image" Target="media/x15251.wmf"/><Relationship Id="rId629" Type="http://schemas.openxmlformats.org/officeDocument/2006/relationships/image" Target="media/x15252.wmf"/><Relationship Id="rId630" Type="http://schemas.openxmlformats.org/officeDocument/2006/relationships/image" Target="media/x15253.wmf"/><Relationship Id="rId631" Type="http://schemas.openxmlformats.org/officeDocument/2006/relationships/image" Target="media/x15254.wmf"/><Relationship Id="rId632" Type="http://schemas.openxmlformats.org/officeDocument/2006/relationships/image" Target="media/x15255.wmf"/><Relationship Id="rId633" Type="http://schemas.openxmlformats.org/officeDocument/2006/relationships/image" Target="media/x15256.wmf"/><Relationship Id="rId634" Type="http://schemas.openxmlformats.org/officeDocument/2006/relationships/image" Target="media/x15257.wmf"/><Relationship Id="rId635" Type="http://schemas.openxmlformats.org/officeDocument/2006/relationships/image" Target="media/x15258.wmf"/><Relationship Id="rId636" Type="http://schemas.openxmlformats.org/officeDocument/2006/relationships/image" Target="media/x15259.wmf"/><Relationship Id="rId637" Type="http://schemas.openxmlformats.org/officeDocument/2006/relationships/image" Target="media/x15260.wmf"/><Relationship Id="rId638" Type="http://schemas.openxmlformats.org/officeDocument/2006/relationships/image" Target="media/x15261.wmf"/><Relationship Id="rId639" Type="http://schemas.openxmlformats.org/officeDocument/2006/relationships/image" Target="media/x15262.wmf"/><Relationship Id="rId640" Type="http://schemas.openxmlformats.org/officeDocument/2006/relationships/image" Target="media/x15263.wmf"/><Relationship Id="rId641" Type="http://schemas.openxmlformats.org/officeDocument/2006/relationships/image" Target="media/x15264.wmf"/><Relationship Id="rId642" Type="http://schemas.openxmlformats.org/officeDocument/2006/relationships/image" Target="media/x15265.wmf"/><Relationship Id="rId643" Type="http://schemas.openxmlformats.org/officeDocument/2006/relationships/image" Target="media/x15266.wmf"/><Relationship Id="rId644" Type="http://schemas.openxmlformats.org/officeDocument/2006/relationships/image" Target="media/x15267.wmf"/><Relationship Id="rId645" Type="http://schemas.openxmlformats.org/officeDocument/2006/relationships/image" Target="media/x15268.wmf"/><Relationship Id="rId646" Type="http://schemas.openxmlformats.org/officeDocument/2006/relationships/image" Target="media/x15269.wmf"/><Relationship Id="rId647" Type="http://schemas.openxmlformats.org/officeDocument/2006/relationships/image" Target="media/x15270.wmf"/><Relationship Id="rId648" Type="http://schemas.openxmlformats.org/officeDocument/2006/relationships/image" Target="media/x15271.wmf"/><Relationship Id="rId649" Type="http://schemas.openxmlformats.org/officeDocument/2006/relationships/image" Target="media/x15272.wmf"/><Relationship Id="rId650" Type="http://schemas.openxmlformats.org/officeDocument/2006/relationships/image" Target="media/x15273.wmf"/><Relationship Id="rId651" Type="http://schemas.openxmlformats.org/officeDocument/2006/relationships/image" Target="media/x15274.wmf"/><Relationship Id="rId652" Type="http://schemas.openxmlformats.org/officeDocument/2006/relationships/image" Target="media/x15275.wmf"/><Relationship Id="rId653" Type="http://schemas.openxmlformats.org/officeDocument/2006/relationships/image" Target="media/x15276.wmf"/><Relationship Id="rId654" Type="http://schemas.openxmlformats.org/officeDocument/2006/relationships/image" Target="media/x15277.wmf"/><Relationship Id="rId655" Type="http://schemas.openxmlformats.org/officeDocument/2006/relationships/image" Target="media/x15278.wmf"/><Relationship Id="rId656" Type="http://schemas.openxmlformats.org/officeDocument/2006/relationships/image" Target="media/x15279.wmf"/><Relationship Id="rId657" Type="http://schemas.openxmlformats.org/officeDocument/2006/relationships/image" Target="media/x15280.wmf"/><Relationship Id="rId658" Type="http://schemas.openxmlformats.org/officeDocument/2006/relationships/image" Target="media/x15281.wmf"/><Relationship Id="rId659" Type="http://schemas.openxmlformats.org/officeDocument/2006/relationships/image" Target="media/x15282.wmf"/><Relationship Id="rId660" Type="http://schemas.openxmlformats.org/officeDocument/2006/relationships/image" Target="media/x15283.wmf"/><Relationship Id="rId661" Type="http://schemas.openxmlformats.org/officeDocument/2006/relationships/image" Target="media/x15284.wmf"/><Relationship Id="rId662" Type="http://schemas.openxmlformats.org/officeDocument/2006/relationships/image" Target="media/x15285.wmf"/><Relationship Id="rId663" Type="http://schemas.openxmlformats.org/officeDocument/2006/relationships/image" Target="media/x15286.wmf"/><Relationship Id="rId664" Type="http://schemas.openxmlformats.org/officeDocument/2006/relationships/image" Target="media/x15287.wmf"/><Relationship Id="rId665" Type="http://schemas.openxmlformats.org/officeDocument/2006/relationships/image" Target="media/x15288.wmf"/><Relationship Id="rId666" Type="http://schemas.openxmlformats.org/officeDocument/2006/relationships/image" Target="media/x15289.wmf"/><Relationship Id="rId667" Type="http://schemas.openxmlformats.org/officeDocument/2006/relationships/image" Target="media/x15290.wmf"/><Relationship Id="rId668" Type="http://schemas.openxmlformats.org/officeDocument/2006/relationships/image" Target="media/x15291.wmf"/><Relationship Id="rId669" Type="http://schemas.openxmlformats.org/officeDocument/2006/relationships/image" Target="media/x15292.wmf"/><Relationship Id="rId670" Type="http://schemas.openxmlformats.org/officeDocument/2006/relationships/image" Target="media/x15293.wmf"/><Relationship Id="rId671" Type="http://schemas.openxmlformats.org/officeDocument/2006/relationships/image" Target="media/x15294.wmf"/><Relationship Id="rId672" Type="http://schemas.openxmlformats.org/officeDocument/2006/relationships/image" Target="media/x15295.wmf"/><Relationship Id="rId673" Type="http://schemas.openxmlformats.org/officeDocument/2006/relationships/image" Target="media/x15296.wmf"/><Relationship Id="rId674" Type="http://schemas.openxmlformats.org/officeDocument/2006/relationships/image" Target="media/x15297.wmf"/><Relationship Id="rId675" Type="http://schemas.openxmlformats.org/officeDocument/2006/relationships/image" Target="media/x15298.wmf"/><Relationship Id="rId676" Type="http://schemas.openxmlformats.org/officeDocument/2006/relationships/image" Target="media/x15299.wmf"/><Relationship Id="rId677" Type="http://schemas.openxmlformats.org/officeDocument/2006/relationships/image" Target="media/x15300.wmf"/><Relationship Id="rId678" Type="http://schemas.openxmlformats.org/officeDocument/2006/relationships/image" Target="media/x15301.wmf"/><Relationship Id="rId679" Type="http://schemas.openxmlformats.org/officeDocument/2006/relationships/image" Target="media/x15302.wmf"/><Relationship Id="rId680" Type="http://schemas.openxmlformats.org/officeDocument/2006/relationships/image" Target="media/x15303.wmf"/><Relationship Id="rId681" Type="http://schemas.openxmlformats.org/officeDocument/2006/relationships/image" Target="media/x15304.wmf"/><Relationship Id="rId682" Type="http://schemas.openxmlformats.org/officeDocument/2006/relationships/image" Target="media/x15305.wmf"/><Relationship Id="rId683" Type="http://schemas.openxmlformats.org/officeDocument/2006/relationships/image" Target="media/x15306.wmf"/><Relationship Id="rId684" Type="http://schemas.openxmlformats.org/officeDocument/2006/relationships/image" Target="media/x15307.wmf"/><Relationship Id="rId685" Type="http://schemas.openxmlformats.org/officeDocument/2006/relationships/image" Target="media/x15308.wmf"/><Relationship Id="rId686" Type="http://schemas.openxmlformats.org/officeDocument/2006/relationships/image" Target="media/x15309.wmf"/><Relationship Id="rId687" Type="http://schemas.openxmlformats.org/officeDocument/2006/relationships/image" Target="media/x15310.wmf"/><Relationship Id="rId688" Type="http://schemas.openxmlformats.org/officeDocument/2006/relationships/image" Target="media/x15311.wmf"/><Relationship Id="rId689" Type="http://schemas.openxmlformats.org/officeDocument/2006/relationships/image" Target="media/x15312.wmf"/><Relationship Id="rId690" Type="http://schemas.openxmlformats.org/officeDocument/2006/relationships/image" Target="media/x15313.wmf"/><Relationship Id="rId691" Type="http://schemas.openxmlformats.org/officeDocument/2006/relationships/image" Target="media/x15314.wmf"/><Relationship Id="rId692" Type="http://schemas.openxmlformats.org/officeDocument/2006/relationships/image" Target="media/x15315.wmf"/><Relationship Id="rId693" Type="http://schemas.openxmlformats.org/officeDocument/2006/relationships/image" Target="media/x15316.wmf"/><Relationship Id="rId694" Type="http://schemas.openxmlformats.org/officeDocument/2006/relationships/image" Target="media/x15317.wmf"/><Relationship Id="rId695" Type="http://schemas.openxmlformats.org/officeDocument/2006/relationships/image" Target="media/x15318.wmf"/><Relationship Id="rId696" Type="http://schemas.openxmlformats.org/officeDocument/2006/relationships/image" Target="media/x15319.wmf"/><Relationship Id="rId697" Type="http://schemas.openxmlformats.org/officeDocument/2006/relationships/image" Target="media/x15320.wmf"/><Relationship Id="rId698" Type="http://schemas.openxmlformats.org/officeDocument/2006/relationships/image" Target="media/x15321.wmf"/><Relationship Id="rId699" Type="http://schemas.openxmlformats.org/officeDocument/2006/relationships/image" Target="media/x15322.wmf"/><Relationship Id="rId700" Type="http://schemas.openxmlformats.org/officeDocument/2006/relationships/image" Target="media/x15323.wmf"/><Relationship Id="rId701" Type="http://schemas.openxmlformats.org/officeDocument/2006/relationships/image" Target="media/x15324.wmf"/><Relationship Id="rId702" Type="http://schemas.openxmlformats.org/officeDocument/2006/relationships/image" Target="media/x15325.wmf"/><Relationship Id="rId703" Type="http://schemas.openxmlformats.org/officeDocument/2006/relationships/image" Target="media/x15326.png"/><Relationship Id="rId704" Type="http://schemas.openxmlformats.org/officeDocument/2006/relationships/image" Target="media/x15327.wmf"/><Relationship Id="rId705" Type="http://schemas.openxmlformats.org/officeDocument/2006/relationships/image" Target="media/x15328.wmf"/><Relationship Id="rId706" Type="http://schemas.openxmlformats.org/officeDocument/2006/relationships/image" Target="media/x15329.wmf"/><Relationship Id="rId707" Type="http://schemas.openxmlformats.org/officeDocument/2006/relationships/image" Target="media/x15330.wmf"/><Relationship Id="rId708" Type="http://schemas.openxmlformats.org/officeDocument/2006/relationships/image" Target="media/x15331.wmf"/><Relationship Id="rId709" Type="http://schemas.openxmlformats.org/officeDocument/2006/relationships/image" Target="media/x15332.wmf"/><Relationship Id="rId710" Type="http://schemas.openxmlformats.org/officeDocument/2006/relationships/image" Target="media/x15333.wmf"/><Relationship Id="rId711" Type="http://schemas.openxmlformats.org/officeDocument/2006/relationships/image" Target="media/x15334.wmf"/><Relationship Id="rId712" Type="http://schemas.openxmlformats.org/officeDocument/2006/relationships/image" Target="media/x15335.png"/><Relationship Id="rId713" Type="http://schemas.openxmlformats.org/officeDocument/2006/relationships/image" Target="media/x15336.wmf"/><Relationship Id="rId714" Type="http://schemas.openxmlformats.org/officeDocument/2006/relationships/image" Target="media/x15337.wmf"/><Relationship Id="rId715" Type="http://schemas.openxmlformats.org/officeDocument/2006/relationships/image" Target="media/x15338.wmf"/><Relationship Id="rId716" Type="http://schemas.openxmlformats.org/officeDocument/2006/relationships/image" Target="media/x15339.wmf"/><Relationship Id="rId717" Type="http://schemas.openxmlformats.org/officeDocument/2006/relationships/image" Target="media/x15340.wmf"/><Relationship Id="rId718" Type="http://schemas.openxmlformats.org/officeDocument/2006/relationships/image" Target="media/x15341.wmf"/><Relationship Id="rId719" Type="http://schemas.openxmlformats.org/officeDocument/2006/relationships/image" Target="media/x15342.wmf"/><Relationship Id="rId720" Type="http://schemas.openxmlformats.org/officeDocument/2006/relationships/image" Target="media/x15343.wmf"/><Relationship Id="rId721" Type="http://schemas.openxmlformats.org/officeDocument/2006/relationships/image" Target="media/x15344.wmf"/><Relationship Id="rId722" Type="http://schemas.openxmlformats.org/officeDocument/2006/relationships/image" Target="media/x15345.wmf"/><Relationship Id="rId723" Type="http://schemas.openxmlformats.org/officeDocument/2006/relationships/image" Target="media/x15346.wmf"/><Relationship Id="rId724" Type="http://schemas.openxmlformats.org/officeDocument/2006/relationships/image" Target="media/x15347.wmf"/><Relationship Id="rId725" Type="http://schemas.openxmlformats.org/officeDocument/2006/relationships/image" Target="media/x15348.wmf"/><Relationship Id="rId726" Type="http://schemas.openxmlformats.org/officeDocument/2006/relationships/image" Target="media/x15349.wmf"/><Relationship Id="rId727" Type="http://schemas.openxmlformats.org/officeDocument/2006/relationships/image" Target="media/x15350.wmf"/><Relationship Id="rId728" Type="http://schemas.openxmlformats.org/officeDocument/2006/relationships/image" Target="media/x15351.wmf"/><Relationship Id="rId729" Type="http://schemas.openxmlformats.org/officeDocument/2006/relationships/image" Target="media/x15352.wmf"/><Relationship Id="rId730" Type="http://schemas.openxmlformats.org/officeDocument/2006/relationships/image" Target="media/x15353.wmf"/><Relationship Id="rId731" Type="http://schemas.openxmlformats.org/officeDocument/2006/relationships/image" Target="media/x15354.wmf"/><Relationship Id="rId732" Type="http://schemas.openxmlformats.org/officeDocument/2006/relationships/image" Target="media/x15355.wmf"/><Relationship Id="rId733" Type="http://schemas.openxmlformats.org/officeDocument/2006/relationships/image" Target="media/x15356.wmf"/><Relationship Id="rId734" Type="http://schemas.openxmlformats.org/officeDocument/2006/relationships/image" Target="media/x15357.wmf"/><Relationship Id="rId735" Type="http://schemas.openxmlformats.org/officeDocument/2006/relationships/image" Target="media/x15358.wmf"/><Relationship Id="rId736" Type="http://schemas.openxmlformats.org/officeDocument/2006/relationships/image" Target="media/x15359.wmf"/><Relationship Id="rId737" Type="http://schemas.openxmlformats.org/officeDocument/2006/relationships/image" Target="media/x15360.wmf"/><Relationship Id="rId738" Type="http://schemas.openxmlformats.org/officeDocument/2006/relationships/image" Target="media/x15361.wmf"/><Relationship Id="rId739" Type="http://schemas.openxmlformats.org/officeDocument/2006/relationships/image" Target="media/x15362.wmf"/><Relationship Id="rId740" Type="http://schemas.openxmlformats.org/officeDocument/2006/relationships/image" Target="media/x15363.wmf"/><Relationship Id="rId741" Type="http://schemas.openxmlformats.org/officeDocument/2006/relationships/image" Target="media/x15364.wmf"/><Relationship Id="rId742" Type="http://schemas.openxmlformats.org/officeDocument/2006/relationships/image" Target="media/x15365.wmf"/><Relationship Id="rId743" Type="http://schemas.openxmlformats.org/officeDocument/2006/relationships/image" Target="media/x15366.wmf"/><Relationship Id="rId744" Type="http://schemas.openxmlformats.org/officeDocument/2006/relationships/image" Target="media/x15367.wmf"/><Relationship Id="rId745" Type="http://schemas.openxmlformats.org/officeDocument/2006/relationships/image" Target="media/x15368.wmf"/><Relationship Id="rId746" Type="http://schemas.openxmlformats.org/officeDocument/2006/relationships/image" Target="media/x15369.wmf"/><Relationship Id="rId747" Type="http://schemas.openxmlformats.org/officeDocument/2006/relationships/image" Target="media/x15370.wmf"/><Relationship Id="rId748" Type="http://schemas.openxmlformats.org/officeDocument/2006/relationships/image" Target="media/x15371.wmf"/><Relationship Id="rId749" Type="http://schemas.openxmlformats.org/officeDocument/2006/relationships/image" Target="media/x15372.wmf"/><Relationship Id="rId750" Type="http://schemas.openxmlformats.org/officeDocument/2006/relationships/image" Target="media/x15373.wmf"/><Relationship Id="rId751" Type="http://schemas.openxmlformats.org/officeDocument/2006/relationships/image" Target="media/x15374.wmf"/><Relationship Id="rId752" Type="http://schemas.openxmlformats.org/officeDocument/2006/relationships/image" Target="media/x15375.wmf"/><Relationship Id="rId753" Type="http://schemas.openxmlformats.org/officeDocument/2006/relationships/image" Target="media/x15376.wmf"/><Relationship Id="rId754" Type="http://schemas.openxmlformats.org/officeDocument/2006/relationships/image" Target="media/x15377.wmf"/><Relationship Id="rId755" Type="http://schemas.openxmlformats.org/officeDocument/2006/relationships/image" Target="media/x15378.wmf"/><Relationship Id="rId756" Type="http://schemas.openxmlformats.org/officeDocument/2006/relationships/image" Target="media/x15379.wmf"/><Relationship Id="rId757" Type="http://schemas.openxmlformats.org/officeDocument/2006/relationships/image" Target="media/x15380.wmf"/><Relationship Id="rId758" Type="http://schemas.openxmlformats.org/officeDocument/2006/relationships/image" Target="media/x15381.wmf"/><Relationship Id="rId759" Type="http://schemas.openxmlformats.org/officeDocument/2006/relationships/image" Target="media/x15382.wmf"/><Relationship Id="rId760" Type="http://schemas.openxmlformats.org/officeDocument/2006/relationships/image" Target="media/x15383.wmf"/><Relationship Id="rId761" Type="http://schemas.openxmlformats.org/officeDocument/2006/relationships/image" Target="media/x15384.wmf"/><Relationship Id="rId762" Type="http://schemas.openxmlformats.org/officeDocument/2006/relationships/image" Target="media/x15385.wmf"/><Relationship Id="rId763" Type="http://schemas.openxmlformats.org/officeDocument/2006/relationships/image" Target="media/x15386.wmf"/><Relationship Id="rId764" Type="http://schemas.openxmlformats.org/officeDocument/2006/relationships/image" Target="media/x15387.wmf"/><Relationship Id="rId765" Type="http://schemas.openxmlformats.org/officeDocument/2006/relationships/image" Target="media/x15388.wmf"/><Relationship Id="rId766" Type="http://schemas.openxmlformats.org/officeDocument/2006/relationships/image" Target="media/x15389.wmf"/><Relationship Id="rId767" Type="http://schemas.openxmlformats.org/officeDocument/2006/relationships/image" Target="media/x15390.wmf"/><Relationship Id="rId768" Type="http://schemas.openxmlformats.org/officeDocument/2006/relationships/image" Target="media/x15391.wmf"/><Relationship Id="rId769" Type="http://schemas.openxmlformats.org/officeDocument/2006/relationships/image" Target="media/x15392.wmf"/><Relationship Id="rId770" Type="http://schemas.openxmlformats.org/officeDocument/2006/relationships/image" Target="media/x15393.wmf"/><Relationship Id="rId771" Type="http://schemas.openxmlformats.org/officeDocument/2006/relationships/image" Target="media/x15394.wmf"/><Relationship Id="rId772" Type="http://schemas.openxmlformats.org/officeDocument/2006/relationships/image" Target="media/x15395.wmf"/><Relationship Id="rId773" Type="http://schemas.openxmlformats.org/officeDocument/2006/relationships/image" Target="media/x15396.wmf"/><Relationship Id="rId774" Type="http://schemas.openxmlformats.org/officeDocument/2006/relationships/image" Target="media/x15397.wmf"/><Relationship Id="rId775" Type="http://schemas.openxmlformats.org/officeDocument/2006/relationships/image" Target="media/x15398.wmf"/><Relationship Id="rId776" Type="http://schemas.openxmlformats.org/officeDocument/2006/relationships/image" Target="media/x15399.wmf"/><Relationship Id="rId777" Type="http://schemas.openxmlformats.org/officeDocument/2006/relationships/image" Target="media/x15400.wmf"/><Relationship Id="rId778" Type="http://schemas.openxmlformats.org/officeDocument/2006/relationships/image" Target="media/x15401.wmf"/><Relationship Id="rId779" Type="http://schemas.openxmlformats.org/officeDocument/2006/relationships/image" Target="media/x15402.wmf"/><Relationship Id="rId780" Type="http://schemas.openxmlformats.org/officeDocument/2006/relationships/image" Target="media/x15403.wmf"/><Relationship Id="rId781" Type="http://schemas.openxmlformats.org/officeDocument/2006/relationships/image" Target="media/x15404.wmf"/><Relationship Id="rId782" Type="http://schemas.openxmlformats.org/officeDocument/2006/relationships/image" Target="media/x15405.wmf"/><Relationship Id="rId783" Type="http://schemas.openxmlformats.org/officeDocument/2006/relationships/image" Target="media/x15406.wmf"/><Relationship Id="rId784" Type="http://schemas.openxmlformats.org/officeDocument/2006/relationships/image" Target="media/x15407.wmf"/><Relationship Id="rId785" Type="http://schemas.openxmlformats.org/officeDocument/2006/relationships/image" Target="media/x15408.wmf"/><Relationship Id="rId786" Type="http://schemas.openxmlformats.org/officeDocument/2006/relationships/image" Target="media/x15409.wmf"/><Relationship Id="rId787" Type="http://schemas.openxmlformats.org/officeDocument/2006/relationships/image" Target="media/x15410.wmf"/><Relationship Id="rId788" Type="http://schemas.openxmlformats.org/officeDocument/2006/relationships/image" Target="media/x15411.wmf"/><Relationship Id="rId789" Type="http://schemas.openxmlformats.org/officeDocument/2006/relationships/image" Target="media/x15412.wmf"/><Relationship Id="rId790" Type="http://schemas.openxmlformats.org/officeDocument/2006/relationships/image" Target="media/x15413.wmf"/><Relationship Id="rId791" Type="http://schemas.openxmlformats.org/officeDocument/2006/relationships/image" Target="media/x15414.wmf"/><Relationship Id="rId792" Type="http://schemas.openxmlformats.org/officeDocument/2006/relationships/image" Target="media/x15415.wmf"/><Relationship Id="rId793" Type="http://schemas.openxmlformats.org/officeDocument/2006/relationships/image" Target="media/x15416.wmf"/><Relationship Id="rId794" Type="http://schemas.openxmlformats.org/officeDocument/2006/relationships/image" Target="media/x15417.wmf"/><Relationship Id="rId795" Type="http://schemas.openxmlformats.org/officeDocument/2006/relationships/image" Target="media/x15418.wmf"/><Relationship Id="rId796" Type="http://schemas.openxmlformats.org/officeDocument/2006/relationships/image" Target="media/x15419.wmf"/><Relationship Id="rId797" Type="http://schemas.openxmlformats.org/officeDocument/2006/relationships/image" Target="media/x15420.wmf"/><Relationship Id="rId798" Type="http://schemas.openxmlformats.org/officeDocument/2006/relationships/image" Target="media/x15421.wmf"/><Relationship Id="rId799" Type="http://schemas.openxmlformats.org/officeDocument/2006/relationships/image" Target="media/x15422.wmf"/><Relationship Id="rId800" Type="http://schemas.openxmlformats.org/officeDocument/2006/relationships/image" Target="media/x15423.wmf"/><Relationship Id="rId801" Type="http://schemas.openxmlformats.org/officeDocument/2006/relationships/image" Target="media/x15424.wmf"/><Relationship Id="rId802" Type="http://schemas.openxmlformats.org/officeDocument/2006/relationships/image" Target="media/x15425.wmf"/><Relationship Id="rId803" Type="http://schemas.openxmlformats.org/officeDocument/2006/relationships/image" Target="media/x15426.wmf"/><Relationship Id="rId804" Type="http://schemas.openxmlformats.org/officeDocument/2006/relationships/image" Target="media/x15427.wmf"/><Relationship Id="rId805" Type="http://schemas.openxmlformats.org/officeDocument/2006/relationships/image" Target="media/x15428.wmf"/><Relationship Id="rId806" Type="http://schemas.openxmlformats.org/officeDocument/2006/relationships/image" Target="media/x15429.wmf"/><Relationship Id="rId807" Type="http://schemas.openxmlformats.org/officeDocument/2006/relationships/image" Target="media/x15430.wmf"/><Relationship Id="rId808" Type="http://schemas.openxmlformats.org/officeDocument/2006/relationships/image" Target="media/x15431.wmf"/><Relationship Id="rId809" Type="http://schemas.openxmlformats.org/officeDocument/2006/relationships/image" Target="media/x15432.wmf"/><Relationship Id="rId810" Type="http://schemas.openxmlformats.org/officeDocument/2006/relationships/image" Target="media/x15433.wmf"/><Relationship Id="rId811" Type="http://schemas.openxmlformats.org/officeDocument/2006/relationships/image" Target="media/x15434.wmf"/><Relationship Id="rId812" Type="http://schemas.openxmlformats.org/officeDocument/2006/relationships/image" Target="media/x15435.wmf"/><Relationship Id="rId813" Type="http://schemas.openxmlformats.org/officeDocument/2006/relationships/image" Target="media/x15436.wmf"/><Relationship Id="rId814" Type="http://schemas.openxmlformats.org/officeDocument/2006/relationships/image" Target="media/x15437.wmf"/><Relationship Id="rId815" Type="http://schemas.openxmlformats.org/officeDocument/2006/relationships/image" Target="media/x15438.wmf"/><Relationship Id="rId816" Type="http://schemas.openxmlformats.org/officeDocument/2006/relationships/image" Target="media/x15439.wmf"/><Relationship Id="rId817" Type="http://schemas.openxmlformats.org/officeDocument/2006/relationships/image" Target="media/x15440.wmf"/><Relationship Id="rId818" Type="http://schemas.openxmlformats.org/officeDocument/2006/relationships/image" Target="media/x15441.wmf"/><Relationship Id="rId819" Type="http://schemas.openxmlformats.org/officeDocument/2006/relationships/image" Target="media/x15442.wmf"/><Relationship Id="rId820" Type="http://schemas.openxmlformats.org/officeDocument/2006/relationships/image" Target="media/x15443.wmf"/><Relationship Id="rId821" Type="http://schemas.openxmlformats.org/officeDocument/2006/relationships/image" Target="media/x15444.wmf"/><Relationship Id="rId822" Type="http://schemas.openxmlformats.org/officeDocument/2006/relationships/image" Target="media/x15445.wmf"/><Relationship Id="rId823" Type="http://schemas.openxmlformats.org/officeDocument/2006/relationships/image" Target="media/x15446.wmf"/><Relationship Id="rId824" Type="http://schemas.openxmlformats.org/officeDocument/2006/relationships/image" Target="media/x15447.wmf"/><Relationship Id="rId825" Type="http://schemas.openxmlformats.org/officeDocument/2006/relationships/image" Target="media/x15448.wmf"/><Relationship Id="rId826" Type="http://schemas.openxmlformats.org/officeDocument/2006/relationships/image" Target="media/x15449.wmf"/><Relationship Id="rId827" Type="http://schemas.openxmlformats.org/officeDocument/2006/relationships/image" Target="media/x15450.wmf"/><Relationship Id="rId828" Type="http://schemas.openxmlformats.org/officeDocument/2006/relationships/image" Target="media/x15451.wmf"/><Relationship Id="rId829" Type="http://schemas.openxmlformats.org/officeDocument/2006/relationships/image" Target="media/x15452.wmf"/><Relationship Id="rId830" Type="http://schemas.openxmlformats.org/officeDocument/2006/relationships/image" Target="media/x15453.wmf"/><Relationship Id="rId831" Type="http://schemas.openxmlformats.org/officeDocument/2006/relationships/image" Target="media/x15454.wmf"/><Relationship Id="rId832" Type="http://schemas.openxmlformats.org/officeDocument/2006/relationships/image" Target="media/x15455.wmf"/><Relationship Id="rId833" Type="http://schemas.openxmlformats.org/officeDocument/2006/relationships/image" Target="media/x15456.wmf"/><Relationship Id="rId834" Type="http://schemas.openxmlformats.org/officeDocument/2006/relationships/image" Target="media/x15457.wmf"/><Relationship Id="rId835" Type="http://schemas.openxmlformats.org/officeDocument/2006/relationships/image" Target="media/x15458.wmf"/><Relationship Id="rId836" Type="http://schemas.openxmlformats.org/officeDocument/2006/relationships/image" Target="media/x15459.wmf"/><Relationship Id="rId837" Type="http://schemas.openxmlformats.org/officeDocument/2006/relationships/image" Target="media/x15460.wmf"/><Relationship Id="rId838" Type="http://schemas.openxmlformats.org/officeDocument/2006/relationships/image" Target="media/x15461.wmf"/><Relationship Id="rId839" Type="http://schemas.openxmlformats.org/officeDocument/2006/relationships/image" Target="media/x15462.wmf"/><Relationship Id="rId840" Type="http://schemas.openxmlformats.org/officeDocument/2006/relationships/image" Target="media/x15463.wmf"/><Relationship Id="rId841" Type="http://schemas.openxmlformats.org/officeDocument/2006/relationships/image" Target="media/x15464.wmf"/><Relationship Id="rId842" Type="http://schemas.openxmlformats.org/officeDocument/2006/relationships/image" Target="media/x15465.wmf"/><Relationship Id="rId843" Type="http://schemas.openxmlformats.org/officeDocument/2006/relationships/image" Target="media/x15466.wmf"/><Relationship Id="rId844" Type="http://schemas.openxmlformats.org/officeDocument/2006/relationships/image" Target="media/x15467.wmf"/><Relationship Id="rId845" Type="http://schemas.openxmlformats.org/officeDocument/2006/relationships/image" Target="media/x15468.wmf"/><Relationship Id="rId846" Type="http://schemas.openxmlformats.org/officeDocument/2006/relationships/image" Target="media/x15469.wmf"/><Relationship Id="rId847" Type="http://schemas.openxmlformats.org/officeDocument/2006/relationships/image" Target="media/x15470.wmf"/><Relationship Id="rId848" Type="http://schemas.openxmlformats.org/officeDocument/2006/relationships/image" Target="media/x15471.wmf"/><Relationship Id="rId849" Type="http://schemas.openxmlformats.org/officeDocument/2006/relationships/image" Target="media/x15472.wmf"/><Relationship Id="rId850" Type="http://schemas.openxmlformats.org/officeDocument/2006/relationships/image" Target="media/x15473.wmf"/><Relationship Id="rId851" Type="http://schemas.openxmlformats.org/officeDocument/2006/relationships/image" Target="media/x15474.wmf"/><Relationship Id="rId852" Type="http://schemas.openxmlformats.org/officeDocument/2006/relationships/image" Target="media/x15475.wmf"/><Relationship Id="rId853" Type="http://schemas.openxmlformats.org/officeDocument/2006/relationships/image" Target="media/x15476.wmf"/><Relationship Id="rId854" Type="http://schemas.openxmlformats.org/officeDocument/2006/relationships/image" Target="media/x15477.wmf"/><Relationship Id="rId855" Type="http://schemas.openxmlformats.org/officeDocument/2006/relationships/image" Target="media/x15478.wmf"/><Relationship Id="rId856" Type="http://schemas.openxmlformats.org/officeDocument/2006/relationships/image" Target="media/x15479.wmf"/><Relationship Id="rId857" Type="http://schemas.openxmlformats.org/officeDocument/2006/relationships/image" Target="media/x15480.wmf"/><Relationship Id="rId858" Type="http://schemas.openxmlformats.org/officeDocument/2006/relationships/image" Target="media/x15481.wmf"/><Relationship Id="rId859" Type="http://schemas.openxmlformats.org/officeDocument/2006/relationships/image" Target="media/x15482.wmf"/><Relationship Id="rId860" Type="http://schemas.openxmlformats.org/officeDocument/2006/relationships/image" Target="media/x15483.wmf"/><Relationship Id="rId861" Type="http://schemas.openxmlformats.org/officeDocument/2006/relationships/image" Target="media/x15484.wmf"/><Relationship Id="rId862" Type="http://schemas.openxmlformats.org/officeDocument/2006/relationships/image" Target="media/x15485.wmf"/><Relationship Id="rId863" Type="http://schemas.openxmlformats.org/officeDocument/2006/relationships/image" Target="media/x15486.wmf"/><Relationship Id="rId864" Type="http://schemas.openxmlformats.org/officeDocument/2006/relationships/image" Target="media/x15487.wmf"/><Relationship Id="rId865" Type="http://schemas.openxmlformats.org/officeDocument/2006/relationships/image" Target="media/x15488.wmf"/><Relationship Id="rId866" Type="http://schemas.openxmlformats.org/officeDocument/2006/relationships/image" Target="media/x15489.wmf"/><Relationship Id="rId867" Type="http://schemas.openxmlformats.org/officeDocument/2006/relationships/image" Target="media/x15490.wmf"/><Relationship Id="rId868" Type="http://schemas.openxmlformats.org/officeDocument/2006/relationships/image" Target="media/x15491.wmf"/><Relationship Id="rId869" Type="http://schemas.openxmlformats.org/officeDocument/2006/relationships/image" Target="media/x15492.wmf"/><Relationship Id="rId870" Type="http://schemas.openxmlformats.org/officeDocument/2006/relationships/image" Target="media/x15493.wmf"/><Relationship Id="rId871" Type="http://schemas.openxmlformats.org/officeDocument/2006/relationships/image" Target="media/x15494.wmf"/><Relationship Id="rId872" Type="http://schemas.openxmlformats.org/officeDocument/2006/relationships/image" Target="media/x15495.wmf"/><Relationship Id="rId873" Type="http://schemas.openxmlformats.org/officeDocument/2006/relationships/image" Target="media/x15496.wmf"/><Relationship Id="rId874" Type="http://schemas.openxmlformats.org/officeDocument/2006/relationships/image" Target="media/x15497.wmf"/><Relationship Id="rId875" Type="http://schemas.openxmlformats.org/officeDocument/2006/relationships/image" Target="media/x15498.wmf"/><Relationship Id="rId876" Type="http://schemas.openxmlformats.org/officeDocument/2006/relationships/image" Target="media/x15499.wmf"/><Relationship Id="rId877" Type="http://schemas.openxmlformats.org/officeDocument/2006/relationships/image" Target="media/x15500.wmf"/><Relationship Id="rId878" Type="http://schemas.openxmlformats.org/officeDocument/2006/relationships/image" Target="media/x15501.wmf"/><Relationship Id="rId879" Type="http://schemas.openxmlformats.org/officeDocument/2006/relationships/image" Target="media/x15502.wmf"/><Relationship Id="rId880" Type="http://schemas.openxmlformats.org/officeDocument/2006/relationships/image" Target="media/x15503.wmf"/><Relationship Id="rId881" Type="http://schemas.openxmlformats.org/officeDocument/2006/relationships/image" Target="media/x15504.wmf"/><Relationship Id="rId882" Type="http://schemas.openxmlformats.org/officeDocument/2006/relationships/image" Target="media/x15505.wmf"/><Relationship Id="rId883" Type="http://schemas.openxmlformats.org/officeDocument/2006/relationships/image" Target="media/x15506.wmf"/><Relationship Id="rId884" Type="http://schemas.openxmlformats.org/officeDocument/2006/relationships/image" Target="media/x15507.wmf"/><Relationship Id="rId885" Type="http://schemas.openxmlformats.org/officeDocument/2006/relationships/image" Target="media/x15508.wmf"/><Relationship Id="rId886" Type="http://schemas.openxmlformats.org/officeDocument/2006/relationships/image" Target="media/x15509.wmf"/><Relationship Id="rId887" Type="http://schemas.openxmlformats.org/officeDocument/2006/relationships/image" Target="media/x15510.wmf"/><Relationship Id="rId888" Type="http://schemas.openxmlformats.org/officeDocument/2006/relationships/image" Target="media/x15511.wmf"/><Relationship Id="rId889" Type="http://schemas.openxmlformats.org/officeDocument/2006/relationships/image" Target="media/x15512.wmf"/><Relationship Id="rId890" Type="http://schemas.openxmlformats.org/officeDocument/2006/relationships/image" Target="media/x15513.wmf"/><Relationship Id="rId891" Type="http://schemas.openxmlformats.org/officeDocument/2006/relationships/image" Target="media/x15514.wmf"/><Relationship Id="rId892" Type="http://schemas.openxmlformats.org/officeDocument/2006/relationships/image" Target="media/x15515.wmf"/><Relationship Id="rId893" Type="http://schemas.openxmlformats.org/officeDocument/2006/relationships/image" Target="media/x15516.wmf"/><Relationship Id="rId894" Type="http://schemas.openxmlformats.org/officeDocument/2006/relationships/image" Target="media/x15517.wmf"/><Relationship Id="rId895" Type="http://schemas.openxmlformats.org/officeDocument/2006/relationships/image" Target="media/x15518.wmf"/><Relationship Id="rId896" Type="http://schemas.openxmlformats.org/officeDocument/2006/relationships/image" Target="media/x15519.wmf"/><Relationship Id="rId897" Type="http://schemas.openxmlformats.org/officeDocument/2006/relationships/image" Target="media/x15520.wmf"/><Relationship Id="rId898" Type="http://schemas.openxmlformats.org/officeDocument/2006/relationships/image" Target="media/x15521.wmf"/><Relationship Id="rId899" Type="http://schemas.openxmlformats.org/officeDocument/2006/relationships/image" Target="media/x15522.wmf"/><Relationship Id="rId900" Type="http://schemas.openxmlformats.org/officeDocument/2006/relationships/image" Target="media/x15523.wmf"/><Relationship Id="rId901" Type="http://schemas.openxmlformats.org/officeDocument/2006/relationships/image" Target="media/x15524.wmf"/><Relationship Id="rId902" Type="http://schemas.openxmlformats.org/officeDocument/2006/relationships/image" Target="media/x15525.wmf"/><Relationship Id="rId903" Type="http://schemas.openxmlformats.org/officeDocument/2006/relationships/image" Target="media/x15526.wmf"/><Relationship Id="rId904" Type="http://schemas.openxmlformats.org/officeDocument/2006/relationships/image" Target="media/x15527.wmf"/><Relationship Id="rId905" Type="http://schemas.openxmlformats.org/officeDocument/2006/relationships/image" Target="media/x15528.wmf"/><Relationship Id="rId906" Type="http://schemas.openxmlformats.org/officeDocument/2006/relationships/image" Target="media/x15529.wmf"/><Relationship Id="rId907" Type="http://schemas.openxmlformats.org/officeDocument/2006/relationships/image" Target="media/x15530.wmf"/><Relationship Id="rId908" Type="http://schemas.openxmlformats.org/officeDocument/2006/relationships/image" Target="media/x15531.wmf"/><Relationship Id="rId909" Type="http://schemas.openxmlformats.org/officeDocument/2006/relationships/image" Target="media/x15532.wmf"/><Relationship Id="rId910" Type="http://schemas.openxmlformats.org/officeDocument/2006/relationships/image" Target="media/x15533.wmf"/><Relationship Id="rId911" Type="http://schemas.openxmlformats.org/officeDocument/2006/relationships/image" Target="media/x15534.wmf"/><Relationship Id="rId912" Type="http://schemas.openxmlformats.org/officeDocument/2006/relationships/image" Target="media/x15535.wmf"/><Relationship Id="rId913" Type="http://schemas.openxmlformats.org/officeDocument/2006/relationships/image" Target="media/x15536.wmf"/><Relationship Id="rId914" Type="http://schemas.openxmlformats.org/officeDocument/2006/relationships/image" Target="media/x15537.wmf"/><Relationship Id="rId915" Type="http://schemas.openxmlformats.org/officeDocument/2006/relationships/image" Target="media/x15538.wmf"/><Relationship Id="rId916" Type="http://schemas.openxmlformats.org/officeDocument/2006/relationships/image" Target="media/x15539.wmf"/><Relationship Id="rId917" Type="http://schemas.openxmlformats.org/officeDocument/2006/relationships/image" Target="media/x15540.png"/><Relationship Id="rId918" Type="http://schemas.openxmlformats.org/officeDocument/2006/relationships/image" Target="media/x15541.wmf"/><Relationship Id="rId919" Type="http://schemas.openxmlformats.org/officeDocument/2006/relationships/image" Target="media/x15542.wmf"/><Relationship Id="rId920" Type="http://schemas.openxmlformats.org/officeDocument/2006/relationships/image" Target="media/x15543.wmf"/><Relationship Id="rId921" Type="http://schemas.openxmlformats.org/officeDocument/2006/relationships/image" Target="media/x15544.wmf"/><Relationship Id="rId922" Type="http://schemas.openxmlformats.org/officeDocument/2006/relationships/image" Target="media/x15545.wmf"/><Relationship Id="rId923" Type="http://schemas.openxmlformats.org/officeDocument/2006/relationships/image" Target="media/x15546.wmf"/><Relationship Id="rId924" Type="http://schemas.openxmlformats.org/officeDocument/2006/relationships/image" Target="media/x15547.png"/><Relationship Id="rId925" Type="http://schemas.openxmlformats.org/officeDocument/2006/relationships/image" Target="media/x15548.wmf"/><Relationship Id="rId926" Type="http://schemas.openxmlformats.org/officeDocument/2006/relationships/image" Target="media/x15549.wmf"/><Relationship Id="rId927" Type="http://schemas.openxmlformats.org/officeDocument/2006/relationships/image" Target="media/x15550.wmf"/><Relationship Id="rId928" Type="http://schemas.openxmlformats.org/officeDocument/2006/relationships/image" Target="media/x15551.png"/><Relationship Id="rId929" Type="http://schemas.openxmlformats.org/officeDocument/2006/relationships/image" Target="media/x15552.wmf"/><Relationship Id="rId930" Type="http://schemas.openxmlformats.org/officeDocument/2006/relationships/image" Target="media/x15553.wmf"/><Relationship Id="rId931" Type="http://schemas.openxmlformats.org/officeDocument/2006/relationships/image" Target="media/x15554.wmf"/><Relationship Id="rId932" Type="http://schemas.openxmlformats.org/officeDocument/2006/relationships/image" Target="media/x15555.wmf"/><Relationship Id="rId933" Type="http://schemas.openxmlformats.org/officeDocument/2006/relationships/image" Target="media/x15556.wmf"/><Relationship Id="rId934" Type="http://schemas.openxmlformats.org/officeDocument/2006/relationships/image" Target="media/x15557.wmf"/><Relationship Id="rId935" Type="http://schemas.openxmlformats.org/officeDocument/2006/relationships/image" Target="media/x15558.wmf"/><Relationship Id="rId936" Type="http://schemas.openxmlformats.org/officeDocument/2006/relationships/image" Target="media/x15559.wmf"/><Relationship Id="rId937" Type="http://schemas.openxmlformats.org/officeDocument/2006/relationships/image" Target="media/x15560.wmf"/><Relationship Id="rId938" Type="http://schemas.openxmlformats.org/officeDocument/2006/relationships/image" Target="media/x15561.wmf"/><Relationship Id="rId939" Type="http://schemas.openxmlformats.org/officeDocument/2006/relationships/image" Target="media/x15562.wmf"/><Relationship Id="rId940" Type="http://schemas.openxmlformats.org/officeDocument/2006/relationships/image" Target="media/x15563.wmf"/><Relationship Id="rId941" Type="http://schemas.openxmlformats.org/officeDocument/2006/relationships/image" Target="media/x15564.png"/><Relationship Id="rId942" Type="http://schemas.openxmlformats.org/officeDocument/2006/relationships/image" Target="media/x15565.wmf"/><Relationship Id="rId943" Type="http://schemas.openxmlformats.org/officeDocument/2006/relationships/image" Target="media/x15566.wmf"/><Relationship Id="rId944" Type="http://schemas.openxmlformats.org/officeDocument/2006/relationships/image" Target="media/x15567.wmf"/><Relationship Id="rId945" Type="http://schemas.openxmlformats.org/officeDocument/2006/relationships/image" Target="media/x15568.wmf"/><Relationship Id="rId946" Type="http://schemas.openxmlformats.org/officeDocument/2006/relationships/image" Target="media/x15569.wmf"/><Relationship Id="rId947" Type="http://schemas.openxmlformats.org/officeDocument/2006/relationships/image" Target="media/x15570.wmf"/><Relationship Id="rId948" Type="http://schemas.openxmlformats.org/officeDocument/2006/relationships/image" Target="media/x15571.wmf"/><Relationship Id="rId949" Type="http://schemas.openxmlformats.org/officeDocument/2006/relationships/image" Target="media/x15572.wmf"/><Relationship Id="rId950" Type="http://schemas.openxmlformats.org/officeDocument/2006/relationships/image" Target="media/x15573.wmf"/><Relationship Id="rId951" Type="http://schemas.openxmlformats.org/officeDocument/2006/relationships/image" Target="media/x15574.wmf"/><Relationship Id="rId952" Type="http://schemas.openxmlformats.org/officeDocument/2006/relationships/image" Target="media/x15575.wmf"/><Relationship Id="rId953" Type="http://schemas.openxmlformats.org/officeDocument/2006/relationships/image" Target="media/x15576.png"/><Relationship Id="rId954" Type="http://schemas.openxmlformats.org/officeDocument/2006/relationships/image" Target="media/x15577.wmf"/><Relationship Id="rId955" Type="http://schemas.openxmlformats.org/officeDocument/2006/relationships/image" Target="media/x15578.wmf"/><Relationship Id="rId956" Type="http://schemas.openxmlformats.org/officeDocument/2006/relationships/image" Target="media/x15579.wmf"/><Relationship Id="rId957" Type="http://schemas.openxmlformats.org/officeDocument/2006/relationships/image" Target="media/x15580.wmf"/><Relationship Id="rId958" Type="http://schemas.openxmlformats.org/officeDocument/2006/relationships/image" Target="media/x15581.wmf"/><Relationship Id="rId959" Type="http://schemas.openxmlformats.org/officeDocument/2006/relationships/image" Target="media/x15582.wmf"/><Relationship Id="rId960" Type="http://schemas.openxmlformats.org/officeDocument/2006/relationships/image" Target="media/x15583.wmf"/><Relationship Id="rId961" Type="http://schemas.openxmlformats.org/officeDocument/2006/relationships/image" Target="media/x15584.wmf"/><Relationship Id="rId962" Type="http://schemas.openxmlformats.org/officeDocument/2006/relationships/image" Target="media/x15585.wmf"/><Relationship Id="rId963" Type="http://schemas.openxmlformats.org/officeDocument/2006/relationships/image" Target="media/x15586.wmf"/><Relationship Id="rId964" Type="http://schemas.openxmlformats.org/officeDocument/2006/relationships/image" Target="media/x15587.png"/><Relationship Id="rId965" Type="http://schemas.openxmlformats.org/officeDocument/2006/relationships/image" Target="media/x15588.wmf"/><Relationship Id="rId966" Type="http://schemas.openxmlformats.org/officeDocument/2006/relationships/image" Target="media/x15589.wmf"/><Relationship Id="rId967" Type="http://schemas.openxmlformats.org/officeDocument/2006/relationships/image" Target="media/x15590.wmf"/><Relationship Id="rId968" Type="http://schemas.openxmlformats.org/officeDocument/2006/relationships/image" Target="media/x15591.wmf"/><Relationship Id="rId969" Type="http://schemas.openxmlformats.org/officeDocument/2006/relationships/image" Target="media/x15592.wmf"/><Relationship Id="rId970" Type="http://schemas.openxmlformats.org/officeDocument/2006/relationships/image" Target="media/x15593.wmf"/><Relationship Id="rId971" Type="http://schemas.openxmlformats.org/officeDocument/2006/relationships/image" Target="media/x15594.wmf"/><Relationship Id="rId972" Type="http://schemas.openxmlformats.org/officeDocument/2006/relationships/image" Target="media/x15595.wmf"/><Relationship Id="rId973" Type="http://schemas.openxmlformats.org/officeDocument/2006/relationships/image" Target="media/x15596.wmf"/><Relationship Id="rId974" Type="http://schemas.openxmlformats.org/officeDocument/2006/relationships/image" Target="media/x15597.wmf"/><Relationship Id="rId975" Type="http://schemas.openxmlformats.org/officeDocument/2006/relationships/image" Target="media/x15598.wmf"/><Relationship Id="rId976" Type="http://schemas.openxmlformats.org/officeDocument/2006/relationships/image" Target="media/x15599.wmf"/><Relationship Id="rId977" Type="http://schemas.openxmlformats.org/officeDocument/2006/relationships/image" Target="media/x15600.wmf"/><Relationship Id="rId978" Type="http://schemas.openxmlformats.org/officeDocument/2006/relationships/image" Target="media/x15601.wmf"/><Relationship Id="rId979" Type="http://schemas.openxmlformats.org/officeDocument/2006/relationships/image" Target="media/x15602.wmf"/><Relationship Id="rId980" Type="http://schemas.openxmlformats.org/officeDocument/2006/relationships/image" Target="media/x15603.wmf"/><Relationship Id="rId981" Type="http://schemas.openxmlformats.org/officeDocument/2006/relationships/image" Target="media/x15604.wmf"/><Relationship Id="rId982" Type="http://schemas.openxmlformats.org/officeDocument/2006/relationships/image" Target="media/x15605.wmf"/><Relationship Id="rId983" Type="http://schemas.openxmlformats.org/officeDocument/2006/relationships/image" Target="media/x15606.wmf"/><Relationship Id="rId984" Type="http://schemas.openxmlformats.org/officeDocument/2006/relationships/image" Target="media/x15607.wmf"/><Relationship Id="rId985" Type="http://schemas.openxmlformats.org/officeDocument/2006/relationships/image" Target="media/x15608.wmf"/><Relationship Id="rId986" Type="http://schemas.openxmlformats.org/officeDocument/2006/relationships/image" Target="media/x15609.wmf"/><Relationship Id="rId987" Type="http://schemas.openxmlformats.org/officeDocument/2006/relationships/image" Target="media/x15610.wmf"/><Relationship Id="rId988" Type="http://schemas.openxmlformats.org/officeDocument/2006/relationships/image" Target="media/x15611.wmf"/><Relationship Id="rId989" Type="http://schemas.openxmlformats.org/officeDocument/2006/relationships/image" Target="media/x15612.png"/><Relationship Id="rId990" Type="http://schemas.openxmlformats.org/officeDocument/2006/relationships/image" Target="media/x15613.wmf"/><Relationship Id="rId991" Type="http://schemas.openxmlformats.org/officeDocument/2006/relationships/image" Target="media/x15614.wmf"/><Relationship Id="rId992" Type="http://schemas.openxmlformats.org/officeDocument/2006/relationships/image" Target="media/x15615.wmf"/><Relationship Id="rId993" Type="http://schemas.openxmlformats.org/officeDocument/2006/relationships/image" Target="media/x15616.png"/><Relationship Id="rId994" Type="http://schemas.openxmlformats.org/officeDocument/2006/relationships/image" Target="media/x15617.wmf"/><Relationship Id="rId995" Type="http://schemas.openxmlformats.org/officeDocument/2006/relationships/image" Target="media/x15618.wmf"/><Relationship Id="rId996" Type="http://schemas.openxmlformats.org/officeDocument/2006/relationships/image" Target="media/x15619.wmf"/><Relationship Id="rId997" Type="http://schemas.openxmlformats.org/officeDocument/2006/relationships/image" Target="media/x15620.wmf"/><Relationship Id="rId998" Type="http://schemas.openxmlformats.org/officeDocument/2006/relationships/image" Target="media/x15621.wmf"/><Relationship Id="rId999" Type="http://schemas.openxmlformats.org/officeDocument/2006/relationships/image" Target="media/x15622.wmf"/><Relationship Id="rId1000" Type="http://schemas.openxmlformats.org/officeDocument/2006/relationships/image" Target="media/x15623.wmf"/><Relationship Id="rId1001" Type="http://schemas.openxmlformats.org/officeDocument/2006/relationships/image" Target="media/x15624.wmf"/><Relationship Id="rId1002" Type="http://schemas.openxmlformats.org/officeDocument/2006/relationships/image" Target="media/x15625.wmf"/><Relationship Id="rId1003" Type="http://schemas.openxmlformats.org/officeDocument/2006/relationships/image" Target="media/x15626.wmf"/><Relationship Id="rId1004" Type="http://schemas.openxmlformats.org/officeDocument/2006/relationships/image" Target="media/x15627.wmf"/><Relationship Id="rId1005" Type="http://schemas.openxmlformats.org/officeDocument/2006/relationships/image" Target="media/x15628.wmf"/><Relationship Id="rId1006" Type="http://schemas.openxmlformats.org/officeDocument/2006/relationships/image" Target="media/x15629.wmf"/><Relationship Id="rId1007" Type="http://schemas.openxmlformats.org/officeDocument/2006/relationships/image" Target="media/x15630.wmf"/><Relationship Id="rId1008" Type="http://schemas.openxmlformats.org/officeDocument/2006/relationships/image" Target="media/x15631.wmf"/><Relationship Id="rId1009" Type="http://schemas.openxmlformats.org/officeDocument/2006/relationships/image" Target="media/x15632.wmf"/><Relationship Id="rId1010" Type="http://schemas.openxmlformats.org/officeDocument/2006/relationships/image" Target="media/x15633.wmf"/><Relationship Id="rId1011" Type="http://schemas.openxmlformats.org/officeDocument/2006/relationships/image" Target="media/x15634.wmf"/><Relationship Id="rId1012" Type="http://schemas.openxmlformats.org/officeDocument/2006/relationships/image" Target="media/x15635.wmf"/><Relationship Id="rId1013" Type="http://schemas.openxmlformats.org/officeDocument/2006/relationships/image" Target="media/x15636.wmf"/><Relationship Id="rId1014" Type="http://schemas.openxmlformats.org/officeDocument/2006/relationships/image" Target="media/x15637.wmf"/><Relationship Id="rId1015" Type="http://schemas.openxmlformats.org/officeDocument/2006/relationships/image" Target="media/x15638.wmf"/><Relationship Id="rId1016" Type="http://schemas.openxmlformats.org/officeDocument/2006/relationships/image" Target="media/x15639.wmf"/><Relationship Id="rId1017" Type="http://schemas.openxmlformats.org/officeDocument/2006/relationships/image" Target="media/x15640.wmf"/><Relationship Id="rId1018" Type="http://schemas.openxmlformats.org/officeDocument/2006/relationships/image" Target="media/x15641.wmf"/><Relationship Id="rId1019" Type="http://schemas.openxmlformats.org/officeDocument/2006/relationships/image" Target="media/x15642.wmf"/><Relationship Id="rId1020" Type="http://schemas.openxmlformats.org/officeDocument/2006/relationships/image" Target="media/x15643.wmf"/><Relationship Id="rId1021" Type="http://schemas.openxmlformats.org/officeDocument/2006/relationships/image" Target="media/x15644.wmf"/><Relationship Id="rId1022" Type="http://schemas.openxmlformats.org/officeDocument/2006/relationships/image" Target="media/x15645.wmf"/><Relationship Id="rId1023" Type="http://schemas.openxmlformats.org/officeDocument/2006/relationships/image" Target="media/x15646.wmf"/><Relationship Id="rId1024" Type="http://schemas.openxmlformats.org/officeDocument/2006/relationships/image" Target="media/x15647.wmf"/><Relationship Id="rId1025" Type="http://schemas.openxmlformats.org/officeDocument/2006/relationships/image" Target="media/x15648.wmf"/><Relationship Id="rId1026" Type="http://schemas.openxmlformats.org/officeDocument/2006/relationships/image" Target="media/x15649.wmf"/><Relationship Id="rId1027" Type="http://schemas.openxmlformats.org/officeDocument/2006/relationships/image" Target="media/x15650.wmf"/><Relationship Id="rId1028" Type="http://schemas.openxmlformats.org/officeDocument/2006/relationships/image" Target="media/x15651.wmf"/><Relationship Id="rId1029" Type="http://schemas.openxmlformats.org/officeDocument/2006/relationships/image" Target="media/x15652.wmf"/><Relationship Id="rId1030" Type="http://schemas.openxmlformats.org/officeDocument/2006/relationships/image" Target="media/x15653.wmf"/><Relationship Id="rId1031" Type="http://schemas.openxmlformats.org/officeDocument/2006/relationships/image" Target="media/x15654.wmf"/><Relationship Id="rId1032" Type="http://schemas.openxmlformats.org/officeDocument/2006/relationships/image" Target="media/x15655.wmf"/><Relationship Id="rId1033" Type="http://schemas.openxmlformats.org/officeDocument/2006/relationships/image" Target="media/x15656.wmf"/><Relationship Id="rId1034" Type="http://schemas.openxmlformats.org/officeDocument/2006/relationships/image" Target="media/x15657.wmf"/><Relationship Id="rId1035" Type="http://schemas.openxmlformats.org/officeDocument/2006/relationships/image" Target="media/x15658.wmf"/><Relationship Id="rId1036" Type="http://schemas.openxmlformats.org/officeDocument/2006/relationships/image" Target="media/x15659.wmf"/><Relationship Id="rId1037" Type="http://schemas.openxmlformats.org/officeDocument/2006/relationships/image" Target="media/x15660.wmf"/><Relationship Id="rId1038" Type="http://schemas.openxmlformats.org/officeDocument/2006/relationships/image" Target="media/x15661.wmf"/><Relationship Id="rId1039" Type="http://schemas.openxmlformats.org/officeDocument/2006/relationships/image" Target="media/x15662.wmf"/><Relationship Id="rId1040" Type="http://schemas.openxmlformats.org/officeDocument/2006/relationships/image" Target="media/x15663.wmf"/><Relationship Id="rId1041" Type="http://schemas.openxmlformats.org/officeDocument/2006/relationships/image" Target="media/x15664.wmf"/><Relationship Id="rId1042" Type="http://schemas.openxmlformats.org/officeDocument/2006/relationships/image" Target="media/x15665.wmf"/><Relationship Id="rId1043" Type="http://schemas.openxmlformats.org/officeDocument/2006/relationships/image" Target="media/x15666.wmf"/><Relationship Id="rId1044" Type="http://schemas.openxmlformats.org/officeDocument/2006/relationships/image" Target="media/x15667.wmf"/><Relationship Id="rId1045" Type="http://schemas.openxmlformats.org/officeDocument/2006/relationships/image" Target="media/x15668.wmf"/><Relationship Id="rId1046" Type="http://schemas.openxmlformats.org/officeDocument/2006/relationships/image" Target="media/x15669.wmf"/><Relationship Id="rId1047" Type="http://schemas.openxmlformats.org/officeDocument/2006/relationships/image" Target="media/x15670.wmf"/><Relationship Id="rId1048" Type="http://schemas.openxmlformats.org/officeDocument/2006/relationships/image" Target="media/x15671.wmf"/><Relationship Id="rId1049" Type="http://schemas.openxmlformats.org/officeDocument/2006/relationships/image" Target="media/x15672.wmf"/><Relationship Id="rId1050" Type="http://schemas.openxmlformats.org/officeDocument/2006/relationships/image" Target="media/x15673.wmf"/><Relationship Id="rId1051" Type="http://schemas.openxmlformats.org/officeDocument/2006/relationships/image" Target="media/x15674.wmf"/><Relationship Id="rId1052" Type="http://schemas.openxmlformats.org/officeDocument/2006/relationships/image" Target="media/x15675.wmf"/><Relationship Id="rId1053" Type="http://schemas.openxmlformats.org/officeDocument/2006/relationships/image" Target="media/x15676.wmf"/><Relationship Id="rId1054" Type="http://schemas.openxmlformats.org/officeDocument/2006/relationships/image" Target="media/x15677.wmf"/><Relationship Id="rId1055" Type="http://schemas.openxmlformats.org/officeDocument/2006/relationships/image" Target="media/x15678.wmf"/><Relationship Id="rId1056" Type="http://schemas.openxmlformats.org/officeDocument/2006/relationships/image" Target="media/x15679.wmf"/><Relationship Id="rId1057" Type="http://schemas.openxmlformats.org/officeDocument/2006/relationships/image" Target="media/x15680.wmf"/><Relationship Id="rId1058" Type="http://schemas.openxmlformats.org/officeDocument/2006/relationships/image" Target="media/x15681.wmf"/><Relationship Id="rId1059" Type="http://schemas.openxmlformats.org/officeDocument/2006/relationships/image" Target="media/x15682.png"/><Relationship Id="rId1060" Type="http://schemas.openxmlformats.org/officeDocument/2006/relationships/image" Target="media/x15683.wmf"/><Relationship Id="rId1061" Type="http://schemas.openxmlformats.org/officeDocument/2006/relationships/image" Target="media/x15684.wmf"/><Relationship Id="rId1062" Type="http://schemas.openxmlformats.org/officeDocument/2006/relationships/image" Target="media/x15685.wmf"/><Relationship Id="rId1063" Type="http://schemas.openxmlformats.org/officeDocument/2006/relationships/image" Target="media/x15686.wmf"/><Relationship Id="rId1064" Type="http://schemas.openxmlformats.org/officeDocument/2006/relationships/image" Target="media/x15687.wmf"/><Relationship Id="rId1065" Type="http://schemas.openxmlformats.org/officeDocument/2006/relationships/image" Target="media/x15688.wmf"/><Relationship Id="rId1066" Type="http://schemas.openxmlformats.org/officeDocument/2006/relationships/image" Target="media/x15689.wmf"/><Relationship Id="rId1067" Type="http://schemas.openxmlformats.org/officeDocument/2006/relationships/image" Target="media/x15690.wmf"/><Relationship Id="rId1068" Type="http://schemas.openxmlformats.org/officeDocument/2006/relationships/image" Target="media/x15691.wmf"/><Relationship Id="rId1069" Type="http://schemas.openxmlformats.org/officeDocument/2006/relationships/image" Target="media/x15692.wmf"/><Relationship Id="rId1070" Type="http://schemas.openxmlformats.org/officeDocument/2006/relationships/image" Target="media/x15693.wmf"/><Relationship Id="rId1071" Type="http://schemas.openxmlformats.org/officeDocument/2006/relationships/image" Target="media/x15694.wmf"/><Relationship Id="rId1072" Type="http://schemas.openxmlformats.org/officeDocument/2006/relationships/image" Target="media/x15695.wmf"/><Relationship Id="rId1073" Type="http://schemas.openxmlformats.org/officeDocument/2006/relationships/image" Target="media/x15696.wmf"/><Relationship Id="rId1074" Type="http://schemas.openxmlformats.org/officeDocument/2006/relationships/image" Target="media/x15697.wmf"/><Relationship Id="rId1075" Type="http://schemas.openxmlformats.org/officeDocument/2006/relationships/image" Target="media/x15698.wmf"/><Relationship Id="rId1076" Type="http://schemas.openxmlformats.org/officeDocument/2006/relationships/image" Target="media/x15699.wmf"/><Relationship Id="rId1077" Type="http://schemas.openxmlformats.org/officeDocument/2006/relationships/image" Target="media/x15700.wmf"/><Relationship Id="rId1078" Type="http://schemas.openxmlformats.org/officeDocument/2006/relationships/image" Target="media/x15701.wmf"/><Relationship Id="rId1079" Type="http://schemas.openxmlformats.org/officeDocument/2006/relationships/image" Target="media/x15702.wmf"/><Relationship Id="rId1080" Type="http://schemas.openxmlformats.org/officeDocument/2006/relationships/image" Target="media/x15703.wmf"/><Relationship Id="rId1081" Type="http://schemas.openxmlformats.org/officeDocument/2006/relationships/image" Target="media/x15704.wmf"/><Relationship Id="rId1082" Type="http://schemas.openxmlformats.org/officeDocument/2006/relationships/image" Target="media/x15705.wmf"/><Relationship Id="rId1083" Type="http://schemas.openxmlformats.org/officeDocument/2006/relationships/image" Target="media/x15706.wmf"/><Relationship Id="rId1084" Type="http://schemas.openxmlformats.org/officeDocument/2006/relationships/image" Target="media/x15707.wmf"/><Relationship Id="rId1085" Type="http://schemas.openxmlformats.org/officeDocument/2006/relationships/image" Target="media/x15708.wmf"/><Relationship Id="rId1086" Type="http://schemas.openxmlformats.org/officeDocument/2006/relationships/image" Target="media/x15709.wmf"/><Relationship Id="rId1087" Type="http://schemas.openxmlformats.org/officeDocument/2006/relationships/image" Target="media/x15710.wmf"/><Relationship Id="rId1088" Type="http://schemas.openxmlformats.org/officeDocument/2006/relationships/image" Target="media/x15711.wmf"/><Relationship Id="rId1089" Type="http://schemas.openxmlformats.org/officeDocument/2006/relationships/image" Target="media/x15712.wmf"/><Relationship Id="rId1090" Type="http://schemas.openxmlformats.org/officeDocument/2006/relationships/image" Target="media/x15713.wmf"/><Relationship Id="rId1091" Type="http://schemas.openxmlformats.org/officeDocument/2006/relationships/image" Target="media/x15714.wmf"/><Relationship Id="rId1092" Type="http://schemas.openxmlformats.org/officeDocument/2006/relationships/image" Target="media/x15715.wmf"/><Relationship Id="rId1093" Type="http://schemas.openxmlformats.org/officeDocument/2006/relationships/image" Target="media/x15716.wmf"/><Relationship Id="rId1094" Type="http://schemas.openxmlformats.org/officeDocument/2006/relationships/image" Target="media/x15717.wmf"/><Relationship Id="rId1095" Type="http://schemas.openxmlformats.org/officeDocument/2006/relationships/image" Target="media/x15718.wmf"/><Relationship Id="rId1096" Type="http://schemas.openxmlformats.org/officeDocument/2006/relationships/image" Target="media/x15719.wmf"/><Relationship Id="rId1097" Type="http://schemas.openxmlformats.org/officeDocument/2006/relationships/image" Target="media/x15720.wmf"/><Relationship Id="rId1098" Type="http://schemas.openxmlformats.org/officeDocument/2006/relationships/image" Target="media/x15721.wmf"/><Relationship Id="rId1099" Type="http://schemas.openxmlformats.org/officeDocument/2006/relationships/image" Target="media/x15722.wmf"/><Relationship Id="rId1100" Type="http://schemas.openxmlformats.org/officeDocument/2006/relationships/image" Target="media/x15723.png"/><Relationship Id="rId1101" Type="http://schemas.openxmlformats.org/officeDocument/2006/relationships/image" Target="media/x15724.wmf"/><Relationship Id="rId1102" Type="http://schemas.openxmlformats.org/officeDocument/2006/relationships/image" Target="media/x15725.wmf"/><Relationship Id="rId1103" Type="http://schemas.openxmlformats.org/officeDocument/2006/relationships/image" Target="media/x15726.wmf"/><Relationship Id="rId1104" Type="http://schemas.openxmlformats.org/officeDocument/2006/relationships/image" Target="media/x15727.wmf"/><Relationship Id="rId1105" Type="http://schemas.openxmlformats.org/officeDocument/2006/relationships/image" Target="media/x15728.wmf"/><Relationship Id="rId1106" Type="http://schemas.openxmlformats.org/officeDocument/2006/relationships/image" Target="media/x15729.wmf"/><Relationship Id="rId1107" Type="http://schemas.openxmlformats.org/officeDocument/2006/relationships/image" Target="media/x15730.wmf"/><Relationship Id="rId1108" Type="http://schemas.openxmlformats.org/officeDocument/2006/relationships/image" Target="media/x15731.wmf"/><Relationship Id="rId1109" Type="http://schemas.openxmlformats.org/officeDocument/2006/relationships/image" Target="media/x15732.wmf"/><Relationship Id="rId1110" Type="http://schemas.openxmlformats.org/officeDocument/2006/relationships/image" Target="media/x15733.wmf"/><Relationship Id="rId1111" Type="http://schemas.openxmlformats.org/officeDocument/2006/relationships/image" Target="media/x15734.png"/><Relationship Id="rId1112" Type="http://schemas.openxmlformats.org/officeDocument/2006/relationships/image" Target="media/x15735.wmf"/><Relationship Id="rId1113" Type="http://schemas.openxmlformats.org/officeDocument/2006/relationships/image" Target="media/x15736.wmf"/><Relationship Id="rId1114" Type="http://schemas.openxmlformats.org/officeDocument/2006/relationships/image" Target="media/x15737.wmf"/><Relationship Id="rId1115" Type="http://schemas.openxmlformats.org/officeDocument/2006/relationships/image" Target="media/x15738.wmf"/><Relationship Id="rId1116" Type="http://schemas.openxmlformats.org/officeDocument/2006/relationships/image" Target="media/x15739.wmf"/><Relationship Id="rId1117" Type="http://schemas.openxmlformats.org/officeDocument/2006/relationships/image" Target="media/x15740.wmf"/><Relationship Id="rId1118" Type="http://schemas.openxmlformats.org/officeDocument/2006/relationships/image" Target="media/x15741.wmf"/><Relationship Id="rId1119" Type="http://schemas.openxmlformats.org/officeDocument/2006/relationships/image" Target="media/x15742.wmf"/><Relationship Id="rId1120" Type="http://schemas.openxmlformats.org/officeDocument/2006/relationships/image" Target="media/x15743.wmf"/><Relationship Id="rId1121" Type="http://schemas.openxmlformats.org/officeDocument/2006/relationships/image" Target="media/x15744.wmf"/><Relationship Id="rId1122" Type="http://schemas.openxmlformats.org/officeDocument/2006/relationships/image" Target="media/x15745.wmf"/><Relationship Id="rId1123" Type="http://schemas.openxmlformats.org/officeDocument/2006/relationships/image" Target="media/x15746.wmf"/><Relationship Id="rId1124" Type="http://schemas.openxmlformats.org/officeDocument/2006/relationships/image" Target="media/x15747.wmf"/><Relationship Id="rId1125" Type="http://schemas.openxmlformats.org/officeDocument/2006/relationships/image" Target="media/x15748.png"/><Relationship Id="rId1126" Type="http://schemas.openxmlformats.org/officeDocument/2006/relationships/image" Target="media/x15749.wmf"/><Relationship Id="rId1127" Type="http://schemas.openxmlformats.org/officeDocument/2006/relationships/image" Target="media/x15750.wmf"/><Relationship Id="rId1128" Type="http://schemas.openxmlformats.org/officeDocument/2006/relationships/image" Target="media/x15751.wmf"/><Relationship Id="rId1129" Type="http://schemas.openxmlformats.org/officeDocument/2006/relationships/image" Target="media/x15752.wmf"/><Relationship Id="rId1130" Type="http://schemas.openxmlformats.org/officeDocument/2006/relationships/image" Target="media/x15753.wmf"/><Relationship Id="rId1131" Type="http://schemas.openxmlformats.org/officeDocument/2006/relationships/image" Target="media/x15754.wmf"/><Relationship Id="rId1132" Type="http://schemas.openxmlformats.org/officeDocument/2006/relationships/image" Target="media/x15755.wmf"/><Relationship Id="rId1133" Type="http://schemas.openxmlformats.org/officeDocument/2006/relationships/image" Target="media/x15756.wmf"/><Relationship Id="rId1134" Type="http://schemas.openxmlformats.org/officeDocument/2006/relationships/image" Target="media/x15757.wmf"/><Relationship Id="rId1135" Type="http://schemas.openxmlformats.org/officeDocument/2006/relationships/image" Target="media/x15758.wmf"/><Relationship Id="rId1136" Type="http://schemas.openxmlformats.org/officeDocument/2006/relationships/image" Target="media/x15759.wmf"/><Relationship Id="rId1137" Type="http://schemas.openxmlformats.org/officeDocument/2006/relationships/image" Target="media/x15760.wmf"/><Relationship Id="rId1138" Type="http://schemas.openxmlformats.org/officeDocument/2006/relationships/image" Target="media/x15761.wmf"/><Relationship Id="rId1139" Type="http://schemas.openxmlformats.org/officeDocument/2006/relationships/image" Target="media/x15762.wmf"/><Relationship Id="rId1140" Type="http://schemas.openxmlformats.org/officeDocument/2006/relationships/image" Target="media/x15763.wmf"/><Relationship Id="rId1141" Type="http://schemas.openxmlformats.org/officeDocument/2006/relationships/image" Target="media/x15764.wmf"/><Relationship Id="rId1142" Type="http://schemas.openxmlformats.org/officeDocument/2006/relationships/image" Target="media/x15765.wmf"/><Relationship Id="rId1143" Type="http://schemas.openxmlformats.org/officeDocument/2006/relationships/image" Target="media/x15766.wmf"/><Relationship Id="rId1144" Type="http://schemas.openxmlformats.org/officeDocument/2006/relationships/image" Target="media/x15767.wmf"/><Relationship Id="rId1145" Type="http://schemas.openxmlformats.org/officeDocument/2006/relationships/image" Target="media/x15768.wmf"/><Relationship Id="rId1146" Type="http://schemas.openxmlformats.org/officeDocument/2006/relationships/image" Target="media/x15769.wmf"/><Relationship Id="rId1147" Type="http://schemas.openxmlformats.org/officeDocument/2006/relationships/image" Target="media/x15770.wmf"/><Relationship Id="rId1148" Type="http://schemas.openxmlformats.org/officeDocument/2006/relationships/image" Target="media/x15771.wmf"/><Relationship Id="rId1149" Type="http://schemas.openxmlformats.org/officeDocument/2006/relationships/image" Target="media/x15772.wmf"/><Relationship Id="rId1150" Type="http://schemas.openxmlformats.org/officeDocument/2006/relationships/image" Target="media/x15773.wmf"/><Relationship Id="rId1151" Type="http://schemas.openxmlformats.org/officeDocument/2006/relationships/image" Target="media/x15774.wmf"/><Relationship Id="rId1152" Type="http://schemas.openxmlformats.org/officeDocument/2006/relationships/image" Target="media/x15775.wmf"/><Relationship Id="rId1153" Type="http://schemas.openxmlformats.org/officeDocument/2006/relationships/image" Target="media/x15776.wmf"/><Relationship Id="rId1154" Type="http://schemas.openxmlformats.org/officeDocument/2006/relationships/image" Target="media/x15777.wmf"/><Relationship Id="rId1155" Type="http://schemas.openxmlformats.org/officeDocument/2006/relationships/image" Target="media/x15778.wmf"/><Relationship Id="rId1156" Type="http://schemas.openxmlformats.org/officeDocument/2006/relationships/image" Target="media/x15779.wmf"/><Relationship Id="rId1157" Type="http://schemas.openxmlformats.org/officeDocument/2006/relationships/image" Target="media/x15780.wmf"/><Relationship Id="rId1158" Type="http://schemas.openxmlformats.org/officeDocument/2006/relationships/image" Target="media/x15781.wmf"/><Relationship Id="rId1159" Type="http://schemas.openxmlformats.org/officeDocument/2006/relationships/image" Target="media/x15782.wmf"/><Relationship Id="rId1160" Type="http://schemas.openxmlformats.org/officeDocument/2006/relationships/image" Target="media/x15783.wmf"/><Relationship Id="rId1161" Type="http://schemas.openxmlformats.org/officeDocument/2006/relationships/image" Target="media/x15784.wmf"/><Relationship Id="rId1162" Type="http://schemas.openxmlformats.org/officeDocument/2006/relationships/image" Target="media/x15785.png"/><Relationship Id="rId1163" Type="http://schemas.openxmlformats.org/officeDocument/2006/relationships/image" Target="media/x15786.wmf"/><Relationship Id="rId1164" Type="http://schemas.openxmlformats.org/officeDocument/2006/relationships/image" Target="media/x15787.wmf"/><Relationship Id="rId1165" Type="http://schemas.openxmlformats.org/officeDocument/2006/relationships/image" Target="media/x15788.wmf"/><Relationship Id="rId1166" Type="http://schemas.openxmlformats.org/officeDocument/2006/relationships/image" Target="media/x15789.wmf"/><Relationship Id="rId1167" Type="http://schemas.openxmlformats.org/officeDocument/2006/relationships/image" Target="media/x15790.wmf"/><Relationship Id="rId1168" Type="http://schemas.openxmlformats.org/officeDocument/2006/relationships/image" Target="media/x15791.wmf"/><Relationship Id="rId1169" Type="http://schemas.openxmlformats.org/officeDocument/2006/relationships/image" Target="media/x15792.wmf"/><Relationship Id="rId1170" Type="http://schemas.openxmlformats.org/officeDocument/2006/relationships/image" Target="media/x15793.wmf"/><Relationship Id="rId1171" Type="http://schemas.openxmlformats.org/officeDocument/2006/relationships/image" Target="media/x15794.wmf"/><Relationship Id="rId1172" Type="http://schemas.openxmlformats.org/officeDocument/2006/relationships/image" Target="media/x15795.wmf"/><Relationship Id="rId1173" Type="http://schemas.openxmlformats.org/officeDocument/2006/relationships/image" Target="media/x15796.wmf"/><Relationship Id="rId1174" Type="http://schemas.openxmlformats.org/officeDocument/2006/relationships/image" Target="media/x15797.wmf"/><Relationship Id="rId1175" Type="http://schemas.openxmlformats.org/officeDocument/2006/relationships/image" Target="media/x15798.wmf"/><Relationship Id="rId1176" Type="http://schemas.openxmlformats.org/officeDocument/2006/relationships/image" Target="media/x15799.wmf"/><Relationship Id="rId1177" Type="http://schemas.openxmlformats.org/officeDocument/2006/relationships/image" Target="media/x15800.wmf"/><Relationship Id="rId1178" Type="http://schemas.openxmlformats.org/officeDocument/2006/relationships/image" Target="media/x15801.wmf"/><Relationship Id="rId1179" Type="http://schemas.openxmlformats.org/officeDocument/2006/relationships/image" Target="media/x15802.wmf"/><Relationship Id="rId1180" Type="http://schemas.openxmlformats.org/officeDocument/2006/relationships/image" Target="media/x15803.wmf"/><Relationship Id="rId1181" Type="http://schemas.openxmlformats.org/officeDocument/2006/relationships/image" Target="media/x15804.wmf"/><Relationship Id="rId1182" Type="http://schemas.openxmlformats.org/officeDocument/2006/relationships/image" Target="media/x15805.wmf"/><Relationship Id="rId1183" Type="http://schemas.openxmlformats.org/officeDocument/2006/relationships/image" Target="media/x15806.wmf"/><Relationship Id="rId1184" Type="http://schemas.openxmlformats.org/officeDocument/2006/relationships/image" Target="media/x15807.wmf"/><Relationship Id="rId1185" Type="http://schemas.openxmlformats.org/officeDocument/2006/relationships/image" Target="media/x15808.wmf"/><Relationship Id="rId1186" Type="http://schemas.openxmlformats.org/officeDocument/2006/relationships/image" Target="media/x15809.wmf"/><Relationship Id="rId1187" Type="http://schemas.openxmlformats.org/officeDocument/2006/relationships/image" Target="media/x15810.wmf"/><Relationship Id="rId1188" Type="http://schemas.openxmlformats.org/officeDocument/2006/relationships/image" Target="media/x15811.wmf"/><Relationship Id="rId1189" Type="http://schemas.openxmlformats.org/officeDocument/2006/relationships/image" Target="media/x15812.wmf"/><Relationship Id="rId1190" Type="http://schemas.openxmlformats.org/officeDocument/2006/relationships/image" Target="media/x15813.wmf"/><Relationship Id="rId1191" Type="http://schemas.openxmlformats.org/officeDocument/2006/relationships/image" Target="media/x15814.wmf"/><Relationship Id="rId1192" Type="http://schemas.openxmlformats.org/officeDocument/2006/relationships/image" Target="media/x15815.wmf"/><Relationship Id="rId1193" Type="http://schemas.openxmlformats.org/officeDocument/2006/relationships/image" Target="media/x15816.wmf"/><Relationship Id="rId1194" Type="http://schemas.openxmlformats.org/officeDocument/2006/relationships/image" Target="media/x15817.wmf"/><Relationship Id="rId1195" Type="http://schemas.openxmlformats.org/officeDocument/2006/relationships/image" Target="media/x15818.wmf"/><Relationship Id="rId1196" Type="http://schemas.openxmlformats.org/officeDocument/2006/relationships/image" Target="media/x15819.wmf"/><Relationship Id="rId1197" Type="http://schemas.openxmlformats.org/officeDocument/2006/relationships/image" Target="media/x15820.wmf"/><Relationship Id="rId1198" Type="http://schemas.openxmlformats.org/officeDocument/2006/relationships/image" Target="media/x15821.wmf"/><Relationship Id="rId1199" Type="http://schemas.openxmlformats.org/officeDocument/2006/relationships/image" Target="media/x15822.wmf"/><Relationship Id="rId1200" Type="http://schemas.openxmlformats.org/officeDocument/2006/relationships/image" Target="media/x15823.wmf"/><Relationship Id="rId1201" Type="http://schemas.openxmlformats.org/officeDocument/2006/relationships/image" Target="media/x15824.wmf"/><Relationship Id="rId1202" Type="http://schemas.openxmlformats.org/officeDocument/2006/relationships/image" Target="media/x15825.wmf"/><Relationship Id="rId1203" Type="http://schemas.openxmlformats.org/officeDocument/2006/relationships/image" Target="media/x15826.wmf"/><Relationship Id="rId1204" Type="http://schemas.openxmlformats.org/officeDocument/2006/relationships/image" Target="media/x15827.wmf"/><Relationship Id="rId1205" Type="http://schemas.openxmlformats.org/officeDocument/2006/relationships/image" Target="media/x15828.wmf"/><Relationship Id="rId1206" Type="http://schemas.openxmlformats.org/officeDocument/2006/relationships/image" Target="media/x15829.wmf"/><Relationship Id="rId1207" Type="http://schemas.openxmlformats.org/officeDocument/2006/relationships/image" Target="media/x15830.wmf"/><Relationship Id="rId1208" Type="http://schemas.openxmlformats.org/officeDocument/2006/relationships/image" Target="media/x15831.wmf"/><Relationship Id="rId1209" Type="http://schemas.openxmlformats.org/officeDocument/2006/relationships/image" Target="media/x15832.wmf"/><Relationship Id="rId1210" Type="http://schemas.openxmlformats.org/officeDocument/2006/relationships/image" Target="media/x15833.wmf"/><Relationship Id="rId1211" Type="http://schemas.openxmlformats.org/officeDocument/2006/relationships/image" Target="media/x15834.wmf"/><Relationship Id="rId1212" Type="http://schemas.openxmlformats.org/officeDocument/2006/relationships/image" Target="media/x15835.wmf"/><Relationship Id="rId1213" Type="http://schemas.openxmlformats.org/officeDocument/2006/relationships/image" Target="media/x15836.wmf"/><Relationship Id="rId1214" Type="http://schemas.openxmlformats.org/officeDocument/2006/relationships/image" Target="media/x15837.png"/><Relationship Id="rId1215" Type="http://schemas.openxmlformats.org/officeDocument/2006/relationships/image" Target="media/x15838.wmf"/><Relationship Id="rId1216" Type="http://schemas.openxmlformats.org/officeDocument/2006/relationships/image" Target="media/x15839.wmf"/><Relationship Id="rId1217" Type="http://schemas.openxmlformats.org/officeDocument/2006/relationships/image" Target="media/x15840.wmf"/><Relationship Id="rId1218" Type="http://schemas.openxmlformats.org/officeDocument/2006/relationships/image" Target="media/x15841.wmf"/><Relationship Id="rId1219" Type="http://schemas.openxmlformats.org/officeDocument/2006/relationships/image" Target="media/x15842.wmf"/><Relationship Id="rId1220" Type="http://schemas.openxmlformats.org/officeDocument/2006/relationships/image" Target="media/x15843.wmf"/><Relationship Id="rId1221" Type="http://schemas.openxmlformats.org/officeDocument/2006/relationships/image" Target="media/x15844.wmf"/><Relationship Id="rId1222" Type="http://schemas.openxmlformats.org/officeDocument/2006/relationships/image" Target="media/x15845.wmf"/><Relationship Id="rId1223" Type="http://schemas.openxmlformats.org/officeDocument/2006/relationships/image" Target="media/x15846.wmf"/><Relationship Id="rId1224" Type="http://schemas.openxmlformats.org/officeDocument/2006/relationships/image" Target="media/x15847.wmf"/><Relationship Id="rId1225" Type="http://schemas.openxmlformats.org/officeDocument/2006/relationships/image" Target="media/x15848.wmf"/><Relationship Id="rId1226" Type="http://schemas.openxmlformats.org/officeDocument/2006/relationships/image" Target="media/x15849.wmf"/><Relationship Id="rId1227" Type="http://schemas.openxmlformats.org/officeDocument/2006/relationships/image" Target="media/x15850.wmf"/><Relationship Id="rId1228" Type="http://schemas.openxmlformats.org/officeDocument/2006/relationships/image" Target="media/x15851.wmf"/><Relationship Id="rId1229" Type="http://schemas.openxmlformats.org/officeDocument/2006/relationships/image" Target="media/x15852.wmf"/><Relationship Id="rId1230" Type="http://schemas.openxmlformats.org/officeDocument/2006/relationships/image" Target="media/x15853.wmf"/><Relationship Id="rId1231" Type="http://schemas.openxmlformats.org/officeDocument/2006/relationships/image" Target="media/x15854.wmf"/><Relationship Id="rId1232" Type="http://schemas.openxmlformats.org/officeDocument/2006/relationships/image" Target="media/x15855.wmf"/><Relationship Id="rId1233" Type="http://schemas.openxmlformats.org/officeDocument/2006/relationships/image" Target="media/x15856.wmf"/><Relationship Id="rId1234" Type="http://schemas.openxmlformats.org/officeDocument/2006/relationships/image" Target="media/x15857.wmf"/><Relationship Id="rId1235" Type="http://schemas.openxmlformats.org/officeDocument/2006/relationships/image" Target="media/x15858.wmf"/><Relationship Id="rId1236" Type="http://schemas.openxmlformats.org/officeDocument/2006/relationships/image" Target="media/x15859.wmf"/><Relationship Id="rId1237" Type="http://schemas.openxmlformats.org/officeDocument/2006/relationships/image" Target="media/x15860.png"/><Relationship Id="rId1238" Type="http://schemas.openxmlformats.org/officeDocument/2006/relationships/image" Target="media/x15861.wmf"/><Relationship Id="rId1239" Type="http://schemas.openxmlformats.org/officeDocument/2006/relationships/image" Target="media/x15862.wmf"/><Relationship Id="rId1240" Type="http://schemas.openxmlformats.org/officeDocument/2006/relationships/image" Target="media/x15863.wmf"/><Relationship Id="rId1241" Type="http://schemas.openxmlformats.org/officeDocument/2006/relationships/image" Target="media/x15864.png"/><Relationship Id="rId1242" Type="http://schemas.openxmlformats.org/officeDocument/2006/relationships/image" Target="media/x15865.wmf"/><Relationship Id="rId1243" Type="http://schemas.openxmlformats.org/officeDocument/2006/relationships/image" Target="media/x15866.wmf"/><Relationship Id="rId1244" Type="http://schemas.openxmlformats.org/officeDocument/2006/relationships/image" Target="media/x15867.wmf"/><Relationship Id="rId1245" Type="http://schemas.openxmlformats.org/officeDocument/2006/relationships/image" Target="media/x15868.wmf"/><Relationship Id="rId1246" Type="http://schemas.openxmlformats.org/officeDocument/2006/relationships/image" Target="media/x15869.wmf"/><Relationship Id="rId1247" Type="http://schemas.openxmlformats.org/officeDocument/2006/relationships/image" Target="media/x15870.wmf"/><Relationship Id="rId1248" Type="http://schemas.openxmlformats.org/officeDocument/2006/relationships/image" Target="media/x15871.wmf"/><Relationship Id="rId1249" Type="http://schemas.openxmlformats.org/officeDocument/2006/relationships/image" Target="media/x15872.wmf"/><Relationship Id="rId1250" Type="http://schemas.openxmlformats.org/officeDocument/2006/relationships/image" Target="media/x15873.wmf"/><Relationship Id="rId1251" Type="http://schemas.openxmlformats.org/officeDocument/2006/relationships/image" Target="media/x15874.wmf"/><Relationship Id="rId1252" Type="http://schemas.openxmlformats.org/officeDocument/2006/relationships/image" Target="media/x15875.png"/><Relationship Id="rId1253" Type="http://schemas.openxmlformats.org/officeDocument/2006/relationships/image" Target="media/x15876.wmf"/><Relationship Id="rId1254" Type="http://schemas.openxmlformats.org/officeDocument/2006/relationships/image" Target="media/x15877.wmf"/><Relationship Id="rId1255" Type="http://schemas.openxmlformats.org/officeDocument/2006/relationships/image" Target="media/x15878.wmf"/><Relationship Id="rId1256" Type="http://schemas.openxmlformats.org/officeDocument/2006/relationships/image" Target="media/x15879.wmf"/><Relationship Id="rId1257" Type="http://schemas.openxmlformats.org/officeDocument/2006/relationships/image" Target="media/x15880.wmf"/><Relationship Id="rId1258" Type="http://schemas.openxmlformats.org/officeDocument/2006/relationships/image" Target="media/x15881.png"/><Relationship Id="rId1259" Type="http://schemas.openxmlformats.org/officeDocument/2006/relationships/image" Target="media/x15882.wmf"/><Relationship Id="rId1260" Type="http://schemas.openxmlformats.org/officeDocument/2006/relationships/image" Target="media/x15883.wmf"/><Relationship Id="rId1261" Type="http://schemas.openxmlformats.org/officeDocument/2006/relationships/image" Target="media/x15884.wmf"/><Relationship Id="rId1262" Type="http://schemas.openxmlformats.org/officeDocument/2006/relationships/image" Target="media/x15885.wmf"/><Relationship Id="rId1263" Type="http://schemas.openxmlformats.org/officeDocument/2006/relationships/image" Target="media/x15886.wmf"/><Relationship Id="rId1264" Type="http://schemas.openxmlformats.org/officeDocument/2006/relationships/image" Target="media/x15887.wmf"/><Relationship Id="rId1265" Type="http://schemas.openxmlformats.org/officeDocument/2006/relationships/image" Target="media/x15888.wmf"/><Relationship Id="rId1266" Type="http://schemas.openxmlformats.org/officeDocument/2006/relationships/image" Target="media/x15889.wmf"/><Relationship Id="rId1267" Type="http://schemas.openxmlformats.org/officeDocument/2006/relationships/image" Target="media/x15890.wmf"/><Relationship Id="rId1268" Type="http://schemas.openxmlformats.org/officeDocument/2006/relationships/image" Target="media/x15891.wmf"/><Relationship Id="rId1269" Type="http://schemas.openxmlformats.org/officeDocument/2006/relationships/image" Target="media/x15892.wmf"/><Relationship Id="rId1270" Type="http://schemas.openxmlformats.org/officeDocument/2006/relationships/image" Target="media/x15893.wmf"/><Relationship Id="rId1271" Type="http://schemas.openxmlformats.org/officeDocument/2006/relationships/image" Target="media/x15894.wmf"/><Relationship Id="rId1272" Type="http://schemas.openxmlformats.org/officeDocument/2006/relationships/image" Target="media/x15895.wmf"/><Relationship Id="rId1273" Type="http://schemas.openxmlformats.org/officeDocument/2006/relationships/image" Target="media/x15896.wmf"/><Relationship Id="rId1274" Type="http://schemas.openxmlformats.org/officeDocument/2006/relationships/image" Target="media/x15897.wmf"/><Relationship Id="rId1275" Type="http://schemas.openxmlformats.org/officeDocument/2006/relationships/image" Target="media/x15898.png"/><Relationship Id="rId1276" Type="http://schemas.openxmlformats.org/officeDocument/2006/relationships/image" Target="media/x15899.wmf"/><Relationship Id="rId1277" Type="http://schemas.openxmlformats.org/officeDocument/2006/relationships/image" Target="media/x15900.wmf"/><Relationship Id="rId1278" Type="http://schemas.openxmlformats.org/officeDocument/2006/relationships/image" Target="media/x15901.wmf"/><Relationship Id="rId1279" Type="http://schemas.openxmlformats.org/officeDocument/2006/relationships/image" Target="media/x15902.wmf"/><Relationship Id="rId1280" Type="http://schemas.openxmlformats.org/officeDocument/2006/relationships/image" Target="media/x15903.wmf"/><Relationship Id="rId1281" Type="http://schemas.openxmlformats.org/officeDocument/2006/relationships/image" Target="media/x15904.wmf"/><Relationship Id="rId1282" Type="http://schemas.openxmlformats.org/officeDocument/2006/relationships/image" Target="media/x15905.wmf"/><Relationship Id="rId1283" Type="http://schemas.openxmlformats.org/officeDocument/2006/relationships/image" Target="media/x15906.png"/><Relationship Id="rId1284" Type="http://schemas.openxmlformats.org/officeDocument/2006/relationships/image" Target="media/x15907.wmf"/><Relationship Id="rId1285" Type="http://schemas.openxmlformats.org/officeDocument/2006/relationships/image" Target="media/x15908.wmf"/><Relationship Id="rId1286" Type="http://schemas.openxmlformats.org/officeDocument/2006/relationships/image" Target="media/x15909.wmf"/><Relationship Id="rId1287" Type="http://schemas.openxmlformats.org/officeDocument/2006/relationships/image" Target="media/x15910.wmf"/><Relationship Id="rId1288" Type="http://schemas.openxmlformats.org/officeDocument/2006/relationships/image" Target="media/x15911.wmf"/><Relationship Id="rId1289" Type="http://schemas.openxmlformats.org/officeDocument/2006/relationships/image" Target="media/x15912.png"/><Relationship Id="rId1290" Type="http://schemas.openxmlformats.org/officeDocument/2006/relationships/image" Target="media/x15913.wmf"/><Relationship Id="rId1291" Type="http://schemas.openxmlformats.org/officeDocument/2006/relationships/image" Target="media/x15914.wmf"/><Relationship Id="rId1292" Type="http://schemas.openxmlformats.org/officeDocument/2006/relationships/image" Target="media/x15915.wmf"/><Relationship Id="rId1293" Type="http://schemas.openxmlformats.org/officeDocument/2006/relationships/image" Target="media/x15916.wmf"/><Relationship Id="rId1294" Type="http://schemas.openxmlformats.org/officeDocument/2006/relationships/image" Target="media/x15917.wmf"/><Relationship Id="rId1295" Type="http://schemas.openxmlformats.org/officeDocument/2006/relationships/image" Target="media/x15918.png"/><Relationship Id="rId1296" Type="http://schemas.openxmlformats.org/officeDocument/2006/relationships/image" Target="media/x15919.wmf"/><Relationship Id="rId1297" Type="http://schemas.openxmlformats.org/officeDocument/2006/relationships/image" Target="media/x15920.wmf"/><Relationship Id="rId1298" Type="http://schemas.openxmlformats.org/officeDocument/2006/relationships/image" Target="media/x15921.wmf"/><Relationship Id="rId1299" Type="http://schemas.openxmlformats.org/officeDocument/2006/relationships/image" Target="media/x15922.wmf"/><Relationship Id="rId1300" Type="http://schemas.openxmlformats.org/officeDocument/2006/relationships/image" Target="media/x15923.wmf"/><Relationship Id="rId1301" Type="http://schemas.openxmlformats.org/officeDocument/2006/relationships/image" Target="media/x15924.wmf"/><Relationship Id="rId1302" Type="http://schemas.openxmlformats.org/officeDocument/2006/relationships/image" Target="media/x15925.wmf"/><Relationship Id="rId1303" Type="http://schemas.openxmlformats.org/officeDocument/2006/relationships/image" Target="media/x15926.wmf"/><Relationship Id="rId1304" Type="http://schemas.openxmlformats.org/officeDocument/2006/relationships/image" Target="media/x15927.wmf"/><Relationship Id="rId1305" Type="http://schemas.openxmlformats.org/officeDocument/2006/relationships/image" Target="media/x15928.wmf"/><Relationship Id="rId1306" Type="http://schemas.openxmlformats.org/officeDocument/2006/relationships/image" Target="media/x15929.wmf"/><Relationship Id="rId1307" Type="http://schemas.openxmlformats.org/officeDocument/2006/relationships/image" Target="media/x15930.wmf"/><Relationship Id="rId1308" Type="http://schemas.openxmlformats.org/officeDocument/2006/relationships/image" Target="media/x15931.wmf"/><Relationship Id="rId1309" Type="http://schemas.openxmlformats.org/officeDocument/2006/relationships/image" Target="media/x15932.wmf"/><Relationship Id="rId1310" Type="http://schemas.openxmlformats.org/officeDocument/2006/relationships/image" Target="media/x15933.wmf"/><Relationship Id="rId1311" Type="http://schemas.openxmlformats.org/officeDocument/2006/relationships/image" Target="media/x15934.wmf"/><Relationship Id="rId1312" Type="http://schemas.openxmlformats.org/officeDocument/2006/relationships/image" Target="media/x15935.wmf"/><Relationship Id="rId1313" Type="http://schemas.openxmlformats.org/officeDocument/2006/relationships/image" Target="media/x15936.wmf"/><Relationship Id="rId1314" Type="http://schemas.openxmlformats.org/officeDocument/2006/relationships/image" Target="media/x15937.wmf"/><Relationship Id="rId1315" Type="http://schemas.openxmlformats.org/officeDocument/2006/relationships/image" Target="media/x15938.wmf"/><Relationship Id="rId1316" Type="http://schemas.openxmlformats.org/officeDocument/2006/relationships/image" Target="media/x15939.wmf"/><Relationship Id="rId1317" Type="http://schemas.openxmlformats.org/officeDocument/2006/relationships/image" Target="media/x15940.wmf"/><Relationship Id="rId1318" Type="http://schemas.openxmlformats.org/officeDocument/2006/relationships/image" Target="media/x15941.wmf"/><Relationship Id="rId1319" Type="http://schemas.openxmlformats.org/officeDocument/2006/relationships/image" Target="media/x15942.wmf"/><Relationship Id="rId1320" Type="http://schemas.openxmlformats.org/officeDocument/2006/relationships/image" Target="media/x15943.wmf"/><Relationship Id="rId1321" Type="http://schemas.openxmlformats.org/officeDocument/2006/relationships/image" Target="media/x15944.wmf"/><Relationship Id="rId1322" Type="http://schemas.openxmlformats.org/officeDocument/2006/relationships/image" Target="media/x15945.wmf"/><Relationship Id="rId1323" Type="http://schemas.openxmlformats.org/officeDocument/2006/relationships/image" Target="media/x15946.wmf"/><Relationship Id="rId1324" Type="http://schemas.openxmlformats.org/officeDocument/2006/relationships/image" Target="media/x15947.wmf"/><Relationship Id="rId1325" Type="http://schemas.openxmlformats.org/officeDocument/2006/relationships/image" Target="media/x15948.wmf"/><Relationship Id="rId1326" Type="http://schemas.openxmlformats.org/officeDocument/2006/relationships/image" Target="media/x15949.wmf"/><Relationship Id="rId1327" Type="http://schemas.openxmlformats.org/officeDocument/2006/relationships/image" Target="media/x15950.wmf"/><Relationship Id="rId1328" Type="http://schemas.openxmlformats.org/officeDocument/2006/relationships/image" Target="media/x15951.wmf"/><Relationship Id="rId1329" Type="http://schemas.openxmlformats.org/officeDocument/2006/relationships/image" Target="media/x15952.wmf"/><Relationship Id="rId1330" Type="http://schemas.openxmlformats.org/officeDocument/2006/relationships/image" Target="media/x15953.wmf"/><Relationship Id="rId1331" Type="http://schemas.openxmlformats.org/officeDocument/2006/relationships/image" Target="media/x15954.wmf"/><Relationship Id="rId1332" Type="http://schemas.openxmlformats.org/officeDocument/2006/relationships/image" Target="media/x15955.wmf"/><Relationship Id="rId1333" Type="http://schemas.openxmlformats.org/officeDocument/2006/relationships/image" Target="media/x15956.wmf"/><Relationship Id="rId1334" Type="http://schemas.openxmlformats.org/officeDocument/2006/relationships/image" Target="media/x15957.wmf"/><Relationship Id="rId1335" Type="http://schemas.openxmlformats.org/officeDocument/2006/relationships/image" Target="media/x15958.wmf"/><Relationship Id="rId1336" Type="http://schemas.openxmlformats.org/officeDocument/2006/relationships/image" Target="media/x15959.wmf"/><Relationship Id="rId1337" Type="http://schemas.openxmlformats.org/officeDocument/2006/relationships/image" Target="media/x15960.wmf"/><Relationship Id="rId1338" Type="http://schemas.openxmlformats.org/officeDocument/2006/relationships/image" Target="media/x15961.wmf"/><Relationship Id="rId1339" Type="http://schemas.openxmlformats.org/officeDocument/2006/relationships/image" Target="media/x15962.wmf"/><Relationship Id="rId1340" Type="http://schemas.openxmlformats.org/officeDocument/2006/relationships/image" Target="media/x15963.wmf"/><Relationship Id="rId1341" Type="http://schemas.openxmlformats.org/officeDocument/2006/relationships/image" Target="media/x15964.wmf"/><Relationship Id="rId1342" Type="http://schemas.openxmlformats.org/officeDocument/2006/relationships/image" Target="media/x15965.wmf"/><Relationship Id="rId1343" Type="http://schemas.openxmlformats.org/officeDocument/2006/relationships/image" Target="media/x15966.wmf"/><Relationship Id="rId1344" Type="http://schemas.openxmlformats.org/officeDocument/2006/relationships/image" Target="media/x15967.wmf"/><Relationship Id="rId1345" Type="http://schemas.openxmlformats.org/officeDocument/2006/relationships/image" Target="media/x15968.wmf"/><Relationship Id="rId1346" Type="http://schemas.openxmlformats.org/officeDocument/2006/relationships/image" Target="media/x15969.wmf"/><Relationship Id="rId1347" Type="http://schemas.openxmlformats.org/officeDocument/2006/relationships/image" Target="media/x15970.wmf"/><Relationship Id="rId1348" Type="http://schemas.openxmlformats.org/officeDocument/2006/relationships/image" Target="media/x15971.wmf"/><Relationship Id="rId1349" Type="http://schemas.openxmlformats.org/officeDocument/2006/relationships/image" Target="media/x15972.wmf"/><Relationship Id="rId1350" Type="http://schemas.openxmlformats.org/officeDocument/2006/relationships/image" Target="media/x15973.wmf"/><Relationship Id="rId1351" Type="http://schemas.openxmlformats.org/officeDocument/2006/relationships/image" Target="media/x15974.wmf"/><Relationship Id="rId1352" Type="http://schemas.openxmlformats.org/officeDocument/2006/relationships/image" Target="media/x15975.wmf"/><Relationship Id="rId1353" Type="http://schemas.openxmlformats.org/officeDocument/2006/relationships/image" Target="media/x15976.wmf"/><Relationship Id="rId1354" Type="http://schemas.openxmlformats.org/officeDocument/2006/relationships/image" Target="media/x15977.wmf"/><Relationship Id="rId1355" Type="http://schemas.openxmlformats.org/officeDocument/2006/relationships/image" Target="media/x15978.wmf"/><Relationship Id="rId1356" Type="http://schemas.openxmlformats.org/officeDocument/2006/relationships/image" Target="media/x15979.wmf"/><Relationship Id="rId1357" Type="http://schemas.openxmlformats.org/officeDocument/2006/relationships/image" Target="media/x15980.wmf"/><Relationship Id="rId1358" Type="http://schemas.openxmlformats.org/officeDocument/2006/relationships/image" Target="media/x15981.wmf"/><Relationship Id="rId1359" Type="http://schemas.openxmlformats.org/officeDocument/2006/relationships/image" Target="media/x15982.wmf"/><Relationship Id="rId1360" Type="http://schemas.openxmlformats.org/officeDocument/2006/relationships/image" Target="media/x15983.wmf"/><Relationship Id="rId1361" Type="http://schemas.openxmlformats.org/officeDocument/2006/relationships/image" Target="media/x15984.wmf"/><Relationship Id="rId1362" Type="http://schemas.openxmlformats.org/officeDocument/2006/relationships/image" Target="media/x15985.wmf"/><Relationship Id="rId1363" Type="http://schemas.openxmlformats.org/officeDocument/2006/relationships/image" Target="media/x15986.wmf"/><Relationship Id="rId1364" Type="http://schemas.openxmlformats.org/officeDocument/2006/relationships/image" Target="media/x15987.wmf"/><Relationship Id="rId1365" Type="http://schemas.openxmlformats.org/officeDocument/2006/relationships/image" Target="media/x15988.wmf"/><Relationship Id="rId1366" Type="http://schemas.openxmlformats.org/officeDocument/2006/relationships/image" Target="media/x15989.wmf"/><Relationship Id="rId1367" Type="http://schemas.openxmlformats.org/officeDocument/2006/relationships/image" Target="media/x15990.wmf"/><Relationship Id="rId1368" Type="http://schemas.openxmlformats.org/officeDocument/2006/relationships/image" Target="media/x15991.wmf"/><Relationship Id="rId1369" Type="http://schemas.openxmlformats.org/officeDocument/2006/relationships/image" Target="media/x15992.wmf"/><Relationship Id="rId1370" Type="http://schemas.openxmlformats.org/officeDocument/2006/relationships/image" Target="media/x15993.wmf"/><Relationship Id="rId1371" Type="http://schemas.openxmlformats.org/officeDocument/2006/relationships/image" Target="media/x15994.wmf"/><Relationship Id="rId1372" Type="http://schemas.openxmlformats.org/officeDocument/2006/relationships/image" Target="media/x15995.wmf"/><Relationship Id="rId1373" Type="http://schemas.openxmlformats.org/officeDocument/2006/relationships/image" Target="media/x15996.wmf"/><Relationship Id="rId1374" Type="http://schemas.openxmlformats.org/officeDocument/2006/relationships/image" Target="media/x15997.wmf"/><Relationship Id="rId1375" Type="http://schemas.openxmlformats.org/officeDocument/2006/relationships/image" Target="media/x15998.wmf"/><Relationship Id="rId1376" Type="http://schemas.openxmlformats.org/officeDocument/2006/relationships/image" Target="media/x15999.wmf"/><Relationship Id="rId1377" Type="http://schemas.openxmlformats.org/officeDocument/2006/relationships/image" Target="media/x16000.wmf"/><Relationship Id="rId1378" Type="http://schemas.openxmlformats.org/officeDocument/2006/relationships/image" Target="media/x16001.wmf"/><Relationship Id="rId1379" Type="http://schemas.openxmlformats.org/officeDocument/2006/relationships/image" Target="media/x16002.wmf"/><Relationship Id="rId1380" Type="http://schemas.openxmlformats.org/officeDocument/2006/relationships/image" Target="media/x16003.wmf"/><Relationship Id="rId1381" Type="http://schemas.openxmlformats.org/officeDocument/2006/relationships/image" Target="media/x16004.png"/><Relationship Id="rId1382" Type="http://schemas.openxmlformats.org/officeDocument/2006/relationships/image" Target="media/x16005.wmf"/><Relationship Id="rId1383" Type="http://schemas.openxmlformats.org/officeDocument/2006/relationships/image" Target="media/x16006.wmf"/><Relationship Id="rId1384" Type="http://schemas.openxmlformats.org/officeDocument/2006/relationships/image" Target="media/x16007.wmf"/><Relationship Id="rId1385" Type="http://schemas.openxmlformats.org/officeDocument/2006/relationships/image" Target="media/x16008.wmf"/><Relationship Id="rId1386" Type="http://schemas.openxmlformats.org/officeDocument/2006/relationships/image" Target="media/x16009.wmf"/><Relationship Id="rId1387" Type="http://schemas.openxmlformats.org/officeDocument/2006/relationships/image" Target="media/x16010.wmf"/><Relationship Id="rId1388" Type="http://schemas.openxmlformats.org/officeDocument/2006/relationships/image" Target="media/x16011.wmf"/><Relationship Id="rId1389" Type="http://schemas.openxmlformats.org/officeDocument/2006/relationships/image" Target="media/x16012.wmf"/><Relationship Id="rId1390" Type="http://schemas.openxmlformats.org/officeDocument/2006/relationships/image" Target="media/x16013.wmf"/><Relationship Id="rId1391" Type="http://schemas.openxmlformats.org/officeDocument/2006/relationships/image" Target="media/x16014.wmf"/><Relationship Id="rId1392" Type="http://schemas.openxmlformats.org/officeDocument/2006/relationships/image" Target="media/x16015.wmf"/><Relationship Id="rId1393" Type="http://schemas.openxmlformats.org/officeDocument/2006/relationships/image" Target="media/x16016.wmf"/><Relationship Id="rId1394" Type="http://schemas.openxmlformats.org/officeDocument/2006/relationships/image" Target="media/x16017.wmf"/><Relationship Id="rId1395" Type="http://schemas.openxmlformats.org/officeDocument/2006/relationships/image" Target="media/x16018.wmf"/><Relationship Id="rId1396" Type="http://schemas.openxmlformats.org/officeDocument/2006/relationships/image" Target="media/x16019.png"/><Relationship Id="rId1397" Type="http://schemas.openxmlformats.org/officeDocument/2006/relationships/image" Target="media/x16020.wmf"/><Relationship Id="rId1398" Type="http://schemas.openxmlformats.org/officeDocument/2006/relationships/image" Target="media/x16021.wmf"/><Relationship Id="rId1399" Type="http://schemas.openxmlformats.org/officeDocument/2006/relationships/image" Target="media/x16022.wmf"/><Relationship Id="rId1400" Type="http://schemas.openxmlformats.org/officeDocument/2006/relationships/image" Target="media/x16023.wmf"/><Relationship Id="rId1401" Type="http://schemas.openxmlformats.org/officeDocument/2006/relationships/image" Target="media/x16024.wmf"/><Relationship Id="rId1402" Type="http://schemas.openxmlformats.org/officeDocument/2006/relationships/image" Target="media/x16025.wmf"/><Relationship Id="rId1403" Type="http://schemas.openxmlformats.org/officeDocument/2006/relationships/image" Target="media/x16026.wmf"/><Relationship Id="rId1404" Type="http://schemas.openxmlformats.org/officeDocument/2006/relationships/image" Target="media/x16027.wmf"/><Relationship Id="rId1405" Type="http://schemas.openxmlformats.org/officeDocument/2006/relationships/image" Target="media/x16028.wmf"/><Relationship Id="rId1406" Type="http://schemas.openxmlformats.org/officeDocument/2006/relationships/image" Target="media/x16029.wmf"/><Relationship Id="rId1407" Type="http://schemas.openxmlformats.org/officeDocument/2006/relationships/image" Target="media/x16030.wmf"/><Relationship Id="rId1408" Type="http://schemas.openxmlformats.org/officeDocument/2006/relationships/image" Target="media/x16031.wmf"/><Relationship Id="rId1409" Type="http://schemas.openxmlformats.org/officeDocument/2006/relationships/image" Target="media/x16032.wmf"/><Relationship Id="rId1410" Type="http://schemas.openxmlformats.org/officeDocument/2006/relationships/image" Target="media/x16033.wmf"/><Relationship Id="rId1411" Type="http://schemas.openxmlformats.org/officeDocument/2006/relationships/image" Target="media/x16034.wmf"/><Relationship Id="rId1412" Type="http://schemas.openxmlformats.org/officeDocument/2006/relationships/image" Target="media/x16035.wmf"/><Relationship Id="rId1413" Type="http://schemas.openxmlformats.org/officeDocument/2006/relationships/image" Target="media/x16036.wmf"/><Relationship Id="rId1414" Type="http://schemas.openxmlformats.org/officeDocument/2006/relationships/image" Target="media/x16037.wmf"/><Relationship Id="rId1415" Type="http://schemas.openxmlformats.org/officeDocument/2006/relationships/image" Target="media/x16038.wmf"/><Relationship Id="rId1416" Type="http://schemas.openxmlformats.org/officeDocument/2006/relationships/image" Target="media/x16039.wmf"/><Relationship Id="rId1417" Type="http://schemas.openxmlformats.org/officeDocument/2006/relationships/image" Target="media/x16040.wmf"/><Relationship Id="rId1418" Type="http://schemas.openxmlformats.org/officeDocument/2006/relationships/image" Target="media/x16041.wmf"/><Relationship Id="rId1419" Type="http://schemas.openxmlformats.org/officeDocument/2006/relationships/image" Target="media/x16042.wmf"/><Relationship Id="rId1420" Type="http://schemas.openxmlformats.org/officeDocument/2006/relationships/image" Target="media/x16043.wmf"/><Relationship Id="rId1421" Type="http://schemas.openxmlformats.org/officeDocument/2006/relationships/image" Target="media/x16044.wmf"/><Relationship Id="rId1422" Type="http://schemas.openxmlformats.org/officeDocument/2006/relationships/image" Target="media/x16045.wmf"/><Relationship Id="rId1423" Type="http://schemas.openxmlformats.org/officeDocument/2006/relationships/image" Target="media/x16046.wmf"/><Relationship Id="rId1424" Type="http://schemas.openxmlformats.org/officeDocument/2006/relationships/image" Target="media/x16047.wmf"/><Relationship Id="rId1425" Type="http://schemas.openxmlformats.org/officeDocument/2006/relationships/image" Target="media/x16048.wmf"/><Relationship Id="rId1426" Type="http://schemas.openxmlformats.org/officeDocument/2006/relationships/image" Target="media/x16049.wmf"/><Relationship Id="rId1427" Type="http://schemas.openxmlformats.org/officeDocument/2006/relationships/image" Target="media/x16050.wmf"/><Relationship Id="rId1428" Type="http://schemas.openxmlformats.org/officeDocument/2006/relationships/image" Target="media/x16051.wmf"/><Relationship Id="rId1429" Type="http://schemas.openxmlformats.org/officeDocument/2006/relationships/image" Target="media/x16052.wmf"/><Relationship Id="rId1430" Type="http://schemas.openxmlformats.org/officeDocument/2006/relationships/image" Target="media/x16053.wmf"/><Relationship Id="rId1431" Type="http://schemas.openxmlformats.org/officeDocument/2006/relationships/image" Target="media/x16054.wmf"/><Relationship Id="rId1432" Type="http://schemas.openxmlformats.org/officeDocument/2006/relationships/image" Target="media/x16055.wmf"/><Relationship Id="rId1433" Type="http://schemas.openxmlformats.org/officeDocument/2006/relationships/image" Target="media/x16056.wmf"/><Relationship Id="rId1434" Type="http://schemas.openxmlformats.org/officeDocument/2006/relationships/image" Target="media/x16057.wmf"/><Relationship Id="rId1435" Type="http://schemas.openxmlformats.org/officeDocument/2006/relationships/image" Target="media/x16058.wmf"/><Relationship Id="rId1436" Type="http://schemas.openxmlformats.org/officeDocument/2006/relationships/image" Target="media/x16059.wmf"/><Relationship Id="rId1437" Type="http://schemas.openxmlformats.org/officeDocument/2006/relationships/image" Target="media/x16060.wmf"/><Relationship Id="rId1438" Type="http://schemas.openxmlformats.org/officeDocument/2006/relationships/image" Target="media/x16061.wmf"/><Relationship Id="rId1439" Type="http://schemas.openxmlformats.org/officeDocument/2006/relationships/image" Target="media/x16062.wmf"/><Relationship Id="rId1440" Type="http://schemas.openxmlformats.org/officeDocument/2006/relationships/image" Target="media/x16063.wmf"/><Relationship Id="rId1441" Type="http://schemas.openxmlformats.org/officeDocument/2006/relationships/image" Target="media/x16064.wmf"/><Relationship Id="rId1442" Type="http://schemas.openxmlformats.org/officeDocument/2006/relationships/image" Target="media/x16065.wmf"/><Relationship Id="rId1443" Type="http://schemas.openxmlformats.org/officeDocument/2006/relationships/image" Target="media/x16066.wmf"/><Relationship Id="rId1444" Type="http://schemas.openxmlformats.org/officeDocument/2006/relationships/image" Target="media/x16067.wmf"/><Relationship Id="rId1445" Type="http://schemas.openxmlformats.org/officeDocument/2006/relationships/image" Target="media/x16068.wmf"/><Relationship Id="rId1446" Type="http://schemas.openxmlformats.org/officeDocument/2006/relationships/image" Target="media/x16069.wmf"/><Relationship Id="rId1447" Type="http://schemas.openxmlformats.org/officeDocument/2006/relationships/image" Target="media/x16070.wmf"/><Relationship Id="rId1448" Type="http://schemas.openxmlformats.org/officeDocument/2006/relationships/image" Target="media/x16071.wmf"/><Relationship Id="rId1449" Type="http://schemas.openxmlformats.org/officeDocument/2006/relationships/image" Target="media/x16072.wmf"/><Relationship Id="rId1450" Type="http://schemas.openxmlformats.org/officeDocument/2006/relationships/image" Target="media/x16073.wmf"/><Relationship Id="rId1451" Type="http://schemas.openxmlformats.org/officeDocument/2006/relationships/image" Target="media/x16074.wmf"/><Relationship Id="rId1452" Type="http://schemas.openxmlformats.org/officeDocument/2006/relationships/image" Target="media/x16075.wmf"/><Relationship Id="rId1453" Type="http://schemas.openxmlformats.org/officeDocument/2006/relationships/image" Target="media/x16076.wmf"/><Relationship Id="rId1454" Type="http://schemas.openxmlformats.org/officeDocument/2006/relationships/image" Target="media/x16077.wmf"/><Relationship Id="rId1455" Type="http://schemas.openxmlformats.org/officeDocument/2006/relationships/image" Target="media/x16078.wmf"/><Relationship Id="rId1456" Type="http://schemas.openxmlformats.org/officeDocument/2006/relationships/image" Target="media/x16079.wmf"/><Relationship Id="rId1457" Type="http://schemas.openxmlformats.org/officeDocument/2006/relationships/image" Target="media/x16080.wmf"/><Relationship Id="rId1458" Type="http://schemas.openxmlformats.org/officeDocument/2006/relationships/image" Target="media/x16081.wmf"/><Relationship Id="rId1459" Type="http://schemas.openxmlformats.org/officeDocument/2006/relationships/image" Target="media/x16082.wmf"/><Relationship Id="rId1460" Type="http://schemas.openxmlformats.org/officeDocument/2006/relationships/image" Target="media/x16083.wmf"/><Relationship Id="rId1461" Type="http://schemas.openxmlformats.org/officeDocument/2006/relationships/image" Target="media/x16084.wmf"/><Relationship Id="rId1462" Type="http://schemas.openxmlformats.org/officeDocument/2006/relationships/image" Target="media/x16085.wmf"/><Relationship Id="rId1463" Type="http://schemas.openxmlformats.org/officeDocument/2006/relationships/image" Target="media/x16086.wmf"/><Relationship Id="rId1464" Type="http://schemas.openxmlformats.org/officeDocument/2006/relationships/image" Target="media/x16087.wmf"/><Relationship Id="rId1465" Type="http://schemas.openxmlformats.org/officeDocument/2006/relationships/image" Target="media/x16088.wmf"/><Relationship Id="rId1466" Type="http://schemas.openxmlformats.org/officeDocument/2006/relationships/image" Target="media/x16089.wmf"/><Relationship Id="rId1467" Type="http://schemas.openxmlformats.org/officeDocument/2006/relationships/image" Target="media/x16090.wmf"/><Relationship Id="rId1468" Type="http://schemas.openxmlformats.org/officeDocument/2006/relationships/image" Target="media/x16091.wmf"/><Relationship Id="rId1469" Type="http://schemas.openxmlformats.org/officeDocument/2006/relationships/image" Target="media/x16092.wmf"/><Relationship Id="rId1470" Type="http://schemas.openxmlformats.org/officeDocument/2006/relationships/image" Target="media/x16093.wmf"/><Relationship Id="rId1471" Type="http://schemas.openxmlformats.org/officeDocument/2006/relationships/image" Target="media/x16094.wmf"/><Relationship Id="rId1472" Type="http://schemas.openxmlformats.org/officeDocument/2006/relationships/image" Target="media/x16095.wmf"/><Relationship Id="rId1473" Type="http://schemas.openxmlformats.org/officeDocument/2006/relationships/image" Target="media/x16096.wmf"/><Relationship Id="rId1474" Type="http://schemas.openxmlformats.org/officeDocument/2006/relationships/image" Target="media/x16097.wmf"/><Relationship Id="rId1475" Type="http://schemas.openxmlformats.org/officeDocument/2006/relationships/image" Target="media/x16098.wmf"/><Relationship Id="rId1476" Type="http://schemas.openxmlformats.org/officeDocument/2006/relationships/image" Target="media/x16099.wmf"/><Relationship Id="rId1477" Type="http://schemas.openxmlformats.org/officeDocument/2006/relationships/image" Target="media/x16100.wmf"/><Relationship Id="rId1478" Type="http://schemas.openxmlformats.org/officeDocument/2006/relationships/image" Target="media/x16101.wmf"/><Relationship Id="rId1479" Type="http://schemas.openxmlformats.org/officeDocument/2006/relationships/image" Target="media/x16102.wmf"/><Relationship Id="rId1480" Type="http://schemas.openxmlformats.org/officeDocument/2006/relationships/image" Target="media/x16103.wmf"/><Relationship Id="rId1481" Type="http://schemas.openxmlformats.org/officeDocument/2006/relationships/image" Target="media/x16104.wmf"/><Relationship Id="rId1482" Type="http://schemas.openxmlformats.org/officeDocument/2006/relationships/image" Target="media/x16105.wmf"/><Relationship Id="rId1483" Type="http://schemas.openxmlformats.org/officeDocument/2006/relationships/image" Target="media/x16106.wmf"/><Relationship Id="rId1484" Type="http://schemas.openxmlformats.org/officeDocument/2006/relationships/image" Target="media/x16107.wmf"/><Relationship Id="rId1485" Type="http://schemas.openxmlformats.org/officeDocument/2006/relationships/image" Target="media/x16108.wmf"/><Relationship Id="rId1486" Type="http://schemas.openxmlformats.org/officeDocument/2006/relationships/image" Target="media/x16109.wmf"/><Relationship Id="rId1487" Type="http://schemas.openxmlformats.org/officeDocument/2006/relationships/image" Target="media/x16110.wmf"/><Relationship Id="rId1488" Type="http://schemas.openxmlformats.org/officeDocument/2006/relationships/image" Target="media/x16111.wmf"/><Relationship Id="rId1489" Type="http://schemas.openxmlformats.org/officeDocument/2006/relationships/image" Target="media/x16112.wmf"/><Relationship Id="rId1490" Type="http://schemas.openxmlformats.org/officeDocument/2006/relationships/image" Target="media/x16113.wmf"/><Relationship Id="rId1491" Type="http://schemas.openxmlformats.org/officeDocument/2006/relationships/image" Target="media/x16114.wmf"/><Relationship Id="rId1492" Type="http://schemas.openxmlformats.org/officeDocument/2006/relationships/image" Target="media/x16115.wmf"/><Relationship Id="rId1493" Type="http://schemas.openxmlformats.org/officeDocument/2006/relationships/image" Target="media/x16116.wmf"/><Relationship Id="rId1494" Type="http://schemas.openxmlformats.org/officeDocument/2006/relationships/image" Target="media/x16117.wmf"/><Relationship Id="rId1495" Type="http://schemas.openxmlformats.org/officeDocument/2006/relationships/image" Target="media/x16118.wmf"/><Relationship Id="rId1496" Type="http://schemas.openxmlformats.org/officeDocument/2006/relationships/image" Target="media/x16119.png"/><Relationship Id="rId1497" Type="http://schemas.openxmlformats.org/officeDocument/2006/relationships/image" Target="media/x16120.wmf"/><Relationship Id="rId1498" Type="http://schemas.openxmlformats.org/officeDocument/2006/relationships/image" Target="media/x16121.wmf"/><Relationship Id="rId1499" Type="http://schemas.openxmlformats.org/officeDocument/2006/relationships/image" Target="media/x16122.wmf"/><Relationship Id="rId1500" Type="http://schemas.openxmlformats.org/officeDocument/2006/relationships/image" Target="media/x16123.wmf"/><Relationship Id="rId1501" Type="http://schemas.openxmlformats.org/officeDocument/2006/relationships/image" Target="media/x16124.wmf"/><Relationship Id="rId1502" Type="http://schemas.openxmlformats.org/officeDocument/2006/relationships/image" Target="media/x16125.wmf"/><Relationship Id="rId1503" Type="http://schemas.openxmlformats.org/officeDocument/2006/relationships/image" Target="media/x16126.wmf"/><Relationship Id="rId1504" Type="http://schemas.openxmlformats.org/officeDocument/2006/relationships/image" Target="media/x16127.wmf"/><Relationship Id="rId1505" Type="http://schemas.openxmlformats.org/officeDocument/2006/relationships/image" Target="media/x16128.wmf"/><Relationship Id="rId1506" Type="http://schemas.openxmlformats.org/officeDocument/2006/relationships/image" Target="media/x16129.wmf"/><Relationship Id="rId1507" Type="http://schemas.openxmlformats.org/officeDocument/2006/relationships/image" Target="media/x16130.wmf"/><Relationship Id="rId1508" Type="http://schemas.openxmlformats.org/officeDocument/2006/relationships/image" Target="media/x16131.wmf"/><Relationship Id="rId1509" Type="http://schemas.openxmlformats.org/officeDocument/2006/relationships/image" Target="media/x16132.wmf"/><Relationship Id="rId1510" Type="http://schemas.openxmlformats.org/officeDocument/2006/relationships/image" Target="media/x16133.wmf"/><Relationship Id="rId1511" Type="http://schemas.openxmlformats.org/officeDocument/2006/relationships/image" Target="media/x16134.wmf"/><Relationship Id="rId1512" Type="http://schemas.openxmlformats.org/officeDocument/2006/relationships/image" Target="media/x16135.wmf"/><Relationship Id="rId1513" Type="http://schemas.openxmlformats.org/officeDocument/2006/relationships/image" Target="media/x16136.wmf"/><Relationship Id="rId1514" Type="http://schemas.openxmlformats.org/officeDocument/2006/relationships/image" Target="media/x16137.wmf"/><Relationship Id="rId1515" Type="http://schemas.openxmlformats.org/officeDocument/2006/relationships/image" Target="media/x16138.wmf"/><Relationship Id="rId1516" Type="http://schemas.openxmlformats.org/officeDocument/2006/relationships/image" Target="media/x16139.wmf"/><Relationship Id="rId1517" Type="http://schemas.openxmlformats.org/officeDocument/2006/relationships/image" Target="media/x16140.wmf"/><Relationship Id="rId1518" Type="http://schemas.openxmlformats.org/officeDocument/2006/relationships/image" Target="media/x16141.wmf"/><Relationship Id="rId1519" Type="http://schemas.openxmlformats.org/officeDocument/2006/relationships/image" Target="media/x16142.wmf"/><Relationship Id="rId1520" Type="http://schemas.openxmlformats.org/officeDocument/2006/relationships/image" Target="media/x16143.wmf"/><Relationship Id="rId1521" Type="http://schemas.openxmlformats.org/officeDocument/2006/relationships/image" Target="media/x16144.wmf"/><Relationship Id="rId1522" Type="http://schemas.openxmlformats.org/officeDocument/2006/relationships/image" Target="media/x16145.wmf"/><Relationship Id="rId1523" Type="http://schemas.openxmlformats.org/officeDocument/2006/relationships/image" Target="media/x16146.wmf"/><Relationship Id="rId1524" Type="http://schemas.openxmlformats.org/officeDocument/2006/relationships/image" Target="media/x16147.wmf"/><Relationship Id="rId1525" Type="http://schemas.openxmlformats.org/officeDocument/2006/relationships/image" Target="media/x16148.wmf"/><Relationship Id="rId1526" Type="http://schemas.openxmlformats.org/officeDocument/2006/relationships/image" Target="media/x16149.wmf"/><Relationship Id="rId1527" Type="http://schemas.openxmlformats.org/officeDocument/2006/relationships/image" Target="media/x16150.wmf"/><Relationship Id="rId1528" Type="http://schemas.openxmlformats.org/officeDocument/2006/relationships/image" Target="media/x16151.wmf"/><Relationship Id="rId1529" Type="http://schemas.openxmlformats.org/officeDocument/2006/relationships/image" Target="media/x16152.wmf"/><Relationship Id="rId1530" Type="http://schemas.openxmlformats.org/officeDocument/2006/relationships/image" Target="media/x16153.wmf"/><Relationship Id="rId1531" Type="http://schemas.openxmlformats.org/officeDocument/2006/relationships/image" Target="media/x16154.wmf"/><Relationship Id="rId1532" Type="http://schemas.openxmlformats.org/officeDocument/2006/relationships/image" Target="media/x16155.wmf"/><Relationship Id="rId1533" Type="http://schemas.openxmlformats.org/officeDocument/2006/relationships/image" Target="media/x16156.wmf"/><Relationship Id="rId1534" Type="http://schemas.openxmlformats.org/officeDocument/2006/relationships/image" Target="media/x16157.wmf"/><Relationship Id="rId1535" Type="http://schemas.openxmlformats.org/officeDocument/2006/relationships/image" Target="media/x16158.wmf"/><Relationship Id="rId1536" Type="http://schemas.openxmlformats.org/officeDocument/2006/relationships/image" Target="media/x16159.wmf"/><Relationship Id="rId1537" Type="http://schemas.openxmlformats.org/officeDocument/2006/relationships/image" Target="media/x16160.wmf"/><Relationship Id="rId1538" Type="http://schemas.openxmlformats.org/officeDocument/2006/relationships/image" Target="media/x16161.wmf"/><Relationship Id="rId1539" Type="http://schemas.openxmlformats.org/officeDocument/2006/relationships/image" Target="media/x16162.wmf"/><Relationship Id="rId1540" Type="http://schemas.openxmlformats.org/officeDocument/2006/relationships/image" Target="media/x16163.wmf"/><Relationship Id="rId1541" Type="http://schemas.openxmlformats.org/officeDocument/2006/relationships/image" Target="media/x16164.wmf"/><Relationship Id="rId1542" Type="http://schemas.openxmlformats.org/officeDocument/2006/relationships/image" Target="media/x16165.wmf"/><Relationship Id="rId1543" Type="http://schemas.openxmlformats.org/officeDocument/2006/relationships/image" Target="media/x16166.wmf"/><Relationship Id="rId1544" Type="http://schemas.openxmlformats.org/officeDocument/2006/relationships/image" Target="media/x16167.wmf"/><Relationship Id="rId1545" Type="http://schemas.openxmlformats.org/officeDocument/2006/relationships/image" Target="media/x16168.wmf"/><Relationship Id="rId1546" Type="http://schemas.openxmlformats.org/officeDocument/2006/relationships/image" Target="media/x16169.wmf"/><Relationship Id="rId1547" Type="http://schemas.openxmlformats.org/officeDocument/2006/relationships/image" Target="media/x16170.wmf"/><Relationship Id="rId1548" Type="http://schemas.openxmlformats.org/officeDocument/2006/relationships/image" Target="media/x16171.wmf"/><Relationship Id="rId1549" Type="http://schemas.openxmlformats.org/officeDocument/2006/relationships/image" Target="media/x16172.wmf"/><Relationship Id="rId1550" Type="http://schemas.openxmlformats.org/officeDocument/2006/relationships/image" Target="media/x16173.wmf"/><Relationship Id="rId1551" Type="http://schemas.openxmlformats.org/officeDocument/2006/relationships/image" Target="media/x16174.wmf"/><Relationship Id="rId1552" Type="http://schemas.openxmlformats.org/officeDocument/2006/relationships/image" Target="media/x16175.wmf"/><Relationship Id="rId1553" Type="http://schemas.openxmlformats.org/officeDocument/2006/relationships/image" Target="media/x16176.wmf"/><Relationship Id="rId1554" Type="http://schemas.openxmlformats.org/officeDocument/2006/relationships/image" Target="media/x16177.wmf"/><Relationship Id="rId1555" Type="http://schemas.openxmlformats.org/officeDocument/2006/relationships/image" Target="media/x16178.wmf"/><Relationship Id="rId1556" Type="http://schemas.openxmlformats.org/officeDocument/2006/relationships/image" Target="media/x16179.wmf"/><Relationship Id="rId1557" Type="http://schemas.openxmlformats.org/officeDocument/2006/relationships/image" Target="media/x16180.wmf"/><Relationship Id="rId1558" Type="http://schemas.openxmlformats.org/officeDocument/2006/relationships/image" Target="media/x16181.wmf"/><Relationship Id="rId1559" Type="http://schemas.openxmlformats.org/officeDocument/2006/relationships/image" Target="media/x16182.wmf"/><Relationship Id="rId1560" Type="http://schemas.openxmlformats.org/officeDocument/2006/relationships/image" Target="media/x16183.wmf"/><Relationship Id="rId1561" Type="http://schemas.openxmlformats.org/officeDocument/2006/relationships/image" Target="media/x16184.wmf"/><Relationship Id="rId1562" Type="http://schemas.openxmlformats.org/officeDocument/2006/relationships/image" Target="media/x16185.wmf"/><Relationship Id="rId1563" Type="http://schemas.openxmlformats.org/officeDocument/2006/relationships/image" Target="media/x16186.wmf"/><Relationship Id="rId1564" Type="http://schemas.openxmlformats.org/officeDocument/2006/relationships/image" Target="media/x16187.wmf"/><Relationship Id="rId1565" Type="http://schemas.openxmlformats.org/officeDocument/2006/relationships/image" Target="media/x16188.wmf"/><Relationship Id="rId1566" Type="http://schemas.openxmlformats.org/officeDocument/2006/relationships/image" Target="media/x16189.wmf"/><Relationship Id="rId1567" Type="http://schemas.openxmlformats.org/officeDocument/2006/relationships/image" Target="media/x16190.wmf"/><Relationship Id="rId1568" Type="http://schemas.openxmlformats.org/officeDocument/2006/relationships/image" Target="media/x16191.wmf"/><Relationship Id="rId1569" Type="http://schemas.openxmlformats.org/officeDocument/2006/relationships/image" Target="media/x16192.wmf"/><Relationship Id="rId1570" Type="http://schemas.openxmlformats.org/officeDocument/2006/relationships/image" Target="media/x16193.wmf"/><Relationship Id="rId1571" Type="http://schemas.openxmlformats.org/officeDocument/2006/relationships/image" Target="media/x16194.wmf"/><Relationship Id="rId1572" Type="http://schemas.openxmlformats.org/officeDocument/2006/relationships/image" Target="media/x16195.wmf"/><Relationship Id="rId1573" Type="http://schemas.openxmlformats.org/officeDocument/2006/relationships/image" Target="media/x16196.wmf"/><Relationship Id="rId1574" Type="http://schemas.openxmlformats.org/officeDocument/2006/relationships/image" Target="media/x16197.wmf"/><Relationship Id="rId1575" Type="http://schemas.openxmlformats.org/officeDocument/2006/relationships/image" Target="media/x16198.wmf"/><Relationship Id="rId1576" Type="http://schemas.openxmlformats.org/officeDocument/2006/relationships/image" Target="media/x16199.wmf"/><Relationship Id="rId1577" Type="http://schemas.openxmlformats.org/officeDocument/2006/relationships/image" Target="media/x16200.wmf"/><Relationship Id="rId1578" Type="http://schemas.openxmlformats.org/officeDocument/2006/relationships/image" Target="media/x16201.wmf"/><Relationship Id="rId1579" Type="http://schemas.openxmlformats.org/officeDocument/2006/relationships/image" Target="media/x16202.wmf"/><Relationship Id="rId1580" Type="http://schemas.openxmlformats.org/officeDocument/2006/relationships/image" Target="media/x16203.wmf"/><Relationship Id="rId1581" Type="http://schemas.openxmlformats.org/officeDocument/2006/relationships/image" Target="media/x16204.wmf"/><Relationship Id="rId1582" Type="http://schemas.openxmlformats.org/officeDocument/2006/relationships/image" Target="media/x16205.wmf"/><Relationship Id="rId1583" Type="http://schemas.openxmlformats.org/officeDocument/2006/relationships/image" Target="media/x16206.wmf"/><Relationship Id="rId1584" Type="http://schemas.openxmlformats.org/officeDocument/2006/relationships/image" Target="media/x16207.wmf"/><Relationship Id="rId1585" Type="http://schemas.openxmlformats.org/officeDocument/2006/relationships/image" Target="media/x16208.wmf"/><Relationship Id="rId1586" Type="http://schemas.openxmlformats.org/officeDocument/2006/relationships/image" Target="media/x16209.wmf"/><Relationship Id="rId1587" Type="http://schemas.openxmlformats.org/officeDocument/2006/relationships/image" Target="media/x16210.wmf"/><Relationship Id="rId1588" Type="http://schemas.openxmlformats.org/officeDocument/2006/relationships/image" Target="media/x16211.wmf"/><Relationship Id="rId1589" Type="http://schemas.openxmlformats.org/officeDocument/2006/relationships/image" Target="media/x16212.wmf"/><Relationship Id="rId1590" Type="http://schemas.openxmlformats.org/officeDocument/2006/relationships/image" Target="media/x16213.wmf"/><Relationship Id="rId1591" Type="http://schemas.openxmlformats.org/officeDocument/2006/relationships/image" Target="media/x16214.wmf"/><Relationship Id="rId1592" Type="http://schemas.openxmlformats.org/officeDocument/2006/relationships/image" Target="media/x16215.wmf"/><Relationship Id="rId1593" Type="http://schemas.openxmlformats.org/officeDocument/2006/relationships/image" Target="media/x16216.wmf"/><Relationship Id="rId1594" Type="http://schemas.openxmlformats.org/officeDocument/2006/relationships/image" Target="media/x16217.wmf"/><Relationship Id="rId1595" Type="http://schemas.openxmlformats.org/officeDocument/2006/relationships/image" Target="media/x16218.wmf"/><Relationship Id="rId1596" Type="http://schemas.openxmlformats.org/officeDocument/2006/relationships/image" Target="media/x16219.wmf"/><Relationship Id="rId1597" Type="http://schemas.openxmlformats.org/officeDocument/2006/relationships/image" Target="media/x16220.wmf"/><Relationship Id="rId1598" Type="http://schemas.openxmlformats.org/officeDocument/2006/relationships/image" Target="media/x16221.wmf"/><Relationship Id="rId1599" Type="http://schemas.openxmlformats.org/officeDocument/2006/relationships/image" Target="media/x16222.wmf"/><Relationship Id="rId1600" Type="http://schemas.openxmlformats.org/officeDocument/2006/relationships/image" Target="media/x16223.wmf"/><Relationship Id="rId1601" Type="http://schemas.openxmlformats.org/officeDocument/2006/relationships/image" Target="media/x16224.wmf"/><Relationship Id="rId1602" Type="http://schemas.openxmlformats.org/officeDocument/2006/relationships/image" Target="media/x16225.wmf"/><Relationship Id="rId1603" Type="http://schemas.openxmlformats.org/officeDocument/2006/relationships/image" Target="media/x16226.wmf"/><Relationship Id="rId1604" Type="http://schemas.openxmlformats.org/officeDocument/2006/relationships/image" Target="media/x16227.wmf"/><Relationship Id="rId1605" Type="http://schemas.openxmlformats.org/officeDocument/2006/relationships/image" Target="media/x16228.wmf"/><Relationship Id="rId1606" Type="http://schemas.openxmlformats.org/officeDocument/2006/relationships/image" Target="media/x16229.wmf"/><Relationship Id="rId1607" Type="http://schemas.openxmlformats.org/officeDocument/2006/relationships/image" Target="media/x16230.wmf"/><Relationship Id="rId1608" Type="http://schemas.openxmlformats.org/officeDocument/2006/relationships/image" Target="media/x16231.wmf"/><Relationship Id="rId1609" Type="http://schemas.openxmlformats.org/officeDocument/2006/relationships/image" Target="media/x16232.wmf"/><Relationship Id="rId1610" Type="http://schemas.openxmlformats.org/officeDocument/2006/relationships/image" Target="media/x16233.png"/><Relationship Id="rId1611" Type="http://schemas.openxmlformats.org/officeDocument/2006/relationships/image" Target="media/x16234.wmf"/><Relationship Id="rId1612" Type="http://schemas.openxmlformats.org/officeDocument/2006/relationships/image" Target="media/x16235.wmf"/><Relationship Id="rId1613" Type="http://schemas.openxmlformats.org/officeDocument/2006/relationships/image" Target="media/x16236.wmf"/><Relationship Id="rId1614" Type="http://schemas.openxmlformats.org/officeDocument/2006/relationships/image" Target="media/x16237.wmf"/><Relationship Id="rId1615" Type="http://schemas.openxmlformats.org/officeDocument/2006/relationships/image" Target="media/x16238.wmf"/><Relationship Id="rId1616" Type="http://schemas.openxmlformats.org/officeDocument/2006/relationships/image" Target="media/x16239.wmf"/><Relationship Id="rId1617" Type="http://schemas.openxmlformats.org/officeDocument/2006/relationships/image" Target="media/x16240.wmf"/><Relationship Id="rId1618" Type="http://schemas.openxmlformats.org/officeDocument/2006/relationships/image" Target="media/x16241.wmf"/><Relationship Id="rId1619" Type="http://schemas.openxmlformats.org/officeDocument/2006/relationships/image" Target="media/x16242.wmf"/><Relationship Id="rId1620" Type="http://schemas.openxmlformats.org/officeDocument/2006/relationships/image" Target="media/x16243.wmf"/><Relationship Id="rId1621" Type="http://schemas.openxmlformats.org/officeDocument/2006/relationships/image" Target="media/x16244.wmf"/><Relationship Id="rId1622" Type="http://schemas.openxmlformats.org/officeDocument/2006/relationships/image" Target="media/x16245.wmf"/><Relationship Id="rId1623" Type="http://schemas.openxmlformats.org/officeDocument/2006/relationships/image" Target="media/x16246.wmf"/><Relationship Id="rId1624" Type="http://schemas.openxmlformats.org/officeDocument/2006/relationships/image" Target="media/x16247.wmf"/><Relationship Id="rId1625" Type="http://schemas.openxmlformats.org/officeDocument/2006/relationships/image" Target="media/x16248.wmf"/><Relationship Id="rId1626" Type="http://schemas.openxmlformats.org/officeDocument/2006/relationships/image" Target="media/x16249.wmf"/><Relationship Id="rId1627" Type="http://schemas.openxmlformats.org/officeDocument/2006/relationships/image" Target="media/x16250.wmf"/><Relationship Id="rId1628" Type="http://schemas.openxmlformats.org/officeDocument/2006/relationships/image" Target="media/x16251.wmf"/><Relationship Id="rId1629" Type="http://schemas.openxmlformats.org/officeDocument/2006/relationships/image" Target="media/x16252.wmf"/><Relationship Id="rId1630" Type="http://schemas.openxmlformats.org/officeDocument/2006/relationships/image" Target="media/x16253.wmf"/><Relationship Id="rId1631" Type="http://schemas.openxmlformats.org/officeDocument/2006/relationships/image" Target="media/x16254.wmf"/><Relationship Id="rId1632" Type="http://schemas.openxmlformats.org/officeDocument/2006/relationships/image" Target="media/x16255.wmf"/><Relationship Id="rId1633" Type="http://schemas.openxmlformats.org/officeDocument/2006/relationships/image" Target="media/x16256.wmf"/><Relationship Id="rId1634" Type="http://schemas.openxmlformats.org/officeDocument/2006/relationships/image" Target="media/x16257.wmf"/><Relationship Id="rId1635" Type="http://schemas.openxmlformats.org/officeDocument/2006/relationships/image" Target="media/x16258.wmf"/><Relationship Id="rId1636" Type="http://schemas.openxmlformats.org/officeDocument/2006/relationships/image" Target="media/x16259.wmf"/><Relationship Id="rId1637" Type="http://schemas.openxmlformats.org/officeDocument/2006/relationships/image" Target="media/x16260.wmf"/><Relationship Id="rId1638" Type="http://schemas.openxmlformats.org/officeDocument/2006/relationships/image" Target="media/x16261.wmf"/><Relationship Id="rId1639" Type="http://schemas.openxmlformats.org/officeDocument/2006/relationships/image" Target="media/x16262.wmf"/><Relationship Id="rId1640" Type="http://schemas.openxmlformats.org/officeDocument/2006/relationships/image" Target="media/x16263.wmf"/><Relationship Id="rId1641" Type="http://schemas.openxmlformats.org/officeDocument/2006/relationships/image" Target="media/x16264.wmf"/><Relationship Id="rId1642" Type="http://schemas.openxmlformats.org/officeDocument/2006/relationships/image" Target="media/x16265.wmf"/><Relationship Id="rId1643" Type="http://schemas.openxmlformats.org/officeDocument/2006/relationships/image" Target="media/x16266.wmf"/><Relationship Id="rId1644" Type="http://schemas.openxmlformats.org/officeDocument/2006/relationships/image" Target="media/x16267.wmf"/><Relationship Id="rId1645" Type="http://schemas.openxmlformats.org/officeDocument/2006/relationships/image" Target="media/x16268.wmf"/><Relationship Id="rId1646" Type="http://schemas.openxmlformats.org/officeDocument/2006/relationships/image" Target="media/x16269.wmf"/><Relationship Id="rId1647" Type="http://schemas.openxmlformats.org/officeDocument/2006/relationships/image" Target="media/x16270.wmf"/><Relationship Id="rId1648" Type="http://schemas.openxmlformats.org/officeDocument/2006/relationships/image" Target="media/x16271.wmf"/><Relationship Id="rId1649" Type="http://schemas.openxmlformats.org/officeDocument/2006/relationships/image" Target="media/x16272.wmf"/><Relationship Id="rId1650" Type="http://schemas.openxmlformats.org/officeDocument/2006/relationships/image" Target="media/x16273.wmf"/><Relationship Id="rId1651" Type="http://schemas.openxmlformats.org/officeDocument/2006/relationships/image" Target="media/x16274.wmf"/><Relationship Id="rId1652" Type="http://schemas.openxmlformats.org/officeDocument/2006/relationships/image" Target="media/x16275.wmf"/><Relationship Id="rId1653" Type="http://schemas.openxmlformats.org/officeDocument/2006/relationships/image" Target="media/x16276.wmf"/><Relationship Id="rId1654" Type="http://schemas.openxmlformats.org/officeDocument/2006/relationships/image" Target="media/x16277.wmf"/><Relationship Id="rId1655" Type="http://schemas.openxmlformats.org/officeDocument/2006/relationships/image" Target="media/x16278.wmf"/><Relationship Id="rId1656" Type="http://schemas.openxmlformats.org/officeDocument/2006/relationships/image" Target="media/x16279.wmf"/><Relationship Id="rId1657" Type="http://schemas.openxmlformats.org/officeDocument/2006/relationships/image" Target="media/x16280.wmf"/><Relationship Id="rId1658" Type="http://schemas.openxmlformats.org/officeDocument/2006/relationships/image" Target="media/x16281.wmf"/><Relationship Id="rId1659" Type="http://schemas.openxmlformats.org/officeDocument/2006/relationships/image" Target="media/x16282.wmf"/><Relationship Id="rId1660" Type="http://schemas.openxmlformats.org/officeDocument/2006/relationships/image" Target="media/x16283.wmf"/><Relationship Id="rId1661" Type="http://schemas.openxmlformats.org/officeDocument/2006/relationships/image" Target="media/x16284.wmf"/><Relationship Id="rId1662" Type="http://schemas.openxmlformats.org/officeDocument/2006/relationships/image" Target="media/x16285.wmf"/><Relationship Id="rId1663" Type="http://schemas.openxmlformats.org/officeDocument/2006/relationships/image" Target="media/x16286.wmf"/><Relationship Id="rId1664" Type="http://schemas.openxmlformats.org/officeDocument/2006/relationships/image" Target="media/x16287.wmf"/><Relationship Id="rId1665" Type="http://schemas.openxmlformats.org/officeDocument/2006/relationships/image" Target="media/x16288.wmf"/><Relationship Id="rId1666" Type="http://schemas.openxmlformats.org/officeDocument/2006/relationships/image" Target="media/x16289.wmf"/><Relationship Id="rId1667" Type="http://schemas.openxmlformats.org/officeDocument/2006/relationships/image" Target="media/x16290.wmf"/><Relationship Id="rId1668" Type="http://schemas.openxmlformats.org/officeDocument/2006/relationships/image" Target="media/x16291.wmf"/><Relationship Id="rId1669" Type="http://schemas.openxmlformats.org/officeDocument/2006/relationships/image" Target="media/x16292.wmf"/><Relationship Id="rId1670" Type="http://schemas.openxmlformats.org/officeDocument/2006/relationships/image" Target="media/x16293.wmf"/><Relationship Id="rId1671" Type="http://schemas.openxmlformats.org/officeDocument/2006/relationships/image" Target="media/x16294.wmf"/><Relationship Id="rId1672" Type="http://schemas.openxmlformats.org/officeDocument/2006/relationships/image" Target="media/x16295.wmf"/><Relationship Id="rId1673" Type="http://schemas.openxmlformats.org/officeDocument/2006/relationships/image" Target="media/x16296.wmf"/><Relationship Id="rId1674" Type="http://schemas.openxmlformats.org/officeDocument/2006/relationships/image" Target="media/x16297.wmf"/><Relationship Id="rId1675" Type="http://schemas.openxmlformats.org/officeDocument/2006/relationships/image" Target="media/x16298.wmf"/><Relationship Id="rId1676" Type="http://schemas.openxmlformats.org/officeDocument/2006/relationships/image" Target="media/x16299.wmf"/><Relationship Id="rId1677" Type="http://schemas.openxmlformats.org/officeDocument/2006/relationships/image" Target="media/x16300.wmf"/><Relationship Id="rId1678" Type="http://schemas.openxmlformats.org/officeDocument/2006/relationships/image" Target="media/x16301.wmf"/><Relationship Id="rId1679" Type="http://schemas.openxmlformats.org/officeDocument/2006/relationships/image" Target="media/x16302.wmf"/><Relationship Id="rId1680" Type="http://schemas.openxmlformats.org/officeDocument/2006/relationships/image" Target="media/x16303.wmf"/><Relationship Id="rId1681" Type="http://schemas.openxmlformats.org/officeDocument/2006/relationships/image" Target="media/x16304.wmf"/><Relationship Id="rId1682" Type="http://schemas.openxmlformats.org/officeDocument/2006/relationships/image" Target="media/x16305.wmf"/><Relationship Id="rId1683" Type="http://schemas.openxmlformats.org/officeDocument/2006/relationships/image" Target="media/x16306.wmf"/><Relationship Id="rId1684" Type="http://schemas.openxmlformats.org/officeDocument/2006/relationships/image" Target="media/x16307.wmf"/><Relationship Id="rId1685" Type="http://schemas.openxmlformats.org/officeDocument/2006/relationships/image" Target="media/x16308.wmf"/><Relationship Id="rId1686" Type="http://schemas.openxmlformats.org/officeDocument/2006/relationships/image" Target="media/x16309.wmf"/><Relationship Id="rId1687" Type="http://schemas.openxmlformats.org/officeDocument/2006/relationships/image" Target="media/x16310.wmf"/><Relationship Id="rId1688" Type="http://schemas.openxmlformats.org/officeDocument/2006/relationships/image" Target="media/x16311.wmf"/><Relationship Id="rId1689" Type="http://schemas.openxmlformats.org/officeDocument/2006/relationships/image" Target="media/x16312.wmf"/><Relationship Id="rId1690" Type="http://schemas.openxmlformats.org/officeDocument/2006/relationships/image" Target="media/x16313.wmf"/><Relationship Id="rId1691" Type="http://schemas.openxmlformats.org/officeDocument/2006/relationships/image" Target="media/x16314.wmf"/><Relationship Id="rId1692" Type="http://schemas.openxmlformats.org/officeDocument/2006/relationships/image" Target="media/x16315.wmf"/><Relationship Id="rId1693" Type="http://schemas.openxmlformats.org/officeDocument/2006/relationships/image" Target="media/x16316.wmf"/><Relationship Id="rId1694" Type="http://schemas.openxmlformats.org/officeDocument/2006/relationships/image" Target="media/x16317.wmf"/><Relationship Id="rId1695" Type="http://schemas.openxmlformats.org/officeDocument/2006/relationships/image" Target="media/x16318.wmf"/><Relationship Id="rId1696" Type="http://schemas.openxmlformats.org/officeDocument/2006/relationships/image" Target="media/x16319.wmf"/><Relationship Id="rId1697" Type="http://schemas.openxmlformats.org/officeDocument/2006/relationships/image" Target="media/x16320.wmf"/><Relationship Id="rId1698" Type="http://schemas.openxmlformats.org/officeDocument/2006/relationships/image" Target="media/x16321.wmf"/><Relationship Id="rId1699" Type="http://schemas.openxmlformats.org/officeDocument/2006/relationships/image" Target="media/x16322.wmf"/><Relationship Id="rId1700" Type="http://schemas.openxmlformats.org/officeDocument/2006/relationships/image" Target="media/x16323.wmf"/><Relationship Id="rId1701" Type="http://schemas.openxmlformats.org/officeDocument/2006/relationships/image" Target="media/x16324.wmf"/><Relationship Id="rId1702" Type="http://schemas.openxmlformats.org/officeDocument/2006/relationships/image" Target="media/x16325.wmf"/><Relationship Id="rId1703" Type="http://schemas.openxmlformats.org/officeDocument/2006/relationships/image" Target="media/x16326.wmf"/><Relationship Id="rId1704" Type="http://schemas.openxmlformats.org/officeDocument/2006/relationships/image" Target="media/x16327.wmf"/><Relationship Id="rId1705" Type="http://schemas.openxmlformats.org/officeDocument/2006/relationships/image" Target="media/x16328.wmf"/><Relationship Id="rId1706" Type="http://schemas.openxmlformats.org/officeDocument/2006/relationships/image" Target="media/x16329.wmf"/><Relationship Id="rId1707" Type="http://schemas.openxmlformats.org/officeDocument/2006/relationships/image" Target="media/x16330.wmf"/><Relationship Id="rId1708" Type="http://schemas.openxmlformats.org/officeDocument/2006/relationships/image" Target="media/x16331.wmf"/><Relationship Id="rId1709" Type="http://schemas.openxmlformats.org/officeDocument/2006/relationships/image" Target="media/x16332.wmf"/><Relationship Id="rId1710" Type="http://schemas.openxmlformats.org/officeDocument/2006/relationships/image" Target="media/x16333.wmf"/><Relationship Id="rId1711" Type="http://schemas.openxmlformats.org/officeDocument/2006/relationships/image" Target="media/x16334.wmf"/><Relationship Id="rId1712" Type="http://schemas.openxmlformats.org/officeDocument/2006/relationships/image" Target="media/x16335.wmf"/><Relationship Id="rId1713" Type="http://schemas.openxmlformats.org/officeDocument/2006/relationships/image" Target="media/x16336.wmf"/><Relationship Id="rId1714" Type="http://schemas.openxmlformats.org/officeDocument/2006/relationships/image" Target="media/x16337.wmf"/><Relationship Id="rId1715" Type="http://schemas.openxmlformats.org/officeDocument/2006/relationships/image" Target="media/x16338.wmf"/><Relationship Id="rId1716" Type="http://schemas.openxmlformats.org/officeDocument/2006/relationships/image" Target="media/x16339.wmf"/><Relationship Id="rId1717" Type="http://schemas.openxmlformats.org/officeDocument/2006/relationships/image" Target="media/x16340.wmf"/><Relationship Id="rId1718" Type="http://schemas.openxmlformats.org/officeDocument/2006/relationships/image" Target="media/x16341.wmf"/><Relationship Id="rId1719" Type="http://schemas.openxmlformats.org/officeDocument/2006/relationships/image" Target="media/x16342.wmf"/><Relationship Id="rId1720" Type="http://schemas.openxmlformats.org/officeDocument/2006/relationships/image" Target="media/x16343.wmf"/><Relationship Id="rId1721" Type="http://schemas.openxmlformats.org/officeDocument/2006/relationships/image" Target="media/x16344.wmf"/><Relationship Id="rId1722" Type="http://schemas.openxmlformats.org/officeDocument/2006/relationships/image" Target="media/x16345.wmf"/><Relationship Id="rId1723" Type="http://schemas.openxmlformats.org/officeDocument/2006/relationships/image" Target="media/x16346.wmf"/><Relationship Id="rId1724" Type="http://schemas.openxmlformats.org/officeDocument/2006/relationships/image" Target="media/x16347.wmf"/><Relationship Id="rId1725" Type="http://schemas.openxmlformats.org/officeDocument/2006/relationships/image" Target="media/x16348.wmf"/><Relationship Id="rId1726" Type="http://schemas.openxmlformats.org/officeDocument/2006/relationships/image" Target="media/x16349.wmf"/><Relationship Id="rId1727" Type="http://schemas.openxmlformats.org/officeDocument/2006/relationships/image" Target="media/x16350.wmf"/><Relationship Id="rId1728" Type="http://schemas.openxmlformats.org/officeDocument/2006/relationships/image" Target="media/x16351.wmf"/><Relationship Id="rId1729" Type="http://schemas.openxmlformats.org/officeDocument/2006/relationships/image" Target="media/x16352.wmf"/><Relationship Id="rId1730" Type="http://schemas.openxmlformats.org/officeDocument/2006/relationships/image" Target="media/x16353.wmf"/><Relationship Id="rId1731" Type="http://schemas.openxmlformats.org/officeDocument/2006/relationships/image" Target="media/x16354.wmf"/><Relationship Id="rId1732" Type="http://schemas.openxmlformats.org/officeDocument/2006/relationships/image" Target="media/x16355.wmf"/><Relationship Id="rId1733" Type="http://schemas.openxmlformats.org/officeDocument/2006/relationships/image" Target="media/x16356.wmf"/><Relationship Id="rId1734" Type="http://schemas.openxmlformats.org/officeDocument/2006/relationships/image" Target="media/x16357.wmf"/><Relationship Id="rId1735" Type="http://schemas.openxmlformats.org/officeDocument/2006/relationships/image" Target="media/x16358.wmf"/><Relationship Id="rId1736" Type="http://schemas.openxmlformats.org/officeDocument/2006/relationships/image" Target="media/x16359.wmf"/><Relationship Id="rId1737" Type="http://schemas.openxmlformats.org/officeDocument/2006/relationships/image" Target="media/x16360.wmf"/><Relationship Id="rId1738" Type="http://schemas.openxmlformats.org/officeDocument/2006/relationships/image" Target="media/x16361.wmf"/><Relationship Id="rId1739" Type="http://schemas.openxmlformats.org/officeDocument/2006/relationships/image" Target="media/x16362.wmf"/><Relationship Id="rId1740" Type="http://schemas.openxmlformats.org/officeDocument/2006/relationships/image" Target="media/x16363.wmf"/><Relationship Id="rId1741" Type="http://schemas.openxmlformats.org/officeDocument/2006/relationships/image" Target="media/x16364.wmf"/><Relationship Id="rId1742" Type="http://schemas.openxmlformats.org/officeDocument/2006/relationships/image" Target="media/x16365.wmf"/><Relationship Id="rId1743" Type="http://schemas.openxmlformats.org/officeDocument/2006/relationships/image" Target="media/x16366.wmf"/><Relationship Id="rId1744" Type="http://schemas.openxmlformats.org/officeDocument/2006/relationships/image" Target="media/x16367.wmf"/><Relationship Id="rId1745" Type="http://schemas.openxmlformats.org/officeDocument/2006/relationships/image" Target="media/x16368.wmf"/><Relationship Id="rId1746" Type="http://schemas.openxmlformats.org/officeDocument/2006/relationships/image" Target="media/x16369.wmf"/><Relationship Id="rId1747" Type="http://schemas.openxmlformats.org/officeDocument/2006/relationships/image" Target="media/x16370.wmf"/><Relationship Id="rId1748" Type="http://schemas.openxmlformats.org/officeDocument/2006/relationships/image" Target="media/x16371.wmf"/><Relationship Id="rId1749" Type="http://schemas.openxmlformats.org/officeDocument/2006/relationships/image" Target="media/x16372.wmf"/><Relationship Id="rId1750" Type="http://schemas.openxmlformats.org/officeDocument/2006/relationships/image" Target="media/x16373.wmf"/><Relationship Id="rId1751" Type="http://schemas.openxmlformats.org/officeDocument/2006/relationships/image" Target="media/x16374.wmf"/><Relationship Id="rId1752" Type="http://schemas.openxmlformats.org/officeDocument/2006/relationships/image" Target="media/x16375.wmf"/><Relationship Id="rId1753" Type="http://schemas.openxmlformats.org/officeDocument/2006/relationships/image" Target="media/x16376.wmf"/><Relationship Id="rId1754" Type="http://schemas.openxmlformats.org/officeDocument/2006/relationships/image" Target="media/x16377.wmf"/><Relationship Id="rId1755" Type="http://schemas.openxmlformats.org/officeDocument/2006/relationships/image" Target="media/x16378.wmf"/><Relationship Id="rId1756" Type="http://schemas.openxmlformats.org/officeDocument/2006/relationships/image" Target="media/x16379.wmf"/><Relationship Id="rId1757" Type="http://schemas.openxmlformats.org/officeDocument/2006/relationships/image" Target="media/x16380.wmf"/><Relationship Id="rId1758" Type="http://schemas.openxmlformats.org/officeDocument/2006/relationships/image" Target="media/x16381.wmf"/><Relationship Id="rId1759" Type="http://schemas.openxmlformats.org/officeDocument/2006/relationships/image" Target="media/x16382.wmf"/><Relationship Id="rId1760" Type="http://schemas.openxmlformats.org/officeDocument/2006/relationships/image" Target="media/x16383.wmf"/><Relationship Id="rId1761" Type="http://schemas.openxmlformats.org/officeDocument/2006/relationships/image" Target="media/x16384.wmf"/><Relationship Id="rId1762" Type="http://schemas.openxmlformats.org/officeDocument/2006/relationships/image" Target="media/x16385.wmf"/><Relationship Id="rId1763" Type="http://schemas.openxmlformats.org/officeDocument/2006/relationships/image" Target="media/x16386.wmf"/><Relationship Id="rId1764" Type="http://schemas.openxmlformats.org/officeDocument/2006/relationships/image" Target="media/x16387.wmf"/><Relationship Id="rId1765" Type="http://schemas.openxmlformats.org/officeDocument/2006/relationships/image" Target="media/x16388.wmf"/><Relationship Id="rId1766" Type="http://schemas.openxmlformats.org/officeDocument/2006/relationships/image" Target="media/x16389.wmf"/><Relationship Id="rId1767" Type="http://schemas.openxmlformats.org/officeDocument/2006/relationships/image" Target="media/x16390.wmf"/><Relationship Id="rId1768" Type="http://schemas.openxmlformats.org/officeDocument/2006/relationships/image" Target="media/x16391.wmf"/><Relationship Id="rId1769" Type="http://schemas.openxmlformats.org/officeDocument/2006/relationships/image" Target="media/x16392.wmf"/><Relationship Id="rId1770" Type="http://schemas.openxmlformats.org/officeDocument/2006/relationships/image" Target="media/x16393.wmf"/><Relationship Id="rId1771" Type="http://schemas.openxmlformats.org/officeDocument/2006/relationships/image" Target="media/x16394.wmf"/><Relationship Id="rId1772" Type="http://schemas.openxmlformats.org/officeDocument/2006/relationships/image" Target="media/x16395.wmf"/><Relationship Id="rId1773" Type="http://schemas.openxmlformats.org/officeDocument/2006/relationships/image" Target="media/x16396.wmf"/><Relationship Id="rId1774" Type="http://schemas.openxmlformats.org/officeDocument/2006/relationships/image" Target="media/x16397.wmf"/><Relationship Id="rId1775" Type="http://schemas.openxmlformats.org/officeDocument/2006/relationships/image" Target="media/x16398.wmf"/><Relationship Id="rId1776" Type="http://schemas.openxmlformats.org/officeDocument/2006/relationships/image" Target="media/x16399.wmf"/><Relationship Id="rId1777" Type="http://schemas.openxmlformats.org/officeDocument/2006/relationships/image" Target="media/x16400.wmf"/><Relationship Id="rId1778" Type="http://schemas.openxmlformats.org/officeDocument/2006/relationships/image" Target="media/x16401.wmf"/><Relationship Id="rId1779" Type="http://schemas.openxmlformats.org/officeDocument/2006/relationships/image" Target="media/x16402.wmf"/><Relationship Id="rId1780" Type="http://schemas.openxmlformats.org/officeDocument/2006/relationships/image" Target="media/x16403.wmf"/><Relationship Id="rId1781" Type="http://schemas.openxmlformats.org/officeDocument/2006/relationships/image" Target="media/x16404.wmf"/><Relationship Id="rId1782" Type="http://schemas.openxmlformats.org/officeDocument/2006/relationships/image" Target="media/x16405.wmf"/><Relationship Id="rId1783" Type="http://schemas.openxmlformats.org/officeDocument/2006/relationships/image" Target="media/x16406.wmf"/><Relationship Id="rId1784" Type="http://schemas.openxmlformats.org/officeDocument/2006/relationships/image" Target="media/x16407.wmf"/><Relationship Id="rId1785" Type="http://schemas.openxmlformats.org/officeDocument/2006/relationships/image" Target="media/x16408.wmf"/><Relationship Id="rId1786" Type="http://schemas.openxmlformats.org/officeDocument/2006/relationships/image" Target="media/x16409.wmf"/><Relationship Id="rId1787" Type="http://schemas.openxmlformats.org/officeDocument/2006/relationships/image" Target="media/x16410.wmf"/><Relationship Id="rId1788" Type="http://schemas.openxmlformats.org/officeDocument/2006/relationships/image" Target="media/x16411.wmf"/><Relationship Id="rId1789" Type="http://schemas.openxmlformats.org/officeDocument/2006/relationships/image" Target="media/x16412.wmf"/><Relationship Id="rId1790" Type="http://schemas.openxmlformats.org/officeDocument/2006/relationships/image" Target="media/x16413.wmf"/><Relationship Id="rId1791" Type="http://schemas.openxmlformats.org/officeDocument/2006/relationships/image" Target="media/x16414.wmf"/><Relationship Id="rId1792" Type="http://schemas.openxmlformats.org/officeDocument/2006/relationships/image" Target="media/x16415.wmf"/><Relationship Id="rId1793" Type="http://schemas.openxmlformats.org/officeDocument/2006/relationships/image" Target="media/x16416.wmf"/><Relationship Id="rId1794" Type="http://schemas.openxmlformats.org/officeDocument/2006/relationships/image" Target="media/x16417.wmf"/><Relationship Id="rId1795" Type="http://schemas.openxmlformats.org/officeDocument/2006/relationships/image" Target="media/x16418.wmf"/><Relationship Id="rId1796" Type="http://schemas.openxmlformats.org/officeDocument/2006/relationships/image" Target="media/x16419.wmf"/><Relationship Id="rId1797" Type="http://schemas.openxmlformats.org/officeDocument/2006/relationships/image" Target="media/x16420.wmf"/><Relationship Id="rId1798" Type="http://schemas.openxmlformats.org/officeDocument/2006/relationships/image" Target="media/x16421.wmf"/><Relationship Id="rId1799" Type="http://schemas.openxmlformats.org/officeDocument/2006/relationships/image" Target="media/x16422.png"/><Relationship Id="rId1800" Type="http://schemas.openxmlformats.org/officeDocument/2006/relationships/image" Target="media/x16423.wmf"/><Relationship Id="rId1801" Type="http://schemas.openxmlformats.org/officeDocument/2006/relationships/image" Target="media/x16424.wmf"/><Relationship Id="rId1802" Type="http://schemas.openxmlformats.org/officeDocument/2006/relationships/image" Target="media/x16425.wmf"/><Relationship Id="rId1803" Type="http://schemas.openxmlformats.org/officeDocument/2006/relationships/image" Target="media/x16426.wmf"/><Relationship Id="rId1804" Type="http://schemas.openxmlformats.org/officeDocument/2006/relationships/image" Target="media/x16427.wmf"/><Relationship Id="rId1805" Type="http://schemas.openxmlformats.org/officeDocument/2006/relationships/image" Target="media/x16428.wmf"/><Relationship Id="rId1806" Type="http://schemas.openxmlformats.org/officeDocument/2006/relationships/image" Target="media/x16429.wmf"/><Relationship Id="rId1807" Type="http://schemas.openxmlformats.org/officeDocument/2006/relationships/image" Target="media/x16430.wmf"/><Relationship Id="rId1808" Type="http://schemas.openxmlformats.org/officeDocument/2006/relationships/image" Target="media/x16431.wmf"/><Relationship Id="rId1809" Type="http://schemas.openxmlformats.org/officeDocument/2006/relationships/image" Target="media/x16432.wmf"/><Relationship Id="rId1810" Type="http://schemas.openxmlformats.org/officeDocument/2006/relationships/image" Target="media/x16433.wmf"/><Relationship Id="rId1811" Type="http://schemas.openxmlformats.org/officeDocument/2006/relationships/image" Target="media/x16434.wmf"/><Relationship Id="rId1812" Type="http://schemas.openxmlformats.org/officeDocument/2006/relationships/image" Target="media/x16435.wmf"/><Relationship Id="rId1813" Type="http://schemas.openxmlformats.org/officeDocument/2006/relationships/image" Target="media/x16436.wmf"/><Relationship Id="rId1814" Type="http://schemas.openxmlformats.org/officeDocument/2006/relationships/image" Target="media/x16437.wmf"/><Relationship Id="rId1815" Type="http://schemas.openxmlformats.org/officeDocument/2006/relationships/image" Target="media/x16438.wmf"/><Relationship Id="rId1816" Type="http://schemas.openxmlformats.org/officeDocument/2006/relationships/image" Target="media/x16439.wmf"/><Relationship Id="rId1817" Type="http://schemas.openxmlformats.org/officeDocument/2006/relationships/image" Target="media/x16440.wmf"/><Relationship Id="rId1818" Type="http://schemas.openxmlformats.org/officeDocument/2006/relationships/image" Target="media/x16441.wmf"/><Relationship Id="rId1819" Type="http://schemas.openxmlformats.org/officeDocument/2006/relationships/image" Target="media/x16442.wmf"/><Relationship Id="rId1820" Type="http://schemas.openxmlformats.org/officeDocument/2006/relationships/image" Target="media/x16443.wmf"/><Relationship Id="rId1821" Type="http://schemas.openxmlformats.org/officeDocument/2006/relationships/image" Target="media/x16444.wmf"/><Relationship Id="rId1822" Type="http://schemas.openxmlformats.org/officeDocument/2006/relationships/image" Target="media/x16445.wmf"/><Relationship Id="rId1823" Type="http://schemas.openxmlformats.org/officeDocument/2006/relationships/image" Target="media/x16446.wmf"/><Relationship Id="rId1824" Type="http://schemas.openxmlformats.org/officeDocument/2006/relationships/image" Target="media/x16447.wmf"/><Relationship Id="rId1825" Type="http://schemas.openxmlformats.org/officeDocument/2006/relationships/image" Target="media/x16448.wmf"/><Relationship Id="rId1826" Type="http://schemas.openxmlformats.org/officeDocument/2006/relationships/image" Target="media/x16449.wmf"/><Relationship Id="rId1827" Type="http://schemas.openxmlformats.org/officeDocument/2006/relationships/image" Target="media/x16450.wmf"/><Relationship Id="rId1828" Type="http://schemas.openxmlformats.org/officeDocument/2006/relationships/image" Target="media/x16451.wmf"/><Relationship Id="rId1829" Type="http://schemas.openxmlformats.org/officeDocument/2006/relationships/image" Target="media/x16452.wmf"/><Relationship Id="rId1830" Type="http://schemas.openxmlformats.org/officeDocument/2006/relationships/image" Target="media/x16453.wmf"/><Relationship Id="rId1831" Type="http://schemas.openxmlformats.org/officeDocument/2006/relationships/image" Target="media/x16454.wmf"/><Relationship Id="rId1832" Type="http://schemas.openxmlformats.org/officeDocument/2006/relationships/image" Target="media/x16455.wmf"/><Relationship Id="rId1833" Type="http://schemas.openxmlformats.org/officeDocument/2006/relationships/image" Target="media/x16456.wmf"/><Relationship Id="rId1834" Type="http://schemas.openxmlformats.org/officeDocument/2006/relationships/image" Target="media/x16457.wmf"/><Relationship Id="rId1835" Type="http://schemas.openxmlformats.org/officeDocument/2006/relationships/image" Target="media/x16458.wmf"/><Relationship Id="rId1836" Type="http://schemas.openxmlformats.org/officeDocument/2006/relationships/image" Target="media/x16459.wmf"/><Relationship Id="rId1837" Type="http://schemas.openxmlformats.org/officeDocument/2006/relationships/image" Target="media/x16460.wmf"/><Relationship Id="rId1838" Type="http://schemas.openxmlformats.org/officeDocument/2006/relationships/image" Target="media/x16461.wmf"/><Relationship Id="rId1839" Type="http://schemas.openxmlformats.org/officeDocument/2006/relationships/image" Target="media/x16462.wmf"/><Relationship Id="rId1840" Type="http://schemas.openxmlformats.org/officeDocument/2006/relationships/image" Target="media/x16463.wmf"/><Relationship Id="rId1841" Type="http://schemas.openxmlformats.org/officeDocument/2006/relationships/image" Target="media/x16464.wmf"/><Relationship Id="rId1842" Type="http://schemas.openxmlformats.org/officeDocument/2006/relationships/image" Target="media/x16465.wmf"/><Relationship Id="rId1843" Type="http://schemas.openxmlformats.org/officeDocument/2006/relationships/image" Target="media/x16466.wmf"/><Relationship Id="rId1844" Type="http://schemas.openxmlformats.org/officeDocument/2006/relationships/image" Target="media/x16467.wmf"/><Relationship Id="rId1845" Type="http://schemas.openxmlformats.org/officeDocument/2006/relationships/image" Target="media/x16468.wmf"/><Relationship Id="rId1846" Type="http://schemas.openxmlformats.org/officeDocument/2006/relationships/image" Target="media/x16469.wmf"/><Relationship Id="rId1847" Type="http://schemas.openxmlformats.org/officeDocument/2006/relationships/image" Target="media/x16470.wmf"/><Relationship Id="rId1848" Type="http://schemas.openxmlformats.org/officeDocument/2006/relationships/image" Target="media/x16471.wmf"/><Relationship Id="rId1849" Type="http://schemas.openxmlformats.org/officeDocument/2006/relationships/image" Target="media/x16472.wmf"/><Relationship Id="rId1850" Type="http://schemas.openxmlformats.org/officeDocument/2006/relationships/image" Target="media/x16473.wmf"/><Relationship Id="rId1851" Type="http://schemas.openxmlformats.org/officeDocument/2006/relationships/image" Target="media/x16474.wmf"/><Relationship Id="rId1852" Type="http://schemas.openxmlformats.org/officeDocument/2006/relationships/image" Target="media/x16475.wmf"/><Relationship Id="rId1853" Type="http://schemas.openxmlformats.org/officeDocument/2006/relationships/image" Target="media/x16476.png"/><Relationship Id="rId1854" Type="http://schemas.openxmlformats.org/officeDocument/2006/relationships/image" Target="media/x16477.wmf"/><Relationship Id="rId1855" Type="http://schemas.openxmlformats.org/officeDocument/2006/relationships/image" Target="media/x16478.wmf"/><Relationship Id="rId1856" Type="http://schemas.openxmlformats.org/officeDocument/2006/relationships/image" Target="media/x16479.wmf"/><Relationship Id="rId1857" Type="http://schemas.openxmlformats.org/officeDocument/2006/relationships/image" Target="media/x16480.wmf"/><Relationship Id="rId1858" Type="http://schemas.openxmlformats.org/officeDocument/2006/relationships/image" Target="media/x16481.wmf"/><Relationship Id="rId1859" Type="http://schemas.openxmlformats.org/officeDocument/2006/relationships/image" Target="media/x16482.wmf"/><Relationship Id="rId1860" Type="http://schemas.openxmlformats.org/officeDocument/2006/relationships/image" Target="media/x16483.wmf"/><Relationship Id="rId1861" Type="http://schemas.openxmlformats.org/officeDocument/2006/relationships/image" Target="media/x16484.wmf"/><Relationship Id="rId1862" Type="http://schemas.openxmlformats.org/officeDocument/2006/relationships/image" Target="media/x16485.wmf"/><Relationship Id="rId1863" Type="http://schemas.openxmlformats.org/officeDocument/2006/relationships/image" Target="media/x16486.wmf"/><Relationship Id="rId1864" Type="http://schemas.openxmlformats.org/officeDocument/2006/relationships/image" Target="media/x16487.wmf"/><Relationship Id="rId1865" Type="http://schemas.openxmlformats.org/officeDocument/2006/relationships/image" Target="media/x16488.wmf"/><Relationship Id="rId1866" Type="http://schemas.openxmlformats.org/officeDocument/2006/relationships/image" Target="media/x16489.wmf"/><Relationship Id="rId1867" Type="http://schemas.openxmlformats.org/officeDocument/2006/relationships/image" Target="media/x16490.wmf"/><Relationship Id="rId1868" Type="http://schemas.openxmlformats.org/officeDocument/2006/relationships/image" Target="media/x16491.wmf"/><Relationship Id="rId1869" Type="http://schemas.openxmlformats.org/officeDocument/2006/relationships/image" Target="media/x16492.wmf"/><Relationship Id="rId1870" Type="http://schemas.openxmlformats.org/officeDocument/2006/relationships/image" Target="media/x16493.wmf"/><Relationship Id="rId1871" Type="http://schemas.openxmlformats.org/officeDocument/2006/relationships/image" Target="media/x16494.wmf"/><Relationship Id="rId1872" Type="http://schemas.openxmlformats.org/officeDocument/2006/relationships/image" Target="media/x16495.wmf"/><Relationship Id="rId1873" Type="http://schemas.openxmlformats.org/officeDocument/2006/relationships/image" Target="media/x16496.wmf"/><Relationship Id="rId1874" Type="http://schemas.openxmlformats.org/officeDocument/2006/relationships/image" Target="media/x16497.wmf"/><Relationship Id="rId1875" Type="http://schemas.openxmlformats.org/officeDocument/2006/relationships/image" Target="media/x16498.wmf"/><Relationship Id="rId1876" Type="http://schemas.openxmlformats.org/officeDocument/2006/relationships/image" Target="media/x16499.wmf"/><Relationship Id="rId1877" Type="http://schemas.openxmlformats.org/officeDocument/2006/relationships/image" Target="media/x16500.wmf"/><Relationship Id="rId1878" Type="http://schemas.openxmlformats.org/officeDocument/2006/relationships/image" Target="media/x16501.wmf"/><Relationship Id="rId1879" Type="http://schemas.openxmlformats.org/officeDocument/2006/relationships/image" Target="media/x16502.wmf"/><Relationship Id="rId1880" Type="http://schemas.openxmlformats.org/officeDocument/2006/relationships/image" Target="media/x16503.wmf"/><Relationship Id="rId1881" Type="http://schemas.openxmlformats.org/officeDocument/2006/relationships/image" Target="media/x16504.wmf"/><Relationship Id="rId1882" Type="http://schemas.openxmlformats.org/officeDocument/2006/relationships/image" Target="media/x16505.wmf"/><Relationship Id="rId1883" Type="http://schemas.openxmlformats.org/officeDocument/2006/relationships/image" Target="media/x16506.png"/><Relationship Id="rId1884" Type="http://schemas.openxmlformats.org/officeDocument/2006/relationships/image" Target="media/x16507.wmf"/><Relationship Id="rId1885" Type="http://schemas.openxmlformats.org/officeDocument/2006/relationships/image" Target="media/x16508.wmf"/><Relationship Id="rId1886" Type="http://schemas.openxmlformats.org/officeDocument/2006/relationships/image" Target="media/x16509.wmf"/><Relationship Id="rId1887" Type="http://schemas.openxmlformats.org/officeDocument/2006/relationships/image" Target="media/x16510.wmf"/><Relationship Id="rId1888" Type="http://schemas.openxmlformats.org/officeDocument/2006/relationships/image" Target="media/x16511.wmf"/><Relationship Id="rId1889" Type="http://schemas.openxmlformats.org/officeDocument/2006/relationships/image" Target="media/x16512.wmf"/><Relationship Id="rId1890" Type="http://schemas.openxmlformats.org/officeDocument/2006/relationships/image" Target="media/x16513.wmf"/><Relationship Id="rId1891" Type="http://schemas.openxmlformats.org/officeDocument/2006/relationships/image" Target="media/x16514.wmf"/><Relationship Id="rId1892" Type="http://schemas.openxmlformats.org/officeDocument/2006/relationships/image" Target="media/x16515.wmf"/><Relationship Id="rId1893" Type="http://schemas.openxmlformats.org/officeDocument/2006/relationships/image" Target="media/x16516.wmf"/><Relationship Id="rId1894" Type="http://schemas.openxmlformats.org/officeDocument/2006/relationships/image" Target="media/x16517.wmf"/><Relationship Id="rId1895" Type="http://schemas.openxmlformats.org/officeDocument/2006/relationships/image" Target="media/x16518.wmf"/><Relationship Id="rId1896" Type="http://schemas.openxmlformats.org/officeDocument/2006/relationships/image" Target="media/x16519.wmf"/><Relationship Id="rId1897" Type="http://schemas.openxmlformats.org/officeDocument/2006/relationships/image" Target="media/x16520.wmf"/><Relationship Id="rId1898" Type="http://schemas.openxmlformats.org/officeDocument/2006/relationships/image" Target="media/x16521.wmf"/><Relationship Id="rId1899" Type="http://schemas.openxmlformats.org/officeDocument/2006/relationships/image" Target="media/x16522.wmf"/><Relationship Id="rId1900" Type="http://schemas.openxmlformats.org/officeDocument/2006/relationships/image" Target="media/x16523.wmf"/><Relationship Id="rId1901" Type="http://schemas.openxmlformats.org/officeDocument/2006/relationships/image" Target="media/x16524.wmf"/><Relationship Id="rId1902" Type="http://schemas.openxmlformats.org/officeDocument/2006/relationships/image" Target="media/x16525.wmf"/><Relationship Id="rId1903" Type="http://schemas.openxmlformats.org/officeDocument/2006/relationships/image" Target="media/x16526.wmf"/><Relationship Id="rId1904" Type="http://schemas.openxmlformats.org/officeDocument/2006/relationships/image" Target="media/x16527.wmf"/><Relationship Id="rId1905" Type="http://schemas.openxmlformats.org/officeDocument/2006/relationships/image" Target="media/x16528.wmf"/><Relationship Id="rId1906" Type="http://schemas.openxmlformats.org/officeDocument/2006/relationships/image" Target="media/x16529.wmf"/><Relationship Id="rId1907" Type="http://schemas.openxmlformats.org/officeDocument/2006/relationships/image" Target="media/x16530.wmf"/><Relationship Id="rId1908" Type="http://schemas.openxmlformats.org/officeDocument/2006/relationships/image" Target="media/x16531.wmf"/><Relationship Id="rId1909" Type="http://schemas.openxmlformats.org/officeDocument/2006/relationships/image" Target="media/x16532.wmf"/><Relationship Id="rId1910" Type="http://schemas.openxmlformats.org/officeDocument/2006/relationships/image" Target="media/x16533.wmf"/><Relationship Id="rId1911" Type="http://schemas.openxmlformats.org/officeDocument/2006/relationships/image" Target="media/x16534.wmf"/><Relationship Id="rId1912" Type="http://schemas.openxmlformats.org/officeDocument/2006/relationships/image" Target="media/x16535.wmf"/><Relationship Id="rId1913" Type="http://schemas.openxmlformats.org/officeDocument/2006/relationships/image" Target="media/x16536.wmf"/><Relationship Id="rId1914" Type="http://schemas.openxmlformats.org/officeDocument/2006/relationships/image" Target="media/x16537.wmf"/><Relationship Id="rId1915" Type="http://schemas.openxmlformats.org/officeDocument/2006/relationships/image" Target="media/x16538.wmf"/><Relationship Id="rId1916" Type="http://schemas.openxmlformats.org/officeDocument/2006/relationships/image" Target="media/x16539.wmf"/><Relationship Id="rId1917" Type="http://schemas.openxmlformats.org/officeDocument/2006/relationships/image" Target="media/x16540.wmf"/><Relationship Id="rId1918" Type="http://schemas.openxmlformats.org/officeDocument/2006/relationships/image" Target="media/x16541.wmf"/><Relationship Id="rId1919" Type="http://schemas.openxmlformats.org/officeDocument/2006/relationships/image" Target="media/x16542.wmf"/><Relationship Id="rId1920" Type="http://schemas.openxmlformats.org/officeDocument/2006/relationships/image" Target="media/x16543.wmf"/><Relationship Id="rId1921" Type="http://schemas.openxmlformats.org/officeDocument/2006/relationships/image" Target="media/x16544.wmf"/><Relationship Id="rId1922" Type="http://schemas.openxmlformats.org/officeDocument/2006/relationships/image" Target="media/x16545.wmf"/><Relationship Id="rId1923" Type="http://schemas.openxmlformats.org/officeDocument/2006/relationships/image" Target="media/x16546.wmf"/><Relationship Id="rId1924" Type="http://schemas.openxmlformats.org/officeDocument/2006/relationships/image" Target="media/x16547.wmf"/><Relationship Id="rId1925" Type="http://schemas.openxmlformats.org/officeDocument/2006/relationships/image" Target="media/x16548.wmf"/><Relationship Id="rId1926" Type="http://schemas.openxmlformats.org/officeDocument/2006/relationships/image" Target="media/x16549.wmf"/><Relationship Id="rId1927" Type="http://schemas.openxmlformats.org/officeDocument/2006/relationships/image" Target="media/x16550.wmf"/><Relationship Id="rId1928" Type="http://schemas.openxmlformats.org/officeDocument/2006/relationships/image" Target="media/x16551.wmf"/><Relationship Id="rId1929" Type="http://schemas.openxmlformats.org/officeDocument/2006/relationships/image" Target="media/x16552.wmf"/><Relationship Id="rId1930" Type="http://schemas.openxmlformats.org/officeDocument/2006/relationships/image" Target="media/x16553.wmf"/><Relationship Id="rId1931" Type="http://schemas.openxmlformats.org/officeDocument/2006/relationships/image" Target="media/x16554.wmf"/><Relationship Id="rId1932" Type="http://schemas.openxmlformats.org/officeDocument/2006/relationships/image" Target="media/x16555.wmf"/><Relationship Id="rId1933" Type="http://schemas.openxmlformats.org/officeDocument/2006/relationships/image" Target="media/x16556.wmf"/><Relationship Id="rId1934" Type="http://schemas.openxmlformats.org/officeDocument/2006/relationships/image" Target="media/x16557.wmf"/><Relationship Id="rId1935" Type="http://schemas.openxmlformats.org/officeDocument/2006/relationships/image" Target="media/x16558.wmf"/><Relationship Id="rId1936" Type="http://schemas.openxmlformats.org/officeDocument/2006/relationships/image" Target="media/x16559.wmf"/><Relationship Id="rId1937" Type="http://schemas.openxmlformats.org/officeDocument/2006/relationships/image" Target="media/x16560.wmf"/><Relationship Id="rId1938" Type="http://schemas.openxmlformats.org/officeDocument/2006/relationships/image" Target="media/x16561.wmf"/><Relationship Id="rId1939" Type="http://schemas.openxmlformats.org/officeDocument/2006/relationships/image" Target="media/x16562.wmf"/><Relationship Id="rId1940" Type="http://schemas.openxmlformats.org/officeDocument/2006/relationships/image" Target="media/x16563.wmf"/><Relationship Id="rId1941" Type="http://schemas.openxmlformats.org/officeDocument/2006/relationships/image" Target="media/x16564.wmf"/><Relationship Id="rId1942" Type="http://schemas.openxmlformats.org/officeDocument/2006/relationships/image" Target="media/x16565.wmf"/><Relationship Id="rId1943" Type="http://schemas.openxmlformats.org/officeDocument/2006/relationships/image" Target="media/x16566.wmf"/><Relationship Id="rId1944" Type="http://schemas.openxmlformats.org/officeDocument/2006/relationships/image" Target="media/x16567.wmf"/><Relationship Id="rId1945" Type="http://schemas.openxmlformats.org/officeDocument/2006/relationships/image" Target="media/x16568.wmf"/><Relationship Id="rId1946" Type="http://schemas.openxmlformats.org/officeDocument/2006/relationships/image" Target="media/x16569.wmf"/><Relationship Id="rId1947" Type="http://schemas.openxmlformats.org/officeDocument/2006/relationships/image" Target="media/x16570.wmf"/><Relationship Id="rId1948" Type="http://schemas.openxmlformats.org/officeDocument/2006/relationships/image" Target="media/x16571.wmf"/><Relationship Id="rId1949" Type="http://schemas.openxmlformats.org/officeDocument/2006/relationships/image" Target="media/x16572.wmf"/><Relationship Id="rId1950" Type="http://schemas.openxmlformats.org/officeDocument/2006/relationships/image" Target="media/x16573.wmf"/><Relationship Id="rId1951" Type="http://schemas.openxmlformats.org/officeDocument/2006/relationships/image" Target="media/x16574.wmf"/><Relationship Id="rId1952" Type="http://schemas.openxmlformats.org/officeDocument/2006/relationships/image" Target="media/x16575.wmf"/><Relationship Id="rId1953" Type="http://schemas.openxmlformats.org/officeDocument/2006/relationships/image" Target="media/x16576.wmf"/><Relationship Id="rId1954" Type="http://schemas.openxmlformats.org/officeDocument/2006/relationships/image" Target="media/x16577.wmf"/><Relationship Id="rId1955" Type="http://schemas.openxmlformats.org/officeDocument/2006/relationships/image" Target="media/x16578.wmf"/><Relationship Id="rId1956" Type="http://schemas.openxmlformats.org/officeDocument/2006/relationships/image" Target="media/x16579.wmf"/><Relationship Id="rId1957" Type="http://schemas.openxmlformats.org/officeDocument/2006/relationships/image" Target="media/x16580.wmf"/><Relationship Id="rId1958" Type="http://schemas.openxmlformats.org/officeDocument/2006/relationships/image" Target="media/x16581.wmf"/><Relationship Id="rId1959" Type="http://schemas.openxmlformats.org/officeDocument/2006/relationships/image" Target="media/x16582.wmf"/><Relationship Id="rId1960" Type="http://schemas.openxmlformats.org/officeDocument/2006/relationships/image" Target="media/x16583.wmf"/><Relationship Id="rId1961" Type="http://schemas.openxmlformats.org/officeDocument/2006/relationships/image" Target="media/x16584.wmf"/><Relationship Id="rId1962" Type="http://schemas.openxmlformats.org/officeDocument/2006/relationships/image" Target="media/x16585.wmf"/><Relationship Id="rId1963" Type="http://schemas.openxmlformats.org/officeDocument/2006/relationships/image" Target="media/x16586.wmf"/><Relationship Id="rId1964" Type="http://schemas.openxmlformats.org/officeDocument/2006/relationships/image" Target="media/x16587.wmf"/><Relationship Id="rId1965" Type="http://schemas.openxmlformats.org/officeDocument/2006/relationships/image" Target="media/x16588.wmf"/><Relationship Id="rId1966" Type="http://schemas.openxmlformats.org/officeDocument/2006/relationships/image" Target="media/x16589.wmf"/><Relationship Id="rId1967" Type="http://schemas.openxmlformats.org/officeDocument/2006/relationships/image" Target="media/x16590.wmf"/><Relationship Id="rId1968" Type="http://schemas.openxmlformats.org/officeDocument/2006/relationships/image" Target="media/x16591.wmf"/><Relationship Id="rId1969" Type="http://schemas.openxmlformats.org/officeDocument/2006/relationships/image" Target="media/x16592.wmf"/><Relationship Id="rId1970" Type="http://schemas.openxmlformats.org/officeDocument/2006/relationships/image" Target="media/x16593.wmf"/><Relationship Id="rId1971" Type="http://schemas.openxmlformats.org/officeDocument/2006/relationships/image" Target="media/x16594.wmf"/><Relationship Id="rId1972" Type="http://schemas.openxmlformats.org/officeDocument/2006/relationships/image" Target="media/x16595.wmf"/><Relationship Id="rId1973" Type="http://schemas.openxmlformats.org/officeDocument/2006/relationships/image" Target="media/x16596.wmf"/><Relationship Id="rId1974" Type="http://schemas.openxmlformats.org/officeDocument/2006/relationships/image" Target="media/x16597.wmf"/><Relationship Id="rId1975" Type="http://schemas.openxmlformats.org/officeDocument/2006/relationships/image" Target="media/x16598.wmf"/><Relationship Id="rId1976" Type="http://schemas.openxmlformats.org/officeDocument/2006/relationships/image" Target="media/x16599.wmf"/><Relationship Id="rId1977" Type="http://schemas.openxmlformats.org/officeDocument/2006/relationships/image" Target="media/x16600.wmf"/><Relationship Id="rId1978" Type="http://schemas.openxmlformats.org/officeDocument/2006/relationships/image" Target="media/x16601.wmf"/><Relationship Id="rId1979" Type="http://schemas.openxmlformats.org/officeDocument/2006/relationships/image" Target="media/x16602.wmf"/><Relationship Id="rId1980" Type="http://schemas.openxmlformats.org/officeDocument/2006/relationships/image" Target="media/x16603.wmf"/><Relationship Id="rId1981" Type="http://schemas.openxmlformats.org/officeDocument/2006/relationships/image" Target="media/x16604.wmf"/><Relationship Id="rId1982" Type="http://schemas.openxmlformats.org/officeDocument/2006/relationships/image" Target="media/x16605.wmf"/><Relationship Id="rId1983" Type="http://schemas.openxmlformats.org/officeDocument/2006/relationships/image" Target="media/x16606.wmf"/><Relationship Id="rId1984" Type="http://schemas.openxmlformats.org/officeDocument/2006/relationships/image" Target="media/x16607.wmf"/><Relationship Id="rId1985" Type="http://schemas.openxmlformats.org/officeDocument/2006/relationships/image" Target="media/x16608.wmf"/><Relationship Id="rId1986" Type="http://schemas.openxmlformats.org/officeDocument/2006/relationships/image" Target="media/x16609.wmf"/><Relationship Id="rId1987" Type="http://schemas.openxmlformats.org/officeDocument/2006/relationships/image" Target="media/x16610.wmf"/><Relationship Id="rId1988" Type="http://schemas.openxmlformats.org/officeDocument/2006/relationships/image" Target="media/x16611.wmf"/><Relationship Id="rId1989" Type="http://schemas.openxmlformats.org/officeDocument/2006/relationships/image" Target="media/x16612.wmf"/><Relationship Id="rId1990" Type="http://schemas.openxmlformats.org/officeDocument/2006/relationships/image" Target="media/x16613.wmf"/><Relationship Id="rId1991" Type="http://schemas.openxmlformats.org/officeDocument/2006/relationships/image" Target="media/x16614.wmf"/><Relationship Id="rId1992" Type="http://schemas.openxmlformats.org/officeDocument/2006/relationships/image" Target="media/x16615.wmf"/><Relationship Id="rId1993" Type="http://schemas.openxmlformats.org/officeDocument/2006/relationships/image" Target="media/x16616.wmf"/><Relationship Id="rId1994" Type="http://schemas.openxmlformats.org/officeDocument/2006/relationships/image" Target="media/x16617.wmf"/><Relationship Id="rId1995" Type="http://schemas.openxmlformats.org/officeDocument/2006/relationships/image" Target="media/x16618.wmf"/><Relationship Id="rId1996" Type="http://schemas.openxmlformats.org/officeDocument/2006/relationships/image" Target="media/x16619.wmf"/><Relationship Id="rId1997" Type="http://schemas.openxmlformats.org/officeDocument/2006/relationships/image" Target="media/x16620.wmf"/><Relationship Id="rId1998" Type="http://schemas.openxmlformats.org/officeDocument/2006/relationships/image" Target="media/x16621.wmf"/><Relationship Id="rId1999" Type="http://schemas.openxmlformats.org/officeDocument/2006/relationships/image" Target="media/x16622.wmf"/><Relationship Id="rId2000" Type="http://schemas.openxmlformats.org/officeDocument/2006/relationships/image" Target="media/x16623.wmf"/><Relationship Id="rId2001" Type="http://schemas.openxmlformats.org/officeDocument/2006/relationships/image" Target="media/x16624.wmf"/><Relationship Id="rId2002" Type="http://schemas.openxmlformats.org/officeDocument/2006/relationships/image" Target="media/x16625.wmf"/><Relationship Id="rId2003" Type="http://schemas.openxmlformats.org/officeDocument/2006/relationships/image" Target="media/x16626.wmf"/><Relationship Id="rId2004" Type="http://schemas.openxmlformats.org/officeDocument/2006/relationships/image" Target="media/x16627.wmf"/><Relationship Id="rId2005" Type="http://schemas.openxmlformats.org/officeDocument/2006/relationships/image" Target="media/x16628.wmf"/><Relationship Id="rId2006" Type="http://schemas.openxmlformats.org/officeDocument/2006/relationships/image" Target="media/x16629.wmf"/><Relationship Id="rId2007" Type="http://schemas.openxmlformats.org/officeDocument/2006/relationships/image" Target="media/x16630.wmf"/><Relationship Id="rId2008" Type="http://schemas.openxmlformats.org/officeDocument/2006/relationships/image" Target="media/x16631.wmf"/><Relationship Id="rId2009" Type="http://schemas.openxmlformats.org/officeDocument/2006/relationships/image" Target="media/x16632.wmf"/><Relationship Id="rId2010" Type="http://schemas.openxmlformats.org/officeDocument/2006/relationships/image" Target="media/x16633.wmf"/><Relationship Id="rId2011" Type="http://schemas.openxmlformats.org/officeDocument/2006/relationships/image" Target="media/x16634.wmf"/><Relationship Id="rId2012" Type="http://schemas.openxmlformats.org/officeDocument/2006/relationships/image" Target="media/x16635.wmf"/><Relationship Id="rId2013" Type="http://schemas.openxmlformats.org/officeDocument/2006/relationships/image" Target="media/x16636.wmf"/><Relationship Id="rId2014" Type="http://schemas.openxmlformats.org/officeDocument/2006/relationships/image" Target="media/x16637.wmf"/><Relationship Id="rId2015" Type="http://schemas.openxmlformats.org/officeDocument/2006/relationships/image" Target="media/x16638.wmf"/><Relationship Id="rId2016" Type="http://schemas.openxmlformats.org/officeDocument/2006/relationships/image" Target="media/x16639.wmf"/><Relationship Id="rId2017" Type="http://schemas.openxmlformats.org/officeDocument/2006/relationships/image" Target="media/x16640.wmf"/><Relationship Id="rId2018" Type="http://schemas.openxmlformats.org/officeDocument/2006/relationships/image" Target="media/x16641.wmf"/><Relationship Id="rId2019" Type="http://schemas.openxmlformats.org/officeDocument/2006/relationships/image" Target="media/x16642.wmf"/><Relationship Id="rId2020" Type="http://schemas.openxmlformats.org/officeDocument/2006/relationships/image" Target="media/x16643.wmf"/><Relationship Id="rId2021" Type="http://schemas.openxmlformats.org/officeDocument/2006/relationships/image" Target="media/x16644.wmf"/><Relationship Id="rId2022" Type="http://schemas.openxmlformats.org/officeDocument/2006/relationships/image" Target="media/x16645.wmf"/><Relationship Id="rId2023" Type="http://schemas.openxmlformats.org/officeDocument/2006/relationships/image" Target="media/x16646.png"/><Relationship Id="rId2024" Type="http://schemas.openxmlformats.org/officeDocument/2006/relationships/image" Target="media/x16647.wmf"/><Relationship Id="rId2025" Type="http://schemas.openxmlformats.org/officeDocument/2006/relationships/image" Target="media/x16648.wmf"/><Relationship Id="rId2026" Type="http://schemas.openxmlformats.org/officeDocument/2006/relationships/image" Target="media/x16649.wmf"/><Relationship Id="rId2027" Type="http://schemas.openxmlformats.org/officeDocument/2006/relationships/image" Target="media/x16650.wmf"/><Relationship Id="rId2028" Type="http://schemas.openxmlformats.org/officeDocument/2006/relationships/image" Target="media/x16651.wmf"/><Relationship Id="rId2029" Type="http://schemas.openxmlformats.org/officeDocument/2006/relationships/image" Target="media/x16652.wmf"/><Relationship Id="rId2030" Type="http://schemas.openxmlformats.org/officeDocument/2006/relationships/image" Target="media/x16653.wmf"/><Relationship Id="rId2031" Type="http://schemas.openxmlformats.org/officeDocument/2006/relationships/image" Target="media/x16654.wmf"/><Relationship Id="rId2032" Type="http://schemas.openxmlformats.org/officeDocument/2006/relationships/image" Target="media/x16655.wmf"/><Relationship Id="rId2033" Type="http://schemas.openxmlformats.org/officeDocument/2006/relationships/image" Target="media/x16656.wmf"/><Relationship Id="rId2034" Type="http://schemas.openxmlformats.org/officeDocument/2006/relationships/image" Target="media/x16657.wmf"/><Relationship Id="rId2035" Type="http://schemas.openxmlformats.org/officeDocument/2006/relationships/image" Target="media/x16658.wmf"/><Relationship Id="rId2036" Type="http://schemas.openxmlformats.org/officeDocument/2006/relationships/image" Target="media/x16659.wmf"/><Relationship Id="rId2037" Type="http://schemas.openxmlformats.org/officeDocument/2006/relationships/image" Target="media/x16660.wmf"/><Relationship Id="rId2038" Type="http://schemas.openxmlformats.org/officeDocument/2006/relationships/image" Target="media/x16661.wmf"/><Relationship Id="rId2039" Type="http://schemas.openxmlformats.org/officeDocument/2006/relationships/image" Target="media/x16662.wmf"/><Relationship Id="rId2040" Type="http://schemas.openxmlformats.org/officeDocument/2006/relationships/image" Target="media/x16663.wmf"/><Relationship Id="rId2041" Type="http://schemas.openxmlformats.org/officeDocument/2006/relationships/image" Target="media/x16664.wmf"/><Relationship Id="rId2042" Type="http://schemas.openxmlformats.org/officeDocument/2006/relationships/image" Target="media/x16665.wmf"/><Relationship Id="rId2043" Type="http://schemas.openxmlformats.org/officeDocument/2006/relationships/image" Target="media/x16666.wmf"/><Relationship Id="rId2044" Type="http://schemas.openxmlformats.org/officeDocument/2006/relationships/image" Target="media/x16667.wmf"/><Relationship Id="rId2045" Type="http://schemas.openxmlformats.org/officeDocument/2006/relationships/image" Target="media/x16668.wmf"/><Relationship Id="rId2046" Type="http://schemas.openxmlformats.org/officeDocument/2006/relationships/image" Target="media/x16669.wmf"/><Relationship Id="rId2047" Type="http://schemas.openxmlformats.org/officeDocument/2006/relationships/image" Target="media/x16670.wmf"/><Relationship Id="rId2048" Type="http://schemas.openxmlformats.org/officeDocument/2006/relationships/image" Target="media/x16671.wmf"/><Relationship Id="rId2049" Type="http://schemas.openxmlformats.org/officeDocument/2006/relationships/image" Target="media/x16672.wmf"/><Relationship Id="rId2050" Type="http://schemas.openxmlformats.org/officeDocument/2006/relationships/image" Target="media/x16673.wmf"/><Relationship Id="rId2051" Type="http://schemas.openxmlformats.org/officeDocument/2006/relationships/image" Target="media/x16674.wmf"/><Relationship Id="rId2052" Type="http://schemas.openxmlformats.org/officeDocument/2006/relationships/image" Target="media/x16675.wmf"/><Relationship Id="rId2053" Type="http://schemas.openxmlformats.org/officeDocument/2006/relationships/image" Target="media/x16676.wmf"/><Relationship Id="rId2054" Type="http://schemas.openxmlformats.org/officeDocument/2006/relationships/image" Target="media/x16677.wmf"/><Relationship Id="rId2055" Type="http://schemas.openxmlformats.org/officeDocument/2006/relationships/image" Target="media/x16678.wmf"/><Relationship Id="rId2056" Type="http://schemas.openxmlformats.org/officeDocument/2006/relationships/image" Target="media/x16679.wmf"/><Relationship Id="rId2057" Type="http://schemas.openxmlformats.org/officeDocument/2006/relationships/image" Target="media/x16680.wmf"/><Relationship Id="rId2058" Type="http://schemas.openxmlformats.org/officeDocument/2006/relationships/image" Target="media/x16681.wmf"/><Relationship Id="rId2059" Type="http://schemas.openxmlformats.org/officeDocument/2006/relationships/image" Target="media/x16682.wmf"/><Relationship Id="rId2060" Type="http://schemas.openxmlformats.org/officeDocument/2006/relationships/image" Target="media/x16683.wmf"/><Relationship Id="rId2061" Type="http://schemas.openxmlformats.org/officeDocument/2006/relationships/image" Target="media/x16684.wmf"/><Relationship Id="rId2062" Type="http://schemas.openxmlformats.org/officeDocument/2006/relationships/image" Target="media/x16685.wmf"/><Relationship Id="rId2063" Type="http://schemas.openxmlformats.org/officeDocument/2006/relationships/image" Target="media/x16686.wmf"/><Relationship Id="rId2064" Type="http://schemas.openxmlformats.org/officeDocument/2006/relationships/image" Target="media/x16687.wmf"/><Relationship Id="rId2065" Type="http://schemas.openxmlformats.org/officeDocument/2006/relationships/image" Target="media/x16688.wmf"/><Relationship Id="rId2066" Type="http://schemas.openxmlformats.org/officeDocument/2006/relationships/image" Target="media/x16689.wmf"/><Relationship Id="rId2067" Type="http://schemas.openxmlformats.org/officeDocument/2006/relationships/image" Target="media/x16690.wmf"/><Relationship Id="rId2068" Type="http://schemas.openxmlformats.org/officeDocument/2006/relationships/image" Target="media/x16691.wmf"/><Relationship Id="rId2069" Type="http://schemas.openxmlformats.org/officeDocument/2006/relationships/image" Target="media/x16692.wmf"/><Relationship Id="rId2070" Type="http://schemas.openxmlformats.org/officeDocument/2006/relationships/image" Target="media/x16693.wmf"/><Relationship Id="rId2071" Type="http://schemas.openxmlformats.org/officeDocument/2006/relationships/image" Target="media/x16694.wmf"/><Relationship Id="rId2072" Type="http://schemas.openxmlformats.org/officeDocument/2006/relationships/image" Target="media/x16695.wmf"/><Relationship Id="rId2073" Type="http://schemas.openxmlformats.org/officeDocument/2006/relationships/image" Target="media/x16696.wmf"/><Relationship Id="rId2074" Type="http://schemas.openxmlformats.org/officeDocument/2006/relationships/image" Target="media/x16697.wmf"/><Relationship Id="rId2075" Type="http://schemas.openxmlformats.org/officeDocument/2006/relationships/image" Target="media/x16698.wmf"/><Relationship Id="rId2076" Type="http://schemas.openxmlformats.org/officeDocument/2006/relationships/image" Target="media/x16699.wmf"/><Relationship Id="rId2077" Type="http://schemas.openxmlformats.org/officeDocument/2006/relationships/image" Target="media/x16700.wmf"/><Relationship Id="rId2078" Type="http://schemas.openxmlformats.org/officeDocument/2006/relationships/image" Target="media/x16701.wmf"/><Relationship Id="rId2079" Type="http://schemas.openxmlformats.org/officeDocument/2006/relationships/image" Target="media/x16702.wmf"/><Relationship Id="rId2080" Type="http://schemas.openxmlformats.org/officeDocument/2006/relationships/image" Target="media/x16703.wmf"/><Relationship Id="rId2081" Type="http://schemas.openxmlformats.org/officeDocument/2006/relationships/image" Target="media/x16704.wmf"/><Relationship Id="rId2082" Type="http://schemas.openxmlformats.org/officeDocument/2006/relationships/image" Target="media/x16705.wmf"/><Relationship Id="rId2083" Type="http://schemas.openxmlformats.org/officeDocument/2006/relationships/image" Target="media/x16706.wmf"/><Relationship Id="rId2084" Type="http://schemas.openxmlformats.org/officeDocument/2006/relationships/image" Target="media/x16707.wmf"/><Relationship Id="rId2085" Type="http://schemas.openxmlformats.org/officeDocument/2006/relationships/image" Target="media/x16708.wmf"/><Relationship Id="rId2086" Type="http://schemas.openxmlformats.org/officeDocument/2006/relationships/image" Target="media/x16709.wmf"/><Relationship Id="rId2087" Type="http://schemas.openxmlformats.org/officeDocument/2006/relationships/image" Target="media/x16710.wmf"/><Relationship Id="rId2088" Type="http://schemas.openxmlformats.org/officeDocument/2006/relationships/image" Target="media/x16711.wmf"/><Relationship Id="rId2089" Type="http://schemas.openxmlformats.org/officeDocument/2006/relationships/image" Target="media/x16712.wmf"/><Relationship Id="rId2090" Type="http://schemas.openxmlformats.org/officeDocument/2006/relationships/image" Target="media/x16713.wmf"/><Relationship Id="rId2091" Type="http://schemas.openxmlformats.org/officeDocument/2006/relationships/image" Target="media/x16714.wmf"/><Relationship Id="rId2092" Type="http://schemas.openxmlformats.org/officeDocument/2006/relationships/image" Target="media/x16715.wmf"/><Relationship Id="rId2093" Type="http://schemas.openxmlformats.org/officeDocument/2006/relationships/image" Target="media/x16716.wmf"/><Relationship Id="rId2094" Type="http://schemas.openxmlformats.org/officeDocument/2006/relationships/image" Target="media/x16717.wmf"/><Relationship Id="rId2095" Type="http://schemas.openxmlformats.org/officeDocument/2006/relationships/image" Target="media/x16718.wmf"/><Relationship Id="rId2096" Type="http://schemas.openxmlformats.org/officeDocument/2006/relationships/image" Target="media/x16719.wmf"/><Relationship Id="rId2097" Type="http://schemas.openxmlformats.org/officeDocument/2006/relationships/image" Target="media/x16720.wmf"/><Relationship Id="rId2098" Type="http://schemas.openxmlformats.org/officeDocument/2006/relationships/image" Target="media/x16721.wmf"/><Relationship Id="rId2099" Type="http://schemas.openxmlformats.org/officeDocument/2006/relationships/image" Target="media/x16722.wmf"/><Relationship Id="rId2100" Type="http://schemas.openxmlformats.org/officeDocument/2006/relationships/image" Target="media/x16723.wmf"/><Relationship Id="rId2101" Type="http://schemas.openxmlformats.org/officeDocument/2006/relationships/image" Target="media/x16724.wmf"/><Relationship Id="rId2102" Type="http://schemas.openxmlformats.org/officeDocument/2006/relationships/image" Target="media/x16725.wmf"/><Relationship Id="rId2103" Type="http://schemas.openxmlformats.org/officeDocument/2006/relationships/image" Target="media/x16726.wmf"/><Relationship Id="rId2104" Type="http://schemas.openxmlformats.org/officeDocument/2006/relationships/image" Target="media/x16727.wmf"/><Relationship Id="rId2105" Type="http://schemas.openxmlformats.org/officeDocument/2006/relationships/image" Target="media/x16728.wmf"/><Relationship Id="rId2106" Type="http://schemas.openxmlformats.org/officeDocument/2006/relationships/image" Target="media/x16729.wmf"/><Relationship Id="rId2107" Type="http://schemas.openxmlformats.org/officeDocument/2006/relationships/image" Target="media/x16730.wmf"/><Relationship Id="rId2108" Type="http://schemas.openxmlformats.org/officeDocument/2006/relationships/image" Target="media/x16731.png"/><Relationship Id="rId2109" Type="http://schemas.openxmlformats.org/officeDocument/2006/relationships/image" Target="media/x16732.wmf"/><Relationship Id="rId2110" Type="http://schemas.openxmlformats.org/officeDocument/2006/relationships/image" Target="media/x16733.wmf"/><Relationship Id="rId2111" Type="http://schemas.openxmlformats.org/officeDocument/2006/relationships/image" Target="media/x16734.wmf"/><Relationship Id="rId2112" Type="http://schemas.openxmlformats.org/officeDocument/2006/relationships/image" Target="media/x16735.wmf"/><Relationship Id="rId2113" Type="http://schemas.openxmlformats.org/officeDocument/2006/relationships/image" Target="media/x16736.wmf"/><Relationship Id="rId2114" Type="http://schemas.openxmlformats.org/officeDocument/2006/relationships/image" Target="media/x16737.wmf"/><Relationship Id="rId2115" Type="http://schemas.openxmlformats.org/officeDocument/2006/relationships/image" Target="media/x16738.wmf"/><Relationship Id="rId2116" Type="http://schemas.openxmlformats.org/officeDocument/2006/relationships/image" Target="media/x16739.wmf"/><Relationship Id="rId2117" Type="http://schemas.openxmlformats.org/officeDocument/2006/relationships/image" Target="media/x16740.wmf"/><Relationship Id="rId2118" Type="http://schemas.openxmlformats.org/officeDocument/2006/relationships/image" Target="media/x16741.wmf"/><Relationship Id="rId2119" Type="http://schemas.openxmlformats.org/officeDocument/2006/relationships/image" Target="media/x16742.wmf"/><Relationship Id="rId2120" Type="http://schemas.openxmlformats.org/officeDocument/2006/relationships/image" Target="media/x16743.wmf"/><Relationship Id="rId2121" Type="http://schemas.openxmlformats.org/officeDocument/2006/relationships/image" Target="media/x16744.wmf"/><Relationship Id="rId2122" Type="http://schemas.openxmlformats.org/officeDocument/2006/relationships/image" Target="media/x16745.wmf"/><Relationship Id="rId2123" Type="http://schemas.openxmlformats.org/officeDocument/2006/relationships/image" Target="media/x16746.wmf"/><Relationship Id="rId2124" Type="http://schemas.openxmlformats.org/officeDocument/2006/relationships/image" Target="media/x16747.wmf"/><Relationship Id="rId2125" Type="http://schemas.openxmlformats.org/officeDocument/2006/relationships/image" Target="media/x16748.wmf"/><Relationship Id="rId2126" Type="http://schemas.openxmlformats.org/officeDocument/2006/relationships/image" Target="media/x16749.wmf"/><Relationship Id="rId2127" Type="http://schemas.openxmlformats.org/officeDocument/2006/relationships/image" Target="media/x16750.wmf"/><Relationship Id="rId2128" Type="http://schemas.openxmlformats.org/officeDocument/2006/relationships/image" Target="media/x16751.wmf"/><Relationship Id="rId2129" Type="http://schemas.openxmlformats.org/officeDocument/2006/relationships/image" Target="media/x16752.wmf"/><Relationship Id="rId2130" Type="http://schemas.openxmlformats.org/officeDocument/2006/relationships/image" Target="media/x16753.wmf"/><Relationship Id="rId2131" Type="http://schemas.openxmlformats.org/officeDocument/2006/relationships/image" Target="media/x16754.wmf"/><Relationship Id="rId2132" Type="http://schemas.openxmlformats.org/officeDocument/2006/relationships/image" Target="media/x16755.wmf"/><Relationship Id="rId2133" Type="http://schemas.openxmlformats.org/officeDocument/2006/relationships/image" Target="media/x16756.wmf"/><Relationship Id="rId2134" Type="http://schemas.openxmlformats.org/officeDocument/2006/relationships/image" Target="media/x16757.wmf"/><Relationship Id="rId2135" Type="http://schemas.openxmlformats.org/officeDocument/2006/relationships/image" Target="media/x16758.wmf"/><Relationship Id="rId2136" Type="http://schemas.openxmlformats.org/officeDocument/2006/relationships/image" Target="media/x16759.wmf"/><Relationship Id="rId2137" Type="http://schemas.openxmlformats.org/officeDocument/2006/relationships/image" Target="media/x16760.wmf"/><Relationship Id="rId2138" Type="http://schemas.openxmlformats.org/officeDocument/2006/relationships/image" Target="media/x16761.wmf"/><Relationship Id="rId2139" Type="http://schemas.openxmlformats.org/officeDocument/2006/relationships/image" Target="media/x16762.wmf"/><Relationship Id="rId2140" Type="http://schemas.openxmlformats.org/officeDocument/2006/relationships/image" Target="media/x16763.wmf"/><Relationship Id="rId2141" Type="http://schemas.openxmlformats.org/officeDocument/2006/relationships/image" Target="media/x16764.wmf"/><Relationship Id="rId2142" Type="http://schemas.openxmlformats.org/officeDocument/2006/relationships/image" Target="media/x16765.wmf"/><Relationship Id="rId2143" Type="http://schemas.openxmlformats.org/officeDocument/2006/relationships/image" Target="media/x16766.wmf"/><Relationship Id="rId2144" Type="http://schemas.openxmlformats.org/officeDocument/2006/relationships/image" Target="media/x16767.wmf"/><Relationship Id="rId2145" Type="http://schemas.openxmlformats.org/officeDocument/2006/relationships/image" Target="media/x16768.wmf"/><Relationship Id="rId2146" Type="http://schemas.openxmlformats.org/officeDocument/2006/relationships/image" Target="media/x16769.wmf"/><Relationship Id="rId2147" Type="http://schemas.openxmlformats.org/officeDocument/2006/relationships/image" Target="media/x16770.wmf"/><Relationship Id="rId2148" Type="http://schemas.openxmlformats.org/officeDocument/2006/relationships/image" Target="media/x16771.wmf"/><Relationship Id="rId2149" Type="http://schemas.openxmlformats.org/officeDocument/2006/relationships/image" Target="media/x16772.wmf"/><Relationship Id="rId2150" Type="http://schemas.openxmlformats.org/officeDocument/2006/relationships/image" Target="media/x16773.wmf"/><Relationship Id="rId2151" Type="http://schemas.openxmlformats.org/officeDocument/2006/relationships/image" Target="media/x16774.wmf"/><Relationship Id="rId2152" Type="http://schemas.openxmlformats.org/officeDocument/2006/relationships/image" Target="media/x16775.wmf"/><Relationship Id="rId2153" Type="http://schemas.openxmlformats.org/officeDocument/2006/relationships/image" Target="media/x16776.wmf"/><Relationship Id="rId2154" Type="http://schemas.openxmlformats.org/officeDocument/2006/relationships/image" Target="media/x16777.wmf"/><Relationship Id="rId2155" Type="http://schemas.openxmlformats.org/officeDocument/2006/relationships/image" Target="media/x16778.wmf"/><Relationship Id="rId2156" Type="http://schemas.openxmlformats.org/officeDocument/2006/relationships/image" Target="media/x16779.wmf"/><Relationship Id="rId2157" Type="http://schemas.openxmlformats.org/officeDocument/2006/relationships/image" Target="media/x16780.wmf"/><Relationship Id="rId2158" Type="http://schemas.openxmlformats.org/officeDocument/2006/relationships/image" Target="media/x16781.wmf"/><Relationship Id="rId2159" Type="http://schemas.openxmlformats.org/officeDocument/2006/relationships/image" Target="media/x16782.wmf"/><Relationship Id="rId2160" Type="http://schemas.openxmlformats.org/officeDocument/2006/relationships/image" Target="media/x16783.wmf"/><Relationship Id="rId2161" Type="http://schemas.openxmlformats.org/officeDocument/2006/relationships/image" Target="media/x16784.wmf"/><Relationship Id="rId2162" Type="http://schemas.openxmlformats.org/officeDocument/2006/relationships/image" Target="media/x16785.wmf"/><Relationship Id="rId2163" Type="http://schemas.openxmlformats.org/officeDocument/2006/relationships/image" Target="media/x16786.wmf"/><Relationship Id="rId2164" Type="http://schemas.openxmlformats.org/officeDocument/2006/relationships/image" Target="media/x16787.wmf"/><Relationship Id="rId2165" Type="http://schemas.openxmlformats.org/officeDocument/2006/relationships/image" Target="media/x16788.wmf"/><Relationship Id="rId2166" Type="http://schemas.openxmlformats.org/officeDocument/2006/relationships/image" Target="media/x16789.wmf"/><Relationship Id="rId2167" Type="http://schemas.openxmlformats.org/officeDocument/2006/relationships/image" Target="media/x16790.wmf"/><Relationship Id="rId2168" Type="http://schemas.openxmlformats.org/officeDocument/2006/relationships/image" Target="media/x16791.wmf"/><Relationship Id="rId2169" Type="http://schemas.openxmlformats.org/officeDocument/2006/relationships/image" Target="media/x16792.wmf"/><Relationship Id="rId2170" Type="http://schemas.openxmlformats.org/officeDocument/2006/relationships/image" Target="media/x16793.wmf"/><Relationship Id="rId2171" Type="http://schemas.openxmlformats.org/officeDocument/2006/relationships/image" Target="media/x16794.wmf"/><Relationship Id="rId2172" Type="http://schemas.openxmlformats.org/officeDocument/2006/relationships/image" Target="media/x16795.wmf"/><Relationship Id="rId2173" Type="http://schemas.openxmlformats.org/officeDocument/2006/relationships/image" Target="media/x16796.wmf"/><Relationship Id="rId2174" Type="http://schemas.openxmlformats.org/officeDocument/2006/relationships/image" Target="media/x16797.wmf"/><Relationship Id="rId2175" Type="http://schemas.openxmlformats.org/officeDocument/2006/relationships/image" Target="media/x16798.wmf"/><Relationship Id="rId2176" Type="http://schemas.openxmlformats.org/officeDocument/2006/relationships/image" Target="media/x16799.wmf"/><Relationship Id="rId2177" Type="http://schemas.openxmlformats.org/officeDocument/2006/relationships/image" Target="media/x16800.wmf"/><Relationship Id="rId2178" Type="http://schemas.openxmlformats.org/officeDocument/2006/relationships/image" Target="media/x16801.wmf"/><Relationship Id="rId2179" Type="http://schemas.openxmlformats.org/officeDocument/2006/relationships/image" Target="media/x16802.wmf"/><Relationship Id="rId2180" Type="http://schemas.openxmlformats.org/officeDocument/2006/relationships/image" Target="media/x16803.wmf"/><Relationship Id="rId2181" Type="http://schemas.openxmlformats.org/officeDocument/2006/relationships/image" Target="media/x16804.wmf"/><Relationship Id="rId2182" Type="http://schemas.openxmlformats.org/officeDocument/2006/relationships/image" Target="media/x16805.wmf"/><Relationship Id="rId2183" Type="http://schemas.openxmlformats.org/officeDocument/2006/relationships/image" Target="media/x16806.wmf"/><Relationship Id="rId2184" Type="http://schemas.openxmlformats.org/officeDocument/2006/relationships/image" Target="media/x16807.wmf"/><Relationship Id="rId2185" Type="http://schemas.openxmlformats.org/officeDocument/2006/relationships/image" Target="media/x16808.wmf"/><Relationship Id="rId2186" Type="http://schemas.openxmlformats.org/officeDocument/2006/relationships/image" Target="media/x16809.png"/><Relationship Id="rId2187" Type="http://schemas.openxmlformats.org/officeDocument/2006/relationships/image" Target="media/x16810.wmf"/><Relationship Id="rId2188" Type="http://schemas.openxmlformats.org/officeDocument/2006/relationships/image" Target="media/x16811.wmf"/><Relationship Id="rId2189" Type="http://schemas.openxmlformats.org/officeDocument/2006/relationships/image" Target="media/x16812.wmf"/><Relationship Id="rId2190" Type="http://schemas.openxmlformats.org/officeDocument/2006/relationships/image" Target="media/x16813.png"/><Relationship Id="rId2191" Type="http://schemas.openxmlformats.org/officeDocument/2006/relationships/image" Target="media/x16814.png"/><Relationship Id="rId2192" Type="http://schemas.openxmlformats.org/officeDocument/2006/relationships/image" Target="media/x16815.wmf"/><Relationship Id="rId2193" Type="http://schemas.openxmlformats.org/officeDocument/2006/relationships/image" Target="media/x16816.wmf"/><Relationship Id="rId2194" Type="http://schemas.openxmlformats.org/officeDocument/2006/relationships/image" Target="media/x16817.wmf"/><Relationship Id="rId2195" Type="http://schemas.openxmlformats.org/officeDocument/2006/relationships/image" Target="media/x16818.wmf"/><Relationship Id="rId2196" Type="http://schemas.openxmlformats.org/officeDocument/2006/relationships/image" Target="media/x16819.wmf"/><Relationship Id="rId2197" Type="http://schemas.openxmlformats.org/officeDocument/2006/relationships/image" Target="media/x16820.wmf"/><Relationship Id="rId2198" Type="http://schemas.openxmlformats.org/officeDocument/2006/relationships/image" Target="media/x16821.wmf"/><Relationship Id="rId2199" Type="http://schemas.openxmlformats.org/officeDocument/2006/relationships/image" Target="media/x16822.wmf"/><Relationship Id="rId2200" Type="http://schemas.openxmlformats.org/officeDocument/2006/relationships/image" Target="media/x16823.wmf"/><Relationship Id="rId2201" Type="http://schemas.openxmlformats.org/officeDocument/2006/relationships/image" Target="media/x16824.wmf"/><Relationship Id="rId2202" Type="http://schemas.openxmlformats.org/officeDocument/2006/relationships/image" Target="media/x16825.wmf"/><Relationship Id="rId2203" Type="http://schemas.openxmlformats.org/officeDocument/2006/relationships/image" Target="media/x16826.wmf"/><Relationship Id="rId2204" Type="http://schemas.openxmlformats.org/officeDocument/2006/relationships/image" Target="media/x16827.wmf"/><Relationship Id="rId2205" Type="http://schemas.openxmlformats.org/officeDocument/2006/relationships/image" Target="media/x16828.wmf"/><Relationship Id="rId2206" Type="http://schemas.openxmlformats.org/officeDocument/2006/relationships/image" Target="media/x16829.wmf"/><Relationship Id="rId2207" Type="http://schemas.openxmlformats.org/officeDocument/2006/relationships/image" Target="media/x16830.wmf"/><Relationship Id="rId2208" Type="http://schemas.openxmlformats.org/officeDocument/2006/relationships/image" Target="media/x16831.wmf"/><Relationship Id="rId2209" Type="http://schemas.openxmlformats.org/officeDocument/2006/relationships/image" Target="media/x16832.wmf"/><Relationship Id="rId2210" Type="http://schemas.openxmlformats.org/officeDocument/2006/relationships/image" Target="media/x16833.wmf"/><Relationship Id="rId2211" Type="http://schemas.openxmlformats.org/officeDocument/2006/relationships/image" Target="media/x16834.wmf"/><Relationship Id="rId2212" Type="http://schemas.openxmlformats.org/officeDocument/2006/relationships/image" Target="media/x16835.wmf"/><Relationship Id="rId2213" Type="http://schemas.openxmlformats.org/officeDocument/2006/relationships/image" Target="media/x16836.wmf"/><Relationship Id="rId2214" Type="http://schemas.openxmlformats.org/officeDocument/2006/relationships/image" Target="media/x16837.wmf"/><Relationship Id="rId2215" Type="http://schemas.openxmlformats.org/officeDocument/2006/relationships/image" Target="media/x16838.wmf"/><Relationship Id="rId2216" Type="http://schemas.openxmlformats.org/officeDocument/2006/relationships/image" Target="media/x16839.wmf"/><Relationship Id="rId2217" Type="http://schemas.openxmlformats.org/officeDocument/2006/relationships/image" Target="media/x16840.wmf"/><Relationship Id="rId2218" Type="http://schemas.openxmlformats.org/officeDocument/2006/relationships/image" Target="media/x16841.wmf"/><Relationship Id="rId2219" Type="http://schemas.openxmlformats.org/officeDocument/2006/relationships/image" Target="media/x16842.wmf"/><Relationship Id="rId2220" Type="http://schemas.openxmlformats.org/officeDocument/2006/relationships/image" Target="media/x16843.wmf"/><Relationship Id="rId2221" Type="http://schemas.openxmlformats.org/officeDocument/2006/relationships/image" Target="media/x16844.wmf"/><Relationship Id="rId2222" Type="http://schemas.openxmlformats.org/officeDocument/2006/relationships/image" Target="media/x16845.wmf"/><Relationship Id="rId2223" Type="http://schemas.openxmlformats.org/officeDocument/2006/relationships/image" Target="media/x16846.wmf"/><Relationship Id="rId2224" Type="http://schemas.openxmlformats.org/officeDocument/2006/relationships/image" Target="media/x16847.wmf"/><Relationship Id="rId2225" Type="http://schemas.openxmlformats.org/officeDocument/2006/relationships/image" Target="media/x16848.wmf"/><Relationship Id="rId2226" Type="http://schemas.openxmlformats.org/officeDocument/2006/relationships/image" Target="media/x16849.wmf"/><Relationship Id="rId2227" Type="http://schemas.openxmlformats.org/officeDocument/2006/relationships/image" Target="media/x16850.wmf"/><Relationship Id="rId2228" Type="http://schemas.openxmlformats.org/officeDocument/2006/relationships/image" Target="media/x16851.wmf"/><Relationship Id="rId2229" Type="http://schemas.openxmlformats.org/officeDocument/2006/relationships/image" Target="media/x16852.wmf"/><Relationship Id="rId2230" Type="http://schemas.openxmlformats.org/officeDocument/2006/relationships/image" Target="media/x16853.wmf"/><Relationship Id="rId2231" Type="http://schemas.openxmlformats.org/officeDocument/2006/relationships/image" Target="media/x16854.wmf"/><Relationship Id="rId2232" Type="http://schemas.openxmlformats.org/officeDocument/2006/relationships/image" Target="media/x16855.wmf"/><Relationship Id="rId2233" Type="http://schemas.openxmlformats.org/officeDocument/2006/relationships/image" Target="media/x16856.wmf"/><Relationship Id="rId2234" Type="http://schemas.openxmlformats.org/officeDocument/2006/relationships/image" Target="media/x16857.wmf"/><Relationship Id="rId2235" Type="http://schemas.openxmlformats.org/officeDocument/2006/relationships/image" Target="media/x16858.wmf"/><Relationship Id="rId2236" Type="http://schemas.openxmlformats.org/officeDocument/2006/relationships/image" Target="media/x16859.wmf"/><Relationship Id="rId2237" Type="http://schemas.openxmlformats.org/officeDocument/2006/relationships/image" Target="media/x16860.wmf"/><Relationship Id="rId2238" Type="http://schemas.openxmlformats.org/officeDocument/2006/relationships/image" Target="media/x16861.wmf"/><Relationship Id="rId2239" Type="http://schemas.openxmlformats.org/officeDocument/2006/relationships/image" Target="media/x16862.wmf"/><Relationship Id="rId2240" Type="http://schemas.openxmlformats.org/officeDocument/2006/relationships/image" Target="media/x16863.wmf"/><Relationship Id="rId2241" Type="http://schemas.openxmlformats.org/officeDocument/2006/relationships/image" Target="media/x16864.wmf"/><Relationship Id="rId2242" Type="http://schemas.openxmlformats.org/officeDocument/2006/relationships/image" Target="media/x16865.wmf"/><Relationship Id="rId2243" Type="http://schemas.openxmlformats.org/officeDocument/2006/relationships/image" Target="media/x16866.wmf"/><Relationship Id="rId2244" Type="http://schemas.openxmlformats.org/officeDocument/2006/relationships/image" Target="media/x16867.png"/><Relationship Id="rId2245" Type="http://schemas.openxmlformats.org/officeDocument/2006/relationships/image" Target="media/x16868.wmf"/><Relationship Id="rId2246" Type="http://schemas.openxmlformats.org/officeDocument/2006/relationships/image" Target="media/x16869.wmf"/><Relationship Id="rId2247" Type="http://schemas.openxmlformats.org/officeDocument/2006/relationships/image" Target="media/x16870.wmf"/><Relationship Id="rId2248" Type="http://schemas.openxmlformats.org/officeDocument/2006/relationships/image" Target="media/x16871.wmf"/><Relationship Id="rId2249" Type="http://schemas.openxmlformats.org/officeDocument/2006/relationships/image" Target="media/x16872.wmf"/><Relationship Id="rId2250" Type="http://schemas.openxmlformats.org/officeDocument/2006/relationships/image" Target="media/x16873.wmf"/><Relationship Id="rId2251" Type="http://schemas.openxmlformats.org/officeDocument/2006/relationships/image" Target="media/x16874.wmf"/><Relationship Id="rId2252" Type="http://schemas.openxmlformats.org/officeDocument/2006/relationships/image" Target="media/x16875.wmf"/><Relationship Id="rId2253" Type="http://schemas.openxmlformats.org/officeDocument/2006/relationships/image" Target="media/x16876.wmf"/><Relationship Id="rId2254" Type="http://schemas.openxmlformats.org/officeDocument/2006/relationships/image" Target="media/x16877.wmf"/><Relationship Id="rId2255" Type="http://schemas.openxmlformats.org/officeDocument/2006/relationships/image" Target="media/x16878.wmf"/><Relationship Id="rId2256" Type="http://schemas.openxmlformats.org/officeDocument/2006/relationships/image" Target="media/x16879.wmf"/><Relationship Id="rId2257" Type="http://schemas.openxmlformats.org/officeDocument/2006/relationships/image" Target="media/x16880.wmf"/><Relationship Id="rId2258" Type="http://schemas.openxmlformats.org/officeDocument/2006/relationships/image" Target="media/x16881.wmf"/><Relationship Id="rId2259" Type="http://schemas.openxmlformats.org/officeDocument/2006/relationships/image" Target="media/x16882.wmf"/><Relationship Id="rId2260" Type="http://schemas.openxmlformats.org/officeDocument/2006/relationships/image" Target="media/x16883.wmf"/><Relationship Id="rId2261" Type="http://schemas.openxmlformats.org/officeDocument/2006/relationships/image" Target="media/x16884.wmf"/><Relationship Id="rId2262" Type="http://schemas.openxmlformats.org/officeDocument/2006/relationships/image" Target="media/x16885.wmf"/><Relationship Id="rId2263" Type="http://schemas.openxmlformats.org/officeDocument/2006/relationships/image" Target="media/x16886.wmf"/><Relationship Id="rId2264" Type="http://schemas.openxmlformats.org/officeDocument/2006/relationships/image" Target="media/x16887.wmf"/><Relationship Id="rId2265" Type="http://schemas.openxmlformats.org/officeDocument/2006/relationships/image" Target="media/x16888.wmf"/><Relationship Id="rId2266" Type="http://schemas.openxmlformats.org/officeDocument/2006/relationships/image" Target="media/x16889.wmf"/><Relationship Id="rId2267" Type="http://schemas.openxmlformats.org/officeDocument/2006/relationships/image" Target="media/x16890.wmf"/><Relationship Id="rId2268" Type="http://schemas.openxmlformats.org/officeDocument/2006/relationships/image" Target="media/x16891.wmf"/><Relationship Id="rId2269" Type="http://schemas.openxmlformats.org/officeDocument/2006/relationships/image" Target="media/x16892.wmf"/><Relationship Id="rId2270" Type="http://schemas.openxmlformats.org/officeDocument/2006/relationships/image" Target="media/x16893.wmf"/><Relationship Id="rId2271" Type="http://schemas.openxmlformats.org/officeDocument/2006/relationships/image" Target="media/x16894.wmf"/><Relationship Id="rId2272" Type="http://schemas.openxmlformats.org/officeDocument/2006/relationships/image" Target="media/x16895.wmf"/><Relationship Id="rId2273" Type="http://schemas.openxmlformats.org/officeDocument/2006/relationships/image" Target="media/x16896.wmf"/><Relationship Id="rId2274" Type="http://schemas.openxmlformats.org/officeDocument/2006/relationships/image" Target="media/x16897.wmf"/><Relationship Id="rId2275" Type="http://schemas.openxmlformats.org/officeDocument/2006/relationships/image" Target="media/x16898.wmf"/><Relationship Id="rId2276" Type="http://schemas.openxmlformats.org/officeDocument/2006/relationships/image" Target="media/x16899.wmf"/><Relationship Id="rId2277" Type="http://schemas.openxmlformats.org/officeDocument/2006/relationships/image" Target="media/x16900.wmf"/><Relationship Id="rId2278" Type="http://schemas.openxmlformats.org/officeDocument/2006/relationships/image" Target="media/x16901.wmf"/><Relationship Id="rId2279" Type="http://schemas.openxmlformats.org/officeDocument/2006/relationships/image" Target="media/x16902.wmf"/><Relationship Id="rId2280" Type="http://schemas.openxmlformats.org/officeDocument/2006/relationships/image" Target="media/x16903.wmf"/><Relationship Id="rId2281" Type="http://schemas.openxmlformats.org/officeDocument/2006/relationships/image" Target="media/x16904.wmf"/><Relationship Id="rId2282" Type="http://schemas.openxmlformats.org/officeDocument/2006/relationships/image" Target="media/x16905.wmf"/><Relationship Id="rId2283" Type="http://schemas.openxmlformats.org/officeDocument/2006/relationships/image" Target="media/x16906.wmf"/><Relationship Id="rId2284" Type="http://schemas.openxmlformats.org/officeDocument/2006/relationships/image" Target="media/x16907.wmf"/><Relationship Id="rId2285" Type="http://schemas.openxmlformats.org/officeDocument/2006/relationships/image" Target="media/x16908.wmf"/><Relationship Id="rId2286" Type="http://schemas.openxmlformats.org/officeDocument/2006/relationships/image" Target="media/x16909.wmf"/><Relationship Id="rId2287" Type="http://schemas.openxmlformats.org/officeDocument/2006/relationships/image" Target="media/x16910.wmf"/><Relationship Id="rId2288" Type="http://schemas.openxmlformats.org/officeDocument/2006/relationships/image" Target="media/x16911.wmf"/><Relationship Id="rId2289" Type="http://schemas.openxmlformats.org/officeDocument/2006/relationships/image" Target="media/x16912.wmf"/><Relationship Id="rId2290" Type="http://schemas.openxmlformats.org/officeDocument/2006/relationships/image" Target="media/x16913.wmf"/><Relationship Id="rId2291" Type="http://schemas.openxmlformats.org/officeDocument/2006/relationships/image" Target="media/x16914.wmf"/><Relationship Id="rId2292" Type="http://schemas.openxmlformats.org/officeDocument/2006/relationships/image" Target="media/x16915.wmf"/><Relationship Id="rId2293" Type="http://schemas.openxmlformats.org/officeDocument/2006/relationships/image" Target="media/x16916.wmf"/><Relationship Id="rId2294" Type="http://schemas.openxmlformats.org/officeDocument/2006/relationships/image" Target="media/x16917.wmf"/><Relationship Id="rId2295" Type="http://schemas.openxmlformats.org/officeDocument/2006/relationships/image" Target="media/x16918.wmf"/><Relationship Id="rId2296" Type="http://schemas.openxmlformats.org/officeDocument/2006/relationships/image" Target="media/x16919.png"/><Relationship Id="rId2297" Type="http://schemas.openxmlformats.org/officeDocument/2006/relationships/image" Target="media/x16920.wmf"/><Relationship Id="rId2298" Type="http://schemas.openxmlformats.org/officeDocument/2006/relationships/image" Target="media/x16921.wmf"/><Relationship Id="rId2299" Type="http://schemas.openxmlformats.org/officeDocument/2006/relationships/image" Target="media/x16922.wmf"/><Relationship Id="rId2300" Type="http://schemas.openxmlformats.org/officeDocument/2006/relationships/image" Target="media/x16923.wmf"/><Relationship Id="rId2301" Type="http://schemas.openxmlformats.org/officeDocument/2006/relationships/image" Target="media/x16924.wmf"/><Relationship Id="rId2302" Type="http://schemas.openxmlformats.org/officeDocument/2006/relationships/image" Target="media/x16925.wmf"/><Relationship Id="rId2303" Type="http://schemas.openxmlformats.org/officeDocument/2006/relationships/image" Target="media/x16926.wmf"/><Relationship Id="rId2304" Type="http://schemas.openxmlformats.org/officeDocument/2006/relationships/image" Target="media/x16927.wmf"/><Relationship Id="rId2305" Type="http://schemas.openxmlformats.org/officeDocument/2006/relationships/image" Target="media/x16928.wmf"/><Relationship Id="rId2306" Type="http://schemas.openxmlformats.org/officeDocument/2006/relationships/image" Target="media/x16929.wmf"/><Relationship Id="rId2307" Type="http://schemas.openxmlformats.org/officeDocument/2006/relationships/image" Target="media/x16930.wmf"/><Relationship Id="rId2308" Type="http://schemas.openxmlformats.org/officeDocument/2006/relationships/image" Target="media/x16931.wmf"/><Relationship Id="rId2309" Type="http://schemas.openxmlformats.org/officeDocument/2006/relationships/image" Target="media/x16932.wmf"/><Relationship Id="rId2310" Type="http://schemas.openxmlformats.org/officeDocument/2006/relationships/image" Target="media/x16933.wmf"/><Relationship Id="rId2311" Type="http://schemas.openxmlformats.org/officeDocument/2006/relationships/image" Target="media/x16934.wmf"/><Relationship Id="rId2312" Type="http://schemas.openxmlformats.org/officeDocument/2006/relationships/image" Target="media/x16935.wmf"/><Relationship Id="rId2313" Type="http://schemas.openxmlformats.org/officeDocument/2006/relationships/image" Target="media/x16936.wmf"/><Relationship Id="rId2314" Type="http://schemas.openxmlformats.org/officeDocument/2006/relationships/image" Target="media/x16937.wmf"/><Relationship Id="rId2315" Type="http://schemas.openxmlformats.org/officeDocument/2006/relationships/image" Target="media/x16938.wmf"/><Relationship Id="rId2316" Type="http://schemas.openxmlformats.org/officeDocument/2006/relationships/image" Target="media/x16939.wmf"/><Relationship Id="rId2317" Type="http://schemas.openxmlformats.org/officeDocument/2006/relationships/image" Target="media/x16940.wmf"/><Relationship Id="rId2318" Type="http://schemas.openxmlformats.org/officeDocument/2006/relationships/image" Target="media/x16941.wmf"/><Relationship Id="rId2319" Type="http://schemas.openxmlformats.org/officeDocument/2006/relationships/image" Target="media/x16942.wmf"/><Relationship Id="rId2320" Type="http://schemas.openxmlformats.org/officeDocument/2006/relationships/image" Target="media/x16943.wmf"/><Relationship Id="rId2321" Type="http://schemas.openxmlformats.org/officeDocument/2006/relationships/image" Target="media/x16944.wmf"/><Relationship Id="rId2322" Type="http://schemas.openxmlformats.org/officeDocument/2006/relationships/image" Target="media/x16945.wmf"/><Relationship Id="rId2323" Type="http://schemas.openxmlformats.org/officeDocument/2006/relationships/image" Target="media/x16946.wmf"/><Relationship Id="rId2324" Type="http://schemas.openxmlformats.org/officeDocument/2006/relationships/image" Target="media/x16947.wmf"/><Relationship Id="rId2325" Type="http://schemas.openxmlformats.org/officeDocument/2006/relationships/image" Target="media/x16948.wmf"/><Relationship Id="rId2326" Type="http://schemas.openxmlformats.org/officeDocument/2006/relationships/image" Target="media/x16949.wmf"/><Relationship Id="rId2327" Type="http://schemas.openxmlformats.org/officeDocument/2006/relationships/image" Target="media/x16950.wmf"/><Relationship Id="rId2328" Type="http://schemas.openxmlformats.org/officeDocument/2006/relationships/image" Target="media/x16951.wmf"/><Relationship Id="rId2329" Type="http://schemas.openxmlformats.org/officeDocument/2006/relationships/image" Target="media/x16952.wmf"/><Relationship Id="rId2330" Type="http://schemas.openxmlformats.org/officeDocument/2006/relationships/image" Target="media/x16953.wmf"/><Relationship Id="rId2331" Type="http://schemas.openxmlformats.org/officeDocument/2006/relationships/image" Target="media/x16954.wmf"/><Relationship Id="rId2332" Type="http://schemas.openxmlformats.org/officeDocument/2006/relationships/image" Target="media/x16955.wmf"/><Relationship Id="rId2333" Type="http://schemas.openxmlformats.org/officeDocument/2006/relationships/image" Target="media/x16956.wmf"/><Relationship Id="rId2334" Type="http://schemas.openxmlformats.org/officeDocument/2006/relationships/image" Target="media/x16957.wmf"/><Relationship Id="rId2335" Type="http://schemas.openxmlformats.org/officeDocument/2006/relationships/image" Target="media/x16958.wmf"/><Relationship Id="rId2336" Type="http://schemas.openxmlformats.org/officeDocument/2006/relationships/image" Target="media/x16959.wmf"/><Relationship Id="rId2337" Type="http://schemas.openxmlformats.org/officeDocument/2006/relationships/image" Target="media/x16960.wmf"/><Relationship Id="rId2338" Type="http://schemas.openxmlformats.org/officeDocument/2006/relationships/image" Target="media/x16961.wmf"/><Relationship Id="rId2339" Type="http://schemas.openxmlformats.org/officeDocument/2006/relationships/image" Target="media/x16962.wmf"/><Relationship Id="rId2340" Type="http://schemas.openxmlformats.org/officeDocument/2006/relationships/image" Target="media/x16963.wmf"/><Relationship Id="rId2341" Type="http://schemas.openxmlformats.org/officeDocument/2006/relationships/image" Target="media/x16964.wmf"/><Relationship Id="rId2342" Type="http://schemas.openxmlformats.org/officeDocument/2006/relationships/image" Target="media/x16965.wmf"/><Relationship Id="rId2343" Type="http://schemas.openxmlformats.org/officeDocument/2006/relationships/image" Target="media/x16966.wmf"/><Relationship Id="rId2344" Type="http://schemas.openxmlformats.org/officeDocument/2006/relationships/image" Target="media/x16967.wmf"/><Relationship Id="rId2345" Type="http://schemas.openxmlformats.org/officeDocument/2006/relationships/image" Target="media/x16968.wmf"/><Relationship Id="rId2346" Type="http://schemas.openxmlformats.org/officeDocument/2006/relationships/image" Target="media/x16969.wmf"/><Relationship Id="rId2347" Type="http://schemas.openxmlformats.org/officeDocument/2006/relationships/image" Target="media/x16970.wmf"/><Relationship Id="rId2348" Type="http://schemas.openxmlformats.org/officeDocument/2006/relationships/image" Target="media/x16971.wmf"/><Relationship Id="rId2349" Type="http://schemas.openxmlformats.org/officeDocument/2006/relationships/image" Target="media/x16972.wmf"/><Relationship Id="rId2350" Type="http://schemas.openxmlformats.org/officeDocument/2006/relationships/image" Target="media/x16973.wmf"/><Relationship Id="rId2351" Type="http://schemas.openxmlformats.org/officeDocument/2006/relationships/image" Target="media/x16974.wmf"/><Relationship Id="rId2352" Type="http://schemas.openxmlformats.org/officeDocument/2006/relationships/image" Target="media/x16975.wmf"/><Relationship Id="rId2353" Type="http://schemas.openxmlformats.org/officeDocument/2006/relationships/image" Target="media/x16976.wmf"/><Relationship Id="rId2354" Type="http://schemas.openxmlformats.org/officeDocument/2006/relationships/image" Target="media/x16977.wmf"/><Relationship Id="rId2355" Type="http://schemas.openxmlformats.org/officeDocument/2006/relationships/image" Target="media/x16978.wmf"/><Relationship Id="rId2356" Type="http://schemas.openxmlformats.org/officeDocument/2006/relationships/image" Target="media/x16979.wmf"/><Relationship Id="rId2357" Type="http://schemas.openxmlformats.org/officeDocument/2006/relationships/image" Target="media/x16980.wmf"/><Relationship Id="rId2358" Type="http://schemas.openxmlformats.org/officeDocument/2006/relationships/image" Target="media/x16981.wmf"/><Relationship Id="rId2359" Type="http://schemas.openxmlformats.org/officeDocument/2006/relationships/image" Target="media/x16982.wmf"/><Relationship Id="rId2360" Type="http://schemas.openxmlformats.org/officeDocument/2006/relationships/image" Target="media/x16983.wmf"/><Relationship Id="rId2361" Type="http://schemas.openxmlformats.org/officeDocument/2006/relationships/image" Target="media/x16984.wmf"/><Relationship Id="rId2362" Type="http://schemas.openxmlformats.org/officeDocument/2006/relationships/image" Target="media/x16985.wmf"/><Relationship Id="rId2363" Type="http://schemas.openxmlformats.org/officeDocument/2006/relationships/image" Target="media/x16986.wmf"/><Relationship Id="rId2364" Type="http://schemas.openxmlformats.org/officeDocument/2006/relationships/image" Target="media/x16987.wmf"/><Relationship Id="rId2365" Type="http://schemas.openxmlformats.org/officeDocument/2006/relationships/image" Target="media/x16988.wmf"/><Relationship Id="rId2366" Type="http://schemas.openxmlformats.org/officeDocument/2006/relationships/image" Target="media/x16989.wmf"/><Relationship Id="rId2367" Type="http://schemas.openxmlformats.org/officeDocument/2006/relationships/image" Target="media/x16990.wmf"/><Relationship Id="rId2368" Type="http://schemas.openxmlformats.org/officeDocument/2006/relationships/image" Target="media/x16991.wmf"/><Relationship Id="rId2369" Type="http://schemas.openxmlformats.org/officeDocument/2006/relationships/image" Target="media/x16992.wmf"/><Relationship Id="rId2370" Type="http://schemas.openxmlformats.org/officeDocument/2006/relationships/image" Target="media/x16993.wmf"/><Relationship Id="rId2371" Type="http://schemas.openxmlformats.org/officeDocument/2006/relationships/image" Target="media/x16994.wmf"/><Relationship Id="rId2372" Type="http://schemas.openxmlformats.org/officeDocument/2006/relationships/image" Target="media/x16995.wmf"/><Relationship Id="rId2373" Type="http://schemas.openxmlformats.org/officeDocument/2006/relationships/image" Target="media/x16996.wmf"/><Relationship Id="rId2374" Type="http://schemas.openxmlformats.org/officeDocument/2006/relationships/image" Target="media/x16997.wmf"/><Relationship Id="rId2375" Type="http://schemas.openxmlformats.org/officeDocument/2006/relationships/image" Target="media/x16998.wmf"/><Relationship Id="rId2376" Type="http://schemas.openxmlformats.org/officeDocument/2006/relationships/image" Target="media/x16999.wmf"/><Relationship Id="rId2377" Type="http://schemas.openxmlformats.org/officeDocument/2006/relationships/image" Target="media/x17000.wmf"/><Relationship Id="rId2378" Type="http://schemas.openxmlformats.org/officeDocument/2006/relationships/image" Target="media/x17001.wmf"/><Relationship Id="rId2379" Type="http://schemas.openxmlformats.org/officeDocument/2006/relationships/image" Target="media/x17002.wmf"/><Relationship Id="rId2380" Type="http://schemas.openxmlformats.org/officeDocument/2006/relationships/image" Target="media/x17003.wmf"/><Relationship Id="rId2381" Type="http://schemas.openxmlformats.org/officeDocument/2006/relationships/image" Target="media/x17004.wmf"/><Relationship Id="rId2382" Type="http://schemas.openxmlformats.org/officeDocument/2006/relationships/image" Target="media/x17005.wmf"/><Relationship Id="rId2383" Type="http://schemas.openxmlformats.org/officeDocument/2006/relationships/image" Target="media/x17006.wmf"/><Relationship Id="rId2384" Type="http://schemas.openxmlformats.org/officeDocument/2006/relationships/image" Target="media/x17007.wmf"/><Relationship Id="rId2385" Type="http://schemas.openxmlformats.org/officeDocument/2006/relationships/image" Target="media/x17008.wmf"/><Relationship Id="rId2386" Type="http://schemas.openxmlformats.org/officeDocument/2006/relationships/image" Target="media/x17009.wmf"/><Relationship Id="rId2387" Type="http://schemas.openxmlformats.org/officeDocument/2006/relationships/image" Target="media/x17010.wmf"/><Relationship Id="rId2388" Type="http://schemas.openxmlformats.org/officeDocument/2006/relationships/image" Target="media/x17011.wmf"/><Relationship Id="rId2389" Type="http://schemas.openxmlformats.org/officeDocument/2006/relationships/image" Target="media/x17012.wmf"/><Relationship Id="rId2390" Type="http://schemas.openxmlformats.org/officeDocument/2006/relationships/image" Target="media/x17013.wmf"/><Relationship Id="rId2391" Type="http://schemas.openxmlformats.org/officeDocument/2006/relationships/image" Target="media/x17014.wmf"/><Relationship Id="rId2392" Type="http://schemas.openxmlformats.org/officeDocument/2006/relationships/image" Target="media/x17015.wmf"/><Relationship Id="rId2393" Type="http://schemas.openxmlformats.org/officeDocument/2006/relationships/image" Target="media/x17016.wmf"/><Relationship Id="rId2394" Type="http://schemas.openxmlformats.org/officeDocument/2006/relationships/image" Target="media/x17017.wmf"/><Relationship Id="rId2395" Type="http://schemas.openxmlformats.org/officeDocument/2006/relationships/image" Target="media/x17018.wmf"/><Relationship Id="rId2396" Type="http://schemas.openxmlformats.org/officeDocument/2006/relationships/image" Target="media/x17019.wmf"/><Relationship Id="rId2397" Type="http://schemas.openxmlformats.org/officeDocument/2006/relationships/image" Target="media/x17020.wmf"/><Relationship Id="rId2398" Type="http://schemas.openxmlformats.org/officeDocument/2006/relationships/image" Target="media/x17021.wmf"/><Relationship Id="rId2399" Type="http://schemas.openxmlformats.org/officeDocument/2006/relationships/image" Target="media/x17022.wmf"/><Relationship Id="rId2400" Type="http://schemas.openxmlformats.org/officeDocument/2006/relationships/image" Target="media/x17023.wmf"/><Relationship Id="rId2401" Type="http://schemas.openxmlformats.org/officeDocument/2006/relationships/image" Target="media/x17024.wmf"/><Relationship Id="rId2402" Type="http://schemas.openxmlformats.org/officeDocument/2006/relationships/image" Target="media/x17025.wmf"/><Relationship Id="rId2403" Type="http://schemas.openxmlformats.org/officeDocument/2006/relationships/image" Target="media/x17026.wmf"/><Relationship Id="rId2404" Type="http://schemas.openxmlformats.org/officeDocument/2006/relationships/image" Target="media/x17027.wmf"/><Relationship Id="rId2405" Type="http://schemas.openxmlformats.org/officeDocument/2006/relationships/image" Target="media/x17028.wmf"/><Relationship Id="rId2406" Type="http://schemas.openxmlformats.org/officeDocument/2006/relationships/image" Target="media/x17029.wmf"/><Relationship Id="rId2407" Type="http://schemas.openxmlformats.org/officeDocument/2006/relationships/image" Target="media/x17030.wmf"/><Relationship Id="rId2408" Type="http://schemas.openxmlformats.org/officeDocument/2006/relationships/image" Target="media/x17031.wmf"/><Relationship Id="rId2409" Type="http://schemas.openxmlformats.org/officeDocument/2006/relationships/image" Target="media/x17032.wmf"/><Relationship Id="rId2410" Type="http://schemas.openxmlformats.org/officeDocument/2006/relationships/image" Target="media/x17033.wmf"/><Relationship Id="rId2411" Type="http://schemas.openxmlformats.org/officeDocument/2006/relationships/image" Target="media/x17034.wmf"/><Relationship Id="rId2412" Type="http://schemas.openxmlformats.org/officeDocument/2006/relationships/image" Target="media/x17035.wmf"/><Relationship Id="rId2413" Type="http://schemas.openxmlformats.org/officeDocument/2006/relationships/image" Target="media/x17036.wmf"/><Relationship Id="rId2414" Type="http://schemas.openxmlformats.org/officeDocument/2006/relationships/image" Target="media/x17037.wmf"/><Relationship Id="rId2415" Type="http://schemas.openxmlformats.org/officeDocument/2006/relationships/image" Target="media/x17038.wmf"/><Relationship Id="rId2416" Type="http://schemas.openxmlformats.org/officeDocument/2006/relationships/image" Target="media/x17039.wmf"/><Relationship Id="rId2417" Type="http://schemas.openxmlformats.org/officeDocument/2006/relationships/image" Target="media/x17040.wmf"/><Relationship Id="rId2418" Type="http://schemas.openxmlformats.org/officeDocument/2006/relationships/image" Target="media/x17041.wmf"/><Relationship Id="rId2419" Type="http://schemas.openxmlformats.org/officeDocument/2006/relationships/image" Target="media/x17042.wmf"/><Relationship Id="rId2420" Type="http://schemas.openxmlformats.org/officeDocument/2006/relationships/image" Target="media/x17043.wmf"/><Relationship Id="rId2421" Type="http://schemas.openxmlformats.org/officeDocument/2006/relationships/image" Target="media/x17044.wmf"/><Relationship Id="rId2422" Type="http://schemas.openxmlformats.org/officeDocument/2006/relationships/image" Target="media/x17045.wmf"/><Relationship Id="rId2423" Type="http://schemas.openxmlformats.org/officeDocument/2006/relationships/image" Target="media/x17046.wmf"/><Relationship Id="rId2424" Type="http://schemas.openxmlformats.org/officeDocument/2006/relationships/image" Target="media/x17047.wmf"/><Relationship Id="rId2425" Type="http://schemas.openxmlformats.org/officeDocument/2006/relationships/image" Target="media/x17048.wmf"/><Relationship Id="rId2426" Type="http://schemas.openxmlformats.org/officeDocument/2006/relationships/image" Target="media/x17049.wmf"/><Relationship Id="rId2427" Type="http://schemas.openxmlformats.org/officeDocument/2006/relationships/image" Target="media/x17050.wmf"/><Relationship Id="rId2428" Type="http://schemas.openxmlformats.org/officeDocument/2006/relationships/image" Target="media/x17051.wmf"/><Relationship Id="rId2429" Type="http://schemas.openxmlformats.org/officeDocument/2006/relationships/image" Target="media/x17052.wmf"/><Relationship Id="rId2430" Type="http://schemas.openxmlformats.org/officeDocument/2006/relationships/image" Target="media/x17053.wmf"/><Relationship Id="rId2431" Type="http://schemas.openxmlformats.org/officeDocument/2006/relationships/image" Target="media/x17054.wmf"/><Relationship Id="rId2432" Type="http://schemas.openxmlformats.org/officeDocument/2006/relationships/image" Target="media/x17055.wmf"/><Relationship Id="rId2433" Type="http://schemas.openxmlformats.org/officeDocument/2006/relationships/image" Target="media/x17056.wmf"/><Relationship Id="rId2434" Type="http://schemas.openxmlformats.org/officeDocument/2006/relationships/image" Target="media/x17057.wmf"/><Relationship Id="rId2435" Type="http://schemas.openxmlformats.org/officeDocument/2006/relationships/image" Target="media/x17058.wmf"/><Relationship Id="rId2436" Type="http://schemas.openxmlformats.org/officeDocument/2006/relationships/image" Target="media/x17059.wmf"/><Relationship Id="rId2437" Type="http://schemas.openxmlformats.org/officeDocument/2006/relationships/image" Target="media/x17060.wmf"/><Relationship Id="rId2438" Type="http://schemas.openxmlformats.org/officeDocument/2006/relationships/image" Target="media/x17061.wmf"/><Relationship Id="rId2439" Type="http://schemas.openxmlformats.org/officeDocument/2006/relationships/image" Target="media/x17062.wmf"/><Relationship Id="rId2440" Type="http://schemas.openxmlformats.org/officeDocument/2006/relationships/image" Target="media/x17063.wmf"/><Relationship Id="rId2441" Type="http://schemas.openxmlformats.org/officeDocument/2006/relationships/image" Target="media/x17064.wmf"/><Relationship Id="rId2442" Type="http://schemas.openxmlformats.org/officeDocument/2006/relationships/image" Target="media/x17065.wmf"/><Relationship Id="rId2443" Type="http://schemas.openxmlformats.org/officeDocument/2006/relationships/image" Target="media/x17066.wmf"/><Relationship Id="rId2444" Type="http://schemas.openxmlformats.org/officeDocument/2006/relationships/image" Target="media/x17067.wmf"/><Relationship Id="rId2445" Type="http://schemas.openxmlformats.org/officeDocument/2006/relationships/image" Target="media/x17068.wmf"/><Relationship Id="rId2446" Type="http://schemas.openxmlformats.org/officeDocument/2006/relationships/image" Target="media/x17069.wmf"/><Relationship Id="rId2447" Type="http://schemas.openxmlformats.org/officeDocument/2006/relationships/image" Target="media/x17070.wmf"/><Relationship Id="rId2448" Type="http://schemas.openxmlformats.org/officeDocument/2006/relationships/image" Target="media/x17071.wmf"/><Relationship Id="rId2449" Type="http://schemas.openxmlformats.org/officeDocument/2006/relationships/image" Target="media/x17072.wmf"/><Relationship Id="rId2450" Type="http://schemas.openxmlformats.org/officeDocument/2006/relationships/image" Target="media/x17073.wmf"/><Relationship Id="rId2451" Type="http://schemas.openxmlformats.org/officeDocument/2006/relationships/image" Target="media/x17074.wmf"/><Relationship Id="rId2452" Type="http://schemas.openxmlformats.org/officeDocument/2006/relationships/image" Target="media/x17075.wmf"/><Relationship Id="rId2453" Type="http://schemas.openxmlformats.org/officeDocument/2006/relationships/image" Target="media/x17076.wmf"/><Relationship Id="rId2454" Type="http://schemas.openxmlformats.org/officeDocument/2006/relationships/image" Target="media/x17077.wmf"/><Relationship Id="rId2455" Type="http://schemas.openxmlformats.org/officeDocument/2006/relationships/image" Target="media/x17078.wmf"/><Relationship Id="rId2456" Type="http://schemas.openxmlformats.org/officeDocument/2006/relationships/image" Target="media/x17079.wmf"/><Relationship Id="rId2457" Type="http://schemas.openxmlformats.org/officeDocument/2006/relationships/image" Target="media/x17080.wmf"/><Relationship Id="rId2458" Type="http://schemas.openxmlformats.org/officeDocument/2006/relationships/image" Target="media/x17081.wmf"/><Relationship Id="rId2459" Type="http://schemas.openxmlformats.org/officeDocument/2006/relationships/image" Target="media/x17082.wmf"/><Relationship Id="rId2460" Type="http://schemas.openxmlformats.org/officeDocument/2006/relationships/image" Target="media/x17083.wmf"/><Relationship Id="rId2461" Type="http://schemas.openxmlformats.org/officeDocument/2006/relationships/image" Target="media/x17084.wmf"/><Relationship Id="rId2462" Type="http://schemas.openxmlformats.org/officeDocument/2006/relationships/image" Target="media/x17085.wmf"/><Relationship Id="rId2463" Type="http://schemas.openxmlformats.org/officeDocument/2006/relationships/image" Target="media/x17086.wmf"/><Relationship Id="rId2464" Type="http://schemas.openxmlformats.org/officeDocument/2006/relationships/image" Target="media/x17087.wmf"/><Relationship Id="rId2465" Type="http://schemas.openxmlformats.org/officeDocument/2006/relationships/image" Target="media/x17088.wmf"/><Relationship Id="rId2466" Type="http://schemas.openxmlformats.org/officeDocument/2006/relationships/image" Target="media/x17089.wmf"/><Relationship Id="rId2467" Type="http://schemas.openxmlformats.org/officeDocument/2006/relationships/image" Target="media/x17090.wmf"/><Relationship Id="rId2468" Type="http://schemas.openxmlformats.org/officeDocument/2006/relationships/image" Target="media/x17091.wmf"/><Relationship Id="rId2469" Type="http://schemas.openxmlformats.org/officeDocument/2006/relationships/image" Target="media/x17092.wmf"/><Relationship Id="rId2470" Type="http://schemas.openxmlformats.org/officeDocument/2006/relationships/image" Target="media/x17093.wmf"/><Relationship Id="rId2471" Type="http://schemas.openxmlformats.org/officeDocument/2006/relationships/image" Target="media/x17094.wmf"/><Relationship Id="rId2472" Type="http://schemas.openxmlformats.org/officeDocument/2006/relationships/image" Target="media/x17095.wmf"/><Relationship Id="rId2473" Type="http://schemas.openxmlformats.org/officeDocument/2006/relationships/image" Target="media/x17096.wmf"/><Relationship Id="rId2474" Type="http://schemas.openxmlformats.org/officeDocument/2006/relationships/image" Target="media/x17097.wmf"/><Relationship Id="rId2475" Type="http://schemas.openxmlformats.org/officeDocument/2006/relationships/image" Target="media/x17098.wmf"/><Relationship Id="rId2476" Type="http://schemas.openxmlformats.org/officeDocument/2006/relationships/image" Target="media/x17099.wmf"/><Relationship Id="rId2477" Type="http://schemas.openxmlformats.org/officeDocument/2006/relationships/image" Target="media/x17100.wmf"/><Relationship Id="rId2478" Type="http://schemas.openxmlformats.org/officeDocument/2006/relationships/image" Target="media/x17101.wmf"/><Relationship Id="rId2479" Type="http://schemas.openxmlformats.org/officeDocument/2006/relationships/image" Target="media/x17102.wmf"/><Relationship Id="rId2480" Type="http://schemas.openxmlformats.org/officeDocument/2006/relationships/image" Target="media/x17103.wmf"/><Relationship Id="rId2481" Type="http://schemas.openxmlformats.org/officeDocument/2006/relationships/image" Target="media/x17104.wmf"/><Relationship Id="rId2482" Type="http://schemas.openxmlformats.org/officeDocument/2006/relationships/image" Target="media/x17105.wmf"/><Relationship Id="rId2483" Type="http://schemas.openxmlformats.org/officeDocument/2006/relationships/image" Target="media/x17106.wmf"/><Relationship Id="rId2484" Type="http://schemas.openxmlformats.org/officeDocument/2006/relationships/image" Target="media/x17107.wmf"/><Relationship Id="rId2485" Type="http://schemas.openxmlformats.org/officeDocument/2006/relationships/image" Target="media/x17108.wmf"/><Relationship Id="rId2486" Type="http://schemas.openxmlformats.org/officeDocument/2006/relationships/image" Target="media/x17109.wmf"/><Relationship Id="rId2487" Type="http://schemas.openxmlformats.org/officeDocument/2006/relationships/image" Target="media/x17110.wmf"/><Relationship Id="rId2488" Type="http://schemas.openxmlformats.org/officeDocument/2006/relationships/image" Target="media/x17111.wmf"/><Relationship Id="rId2489" Type="http://schemas.openxmlformats.org/officeDocument/2006/relationships/image" Target="media/x17112.wmf"/><Relationship Id="rId2490" Type="http://schemas.openxmlformats.org/officeDocument/2006/relationships/image" Target="media/x17113.wmf"/><Relationship Id="rId2491" Type="http://schemas.openxmlformats.org/officeDocument/2006/relationships/image" Target="media/x17114.wmf"/><Relationship Id="rId2492" Type="http://schemas.openxmlformats.org/officeDocument/2006/relationships/image" Target="media/x17115.wmf"/><Relationship Id="rId2493" Type="http://schemas.openxmlformats.org/officeDocument/2006/relationships/image" Target="media/x17116.wmf"/><Relationship Id="rId2494" Type="http://schemas.openxmlformats.org/officeDocument/2006/relationships/image" Target="media/x17117.wmf"/><Relationship Id="rId2495" Type="http://schemas.openxmlformats.org/officeDocument/2006/relationships/image" Target="media/x17118.wmf"/><Relationship Id="rId2496" Type="http://schemas.openxmlformats.org/officeDocument/2006/relationships/image" Target="media/x17119.wmf"/><Relationship Id="rId2497" Type="http://schemas.openxmlformats.org/officeDocument/2006/relationships/image" Target="media/x17120.wmf"/><Relationship Id="rId2498" Type="http://schemas.openxmlformats.org/officeDocument/2006/relationships/image" Target="media/x17121.wmf"/><Relationship Id="rId2499" Type="http://schemas.openxmlformats.org/officeDocument/2006/relationships/image" Target="media/x17122.wmf"/><Relationship Id="rId2500" Type="http://schemas.openxmlformats.org/officeDocument/2006/relationships/image" Target="media/x17123.wmf"/><Relationship Id="rId2501" Type="http://schemas.openxmlformats.org/officeDocument/2006/relationships/image" Target="media/x17124.wmf"/><Relationship Id="rId2502" Type="http://schemas.openxmlformats.org/officeDocument/2006/relationships/image" Target="media/x17125.wmf"/><Relationship Id="rId2503" Type="http://schemas.openxmlformats.org/officeDocument/2006/relationships/image" Target="media/x17126.wmf"/><Relationship Id="rId2504" Type="http://schemas.openxmlformats.org/officeDocument/2006/relationships/image" Target="media/x17127.wmf"/><Relationship Id="rId2505" Type="http://schemas.openxmlformats.org/officeDocument/2006/relationships/image" Target="media/x17128.wmf"/><Relationship Id="rId2506" Type="http://schemas.openxmlformats.org/officeDocument/2006/relationships/image" Target="media/x17129.wmf"/><Relationship Id="rId2507" Type="http://schemas.openxmlformats.org/officeDocument/2006/relationships/image" Target="media/x17130.wmf"/><Relationship Id="rId2508" Type="http://schemas.openxmlformats.org/officeDocument/2006/relationships/image" Target="media/x17131.wmf"/><Relationship Id="rId2509" Type="http://schemas.openxmlformats.org/officeDocument/2006/relationships/image" Target="media/x17132.wmf"/><Relationship Id="rId2510" Type="http://schemas.openxmlformats.org/officeDocument/2006/relationships/image" Target="media/x17133.wmf"/><Relationship Id="rId2511" Type="http://schemas.openxmlformats.org/officeDocument/2006/relationships/image" Target="media/x17134.wmf"/><Relationship Id="rId2512" Type="http://schemas.openxmlformats.org/officeDocument/2006/relationships/image" Target="media/x17135.wmf"/><Relationship Id="rId2513" Type="http://schemas.openxmlformats.org/officeDocument/2006/relationships/image" Target="media/x17136.wmf"/><Relationship Id="rId2514" Type="http://schemas.openxmlformats.org/officeDocument/2006/relationships/image" Target="media/x17137.png"/><Relationship Id="rId2515" Type="http://schemas.openxmlformats.org/officeDocument/2006/relationships/image" Target="media/x17138.png"/><Relationship Id="rId2516" Type="http://schemas.openxmlformats.org/officeDocument/2006/relationships/image" Target="media/x17139.png"/><Relationship Id="rId2517" Type="http://schemas.openxmlformats.org/officeDocument/2006/relationships/image" Target="media/x17140.wmf"/><Relationship Id="rId2518" Type="http://schemas.openxmlformats.org/officeDocument/2006/relationships/image" Target="media/x17141.wmf"/><Relationship Id="rId2519" Type="http://schemas.openxmlformats.org/officeDocument/2006/relationships/image" Target="media/x17142.wmf"/><Relationship Id="rId2520" Type="http://schemas.openxmlformats.org/officeDocument/2006/relationships/image" Target="media/x17143.wmf"/><Relationship Id="rId2521" Type="http://schemas.openxmlformats.org/officeDocument/2006/relationships/image" Target="media/x17144.png"/><Relationship Id="rId2522" Type="http://schemas.openxmlformats.org/officeDocument/2006/relationships/image" Target="media/x17145.png"/><Relationship Id="rId2523" Type="http://schemas.openxmlformats.org/officeDocument/2006/relationships/image" Target="media/x17146.png"/><Relationship Id="rId2524" Type="http://schemas.openxmlformats.org/officeDocument/2006/relationships/image" Target="media/x17147.png"/><Relationship Id="rId2525" Type="http://schemas.openxmlformats.org/officeDocument/2006/relationships/image" Target="media/x17148.png"/><Relationship Id="rId2526" Type="http://schemas.openxmlformats.org/officeDocument/2006/relationships/image" Target="media/x17149.png"/><Relationship Id="rId2527" Type="http://schemas.openxmlformats.org/officeDocument/2006/relationships/image" Target="media/x17150.png"/><Relationship Id="rId2528" Type="http://schemas.openxmlformats.org/officeDocument/2006/relationships/image" Target="media/x17151.wmf"/><Relationship Id="rId2529" Type="http://schemas.openxmlformats.org/officeDocument/2006/relationships/image" Target="media/x17152.wmf"/><Relationship Id="rId2530" Type="http://schemas.openxmlformats.org/officeDocument/2006/relationships/image" Target="media/x17153.wmf"/><Relationship Id="rId2531" Type="http://schemas.openxmlformats.org/officeDocument/2006/relationships/image" Target="media/x17154.wmf"/><Relationship Id="rId2532" Type="http://schemas.openxmlformats.org/officeDocument/2006/relationships/image" Target="media/x17155.wmf"/><Relationship Id="rId2533" Type="http://schemas.openxmlformats.org/officeDocument/2006/relationships/image" Target="media/x17156.wmf"/><Relationship Id="rId2534" Type="http://schemas.openxmlformats.org/officeDocument/2006/relationships/image" Target="media/x17157.wmf"/><Relationship Id="rId2535" Type="http://schemas.openxmlformats.org/officeDocument/2006/relationships/image" Target="media/x17158.wmf"/><Relationship Id="rId2536" Type="http://schemas.openxmlformats.org/officeDocument/2006/relationships/image" Target="media/x17159.wmf"/><Relationship Id="rId2537" Type="http://schemas.openxmlformats.org/officeDocument/2006/relationships/image" Target="media/x17160.wmf"/><Relationship Id="rId2538" Type="http://schemas.openxmlformats.org/officeDocument/2006/relationships/image" Target="media/x17161.wmf"/><Relationship Id="rId2539" Type="http://schemas.openxmlformats.org/officeDocument/2006/relationships/image" Target="media/x17162.wmf"/><Relationship Id="rId2540" Type="http://schemas.openxmlformats.org/officeDocument/2006/relationships/image" Target="media/x17163.wmf"/><Relationship Id="rId2541" Type="http://schemas.openxmlformats.org/officeDocument/2006/relationships/image" Target="media/x17164.wmf"/><Relationship Id="rId2542" Type="http://schemas.openxmlformats.org/officeDocument/2006/relationships/image" Target="media/x17165.wmf"/><Relationship Id="rId2543" Type="http://schemas.openxmlformats.org/officeDocument/2006/relationships/image" Target="media/x17166.wmf"/><Relationship Id="rId2544" Type="http://schemas.openxmlformats.org/officeDocument/2006/relationships/image" Target="media/x17167.wmf"/><Relationship Id="rId2545" Type="http://schemas.openxmlformats.org/officeDocument/2006/relationships/image" Target="media/x17168.wmf"/><Relationship Id="rId2546" Type="http://schemas.openxmlformats.org/officeDocument/2006/relationships/image" Target="media/x17169.wmf"/><Relationship Id="rId2547" Type="http://schemas.openxmlformats.org/officeDocument/2006/relationships/image" Target="media/x17170.wmf"/><Relationship Id="rId2548" Type="http://schemas.openxmlformats.org/officeDocument/2006/relationships/image" Target="media/x17171.wmf"/><Relationship Id="rId2549" Type="http://schemas.openxmlformats.org/officeDocument/2006/relationships/image" Target="media/x17172.wmf"/><Relationship Id="rId2550" Type="http://schemas.openxmlformats.org/officeDocument/2006/relationships/image" Target="media/x17173.wmf"/><Relationship Id="rId2551" Type="http://schemas.openxmlformats.org/officeDocument/2006/relationships/image" Target="media/x17174.wmf"/><Relationship Id="rId2552" Type="http://schemas.openxmlformats.org/officeDocument/2006/relationships/image" Target="media/x17175.wmf"/><Relationship Id="rId2553" Type="http://schemas.openxmlformats.org/officeDocument/2006/relationships/image" Target="media/x17176.wmf"/><Relationship Id="rId2554" Type="http://schemas.openxmlformats.org/officeDocument/2006/relationships/image" Target="media/x17177.wmf"/><Relationship Id="rId2555" Type="http://schemas.openxmlformats.org/officeDocument/2006/relationships/image" Target="media/x17178.wmf"/><Relationship Id="rId2556" Type="http://schemas.openxmlformats.org/officeDocument/2006/relationships/image" Target="media/x17179.wmf"/><Relationship Id="rId2557" Type="http://schemas.openxmlformats.org/officeDocument/2006/relationships/image" Target="media/x17180.wmf"/><Relationship Id="rId2558" Type="http://schemas.openxmlformats.org/officeDocument/2006/relationships/image" Target="media/x17181.wmf"/><Relationship Id="rId2559" Type="http://schemas.openxmlformats.org/officeDocument/2006/relationships/image" Target="media/x17182.wmf"/><Relationship Id="rId2560" Type="http://schemas.openxmlformats.org/officeDocument/2006/relationships/image" Target="media/x17183.wmf"/><Relationship Id="rId2561" Type="http://schemas.openxmlformats.org/officeDocument/2006/relationships/image" Target="media/x17184.wmf"/><Relationship Id="rId2562" Type="http://schemas.openxmlformats.org/officeDocument/2006/relationships/image" Target="media/x17185.wmf"/><Relationship Id="rId2563" Type="http://schemas.openxmlformats.org/officeDocument/2006/relationships/image" Target="media/x17186.wmf"/><Relationship Id="rId2564" Type="http://schemas.openxmlformats.org/officeDocument/2006/relationships/image" Target="media/x17187.wmf"/><Relationship Id="rId2565" Type="http://schemas.openxmlformats.org/officeDocument/2006/relationships/image" Target="media/x17188.wmf"/><Relationship Id="rId2566" Type="http://schemas.openxmlformats.org/officeDocument/2006/relationships/image" Target="media/x17189.wmf"/><Relationship Id="rId2567" Type="http://schemas.openxmlformats.org/officeDocument/2006/relationships/image" Target="media/x17190.wmf"/><Relationship Id="rId2568" Type="http://schemas.openxmlformats.org/officeDocument/2006/relationships/image" Target="media/x17191.wmf"/><Relationship Id="rId2569" Type="http://schemas.openxmlformats.org/officeDocument/2006/relationships/image" Target="media/x17192.wmf"/><Relationship Id="rId2570" Type="http://schemas.openxmlformats.org/officeDocument/2006/relationships/image" Target="media/x17193.wmf"/><Relationship Id="rId2571" Type="http://schemas.openxmlformats.org/officeDocument/2006/relationships/image" Target="media/x17194.wmf"/><Relationship Id="rId2572" Type="http://schemas.openxmlformats.org/officeDocument/2006/relationships/image" Target="media/x17195.wmf"/><Relationship Id="rId2573" Type="http://schemas.openxmlformats.org/officeDocument/2006/relationships/image" Target="media/x17196.wmf"/><Relationship Id="rId2574" Type="http://schemas.openxmlformats.org/officeDocument/2006/relationships/image" Target="media/x17197.wmf"/><Relationship Id="rId2575" Type="http://schemas.openxmlformats.org/officeDocument/2006/relationships/image" Target="media/x17198.wmf"/><Relationship Id="rId2576" Type="http://schemas.openxmlformats.org/officeDocument/2006/relationships/image" Target="media/x17199.wmf"/><Relationship Id="rId2577" Type="http://schemas.openxmlformats.org/officeDocument/2006/relationships/image" Target="media/x17200.wmf"/><Relationship Id="rId2578" Type="http://schemas.openxmlformats.org/officeDocument/2006/relationships/image" Target="media/x17201.wmf"/><Relationship Id="rId2579" Type="http://schemas.openxmlformats.org/officeDocument/2006/relationships/image" Target="media/x17202.wmf"/><Relationship Id="rId2580" Type="http://schemas.openxmlformats.org/officeDocument/2006/relationships/image" Target="media/x17203.wmf"/><Relationship Id="rId2581" Type="http://schemas.openxmlformats.org/officeDocument/2006/relationships/image" Target="media/x17204.wmf"/><Relationship Id="rId2582" Type="http://schemas.openxmlformats.org/officeDocument/2006/relationships/image" Target="media/x17205.wmf"/><Relationship Id="rId2583" Type="http://schemas.openxmlformats.org/officeDocument/2006/relationships/image" Target="media/x17206.wmf"/><Relationship Id="rId2584" Type="http://schemas.openxmlformats.org/officeDocument/2006/relationships/image" Target="media/x17207.wmf"/><Relationship Id="rId2585" Type="http://schemas.openxmlformats.org/officeDocument/2006/relationships/image" Target="media/x17208.wmf"/><Relationship Id="rId2586" Type="http://schemas.openxmlformats.org/officeDocument/2006/relationships/image" Target="media/x17209.wmf"/><Relationship Id="rId2587" Type="http://schemas.openxmlformats.org/officeDocument/2006/relationships/image" Target="media/x17210.wmf"/><Relationship Id="rId2588" Type="http://schemas.openxmlformats.org/officeDocument/2006/relationships/image" Target="media/x17211.wmf"/><Relationship Id="rId2589" Type="http://schemas.openxmlformats.org/officeDocument/2006/relationships/image" Target="media/x17212.wmf"/><Relationship Id="rId2590" Type="http://schemas.openxmlformats.org/officeDocument/2006/relationships/image" Target="media/x17213.wmf"/><Relationship Id="rId2591" Type="http://schemas.openxmlformats.org/officeDocument/2006/relationships/image" Target="media/x17214.png"/><Relationship Id="rId2592" Type="http://schemas.openxmlformats.org/officeDocument/2006/relationships/image" Target="media/x17215.wmf"/><Relationship Id="rId2593" Type="http://schemas.openxmlformats.org/officeDocument/2006/relationships/image" Target="media/x17216.wmf"/><Relationship Id="rId2594" Type="http://schemas.openxmlformats.org/officeDocument/2006/relationships/image" Target="media/x17217.wmf"/><Relationship Id="rId2595" Type="http://schemas.openxmlformats.org/officeDocument/2006/relationships/image" Target="media/x17218.wmf"/><Relationship Id="rId2596" Type="http://schemas.openxmlformats.org/officeDocument/2006/relationships/image" Target="media/x17219.wmf"/><Relationship Id="rId2597" Type="http://schemas.openxmlformats.org/officeDocument/2006/relationships/image" Target="media/x17220.wmf"/><Relationship Id="rId2598" Type="http://schemas.openxmlformats.org/officeDocument/2006/relationships/image" Target="media/x17221.wmf"/><Relationship Id="rId2599" Type="http://schemas.openxmlformats.org/officeDocument/2006/relationships/image" Target="media/x17222.wmf"/><Relationship Id="rId2600" Type="http://schemas.openxmlformats.org/officeDocument/2006/relationships/image" Target="media/x17223.wmf"/><Relationship Id="rId2601" Type="http://schemas.openxmlformats.org/officeDocument/2006/relationships/image" Target="media/x17224.wmf"/><Relationship Id="rId2602" Type="http://schemas.openxmlformats.org/officeDocument/2006/relationships/image" Target="media/x17225.wmf"/><Relationship Id="rId2603" Type="http://schemas.openxmlformats.org/officeDocument/2006/relationships/image" Target="media/x17226.wmf"/><Relationship Id="rId2604" Type="http://schemas.openxmlformats.org/officeDocument/2006/relationships/image" Target="media/x17227.wmf"/><Relationship Id="rId2605" Type="http://schemas.openxmlformats.org/officeDocument/2006/relationships/image" Target="media/x17228.wmf"/><Relationship Id="rId2606" Type="http://schemas.openxmlformats.org/officeDocument/2006/relationships/image" Target="media/x17229.png"/><Relationship Id="rId2607" Type="http://schemas.openxmlformats.org/officeDocument/2006/relationships/image" Target="media/x17230.wmf"/><Relationship Id="rId2608" Type="http://schemas.openxmlformats.org/officeDocument/2006/relationships/image" Target="media/x17231.wmf"/><Relationship Id="rId2609" Type="http://schemas.openxmlformats.org/officeDocument/2006/relationships/image" Target="media/x17232.wmf"/><Relationship Id="rId2610" Type="http://schemas.openxmlformats.org/officeDocument/2006/relationships/image" Target="media/x17233.wmf"/><Relationship Id="rId2611" Type="http://schemas.openxmlformats.org/officeDocument/2006/relationships/image" Target="media/x17234.png"/><Relationship Id="rId2612" Type="http://schemas.openxmlformats.org/officeDocument/2006/relationships/image" Target="media/x17235.wmf"/><Relationship Id="rId2613" Type="http://schemas.openxmlformats.org/officeDocument/2006/relationships/image" Target="media/x17236.wmf"/><Relationship Id="rId2614" Type="http://schemas.openxmlformats.org/officeDocument/2006/relationships/image" Target="media/x17237.wmf"/><Relationship Id="rId2615" Type="http://schemas.openxmlformats.org/officeDocument/2006/relationships/image" Target="media/x17238.wmf"/><Relationship Id="rId2616" Type="http://schemas.openxmlformats.org/officeDocument/2006/relationships/image" Target="media/x17239.wmf"/><Relationship Id="rId2617" Type="http://schemas.openxmlformats.org/officeDocument/2006/relationships/image" Target="media/x17240.wmf"/><Relationship Id="rId2618" Type="http://schemas.openxmlformats.org/officeDocument/2006/relationships/image" Target="media/x17241.wmf"/><Relationship Id="rId2619" Type="http://schemas.openxmlformats.org/officeDocument/2006/relationships/image" Target="media/x17242.wmf"/><Relationship Id="rId2620" Type="http://schemas.openxmlformats.org/officeDocument/2006/relationships/image" Target="media/x17243.wmf"/><Relationship Id="rId2621" Type="http://schemas.openxmlformats.org/officeDocument/2006/relationships/image" Target="media/x17244.wmf"/><Relationship Id="rId2622" Type="http://schemas.openxmlformats.org/officeDocument/2006/relationships/image" Target="media/x17245.wmf"/><Relationship Id="rId2623" Type="http://schemas.openxmlformats.org/officeDocument/2006/relationships/image" Target="media/x17246.wmf"/><Relationship Id="rId2624" Type="http://schemas.openxmlformats.org/officeDocument/2006/relationships/image" Target="media/x17247.wmf"/><Relationship Id="rId2625" Type="http://schemas.openxmlformats.org/officeDocument/2006/relationships/image" Target="media/x17248.wmf"/><Relationship Id="rId2626" Type="http://schemas.openxmlformats.org/officeDocument/2006/relationships/image" Target="media/x17249.wmf"/><Relationship Id="rId2627" Type="http://schemas.openxmlformats.org/officeDocument/2006/relationships/image" Target="media/x17250.wmf"/><Relationship Id="rId2628" Type="http://schemas.openxmlformats.org/officeDocument/2006/relationships/image" Target="media/x17251.wmf"/><Relationship Id="rId2629" Type="http://schemas.openxmlformats.org/officeDocument/2006/relationships/image" Target="media/x17252.wmf"/><Relationship Id="rId2630" Type="http://schemas.openxmlformats.org/officeDocument/2006/relationships/image" Target="media/x17253.wmf"/><Relationship Id="rId2631" Type="http://schemas.openxmlformats.org/officeDocument/2006/relationships/image" Target="media/x17254.wmf"/><Relationship Id="rId2632" Type="http://schemas.openxmlformats.org/officeDocument/2006/relationships/image" Target="media/x17255.wmf"/><Relationship Id="rId2633" Type="http://schemas.openxmlformats.org/officeDocument/2006/relationships/image" Target="media/x17256.wmf"/><Relationship Id="rId2634" Type="http://schemas.openxmlformats.org/officeDocument/2006/relationships/image" Target="media/x17257.wmf"/><Relationship Id="rId2635" Type="http://schemas.openxmlformats.org/officeDocument/2006/relationships/image" Target="media/x17258.wmf"/><Relationship Id="rId2636" Type="http://schemas.openxmlformats.org/officeDocument/2006/relationships/image" Target="media/x17259.wmf"/><Relationship Id="rId2637" Type="http://schemas.openxmlformats.org/officeDocument/2006/relationships/image" Target="media/x17260.wmf"/><Relationship Id="rId2638" Type="http://schemas.openxmlformats.org/officeDocument/2006/relationships/image" Target="media/x17261.wmf"/><Relationship Id="rId2639" Type="http://schemas.openxmlformats.org/officeDocument/2006/relationships/image" Target="media/x17262.wmf"/><Relationship Id="rId2640" Type="http://schemas.openxmlformats.org/officeDocument/2006/relationships/image" Target="media/x17263.wmf"/><Relationship Id="rId2641" Type="http://schemas.openxmlformats.org/officeDocument/2006/relationships/image" Target="media/x17264.png"/><Relationship Id="rId2642" Type="http://schemas.openxmlformats.org/officeDocument/2006/relationships/image" Target="media/x17265.wmf"/><Relationship Id="rId2643" Type="http://schemas.openxmlformats.org/officeDocument/2006/relationships/image" Target="media/x17266.wmf"/><Relationship Id="rId2644" Type="http://schemas.openxmlformats.org/officeDocument/2006/relationships/image" Target="media/x17267.wmf"/><Relationship Id="rId2645" Type="http://schemas.openxmlformats.org/officeDocument/2006/relationships/image" Target="media/x17268.wmf"/><Relationship Id="rId2646" Type="http://schemas.openxmlformats.org/officeDocument/2006/relationships/image" Target="media/x17269.wmf"/><Relationship Id="rId2647" Type="http://schemas.openxmlformats.org/officeDocument/2006/relationships/image" Target="media/x17270.wmf"/><Relationship Id="rId2648" Type="http://schemas.openxmlformats.org/officeDocument/2006/relationships/image" Target="media/x17271.wmf"/><Relationship Id="rId2649" Type="http://schemas.openxmlformats.org/officeDocument/2006/relationships/image" Target="media/x17272.wmf"/><Relationship Id="rId2650" Type="http://schemas.openxmlformats.org/officeDocument/2006/relationships/image" Target="media/x17273.wmf"/><Relationship Id="rId2651" Type="http://schemas.openxmlformats.org/officeDocument/2006/relationships/image" Target="media/x17274.wmf"/><Relationship Id="rId2652" Type="http://schemas.openxmlformats.org/officeDocument/2006/relationships/image" Target="media/x17275.wmf"/><Relationship Id="rId2653" Type="http://schemas.openxmlformats.org/officeDocument/2006/relationships/image" Target="media/x17276.png"/><Relationship Id="rId2654" Type="http://schemas.openxmlformats.org/officeDocument/2006/relationships/image" Target="media/x17277.wmf"/><Relationship Id="rId2655" Type="http://schemas.openxmlformats.org/officeDocument/2006/relationships/image" Target="media/x17278.wmf"/><Relationship Id="rId2656" Type="http://schemas.openxmlformats.org/officeDocument/2006/relationships/image" Target="media/x17279.wmf"/><Relationship Id="rId2657" Type="http://schemas.openxmlformats.org/officeDocument/2006/relationships/image" Target="media/x17280.wmf"/><Relationship Id="rId2658" Type="http://schemas.openxmlformats.org/officeDocument/2006/relationships/image" Target="media/x17281.wmf"/><Relationship Id="rId2659" Type="http://schemas.openxmlformats.org/officeDocument/2006/relationships/image" Target="media/x17282.wmf"/><Relationship Id="rId2660" Type="http://schemas.openxmlformats.org/officeDocument/2006/relationships/image" Target="media/x17283.wmf"/><Relationship Id="rId2661" Type="http://schemas.openxmlformats.org/officeDocument/2006/relationships/image" Target="media/x17284.wmf"/><Relationship Id="rId2662" Type="http://schemas.openxmlformats.org/officeDocument/2006/relationships/image" Target="media/x17285.wmf"/><Relationship Id="rId2663" Type="http://schemas.openxmlformats.org/officeDocument/2006/relationships/image" Target="media/x17286.wmf"/><Relationship Id="rId2664" Type="http://schemas.openxmlformats.org/officeDocument/2006/relationships/image" Target="media/x17287.wmf"/><Relationship Id="rId2665" Type="http://schemas.openxmlformats.org/officeDocument/2006/relationships/image" Target="media/x17288.wmf"/><Relationship Id="rId2666" Type="http://schemas.openxmlformats.org/officeDocument/2006/relationships/image" Target="media/x17289.wmf"/><Relationship Id="rId2667" Type="http://schemas.openxmlformats.org/officeDocument/2006/relationships/image" Target="media/x17290.wmf"/><Relationship Id="rId2668" Type="http://schemas.openxmlformats.org/officeDocument/2006/relationships/image" Target="media/x17291.wmf"/><Relationship Id="rId2669" Type="http://schemas.openxmlformats.org/officeDocument/2006/relationships/image" Target="media/x17292.wmf"/><Relationship Id="rId2670" Type="http://schemas.openxmlformats.org/officeDocument/2006/relationships/image" Target="media/x17293.wmf"/><Relationship Id="rId2671" Type="http://schemas.openxmlformats.org/officeDocument/2006/relationships/image" Target="media/x17294.wmf"/><Relationship Id="rId2672" Type="http://schemas.openxmlformats.org/officeDocument/2006/relationships/image" Target="media/x17295.wmf"/><Relationship Id="rId2673" Type="http://schemas.openxmlformats.org/officeDocument/2006/relationships/image" Target="media/x17296.wmf"/><Relationship Id="rId2674" Type="http://schemas.openxmlformats.org/officeDocument/2006/relationships/image" Target="media/x17297.wmf"/><Relationship Id="rId2675" Type="http://schemas.openxmlformats.org/officeDocument/2006/relationships/image" Target="media/x17298.wmf"/><Relationship Id="rId2676" Type="http://schemas.openxmlformats.org/officeDocument/2006/relationships/image" Target="media/x17299.wmf"/><Relationship Id="rId2677" Type="http://schemas.openxmlformats.org/officeDocument/2006/relationships/image" Target="media/x17300.wmf"/><Relationship Id="rId2678" Type="http://schemas.openxmlformats.org/officeDocument/2006/relationships/image" Target="media/x17301.wmf"/><Relationship Id="rId2679" Type="http://schemas.openxmlformats.org/officeDocument/2006/relationships/image" Target="media/x17302.wmf"/><Relationship Id="rId2680" Type="http://schemas.openxmlformats.org/officeDocument/2006/relationships/image" Target="media/x17303.wmf"/><Relationship Id="rId2681" Type="http://schemas.openxmlformats.org/officeDocument/2006/relationships/image" Target="media/x17304.wmf"/><Relationship Id="rId2682" Type="http://schemas.openxmlformats.org/officeDocument/2006/relationships/image" Target="media/x17305.wmf"/><Relationship Id="rId2683" Type="http://schemas.openxmlformats.org/officeDocument/2006/relationships/image" Target="media/x17306.wmf"/><Relationship Id="rId2684" Type="http://schemas.openxmlformats.org/officeDocument/2006/relationships/image" Target="media/x17307.wmf"/><Relationship Id="rId2685" Type="http://schemas.openxmlformats.org/officeDocument/2006/relationships/image" Target="media/x17308.wmf"/><Relationship Id="rId2686" Type="http://schemas.openxmlformats.org/officeDocument/2006/relationships/image" Target="media/x17309.wmf"/><Relationship Id="rId2687" Type="http://schemas.openxmlformats.org/officeDocument/2006/relationships/image" Target="media/x17310.wmf"/><Relationship Id="rId2688" Type="http://schemas.openxmlformats.org/officeDocument/2006/relationships/image" Target="media/x17311.wmf"/><Relationship Id="rId2689" Type="http://schemas.openxmlformats.org/officeDocument/2006/relationships/image" Target="media/x17312.wmf"/><Relationship Id="rId2690" Type="http://schemas.openxmlformats.org/officeDocument/2006/relationships/image" Target="media/x17313.wmf"/><Relationship Id="rId2691" Type="http://schemas.openxmlformats.org/officeDocument/2006/relationships/image" Target="media/x17314.wmf"/><Relationship Id="rId2692" Type="http://schemas.openxmlformats.org/officeDocument/2006/relationships/image" Target="media/x17315.wmf"/><Relationship Id="rId2693" Type="http://schemas.openxmlformats.org/officeDocument/2006/relationships/image" Target="media/x17316.wmf"/><Relationship Id="rId2694" Type="http://schemas.openxmlformats.org/officeDocument/2006/relationships/image" Target="media/x17317.wmf"/><Relationship Id="rId2695" Type="http://schemas.openxmlformats.org/officeDocument/2006/relationships/image" Target="media/x17318.wmf"/><Relationship Id="rId2696" Type="http://schemas.openxmlformats.org/officeDocument/2006/relationships/image" Target="media/x17319.wmf"/><Relationship Id="rId2697" Type="http://schemas.openxmlformats.org/officeDocument/2006/relationships/image" Target="media/x17320.png"/><Relationship Id="rId2698" Type="http://schemas.openxmlformats.org/officeDocument/2006/relationships/image" Target="media/x17321.png"/><Relationship Id="rId2699" Type="http://schemas.openxmlformats.org/officeDocument/2006/relationships/image" Target="media/x17322.png"/><Relationship Id="rId2700" Type="http://schemas.openxmlformats.org/officeDocument/2006/relationships/image" Target="media/x17323.wmf"/><Relationship Id="rId2701" Type="http://schemas.openxmlformats.org/officeDocument/2006/relationships/image" Target="media/x17324.wmf"/><Relationship Id="rId2702" Type="http://schemas.openxmlformats.org/officeDocument/2006/relationships/image" Target="media/x17325.wmf"/><Relationship Id="rId2703" Type="http://schemas.openxmlformats.org/officeDocument/2006/relationships/image" Target="media/x17326.wmf"/><Relationship Id="rId2704" Type="http://schemas.openxmlformats.org/officeDocument/2006/relationships/image" Target="media/x17327.wmf"/><Relationship Id="rId2705" Type="http://schemas.openxmlformats.org/officeDocument/2006/relationships/image" Target="media/x17328.wmf"/><Relationship Id="rId2706" Type="http://schemas.openxmlformats.org/officeDocument/2006/relationships/image" Target="media/x17329.wmf"/><Relationship Id="rId2707" Type="http://schemas.openxmlformats.org/officeDocument/2006/relationships/image" Target="media/x17330.wmf"/><Relationship Id="rId2708" Type="http://schemas.openxmlformats.org/officeDocument/2006/relationships/image" Target="media/x17331.wmf"/><Relationship Id="rId2709" Type="http://schemas.openxmlformats.org/officeDocument/2006/relationships/image" Target="media/x17332.wmf"/><Relationship Id="rId2710" Type="http://schemas.openxmlformats.org/officeDocument/2006/relationships/image" Target="media/x17333.wmf"/><Relationship Id="rId2711" Type="http://schemas.openxmlformats.org/officeDocument/2006/relationships/image" Target="media/x17334.wmf"/><Relationship Id="rId2712" Type="http://schemas.openxmlformats.org/officeDocument/2006/relationships/image" Target="media/x17335.wmf"/><Relationship Id="rId2713" Type="http://schemas.openxmlformats.org/officeDocument/2006/relationships/image" Target="media/x17336.wmf"/><Relationship Id="rId2714" Type="http://schemas.openxmlformats.org/officeDocument/2006/relationships/image" Target="media/x17337.wmf"/><Relationship Id="rId2715" Type="http://schemas.openxmlformats.org/officeDocument/2006/relationships/image" Target="media/x17338.wmf"/><Relationship Id="rId2716" Type="http://schemas.openxmlformats.org/officeDocument/2006/relationships/image" Target="media/x17339.wmf"/><Relationship Id="rId2717" Type="http://schemas.openxmlformats.org/officeDocument/2006/relationships/image" Target="media/x17340.wmf"/><Relationship Id="rId2718" Type="http://schemas.openxmlformats.org/officeDocument/2006/relationships/image" Target="media/x17341.wmf"/><Relationship Id="rId2719" Type="http://schemas.openxmlformats.org/officeDocument/2006/relationships/image" Target="media/x17342.wmf"/><Relationship Id="rId2720" Type="http://schemas.openxmlformats.org/officeDocument/2006/relationships/image" Target="media/x17343.wmf"/><Relationship Id="rId2721" Type="http://schemas.openxmlformats.org/officeDocument/2006/relationships/image" Target="media/x17344.wmf"/><Relationship Id="rId2722" Type="http://schemas.openxmlformats.org/officeDocument/2006/relationships/image" Target="media/x17345.wmf"/><Relationship Id="rId2723" Type="http://schemas.openxmlformats.org/officeDocument/2006/relationships/image" Target="media/x17346.wmf"/><Relationship Id="rId2724" Type="http://schemas.openxmlformats.org/officeDocument/2006/relationships/image" Target="media/x17347.wmf"/><Relationship Id="rId2725" Type="http://schemas.openxmlformats.org/officeDocument/2006/relationships/image" Target="media/x17348.wmf"/><Relationship Id="rId2726" Type="http://schemas.openxmlformats.org/officeDocument/2006/relationships/image" Target="media/x17349.wmf"/><Relationship Id="rId2727" Type="http://schemas.openxmlformats.org/officeDocument/2006/relationships/image" Target="media/x17350.wmf"/><Relationship Id="rId2728" Type="http://schemas.openxmlformats.org/officeDocument/2006/relationships/image" Target="media/x17351.wmf"/><Relationship Id="rId2729" Type="http://schemas.openxmlformats.org/officeDocument/2006/relationships/image" Target="media/x17352.wmf"/><Relationship Id="rId2730" Type="http://schemas.openxmlformats.org/officeDocument/2006/relationships/image" Target="media/x17353.wmf"/><Relationship Id="rId2731" Type="http://schemas.openxmlformats.org/officeDocument/2006/relationships/image" Target="media/x17354.wmf"/><Relationship Id="rId2732" Type="http://schemas.openxmlformats.org/officeDocument/2006/relationships/image" Target="media/x17355.wmf"/><Relationship Id="rId2733" Type="http://schemas.openxmlformats.org/officeDocument/2006/relationships/image" Target="media/x17356.wmf"/><Relationship Id="rId2734" Type="http://schemas.openxmlformats.org/officeDocument/2006/relationships/image" Target="media/x17357.wmf"/><Relationship Id="rId2735" Type="http://schemas.openxmlformats.org/officeDocument/2006/relationships/image" Target="media/x17358.wmf"/><Relationship Id="rId2736" Type="http://schemas.openxmlformats.org/officeDocument/2006/relationships/image" Target="media/x17359.wmf"/><Relationship Id="rId2737" Type="http://schemas.openxmlformats.org/officeDocument/2006/relationships/image" Target="media/x17360.wmf"/><Relationship Id="rId2738" Type="http://schemas.openxmlformats.org/officeDocument/2006/relationships/image" Target="media/x17361.wmf"/><Relationship Id="rId2739" Type="http://schemas.openxmlformats.org/officeDocument/2006/relationships/image" Target="media/x17362.wmf"/><Relationship Id="rId2740" Type="http://schemas.openxmlformats.org/officeDocument/2006/relationships/image" Target="media/x17363.wmf"/><Relationship Id="rId2741" Type="http://schemas.openxmlformats.org/officeDocument/2006/relationships/image" Target="media/x17364.wmf"/><Relationship Id="rId2742" Type="http://schemas.openxmlformats.org/officeDocument/2006/relationships/image" Target="media/x17365.wmf"/><Relationship Id="rId2743" Type="http://schemas.openxmlformats.org/officeDocument/2006/relationships/image" Target="media/x17366.wmf"/><Relationship Id="rId2744" Type="http://schemas.openxmlformats.org/officeDocument/2006/relationships/image" Target="media/x17367.wmf"/><Relationship Id="rId2745" Type="http://schemas.openxmlformats.org/officeDocument/2006/relationships/image" Target="media/x17368.wmf"/><Relationship Id="rId2746" Type="http://schemas.openxmlformats.org/officeDocument/2006/relationships/image" Target="media/x17369.wmf"/><Relationship Id="rId2747" Type="http://schemas.openxmlformats.org/officeDocument/2006/relationships/image" Target="media/x17370.wmf"/><Relationship Id="rId2748" Type="http://schemas.openxmlformats.org/officeDocument/2006/relationships/image" Target="media/x17371.wmf"/><Relationship Id="rId2749" Type="http://schemas.openxmlformats.org/officeDocument/2006/relationships/image" Target="media/x17372.wmf"/><Relationship Id="rId2750" Type="http://schemas.openxmlformats.org/officeDocument/2006/relationships/image" Target="media/x17373.wmf"/><Relationship Id="rId2751" Type="http://schemas.openxmlformats.org/officeDocument/2006/relationships/image" Target="media/x17374.wmf"/><Relationship Id="rId2752" Type="http://schemas.openxmlformats.org/officeDocument/2006/relationships/image" Target="media/x17375.wmf"/><Relationship Id="rId2753" Type="http://schemas.openxmlformats.org/officeDocument/2006/relationships/image" Target="media/x17376.wmf"/><Relationship Id="rId2754" Type="http://schemas.openxmlformats.org/officeDocument/2006/relationships/image" Target="media/x17377.wmf"/><Relationship Id="rId2755" Type="http://schemas.openxmlformats.org/officeDocument/2006/relationships/image" Target="media/x17378.wmf"/><Relationship Id="rId2756" Type="http://schemas.openxmlformats.org/officeDocument/2006/relationships/image" Target="media/x17379.wmf"/><Relationship Id="rId2757" Type="http://schemas.openxmlformats.org/officeDocument/2006/relationships/image" Target="media/x17380.wmf"/><Relationship Id="rId2758" Type="http://schemas.openxmlformats.org/officeDocument/2006/relationships/image" Target="media/x17381.wmf"/><Relationship Id="rId2759" Type="http://schemas.openxmlformats.org/officeDocument/2006/relationships/image" Target="media/x17382.wmf"/><Relationship Id="rId2760" Type="http://schemas.openxmlformats.org/officeDocument/2006/relationships/image" Target="media/x17383.wmf"/><Relationship Id="rId2761" Type="http://schemas.openxmlformats.org/officeDocument/2006/relationships/image" Target="media/x17384.wmf"/><Relationship Id="rId2762" Type="http://schemas.openxmlformats.org/officeDocument/2006/relationships/image" Target="media/x17385.wmf"/><Relationship Id="rId2763" Type="http://schemas.openxmlformats.org/officeDocument/2006/relationships/image" Target="media/x17386.wmf"/><Relationship Id="rId2764" Type="http://schemas.openxmlformats.org/officeDocument/2006/relationships/image" Target="media/x17387.wmf"/><Relationship Id="rId2765" Type="http://schemas.openxmlformats.org/officeDocument/2006/relationships/image" Target="media/x17388.wmf"/><Relationship Id="rId2766" Type="http://schemas.openxmlformats.org/officeDocument/2006/relationships/image" Target="media/x17389.wmf"/><Relationship Id="rId2767" Type="http://schemas.openxmlformats.org/officeDocument/2006/relationships/image" Target="media/x17390.wmf"/><Relationship Id="rId2768" Type="http://schemas.openxmlformats.org/officeDocument/2006/relationships/image" Target="media/x17391.wmf"/><Relationship Id="rId2769" Type="http://schemas.openxmlformats.org/officeDocument/2006/relationships/image" Target="media/x17392.wmf"/><Relationship Id="rId2770" Type="http://schemas.openxmlformats.org/officeDocument/2006/relationships/image" Target="media/x17393.wmf"/><Relationship Id="rId2771" Type="http://schemas.openxmlformats.org/officeDocument/2006/relationships/image" Target="media/x17394.wmf"/><Relationship Id="rId2772" Type="http://schemas.openxmlformats.org/officeDocument/2006/relationships/image" Target="media/x17395.wmf"/><Relationship Id="rId2773" Type="http://schemas.openxmlformats.org/officeDocument/2006/relationships/image" Target="media/x17396.wmf"/><Relationship Id="rId2774" Type="http://schemas.openxmlformats.org/officeDocument/2006/relationships/image" Target="media/x17397.wmf"/><Relationship Id="rId2775" Type="http://schemas.openxmlformats.org/officeDocument/2006/relationships/image" Target="media/x17398.wmf"/><Relationship Id="rId2776" Type="http://schemas.openxmlformats.org/officeDocument/2006/relationships/image" Target="media/x17399.wmf"/><Relationship Id="rId2777" Type="http://schemas.openxmlformats.org/officeDocument/2006/relationships/image" Target="media/x17400.wmf"/><Relationship Id="rId2778" Type="http://schemas.openxmlformats.org/officeDocument/2006/relationships/image" Target="media/x17401.wmf"/><Relationship Id="rId2779" Type="http://schemas.openxmlformats.org/officeDocument/2006/relationships/image" Target="media/x17402.wmf"/><Relationship Id="rId2780" Type="http://schemas.openxmlformats.org/officeDocument/2006/relationships/image" Target="media/x17403.wmf"/><Relationship Id="rId2781" Type="http://schemas.openxmlformats.org/officeDocument/2006/relationships/image" Target="media/x17404.wmf"/><Relationship Id="rId2782" Type="http://schemas.openxmlformats.org/officeDocument/2006/relationships/image" Target="media/x17405.wmf"/><Relationship Id="rId2783" Type="http://schemas.openxmlformats.org/officeDocument/2006/relationships/image" Target="media/x17406.wmf"/><Relationship Id="rId2784" Type="http://schemas.openxmlformats.org/officeDocument/2006/relationships/image" Target="media/x17407.wmf"/><Relationship Id="rId2785" Type="http://schemas.openxmlformats.org/officeDocument/2006/relationships/image" Target="media/x17408.wmf"/><Relationship Id="rId2786" Type="http://schemas.openxmlformats.org/officeDocument/2006/relationships/image" Target="media/x17409.wmf"/><Relationship Id="rId2787" Type="http://schemas.openxmlformats.org/officeDocument/2006/relationships/image" Target="media/x17410.wmf"/><Relationship Id="rId2788" Type="http://schemas.openxmlformats.org/officeDocument/2006/relationships/image" Target="media/x17411.wmf"/><Relationship Id="rId2789" Type="http://schemas.openxmlformats.org/officeDocument/2006/relationships/image" Target="media/x17412.wmf"/><Relationship Id="rId2790" Type="http://schemas.openxmlformats.org/officeDocument/2006/relationships/image" Target="media/x17413.wmf"/><Relationship Id="rId2791" Type="http://schemas.openxmlformats.org/officeDocument/2006/relationships/image" Target="media/x17414.wmf"/><Relationship Id="rId2792" Type="http://schemas.openxmlformats.org/officeDocument/2006/relationships/image" Target="media/x17415.wmf"/><Relationship Id="rId2793" Type="http://schemas.openxmlformats.org/officeDocument/2006/relationships/image" Target="media/x17416.wmf"/><Relationship Id="rId2794" Type="http://schemas.openxmlformats.org/officeDocument/2006/relationships/image" Target="media/x17417.wmf"/><Relationship Id="rId2795" Type="http://schemas.openxmlformats.org/officeDocument/2006/relationships/image" Target="media/x17418.wmf"/><Relationship Id="rId2796" Type="http://schemas.openxmlformats.org/officeDocument/2006/relationships/image" Target="media/x17419.wmf"/><Relationship Id="rId2797" Type="http://schemas.openxmlformats.org/officeDocument/2006/relationships/image" Target="media/x17420.wmf"/><Relationship Id="rId2798" Type="http://schemas.openxmlformats.org/officeDocument/2006/relationships/image" Target="media/x17421.wmf"/><Relationship Id="rId2799" Type="http://schemas.openxmlformats.org/officeDocument/2006/relationships/image" Target="media/x17422.wmf"/><Relationship Id="rId2800" Type="http://schemas.openxmlformats.org/officeDocument/2006/relationships/image" Target="media/x17423.wmf"/><Relationship Id="rId2801" Type="http://schemas.openxmlformats.org/officeDocument/2006/relationships/image" Target="media/x17424.wmf"/><Relationship Id="rId2802" Type="http://schemas.openxmlformats.org/officeDocument/2006/relationships/image" Target="media/x17425.wmf"/><Relationship Id="rId2803" Type="http://schemas.openxmlformats.org/officeDocument/2006/relationships/image" Target="media/x17426.wmf"/><Relationship Id="rId2804" Type="http://schemas.openxmlformats.org/officeDocument/2006/relationships/image" Target="media/x17427.wmf"/><Relationship Id="rId2805" Type="http://schemas.openxmlformats.org/officeDocument/2006/relationships/image" Target="media/x17428.wmf"/><Relationship Id="rId2806" Type="http://schemas.openxmlformats.org/officeDocument/2006/relationships/image" Target="media/x17429.wmf"/><Relationship Id="rId2807" Type="http://schemas.openxmlformats.org/officeDocument/2006/relationships/image" Target="media/x17430.wmf"/><Relationship Id="rId2808" Type="http://schemas.openxmlformats.org/officeDocument/2006/relationships/image" Target="media/x17431.wmf"/><Relationship Id="rId2809" Type="http://schemas.openxmlformats.org/officeDocument/2006/relationships/image" Target="media/x17432.wmf"/><Relationship Id="rId2810" Type="http://schemas.openxmlformats.org/officeDocument/2006/relationships/image" Target="media/x17433.wmf"/><Relationship Id="rId2811" Type="http://schemas.openxmlformats.org/officeDocument/2006/relationships/image" Target="media/x17434.wmf"/><Relationship Id="rId2812" Type="http://schemas.openxmlformats.org/officeDocument/2006/relationships/image" Target="media/x17435.wmf"/><Relationship Id="rId2813" Type="http://schemas.openxmlformats.org/officeDocument/2006/relationships/image" Target="media/x17436.wmf"/><Relationship Id="rId2814" Type="http://schemas.openxmlformats.org/officeDocument/2006/relationships/image" Target="media/x17437.wmf"/><Relationship Id="rId2815" Type="http://schemas.openxmlformats.org/officeDocument/2006/relationships/image" Target="media/x17438.wmf"/><Relationship Id="rId2816" Type="http://schemas.openxmlformats.org/officeDocument/2006/relationships/image" Target="media/x17439.wmf"/><Relationship Id="rId2817" Type="http://schemas.openxmlformats.org/officeDocument/2006/relationships/image" Target="media/x17440.wmf"/><Relationship Id="rId2818" Type="http://schemas.openxmlformats.org/officeDocument/2006/relationships/image" Target="media/x17441.wmf"/><Relationship Id="rId2819" Type="http://schemas.openxmlformats.org/officeDocument/2006/relationships/image" Target="media/x17442.wmf"/><Relationship Id="rId2820" Type="http://schemas.openxmlformats.org/officeDocument/2006/relationships/image" Target="media/x17443.wmf"/><Relationship Id="rId2821" Type="http://schemas.openxmlformats.org/officeDocument/2006/relationships/image" Target="media/x17444.wmf"/><Relationship Id="rId2822" Type="http://schemas.openxmlformats.org/officeDocument/2006/relationships/image" Target="media/x17445.wmf"/><Relationship Id="rId2823" Type="http://schemas.openxmlformats.org/officeDocument/2006/relationships/image" Target="media/x17446.wmf"/><Relationship Id="rId2824" Type="http://schemas.openxmlformats.org/officeDocument/2006/relationships/image" Target="media/x17447.wmf"/><Relationship Id="rId2825" Type="http://schemas.openxmlformats.org/officeDocument/2006/relationships/image" Target="media/x17448.wmf"/><Relationship Id="rId2826" Type="http://schemas.openxmlformats.org/officeDocument/2006/relationships/image" Target="media/x17449.wmf"/><Relationship Id="rId2827" Type="http://schemas.openxmlformats.org/officeDocument/2006/relationships/image" Target="media/x17450.wmf"/><Relationship Id="rId2828" Type="http://schemas.openxmlformats.org/officeDocument/2006/relationships/image" Target="media/x17451.wmf"/><Relationship Id="rId2829" Type="http://schemas.openxmlformats.org/officeDocument/2006/relationships/image" Target="media/x17452.wmf"/><Relationship Id="rId2830" Type="http://schemas.openxmlformats.org/officeDocument/2006/relationships/image" Target="media/x17453.wmf"/><Relationship Id="rId2831" Type="http://schemas.openxmlformats.org/officeDocument/2006/relationships/image" Target="media/x17454.wmf"/><Relationship Id="rId2832" Type="http://schemas.openxmlformats.org/officeDocument/2006/relationships/image" Target="media/x17455.wmf"/><Relationship Id="rId2833" Type="http://schemas.openxmlformats.org/officeDocument/2006/relationships/image" Target="media/x17456.wmf"/><Relationship Id="rId2834" Type="http://schemas.openxmlformats.org/officeDocument/2006/relationships/image" Target="media/x17457.wmf"/><Relationship Id="rId2835" Type="http://schemas.openxmlformats.org/officeDocument/2006/relationships/image" Target="media/x17458.wmf"/><Relationship Id="rId2836" Type="http://schemas.openxmlformats.org/officeDocument/2006/relationships/image" Target="media/x17459.wmf"/><Relationship Id="rId2837" Type="http://schemas.openxmlformats.org/officeDocument/2006/relationships/image" Target="media/x17460.wmf"/><Relationship Id="rId2838" Type="http://schemas.openxmlformats.org/officeDocument/2006/relationships/image" Target="media/x17461.wmf"/><Relationship Id="rId2839" Type="http://schemas.openxmlformats.org/officeDocument/2006/relationships/image" Target="media/x17462.wmf"/><Relationship Id="rId2840" Type="http://schemas.openxmlformats.org/officeDocument/2006/relationships/image" Target="media/x17463.wmf"/><Relationship Id="rId2841" Type="http://schemas.openxmlformats.org/officeDocument/2006/relationships/image" Target="media/x17464.wmf"/><Relationship Id="rId2842" Type="http://schemas.openxmlformats.org/officeDocument/2006/relationships/image" Target="media/x17465.wmf"/><Relationship Id="rId2843" Type="http://schemas.openxmlformats.org/officeDocument/2006/relationships/image" Target="media/x17466.wmf"/><Relationship Id="rId2844" Type="http://schemas.openxmlformats.org/officeDocument/2006/relationships/image" Target="media/x17467.wmf"/><Relationship Id="rId2845" Type="http://schemas.openxmlformats.org/officeDocument/2006/relationships/image" Target="media/x17468.wmf"/><Relationship Id="rId2846" Type="http://schemas.openxmlformats.org/officeDocument/2006/relationships/image" Target="media/x17469.wmf"/><Relationship Id="rId2847" Type="http://schemas.openxmlformats.org/officeDocument/2006/relationships/image" Target="media/x17470.wmf"/><Relationship Id="rId2848" Type="http://schemas.openxmlformats.org/officeDocument/2006/relationships/image" Target="media/x17471.wmf"/><Relationship Id="rId2849" Type="http://schemas.openxmlformats.org/officeDocument/2006/relationships/image" Target="media/x17472.wmf"/><Relationship Id="rId2850" Type="http://schemas.openxmlformats.org/officeDocument/2006/relationships/image" Target="media/x17473.wmf"/><Relationship Id="rId2851" Type="http://schemas.openxmlformats.org/officeDocument/2006/relationships/image" Target="media/x17474.wmf"/><Relationship Id="rId2852" Type="http://schemas.openxmlformats.org/officeDocument/2006/relationships/image" Target="media/x17475.wmf"/><Relationship Id="rId2853" Type="http://schemas.openxmlformats.org/officeDocument/2006/relationships/image" Target="media/x17476.wmf"/><Relationship Id="rId2854" Type="http://schemas.openxmlformats.org/officeDocument/2006/relationships/image" Target="media/x17477.wmf"/><Relationship Id="rId2855" Type="http://schemas.openxmlformats.org/officeDocument/2006/relationships/image" Target="media/x17478.wmf"/><Relationship Id="rId2856" Type="http://schemas.openxmlformats.org/officeDocument/2006/relationships/image" Target="media/x17479.wmf"/><Relationship Id="rId2857" Type="http://schemas.openxmlformats.org/officeDocument/2006/relationships/image" Target="media/x17480.wmf"/><Relationship Id="rId2858" Type="http://schemas.openxmlformats.org/officeDocument/2006/relationships/image" Target="media/x17481.wmf"/><Relationship Id="rId2859" Type="http://schemas.openxmlformats.org/officeDocument/2006/relationships/image" Target="media/x17482.wmf"/><Relationship Id="rId2860" Type="http://schemas.openxmlformats.org/officeDocument/2006/relationships/image" Target="media/x17483.wmf"/><Relationship Id="rId2861" Type="http://schemas.openxmlformats.org/officeDocument/2006/relationships/image" Target="media/x17484.wmf"/><Relationship Id="rId2862" Type="http://schemas.openxmlformats.org/officeDocument/2006/relationships/image" Target="media/x17485.wmf"/><Relationship Id="rId2863" Type="http://schemas.openxmlformats.org/officeDocument/2006/relationships/image" Target="media/x17486.wmf"/><Relationship Id="rId2864" Type="http://schemas.openxmlformats.org/officeDocument/2006/relationships/image" Target="media/x17487.wmf"/><Relationship Id="rId2865" Type="http://schemas.openxmlformats.org/officeDocument/2006/relationships/image" Target="media/x17488.wmf"/><Relationship Id="rId2866" Type="http://schemas.openxmlformats.org/officeDocument/2006/relationships/image" Target="media/x17489.wmf"/><Relationship Id="rId2867" Type="http://schemas.openxmlformats.org/officeDocument/2006/relationships/image" Target="media/x17490.wmf"/><Relationship Id="rId2868" Type="http://schemas.openxmlformats.org/officeDocument/2006/relationships/image" Target="media/x17491.wmf"/><Relationship Id="rId2869" Type="http://schemas.openxmlformats.org/officeDocument/2006/relationships/image" Target="media/x17492.wmf"/><Relationship Id="rId2870" Type="http://schemas.openxmlformats.org/officeDocument/2006/relationships/image" Target="media/x17493.wmf"/><Relationship Id="rId2871" Type="http://schemas.openxmlformats.org/officeDocument/2006/relationships/image" Target="media/x17494.wmf"/><Relationship Id="rId2872" Type="http://schemas.openxmlformats.org/officeDocument/2006/relationships/image" Target="media/x17495.wmf"/><Relationship Id="rId2873" Type="http://schemas.openxmlformats.org/officeDocument/2006/relationships/image" Target="media/x17496.wmf"/><Relationship Id="rId2874" Type="http://schemas.openxmlformats.org/officeDocument/2006/relationships/image" Target="media/x17497.wmf"/><Relationship Id="rId2875" Type="http://schemas.openxmlformats.org/officeDocument/2006/relationships/image" Target="media/x17498.wmf"/><Relationship Id="rId2876" Type="http://schemas.openxmlformats.org/officeDocument/2006/relationships/image" Target="media/x17499.wmf"/><Relationship Id="rId2877" Type="http://schemas.openxmlformats.org/officeDocument/2006/relationships/image" Target="media/x17500.wmf"/><Relationship Id="rId2878" Type="http://schemas.openxmlformats.org/officeDocument/2006/relationships/image" Target="media/x17501.wmf"/><Relationship Id="rId2879" Type="http://schemas.openxmlformats.org/officeDocument/2006/relationships/image" Target="media/x17502.wmf"/><Relationship Id="rId2880" Type="http://schemas.openxmlformats.org/officeDocument/2006/relationships/image" Target="media/x17503.wmf"/><Relationship Id="rId2881" Type="http://schemas.openxmlformats.org/officeDocument/2006/relationships/image" Target="media/x17504.wmf"/><Relationship Id="rId2882" Type="http://schemas.openxmlformats.org/officeDocument/2006/relationships/image" Target="media/x17505.wmf"/><Relationship Id="rId2883" Type="http://schemas.openxmlformats.org/officeDocument/2006/relationships/image" Target="media/x17506.wmf"/><Relationship Id="rId2884" Type="http://schemas.openxmlformats.org/officeDocument/2006/relationships/image" Target="media/x17507.wmf"/><Relationship Id="rId2885" Type="http://schemas.openxmlformats.org/officeDocument/2006/relationships/image" Target="media/x17508.wmf"/><Relationship Id="rId2886" Type="http://schemas.openxmlformats.org/officeDocument/2006/relationships/image" Target="media/x17509.wmf"/><Relationship Id="rId2887" Type="http://schemas.openxmlformats.org/officeDocument/2006/relationships/image" Target="media/x17510.wmf"/><Relationship Id="rId2888" Type="http://schemas.openxmlformats.org/officeDocument/2006/relationships/image" Target="media/x17511.wmf"/><Relationship Id="rId2889" Type="http://schemas.openxmlformats.org/officeDocument/2006/relationships/image" Target="media/x17512.wmf"/><Relationship Id="rId2890" Type="http://schemas.openxmlformats.org/officeDocument/2006/relationships/image" Target="media/x17513.wmf"/><Relationship Id="rId2891" Type="http://schemas.openxmlformats.org/officeDocument/2006/relationships/image" Target="media/x17514.wmf"/><Relationship Id="rId2892" Type="http://schemas.openxmlformats.org/officeDocument/2006/relationships/image" Target="media/x17515.wmf"/><Relationship Id="rId2893" Type="http://schemas.openxmlformats.org/officeDocument/2006/relationships/image" Target="media/x17516.wmf"/><Relationship Id="rId2894" Type="http://schemas.openxmlformats.org/officeDocument/2006/relationships/image" Target="media/x17517.wmf"/><Relationship Id="rId2895" Type="http://schemas.openxmlformats.org/officeDocument/2006/relationships/image" Target="media/x17518.wmf"/><Relationship Id="rId2896" Type="http://schemas.openxmlformats.org/officeDocument/2006/relationships/image" Target="media/x17519.wmf"/><Relationship Id="rId2897" Type="http://schemas.openxmlformats.org/officeDocument/2006/relationships/image" Target="media/x17520.wmf"/><Relationship Id="rId2898" Type="http://schemas.openxmlformats.org/officeDocument/2006/relationships/image" Target="media/x17521.wmf"/><Relationship Id="rId2899" Type="http://schemas.openxmlformats.org/officeDocument/2006/relationships/image" Target="media/x17522.wmf"/><Relationship Id="rId2900" Type="http://schemas.openxmlformats.org/officeDocument/2006/relationships/image" Target="media/x17523.wmf"/><Relationship Id="rId2901" Type="http://schemas.openxmlformats.org/officeDocument/2006/relationships/image" Target="media/x17524.wmf"/><Relationship Id="rId2902" Type="http://schemas.openxmlformats.org/officeDocument/2006/relationships/image" Target="media/x17525.wmf"/><Relationship Id="rId2903" Type="http://schemas.openxmlformats.org/officeDocument/2006/relationships/image" Target="media/x17526.wmf"/><Relationship Id="rId2904" Type="http://schemas.openxmlformats.org/officeDocument/2006/relationships/image" Target="media/x17527.wmf"/><Relationship Id="rId2905" Type="http://schemas.openxmlformats.org/officeDocument/2006/relationships/image" Target="media/x17528.wmf"/><Relationship Id="rId2906" Type="http://schemas.openxmlformats.org/officeDocument/2006/relationships/image" Target="media/x17529.wmf"/><Relationship Id="rId2907" Type="http://schemas.openxmlformats.org/officeDocument/2006/relationships/image" Target="media/x17530.wmf"/><Relationship Id="rId2908" Type="http://schemas.openxmlformats.org/officeDocument/2006/relationships/image" Target="media/x17531.wmf"/><Relationship Id="rId2909" Type="http://schemas.openxmlformats.org/officeDocument/2006/relationships/image" Target="media/x17532.wmf"/><Relationship Id="rId2910" Type="http://schemas.openxmlformats.org/officeDocument/2006/relationships/image" Target="media/x17533.wmf"/><Relationship Id="rId2911" Type="http://schemas.openxmlformats.org/officeDocument/2006/relationships/image" Target="media/x17534.wmf"/><Relationship Id="rId2912" Type="http://schemas.openxmlformats.org/officeDocument/2006/relationships/image" Target="media/x17535.wmf"/><Relationship Id="rId2913" Type="http://schemas.openxmlformats.org/officeDocument/2006/relationships/image" Target="media/x17536.wmf"/><Relationship Id="rId2914" Type="http://schemas.openxmlformats.org/officeDocument/2006/relationships/image" Target="media/x17537.wmf"/><Relationship Id="rId2915" Type="http://schemas.openxmlformats.org/officeDocument/2006/relationships/image" Target="media/x17538.wmf"/><Relationship Id="rId2916" Type="http://schemas.openxmlformats.org/officeDocument/2006/relationships/image" Target="media/x17539.wmf"/><Relationship Id="rId2917" Type="http://schemas.openxmlformats.org/officeDocument/2006/relationships/image" Target="media/x17540.wmf"/><Relationship Id="rId2918" Type="http://schemas.openxmlformats.org/officeDocument/2006/relationships/image" Target="media/x17541.wmf"/><Relationship Id="rId2919" Type="http://schemas.openxmlformats.org/officeDocument/2006/relationships/image" Target="media/x17542.wmf"/><Relationship Id="rId2920" Type="http://schemas.openxmlformats.org/officeDocument/2006/relationships/image" Target="media/x17543.wmf"/><Relationship Id="rId2921" Type="http://schemas.openxmlformats.org/officeDocument/2006/relationships/image" Target="media/x17544.wmf"/><Relationship Id="rId2922" Type="http://schemas.openxmlformats.org/officeDocument/2006/relationships/image" Target="media/x17545.wmf"/><Relationship Id="rId2923" Type="http://schemas.openxmlformats.org/officeDocument/2006/relationships/image" Target="media/x17546.wmf"/><Relationship Id="rId2924" Type="http://schemas.openxmlformats.org/officeDocument/2006/relationships/image" Target="media/x17547.wmf"/><Relationship Id="rId2925" Type="http://schemas.openxmlformats.org/officeDocument/2006/relationships/image" Target="media/x17548.wmf"/><Relationship Id="rId2926" Type="http://schemas.openxmlformats.org/officeDocument/2006/relationships/image" Target="media/x17549.wmf"/><Relationship Id="rId2927" Type="http://schemas.openxmlformats.org/officeDocument/2006/relationships/image" Target="media/x17550.wmf"/><Relationship Id="rId2928" Type="http://schemas.openxmlformats.org/officeDocument/2006/relationships/image" Target="media/x17551.wmf"/><Relationship Id="rId2929" Type="http://schemas.openxmlformats.org/officeDocument/2006/relationships/image" Target="media/x17552.wmf"/><Relationship Id="rId2930" Type="http://schemas.openxmlformats.org/officeDocument/2006/relationships/image" Target="media/x17553.wmf"/><Relationship Id="rId2931" Type="http://schemas.openxmlformats.org/officeDocument/2006/relationships/image" Target="media/x17554.wmf"/><Relationship Id="rId2932" Type="http://schemas.openxmlformats.org/officeDocument/2006/relationships/image" Target="media/x17555.wmf"/><Relationship Id="rId2933" Type="http://schemas.openxmlformats.org/officeDocument/2006/relationships/image" Target="media/x17556.wmf"/><Relationship Id="rId2934" Type="http://schemas.openxmlformats.org/officeDocument/2006/relationships/image" Target="media/x17557.wmf"/><Relationship Id="rId2935" Type="http://schemas.openxmlformats.org/officeDocument/2006/relationships/image" Target="media/x17558.wmf"/><Relationship Id="rId2936" Type="http://schemas.openxmlformats.org/officeDocument/2006/relationships/image" Target="media/x17559.wmf"/><Relationship Id="rId2937" Type="http://schemas.openxmlformats.org/officeDocument/2006/relationships/image" Target="media/x17560.wmf"/><Relationship Id="rId2938" Type="http://schemas.openxmlformats.org/officeDocument/2006/relationships/image" Target="media/x17561.wmf"/><Relationship Id="rId2939" Type="http://schemas.openxmlformats.org/officeDocument/2006/relationships/image" Target="media/x17562.wmf"/><Relationship Id="rId2940" Type="http://schemas.openxmlformats.org/officeDocument/2006/relationships/image" Target="media/x17563.wmf"/><Relationship Id="rId2941" Type="http://schemas.openxmlformats.org/officeDocument/2006/relationships/image" Target="media/x17564.wmf"/><Relationship Id="rId2942" Type="http://schemas.openxmlformats.org/officeDocument/2006/relationships/image" Target="media/x17565.png"/><Relationship Id="rId2943" Type="http://schemas.openxmlformats.org/officeDocument/2006/relationships/image" Target="media/x17566.wmf"/><Relationship Id="rId2944" Type="http://schemas.openxmlformats.org/officeDocument/2006/relationships/image" Target="media/x17567.wmf"/><Relationship Id="rId2945" Type="http://schemas.openxmlformats.org/officeDocument/2006/relationships/image" Target="media/x17568.wmf"/><Relationship Id="rId2946" Type="http://schemas.openxmlformats.org/officeDocument/2006/relationships/image" Target="media/x17569.wmf"/><Relationship Id="rId2947" Type="http://schemas.openxmlformats.org/officeDocument/2006/relationships/image" Target="media/x17570.wmf"/><Relationship Id="rId2948" Type="http://schemas.openxmlformats.org/officeDocument/2006/relationships/image" Target="media/x17571.wmf"/><Relationship Id="rId2949" Type="http://schemas.openxmlformats.org/officeDocument/2006/relationships/image" Target="media/x17572.wmf"/><Relationship Id="rId2950" Type="http://schemas.openxmlformats.org/officeDocument/2006/relationships/image" Target="media/x17573.wmf"/><Relationship Id="rId2951" Type="http://schemas.openxmlformats.org/officeDocument/2006/relationships/image" Target="media/x17574.wmf"/><Relationship Id="rId2952" Type="http://schemas.openxmlformats.org/officeDocument/2006/relationships/image" Target="media/x17575.wmf"/><Relationship Id="rId2953" Type="http://schemas.openxmlformats.org/officeDocument/2006/relationships/image" Target="media/x17576.wmf"/><Relationship Id="rId2954" Type="http://schemas.openxmlformats.org/officeDocument/2006/relationships/image" Target="media/x17577.wmf"/><Relationship Id="rId2955" Type="http://schemas.openxmlformats.org/officeDocument/2006/relationships/image" Target="media/x17578.wmf"/><Relationship Id="rId2956" Type="http://schemas.openxmlformats.org/officeDocument/2006/relationships/image" Target="media/x17579.wmf"/><Relationship Id="rId2957" Type="http://schemas.openxmlformats.org/officeDocument/2006/relationships/image" Target="media/x17580.wmf"/><Relationship Id="rId2958" Type="http://schemas.openxmlformats.org/officeDocument/2006/relationships/image" Target="media/x17581.wmf"/><Relationship Id="rId2959" Type="http://schemas.openxmlformats.org/officeDocument/2006/relationships/image" Target="media/x17582.wmf"/><Relationship Id="rId2960" Type="http://schemas.openxmlformats.org/officeDocument/2006/relationships/image" Target="media/x17583.wmf"/><Relationship Id="rId2961" Type="http://schemas.openxmlformats.org/officeDocument/2006/relationships/image" Target="media/x17584.wmf"/><Relationship Id="rId2962" Type="http://schemas.openxmlformats.org/officeDocument/2006/relationships/image" Target="media/x17585.wmf"/><Relationship Id="rId2963" Type="http://schemas.openxmlformats.org/officeDocument/2006/relationships/image" Target="media/x17586.wmf"/><Relationship Id="rId2964" Type="http://schemas.openxmlformats.org/officeDocument/2006/relationships/image" Target="media/x17587.wmf"/><Relationship Id="rId2965" Type="http://schemas.openxmlformats.org/officeDocument/2006/relationships/image" Target="media/x17588.wmf"/><Relationship Id="rId2966" Type="http://schemas.openxmlformats.org/officeDocument/2006/relationships/image" Target="media/x17589.wmf"/><Relationship Id="rId2967" Type="http://schemas.openxmlformats.org/officeDocument/2006/relationships/image" Target="media/x17590.wmf"/><Relationship Id="rId2968" Type="http://schemas.openxmlformats.org/officeDocument/2006/relationships/image" Target="media/x17591.wmf"/><Relationship Id="rId2969" Type="http://schemas.openxmlformats.org/officeDocument/2006/relationships/image" Target="media/x17592.wmf"/><Relationship Id="rId2970" Type="http://schemas.openxmlformats.org/officeDocument/2006/relationships/image" Target="media/x17593.wmf"/><Relationship Id="rId2971" Type="http://schemas.openxmlformats.org/officeDocument/2006/relationships/image" Target="media/x17594.wmf"/><Relationship Id="rId2972" Type="http://schemas.openxmlformats.org/officeDocument/2006/relationships/image" Target="media/x17595.wmf"/><Relationship Id="rId2973" Type="http://schemas.openxmlformats.org/officeDocument/2006/relationships/image" Target="media/x17596.wmf"/><Relationship Id="rId2974" Type="http://schemas.openxmlformats.org/officeDocument/2006/relationships/image" Target="media/x17597.wmf"/><Relationship Id="rId2975" Type="http://schemas.openxmlformats.org/officeDocument/2006/relationships/image" Target="media/x17598.wmf"/><Relationship Id="rId2976" Type="http://schemas.openxmlformats.org/officeDocument/2006/relationships/image" Target="media/x17599.wmf"/><Relationship Id="rId2977" Type="http://schemas.openxmlformats.org/officeDocument/2006/relationships/image" Target="media/x17600.wmf"/><Relationship Id="rId2978" Type="http://schemas.openxmlformats.org/officeDocument/2006/relationships/image" Target="media/x17601.wmf"/><Relationship Id="rId2979" Type="http://schemas.openxmlformats.org/officeDocument/2006/relationships/image" Target="media/x17602.wmf"/><Relationship Id="rId2980" Type="http://schemas.openxmlformats.org/officeDocument/2006/relationships/image" Target="media/x17603.wmf"/><Relationship Id="rId2981" Type="http://schemas.openxmlformats.org/officeDocument/2006/relationships/image" Target="media/x17604.wmf"/><Relationship Id="rId2982" Type="http://schemas.openxmlformats.org/officeDocument/2006/relationships/image" Target="media/x17605.wmf"/><Relationship Id="rId2983" Type="http://schemas.openxmlformats.org/officeDocument/2006/relationships/image" Target="media/x17606.wmf"/><Relationship Id="rId2984" Type="http://schemas.openxmlformats.org/officeDocument/2006/relationships/image" Target="media/x17607.wmf"/><Relationship Id="rId2985" Type="http://schemas.openxmlformats.org/officeDocument/2006/relationships/image" Target="media/x17608.wmf"/><Relationship Id="rId2986" Type="http://schemas.openxmlformats.org/officeDocument/2006/relationships/image" Target="media/x17609.wmf"/><Relationship Id="rId2987" Type="http://schemas.openxmlformats.org/officeDocument/2006/relationships/image" Target="media/x17610.wmf"/><Relationship Id="rId2988" Type="http://schemas.openxmlformats.org/officeDocument/2006/relationships/image" Target="media/x17611.wmf"/><Relationship Id="rId2989" Type="http://schemas.openxmlformats.org/officeDocument/2006/relationships/image" Target="media/x17612.wmf"/><Relationship Id="rId2990" Type="http://schemas.openxmlformats.org/officeDocument/2006/relationships/image" Target="media/x17613.wmf"/><Relationship Id="rId2991" Type="http://schemas.openxmlformats.org/officeDocument/2006/relationships/image" Target="media/x17614.wmf"/><Relationship Id="rId2992" Type="http://schemas.openxmlformats.org/officeDocument/2006/relationships/image" Target="media/x17615.wmf"/><Relationship Id="rId2993" Type="http://schemas.openxmlformats.org/officeDocument/2006/relationships/image" Target="media/x17616.wmf"/><Relationship Id="rId2994" Type="http://schemas.openxmlformats.org/officeDocument/2006/relationships/image" Target="media/x17617.wmf"/><Relationship Id="rId2995" Type="http://schemas.openxmlformats.org/officeDocument/2006/relationships/image" Target="media/x17618.wmf"/><Relationship Id="rId2996" Type="http://schemas.openxmlformats.org/officeDocument/2006/relationships/image" Target="media/x17619.wmf"/><Relationship Id="rId2997" Type="http://schemas.openxmlformats.org/officeDocument/2006/relationships/image" Target="media/x17620.wmf"/><Relationship Id="rId2998" Type="http://schemas.openxmlformats.org/officeDocument/2006/relationships/image" Target="media/x17621.wmf"/><Relationship Id="rId2999" Type="http://schemas.openxmlformats.org/officeDocument/2006/relationships/image" Target="media/x17622.wmf"/><Relationship Id="rId3000" Type="http://schemas.openxmlformats.org/officeDocument/2006/relationships/image" Target="media/x17623.wmf"/><Relationship Id="rId3001" Type="http://schemas.openxmlformats.org/officeDocument/2006/relationships/image" Target="media/x17624.wmf"/><Relationship Id="rId3002" Type="http://schemas.openxmlformats.org/officeDocument/2006/relationships/image" Target="media/x17625.wmf"/><Relationship Id="rId3003" Type="http://schemas.openxmlformats.org/officeDocument/2006/relationships/image" Target="media/x17626.wmf"/><Relationship Id="rId3004" Type="http://schemas.openxmlformats.org/officeDocument/2006/relationships/image" Target="media/x17627.wmf"/><Relationship Id="rId3005" Type="http://schemas.openxmlformats.org/officeDocument/2006/relationships/image" Target="media/x17628.wmf"/><Relationship Id="rId3006" Type="http://schemas.openxmlformats.org/officeDocument/2006/relationships/image" Target="media/x17629.wmf"/><Relationship Id="rId3007" Type="http://schemas.openxmlformats.org/officeDocument/2006/relationships/image" Target="media/x17630.wmf"/><Relationship Id="rId3008" Type="http://schemas.openxmlformats.org/officeDocument/2006/relationships/image" Target="media/x17631.wmf"/><Relationship Id="rId3009" Type="http://schemas.openxmlformats.org/officeDocument/2006/relationships/image" Target="media/x17632.wmf"/><Relationship Id="rId3010" Type="http://schemas.openxmlformats.org/officeDocument/2006/relationships/image" Target="media/x17633.wmf"/><Relationship Id="rId3011" Type="http://schemas.openxmlformats.org/officeDocument/2006/relationships/image" Target="media/x17634.wmf"/><Relationship Id="rId3012" Type="http://schemas.openxmlformats.org/officeDocument/2006/relationships/image" Target="media/x17635.wmf"/><Relationship Id="rId3013" Type="http://schemas.openxmlformats.org/officeDocument/2006/relationships/image" Target="media/x17636.wmf"/><Relationship Id="rId3014" Type="http://schemas.openxmlformats.org/officeDocument/2006/relationships/image" Target="media/x17637.wmf"/><Relationship Id="rId3015" Type="http://schemas.openxmlformats.org/officeDocument/2006/relationships/image" Target="media/x17638.wmf"/><Relationship Id="rId3016" Type="http://schemas.openxmlformats.org/officeDocument/2006/relationships/image" Target="media/x17639.wmf"/><Relationship Id="rId3017" Type="http://schemas.openxmlformats.org/officeDocument/2006/relationships/image" Target="media/x17640.wmf"/><Relationship Id="rId3018" Type="http://schemas.openxmlformats.org/officeDocument/2006/relationships/image" Target="media/x17641.wmf"/><Relationship Id="rId3019" Type="http://schemas.openxmlformats.org/officeDocument/2006/relationships/image" Target="media/x17642.wmf"/><Relationship Id="rId3020" Type="http://schemas.openxmlformats.org/officeDocument/2006/relationships/image" Target="media/x17643.wmf"/><Relationship Id="rId3021" Type="http://schemas.openxmlformats.org/officeDocument/2006/relationships/image" Target="media/x17644.wmf"/><Relationship Id="rId3022" Type="http://schemas.openxmlformats.org/officeDocument/2006/relationships/image" Target="media/x17645.wmf"/><Relationship Id="rId3023" Type="http://schemas.openxmlformats.org/officeDocument/2006/relationships/image" Target="media/x17646.wmf"/><Relationship Id="rId3024" Type="http://schemas.openxmlformats.org/officeDocument/2006/relationships/image" Target="media/x17647.wmf"/><Relationship Id="rId3025" Type="http://schemas.openxmlformats.org/officeDocument/2006/relationships/image" Target="media/x17648.wmf"/><Relationship Id="rId3026" Type="http://schemas.openxmlformats.org/officeDocument/2006/relationships/image" Target="media/x17649.wmf"/><Relationship Id="rId3027" Type="http://schemas.openxmlformats.org/officeDocument/2006/relationships/image" Target="media/x17650.wmf"/><Relationship Id="rId3028" Type="http://schemas.openxmlformats.org/officeDocument/2006/relationships/image" Target="media/x17651.wmf"/><Relationship Id="rId3029" Type="http://schemas.openxmlformats.org/officeDocument/2006/relationships/image" Target="media/x17652.wmf"/><Relationship Id="rId3030" Type="http://schemas.openxmlformats.org/officeDocument/2006/relationships/image" Target="media/x17653.wmf"/><Relationship Id="rId3031" Type="http://schemas.openxmlformats.org/officeDocument/2006/relationships/image" Target="media/x17654.wmf"/><Relationship Id="rId3032" Type="http://schemas.openxmlformats.org/officeDocument/2006/relationships/image" Target="media/x17655.wmf"/><Relationship Id="rId3033" Type="http://schemas.openxmlformats.org/officeDocument/2006/relationships/image" Target="media/x17656.wmf"/><Relationship Id="rId3034" Type="http://schemas.openxmlformats.org/officeDocument/2006/relationships/image" Target="media/x17657.wmf"/><Relationship Id="rId3035" Type="http://schemas.openxmlformats.org/officeDocument/2006/relationships/image" Target="media/x17658.wmf"/><Relationship Id="rId3036" Type="http://schemas.openxmlformats.org/officeDocument/2006/relationships/image" Target="media/x17659.wmf"/><Relationship Id="rId3037" Type="http://schemas.openxmlformats.org/officeDocument/2006/relationships/image" Target="media/x17660.wmf"/><Relationship Id="rId3038" Type="http://schemas.openxmlformats.org/officeDocument/2006/relationships/image" Target="media/x17661.wmf"/><Relationship Id="rId3039" Type="http://schemas.openxmlformats.org/officeDocument/2006/relationships/image" Target="media/x17662.wmf"/><Relationship Id="rId3040" Type="http://schemas.openxmlformats.org/officeDocument/2006/relationships/image" Target="media/x17663.wmf"/><Relationship Id="rId3041" Type="http://schemas.openxmlformats.org/officeDocument/2006/relationships/image" Target="media/x17664.wmf"/><Relationship Id="rId3042" Type="http://schemas.openxmlformats.org/officeDocument/2006/relationships/image" Target="media/x17665.wmf"/><Relationship Id="rId3043" Type="http://schemas.openxmlformats.org/officeDocument/2006/relationships/image" Target="media/x17666.wmf"/><Relationship Id="rId3044" Type="http://schemas.openxmlformats.org/officeDocument/2006/relationships/image" Target="media/x17667.wmf"/><Relationship Id="rId3045" Type="http://schemas.openxmlformats.org/officeDocument/2006/relationships/image" Target="media/x17668.wmf"/><Relationship Id="rId3046" Type="http://schemas.openxmlformats.org/officeDocument/2006/relationships/image" Target="media/x17669.wmf"/><Relationship Id="rId3047" Type="http://schemas.openxmlformats.org/officeDocument/2006/relationships/image" Target="media/x17670.wmf"/><Relationship Id="rId3048" Type="http://schemas.openxmlformats.org/officeDocument/2006/relationships/image" Target="media/x17671.wmf"/><Relationship Id="rId3049" Type="http://schemas.openxmlformats.org/officeDocument/2006/relationships/image" Target="media/x17672.wmf"/><Relationship Id="rId3050" Type="http://schemas.openxmlformats.org/officeDocument/2006/relationships/image" Target="media/x17673.wmf"/><Relationship Id="rId3051" Type="http://schemas.openxmlformats.org/officeDocument/2006/relationships/image" Target="media/x17674.wmf"/><Relationship Id="rId3052" Type="http://schemas.openxmlformats.org/officeDocument/2006/relationships/image" Target="media/x17675.wmf"/><Relationship Id="rId3053" Type="http://schemas.openxmlformats.org/officeDocument/2006/relationships/image" Target="media/x17676.wmf"/><Relationship Id="rId3054" Type="http://schemas.openxmlformats.org/officeDocument/2006/relationships/image" Target="media/x17677.wmf"/><Relationship Id="rId3055" Type="http://schemas.openxmlformats.org/officeDocument/2006/relationships/image" Target="media/x17678.wmf"/><Relationship Id="rId3056" Type="http://schemas.openxmlformats.org/officeDocument/2006/relationships/image" Target="media/x17679.wmf"/><Relationship Id="rId3057" Type="http://schemas.openxmlformats.org/officeDocument/2006/relationships/image" Target="media/x17680.wmf"/><Relationship Id="rId3058" Type="http://schemas.openxmlformats.org/officeDocument/2006/relationships/image" Target="media/x17681.wmf"/><Relationship Id="rId3059" Type="http://schemas.openxmlformats.org/officeDocument/2006/relationships/image" Target="media/x17682.wmf"/><Relationship Id="rId3060" Type="http://schemas.openxmlformats.org/officeDocument/2006/relationships/image" Target="media/x17683.png"/><Relationship Id="rId3061" Type="http://schemas.openxmlformats.org/officeDocument/2006/relationships/image" Target="media/x17684.png"/><Relationship Id="rId3062" Type="http://schemas.openxmlformats.org/officeDocument/2006/relationships/image" Target="media/x17685.wmf"/><Relationship Id="rId3063" Type="http://schemas.openxmlformats.org/officeDocument/2006/relationships/image" Target="media/x17686.wmf"/><Relationship Id="rId3064" Type="http://schemas.openxmlformats.org/officeDocument/2006/relationships/image" Target="media/x17687.wmf"/><Relationship Id="rId3065" Type="http://schemas.openxmlformats.org/officeDocument/2006/relationships/image" Target="media/x17688.wmf"/><Relationship Id="rId3066" Type="http://schemas.openxmlformats.org/officeDocument/2006/relationships/image" Target="media/x17689.wmf"/><Relationship Id="rId3067" Type="http://schemas.openxmlformats.org/officeDocument/2006/relationships/image" Target="media/x17690.wmf"/><Relationship Id="rId3068" Type="http://schemas.openxmlformats.org/officeDocument/2006/relationships/image" Target="media/x17691.wmf"/><Relationship Id="rId3069" Type="http://schemas.openxmlformats.org/officeDocument/2006/relationships/image" Target="media/x17692.wmf"/><Relationship Id="rId3070" Type="http://schemas.openxmlformats.org/officeDocument/2006/relationships/image" Target="media/x17693.wmf"/><Relationship Id="rId3071" Type="http://schemas.openxmlformats.org/officeDocument/2006/relationships/image" Target="media/x17694.wmf"/><Relationship Id="rId3072" Type="http://schemas.openxmlformats.org/officeDocument/2006/relationships/image" Target="media/x17695.wmf"/><Relationship Id="rId3073" Type="http://schemas.openxmlformats.org/officeDocument/2006/relationships/image" Target="media/x17696.wmf"/><Relationship Id="rId3074" Type="http://schemas.openxmlformats.org/officeDocument/2006/relationships/image" Target="media/x17697.wmf"/><Relationship Id="rId3075" Type="http://schemas.openxmlformats.org/officeDocument/2006/relationships/image" Target="media/x17698.wmf"/><Relationship Id="rId3076" Type="http://schemas.openxmlformats.org/officeDocument/2006/relationships/image" Target="media/x17699.wmf"/><Relationship Id="rId3077" Type="http://schemas.openxmlformats.org/officeDocument/2006/relationships/image" Target="media/x17700.wmf"/><Relationship Id="rId3078" Type="http://schemas.openxmlformats.org/officeDocument/2006/relationships/image" Target="media/x17701.wmf"/><Relationship Id="rId3079" Type="http://schemas.openxmlformats.org/officeDocument/2006/relationships/image" Target="media/x17702.wmf"/><Relationship Id="rId3080" Type="http://schemas.openxmlformats.org/officeDocument/2006/relationships/image" Target="media/x17703.wmf"/><Relationship Id="rId3081" Type="http://schemas.openxmlformats.org/officeDocument/2006/relationships/image" Target="media/x17704.wmf"/><Relationship Id="rId3082" Type="http://schemas.openxmlformats.org/officeDocument/2006/relationships/image" Target="media/x17705.wmf"/><Relationship Id="rId3083" Type="http://schemas.openxmlformats.org/officeDocument/2006/relationships/image" Target="media/x17706.wmf"/><Relationship Id="rId3084" Type="http://schemas.openxmlformats.org/officeDocument/2006/relationships/image" Target="media/x17707.wmf"/><Relationship Id="rId3085" Type="http://schemas.openxmlformats.org/officeDocument/2006/relationships/image" Target="media/x17708.wmf"/><Relationship Id="rId3086" Type="http://schemas.openxmlformats.org/officeDocument/2006/relationships/image" Target="media/x17709.wmf"/><Relationship Id="rId3087" Type="http://schemas.openxmlformats.org/officeDocument/2006/relationships/image" Target="media/x17710.wmf"/><Relationship Id="rId3088" Type="http://schemas.openxmlformats.org/officeDocument/2006/relationships/image" Target="media/x17711.wmf"/><Relationship Id="rId3089" Type="http://schemas.openxmlformats.org/officeDocument/2006/relationships/image" Target="media/x17712.wmf"/><Relationship Id="rId3090" Type="http://schemas.openxmlformats.org/officeDocument/2006/relationships/image" Target="media/x17713.wmf"/><Relationship Id="rId3091" Type="http://schemas.openxmlformats.org/officeDocument/2006/relationships/image" Target="media/x17714.wmf"/><Relationship Id="rId3092" Type="http://schemas.openxmlformats.org/officeDocument/2006/relationships/image" Target="media/x17715.wmf"/><Relationship Id="rId3093" Type="http://schemas.openxmlformats.org/officeDocument/2006/relationships/image" Target="media/x17716.wmf"/><Relationship Id="rId3094" Type="http://schemas.openxmlformats.org/officeDocument/2006/relationships/image" Target="media/x17717.wmf"/><Relationship Id="rId3095" Type="http://schemas.openxmlformats.org/officeDocument/2006/relationships/image" Target="media/x17718.wmf"/><Relationship Id="rId3096" Type="http://schemas.openxmlformats.org/officeDocument/2006/relationships/image" Target="media/x17719.wmf"/><Relationship Id="rId3097" Type="http://schemas.openxmlformats.org/officeDocument/2006/relationships/image" Target="media/x17720.wmf"/><Relationship Id="rId3098" Type="http://schemas.openxmlformats.org/officeDocument/2006/relationships/image" Target="media/x17721.wmf"/><Relationship Id="rId3099" Type="http://schemas.openxmlformats.org/officeDocument/2006/relationships/image" Target="media/x17722.wmf"/><Relationship Id="rId3100" Type="http://schemas.openxmlformats.org/officeDocument/2006/relationships/image" Target="media/x17723.wmf"/><Relationship Id="rId3101" Type="http://schemas.openxmlformats.org/officeDocument/2006/relationships/image" Target="media/x17724.wmf"/><Relationship Id="rId3102" Type="http://schemas.openxmlformats.org/officeDocument/2006/relationships/image" Target="media/x17725.wmf"/><Relationship Id="rId3103" Type="http://schemas.openxmlformats.org/officeDocument/2006/relationships/image" Target="media/x17726.wmf"/><Relationship Id="rId3104" Type="http://schemas.openxmlformats.org/officeDocument/2006/relationships/image" Target="media/x17727.wmf"/><Relationship Id="rId3105" Type="http://schemas.openxmlformats.org/officeDocument/2006/relationships/image" Target="media/x17728.wmf"/><Relationship Id="rId3106" Type="http://schemas.openxmlformats.org/officeDocument/2006/relationships/image" Target="media/x17729.wmf"/><Relationship Id="rId3107" Type="http://schemas.openxmlformats.org/officeDocument/2006/relationships/image" Target="media/x17730.wmf"/><Relationship Id="rId3108" Type="http://schemas.openxmlformats.org/officeDocument/2006/relationships/image" Target="media/x17731.wmf"/><Relationship Id="rId3109" Type="http://schemas.openxmlformats.org/officeDocument/2006/relationships/image" Target="media/x17732.wmf"/><Relationship Id="rId3110" Type="http://schemas.openxmlformats.org/officeDocument/2006/relationships/image" Target="media/x17733.wmf"/><Relationship Id="rId3111" Type="http://schemas.openxmlformats.org/officeDocument/2006/relationships/image" Target="media/x17734.wmf"/><Relationship Id="rId3112" Type="http://schemas.openxmlformats.org/officeDocument/2006/relationships/image" Target="media/x17735.wmf"/><Relationship Id="rId3113" Type="http://schemas.openxmlformats.org/officeDocument/2006/relationships/image" Target="media/x17736.wmf"/><Relationship Id="rId3114" Type="http://schemas.openxmlformats.org/officeDocument/2006/relationships/image" Target="media/x17737.wmf"/><Relationship Id="rId3115" Type="http://schemas.openxmlformats.org/officeDocument/2006/relationships/image" Target="media/x17738.wmf"/><Relationship Id="rId3116" Type="http://schemas.openxmlformats.org/officeDocument/2006/relationships/image" Target="media/x17739.wmf"/><Relationship Id="rId3117" Type="http://schemas.openxmlformats.org/officeDocument/2006/relationships/image" Target="media/x17740.wmf"/><Relationship Id="rId3118" Type="http://schemas.openxmlformats.org/officeDocument/2006/relationships/image" Target="media/x17741.wmf"/><Relationship Id="rId3119" Type="http://schemas.openxmlformats.org/officeDocument/2006/relationships/image" Target="media/x17742.wmf"/><Relationship Id="rId3120" Type="http://schemas.openxmlformats.org/officeDocument/2006/relationships/image" Target="media/x17743.wmf"/><Relationship Id="rId3121" Type="http://schemas.openxmlformats.org/officeDocument/2006/relationships/image" Target="media/x17744.wmf"/><Relationship Id="rId3122" Type="http://schemas.openxmlformats.org/officeDocument/2006/relationships/image" Target="media/x17745.wmf"/><Relationship Id="rId3123" Type="http://schemas.openxmlformats.org/officeDocument/2006/relationships/image" Target="media/x17746.wmf"/><Relationship Id="rId3124" Type="http://schemas.openxmlformats.org/officeDocument/2006/relationships/image" Target="media/x17747.wmf"/><Relationship Id="rId3125" Type="http://schemas.openxmlformats.org/officeDocument/2006/relationships/image" Target="media/x17748.wmf"/><Relationship Id="rId3126" Type="http://schemas.openxmlformats.org/officeDocument/2006/relationships/image" Target="media/x17749.wmf"/><Relationship Id="rId3127" Type="http://schemas.openxmlformats.org/officeDocument/2006/relationships/image" Target="media/x17750.wmf"/><Relationship Id="rId3128" Type="http://schemas.openxmlformats.org/officeDocument/2006/relationships/image" Target="media/x17751.wmf"/><Relationship Id="rId3129" Type="http://schemas.openxmlformats.org/officeDocument/2006/relationships/image" Target="media/x17752.wmf"/><Relationship Id="rId3130" Type="http://schemas.openxmlformats.org/officeDocument/2006/relationships/image" Target="media/x17753.wmf"/><Relationship Id="rId3131" Type="http://schemas.openxmlformats.org/officeDocument/2006/relationships/image" Target="media/x17754.wmf"/><Relationship Id="rId3132" Type="http://schemas.openxmlformats.org/officeDocument/2006/relationships/image" Target="media/x17755.wmf"/><Relationship Id="rId3133" Type="http://schemas.openxmlformats.org/officeDocument/2006/relationships/image" Target="media/x17756.wmf"/><Relationship Id="rId3134" Type="http://schemas.openxmlformats.org/officeDocument/2006/relationships/image" Target="media/x17757.png"/><Relationship Id="rId3135" Type="http://schemas.openxmlformats.org/officeDocument/2006/relationships/image" Target="media/x17758.wmf"/><Relationship Id="rId3136" Type="http://schemas.openxmlformats.org/officeDocument/2006/relationships/image" Target="media/x17759.wmf"/><Relationship Id="rId3137" Type="http://schemas.openxmlformats.org/officeDocument/2006/relationships/image" Target="media/x17760.wmf"/><Relationship Id="rId3138" Type="http://schemas.openxmlformats.org/officeDocument/2006/relationships/image" Target="media/x17761.wmf"/><Relationship Id="rId3139" Type="http://schemas.openxmlformats.org/officeDocument/2006/relationships/image" Target="media/x17762.wmf"/><Relationship Id="rId3140" Type="http://schemas.openxmlformats.org/officeDocument/2006/relationships/image" Target="media/x17763.wmf"/><Relationship Id="rId3141" Type="http://schemas.openxmlformats.org/officeDocument/2006/relationships/image" Target="media/x17764.wmf"/><Relationship Id="rId3142" Type="http://schemas.openxmlformats.org/officeDocument/2006/relationships/image" Target="media/x17765.wmf"/><Relationship Id="rId3143" Type="http://schemas.openxmlformats.org/officeDocument/2006/relationships/image" Target="media/x17766.wmf"/><Relationship Id="rId3144" Type="http://schemas.openxmlformats.org/officeDocument/2006/relationships/image" Target="media/x17767.wmf"/><Relationship Id="rId3145" Type="http://schemas.openxmlformats.org/officeDocument/2006/relationships/image" Target="media/x17768.wmf"/><Relationship Id="rId3146" Type="http://schemas.openxmlformats.org/officeDocument/2006/relationships/image" Target="media/x17769.wmf"/><Relationship Id="rId3147" Type="http://schemas.openxmlformats.org/officeDocument/2006/relationships/image" Target="media/x17770.wmf"/><Relationship Id="rId3148" Type="http://schemas.openxmlformats.org/officeDocument/2006/relationships/image" Target="media/x17771.wmf"/><Relationship Id="rId3149" Type="http://schemas.openxmlformats.org/officeDocument/2006/relationships/image" Target="media/x17772.wmf"/><Relationship Id="rId3150" Type="http://schemas.openxmlformats.org/officeDocument/2006/relationships/image" Target="media/x17773.wmf"/><Relationship Id="rId3151" Type="http://schemas.openxmlformats.org/officeDocument/2006/relationships/image" Target="media/x17774.wmf"/><Relationship Id="rId3152" Type="http://schemas.openxmlformats.org/officeDocument/2006/relationships/image" Target="media/x17775.wmf"/><Relationship Id="rId3153" Type="http://schemas.openxmlformats.org/officeDocument/2006/relationships/image" Target="media/x17776.wmf"/><Relationship Id="rId3154" Type="http://schemas.openxmlformats.org/officeDocument/2006/relationships/image" Target="media/x17777.wmf"/><Relationship Id="rId3155" Type="http://schemas.openxmlformats.org/officeDocument/2006/relationships/image" Target="media/x17778.wmf"/><Relationship Id="rId3156" Type="http://schemas.openxmlformats.org/officeDocument/2006/relationships/image" Target="media/x17779.wmf"/><Relationship Id="rId3157" Type="http://schemas.openxmlformats.org/officeDocument/2006/relationships/image" Target="media/x17780.wmf"/><Relationship Id="rId3158" Type="http://schemas.openxmlformats.org/officeDocument/2006/relationships/image" Target="media/x17781.wmf"/><Relationship Id="rId3159" Type="http://schemas.openxmlformats.org/officeDocument/2006/relationships/image" Target="media/x17782.wmf"/><Relationship Id="rId3160" Type="http://schemas.openxmlformats.org/officeDocument/2006/relationships/image" Target="media/x17783.wmf"/><Relationship Id="rId3161" Type="http://schemas.openxmlformats.org/officeDocument/2006/relationships/image" Target="media/x17784.wmf"/><Relationship Id="rId3162" Type="http://schemas.openxmlformats.org/officeDocument/2006/relationships/image" Target="media/x17785.wmf"/><Relationship Id="rId3163" Type="http://schemas.openxmlformats.org/officeDocument/2006/relationships/image" Target="media/x17786.wmf"/><Relationship Id="rId3164" Type="http://schemas.openxmlformats.org/officeDocument/2006/relationships/image" Target="media/x17787.wmf"/><Relationship Id="rId3165" Type="http://schemas.openxmlformats.org/officeDocument/2006/relationships/image" Target="media/x17788.wmf"/><Relationship Id="rId3166" Type="http://schemas.openxmlformats.org/officeDocument/2006/relationships/image" Target="media/x17789.wmf"/><Relationship Id="rId3167" Type="http://schemas.openxmlformats.org/officeDocument/2006/relationships/image" Target="media/x17790.wmf"/><Relationship Id="rId3168" Type="http://schemas.openxmlformats.org/officeDocument/2006/relationships/image" Target="media/x17791.wmf"/><Relationship Id="rId3169" Type="http://schemas.openxmlformats.org/officeDocument/2006/relationships/image" Target="media/x17792.wmf"/><Relationship Id="rId3170" Type="http://schemas.openxmlformats.org/officeDocument/2006/relationships/image" Target="media/x17793.wmf"/><Relationship Id="rId3171" Type="http://schemas.openxmlformats.org/officeDocument/2006/relationships/image" Target="media/x17794.wmf"/><Relationship Id="rId3172" Type="http://schemas.openxmlformats.org/officeDocument/2006/relationships/image" Target="media/x17795.wmf"/><Relationship Id="rId3173" Type="http://schemas.openxmlformats.org/officeDocument/2006/relationships/image" Target="media/x17796.wmf"/><Relationship Id="rId3174" Type="http://schemas.openxmlformats.org/officeDocument/2006/relationships/image" Target="media/x17797.wmf"/><Relationship Id="rId3175" Type="http://schemas.openxmlformats.org/officeDocument/2006/relationships/image" Target="media/x17798.wmf"/><Relationship Id="rId3176" Type="http://schemas.openxmlformats.org/officeDocument/2006/relationships/image" Target="media/x17799.wmf"/><Relationship Id="rId3177" Type="http://schemas.openxmlformats.org/officeDocument/2006/relationships/image" Target="media/x17800.wmf"/><Relationship Id="rId3178" Type="http://schemas.openxmlformats.org/officeDocument/2006/relationships/image" Target="media/x17801.wmf"/><Relationship Id="rId3179" Type="http://schemas.openxmlformats.org/officeDocument/2006/relationships/image" Target="media/x17802.wmf"/><Relationship Id="rId3180" Type="http://schemas.openxmlformats.org/officeDocument/2006/relationships/image" Target="media/x17803.wmf"/><Relationship Id="rId3181" Type="http://schemas.openxmlformats.org/officeDocument/2006/relationships/image" Target="media/x17804.wmf"/><Relationship Id="rId3182" Type="http://schemas.openxmlformats.org/officeDocument/2006/relationships/image" Target="media/x17805.wmf"/><Relationship Id="rId3183" Type="http://schemas.openxmlformats.org/officeDocument/2006/relationships/image" Target="media/x17806.wmf"/><Relationship Id="rId3184" Type="http://schemas.openxmlformats.org/officeDocument/2006/relationships/image" Target="media/x17807.wmf"/><Relationship Id="rId3185" Type="http://schemas.openxmlformats.org/officeDocument/2006/relationships/image" Target="media/x17808.wmf"/><Relationship Id="rId3186" Type="http://schemas.openxmlformats.org/officeDocument/2006/relationships/image" Target="media/x17809.wmf"/><Relationship Id="rId3187" Type="http://schemas.openxmlformats.org/officeDocument/2006/relationships/image" Target="media/x17810.wmf"/><Relationship Id="rId3188" Type="http://schemas.openxmlformats.org/officeDocument/2006/relationships/image" Target="media/x17811.wmf"/><Relationship Id="rId3189" Type="http://schemas.openxmlformats.org/officeDocument/2006/relationships/image" Target="media/x17812.wmf"/><Relationship Id="rId3190" Type="http://schemas.openxmlformats.org/officeDocument/2006/relationships/image" Target="media/x17813.wmf"/><Relationship Id="rId3191" Type="http://schemas.openxmlformats.org/officeDocument/2006/relationships/image" Target="media/x17814.wmf"/><Relationship Id="rId3192" Type="http://schemas.openxmlformats.org/officeDocument/2006/relationships/image" Target="media/x17815.wmf"/><Relationship Id="rId3193" Type="http://schemas.openxmlformats.org/officeDocument/2006/relationships/image" Target="media/x17816.wmf"/><Relationship Id="rId3194" Type="http://schemas.openxmlformats.org/officeDocument/2006/relationships/image" Target="media/x17817.wmf"/><Relationship Id="rId3195" Type="http://schemas.openxmlformats.org/officeDocument/2006/relationships/image" Target="media/x17818.wmf"/><Relationship Id="rId3196" Type="http://schemas.openxmlformats.org/officeDocument/2006/relationships/image" Target="media/x17819.wmf"/><Relationship Id="rId3197" Type="http://schemas.openxmlformats.org/officeDocument/2006/relationships/image" Target="media/x17820.wmf"/><Relationship Id="rId3198" Type="http://schemas.openxmlformats.org/officeDocument/2006/relationships/image" Target="media/x17821.wmf"/><Relationship Id="rId3199" Type="http://schemas.openxmlformats.org/officeDocument/2006/relationships/image" Target="media/x17822.wmf"/><Relationship Id="rId3200" Type="http://schemas.openxmlformats.org/officeDocument/2006/relationships/image" Target="media/x17823.wmf"/><Relationship Id="rId3201" Type="http://schemas.openxmlformats.org/officeDocument/2006/relationships/image" Target="media/x17824.wmf"/><Relationship Id="rId3202" Type="http://schemas.openxmlformats.org/officeDocument/2006/relationships/image" Target="media/x17825.wmf"/><Relationship Id="rId3203" Type="http://schemas.openxmlformats.org/officeDocument/2006/relationships/image" Target="media/x17826.wmf"/><Relationship Id="rId3204" Type="http://schemas.openxmlformats.org/officeDocument/2006/relationships/image" Target="media/x17827.wmf"/><Relationship Id="rId3205" Type="http://schemas.openxmlformats.org/officeDocument/2006/relationships/image" Target="media/x17828.wmf"/><Relationship Id="rId3206" Type="http://schemas.openxmlformats.org/officeDocument/2006/relationships/image" Target="media/x17829.wmf"/><Relationship Id="rId3207" Type="http://schemas.openxmlformats.org/officeDocument/2006/relationships/image" Target="media/x17830.wmf"/><Relationship Id="rId3208" Type="http://schemas.openxmlformats.org/officeDocument/2006/relationships/image" Target="media/x17831.wmf"/><Relationship Id="rId3209" Type="http://schemas.openxmlformats.org/officeDocument/2006/relationships/image" Target="media/x17832.wmf"/><Relationship Id="rId3210" Type="http://schemas.openxmlformats.org/officeDocument/2006/relationships/image" Target="media/x17833.wmf"/><Relationship Id="rId3211" Type="http://schemas.openxmlformats.org/officeDocument/2006/relationships/image" Target="media/x17834.wmf"/><Relationship Id="rId3212" Type="http://schemas.openxmlformats.org/officeDocument/2006/relationships/image" Target="media/x17835.wmf"/><Relationship Id="rId3213" Type="http://schemas.openxmlformats.org/officeDocument/2006/relationships/image" Target="media/x17836.wmf"/><Relationship Id="rId3214" Type="http://schemas.openxmlformats.org/officeDocument/2006/relationships/image" Target="media/x17837.wmf"/><Relationship Id="rId3215" Type="http://schemas.openxmlformats.org/officeDocument/2006/relationships/image" Target="media/x17838.wmf"/><Relationship Id="rId3216" Type="http://schemas.openxmlformats.org/officeDocument/2006/relationships/image" Target="media/x17839.wmf"/><Relationship Id="rId3217" Type="http://schemas.openxmlformats.org/officeDocument/2006/relationships/image" Target="media/x17840.wmf"/><Relationship Id="rId3218" Type="http://schemas.openxmlformats.org/officeDocument/2006/relationships/image" Target="media/x17841.wmf"/><Relationship Id="rId3219" Type="http://schemas.openxmlformats.org/officeDocument/2006/relationships/image" Target="media/x17842.wmf"/><Relationship Id="rId3220" Type="http://schemas.openxmlformats.org/officeDocument/2006/relationships/image" Target="media/x17843.wmf"/><Relationship Id="rId3221" Type="http://schemas.openxmlformats.org/officeDocument/2006/relationships/image" Target="media/x17844.wmf"/><Relationship Id="rId3222" Type="http://schemas.openxmlformats.org/officeDocument/2006/relationships/image" Target="media/x17845.wmf"/><Relationship Id="rId3223" Type="http://schemas.openxmlformats.org/officeDocument/2006/relationships/image" Target="media/x17846.wmf"/><Relationship Id="rId3224" Type="http://schemas.openxmlformats.org/officeDocument/2006/relationships/image" Target="media/x17847.wmf"/><Relationship Id="rId3225" Type="http://schemas.openxmlformats.org/officeDocument/2006/relationships/image" Target="media/x17848.png"/><Relationship Id="rId3226" Type="http://schemas.openxmlformats.org/officeDocument/2006/relationships/image" Target="media/x17849.wmf"/><Relationship Id="rId3227" Type="http://schemas.openxmlformats.org/officeDocument/2006/relationships/image" Target="media/x17850.wmf"/><Relationship Id="rId3228" Type="http://schemas.openxmlformats.org/officeDocument/2006/relationships/image" Target="media/x17851.wmf"/><Relationship Id="rId3229" Type="http://schemas.openxmlformats.org/officeDocument/2006/relationships/image" Target="media/x17852.wmf"/><Relationship Id="rId3230" Type="http://schemas.openxmlformats.org/officeDocument/2006/relationships/image" Target="media/x17853.wmf"/><Relationship Id="rId3231" Type="http://schemas.openxmlformats.org/officeDocument/2006/relationships/image" Target="media/x17854.wmf"/><Relationship Id="rId3232" Type="http://schemas.openxmlformats.org/officeDocument/2006/relationships/image" Target="media/x17855.wmf"/><Relationship Id="rId3233" Type="http://schemas.openxmlformats.org/officeDocument/2006/relationships/image" Target="media/x17856.wmf"/><Relationship Id="rId3234" Type="http://schemas.openxmlformats.org/officeDocument/2006/relationships/image" Target="media/x17857.wmf"/><Relationship Id="rId3235" Type="http://schemas.openxmlformats.org/officeDocument/2006/relationships/image" Target="media/x17858.wmf"/><Relationship Id="rId3236" Type="http://schemas.openxmlformats.org/officeDocument/2006/relationships/image" Target="media/x17859.wmf"/><Relationship Id="rId3237" Type="http://schemas.openxmlformats.org/officeDocument/2006/relationships/image" Target="media/x17860.wmf"/><Relationship Id="rId3238" Type="http://schemas.openxmlformats.org/officeDocument/2006/relationships/image" Target="media/x17861.wmf"/><Relationship Id="rId3239" Type="http://schemas.openxmlformats.org/officeDocument/2006/relationships/image" Target="media/x17862.wmf"/><Relationship Id="rId3240" Type="http://schemas.openxmlformats.org/officeDocument/2006/relationships/image" Target="media/x17863.wmf"/><Relationship Id="rId3241" Type="http://schemas.openxmlformats.org/officeDocument/2006/relationships/image" Target="media/x17864.wmf"/><Relationship Id="rId3242" Type="http://schemas.openxmlformats.org/officeDocument/2006/relationships/image" Target="media/x17865.wmf"/><Relationship Id="rId3243" Type="http://schemas.openxmlformats.org/officeDocument/2006/relationships/image" Target="media/x17866.wmf"/><Relationship Id="rId3244" Type="http://schemas.openxmlformats.org/officeDocument/2006/relationships/image" Target="media/x17867.wmf"/><Relationship Id="rId3245" Type="http://schemas.openxmlformats.org/officeDocument/2006/relationships/image" Target="media/x17868.wmf"/><Relationship Id="rId3246" Type="http://schemas.openxmlformats.org/officeDocument/2006/relationships/image" Target="media/x17869.wmf"/><Relationship Id="rId3247" Type="http://schemas.openxmlformats.org/officeDocument/2006/relationships/image" Target="media/x17870.wmf"/><Relationship Id="rId3248" Type="http://schemas.openxmlformats.org/officeDocument/2006/relationships/image" Target="media/x17871.wmf"/><Relationship Id="rId3249" Type="http://schemas.openxmlformats.org/officeDocument/2006/relationships/image" Target="media/x17872.wmf"/><Relationship Id="rId3250" Type="http://schemas.openxmlformats.org/officeDocument/2006/relationships/image" Target="media/x17873.wmf"/><Relationship Id="rId3251" Type="http://schemas.openxmlformats.org/officeDocument/2006/relationships/image" Target="media/x17874.wmf"/><Relationship Id="rId3252" Type="http://schemas.openxmlformats.org/officeDocument/2006/relationships/image" Target="media/x17875.wmf"/><Relationship Id="rId3253" Type="http://schemas.openxmlformats.org/officeDocument/2006/relationships/image" Target="media/x17876.wmf"/><Relationship Id="rId3254" Type="http://schemas.openxmlformats.org/officeDocument/2006/relationships/image" Target="media/x17877.wmf"/><Relationship Id="rId3255" Type="http://schemas.openxmlformats.org/officeDocument/2006/relationships/image" Target="media/x17878.wmf"/><Relationship Id="rId3256" Type="http://schemas.openxmlformats.org/officeDocument/2006/relationships/image" Target="media/x17879.wmf"/><Relationship Id="rId3257" Type="http://schemas.openxmlformats.org/officeDocument/2006/relationships/image" Target="media/x17880.wmf"/><Relationship Id="rId3258" Type="http://schemas.openxmlformats.org/officeDocument/2006/relationships/image" Target="media/x17881.png"/><Relationship Id="rId3259" Type="http://schemas.openxmlformats.org/officeDocument/2006/relationships/image" Target="media/x17882.wmf"/><Relationship Id="rId3260" Type="http://schemas.openxmlformats.org/officeDocument/2006/relationships/image" Target="media/x17883.wmf"/><Relationship Id="rId3261" Type="http://schemas.openxmlformats.org/officeDocument/2006/relationships/image" Target="media/x17884.wmf"/><Relationship Id="rId3262" Type="http://schemas.openxmlformats.org/officeDocument/2006/relationships/image" Target="media/x17885.wmf"/><Relationship Id="rId3263" Type="http://schemas.openxmlformats.org/officeDocument/2006/relationships/image" Target="media/x17886.wmf"/><Relationship Id="rId3264" Type="http://schemas.openxmlformats.org/officeDocument/2006/relationships/image" Target="media/x17887.wmf"/><Relationship Id="rId3265" Type="http://schemas.openxmlformats.org/officeDocument/2006/relationships/image" Target="media/x17888.wmf"/><Relationship Id="rId3266" Type="http://schemas.openxmlformats.org/officeDocument/2006/relationships/image" Target="media/x17889.wmf"/><Relationship Id="rId3267" Type="http://schemas.openxmlformats.org/officeDocument/2006/relationships/image" Target="media/x17890.png"/><Relationship Id="rId3268" Type="http://schemas.openxmlformats.org/officeDocument/2006/relationships/image" Target="media/x17891.wmf"/><Relationship Id="rId3269" Type="http://schemas.openxmlformats.org/officeDocument/2006/relationships/image" Target="media/x17892.wmf"/><Relationship Id="rId3270" Type="http://schemas.openxmlformats.org/officeDocument/2006/relationships/image" Target="media/x17893.wmf"/><Relationship Id="rId3271" Type="http://schemas.openxmlformats.org/officeDocument/2006/relationships/image" Target="media/x17894.wmf"/><Relationship Id="rId3272" Type="http://schemas.openxmlformats.org/officeDocument/2006/relationships/image" Target="media/x17895.png"/><Relationship Id="rId3273" Type="http://schemas.openxmlformats.org/officeDocument/2006/relationships/image" Target="media/x17896.wmf"/><Relationship Id="rId3274" Type="http://schemas.openxmlformats.org/officeDocument/2006/relationships/image" Target="media/x17897.wmf"/><Relationship Id="rId3275" Type="http://schemas.openxmlformats.org/officeDocument/2006/relationships/image" Target="media/x17898.wmf"/><Relationship Id="rId3276" Type="http://schemas.openxmlformats.org/officeDocument/2006/relationships/image" Target="media/x17899.wmf"/><Relationship Id="rId3277" Type="http://schemas.openxmlformats.org/officeDocument/2006/relationships/image" Target="media/x17900.wmf"/><Relationship Id="rId3278" Type="http://schemas.openxmlformats.org/officeDocument/2006/relationships/image" Target="media/x17901.wmf"/><Relationship Id="rId3279" Type="http://schemas.openxmlformats.org/officeDocument/2006/relationships/image" Target="media/x17902.wmf"/><Relationship Id="rId3280" Type="http://schemas.openxmlformats.org/officeDocument/2006/relationships/image" Target="media/x17903.wmf"/><Relationship Id="rId3281" Type="http://schemas.openxmlformats.org/officeDocument/2006/relationships/image" Target="media/x17904.wmf"/><Relationship Id="rId3282" Type="http://schemas.openxmlformats.org/officeDocument/2006/relationships/image" Target="media/x17905.wmf"/><Relationship Id="rId3283" Type="http://schemas.openxmlformats.org/officeDocument/2006/relationships/image" Target="media/x17906.wmf"/><Relationship Id="rId3284" Type="http://schemas.openxmlformats.org/officeDocument/2006/relationships/image" Target="media/x17907.wmf"/><Relationship Id="rId3285" Type="http://schemas.openxmlformats.org/officeDocument/2006/relationships/image" Target="media/x17908.wmf"/><Relationship Id="rId3286" Type="http://schemas.openxmlformats.org/officeDocument/2006/relationships/image" Target="media/x17909.wmf"/><Relationship Id="rId3287" Type="http://schemas.openxmlformats.org/officeDocument/2006/relationships/image" Target="media/x17910.wmf"/><Relationship Id="rId3288" Type="http://schemas.openxmlformats.org/officeDocument/2006/relationships/image" Target="media/x17911.png"/><Relationship Id="rId3289" Type="http://schemas.openxmlformats.org/officeDocument/2006/relationships/image" Target="media/x17912.wmf"/><Relationship Id="rId3290" Type="http://schemas.openxmlformats.org/officeDocument/2006/relationships/image" Target="media/x17913.wmf"/><Relationship Id="rId3291" Type="http://schemas.openxmlformats.org/officeDocument/2006/relationships/image" Target="media/x17914.wmf"/><Relationship Id="rId3292" Type="http://schemas.openxmlformats.org/officeDocument/2006/relationships/image" Target="media/x17915.png"/><Relationship Id="rId3293" Type="http://schemas.openxmlformats.org/officeDocument/2006/relationships/image" Target="media/x17916.wmf"/><Relationship Id="rId3294" Type="http://schemas.openxmlformats.org/officeDocument/2006/relationships/image" Target="media/x17917.wmf"/><Relationship Id="rId3295" Type="http://schemas.openxmlformats.org/officeDocument/2006/relationships/image" Target="media/x17918.wmf"/><Relationship Id="rId3296" Type="http://schemas.openxmlformats.org/officeDocument/2006/relationships/image" Target="media/x17919.wmf"/><Relationship Id="rId3297" Type="http://schemas.openxmlformats.org/officeDocument/2006/relationships/image" Target="media/x17920.wmf"/><Relationship Id="rId3298" Type="http://schemas.openxmlformats.org/officeDocument/2006/relationships/image" Target="media/x17921.wmf"/><Relationship Id="rId3299" Type="http://schemas.openxmlformats.org/officeDocument/2006/relationships/image" Target="media/x17922.wmf"/><Relationship Id="rId3300" Type="http://schemas.openxmlformats.org/officeDocument/2006/relationships/image" Target="media/x17923.wmf"/><Relationship Id="rId3301" Type="http://schemas.openxmlformats.org/officeDocument/2006/relationships/image" Target="media/x17924.wmf"/><Relationship Id="rId3302" Type="http://schemas.openxmlformats.org/officeDocument/2006/relationships/image" Target="media/x17925.wmf"/><Relationship Id="rId3303" Type="http://schemas.openxmlformats.org/officeDocument/2006/relationships/image" Target="media/x17926.wmf"/><Relationship Id="rId3304" Type="http://schemas.openxmlformats.org/officeDocument/2006/relationships/image" Target="media/x17927.wmf"/><Relationship Id="rId3305" Type="http://schemas.openxmlformats.org/officeDocument/2006/relationships/image" Target="media/x17928.png"/><Relationship Id="rId3306" Type="http://schemas.openxmlformats.org/officeDocument/2006/relationships/image" Target="media/x17929.wmf"/><Relationship Id="rId3307" Type="http://schemas.openxmlformats.org/officeDocument/2006/relationships/image" Target="media/x17930.wmf"/><Relationship Id="rId3308" Type="http://schemas.openxmlformats.org/officeDocument/2006/relationships/image" Target="media/x17931.wmf"/><Relationship Id="rId3309" Type="http://schemas.openxmlformats.org/officeDocument/2006/relationships/image" Target="media/x17932.wmf"/><Relationship Id="rId3310" Type="http://schemas.openxmlformats.org/officeDocument/2006/relationships/image" Target="media/x17933.wmf"/><Relationship Id="rId3311" Type="http://schemas.openxmlformats.org/officeDocument/2006/relationships/image" Target="media/x17934.wmf"/><Relationship Id="rId3312" Type="http://schemas.openxmlformats.org/officeDocument/2006/relationships/image" Target="media/x17935.wmf"/><Relationship Id="rId3313" Type="http://schemas.openxmlformats.org/officeDocument/2006/relationships/image" Target="media/x17936.wmf"/><Relationship Id="rId3314" Type="http://schemas.openxmlformats.org/officeDocument/2006/relationships/image" Target="media/x17937.wmf"/><Relationship Id="rId3315" Type="http://schemas.openxmlformats.org/officeDocument/2006/relationships/image" Target="media/x17938.wmf"/><Relationship Id="rId3316" Type="http://schemas.openxmlformats.org/officeDocument/2006/relationships/image" Target="media/x17939.wmf"/><Relationship Id="rId3317" Type="http://schemas.openxmlformats.org/officeDocument/2006/relationships/image" Target="media/x17940.wmf"/><Relationship Id="rId3318" Type="http://schemas.openxmlformats.org/officeDocument/2006/relationships/image" Target="media/x17941.png"/><Relationship Id="rId3319" Type="http://schemas.openxmlformats.org/officeDocument/2006/relationships/image" Target="media/x17942.wmf"/><Relationship Id="rId3320" Type="http://schemas.openxmlformats.org/officeDocument/2006/relationships/image" Target="media/x17943.wmf"/><Relationship Id="rId3321" Type="http://schemas.openxmlformats.org/officeDocument/2006/relationships/image" Target="media/x17944.wmf"/><Relationship Id="rId3322" Type="http://schemas.openxmlformats.org/officeDocument/2006/relationships/image" Target="media/x17945.wmf"/><Relationship Id="rId3323" Type="http://schemas.openxmlformats.org/officeDocument/2006/relationships/image" Target="media/x17946.wmf"/><Relationship Id="rId3324" Type="http://schemas.openxmlformats.org/officeDocument/2006/relationships/image" Target="media/x17947.wmf"/><Relationship Id="rId3325" Type="http://schemas.openxmlformats.org/officeDocument/2006/relationships/image" Target="media/x17948.wmf"/><Relationship Id="rId3326" Type="http://schemas.openxmlformats.org/officeDocument/2006/relationships/image" Target="media/x17949.wmf"/><Relationship Id="rId3327" Type="http://schemas.openxmlformats.org/officeDocument/2006/relationships/image" Target="media/x17950.wmf"/><Relationship Id="rId3328" Type="http://schemas.openxmlformats.org/officeDocument/2006/relationships/image" Target="media/x17951.wmf"/><Relationship Id="rId3329" Type="http://schemas.openxmlformats.org/officeDocument/2006/relationships/image" Target="media/x17952.wmf"/><Relationship Id="rId3330" Type="http://schemas.openxmlformats.org/officeDocument/2006/relationships/image" Target="media/x17953.wmf"/><Relationship Id="rId3331" Type="http://schemas.openxmlformats.org/officeDocument/2006/relationships/image" Target="media/x17954.wmf"/><Relationship Id="rId3332" Type="http://schemas.openxmlformats.org/officeDocument/2006/relationships/image" Target="media/x17955.wmf"/><Relationship Id="rId3333" Type="http://schemas.openxmlformats.org/officeDocument/2006/relationships/image" Target="media/x17956.wmf"/><Relationship Id="rId3334" Type="http://schemas.openxmlformats.org/officeDocument/2006/relationships/image" Target="media/x17957.wmf"/><Relationship Id="rId3335" Type="http://schemas.openxmlformats.org/officeDocument/2006/relationships/image" Target="media/x17958.wmf"/><Relationship Id="rId3336" Type="http://schemas.openxmlformats.org/officeDocument/2006/relationships/image" Target="media/x17959.wmf"/><Relationship Id="rId3337" Type="http://schemas.openxmlformats.org/officeDocument/2006/relationships/image" Target="media/x17960.wmf"/><Relationship Id="rId3338" Type="http://schemas.openxmlformats.org/officeDocument/2006/relationships/image" Target="media/x17961.wmf"/><Relationship Id="rId3339" Type="http://schemas.openxmlformats.org/officeDocument/2006/relationships/image" Target="media/x17962.wmf"/><Relationship Id="rId3340" Type="http://schemas.openxmlformats.org/officeDocument/2006/relationships/image" Target="media/x17963.wmf"/><Relationship Id="rId3341" Type="http://schemas.openxmlformats.org/officeDocument/2006/relationships/image" Target="media/x17964.wmf"/><Relationship Id="rId3342" Type="http://schemas.openxmlformats.org/officeDocument/2006/relationships/image" Target="media/x17965.wmf"/><Relationship Id="rId3343" Type="http://schemas.openxmlformats.org/officeDocument/2006/relationships/image" Target="media/x17966.wmf"/><Relationship Id="rId3344" Type="http://schemas.openxmlformats.org/officeDocument/2006/relationships/image" Target="media/x17967.wmf"/><Relationship Id="rId3345" Type="http://schemas.openxmlformats.org/officeDocument/2006/relationships/image" Target="media/x17968.wmf"/><Relationship Id="rId3346" Type="http://schemas.openxmlformats.org/officeDocument/2006/relationships/image" Target="media/x17969.wmf"/><Relationship Id="rId3347" Type="http://schemas.openxmlformats.org/officeDocument/2006/relationships/image" Target="media/x17970.wmf"/><Relationship Id="rId3348" Type="http://schemas.openxmlformats.org/officeDocument/2006/relationships/image" Target="media/x17971.wmf"/><Relationship Id="rId3349" Type="http://schemas.openxmlformats.org/officeDocument/2006/relationships/image" Target="media/x17972.wmf"/><Relationship Id="rId3350" Type="http://schemas.openxmlformats.org/officeDocument/2006/relationships/image" Target="media/x17973.wmf"/><Relationship Id="rId3351" Type="http://schemas.openxmlformats.org/officeDocument/2006/relationships/image" Target="media/x17974.wmf"/><Relationship Id="rId3352" Type="http://schemas.openxmlformats.org/officeDocument/2006/relationships/image" Target="media/x17975.wmf"/><Relationship Id="rId3353" Type="http://schemas.openxmlformats.org/officeDocument/2006/relationships/image" Target="media/x17976.wmf"/><Relationship Id="rId3354" Type="http://schemas.openxmlformats.org/officeDocument/2006/relationships/image" Target="media/x17977.wmf"/><Relationship Id="rId3355" Type="http://schemas.openxmlformats.org/officeDocument/2006/relationships/image" Target="media/x17978.wmf"/><Relationship Id="rId3356" Type="http://schemas.openxmlformats.org/officeDocument/2006/relationships/image" Target="media/x17979.wmf"/><Relationship Id="rId3357" Type="http://schemas.openxmlformats.org/officeDocument/2006/relationships/image" Target="media/x17980.wmf"/><Relationship Id="rId3358" Type="http://schemas.openxmlformats.org/officeDocument/2006/relationships/image" Target="media/x17981.wmf"/><Relationship Id="rId3359" Type="http://schemas.openxmlformats.org/officeDocument/2006/relationships/image" Target="media/x17982.wmf"/><Relationship Id="rId3360" Type="http://schemas.openxmlformats.org/officeDocument/2006/relationships/image" Target="media/x17983.wmf"/><Relationship Id="rId3361" Type="http://schemas.openxmlformats.org/officeDocument/2006/relationships/image" Target="media/x17984.wmf"/><Relationship Id="rId3362" Type="http://schemas.openxmlformats.org/officeDocument/2006/relationships/image" Target="media/x17985.wmf"/><Relationship Id="rId3363" Type="http://schemas.openxmlformats.org/officeDocument/2006/relationships/image" Target="media/x17986.wmf"/><Relationship Id="rId3364" Type="http://schemas.openxmlformats.org/officeDocument/2006/relationships/image" Target="media/x17987.wmf"/><Relationship Id="rId3365" Type="http://schemas.openxmlformats.org/officeDocument/2006/relationships/image" Target="media/x17988.wmf"/><Relationship Id="rId3366" Type="http://schemas.openxmlformats.org/officeDocument/2006/relationships/image" Target="media/x17989.wmf"/><Relationship Id="rId3367" Type="http://schemas.openxmlformats.org/officeDocument/2006/relationships/image" Target="media/x17990.wmf"/><Relationship Id="rId3368" Type="http://schemas.openxmlformats.org/officeDocument/2006/relationships/image" Target="media/x17991.wmf"/><Relationship Id="rId3369" Type="http://schemas.openxmlformats.org/officeDocument/2006/relationships/image" Target="media/x17992.wmf"/><Relationship Id="rId3370" Type="http://schemas.openxmlformats.org/officeDocument/2006/relationships/image" Target="media/x17993.wmf"/><Relationship Id="rId3371" Type="http://schemas.openxmlformats.org/officeDocument/2006/relationships/image" Target="media/x17994.wmf"/><Relationship Id="rId3372" Type="http://schemas.openxmlformats.org/officeDocument/2006/relationships/image" Target="media/x17995.wmf"/><Relationship Id="rId3373" Type="http://schemas.openxmlformats.org/officeDocument/2006/relationships/image" Target="media/x17996.wmf"/><Relationship Id="rId3374" Type="http://schemas.openxmlformats.org/officeDocument/2006/relationships/image" Target="media/x17997.wmf"/><Relationship Id="rId3375" Type="http://schemas.openxmlformats.org/officeDocument/2006/relationships/image" Target="media/x17998.wmf"/><Relationship Id="rId3376" Type="http://schemas.openxmlformats.org/officeDocument/2006/relationships/image" Target="media/x17999.wmf"/><Relationship Id="rId3377" Type="http://schemas.openxmlformats.org/officeDocument/2006/relationships/image" Target="media/x18000.wmf"/><Relationship Id="rId3378" Type="http://schemas.openxmlformats.org/officeDocument/2006/relationships/image" Target="media/x18001.wmf"/><Relationship Id="rId3379" Type="http://schemas.openxmlformats.org/officeDocument/2006/relationships/image" Target="media/x18002.wmf"/><Relationship Id="rId3380" Type="http://schemas.openxmlformats.org/officeDocument/2006/relationships/image" Target="media/x18003.wmf"/><Relationship Id="rId3381" Type="http://schemas.openxmlformats.org/officeDocument/2006/relationships/image" Target="media/x18004.wmf"/><Relationship Id="rId3382" Type="http://schemas.openxmlformats.org/officeDocument/2006/relationships/image" Target="media/x18005.wmf"/><Relationship Id="rId3383" Type="http://schemas.openxmlformats.org/officeDocument/2006/relationships/image" Target="media/x18006.wmf"/><Relationship Id="rId3384" Type="http://schemas.openxmlformats.org/officeDocument/2006/relationships/image" Target="media/x18007.wmf"/><Relationship Id="rId3385" Type="http://schemas.openxmlformats.org/officeDocument/2006/relationships/image" Target="media/x18008.wmf"/><Relationship Id="rId3386" Type="http://schemas.openxmlformats.org/officeDocument/2006/relationships/image" Target="media/x18009.wmf"/><Relationship Id="rId3387" Type="http://schemas.openxmlformats.org/officeDocument/2006/relationships/image" Target="media/x18010.wmf"/><Relationship Id="rId3388" Type="http://schemas.openxmlformats.org/officeDocument/2006/relationships/image" Target="media/x18011.wmf"/><Relationship Id="rId3389" Type="http://schemas.openxmlformats.org/officeDocument/2006/relationships/image" Target="media/x18012.wmf"/><Relationship Id="rId3390" Type="http://schemas.openxmlformats.org/officeDocument/2006/relationships/image" Target="media/x18013.wmf"/><Relationship Id="rId3391" Type="http://schemas.openxmlformats.org/officeDocument/2006/relationships/image" Target="media/x18014.wmf"/><Relationship Id="rId3392" Type="http://schemas.openxmlformats.org/officeDocument/2006/relationships/image" Target="media/x18015.wmf"/><Relationship Id="rId3393" Type="http://schemas.openxmlformats.org/officeDocument/2006/relationships/image" Target="media/x18016.wmf"/><Relationship Id="rId3394" Type="http://schemas.openxmlformats.org/officeDocument/2006/relationships/image" Target="media/x18017.wmf"/><Relationship Id="rId3395" Type="http://schemas.openxmlformats.org/officeDocument/2006/relationships/image" Target="media/x18018.wmf"/><Relationship Id="rId3396" Type="http://schemas.openxmlformats.org/officeDocument/2006/relationships/image" Target="media/x18019.wmf"/><Relationship Id="rId3397" Type="http://schemas.openxmlformats.org/officeDocument/2006/relationships/image" Target="media/x18020.wmf"/><Relationship Id="rId3398" Type="http://schemas.openxmlformats.org/officeDocument/2006/relationships/image" Target="media/x18021.png"/><Relationship Id="rId3399" Type="http://schemas.openxmlformats.org/officeDocument/2006/relationships/image" Target="media/x18022.wmf"/><Relationship Id="rId3400" Type="http://schemas.openxmlformats.org/officeDocument/2006/relationships/image" Target="media/x18023.wmf"/><Relationship Id="rId3401" Type="http://schemas.openxmlformats.org/officeDocument/2006/relationships/image" Target="media/x18024.wmf"/><Relationship Id="rId3402" Type="http://schemas.openxmlformats.org/officeDocument/2006/relationships/image" Target="media/x18025.wmf"/><Relationship Id="rId3403" Type="http://schemas.openxmlformats.org/officeDocument/2006/relationships/image" Target="media/x18026.wmf"/><Relationship Id="rId3404" Type="http://schemas.openxmlformats.org/officeDocument/2006/relationships/image" Target="media/x18027.wmf"/><Relationship Id="rId3405" Type="http://schemas.openxmlformats.org/officeDocument/2006/relationships/image" Target="media/x18028.wmf"/><Relationship Id="rId3406" Type="http://schemas.openxmlformats.org/officeDocument/2006/relationships/image" Target="media/x18029.wmf"/><Relationship Id="rId3407" Type="http://schemas.openxmlformats.org/officeDocument/2006/relationships/image" Target="media/x18030.wmf"/><Relationship Id="rId3408" Type="http://schemas.openxmlformats.org/officeDocument/2006/relationships/image" Target="media/x18031.wmf"/><Relationship Id="rId3409" Type="http://schemas.openxmlformats.org/officeDocument/2006/relationships/image" Target="media/x18032.wmf"/><Relationship Id="rId3410" Type="http://schemas.openxmlformats.org/officeDocument/2006/relationships/image" Target="media/x18033.wmf"/><Relationship Id="rId3411" Type="http://schemas.openxmlformats.org/officeDocument/2006/relationships/image" Target="media/x18034.wmf"/><Relationship Id="rId3412" Type="http://schemas.openxmlformats.org/officeDocument/2006/relationships/image" Target="media/x18035.wmf"/><Relationship Id="rId3413" Type="http://schemas.openxmlformats.org/officeDocument/2006/relationships/image" Target="media/x18036.wmf"/><Relationship Id="rId3414" Type="http://schemas.openxmlformats.org/officeDocument/2006/relationships/image" Target="media/x18037.wmf"/><Relationship Id="rId3415" Type="http://schemas.openxmlformats.org/officeDocument/2006/relationships/image" Target="media/x18038.wmf"/><Relationship Id="rId3416" Type="http://schemas.openxmlformats.org/officeDocument/2006/relationships/image" Target="media/x18039.wmf"/><Relationship Id="rId3417" Type="http://schemas.openxmlformats.org/officeDocument/2006/relationships/image" Target="media/x18040.png"/><Relationship Id="rId3418" Type="http://schemas.openxmlformats.org/officeDocument/2006/relationships/image" Target="media/x18041.wmf"/><Relationship Id="rId3419" Type="http://schemas.openxmlformats.org/officeDocument/2006/relationships/image" Target="media/x18042.wmf"/><Relationship Id="rId3420" Type="http://schemas.openxmlformats.org/officeDocument/2006/relationships/image" Target="media/x18043.wmf"/><Relationship Id="rId3421" Type="http://schemas.openxmlformats.org/officeDocument/2006/relationships/image" Target="media/x18044.wmf"/><Relationship Id="rId3422" Type="http://schemas.openxmlformats.org/officeDocument/2006/relationships/image" Target="media/x18045.wmf"/><Relationship Id="rId3423" Type="http://schemas.openxmlformats.org/officeDocument/2006/relationships/image" Target="media/x18046.wmf"/><Relationship Id="rId3424" Type="http://schemas.openxmlformats.org/officeDocument/2006/relationships/image" Target="media/x18047.wmf"/><Relationship Id="rId3425" Type="http://schemas.openxmlformats.org/officeDocument/2006/relationships/image" Target="media/x18048.wmf"/><Relationship Id="rId3426" Type="http://schemas.openxmlformats.org/officeDocument/2006/relationships/image" Target="media/x18049.wmf"/><Relationship Id="rId3427" Type="http://schemas.openxmlformats.org/officeDocument/2006/relationships/image" Target="media/x18050.wmf"/><Relationship Id="rId3428" Type="http://schemas.openxmlformats.org/officeDocument/2006/relationships/image" Target="media/x18051.wmf"/><Relationship Id="rId3429" Type="http://schemas.openxmlformats.org/officeDocument/2006/relationships/image" Target="media/x18052.wmf"/><Relationship Id="rId3430" Type="http://schemas.openxmlformats.org/officeDocument/2006/relationships/image" Target="media/x18053.wmf"/><Relationship Id="rId3431" Type="http://schemas.openxmlformats.org/officeDocument/2006/relationships/image" Target="media/x18054.wmf"/><Relationship Id="rId3432" Type="http://schemas.openxmlformats.org/officeDocument/2006/relationships/image" Target="media/x18055.wmf"/><Relationship Id="rId3433" Type="http://schemas.openxmlformats.org/officeDocument/2006/relationships/image" Target="media/x18056.wmf"/><Relationship Id="rId3434" Type="http://schemas.openxmlformats.org/officeDocument/2006/relationships/image" Target="media/x18057.wmf"/><Relationship Id="rId3435" Type="http://schemas.openxmlformats.org/officeDocument/2006/relationships/image" Target="media/x18058.wmf"/><Relationship Id="rId3436" Type="http://schemas.openxmlformats.org/officeDocument/2006/relationships/image" Target="media/x18059.wmf"/><Relationship Id="rId3437" Type="http://schemas.openxmlformats.org/officeDocument/2006/relationships/image" Target="media/x18060.wmf"/><Relationship Id="rId3438" Type="http://schemas.openxmlformats.org/officeDocument/2006/relationships/image" Target="media/x18061.wmf"/><Relationship Id="rId3439" Type="http://schemas.openxmlformats.org/officeDocument/2006/relationships/image" Target="media/x18062.wmf"/><Relationship Id="rId3440" Type="http://schemas.openxmlformats.org/officeDocument/2006/relationships/image" Target="media/x18063.wmf"/><Relationship Id="rId3441" Type="http://schemas.openxmlformats.org/officeDocument/2006/relationships/image" Target="media/x18064.wmf"/><Relationship Id="rId3442" Type="http://schemas.openxmlformats.org/officeDocument/2006/relationships/image" Target="media/x18065.wmf"/><Relationship Id="rId3443" Type="http://schemas.openxmlformats.org/officeDocument/2006/relationships/image" Target="media/x18066.wmf"/><Relationship Id="rId3444" Type="http://schemas.openxmlformats.org/officeDocument/2006/relationships/image" Target="media/x18067.wmf"/><Relationship Id="rId3445" Type="http://schemas.openxmlformats.org/officeDocument/2006/relationships/image" Target="media/x18068.wmf"/><Relationship Id="rId3446" Type="http://schemas.openxmlformats.org/officeDocument/2006/relationships/image" Target="media/x18069.wmf"/><Relationship Id="rId3447" Type="http://schemas.openxmlformats.org/officeDocument/2006/relationships/image" Target="media/x18070.wmf"/><Relationship Id="rId3448" Type="http://schemas.openxmlformats.org/officeDocument/2006/relationships/image" Target="media/x18071.wmf"/><Relationship Id="rId3449" Type="http://schemas.openxmlformats.org/officeDocument/2006/relationships/image" Target="media/x18072.wmf"/><Relationship Id="rId3450" Type="http://schemas.openxmlformats.org/officeDocument/2006/relationships/image" Target="media/x18073.wmf"/><Relationship Id="rId3451" Type="http://schemas.openxmlformats.org/officeDocument/2006/relationships/image" Target="media/x18074.wmf"/><Relationship Id="rId3452" Type="http://schemas.openxmlformats.org/officeDocument/2006/relationships/image" Target="media/x18075.wmf"/><Relationship Id="rId3453" Type="http://schemas.openxmlformats.org/officeDocument/2006/relationships/image" Target="media/x18076.wmf"/><Relationship Id="rId3454" Type="http://schemas.openxmlformats.org/officeDocument/2006/relationships/image" Target="media/x18077.wmf"/><Relationship Id="rId3455" Type="http://schemas.openxmlformats.org/officeDocument/2006/relationships/image" Target="media/x18078.wmf"/><Relationship Id="rId3456" Type="http://schemas.openxmlformats.org/officeDocument/2006/relationships/image" Target="media/x18079.wmf"/><Relationship Id="rId3457" Type="http://schemas.openxmlformats.org/officeDocument/2006/relationships/image" Target="media/x18080.wmf"/><Relationship Id="rId3458" Type="http://schemas.openxmlformats.org/officeDocument/2006/relationships/image" Target="media/x18081.wmf"/><Relationship Id="rId3459" Type="http://schemas.openxmlformats.org/officeDocument/2006/relationships/image" Target="media/x18082.wmf"/><Relationship Id="rId3460" Type="http://schemas.openxmlformats.org/officeDocument/2006/relationships/image" Target="media/x18083.wmf"/><Relationship Id="rId3461" Type="http://schemas.openxmlformats.org/officeDocument/2006/relationships/image" Target="media/x18084.wmf"/><Relationship Id="rId3462" Type="http://schemas.openxmlformats.org/officeDocument/2006/relationships/image" Target="media/x18085.wmf"/><Relationship Id="rId3463" Type="http://schemas.openxmlformats.org/officeDocument/2006/relationships/image" Target="media/x18086.wmf"/><Relationship Id="rId3464" Type="http://schemas.openxmlformats.org/officeDocument/2006/relationships/image" Target="media/x18087.wmf"/><Relationship Id="rId3465" Type="http://schemas.openxmlformats.org/officeDocument/2006/relationships/image" Target="media/x18088.wmf"/><Relationship Id="rId3466" Type="http://schemas.openxmlformats.org/officeDocument/2006/relationships/image" Target="media/x18089.wmf"/><Relationship Id="rId3467" Type="http://schemas.openxmlformats.org/officeDocument/2006/relationships/image" Target="media/x18090.wmf"/><Relationship Id="rId3468" Type="http://schemas.openxmlformats.org/officeDocument/2006/relationships/image" Target="media/x18091.wmf"/><Relationship Id="rId3469" Type="http://schemas.openxmlformats.org/officeDocument/2006/relationships/image" Target="media/x18092.wmf"/><Relationship Id="rId3470" Type="http://schemas.openxmlformats.org/officeDocument/2006/relationships/image" Target="media/x18093.wmf"/><Relationship Id="rId3471" Type="http://schemas.openxmlformats.org/officeDocument/2006/relationships/image" Target="media/x18094.wmf"/><Relationship Id="rId3472" Type="http://schemas.openxmlformats.org/officeDocument/2006/relationships/image" Target="media/x18095.wmf"/><Relationship Id="rId3473" Type="http://schemas.openxmlformats.org/officeDocument/2006/relationships/image" Target="media/x18096.wmf"/><Relationship Id="rId3474" Type="http://schemas.openxmlformats.org/officeDocument/2006/relationships/image" Target="media/x18097.wmf"/><Relationship Id="rId3475" Type="http://schemas.openxmlformats.org/officeDocument/2006/relationships/image" Target="media/x18098.wmf"/><Relationship Id="rId3476" Type="http://schemas.openxmlformats.org/officeDocument/2006/relationships/image" Target="media/x18099.wmf"/><Relationship Id="rId3477" Type="http://schemas.openxmlformats.org/officeDocument/2006/relationships/image" Target="media/x18100.wmf"/><Relationship Id="rId3478" Type="http://schemas.openxmlformats.org/officeDocument/2006/relationships/image" Target="media/x18101.wmf"/><Relationship Id="rId3479" Type="http://schemas.openxmlformats.org/officeDocument/2006/relationships/image" Target="media/x18102.wmf"/><Relationship Id="rId3480" Type="http://schemas.openxmlformats.org/officeDocument/2006/relationships/image" Target="media/x18103.wmf"/><Relationship Id="rId3481" Type="http://schemas.openxmlformats.org/officeDocument/2006/relationships/image" Target="media/x18104.wmf"/><Relationship Id="rId3482" Type="http://schemas.openxmlformats.org/officeDocument/2006/relationships/image" Target="media/x18105.wmf"/><Relationship Id="rId3483" Type="http://schemas.openxmlformats.org/officeDocument/2006/relationships/image" Target="media/x18106.wmf"/><Relationship Id="rId3484" Type="http://schemas.openxmlformats.org/officeDocument/2006/relationships/image" Target="media/x18107.wmf"/><Relationship Id="rId3485" Type="http://schemas.openxmlformats.org/officeDocument/2006/relationships/image" Target="media/x18108.wmf"/><Relationship Id="rId3486" Type="http://schemas.openxmlformats.org/officeDocument/2006/relationships/image" Target="media/x18109.wmf"/><Relationship Id="rId3487" Type="http://schemas.openxmlformats.org/officeDocument/2006/relationships/image" Target="media/x18110.wmf"/><Relationship Id="rId3488" Type="http://schemas.openxmlformats.org/officeDocument/2006/relationships/image" Target="media/x18111.wmf"/><Relationship Id="rId3489" Type="http://schemas.openxmlformats.org/officeDocument/2006/relationships/image" Target="media/x18112.wmf"/><Relationship Id="rId3490" Type="http://schemas.openxmlformats.org/officeDocument/2006/relationships/image" Target="media/x18113.wmf"/><Relationship Id="rId3491" Type="http://schemas.openxmlformats.org/officeDocument/2006/relationships/image" Target="media/x18114.wmf"/><Relationship Id="rId3492" Type="http://schemas.openxmlformats.org/officeDocument/2006/relationships/image" Target="media/x18115.wmf"/><Relationship Id="rId3493" Type="http://schemas.openxmlformats.org/officeDocument/2006/relationships/image" Target="media/x18116.wmf"/><Relationship Id="rId3494" Type="http://schemas.openxmlformats.org/officeDocument/2006/relationships/image" Target="media/x18117.wmf"/><Relationship Id="rId3495" Type="http://schemas.openxmlformats.org/officeDocument/2006/relationships/image" Target="media/x18118.wmf"/><Relationship Id="rId3496" Type="http://schemas.openxmlformats.org/officeDocument/2006/relationships/image" Target="media/x18119.wmf"/><Relationship Id="rId3497" Type="http://schemas.openxmlformats.org/officeDocument/2006/relationships/image" Target="media/x18120.wmf"/><Relationship Id="rId3498" Type="http://schemas.openxmlformats.org/officeDocument/2006/relationships/image" Target="media/x18121.wmf"/><Relationship Id="rId3499" Type="http://schemas.openxmlformats.org/officeDocument/2006/relationships/image" Target="media/x18122.wmf"/><Relationship Id="rId3500" Type="http://schemas.openxmlformats.org/officeDocument/2006/relationships/image" Target="media/x18123.wmf"/><Relationship Id="rId3501" Type="http://schemas.openxmlformats.org/officeDocument/2006/relationships/image" Target="media/x18124.wmf"/><Relationship Id="rId3502" Type="http://schemas.openxmlformats.org/officeDocument/2006/relationships/image" Target="media/x18125.wmf"/><Relationship Id="rId3503" Type="http://schemas.openxmlformats.org/officeDocument/2006/relationships/image" Target="media/x18126.wmf"/><Relationship Id="rId3504" Type="http://schemas.openxmlformats.org/officeDocument/2006/relationships/image" Target="media/x18127.wmf"/><Relationship Id="rId3505" Type="http://schemas.openxmlformats.org/officeDocument/2006/relationships/image" Target="media/x18128.wmf"/><Relationship Id="rId3506" Type="http://schemas.openxmlformats.org/officeDocument/2006/relationships/image" Target="media/x18129.wmf"/><Relationship Id="rId3507" Type="http://schemas.openxmlformats.org/officeDocument/2006/relationships/image" Target="media/x18130.wmf"/><Relationship Id="rId3508" Type="http://schemas.openxmlformats.org/officeDocument/2006/relationships/image" Target="media/x18131.wmf"/><Relationship Id="rId3509" Type="http://schemas.openxmlformats.org/officeDocument/2006/relationships/image" Target="media/x18132.wmf"/><Relationship Id="rId3510" Type="http://schemas.openxmlformats.org/officeDocument/2006/relationships/image" Target="media/x18133.wmf"/><Relationship Id="rId3511" Type="http://schemas.openxmlformats.org/officeDocument/2006/relationships/image" Target="media/x18134.wmf"/><Relationship Id="rId3512" Type="http://schemas.openxmlformats.org/officeDocument/2006/relationships/image" Target="media/x18135.wmf"/><Relationship Id="rId3513" Type="http://schemas.openxmlformats.org/officeDocument/2006/relationships/image" Target="media/x18136.wmf"/><Relationship Id="rId3514" Type="http://schemas.openxmlformats.org/officeDocument/2006/relationships/image" Target="media/x18137.wmf"/><Relationship Id="rId3515" Type="http://schemas.openxmlformats.org/officeDocument/2006/relationships/image" Target="media/x18138.wmf"/><Relationship Id="rId3516" Type="http://schemas.openxmlformats.org/officeDocument/2006/relationships/image" Target="media/x18139.wmf"/><Relationship Id="rId3517" Type="http://schemas.openxmlformats.org/officeDocument/2006/relationships/image" Target="media/x18140.wmf"/><Relationship Id="rId3518" Type="http://schemas.openxmlformats.org/officeDocument/2006/relationships/image" Target="media/x18141.wmf"/><Relationship Id="rId3519" Type="http://schemas.openxmlformats.org/officeDocument/2006/relationships/image" Target="media/x18142.wmf"/><Relationship Id="rId3520" Type="http://schemas.openxmlformats.org/officeDocument/2006/relationships/image" Target="media/x18143.wmf"/><Relationship Id="rId3521" Type="http://schemas.openxmlformats.org/officeDocument/2006/relationships/image" Target="media/x18144.wmf"/><Relationship Id="rId3522" Type="http://schemas.openxmlformats.org/officeDocument/2006/relationships/image" Target="media/x18145.wmf"/><Relationship Id="rId3523" Type="http://schemas.openxmlformats.org/officeDocument/2006/relationships/image" Target="media/x18146.wmf"/><Relationship Id="rId3524" Type="http://schemas.openxmlformats.org/officeDocument/2006/relationships/image" Target="media/x18147.wmf"/><Relationship Id="rId3525" Type="http://schemas.openxmlformats.org/officeDocument/2006/relationships/image" Target="media/x18148.wmf"/><Relationship Id="rId3526" Type="http://schemas.openxmlformats.org/officeDocument/2006/relationships/image" Target="media/x18149.wmf"/><Relationship Id="rId3527" Type="http://schemas.openxmlformats.org/officeDocument/2006/relationships/image" Target="media/x18150.png"/><Relationship Id="rId3528" Type="http://schemas.openxmlformats.org/officeDocument/2006/relationships/image" Target="media/x18151.wmf"/><Relationship Id="rId3529" Type="http://schemas.openxmlformats.org/officeDocument/2006/relationships/image" Target="media/x18152.wmf"/><Relationship Id="rId3530" Type="http://schemas.openxmlformats.org/officeDocument/2006/relationships/image" Target="media/x18153.wmf"/><Relationship Id="rId3531" Type="http://schemas.openxmlformats.org/officeDocument/2006/relationships/image" Target="media/x18154.wmf"/><Relationship Id="rId3532" Type="http://schemas.openxmlformats.org/officeDocument/2006/relationships/image" Target="media/x18155.wmf"/><Relationship Id="rId3533" Type="http://schemas.openxmlformats.org/officeDocument/2006/relationships/image" Target="media/x18156.wmf"/><Relationship Id="rId3534" Type="http://schemas.openxmlformats.org/officeDocument/2006/relationships/image" Target="media/x18157.wmf"/><Relationship Id="rId3535" Type="http://schemas.openxmlformats.org/officeDocument/2006/relationships/image" Target="media/x18158.wmf"/><Relationship Id="rId3536" Type="http://schemas.openxmlformats.org/officeDocument/2006/relationships/image" Target="media/x18159.wmf"/><Relationship Id="rId3537" Type="http://schemas.openxmlformats.org/officeDocument/2006/relationships/image" Target="media/x18160.wmf"/><Relationship Id="rId3538" Type="http://schemas.openxmlformats.org/officeDocument/2006/relationships/image" Target="media/x18161.wmf"/><Relationship Id="rId3539" Type="http://schemas.openxmlformats.org/officeDocument/2006/relationships/image" Target="media/x18162.wmf"/><Relationship Id="rId3540" Type="http://schemas.openxmlformats.org/officeDocument/2006/relationships/image" Target="media/x18163.wmf"/><Relationship Id="rId3541" Type="http://schemas.openxmlformats.org/officeDocument/2006/relationships/image" Target="media/x18164.wmf"/><Relationship Id="rId3542" Type="http://schemas.openxmlformats.org/officeDocument/2006/relationships/image" Target="media/x18165.wmf"/><Relationship Id="rId3543" Type="http://schemas.openxmlformats.org/officeDocument/2006/relationships/image" Target="media/x18166.wmf"/><Relationship Id="rId3544" Type="http://schemas.openxmlformats.org/officeDocument/2006/relationships/image" Target="media/x18167.wmf"/><Relationship Id="rId3545" Type="http://schemas.openxmlformats.org/officeDocument/2006/relationships/image" Target="media/x18168.wmf"/><Relationship Id="rId3546" Type="http://schemas.openxmlformats.org/officeDocument/2006/relationships/image" Target="media/x18169.wmf"/><Relationship Id="rId3547" Type="http://schemas.openxmlformats.org/officeDocument/2006/relationships/image" Target="media/x18170.wmf"/><Relationship Id="rId3548" Type="http://schemas.openxmlformats.org/officeDocument/2006/relationships/image" Target="media/x18171.wmf"/><Relationship Id="rId3549" Type="http://schemas.openxmlformats.org/officeDocument/2006/relationships/image" Target="media/x18172.wmf"/><Relationship Id="rId3550" Type="http://schemas.openxmlformats.org/officeDocument/2006/relationships/image" Target="media/x18173.wmf"/><Relationship Id="rId3551" Type="http://schemas.openxmlformats.org/officeDocument/2006/relationships/image" Target="media/x18174.wmf"/><Relationship Id="rId3552" Type="http://schemas.openxmlformats.org/officeDocument/2006/relationships/image" Target="media/x18175.wmf"/><Relationship Id="rId3553" Type="http://schemas.openxmlformats.org/officeDocument/2006/relationships/image" Target="media/x18176.wmf"/><Relationship Id="rId3554" Type="http://schemas.openxmlformats.org/officeDocument/2006/relationships/image" Target="media/x18177.wmf"/><Relationship Id="rId3555" Type="http://schemas.openxmlformats.org/officeDocument/2006/relationships/image" Target="media/x18178.wmf"/><Relationship Id="rId3556" Type="http://schemas.openxmlformats.org/officeDocument/2006/relationships/image" Target="media/x18179.wmf"/><Relationship Id="rId3557" Type="http://schemas.openxmlformats.org/officeDocument/2006/relationships/image" Target="media/x18180.wmf"/><Relationship Id="rId3558" Type="http://schemas.openxmlformats.org/officeDocument/2006/relationships/image" Target="media/x18181.wmf"/><Relationship Id="rId3559" Type="http://schemas.openxmlformats.org/officeDocument/2006/relationships/image" Target="media/x18182.wmf"/><Relationship Id="rId3560" Type="http://schemas.openxmlformats.org/officeDocument/2006/relationships/image" Target="media/x18183.wmf"/><Relationship Id="rId3561" Type="http://schemas.openxmlformats.org/officeDocument/2006/relationships/image" Target="media/x18184.wmf"/><Relationship Id="rId3562" Type="http://schemas.openxmlformats.org/officeDocument/2006/relationships/image" Target="media/x18185.wmf"/><Relationship Id="rId3563" Type="http://schemas.openxmlformats.org/officeDocument/2006/relationships/image" Target="media/x18186.wmf"/><Relationship Id="rId3564" Type="http://schemas.openxmlformats.org/officeDocument/2006/relationships/image" Target="media/x18187.wmf"/><Relationship Id="rId3565" Type="http://schemas.openxmlformats.org/officeDocument/2006/relationships/image" Target="media/x18188.wmf"/><Relationship Id="rId3566" Type="http://schemas.openxmlformats.org/officeDocument/2006/relationships/image" Target="media/x18189.wmf"/><Relationship Id="rId3567" Type="http://schemas.openxmlformats.org/officeDocument/2006/relationships/image" Target="media/x18190.wmf"/><Relationship Id="rId3568" Type="http://schemas.openxmlformats.org/officeDocument/2006/relationships/image" Target="media/x18191.wmf"/><Relationship Id="rId3569" Type="http://schemas.openxmlformats.org/officeDocument/2006/relationships/image" Target="media/x18192.wmf"/><Relationship Id="rId3570" Type="http://schemas.openxmlformats.org/officeDocument/2006/relationships/image" Target="media/x18193.wmf"/><Relationship Id="rId3571" Type="http://schemas.openxmlformats.org/officeDocument/2006/relationships/image" Target="media/x18194.wmf"/><Relationship Id="rId3572" Type="http://schemas.openxmlformats.org/officeDocument/2006/relationships/image" Target="media/x18195.wmf"/><Relationship Id="rId3573" Type="http://schemas.openxmlformats.org/officeDocument/2006/relationships/image" Target="media/x18196.wmf"/><Relationship Id="rId3574" Type="http://schemas.openxmlformats.org/officeDocument/2006/relationships/image" Target="media/x18197.wmf"/><Relationship Id="rId3575" Type="http://schemas.openxmlformats.org/officeDocument/2006/relationships/image" Target="media/x18198.wmf"/><Relationship Id="rId3576" Type="http://schemas.openxmlformats.org/officeDocument/2006/relationships/image" Target="media/x18199.wmf"/><Relationship Id="rId3577" Type="http://schemas.openxmlformats.org/officeDocument/2006/relationships/image" Target="media/x18200.wmf"/><Relationship Id="rId3578" Type="http://schemas.openxmlformats.org/officeDocument/2006/relationships/image" Target="media/x18201.wmf"/><Relationship Id="rId3579" Type="http://schemas.openxmlformats.org/officeDocument/2006/relationships/image" Target="media/x18202.wmf"/><Relationship Id="rId3580" Type="http://schemas.openxmlformats.org/officeDocument/2006/relationships/image" Target="media/x18203.wmf"/><Relationship Id="rId3581" Type="http://schemas.openxmlformats.org/officeDocument/2006/relationships/image" Target="media/x18204.wmf"/><Relationship Id="rId3582" Type="http://schemas.openxmlformats.org/officeDocument/2006/relationships/image" Target="media/x18205.wmf"/><Relationship Id="rId3583" Type="http://schemas.openxmlformats.org/officeDocument/2006/relationships/image" Target="media/x18206.wmf"/><Relationship Id="rId3584" Type="http://schemas.openxmlformats.org/officeDocument/2006/relationships/image" Target="media/x18207.wmf"/><Relationship Id="rId3585" Type="http://schemas.openxmlformats.org/officeDocument/2006/relationships/image" Target="media/x18208.wmf"/><Relationship Id="rId3586" Type="http://schemas.openxmlformats.org/officeDocument/2006/relationships/image" Target="media/x18209.wmf"/><Relationship Id="rId3587" Type="http://schemas.openxmlformats.org/officeDocument/2006/relationships/image" Target="media/x18210.wmf"/><Relationship Id="rId3588" Type="http://schemas.openxmlformats.org/officeDocument/2006/relationships/image" Target="media/x18211.wmf"/><Relationship Id="rId3589" Type="http://schemas.openxmlformats.org/officeDocument/2006/relationships/image" Target="media/x18212.wmf"/><Relationship Id="rId3590" Type="http://schemas.openxmlformats.org/officeDocument/2006/relationships/image" Target="media/x18213.wmf"/><Relationship Id="rId3591" Type="http://schemas.openxmlformats.org/officeDocument/2006/relationships/image" Target="media/x18214.wmf"/><Relationship Id="rId3592" Type="http://schemas.openxmlformats.org/officeDocument/2006/relationships/image" Target="media/x18215.wmf"/><Relationship Id="rId3593" Type="http://schemas.openxmlformats.org/officeDocument/2006/relationships/image" Target="media/x18216.wmf"/><Relationship Id="rId3594" Type="http://schemas.openxmlformats.org/officeDocument/2006/relationships/image" Target="media/x18217.wmf"/><Relationship Id="rId3595" Type="http://schemas.openxmlformats.org/officeDocument/2006/relationships/image" Target="media/x18218.wmf"/><Relationship Id="rId3596" Type="http://schemas.openxmlformats.org/officeDocument/2006/relationships/image" Target="media/x18219.wmf"/><Relationship Id="rId3597" Type="http://schemas.openxmlformats.org/officeDocument/2006/relationships/image" Target="media/x18220.wmf"/><Relationship Id="rId3598" Type="http://schemas.openxmlformats.org/officeDocument/2006/relationships/image" Target="media/x18221.wmf"/><Relationship Id="rId3599" Type="http://schemas.openxmlformats.org/officeDocument/2006/relationships/image" Target="media/x18222.wmf"/><Relationship Id="rId3600" Type="http://schemas.openxmlformats.org/officeDocument/2006/relationships/image" Target="media/x18223.wmf"/><Relationship Id="rId3601" Type="http://schemas.openxmlformats.org/officeDocument/2006/relationships/image" Target="media/x18224.wmf"/><Relationship Id="rId3602" Type="http://schemas.openxmlformats.org/officeDocument/2006/relationships/image" Target="media/x18225.wmf"/><Relationship Id="rId3603" Type="http://schemas.openxmlformats.org/officeDocument/2006/relationships/image" Target="media/x18226.png"/><Relationship Id="rId3604" Type="http://schemas.openxmlformats.org/officeDocument/2006/relationships/image" Target="media/x18227.wmf"/><Relationship Id="rId3605" Type="http://schemas.openxmlformats.org/officeDocument/2006/relationships/image" Target="media/x18228.wmf"/><Relationship Id="rId3606" Type="http://schemas.openxmlformats.org/officeDocument/2006/relationships/image" Target="media/x18229.wmf"/><Relationship Id="rId3607" Type="http://schemas.openxmlformats.org/officeDocument/2006/relationships/image" Target="media/x18230.wmf"/><Relationship Id="rId3608" Type="http://schemas.openxmlformats.org/officeDocument/2006/relationships/image" Target="media/x18231.wmf"/><Relationship Id="rId3609" Type="http://schemas.openxmlformats.org/officeDocument/2006/relationships/image" Target="media/x18232.wmf"/><Relationship Id="rId3610" Type="http://schemas.openxmlformats.org/officeDocument/2006/relationships/image" Target="media/x18233.wmf"/><Relationship Id="rId3611" Type="http://schemas.openxmlformats.org/officeDocument/2006/relationships/image" Target="media/x18234.wmf"/><Relationship Id="rId3612" Type="http://schemas.openxmlformats.org/officeDocument/2006/relationships/image" Target="media/x18235.wmf"/><Relationship Id="rId3613" Type="http://schemas.openxmlformats.org/officeDocument/2006/relationships/image" Target="media/x18236.wmf"/><Relationship Id="rId3614" Type="http://schemas.openxmlformats.org/officeDocument/2006/relationships/image" Target="media/x18237.wmf"/><Relationship Id="rId3615" Type="http://schemas.openxmlformats.org/officeDocument/2006/relationships/image" Target="media/x18238.wmf"/><Relationship Id="rId3616" Type="http://schemas.openxmlformats.org/officeDocument/2006/relationships/image" Target="media/x18239.wmf"/><Relationship Id="rId3617" Type="http://schemas.openxmlformats.org/officeDocument/2006/relationships/image" Target="media/x18240.wmf"/><Relationship Id="rId3618" Type="http://schemas.openxmlformats.org/officeDocument/2006/relationships/image" Target="media/x18241.wmf"/><Relationship Id="rId3619" Type="http://schemas.openxmlformats.org/officeDocument/2006/relationships/image" Target="media/x18242.wmf"/><Relationship Id="rId3620" Type="http://schemas.openxmlformats.org/officeDocument/2006/relationships/image" Target="media/x18243.wmf"/><Relationship Id="rId3621" Type="http://schemas.openxmlformats.org/officeDocument/2006/relationships/image" Target="media/x18244.wmf"/><Relationship Id="rId3622" Type="http://schemas.openxmlformats.org/officeDocument/2006/relationships/image" Target="media/x18245.wmf"/><Relationship Id="rId3623" Type="http://schemas.openxmlformats.org/officeDocument/2006/relationships/image" Target="media/x18246.wmf"/><Relationship Id="rId3624" Type="http://schemas.openxmlformats.org/officeDocument/2006/relationships/image" Target="media/x18247.wmf"/><Relationship Id="rId3625" Type="http://schemas.openxmlformats.org/officeDocument/2006/relationships/image" Target="media/x18248.wmf"/><Relationship Id="rId3626" Type="http://schemas.openxmlformats.org/officeDocument/2006/relationships/image" Target="media/x18249.wmf"/><Relationship Id="rId3627" Type="http://schemas.openxmlformats.org/officeDocument/2006/relationships/image" Target="media/x18250.wmf"/><Relationship Id="rId3628" Type="http://schemas.openxmlformats.org/officeDocument/2006/relationships/image" Target="media/x18251.wmf"/><Relationship Id="rId3629" Type="http://schemas.openxmlformats.org/officeDocument/2006/relationships/image" Target="media/x18252.wmf"/><Relationship Id="rId3630" Type="http://schemas.openxmlformats.org/officeDocument/2006/relationships/image" Target="media/x18253.wmf"/><Relationship Id="rId3631" Type="http://schemas.openxmlformats.org/officeDocument/2006/relationships/image" Target="media/x18254.wmf"/><Relationship Id="rId3632" Type="http://schemas.openxmlformats.org/officeDocument/2006/relationships/image" Target="media/x18255.wmf"/><Relationship Id="rId3633" Type="http://schemas.openxmlformats.org/officeDocument/2006/relationships/image" Target="media/x18256.wmf"/><Relationship Id="rId3634" Type="http://schemas.openxmlformats.org/officeDocument/2006/relationships/image" Target="media/x18257.wmf"/><Relationship Id="rId3635" Type="http://schemas.openxmlformats.org/officeDocument/2006/relationships/image" Target="media/x18258.wmf"/><Relationship Id="rId3636" Type="http://schemas.openxmlformats.org/officeDocument/2006/relationships/image" Target="media/x18259.wmf"/><Relationship Id="rId3637" Type="http://schemas.openxmlformats.org/officeDocument/2006/relationships/image" Target="media/x18260.wmf"/><Relationship Id="rId3638" Type="http://schemas.openxmlformats.org/officeDocument/2006/relationships/image" Target="media/x18261.wmf"/><Relationship Id="rId3639" Type="http://schemas.openxmlformats.org/officeDocument/2006/relationships/image" Target="media/x18262.wmf"/><Relationship Id="rId3640" Type="http://schemas.openxmlformats.org/officeDocument/2006/relationships/image" Target="media/x18263.wmf"/><Relationship Id="rId3641" Type="http://schemas.openxmlformats.org/officeDocument/2006/relationships/image" Target="media/x18264.wmf"/><Relationship Id="rId3642" Type="http://schemas.openxmlformats.org/officeDocument/2006/relationships/image" Target="media/x18265.wmf"/><Relationship Id="rId3643" Type="http://schemas.openxmlformats.org/officeDocument/2006/relationships/image" Target="media/x18266.wmf"/><Relationship Id="rId3644" Type="http://schemas.openxmlformats.org/officeDocument/2006/relationships/image" Target="media/x18267.wmf"/><Relationship Id="rId3645" Type="http://schemas.openxmlformats.org/officeDocument/2006/relationships/image" Target="media/x18268.wmf"/><Relationship Id="rId3646" Type="http://schemas.openxmlformats.org/officeDocument/2006/relationships/image" Target="media/x18269.wmf"/><Relationship Id="rId3647" Type="http://schemas.openxmlformats.org/officeDocument/2006/relationships/image" Target="media/x18270.wmf"/><Relationship Id="rId3648" Type="http://schemas.openxmlformats.org/officeDocument/2006/relationships/image" Target="media/x18271.wmf"/><Relationship Id="rId3649" Type="http://schemas.openxmlformats.org/officeDocument/2006/relationships/image" Target="media/x18272.wmf"/><Relationship Id="rId3650" Type="http://schemas.openxmlformats.org/officeDocument/2006/relationships/image" Target="media/x18273.wmf"/><Relationship Id="rId3651" Type="http://schemas.openxmlformats.org/officeDocument/2006/relationships/image" Target="media/x18274.wmf"/><Relationship Id="rId3652" Type="http://schemas.openxmlformats.org/officeDocument/2006/relationships/image" Target="media/x18275.wmf"/><Relationship Id="rId3653" Type="http://schemas.openxmlformats.org/officeDocument/2006/relationships/image" Target="media/x18276.wmf"/><Relationship Id="rId3654" Type="http://schemas.openxmlformats.org/officeDocument/2006/relationships/image" Target="media/x18277.wmf"/><Relationship Id="rId3655" Type="http://schemas.openxmlformats.org/officeDocument/2006/relationships/image" Target="media/x18278.wmf"/><Relationship Id="rId3656" Type="http://schemas.openxmlformats.org/officeDocument/2006/relationships/image" Target="media/x18279.wmf"/><Relationship Id="rId3657" Type="http://schemas.openxmlformats.org/officeDocument/2006/relationships/image" Target="media/x18280.wmf"/><Relationship Id="rId3658" Type="http://schemas.openxmlformats.org/officeDocument/2006/relationships/image" Target="media/x18281.wmf"/><Relationship Id="rId3659" Type="http://schemas.openxmlformats.org/officeDocument/2006/relationships/image" Target="media/x18282.wmf"/><Relationship Id="rId3660" Type="http://schemas.openxmlformats.org/officeDocument/2006/relationships/image" Target="media/x18283.wmf"/><Relationship Id="rId3661" Type="http://schemas.openxmlformats.org/officeDocument/2006/relationships/image" Target="media/x18284.wmf"/><Relationship Id="rId3662" Type="http://schemas.openxmlformats.org/officeDocument/2006/relationships/image" Target="media/x18285.wmf"/><Relationship Id="rId3663" Type="http://schemas.openxmlformats.org/officeDocument/2006/relationships/image" Target="media/x18286.wmf"/><Relationship Id="rId3664" Type="http://schemas.openxmlformats.org/officeDocument/2006/relationships/image" Target="media/x18287.wmf"/><Relationship Id="rId3665" Type="http://schemas.openxmlformats.org/officeDocument/2006/relationships/image" Target="media/x18288.wmf"/><Relationship Id="rId3666" Type="http://schemas.openxmlformats.org/officeDocument/2006/relationships/image" Target="media/x18289.wmf"/><Relationship Id="rId3667" Type="http://schemas.openxmlformats.org/officeDocument/2006/relationships/image" Target="media/x18290.wmf"/><Relationship Id="rId3668" Type="http://schemas.openxmlformats.org/officeDocument/2006/relationships/image" Target="media/x18291.wmf"/><Relationship Id="rId3669" Type="http://schemas.openxmlformats.org/officeDocument/2006/relationships/image" Target="media/x18292.wmf"/><Relationship Id="rId3670" Type="http://schemas.openxmlformats.org/officeDocument/2006/relationships/image" Target="media/x18293.wmf"/><Relationship Id="rId3671" Type="http://schemas.openxmlformats.org/officeDocument/2006/relationships/image" Target="media/x18294.wmf"/><Relationship Id="rId3672" Type="http://schemas.openxmlformats.org/officeDocument/2006/relationships/image" Target="media/x18295.wmf"/><Relationship Id="rId3673" Type="http://schemas.openxmlformats.org/officeDocument/2006/relationships/image" Target="media/x18296.wmf"/><Relationship Id="rId3674" Type="http://schemas.openxmlformats.org/officeDocument/2006/relationships/image" Target="media/x18297.wmf"/><Relationship Id="rId3675" Type="http://schemas.openxmlformats.org/officeDocument/2006/relationships/image" Target="media/x18298.wmf"/><Relationship Id="rId3676" Type="http://schemas.openxmlformats.org/officeDocument/2006/relationships/image" Target="media/x18299.wmf"/><Relationship Id="rId3677" Type="http://schemas.openxmlformats.org/officeDocument/2006/relationships/image" Target="media/x18300.wmf"/><Relationship Id="rId3678" Type="http://schemas.openxmlformats.org/officeDocument/2006/relationships/image" Target="media/x18301.wmf"/><Relationship Id="rId3679" Type="http://schemas.openxmlformats.org/officeDocument/2006/relationships/image" Target="media/x18302.wmf"/><Relationship Id="rId3680" Type="http://schemas.openxmlformats.org/officeDocument/2006/relationships/image" Target="media/x18303.wmf"/><Relationship Id="rId3681" Type="http://schemas.openxmlformats.org/officeDocument/2006/relationships/image" Target="media/x18304.wmf"/><Relationship Id="rId3682" Type="http://schemas.openxmlformats.org/officeDocument/2006/relationships/image" Target="media/x18305.wmf"/><Relationship Id="rId3683" Type="http://schemas.openxmlformats.org/officeDocument/2006/relationships/image" Target="media/x18306.wmf"/><Relationship Id="rId3684" Type="http://schemas.openxmlformats.org/officeDocument/2006/relationships/image" Target="media/x18307.wmf"/><Relationship Id="rId3685" Type="http://schemas.openxmlformats.org/officeDocument/2006/relationships/image" Target="media/x18308.wmf"/><Relationship Id="rId3686" Type="http://schemas.openxmlformats.org/officeDocument/2006/relationships/image" Target="media/x18309.wmf"/><Relationship Id="rId3687" Type="http://schemas.openxmlformats.org/officeDocument/2006/relationships/image" Target="media/x18310.wmf"/><Relationship Id="rId3688" Type="http://schemas.openxmlformats.org/officeDocument/2006/relationships/image" Target="media/x18311.wmf"/><Relationship Id="rId3689" Type="http://schemas.openxmlformats.org/officeDocument/2006/relationships/image" Target="media/x18312.wmf"/><Relationship Id="rId3690" Type="http://schemas.openxmlformats.org/officeDocument/2006/relationships/image" Target="media/x18313.wmf"/><Relationship Id="rId3691" Type="http://schemas.openxmlformats.org/officeDocument/2006/relationships/image" Target="media/x18314.wmf"/><Relationship Id="rId3692" Type="http://schemas.openxmlformats.org/officeDocument/2006/relationships/image" Target="media/x18315.wmf"/><Relationship Id="rId3693" Type="http://schemas.openxmlformats.org/officeDocument/2006/relationships/image" Target="media/x18316.wmf"/><Relationship Id="rId3694" Type="http://schemas.openxmlformats.org/officeDocument/2006/relationships/image" Target="media/x18317.wmf"/><Relationship Id="rId3695" Type="http://schemas.openxmlformats.org/officeDocument/2006/relationships/image" Target="media/x18318.wmf"/><Relationship Id="rId3696" Type="http://schemas.openxmlformats.org/officeDocument/2006/relationships/image" Target="media/x18319.wmf"/><Relationship Id="rId3697" Type="http://schemas.openxmlformats.org/officeDocument/2006/relationships/image" Target="media/x18320.wmf"/><Relationship Id="rId3698" Type="http://schemas.openxmlformats.org/officeDocument/2006/relationships/image" Target="media/x18321.wmf"/><Relationship Id="rId3699" Type="http://schemas.openxmlformats.org/officeDocument/2006/relationships/image" Target="media/x18322.wmf"/><Relationship Id="rId3700" Type="http://schemas.openxmlformats.org/officeDocument/2006/relationships/image" Target="media/x18323.wmf"/><Relationship Id="rId3701" Type="http://schemas.openxmlformats.org/officeDocument/2006/relationships/image" Target="media/x18324.wmf"/><Relationship Id="rId3702" Type="http://schemas.openxmlformats.org/officeDocument/2006/relationships/image" Target="media/x18325.wmf"/><Relationship Id="rId3703" Type="http://schemas.openxmlformats.org/officeDocument/2006/relationships/image" Target="media/x18326.wmf"/><Relationship Id="rId3704" Type="http://schemas.openxmlformats.org/officeDocument/2006/relationships/image" Target="media/x18327.wmf"/><Relationship Id="rId3705" Type="http://schemas.openxmlformats.org/officeDocument/2006/relationships/image" Target="media/x18328.wmf"/><Relationship Id="rId3706" Type="http://schemas.openxmlformats.org/officeDocument/2006/relationships/image" Target="media/x18329.wmf"/><Relationship Id="rId3707" Type="http://schemas.openxmlformats.org/officeDocument/2006/relationships/image" Target="media/x18330.wmf"/><Relationship Id="rId3708" Type="http://schemas.openxmlformats.org/officeDocument/2006/relationships/image" Target="media/x18331.wmf"/><Relationship Id="rId3709" Type="http://schemas.openxmlformats.org/officeDocument/2006/relationships/image" Target="media/x18332.wmf"/><Relationship Id="rId3710" Type="http://schemas.openxmlformats.org/officeDocument/2006/relationships/image" Target="media/x18333.wmf"/><Relationship Id="rId3711" Type="http://schemas.openxmlformats.org/officeDocument/2006/relationships/image" Target="media/x18334.wmf"/><Relationship Id="rId3712" Type="http://schemas.openxmlformats.org/officeDocument/2006/relationships/image" Target="media/x18335.wmf"/><Relationship Id="rId3713" Type="http://schemas.openxmlformats.org/officeDocument/2006/relationships/image" Target="media/x18336.wmf"/><Relationship Id="rId3714" Type="http://schemas.openxmlformats.org/officeDocument/2006/relationships/image" Target="media/x18337.wmf"/><Relationship Id="rId3715" Type="http://schemas.openxmlformats.org/officeDocument/2006/relationships/image" Target="media/x18338.wmf"/><Relationship Id="rId3716" Type="http://schemas.openxmlformats.org/officeDocument/2006/relationships/image" Target="media/x18339.wmf"/><Relationship Id="rId3717" Type="http://schemas.openxmlformats.org/officeDocument/2006/relationships/image" Target="media/x18340.wmf"/><Relationship Id="rId3718" Type="http://schemas.openxmlformats.org/officeDocument/2006/relationships/image" Target="media/x18341.wmf"/><Relationship Id="rId3719" Type="http://schemas.openxmlformats.org/officeDocument/2006/relationships/image" Target="media/x18342.wmf"/><Relationship Id="rId3720" Type="http://schemas.openxmlformats.org/officeDocument/2006/relationships/image" Target="media/x18343.wmf"/><Relationship Id="rId3721" Type="http://schemas.openxmlformats.org/officeDocument/2006/relationships/image" Target="media/x18344.wmf"/><Relationship Id="rId3722" Type="http://schemas.openxmlformats.org/officeDocument/2006/relationships/image" Target="media/x18345.wmf"/><Relationship Id="rId3723" Type="http://schemas.openxmlformats.org/officeDocument/2006/relationships/image" Target="media/x18346.wmf"/><Relationship Id="rId3724" Type="http://schemas.openxmlformats.org/officeDocument/2006/relationships/image" Target="media/x18347.wmf"/><Relationship Id="rId3725" Type="http://schemas.openxmlformats.org/officeDocument/2006/relationships/image" Target="media/x18348.wmf"/><Relationship Id="rId3726" Type="http://schemas.openxmlformats.org/officeDocument/2006/relationships/image" Target="media/x18349.wmf"/><Relationship Id="rId3727" Type="http://schemas.openxmlformats.org/officeDocument/2006/relationships/image" Target="media/x18350.wmf"/><Relationship Id="rId3728" Type="http://schemas.openxmlformats.org/officeDocument/2006/relationships/image" Target="media/x18351.wmf"/><Relationship Id="rId3729" Type="http://schemas.openxmlformats.org/officeDocument/2006/relationships/image" Target="media/x18352.wmf"/><Relationship Id="rId3730" Type="http://schemas.openxmlformats.org/officeDocument/2006/relationships/image" Target="media/x18353.wmf"/><Relationship Id="rId3731" Type="http://schemas.openxmlformats.org/officeDocument/2006/relationships/image" Target="media/x18354.wmf"/><Relationship Id="rId3732" Type="http://schemas.openxmlformats.org/officeDocument/2006/relationships/image" Target="media/x18355.wmf"/><Relationship Id="rId3733" Type="http://schemas.openxmlformats.org/officeDocument/2006/relationships/image" Target="media/x18356.wmf"/><Relationship Id="rId3734" Type="http://schemas.openxmlformats.org/officeDocument/2006/relationships/image" Target="media/x18357.wmf"/><Relationship Id="rId3735" Type="http://schemas.openxmlformats.org/officeDocument/2006/relationships/image" Target="media/x18358.wmf"/><Relationship Id="rId3736" Type="http://schemas.openxmlformats.org/officeDocument/2006/relationships/image" Target="media/x18359.wmf"/><Relationship Id="rId3737" Type="http://schemas.openxmlformats.org/officeDocument/2006/relationships/image" Target="media/x18360.wmf"/><Relationship Id="rId3738" Type="http://schemas.openxmlformats.org/officeDocument/2006/relationships/image" Target="media/x18361.wmf"/><Relationship Id="rId3739" Type="http://schemas.openxmlformats.org/officeDocument/2006/relationships/image" Target="media/x18362.wmf"/><Relationship Id="rId3740" Type="http://schemas.openxmlformats.org/officeDocument/2006/relationships/image" Target="media/x18363.wmf"/><Relationship Id="rId3741" Type="http://schemas.openxmlformats.org/officeDocument/2006/relationships/image" Target="media/x18364.wmf"/><Relationship Id="rId3742" Type="http://schemas.openxmlformats.org/officeDocument/2006/relationships/image" Target="media/x18365.wmf"/><Relationship Id="rId3743" Type="http://schemas.openxmlformats.org/officeDocument/2006/relationships/image" Target="media/x18366.wmf"/><Relationship Id="rId3744" Type="http://schemas.openxmlformats.org/officeDocument/2006/relationships/image" Target="media/x18367.wmf"/><Relationship Id="rId3745" Type="http://schemas.openxmlformats.org/officeDocument/2006/relationships/image" Target="media/x18368.wmf"/><Relationship Id="rId3746" Type="http://schemas.openxmlformats.org/officeDocument/2006/relationships/image" Target="media/x18369.wmf"/><Relationship Id="rId3747" Type="http://schemas.openxmlformats.org/officeDocument/2006/relationships/image" Target="media/x18370.wmf"/><Relationship Id="rId3748" Type="http://schemas.openxmlformats.org/officeDocument/2006/relationships/image" Target="media/x18371.wmf"/><Relationship Id="rId3749" Type="http://schemas.openxmlformats.org/officeDocument/2006/relationships/image" Target="media/x18372.wmf"/><Relationship Id="rId3750" Type="http://schemas.openxmlformats.org/officeDocument/2006/relationships/image" Target="media/x18373.wmf"/><Relationship Id="rId3751" Type="http://schemas.openxmlformats.org/officeDocument/2006/relationships/image" Target="media/x18374.wmf"/><Relationship Id="rId3752" Type="http://schemas.openxmlformats.org/officeDocument/2006/relationships/image" Target="media/x18375.wmf"/><Relationship Id="rId3753" Type="http://schemas.openxmlformats.org/officeDocument/2006/relationships/image" Target="media/x18376.wmf"/><Relationship Id="rId3754" Type="http://schemas.openxmlformats.org/officeDocument/2006/relationships/image" Target="media/x18377.wmf"/><Relationship Id="rId3755" Type="http://schemas.openxmlformats.org/officeDocument/2006/relationships/image" Target="media/x18378.wmf"/><Relationship Id="rId3756" Type="http://schemas.openxmlformats.org/officeDocument/2006/relationships/image" Target="media/x18379.wmf"/><Relationship Id="rId3757" Type="http://schemas.openxmlformats.org/officeDocument/2006/relationships/image" Target="media/x18380.wmf"/><Relationship Id="rId3758" Type="http://schemas.openxmlformats.org/officeDocument/2006/relationships/image" Target="media/x18381.wmf"/><Relationship Id="rId3759" Type="http://schemas.openxmlformats.org/officeDocument/2006/relationships/image" Target="media/x18382.wmf"/><Relationship Id="rId3760" Type="http://schemas.openxmlformats.org/officeDocument/2006/relationships/image" Target="media/x18383.wmf"/><Relationship Id="rId3761" Type="http://schemas.openxmlformats.org/officeDocument/2006/relationships/image" Target="media/x18384.wmf"/><Relationship Id="rId3762" Type="http://schemas.openxmlformats.org/officeDocument/2006/relationships/image" Target="media/x18385.wmf"/><Relationship Id="rId3763" Type="http://schemas.openxmlformats.org/officeDocument/2006/relationships/image" Target="media/x18386.wmf"/><Relationship Id="rId3764" Type="http://schemas.openxmlformats.org/officeDocument/2006/relationships/image" Target="media/x18387.wmf"/><Relationship Id="rId3765" Type="http://schemas.openxmlformats.org/officeDocument/2006/relationships/image" Target="media/x18388.wmf"/><Relationship Id="rId3766" Type="http://schemas.openxmlformats.org/officeDocument/2006/relationships/image" Target="media/x18389.wmf"/><Relationship Id="rId3767" Type="http://schemas.openxmlformats.org/officeDocument/2006/relationships/image" Target="media/x18390.wmf"/><Relationship Id="rId3768" Type="http://schemas.openxmlformats.org/officeDocument/2006/relationships/image" Target="media/x18391.wmf"/><Relationship Id="rId3769" Type="http://schemas.openxmlformats.org/officeDocument/2006/relationships/image" Target="media/x18392.wmf"/><Relationship Id="rId3770" Type="http://schemas.openxmlformats.org/officeDocument/2006/relationships/image" Target="media/x18393.wmf"/><Relationship Id="rId3771" Type="http://schemas.openxmlformats.org/officeDocument/2006/relationships/image" Target="media/x18394.wmf"/><Relationship Id="rId3772" Type="http://schemas.openxmlformats.org/officeDocument/2006/relationships/image" Target="media/x18395.wmf"/><Relationship Id="rId3773" Type="http://schemas.openxmlformats.org/officeDocument/2006/relationships/image" Target="media/x18396.wmf"/><Relationship Id="rId3774" Type="http://schemas.openxmlformats.org/officeDocument/2006/relationships/image" Target="media/x18397.wmf"/><Relationship Id="rId3775" Type="http://schemas.openxmlformats.org/officeDocument/2006/relationships/image" Target="media/x18398.wmf"/><Relationship Id="rId3776" Type="http://schemas.openxmlformats.org/officeDocument/2006/relationships/image" Target="media/x18399.wmf"/><Relationship Id="rId3777" Type="http://schemas.openxmlformats.org/officeDocument/2006/relationships/image" Target="media/x18400.wmf"/><Relationship Id="rId3778" Type="http://schemas.openxmlformats.org/officeDocument/2006/relationships/image" Target="media/x18401.wmf"/><Relationship Id="rId3779" Type="http://schemas.openxmlformats.org/officeDocument/2006/relationships/image" Target="media/x18402.wmf"/><Relationship Id="rId3780" Type="http://schemas.openxmlformats.org/officeDocument/2006/relationships/image" Target="media/x18403.wmf"/><Relationship Id="rId3781" Type="http://schemas.openxmlformats.org/officeDocument/2006/relationships/image" Target="media/x18404.wmf"/><Relationship Id="rId3782" Type="http://schemas.openxmlformats.org/officeDocument/2006/relationships/image" Target="media/x18405.wmf"/><Relationship Id="rId3783" Type="http://schemas.openxmlformats.org/officeDocument/2006/relationships/image" Target="media/x18406.wmf"/><Relationship Id="rId3784" Type="http://schemas.openxmlformats.org/officeDocument/2006/relationships/image" Target="media/x18407.wmf"/><Relationship Id="rId3785" Type="http://schemas.openxmlformats.org/officeDocument/2006/relationships/image" Target="media/x18408.wmf"/><Relationship Id="rId3786" Type="http://schemas.openxmlformats.org/officeDocument/2006/relationships/image" Target="media/x18409.wmf"/><Relationship Id="rId3787" Type="http://schemas.openxmlformats.org/officeDocument/2006/relationships/image" Target="media/x18410.wmf"/><Relationship Id="rId3788" Type="http://schemas.openxmlformats.org/officeDocument/2006/relationships/image" Target="media/x18411.wmf"/><Relationship Id="rId3789" Type="http://schemas.openxmlformats.org/officeDocument/2006/relationships/image" Target="media/x18412.wmf"/><Relationship Id="rId3790" Type="http://schemas.openxmlformats.org/officeDocument/2006/relationships/image" Target="media/x18413.wmf"/><Relationship Id="rId3791" Type="http://schemas.openxmlformats.org/officeDocument/2006/relationships/image" Target="media/x18414.wmf"/><Relationship Id="rId3792" Type="http://schemas.openxmlformats.org/officeDocument/2006/relationships/image" Target="media/x18415.wmf"/><Relationship Id="rId3793" Type="http://schemas.openxmlformats.org/officeDocument/2006/relationships/image" Target="media/x18416.wmf"/><Relationship Id="rId3794" Type="http://schemas.openxmlformats.org/officeDocument/2006/relationships/image" Target="media/x18417.wmf"/><Relationship Id="rId3795" Type="http://schemas.openxmlformats.org/officeDocument/2006/relationships/image" Target="media/x18418.wmf"/><Relationship Id="rId3796" Type="http://schemas.openxmlformats.org/officeDocument/2006/relationships/image" Target="media/x18419.wmf"/><Relationship Id="rId3797" Type="http://schemas.openxmlformats.org/officeDocument/2006/relationships/image" Target="media/x18420.wmf"/><Relationship Id="rId3798" Type="http://schemas.openxmlformats.org/officeDocument/2006/relationships/image" Target="media/x18421.wmf"/><Relationship Id="rId3799" Type="http://schemas.openxmlformats.org/officeDocument/2006/relationships/image" Target="media/x18422.wmf"/><Relationship Id="rId3800" Type="http://schemas.openxmlformats.org/officeDocument/2006/relationships/image" Target="media/x18423.wmf"/><Relationship Id="rId3801" Type="http://schemas.openxmlformats.org/officeDocument/2006/relationships/image" Target="media/x18424.wmf"/><Relationship Id="rId3802" Type="http://schemas.openxmlformats.org/officeDocument/2006/relationships/image" Target="media/x18425.wmf"/><Relationship Id="rId3803" Type="http://schemas.openxmlformats.org/officeDocument/2006/relationships/image" Target="media/x18426.wmf"/><Relationship Id="rId3804" Type="http://schemas.openxmlformats.org/officeDocument/2006/relationships/image" Target="media/x18427.wmf"/><Relationship Id="rId3805" Type="http://schemas.openxmlformats.org/officeDocument/2006/relationships/image" Target="media/x18428.png"/><Relationship Id="rId3806" Type="http://schemas.openxmlformats.org/officeDocument/2006/relationships/image" Target="media/x18429.wmf"/><Relationship Id="rId3807" Type="http://schemas.openxmlformats.org/officeDocument/2006/relationships/image" Target="media/x18430.wmf"/><Relationship Id="rId3808" Type="http://schemas.openxmlformats.org/officeDocument/2006/relationships/image" Target="media/x18431.wmf"/><Relationship Id="rId3809" Type="http://schemas.openxmlformats.org/officeDocument/2006/relationships/image" Target="media/x18432.wmf"/><Relationship Id="rId3810" Type="http://schemas.openxmlformats.org/officeDocument/2006/relationships/image" Target="media/x18433.wmf"/><Relationship Id="rId3811" Type="http://schemas.openxmlformats.org/officeDocument/2006/relationships/image" Target="media/x18434.wmf"/><Relationship Id="rId3812" Type="http://schemas.openxmlformats.org/officeDocument/2006/relationships/image" Target="media/x18435.wmf"/><Relationship Id="rId3813" Type="http://schemas.openxmlformats.org/officeDocument/2006/relationships/image" Target="media/x18436.wmf"/><Relationship Id="rId3814" Type="http://schemas.openxmlformats.org/officeDocument/2006/relationships/image" Target="media/x18437.wmf"/><Relationship Id="rId3815" Type="http://schemas.openxmlformats.org/officeDocument/2006/relationships/image" Target="media/x18438.wmf"/><Relationship Id="rId3816" Type="http://schemas.openxmlformats.org/officeDocument/2006/relationships/image" Target="media/x18439.wmf"/><Relationship Id="rId3817" Type="http://schemas.openxmlformats.org/officeDocument/2006/relationships/image" Target="media/x18440.wmf"/><Relationship Id="rId3818" Type="http://schemas.openxmlformats.org/officeDocument/2006/relationships/image" Target="media/x18441.wmf"/><Relationship Id="rId3819" Type="http://schemas.openxmlformats.org/officeDocument/2006/relationships/image" Target="media/x18442.wmf"/><Relationship Id="rId3820" Type="http://schemas.openxmlformats.org/officeDocument/2006/relationships/image" Target="media/x18443.wmf"/><Relationship Id="rId3821" Type="http://schemas.openxmlformats.org/officeDocument/2006/relationships/image" Target="media/x18444.wmf"/><Relationship Id="rId3822" Type="http://schemas.openxmlformats.org/officeDocument/2006/relationships/image" Target="media/x18445.wmf"/><Relationship Id="rId3823" Type="http://schemas.openxmlformats.org/officeDocument/2006/relationships/image" Target="media/x18446.wmf"/><Relationship Id="rId3824" Type="http://schemas.openxmlformats.org/officeDocument/2006/relationships/image" Target="media/x18447.wmf"/><Relationship Id="rId3825" Type="http://schemas.openxmlformats.org/officeDocument/2006/relationships/image" Target="media/x18448.wmf"/><Relationship Id="rId3826" Type="http://schemas.openxmlformats.org/officeDocument/2006/relationships/image" Target="media/x18449.wmf"/><Relationship Id="rId3827" Type="http://schemas.openxmlformats.org/officeDocument/2006/relationships/image" Target="media/x18450.wmf"/><Relationship Id="rId3828" Type="http://schemas.openxmlformats.org/officeDocument/2006/relationships/image" Target="media/x18451.wmf"/><Relationship Id="rId3829" Type="http://schemas.openxmlformats.org/officeDocument/2006/relationships/image" Target="media/x18452.wmf"/><Relationship Id="rId3830" Type="http://schemas.openxmlformats.org/officeDocument/2006/relationships/image" Target="media/x18453.wmf"/><Relationship Id="rId3831" Type="http://schemas.openxmlformats.org/officeDocument/2006/relationships/image" Target="media/x18454.wmf"/><Relationship Id="rId3832" Type="http://schemas.openxmlformats.org/officeDocument/2006/relationships/image" Target="media/x18455.wmf"/><Relationship Id="rId3833" Type="http://schemas.openxmlformats.org/officeDocument/2006/relationships/image" Target="media/x18456.wmf"/><Relationship Id="rId3834" Type="http://schemas.openxmlformats.org/officeDocument/2006/relationships/image" Target="media/x18457.wmf"/><Relationship Id="rId3835" Type="http://schemas.openxmlformats.org/officeDocument/2006/relationships/image" Target="media/x18458.wmf"/><Relationship Id="rId3836" Type="http://schemas.openxmlformats.org/officeDocument/2006/relationships/image" Target="media/x18459.wmf"/><Relationship Id="rId3837" Type="http://schemas.openxmlformats.org/officeDocument/2006/relationships/image" Target="media/x18460.wmf"/><Relationship Id="rId3838" Type="http://schemas.openxmlformats.org/officeDocument/2006/relationships/image" Target="media/x18461.wmf"/><Relationship Id="rId3839" Type="http://schemas.openxmlformats.org/officeDocument/2006/relationships/image" Target="media/x18462.wmf"/><Relationship Id="rId3840" Type="http://schemas.openxmlformats.org/officeDocument/2006/relationships/image" Target="media/x18463.wmf"/><Relationship Id="rId3841" Type="http://schemas.openxmlformats.org/officeDocument/2006/relationships/image" Target="media/x18464.wmf"/><Relationship Id="rId3842" Type="http://schemas.openxmlformats.org/officeDocument/2006/relationships/image" Target="media/x18465.wmf"/><Relationship Id="rId3843" Type="http://schemas.openxmlformats.org/officeDocument/2006/relationships/image" Target="media/x18466.wmf"/><Relationship Id="rId3844" Type="http://schemas.openxmlformats.org/officeDocument/2006/relationships/image" Target="media/x18467.wmf"/><Relationship Id="rId3845" Type="http://schemas.openxmlformats.org/officeDocument/2006/relationships/image" Target="media/x18468.wmf"/><Relationship Id="rId3846" Type="http://schemas.openxmlformats.org/officeDocument/2006/relationships/image" Target="media/x18469.wmf"/><Relationship Id="rId3847" Type="http://schemas.openxmlformats.org/officeDocument/2006/relationships/image" Target="media/x18470.wmf"/><Relationship Id="rId3848" Type="http://schemas.openxmlformats.org/officeDocument/2006/relationships/image" Target="media/x18471.wmf"/><Relationship Id="rId3849" Type="http://schemas.openxmlformats.org/officeDocument/2006/relationships/image" Target="media/x18472.wmf"/><Relationship Id="rId3850" Type="http://schemas.openxmlformats.org/officeDocument/2006/relationships/image" Target="media/x18473.wmf"/><Relationship Id="rId3851" Type="http://schemas.openxmlformats.org/officeDocument/2006/relationships/image" Target="media/x18474.wmf"/><Relationship Id="rId3852" Type="http://schemas.openxmlformats.org/officeDocument/2006/relationships/image" Target="media/x18475.wmf"/><Relationship Id="rId3853" Type="http://schemas.openxmlformats.org/officeDocument/2006/relationships/image" Target="media/x18476.wmf"/><Relationship Id="rId3854" Type="http://schemas.openxmlformats.org/officeDocument/2006/relationships/image" Target="media/x18477.wmf"/><Relationship Id="rId3855" Type="http://schemas.openxmlformats.org/officeDocument/2006/relationships/image" Target="media/x18478.wmf"/><Relationship Id="rId3856" Type="http://schemas.openxmlformats.org/officeDocument/2006/relationships/image" Target="media/x18479.wmf"/><Relationship Id="rId3857" Type="http://schemas.openxmlformats.org/officeDocument/2006/relationships/image" Target="media/x18480.wmf"/><Relationship Id="rId3858" Type="http://schemas.openxmlformats.org/officeDocument/2006/relationships/image" Target="media/x18481.wmf"/><Relationship Id="rId3859" Type="http://schemas.openxmlformats.org/officeDocument/2006/relationships/image" Target="media/x18482.wmf"/><Relationship Id="rId3860" Type="http://schemas.openxmlformats.org/officeDocument/2006/relationships/image" Target="media/x18483.wmf"/><Relationship Id="rId3861" Type="http://schemas.openxmlformats.org/officeDocument/2006/relationships/image" Target="media/x18484.wmf"/><Relationship Id="rId3862" Type="http://schemas.openxmlformats.org/officeDocument/2006/relationships/image" Target="media/x18485.wmf"/><Relationship Id="rId3863" Type="http://schemas.openxmlformats.org/officeDocument/2006/relationships/image" Target="media/x18486.wmf"/><Relationship Id="rId3864" Type="http://schemas.openxmlformats.org/officeDocument/2006/relationships/image" Target="media/x18487.png"/><Relationship Id="rId3865" Type="http://schemas.openxmlformats.org/officeDocument/2006/relationships/image" Target="media/x18488.wmf"/><Relationship Id="rId3866" Type="http://schemas.openxmlformats.org/officeDocument/2006/relationships/image" Target="media/x18489.wmf"/><Relationship Id="rId3867" Type="http://schemas.openxmlformats.org/officeDocument/2006/relationships/image" Target="media/x18490.wmf"/><Relationship Id="rId3868" Type="http://schemas.openxmlformats.org/officeDocument/2006/relationships/image" Target="media/x18491.wmf"/><Relationship Id="rId3869" Type="http://schemas.openxmlformats.org/officeDocument/2006/relationships/image" Target="media/x18492.wmf"/><Relationship Id="rId3870" Type="http://schemas.openxmlformats.org/officeDocument/2006/relationships/image" Target="media/x18493.wmf"/><Relationship Id="rId3871" Type="http://schemas.openxmlformats.org/officeDocument/2006/relationships/image" Target="media/x18494.wmf"/><Relationship Id="rId3872" Type="http://schemas.openxmlformats.org/officeDocument/2006/relationships/image" Target="media/x18495.wmf"/><Relationship Id="rId3873" Type="http://schemas.openxmlformats.org/officeDocument/2006/relationships/image" Target="media/x18496.wmf"/><Relationship Id="rId3874" Type="http://schemas.openxmlformats.org/officeDocument/2006/relationships/image" Target="media/x18497.wmf"/><Relationship Id="rId3875" Type="http://schemas.openxmlformats.org/officeDocument/2006/relationships/image" Target="media/x18498.wmf"/><Relationship Id="rId3876" Type="http://schemas.openxmlformats.org/officeDocument/2006/relationships/image" Target="media/x18499.wmf"/><Relationship Id="rId3877" Type="http://schemas.openxmlformats.org/officeDocument/2006/relationships/image" Target="media/x18500.wmf"/><Relationship Id="rId3878" Type="http://schemas.openxmlformats.org/officeDocument/2006/relationships/image" Target="media/x18501.wmf"/><Relationship Id="rId3879" Type="http://schemas.openxmlformats.org/officeDocument/2006/relationships/image" Target="media/x18502.wmf"/><Relationship Id="rId3880" Type="http://schemas.openxmlformats.org/officeDocument/2006/relationships/image" Target="media/x18503.wmf"/><Relationship Id="rId3881" Type="http://schemas.openxmlformats.org/officeDocument/2006/relationships/image" Target="media/x18504.wmf"/><Relationship Id="rId3882" Type="http://schemas.openxmlformats.org/officeDocument/2006/relationships/image" Target="media/x18505.wmf"/><Relationship Id="rId3883" Type="http://schemas.openxmlformats.org/officeDocument/2006/relationships/image" Target="media/x18506.wmf"/><Relationship Id="rId3884" Type="http://schemas.openxmlformats.org/officeDocument/2006/relationships/image" Target="media/x18507.wmf"/><Relationship Id="rId3885" Type="http://schemas.openxmlformats.org/officeDocument/2006/relationships/image" Target="media/x18508.wmf"/><Relationship Id="rId3886" Type="http://schemas.openxmlformats.org/officeDocument/2006/relationships/image" Target="media/x18509.wmf"/><Relationship Id="rId3887" Type="http://schemas.openxmlformats.org/officeDocument/2006/relationships/image" Target="media/x18510.wmf"/><Relationship Id="rId3888" Type="http://schemas.openxmlformats.org/officeDocument/2006/relationships/image" Target="media/x18511.wmf"/><Relationship Id="rId3889" Type="http://schemas.openxmlformats.org/officeDocument/2006/relationships/image" Target="media/x18512.wmf"/><Relationship Id="rId3890" Type="http://schemas.openxmlformats.org/officeDocument/2006/relationships/image" Target="media/x18513.wmf"/><Relationship Id="rId3891" Type="http://schemas.openxmlformats.org/officeDocument/2006/relationships/image" Target="media/x18514.wmf"/><Relationship Id="rId3892" Type="http://schemas.openxmlformats.org/officeDocument/2006/relationships/image" Target="media/x18515.wmf"/><Relationship Id="rId3893" Type="http://schemas.openxmlformats.org/officeDocument/2006/relationships/image" Target="media/x18516.wmf"/><Relationship Id="rId3894" Type="http://schemas.openxmlformats.org/officeDocument/2006/relationships/image" Target="media/x18517.wmf"/><Relationship Id="rId3895" Type="http://schemas.openxmlformats.org/officeDocument/2006/relationships/image" Target="media/x18518.wmf"/><Relationship Id="rId3896" Type="http://schemas.openxmlformats.org/officeDocument/2006/relationships/image" Target="media/x18519.wmf"/><Relationship Id="rId3897" Type="http://schemas.openxmlformats.org/officeDocument/2006/relationships/image" Target="media/x18520.wmf"/><Relationship Id="rId3898" Type="http://schemas.openxmlformats.org/officeDocument/2006/relationships/image" Target="media/x18521.wmf"/><Relationship Id="rId3899" Type="http://schemas.openxmlformats.org/officeDocument/2006/relationships/image" Target="media/x18522.wmf"/><Relationship Id="rId3900" Type="http://schemas.openxmlformats.org/officeDocument/2006/relationships/image" Target="media/x18523.wmf"/><Relationship Id="rId3901" Type="http://schemas.openxmlformats.org/officeDocument/2006/relationships/image" Target="media/x18524.wmf"/><Relationship Id="rId3902" Type="http://schemas.openxmlformats.org/officeDocument/2006/relationships/image" Target="media/x18525.wmf"/><Relationship Id="rId3903" Type="http://schemas.openxmlformats.org/officeDocument/2006/relationships/image" Target="media/x18526.wmf"/><Relationship Id="rId3904" Type="http://schemas.openxmlformats.org/officeDocument/2006/relationships/image" Target="media/x18527.wmf"/><Relationship Id="rId3905" Type="http://schemas.openxmlformats.org/officeDocument/2006/relationships/image" Target="media/x18528.wmf"/><Relationship Id="rId3906" Type="http://schemas.openxmlformats.org/officeDocument/2006/relationships/image" Target="media/x18529.wmf"/><Relationship Id="rId3907" Type="http://schemas.openxmlformats.org/officeDocument/2006/relationships/image" Target="media/x18530.wmf"/><Relationship Id="rId3908" Type="http://schemas.openxmlformats.org/officeDocument/2006/relationships/image" Target="media/x18531.wmf"/><Relationship Id="rId3909" Type="http://schemas.openxmlformats.org/officeDocument/2006/relationships/image" Target="media/x18532.wmf"/><Relationship Id="rId3910" Type="http://schemas.openxmlformats.org/officeDocument/2006/relationships/image" Target="media/x18533.wmf"/><Relationship Id="rId3911" Type="http://schemas.openxmlformats.org/officeDocument/2006/relationships/image" Target="media/x18534.wmf"/><Relationship Id="rId3912" Type="http://schemas.openxmlformats.org/officeDocument/2006/relationships/image" Target="media/x18535.wmf"/><Relationship Id="rId3913" Type="http://schemas.openxmlformats.org/officeDocument/2006/relationships/image" Target="media/x18536.wmf"/><Relationship Id="rId3914" Type="http://schemas.openxmlformats.org/officeDocument/2006/relationships/image" Target="media/x18537.wmf"/><Relationship Id="rId3915" Type="http://schemas.openxmlformats.org/officeDocument/2006/relationships/image" Target="media/x18538.wmf"/><Relationship Id="rId3916" Type="http://schemas.openxmlformats.org/officeDocument/2006/relationships/image" Target="media/x18539.wmf"/><Relationship Id="rId3917" Type="http://schemas.openxmlformats.org/officeDocument/2006/relationships/image" Target="media/x18540.wmf"/><Relationship Id="rId3918" Type="http://schemas.openxmlformats.org/officeDocument/2006/relationships/image" Target="media/x18541.wmf"/><Relationship Id="rId3919" Type="http://schemas.openxmlformats.org/officeDocument/2006/relationships/image" Target="media/x18542.wmf"/><Relationship Id="rId3920" Type="http://schemas.openxmlformats.org/officeDocument/2006/relationships/image" Target="media/x18543.wmf"/><Relationship Id="rId3921" Type="http://schemas.openxmlformats.org/officeDocument/2006/relationships/image" Target="media/x18544.wmf"/><Relationship Id="rId3922" Type="http://schemas.openxmlformats.org/officeDocument/2006/relationships/image" Target="media/x18545.wmf"/><Relationship Id="rId3923" Type="http://schemas.openxmlformats.org/officeDocument/2006/relationships/image" Target="media/x18546.wmf"/><Relationship Id="rId3924" Type="http://schemas.openxmlformats.org/officeDocument/2006/relationships/image" Target="media/x18547.wmf"/><Relationship Id="rId3925" Type="http://schemas.openxmlformats.org/officeDocument/2006/relationships/image" Target="media/x18548.wmf"/><Relationship Id="rId3926" Type="http://schemas.openxmlformats.org/officeDocument/2006/relationships/image" Target="media/x18549.wmf"/><Relationship Id="rId3927" Type="http://schemas.openxmlformats.org/officeDocument/2006/relationships/image" Target="media/x18550.wmf"/><Relationship Id="rId3928" Type="http://schemas.openxmlformats.org/officeDocument/2006/relationships/image" Target="media/x18551.wmf"/><Relationship Id="rId3929" Type="http://schemas.openxmlformats.org/officeDocument/2006/relationships/image" Target="media/x18552.wmf"/><Relationship Id="rId3930" Type="http://schemas.openxmlformats.org/officeDocument/2006/relationships/image" Target="media/x18553.wmf"/><Relationship Id="rId3931" Type="http://schemas.openxmlformats.org/officeDocument/2006/relationships/image" Target="media/x18554.wmf"/><Relationship Id="rId3932" Type="http://schemas.openxmlformats.org/officeDocument/2006/relationships/image" Target="media/x18555.wmf"/><Relationship Id="rId3933" Type="http://schemas.openxmlformats.org/officeDocument/2006/relationships/image" Target="media/x18556.wmf"/><Relationship Id="rId3934" Type="http://schemas.openxmlformats.org/officeDocument/2006/relationships/image" Target="media/x18557.wmf"/><Relationship Id="rId3935" Type="http://schemas.openxmlformats.org/officeDocument/2006/relationships/image" Target="media/x18558.wmf"/><Relationship Id="rId3936" Type="http://schemas.openxmlformats.org/officeDocument/2006/relationships/image" Target="media/x18559.wmf"/><Relationship Id="rId3937" Type="http://schemas.openxmlformats.org/officeDocument/2006/relationships/image" Target="media/x18560.wmf"/><Relationship Id="rId3938" Type="http://schemas.openxmlformats.org/officeDocument/2006/relationships/image" Target="media/x18561.wmf"/><Relationship Id="rId3939" Type="http://schemas.openxmlformats.org/officeDocument/2006/relationships/image" Target="media/x18562.wmf"/><Relationship Id="rId3940" Type="http://schemas.openxmlformats.org/officeDocument/2006/relationships/image" Target="media/x18563.wmf"/><Relationship Id="rId3941" Type="http://schemas.openxmlformats.org/officeDocument/2006/relationships/image" Target="media/x18564.wmf"/><Relationship Id="rId3942" Type="http://schemas.openxmlformats.org/officeDocument/2006/relationships/image" Target="media/x18565.wmf"/><Relationship Id="rId3943" Type="http://schemas.openxmlformats.org/officeDocument/2006/relationships/image" Target="media/x18566.wmf"/><Relationship Id="rId3944" Type="http://schemas.openxmlformats.org/officeDocument/2006/relationships/image" Target="media/x18567.wmf"/><Relationship Id="rId3945" Type="http://schemas.openxmlformats.org/officeDocument/2006/relationships/image" Target="media/x18568.wmf"/><Relationship Id="rId3946" Type="http://schemas.openxmlformats.org/officeDocument/2006/relationships/image" Target="media/x18569.wmf"/><Relationship Id="rId3947" Type="http://schemas.openxmlformats.org/officeDocument/2006/relationships/image" Target="media/x18570.wmf"/><Relationship Id="rId3948" Type="http://schemas.openxmlformats.org/officeDocument/2006/relationships/image" Target="media/x18571.wmf"/><Relationship Id="rId3949" Type="http://schemas.openxmlformats.org/officeDocument/2006/relationships/image" Target="media/x18572.wmf"/><Relationship Id="rId3950" Type="http://schemas.openxmlformats.org/officeDocument/2006/relationships/image" Target="media/x18573.wmf"/><Relationship Id="rId3951" Type="http://schemas.openxmlformats.org/officeDocument/2006/relationships/image" Target="media/x18574.wmf"/><Relationship Id="rId3952" Type="http://schemas.openxmlformats.org/officeDocument/2006/relationships/image" Target="media/x18575.wmf"/><Relationship Id="rId3953" Type="http://schemas.openxmlformats.org/officeDocument/2006/relationships/image" Target="media/x18576.wmf"/><Relationship Id="rId3954" Type="http://schemas.openxmlformats.org/officeDocument/2006/relationships/image" Target="media/x18577.wmf"/><Relationship Id="rId3955" Type="http://schemas.openxmlformats.org/officeDocument/2006/relationships/image" Target="media/x18578.wmf"/><Relationship Id="rId3956" Type="http://schemas.openxmlformats.org/officeDocument/2006/relationships/image" Target="media/x18579.wmf"/><Relationship Id="rId3957" Type="http://schemas.openxmlformats.org/officeDocument/2006/relationships/image" Target="media/x18580.wmf"/><Relationship Id="rId3958" Type="http://schemas.openxmlformats.org/officeDocument/2006/relationships/image" Target="media/x18581.wmf"/><Relationship Id="rId3959" Type="http://schemas.openxmlformats.org/officeDocument/2006/relationships/image" Target="media/x18582.wmf"/><Relationship Id="rId3960" Type="http://schemas.openxmlformats.org/officeDocument/2006/relationships/image" Target="media/x18583.wmf"/><Relationship Id="rId3961" Type="http://schemas.openxmlformats.org/officeDocument/2006/relationships/image" Target="media/x18584.wmf"/><Relationship Id="rId3962" Type="http://schemas.openxmlformats.org/officeDocument/2006/relationships/image" Target="media/x18585.wmf"/><Relationship Id="rId3963" Type="http://schemas.openxmlformats.org/officeDocument/2006/relationships/image" Target="media/x18586.wmf"/><Relationship Id="rId3964" Type="http://schemas.openxmlformats.org/officeDocument/2006/relationships/image" Target="media/x18587.wmf"/><Relationship Id="rId3965" Type="http://schemas.openxmlformats.org/officeDocument/2006/relationships/image" Target="media/x18588.wmf"/><Relationship Id="rId3966" Type="http://schemas.openxmlformats.org/officeDocument/2006/relationships/image" Target="media/x18589.wmf"/><Relationship Id="rId3967" Type="http://schemas.openxmlformats.org/officeDocument/2006/relationships/image" Target="media/x18590.wmf"/><Relationship Id="rId3968" Type="http://schemas.openxmlformats.org/officeDocument/2006/relationships/image" Target="media/x18591.wmf"/><Relationship Id="rId3969" Type="http://schemas.openxmlformats.org/officeDocument/2006/relationships/image" Target="media/x18592.wmf"/><Relationship Id="rId3970" Type="http://schemas.openxmlformats.org/officeDocument/2006/relationships/image" Target="media/x18593.wmf"/><Relationship Id="rId3971" Type="http://schemas.openxmlformats.org/officeDocument/2006/relationships/image" Target="media/x18594.wmf"/><Relationship Id="rId3972" Type="http://schemas.openxmlformats.org/officeDocument/2006/relationships/image" Target="media/x18595.wmf"/><Relationship Id="rId3973" Type="http://schemas.openxmlformats.org/officeDocument/2006/relationships/image" Target="media/x18596.wmf"/><Relationship Id="rId3974" Type="http://schemas.openxmlformats.org/officeDocument/2006/relationships/image" Target="media/x18597.wmf"/><Relationship Id="rId3975" Type="http://schemas.openxmlformats.org/officeDocument/2006/relationships/image" Target="media/x18598.wmf"/><Relationship Id="rId3976" Type="http://schemas.openxmlformats.org/officeDocument/2006/relationships/image" Target="media/x18599.wmf"/><Relationship Id="rId3977" Type="http://schemas.openxmlformats.org/officeDocument/2006/relationships/image" Target="media/x18600.wmf"/><Relationship Id="rId3978" Type="http://schemas.openxmlformats.org/officeDocument/2006/relationships/image" Target="media/x18601.wmf"/><Relationship Id="rId3979" Type="http://schemas.openxmlformats.org/officeDocument/2006/relationships/image" Target="media/x18602.wmf"/><Relationship Id="rId3980" Type="http://schemas.openxmlformats.org/officeDocument/2006/relationships/image" Target="media/x18603.wmf"/><Relationship Id="rId3981" Type="http://schemas.openxmlformats.org/officeDocument/2006/relationships/image" Target="media/x18604.wmf"/><Relationship Id="rId3982" Type="http://schemas.openxmlformats.org/officeDocument/2006/relationships/image" Target="media/x18605.wmf"/><Relationship Id="rId3983" Type="http://schemas.openxmlformats.org/officeDocument/2006/relationships/image" Target="media/x18606.wmf"/><Relationship Id="rId3984" Type="http://schemas.openxmlformats.org/officeDocument/2006/relationships/image" Target="media/x18607.wmf"/><Relationship Id="rId3985" Type="http://schemas.openxmlformats.org/officeDocument/2006/relationships/image" Target="media/x18608.wmf"/><Relationship Id="rId3986" Type="http://schemas.openxmlformats.org/officeDocument/2006/relationships/image" Target="media/x18609.wmf"/><Relationship Id="rId3987" Type="http://schemas.openxmlformats.org/officeDocument/2006/relationships/image" Target="media/x18610.wmf"/><Relationship Id="rId3988" Type="http://schemas.openxmlformats.org/officeDocument/2006/relationships/image" Target="media/x18611.wmf"/><Relationship Id="rId3989" Type="http://schemas.openxmlformats.org/officeDocument/2006/relationships/image" Target="media/x18612.wmf"/><Relationship Id="rId3990" Type="http://schemas.openxmlformats.org/officeDocument/2006/relationships/image" Target="media/x18613.wmf"/><Relationship Id="rId3991" Type="http://schemas.openxmlformats.org/officeDocument/2006/relationships/image" Target="media/x18614.wmf"/><Relationship Id="rId3992" Type="http://schemas.openxmlformats.org/officeDocument/2006/relationships/image" Target="media/x18615.wmf"/><Relationship Id="rId3993" Type="http://schemas.openxmlformats.org/officeDocument/2006/relationships/image" Target="media/x18616.wmf"/><Relationship Id="rId3994" Type="http://schemas.openxmlformats.org/officeDocument/2006/relationships/image" Target="media/x18617.wmf"/><Relationship Id="rId3995" Type="http://schemas.openxmlformats.org/officeDocument/2006/relationships/image" Target="media/x18618.wmf"/><Relationship Id="rId3996" Type="http://schemas.openxmlformats.org/officeDocument/2006/relationships/image" Target="media/x18619.wmf"/><Relationship Id="rId3997" Type="http://schemas.openxmlformats.org/officeDocument/2006/relationships/image" Target="media/x18620.wmf"/><Relationship Id="rId3998" Type="http://schemas.openxmlformats.org/officeDocument/2006/relationships/image" Target="media/x18621.wmf"/><Relationship Id="rId3999" Type="http://schemas.openxmlformats.org/officeDocument/2006/relationships/image" Target="media/x18622.wmf"/><Relationship Id="rId4000" Type="http://schemas.openxmlformats.org/officeDocument/2006/relationships/image" Target="media/x18623.wmf"/><Relationship Id="rId4001" Type="http://schemas.openxmlformats.org/officeDocument/2006/relationships/image" Target="media/x18624.wmf"/><Relationship Id="rId4002" Type="http://schemas.openxmlformats.org/officeDocument/2006/relationships/image" Target="media/x18625.wmf"/><Relationship Id="rId4003" Type="http://schemas.openxmlformats.org/officeDocument/2006/relationships/image" Target="media/x18626.wmf"/><Relationship Id="rId4004" Type="http://schemas.openxmlformats.org/officeDocument/2006/relationships/image" Target="media/x18627.wmf"/><Relationship Id="rId4005" Type="http://schemas.openxmlformats.org/officeDocument/2006/relationships/image" Target="media/x18628.wmf"/><Relationship Id="rId4006" Type="http://schemas.openxmlformats.org/officeDocument/2006/relationships/image" Target="media/x18629.wmf"/><Relationship Id="rId4007" Type="http://schemas.openxmlformats.org/officeDocument/2006/relationships/image" Target="media/x18630.wmf"/><Relationship Id="rId4008" Type="http://schemas.openxmlformats.org/officeDocument/2006/relationships/image" Target="media/x18631.wmf"/><Relationship Id="rId4009" Type="http://schemas.openxmlformats.org/officeDocument/2006/relationships/image" Target="media/x18632.wmf"/><Relationship Id="rId4010" Type="http://schemas.openxmlformats.org/officeDocument/2006/relationships/image" Target="media/x18633.wmf"/><Relationship Id="rId4011" Type="http://schemas.openxmlformats.org/officeDocument/2006/relationships/image" Target="media/x18634.wmf"/><Relationship Id="rId4012" Type="http://schemas.openxmlformats.org/officeDocument/2006/relationships/image" Target="media/x18635.wmf"/><Relationship Id="rId4013" Type="http://schemas.openxmlformats.org/officeDocument/2006/relationships/image" Target="media/x18636.wmf"/><Relationship Id="rId4014" Type="http://schemas.openxmlformats.org/officeDocument/2006/relationships/image" Target="media/x18637.wmf"/><Relationship Id="rId4015" Type="http://schemas.openxmlformats.org/officeDocument/2006/relationships/image" Target="media/x18638.wmf"/><Relationship Id="rId4016" Type="http://schemas.openxmlformats.org/officeDocument/2006/relationships/image" Target="media/x18639.wmf"/><Relationship Id="rId4017" Type="http://schemas.openxmlformats.org/officeDocument/2006/relationships/image" Target="media/x18640.png"/><Relationship Id="rId4018" Type="http://schemas.openxmlformats.org/officeDocument/2006/relationships/image" Target="media/x18641.wmf"/><Relationship Id="rId4019" Type="http://schemas.openxmlformats.org/officeDocument/2006/relationships/image" Target="media/x18642.wmf"/><Relationship Id="rId4020" Type="http://schemas.openxmlformats.org/officeDocument/2006/relationships/image" Target="media/x18643.wmf"/><Relationship Id="rId4021" Type="http://schemas.openxmlformats.org/officeDocument/2006/relationships/image" Target="media/x18644.wmf"/><Relationship Id="rId4022" Type="http://schemas.openxmlformats.org/officeDocument/2006/relationships/image" Target="media/x18645.wmf"/><Relationship Id="rId4023" Type="http://schemas.openxmlformats.org/officeDocument/2006/relationships/image" Target="media/x18646.wmf"/><Relationship Id="rId4024" Type="http://schemas.openxmlformats.org/officeDocument/2006/relationships/image" Target="media/x18647.wmf"/><Relationship Id="rId4025" Type="http://schemas.openxmlformats.org/officeDocument/2006/relationships/image" Target="media/x18648.wmf"/><Relationship Id="rId4026" Type="http://schemas.openxmlformats.org/officeDocument/2006/relationships/image" Target="media/x18649.wmf"/><Relationship Id="rId4027" Type="http://schemas.openxmlformats.org/officeDocument/2006/relationships/image" Target="media/x18650.wmf"/><Relationship Id="rId4028" Type="http://schemas.openxmlformats.org/officeDocument/2006/relationships/image" Target="media/x18651.wmf"/><Relationship Id="rId4029" Type="http://schemas.openxmlformats.org/officeDocument/2006/relationships/image" Target="media/x18652.wmf"/><Relationship Id="rId4030" Type="http://schemas.openxmlformats.org/officeDocument/2006/relationships/image" Target="media/x18653.wmf"/><Relationship Id="rId4031" Type="http://schemas.openxmlformats.org/officeDocument/2006/relationships/image" Target="media/x18654.wmf"/><Relationship Id="rId4032" Type="http://schemas.openxmlformats.org/officeDocument/2006/relationships/image" Target="media/x18655.wmf"/><Relationship Id="rId4033" Type="http://schemas.openxmlformats.org/officeDocument/2006/relationships/image" Target="media/x18656.wmf"/><Relationship Id="rId4034" Type="http://schemas.openxmlformats.org/officeDocument/2006/relationships/image" Target="media/x18657.wmf"/><Relationship Id="rId4035" Type="http://schemas.openxmlformats.org/officeDocument/2006/relationships/image" Target="media/x18658.wmf"/><Relationship Id="rId4036" Type="http://schemas.openxmlformats.org/officeDocument/2006/relationships/image" Target="media/x18659.wmf"/><Relationship Id="rId4037" Type="http://schemas.openxmlformats.org/officeDocument/2006/relationships/image" Target="media/x18660.wmf"/><Relationship Id="rId4038" Type="http://schemas.openxmlformats.org/officeDocument/2006/relationships/image" Target="media/x18661.wmf"/><Relationship Id="rId4039" Type="http://schemas.openxmlformats.org/officeDocument/2006/relationships/image" Target="media/x18662.wmf"/><Relationship Id="rId4040" Type="http://schemas.openxmlformats.org/officeDocument/2006/relationships/image" Target="media/x18663.wmf"/><Relationship Id="rId4041" Type="http://schemas.openxmlformats.org/officeDocument/2006/relationships/image" Target="media/x18664.wmf"/><Relationship Id="rId4042" Type="http://schemas.openxmlformats.org/officeDocument/2006/relationships/image" Target="media/x18665.wmf"/><Relationship Id="rId4043" Type="http://schemas.openxmlformats.org/officeDocument/2006/relationships/image" Target="media/x18666.wmf"/><Relationship Id="rId4044" Type="http://schemas.openxmlformats.org/officeDocument/2006/relationships/image" Target="media/x18667.wmf"/><Relationship Id="rId4045" Type="http://schemas.openxmlformats.org/officeDocument/2006/relationships/image" Target="media/x18668.wmf"/><Relationship Id="rId4046" Type="http://schemas.openxmlformats.org/officeDocument/2006/relationships/image" Target="media/x18669.wmf"/><Relationship Id="rId4047" Type="http://schemas.openxmlformats.org/officeDocument/2006/relationships/image" Target="media/x18670.wmf"/><Relationship Id="rId4048" Type="http://schemas.openxmlformats.org/officeDocument/2006/relationships/image" Target="media/x18671.wmf"/><Relationship Id="rId4049" Type="http://schemas.openxmlformats.org/officeDocument/2006/relationships/image" Target="media/x18672.wmf"/><Relationship Id="rId4050" Type="http://schemas.openxmlformats.org/officeDocument/2006/relationships/image" Target="media/x18673.wmf"/><Relationship Id="rId4051" Type="http://schemas.openxmlformats.org/officeDocument/2006/relationships/image" Target="media/x18674.wmf"/><Relationship Id="rId4052" Type="http://schemas.openxmlformats.org/officeDocument/2006/relationships/image" Target="media/x18675.wmf"/><Relationship Id="rId4053" Type="http://schemas.openxmlformats.org/officeDocument/2006/relationships/image" Target="media/x18676.wmf"/><Relationship Id="rId4054" Type="http://schemas.openxmlformats.org/officeDocument/2006/relationships/image" Target="media/x18677.wmf"/><Relationship Id="rId4055" Type="http://schemas.openxmlformats.org/officeDocument/2006/relationships/image" Target="media/x18678.wmf"/><Relationship Id="rId4056" Type="http://schemas.openxmlformats.org/officeDocument/2006/relationships/image" Target="media/x18679.wmf"/><Relationship Id="rId4057" Type="http://schemas.openxmlformats.org/officeDocument/2006/relationships/image" Target="media/x18680.png"/><Relationship Id="rId4058" Type="http://schemas.openxmlformats.org/officeDocument/2006/relationships/image" Target="media/x18681.wmf"/><Relationship Id="rId4059" Type="http://schemas.openxmlformats.org/officeDocument/2006/relationships/image" Target="media/x18682.wmf"/><Relationship Id="rId4060" Type="http://schemas.openxmlformats.org/officeDocument/2006/relationships/image" Target="media/x18683.wmf"/><Relationship Id="rId4061" Type="http://schemas.openxmlformats.org/officeDocument/2006/relationships/image" Target="media/x18684.wmf"/><Relationship Id="rId4062" Type="http://schemas.openxmlformats.org/officeDocument/2006/relationships/image" Target="media/x18685.wmf"/><Relationship Id="rId4063" Type="http://schemas.openxmlformats.org/officeDocument/2006/relationships/image" Target="media/x18686.wmf"/><Relationship Id="rId4064" Type="http://schemas.openxmlformats.org/officeDocument/2006/relationships/image" Target="media/x18687.wmf"/><Relationship Id="rId4065" Type="http://schemas.openxmlformats.org/officeDocument/2006/relationships/image" Target="media/x18688.wmf"/><Relationship Id="rId4066" Type="http://schemas.openxmlformats.org/officeDocument/2006/relationships/image" Target="media/x18689.wmf"/><Relationship Id="rId4067" Type="http://schemas.openxmlformats.org/officeDocument/2006/relationships/image" Target="media/x18690.wmf"/><Relationship Id="rId4068" Type="http://schemas.openxmlformats.org/officeDocument/2006/relationships/image" Target="media/x18691.wmf"/><Relationship Id="rId4069" Type="http://schemas.openxmlformats.org/officeDocument/2006/relationships/image" Target="media/x18692.wmf"/><Relationship Id="rId4070" Type="http://schemas.openxmlformats.org/officeDocument/2006/relationships/image" Target="media/x18693.wmf"/><Relationship Id="rId4071" Type="http://schemas.openxmlformats.org/officeDocument/2006/relationships/image" Target="media/x18694.wmf"/><Relationship Id="rId4072" Type="http://schemas.openxmlformats.org/officeDocument/2006/relationships/image" Target="media/x18695.png"/><Relationship Id="rId4073" Type="http://schemas.openxmlformats.org/officeDocument/2006/relationships/image" Target="media/x18696.wmf"/><Relationship Id="rId4074" Type="http://schemas.openxmlformats.org/officeDocument/2006/relationships/image" Target="media/x18697.wmf"/><Relationship Id="rId4075" Type="http://schemas.openxmlformats.org/officeDocument/2006/relationships/image" Target="media/x18698.wmf"/><Relationship Id="rId4076" Type="http://schemas.openxmlformats.org/officeDocument/2006/relationships/image" Target="media/x18699.wmf"/><Relationship Id="rId4077" Type="http://schemas.openxmlformats.org/officeDocument/2006/relationships/image" Target="media/x18700.wmf"/><Relationship Id="rId4078" Type="http://schemas.openxmlformats.org/officeDocument/2006/relationships/image" Target="media/x18701.wmf"/><Relationship Id="rId4079" Type="http://schemas.openxmlformats.org/officeDocument/2006/relationships/image" Target="media/x18702.wmf"/><Relationship Id="rId4080" Type="http://schemas.openxmlformats.org/officeDocument/2006/relationships/image" Target="media/x18703.png"/><Relationship Id="rId4081" Type="http://schemas.openxmlformats.org/officeDocument/2006/relationships/image" Target="media/x18704.wmf"/><Relationship Id="rId4082" Type="http://schemas.openxmlformats.org/officeDocument/2006/relationships/image" Target="media/x18705.wmf"/><Relationship Id="rId4083" Type="http://schemas.openxmlformats.org/officeDocument/2006/relationships/image" Target="media/x18706.wmf"/><Relationship Id="rId4084" Type="http://schemas.openxmlformats.org/officeDocument/2006/relationships/image" Target="media/x18707.wmf"/><Relationship Id="rId4085" Type="http://schemas.openxmlformats.org/officeDocument/2006/relationships/image" Target="media/x18708.wmf"/><Relationship Id="rId4086" Type="http://schemas.openxmlformats.org/officeDocument/2006/relationships/image" Target="media/x18709.wmf"/><Relationship Id="rId4087" Type="http://schemas.openxmlformats.org/officeDocument/2006/relationships/image" Target="media/x18710.wmf"/><Relationship Id="rId4088" Type="http://schemas.openxmlformats.org/officeDocument/2006/relationships/image" Target="media/x18711.wmf"/><Relationship Id="rId4089" Type="http://schemas.openxmlformats.org/officeDocument/2006/relationships/image" Target="media/x18712.wmf"/><Relationship Id="rId4090" Type="http://schemas.openxmlformats.org/officeDocument/2006/relationships/image" Target="media/x18713.wmf"/><Relationship Id="rId4091" Type="http://schemas.openxmlformats.org/officeDocument/2006/relationships/image" Target="media/x18714.png"/><Relationship Id="rId4092" Type="http://schemas.openxmlformats.org/officeDocument/2006/relationships/image" Target="media/x18715.wmf"/><Relationship Id="rId4093" Type="http://schemas.openxmlformats.org/officeDocument/2006/relationships/image" Target="media/x18716.wmf"/><Relationship Id="rId4094" Type="http://schemas.openxmlformats.org/officeDocument/2006/relationships/image" Target="media/x18717.wmf"/><Relationship Id="rId4095" Type="http://schemas.openxmlformats.org/officeDocument/2006/relationships/image" Target="media/x18718.wmf"/><Relationship Id="rId4096" Type="http://schemas.openxmlformats.org/officeDocument/2006/relationships/image" Target="media/x18719.wmf"/><Relationship Id="rId4097" Type="http://schemas.openxmlformats.org/officeDocument/2006/relationships/image" Target="media/x18720.wmf"/><Relationship Id="rId4098" Type="http://schemas.openxmlformats.org/officeDocument/2006/relationships/image" Target="media/x18721.wmf"/><Relationship Id="rId4099" Type="http://schemas.openxmlformats.org/officeDocument/2006/relationships/image" Target="media/x18722.wmf"/><Relationship Id="rId4100" Type="http://schemas.openxmlformats.org/officeDocument/2006/relationships/image" Target="media/x18723.wmf"/><Relationship Id="rId4101" Type="http://schemas.openxmlformats.org/officeDocument/2006/relationships/image" Target="media/x18724.wmf"/><Relationship Id="rId4102" Type="http://schemas.openxmlformats.org/officeDocument/2006/relationships/image" Target="media/x18725.wmf"/><Relationship Id="rId4103" Type="http://schemas.openxmlformats.org/officeDocument/2006/relationships/image" Target="media/x18726.wmf"/><Relationship Id="rId4104" Type="http://schemas.openxmlformats.org/officeDocument/2006/relationships/image" Target="media/x18727.wmf"/><Relationship Id="rId4105" Type="http://schemas.openxmlformats.org/officeDocument/2006/relationships/image" Target="media/x18728.wmf"/><Relationship Id="rId4106" Type="http://schemas.openxmlformats.org/officeDocument/2006/relationships/image" Target="media/x18729.wmf"/><Relationship Id="rId4107" Type="http://schemas.openxmlformats.org/officeDocument/2006/relationships/image" Target="media/x18730.wmf"/><Relationship Id="rId4108" Type="http://schemas.openxmlformats.org/officeDocument/2006/relationships/image" Target="media/x18731.wmf"/><Relationship Id="rId4109" Type="http://schemas.openxmlformats.org/officeDocument/2006/relationships/image" Target="media/x18732.wmf"/><Relationship Id="rId4110" Type="http://schemas.openxmlformats.org/officeDocument/2006/relationships/image" Target="media/x18733.wmf"/><Relationship Id="rId4111" Type="http://schemas.openxmlformats.org/officeDocument/2006/relationships/image" Target="media/x18734.wmf"/><Relationship Id="rId4112" Type="http://schemas.openxmlformats.org/officeDocument/2006/relationships/image" Target="media/x18735.wmf"/><Relationship Id="rId4113" Type="http://schemas.openxmlformats.org/officeDocument/2006/relationships/image" Target="media/x18736.wmf"/><Relationship Id="rId4114" Type="http://schemas.openxmlformats.org/officeDocument/2006/relationships/image" Target="media/x18737.wmf"/><Relationship Id="rId4115" Type="http://schemas.openxmlformats.org/officeDocument/2006/relationships/image" Target="media/x18738.wmf"/><Relationship Id="rId4116" Type="http://schemas.openxmlformats.org/officeDocument/2006/relationships/image" Target="media/x18739.wmf"/><Relationship Id="rId4117" Type="http://schemas.openxmlformats.org/officeDocument/2006/relationships/image" Target="media/x18740.wmf"/><Relationship Id="rId4118" Type="http://schemas.openxmlformats.org/officeDocument/2006/relationships/image" Target="media/x18741.wmf"/><Relationship Id="rId4119" Type="http://schemas.openxmlformats.org/officeDocument/2006/relationships/image" Target="media/x18742.wmf"/><Relationship Id="rId4120" Type="http://schemas.openxmlformats.org/officeDocument/2006/relationships/image" Target="media/x18743.wmf"/><Relationship Id="rId4121" Type="http://schemas.openxmlformats.org/officeDocument/2006/relationships/image" Target="media/x18744.wmf"/><Relationship Id="rId4122" Type="http://schemas.openxmlformats.org/officeDocument/2006/relationships/image" Target="media/x18745.wmf"/><Relationship Id="rId4123" Type="http://schemas.openxmlformats.org/officeDocument/2006/relationships/image" Target="media/x18746.wmf"/><Relationship Id="rId4124" Type="http://schemas.openxmlformats.org/officeDocument/2006/relationships/image" Target="media/x18747.wmf"/><Relationship Id="rId4125" Type="http://schemas.openxmlformats.org/officeDocument/2006/relationships/image" Target="media/x18748.wmf"/><Relationship Id="rId4126" Type="http://schemas.openxmlformats.org/officeDocument/2006/relationships/image" Target="media/x18749.wmf"/><Relationship Id="rId4127" Type="http://schemas.openxmlformats.org/officeDocument/2006/relationships/image" Target="media/x18750.wmf"/><Relationship Id="rId4128" Type="http://schemas.openxmlformats.org/officeDocument/2006/relationships/image" Target="media/x18751.wmf"/><Relationship Id="rId4129" Type="http://schemas.openxmlformats.org/officeDocument/2006/relationships/image" Target="media/x18752.wmf"/><Relationship Id="rId4130" Type="http://schemas.openxmlformats.org/officeDocument/2006/relationships/image" Target="media/x18753.wmf"/><Relationship Id="rId4131" Type="http://schemas.openxmlformats.org/officeDocument/2006/relationships/image" Target="media/x18754.wmf"/><Relationship Id="rId4132" Type="http://schemas.openxmlformats.org/officeDocument/2006/relationships/image" Target="media/x18755.wmf"/><Relationship Id="rId4133" Type="http://schemas.openxmlformats.org/officeDocument/2006/relationships/image" Target="media/x18756.wmf"/><Relationship Id="rId4134" Type="http://schemas.openxmlformats.org/officeDocument/2006/relationships/image" Target="media/x18757.wmf"/><Relationship Id="rId4135" Type="http://schemas.openxmlformats.org/officeDocument/2006/relationships/image" Target="media/x18758.wmf"/><Relationship Id="rId4136" Type="http://schemas.openxmlformats.org/officeDocument/2006/relationships/image" Target="media/x18759.wmf"/><Relationship Id="rId4137" Type="http://schemas.openxmlformats.org/officeDocument/2006/relationships/image" Target="media/x18760.wmf"/><Relationship Id="rId4138" Type="http://schemas.openxmlformats.org/officeDocument/2006/relationships/image" Target="media/x18761.wmf"/><Relationship Id="rId4139" Type="http://schemas.openxmlformats.org/officeDocument/2006/relationships/image" Target="media/x18762.wmf"/><Relationship Id="rId4140" Type="http://schemas.openxmlformats.org/officeDocument/2006/relationships/image" Target="media/x18763.wmf"/><Relationship Id="rId4141" Type="http://schemas.openxmlformats.org/officeDocument/2006/relationships/image" Target="media/x18764.wmf"/><Relationship Id="rId4142" Type="http://schemas.openxmlformats.org/officeDocument/2006/relationships/image" Target="media/x18765.wmf"/><Relationship Id="rId4143" Type="http://schemas.openxmlformats.org/officeDocument/2006/relationships/image" Target="media/x18766.wmf"/><Relationship Id="rId4144" Type="http://schemas.openxmlformats.org/officeDocument/2006/relationships/image" Target="media/x18767.wmf"/><Relationship Id="rId4145" Type="http://schemas.openxmlformats.org/officeDocument/2006/relationships/image" Target="media/x18768.wmf"/><Relationship Id="rId4146" Type="http://schemas.openxmlformats.org/officeDocument/2006/relationships/image" Target="media/x18769.wmf"/><Relationship Id="rId4147" Type="http://schemas.openxmlformats.org/officeDocument/2006/relationships/image" Target="media/x18770.wmf"/><Relationship Id="rId4148" Type="http://schemas.openxmlformats.org/officeDocument/2006/relationships/image" Target="media/x18771.wmf"/><Relationship Id="rId4149" Type="http://schemas.openxmlformats.org/officeDocument/2006/relationships/image" Target="media/x18772.wmf"/><Relationship Id="rId4150" Type="http://schemas.openxmlformats.org/officeDocument/2006/relationships/image" Target="media/x18773.wmf"/><Relationship Id="rId4151" Type="http://schemas.openxmlformats.org/officeDocument/2006/relationships/image" Target="media/x18774.wmf"/><Relationship Id="rId4152" Type="http://schemas.openxmlformats.org/officeDocument/2006/relationships/image" Target="media/x18775.wmf"/><Relationship Id="rId4153" Type="http://schemas.openxmlformats.org/officeDocument/2006/relationships/image" Target="media/x18776.wmf"/><Relationship Id="rId4154" Type="http://schemas.openxmlformats.org/officeDocument/2006/relationships/image" Target="media/x18777.wmf"/><Relationship Id="rId4155" Type="http://schemas.openxmlformats.org/officeDocument/2006/relationships/image" Target="media/x18778.wmf"/><Relationship Id="rId4156" Type="http://schemas.openxmlformats.org/officeDocument/2006/relationships/image" Target="media/x18779.wmf"/><Relationship Id="rId4157" Type="http://schemas.openxmlformats.org/officeDocument/2006/relationships/image" Target="media/x18780.wmf"/><Relationship Id="rId4158" Type="http://schemas.openxmlformats.org/officeDocument/2006/relationships/image" Target="media/x18781.wmf"/><Relationship Id="rId4159" Type="http://schemas.openxmlformats.org/officeDocument/2006/relationships/image" Target="media/x18782.wmf"/><Relationship Id="rId4160" Type="http://schemas.openxmlformats.org/officeDocument/2006/relationships/image" Target="media/x18783.wmf"/><Relationship Id="rId4161" Type="http://schemas.openxmlformats.org/officeDocument/2006/relationships/image" Target="media/x18784.wmf"/><Relationship Id="rId4162" Type="http://schemas.openxmlformats.org/officeDocument/2006/relationships/image" Target="media/x18785.wmf"/><Relationship Id="rId4163" Type="http://schemas.openxmlformats.org/officeDocument/2006/relationships/image" Target="media/x18786.wmf"/><Relationship Id="rId4164" Type="http://schemas.openxmlformats.org/officeDocument/2006/relationships/image" Target="media/x18787.wmf"/><Relationship Id="rId4165" Type="http://schemas.openxmlformats.org/officeDocument/2006/relationships/image" Target="media/x18788.wmf"/><Relationship Id="rId4166" Type="http://schemas.openxmlformats.org/officeDocument/2006/relationships/image" Target="media/x18789.wmf"/><Relationship Id="rId4167" Type="http://schemas.openxmlformats.org/officeDocument/2006/relationships/image" Target="media/x18790.wmf"/><Relationship Id="rId4168" Type="http://schemas.openxmlformats.org/officeDocument/2006/relationships/image" Target="media/x18791.wmf"/><Relationship Id="rId4169" Type="http://schemas.openxmlformats.org/officeDocument/2006/relationships/image" Target="media/x18792.wmf"/><Relationship Id="rId4170" Type="http://schemas.openxmlformats.org/officeDocument/2006/relationships/image" Target="media/x18793.wmf"/><Relationship Id="rId4171" Type="http://schemas.openxmlformats.org/officeDocument/2006/relationships/image" Target="media/x18794.wmf"/><Relationship Id="rId4172" Type="http://schemas.openxmlformats.org/officeDocument/2006/relationships/image" Target="media/x18795.wmf"/><Relationship Id="rId4173" Type="http://schemas.openxmlformats.org/officeDocument/2006/relationships/image" Target="media/x18796.wmf"/><Relationship Id="rId4174" Type="http://schemas.openxmlformats.org/officeDocument/2006/relationships/image" Target="media/x18797.wmf"/><Relationship Id="rId4175" Type="http://schemas.openxmlformats.org/officeDocument/2006/relationships/image" Target="media/x18798.wmf"/><Relationship Id="rId4176" Type="http://schemas.openxmlformats.org/officeDocument/2006/relationships/image" Target="media/x18799.wmf"/><Relationship Id="rId4177" Type="http://schemas.openxmlformats.org/officeDocument/2006/relationships/image" Target="media/x18800.wmf"/><Relationship Id="rId4178" Type="http://schemas.openxmlformats.org/officeDocument/2006/relationships/image" Target="media/x18801.wmf"/><Relationship Id="rId4179" Type="http://schemas.openxmlformats.org/officeDocument/2006/relationships/image" Target="media/x18802.wmf"/><Relationship Id="rId4180" Type="http://schemas.openxmlformats.org/officeDocument/2006/relationships/image" Target="media/x18803.wmf"/><Relationship Id="rId4181" Type="http://schemas.openxmlformats.org/officeDocument/2006/relationships/image" Target="media/x18804.wmf"/><Relationship Id="rId4182" Type="http://schemas.openxmlformats.org/officeDocument/2006/relationships/image" Target="media/x18805.wmf"/><Relationship Id="rId4183" Type="http://schemas.openxmlformats.org/officeDocument/2006/relationships/image" Target="media/x18806.wmf"/><Relationship Id="rId4184" Type="http://schemas.openxmlformats.org/officeDocument/2006/relationships/image" Target="media/x18807.wmf"/><Relationship Id="rId4185" Type="http://schemas.openxmlformats.org/officeDocument/2006/relationships/image" Target="media/x18808.png"/><Relationship Id="rId4186" Type="http://schemas.openxmlformats.org/officeDocument/2006/relationships/image" Target="media/x18809.wmf"/><Relationship Id="rId4187" Type="http://schemas.openxmlformats.org/officeDocument/2006/relationships/image" Target="media/x18810.wmf"/><Relationship Id="rId4188" Type="http://schemas.openxmlformats.org/officeDocument/2006/relationships/image" Target="media/x18811.wmf"/><Relationship Id="rId4189" Type="http://schemas.openxmlformats.org/officeDocument/2006/relationships/image" Target="media/x18812.wmf"/><Relationship Id="rId4190" Type="http://schemas.openxmlformats.org/officeDocument/2006/relationships/image" Target="media/x18813.wmf"/><Relationship Id="rId4191" Type="http://schemas.openxmlformats.org/officeDocument/2006/relationships/image" Target="media/x18814.wmf"/><Relationship Id="rId4192" Type="http://schemas.openxmlformats.org/officeDocument/2006/relationships/image" Target="media/x18815.wmf"/><Relationship Id="rId4193" Type="http://schemas.openxmlformats.org/officeDocument/2006/relationships/image" Target="media/x18816.wmf"/><Relationship Id="rId4194" Type="http://schemas.openxmlformats.org/officeDocument/2006/relationships/image" Target="media/x18817.wmf"/><Relationship Id="rId4195" Type="http://schemas.openxmlformats.org/officeDocument/2006/relationships/image" Target="media/x18818.wmf"/><Relationship Id="rId4196" Type="http://schemas.openxmlformats.org/officeDocument/2006/relationships/image" Target="media/x18819.wmf"/><Relationship Id="rId4197" Type="http://schemas.openxmlformats.org/officeDocument/2006/relationships/image" Target="media/x18820.wmf"/><Relationship Id="rId4198" Type="http://schemas.openxmlformats.org/officeDocument/2006/relationships/image" Target="media/x18821.wmf"/><Relationship Id="rId4199" Type="http://schemas.openxmlformats.org/officeDocument/2006/relationships/image" Target="media/x18822.wmf"/><Relationship Id="rId4200" Type="http://schemas.openxmlformats.org/officeDocument/2006/relationships/image" Target="media/x18823.wmf"/><Relationship Id="rId4201" Type="http://schemas.openxmlformats.org/officeDocument/2006/relationships/image" Target="media/x18824.wmf"/><Relationship Id="rId4202" Type="http://schemas.openxmlformats.org/officeDocument/2006/relationships/image" Target="media/x18825.wmf"/><Relationship Id="rId4203" Type="http://schemas.openxmlformats.org/officeDocument/2006/relationships/image" Target="media/x18826.wmf"/><Relationship Id="rId4204" Type="http://schemas.openxmlformats.org/officeDocument/2006/relationships/image" Target="media/x18827.wmf"/><Relationship Id="rId4205" Type="http://schemas.openxmlformats.org/officeDocument/2006/relationships/image" Target="media/x18828.wmf"/><Relationship Id="rId4206" Type="http://schemas.openxmlformats.org/officeDocument/2006/relationships/image" Target="media/x18829.wmf"/><Relationship Id="rId4207" Type="http://schemas.openxmlformats.org/officeDocument/2006/relationships/image" Target="media/x18830.wmf"/><Relationship Id="rId4208" Type="http://schemas.openxmlformats.org/officeDocument/2006/relationships/image" Target="media/x18831.wmf"/><Relationship Id="rId4209" Type="http://schemas.openxmlformats.org/officeDocument/2006/relationships/image" Target="media/x18832.wmf"/><Relationship Id="rId4210" Type="http://schemas.openxmlformats.org/officeDocument/2006/relationships/image" Target="media/x18833.wmf"/><Relationship Id="rId4211" Type="http://schemas.openxmlformats.org/officeDocument/2006/relationships/image" Target="media/x18834.wmf"/><Relationship Id="rId4212" Type="http://schemas.openxmlformats.org/officeDocument/2006/relationships/image" Target="media/x18835.wmf"/><Relationship Id="rId4213" Type="http://schemas.openxmlformats.org/officeDocument/2006/relationships/image" Target="media/x18836.wmf"/><Relationship Id="rId4214" Type="http://schemas.openxmlformats.org/officeDocument/2006/relationships/image" Target="media/x18837.wmf"/><Relationship Id="rId4215" Type="http://schemas.openxmlformats.org/officeDocument/2006/relationships/image" Target="media/x18838.wmf"/><Relationship Id="rId4216" Type="http://schemas.openxmlformats.org/officeDocument/2006/relationships/image" Target="media/x18839.wmf"/><Relationship Id="rId4217" Type="http://schemas.openxmlformats.org/officeDocument/2006/relationships/image" Target="media/x18840.wmf"/><Relationship Id="rId4218" Type="http://schemas.openxmlformats.org/officeDocument/2006/relationships/image" Target="media/x18841.wmf"/><Relationship Id="rId4219" Type="http://schemas.openxmlformats.org/officeDocument/2006/relationships/image" Target="media/x18842.wmf"/><Relationship Id="rId4220" Type="http://schemas.openxmlformats.org/officeDocument/2006/relationships/image" Target="media/x18843.wmf"/><Relationship Id="rId4221" Type="http://schemas.openxmlformats.org/officeDocument/2006/relationships/image" Target="media/x18844.wmf"/><Relationship Id="rId4222" Type="http://schemas.openxmlformats.org/officeDocument/2006/relationships/image" Target="media/x18845.wmf"/><Relationship Id="rId4223" Type="http://schemas.openxmlformats.org/officeDocument/2006/relationships/image" Target="media/x18846.wmf"/><Relationship Id="rId4224" Type="http://schemas.openxmlformats.org/officeDocument/2006/relationships/image" Target="media/x18847.wmf"/><Relationship Id="rId4225" Type="http://schemas.openxmlformats.org/officeDocument/2006/relationships/image" Target="media/x18848.png"/><Relationship Id="rId4226" Type="http://schemas.openxmlformats.org/officeDocument/2006/relationships/image" Target="media/x18849.wmf"/><Relationship Id="rId4227" Type="http://schemas.openxmlformats.org/officeDocument/2006/relationships/image" Target="media/x18850.wmf"/><Relationship Id="rId4228" Type="http://schemas.openxmlformats.org/officeDocument/2006/relationships/image" Target="media/x18851.wmf"/><Relationship Id="rId4229" Type="http://schemas.openxmlformats.org/officeDocument/2006/relationships/image" Target="media/x18852.wmf"/><Relationship Id="rId4230" Type="http://schemas.openxmlformats.org/officeDocument/2006/relationships/image" Target="media/x18853.wmf"/><Relationship Id="rId4231" Type="http://schemas.openxmlformats.org/officeDocument/2006/relationships/image" Target="media/x18854.wmf"/><Relationship Id="rId4232" Type="http://schemas.openxmlformats.org/officeDocument/2006/relationships/image" Target="media/x18855.wmf"/><Relationship Id="rId4233" Type="http://schemas.openxmlformats.org/officeDocument/2006/relationships/image" Target="media/x18856.wmf"/><Relationship Id="rId4234" Type="http://schemas.openxmlformats.org/officeDocument/2006/relationships/image" Target="media/x18857.wmf"/><Relationship Id="rId4235" Type="http://schemas.openxmlformats.org/officeDocument/2006/relationships/image" Target="media/x18858.wmf"/><Relationship Id="rId4236" Type="http://schemas.openxmlformats.org/officeDocument/2006/relationships/image" Target="media/x18859.wmf"/><Relationship Id="rId4237" Type="http://schemas.openxmlformats.org/officeDocument/2006/relationships/image" Target="media/x18860.wmf"/><Relationship Id="rId4238" Type="http://schemas.openxmlformats.org/officeDocument/2006/relationships/image" Target="media/x18861.wmf"/><Relationship Id="rId4239" Type="http://schemas.openxmlformats.org/officeDocument/2006/relationships/image" Target="media/x18862.wmf"/><Relationship Id="rId4240" Type="http://schemas.openxmlformats.org/officeDocument/2006/relationships/image" Target="media/x18863.wmf"/><Relationship Id="rId4241" Type="http://schemas.openxmlformats.org/officeDocument/2006/relationships/image" Target="media/x18864.wmf"/><Relationship Id="rId4242" Type="http://schemas.openxmlformats.org/officeDocument/2006/relationships/image" Target="media/x18865.png"/><Relationship Id="rId4243" Type="http://schemas.openxmlformats.org/officeDocument/2006/relationships/image" Target="media/x18866.wmf"/><Relationship Id="rId4244" Type="http://schemas.openxmlformats.org/officeDocument/2006/relationships/image" Target="media/x18867.wmf"/><Relationship Id="rId4245" Type="http://schemas.openxmlformats.org/officeDocument/2006/relationships/image" Target="media/x18868.wmf"/><Relationship Id="rId4246" Type="http://schemas.openxmlformats.org/officeDocument/2006/relationships/image" Target="media/x18869.wmf"/><Relationship Id="rId4247" Type="http://schemas.openxmlformats.org/officeDocument/2006/relationships/image" Target="media/x18870.wmf"/><Relationship Id="rId4248" Type="http://schemas.openxmlformats.org/officeDocument/2006/relationships/image" Target="media/x18871.wmf"/><Relationship Id="rId4249" Type="http://schemas.openxmlformats.org/officeDocument/2006/relationships/image" Target="media/x18872.wmf"/><Relationship Id="rId4250" Type="http://schemas.openxmlformats.org/officeDocument/2006/relationships/image" Target="media/x18873.wmf"/><Relationship Id="rId4251" Type="http://schemas.openxmlformats.org/officeDocument/2006/relationships/image" Target="media/x18874.wmf"/><Relationship Id="rId4252" Type="http://schemas.openxmlformats.org/officeDocument/2006/relationships/image" Target="media/x18875.wmf"/><Relationship Id="rId4253" Type="http://schemas.openxmlformats.org/officeDocument/2006/relationships/image" Target="media/x18876.png"/><Relationship Id="rId4254" Type="http://schemas.openxmlformats.org/officeDocument/2006/relationships/image" Target="media/x18877.wmf"/><Relationship Id="rId4255" Type="http://schemas.openxmlformats.org/officeDocument/2006/relationships/image" Target="media/x18878.wmf"/><Relationship Id="rId4256" Type="http://schemas.openxmlformats.org/officeDocument/2006/relationships/image" Target="media/x18879.wmf"/><Relationship Id="rId4257" Type="http://schemas.openxmlformats.org/officeDocument/2006/relationships/image" Target="media/x18880.wmf"/><Relationship Id="rId4258" Type="http://schemas.openxmlformats.org/officeDocument/2006/relationships/image" Target="media/x18881.wmf"/><Relationship Id="rId4259" Type="http://schemas.openxmlformats.org/officeDocument/2006/relationships/image" Target="media/x18882.wmf"/><Relationship Id="rId4260" Type="http://schemas.openxmlformats.org/officeDocument/2006/relationships/image" Target="media/x18883.wmf"/><Relationship Id="rId4261" Type="http://schemas.openxmlformats.org/officeDocument/2006/relationships/image" Target="media/x18884.wmf"/><Relationship Id="rId4262" Type="http://schemas.openxmlformats.org/officeDocument/2006/relationships/image" Target="media/x18885.wmf"/><Relationship Id="rId4263" Type="http://schemas.openxmlformats.org/officeDocument/2006/relationships/image" Target="media/x18886.wmf"/><Relationship Id="rId4264" Type="http://schemas.openxmlformats.org/officeDocument/2006/relationships/image" Target="media/x18887.wmf"/><Relationship Id="rId4265" Type="http://schemas.openxmlformats.org/officeDocument/2006/relationships/image" Target="media/x18888.wmf"/><Relationship Id="rId4266" Type="http://schemas.openxmlformats.org/officeDocument/2006/relationships/image" Target="media/x18889.wmf"/><Relationship Id="rId4267" Type="http://schemas.openxmlformats.org/officeDocument/2006/relationships/image" Target="media/x18890.png"/><Relationship Id="rId4268" Type="http://schemas.openxmlformats.org/officeDocument/2006/relationships/image" Target="media/x18891.wmf"/><Relationship Id="rId4269" Type="http://schemas.openxmlformats.org/officeDocument/2006/relationships/image" Target="media/x18892.wmf"/><Relationship Id="rId4270" Type="http://schemas.openxmlformats.org/officeDocument/2006/relationships/image" Target="media/x18893.wmf"/><Relationship Id="rId4271" Type="http://schemas.openxmlformats.org/officeDocument/2006/relationships/image" Target="media/x18894.wmf"/><Relationship Id="rId4272" Type="http://schemas.openxmlformats.org/officeDocument/2006/relationships/image" Target="media/x18895.wmf"/><Relationship Id="rId4273" Type="http://schemas.openxmlformats.org/officeDocument/2006/relationships/image" Target="media/x18896.wmf"/><Relationship Id="rId4274" Type="http://schemas.openxmlformats.org/officeDocument/2006/relationships/image" Target="media/x18897.wmf"/><Relationship Id="rId4275" Type="http://schemas.openxmlformats.org/officeDocument/2006/relationships/image" Target="media/x18898.wmf"/><Relationship Id="rId4276" Type="http://schemas.openxmlformats.org/officeDocument/2006/relationships/image" Target="media/x18899.wmf"/><Relationship Id="rId4277" Type="http://schemas.openxmlformats.org/officeDocument/2006/relationships/image" Target="media/x18900.wmf"/><Relationship Id="rId4278" Type="http://schemas.openxmlformats.org/officeDocument/2006/relationships/image" Target="media/x18901.wmf"/><Relationship Id="rId4279" Type="http://schemas.openxmlformats.org/officeDocument/2006/relationships/image" Target="media/x18902.wmf"/><Relationship Id="rId4280" Type="http://schemas.openxmlformats.org/officeDocument/2006/relationships/image" Target="media/x18903.wmf"/><Relationship Id="rId4281" Type="http://schemas.openxmlformats.org/officeDocument/2006/relationships/image" Target="media/x18904.wmf"/><Relationship Id="rId4282" Type="http://schemas.openxmlformats.org/officeDocument/2006/relationships/image" Target="media/x18905.wmf"/><Relationship Id="rId4283" Type="http://schemas.openxmlformats.org/officeDocument/2006/relationships/image" Target="media/x18906.png"/><Relationship Id="rId4284" Type="http://schemas.openxmlformats.org/officeDocument/2006/relationships/image" Target="media/x18907.wmf"/><Relationship Id="rId4285" Type="http://schemas.openxmlformats.org/officeDocument/2006/relationships/image" Target="media/x18908.wmf"/><Relationship Id="rId4286" Type="http://schemas.openxmlformats.org/officeDocument/2006/relationships/image" Target="media/x18909.wmf"/><Relationship Id="rId4287" Type="http://schemas.openxmlformats.org/officeDocument/2006/relationships/image" Target="media/x18910.wmf"/><Relationship Id="rId4288" Type="http://schemas.openxmlformats.org/officeDocument/2006/relationships/image" Target="media/x18911.wmf"/><Relationship Id="rId4289" Type="http://schemas.openxmlformats.org/officeDocument/2006/relationships/image" Target="media/x18912.wmf"/><Relationship Id="rId4290" Type="http://schemas.openxmlformats.org/officeDocument/2006/relationships/image" Target="media/x18913.wmf"/><Relationship Id="rId4291" Type="http://schemas.openxmlformats.org/officeDocument/2006/relationships/image" Target="media/x18914.wmf"/><Relationship Id="rId4292" Type="http://schemas.openxmlformats.org/officeDocument/2006/relationships/image" Target="media/x18915.wmf"/><Relationship Id="rId4293" Type="http://schemas.openxmlformats.org/officeDocument/2006/relationships/image" Target="media/x18916.wmf"/><Relationship Id="rId4294" Type="http://schemas.openxmlformats.org/officeDocument/2006/relationships/image" Target="media/x18917.wmf"/><Relationship Id="rId4295" Type="http://schemas.openxmlformats.org/officeDocument/2006/relationships/image" Target="media/x18918.wmf"/><Relationship Id="rId4296" Type="http://schemas.openxmlformats.org/officeDocument/2006/relationships/image" Target="media/x18919.wmf"/><Relationship Id="rId4297" Type="http://schemas.openxmlformats.org/officeDocument/2006/relationships/image" Target="media/x18920.wmf"/><Relationship Id="rId4298" Type="http://schemas.openxmlformats.org/officeDocument/2006/relationships/image" Target="media/x18921.wmf"/><Relationship Id="rId4299" Type="http://schemas.openxmlformats.org/officeDocument/2006/relationships/image" Target="media/x18922.wmf"/><Relationship Id="rId4300" Type="http://schemas.openxmlformats.org/officeDocument/2006/relationships/image" Target="media/x18923.wmf"/><Relationship Id="rId4301" Type="http://schemas.openxmlformats.org/officeDocument/2006/relationships/image" Target="media/x18924.wmf"/><Relationship Id="rId4302" Type="http://schemas.openxmlformats.org/officeDocument/2006/relationships/image" Target="media/x18925.wmf"/><Relationship Id="rId4303" Type="http://schemas.openxmlformats.org/officeDocument/2006/relationships/image" Target="media/x18926.wmf"/><Relationship Id="rId4304" Type="http://schemas.openxmlformats.org/officeDocument/2006/relationships/image" Target="media/x18927.wmf"/><Relationship Id="rId4305" Type="http://schemas.openxmlformats.org/officeDocument/2006/relationships/image" Target="media/x18928.wmf"/><Relationship Id="rId4306" Type="http://schemas.openxmlformats.org/officeDocument/2006/relationships/image" Target="media/x18929.wmf"/><Relationship Id="rId4307" Type="http://schemas.openxmlformats.org/officeDocument/2006/relationships/image" Target="media/x18930.wmf"/><Relationship Id="rId4308" Type="http://schemas.openxmlformats.org/officeDocument/2006/relationships/image" Target="media/x18931.wmf"/><Relationship Id="rId4309" Type="http://schemas.openxmlformats.org/officeDocument/2006/relationships/image" Target="media/x18932.wmf"/><Relationship Id="rId4310" Type="http://schemas.openxmlformats.org/officeDocument/2006/relationships/image" Target="media/x18933.wmf"/><Relationship Id="rId4311" Type="http://schemas.openxmlformats.org/officeDocument/2006/relationships/image" Target="media/x18934.wmf"/><Relationship Id="rId4312" Type="http://schemas.openxmlformats.org/officeDocument/2006/relationships/image" Target="media/x18935.wmf"/><Relationship Id="rId4313" Type="http://schemas.openxmlformats.org/officeDocument/2006/relationships/image" Target="media/x18936.wmf"/><Relationship Id="rId4314" Type="http://schemas.openxmlformats.org/officeDocument/2006/relationships/image" Target="media/x18937.wmf"/><Relationship Id="rId4315" Type="http://schemas.openxmlformats.org/officeDocument/2006/relationships/image" Target="media/x18938.wmf"/><Relationship Id="rId4316" Type="http://schemas.openxmlformats.org/officeDocument/2006/relationships/image" Target="media/x18939.wmf"/><Relationship Id="rId4317" Type="http://schemas.openxmlformats.org/officeDocument/2006/relationships/image" Target="media/x18940.wmf"/><Relationship Id="rId4318" Type="http://schemas.openxmlformats.org/officeDocument/2006/relationships/image" Target="media/x18941.wmf"/><Relationship Id="rId4319" Type="http://schemas.openxmlformats.org/officeDocument/2006/relationships/image" Target="media/x18942.wmf"/><Relationship Id="rId4320" Type="http://schemas.openxmlformats.org/officeDocument/2006/relationships/image" Target="media/x18943.wmf"/><Relationship Id="rId4321" Type="http://schemas.openxmlformats.org/officeDocument/2006/relationships/image" Target="media/x18944.wmf"/><Relationship Id="rId4322" Type="http://schemas.openxmlformats.org/officeDocument/2006/relationships/image" Target="media/x18945.wmf"/><Relationship Id="rId4323" Type="http://schemas.openxmlformats.org/officeDocument/2006/relationships/image" Target="media/x18946.wmf"/><Relationship Id="rId4324" Type="http://schemas.openxmlformats.org/officeDocument/2006/relationships/image" Target="media/x18947.wmf"/><Relationship Id="rId4325" Type="http://schemas.openxmlformats.org/officeDocument/2006/relationships/image" Target="media/x18948.wmf"/><Relationship Id="rId4326" Type="http://schemas.openxmlformats.org/officeDocument/2006/relationships/image" Target="media/x18949.wmf"/><Relationship Id="rId4327" Type="http://schemas.openxmlformats.org/officeDocument/2006/relationships/image" Target="media/x18950.wmf"/><Relationship Id="rId4328" Type="http://schemas.openxmlformats.org/officeDocument/2006/relationships/image" Target="media/x18951.png"/><Relationship Id="rId4329" Type="http://schemas.openxmlformats.org/officeDocument/2006/relationships/image" Target="media/x18952.wmf"/><Relationship Id="rId4330" Type="http://schemas.openxmlformats.org/officeDocument/2006/relationships/image" Target="media/x18953.wmf"/><Relationship Id="rId4331" Type="http://schemas.openxmlformats.org/officeDocument/2006/relationships/image" Target="media/x18954.wmf"/><Relationship Id="rId4332" Type="http://schemas.openxmlformats.org/officeDocument/2006/relationships/image" Target="media/x18955.wmf"/><Relationship Id="rId4333" Type="http://schemas.openxmlformats.org/officeDocument/2006/relationships/image" Target="media/x18956.wmf"/><Relationship Id="rId4334" Type="http://schemas.openxmlformats.org/officeDocument/2006/relationships/image" Target="media/x18957.wmf"/><Relationship Id="rId4335" Type="http://schemas.openxmlformats.org/officeDocument/2006/relationships/image" Target="media/x18958.wmf"/><Relationship Id="rId4336" Type="http://schemas.openxmlformats.org/officeDocument/2006/relationships/image" Target="media/x18959.wmf"/><Relationship Id="rId4337" Type="http://schemas.openxmlformats.org/officeDocument/2006/relationships/image" Target="media/x18960.wmf"/><Relationship Id="rId4338" Type="http://schemas.openxmlformats.org/officeDocument/2006/relationships/image" Target="media/x18961.wmf"/><Relationship Id="rId4339" Type="http://schemas.openxmlformats.org/officeDocument/2006/relationships/image" Target="media/x18962.wmf"/><Relationship Id="rId4340" Type="http://schemas.openxmlformats.org/officeDocument/2006/relationships/image" Target="media/x18963.wmf"/><Relationship Id="rId4341" Type="http://schemas.openxmlformats.org/officeDocument/2006/relationships/image" Target="media/x18964.wmf"/><Relationship Id="rId4342" Type="http://schemas.openxmlformats.org/officeDocument/2006/relationships/image" Target="media/x18965.wmf"/><Relationship Id="rId4343" Type="http://schemas.openxmlformats.org/officeDocument/2006/relationships/image" Target="media/x18966.wmf"/><Relationship Id="rId4344" Type="http://schemas.openxmlformats.org/officeDocument/2006/relationships/image" Target="media/x18967.wmf"/><Relationship Id="rId4345" Type="http://schemas.openxmlformats.org/officeDocument/2006/relationships/image" Target="media/x18968.wmf"/><Relationship Id="rId4346" Type="http://schemas.openxmlformats.org/officeDocument/2006/relationships/image" Target="media/x18969.wmf"/><Relationship Id="rId4347" Type="http://schemas.openxmlformats.org/officeDocument/2006/relationships/image" Target="media/x18970.wmf"/><Relationship Id="rId4348" Type="http://schemas.openxmlformats.org/officeDocument/2006/relationships/image" Target="media/x18971.wmf"/><Relationship Id="rId4349" Type="http://schemas.openxmlformats.org/officeDocument/2006/relationships/image" Target="media/x18972.wmf"/><Relationship Id="rId4350" Type="http://schemas.openxmlformats.org/officeDocument/2006/relationships/image" Target="media/x18973.wmf"/><Relationship Id="rId4351" Type="http://schemas.openxmlformats.org/officeDocument/2006/relationships/image" Target="media/x18974.wmf"/><Relationship Id="rId4352" Type="http://schemas.openxmlformats.org/officeDocument/2006/relationships/image" Target="media/x18975.wmf"/><Relationship Id="rId4353" Type="http://schemas.openxmlformats.org/officeDocument/2006/relationships/image" Target="media/x18976.wmf"/><Relationship Id="rId4354" Type="http://schemas.openxmlformats.org/officeDocument/2006/relationships/image" Target="media/x18977.wmf"/><Relationship Id="rId4355" Type="http://schemas.openxmlformats.org/officeDocument/2006/relationships/image" Target="media/x18978.wmf"/><Relationship Id="rId4356" Type="http://schemas.openxmlformats.org/officeDocument/2006/relationships/image" Target="media/x18979.wmf"/><Relationship Id="rId4357" Type="http://schemas.openxmlformats.org/officeDocument/2006/relationships/image" Target="media/x18980.wmf"/><Relationship Id="rId4358" Type="http://schemas.openxmlformats.org/officeDocument/2006/relationships/image" Target="media/x18981.wmf"/><Relationship Id="rId4359" Type="http://schemas.openxmlformats.org/officeDocument/2006/relationships/image" Target="media/x18982.wmf"/><Relationship Id="rId4360" Type="http://schemas.openxmlformats.org/officeDocument/2006/relationships/image" Target="media/x18983.wmf"/><Relationship Id="rId4361" Type="http://schemas.openxmlformats.org/officeDocument/2006/relationships/image" Target="media/x18984.wmf"/><Relationship Id="rId4362" Type="http://schemas.openxmlformats.org/officeDocument/2006/relationships/image" Target="media/x18985.wmf"/><Relationship Id="rId4363" Type="http://schemas.openxmlformats.org/officeDocument/2006/relationships/image" Target="media/x18986.wmf"/><Relationship Id="rId4364" Type="http://schemas.openxmlformats.org/officeDocument/2006/relationships/image" Target="media/x18987.wmf"/><Relationship Id="rId4365" Type="http://schemas.openxmlformats.org/officeDocument/2006/relationships/image" Target="media/x18988.wmf"/><Relationship Id="rId4366" Type="http://schemas.openxmlformats.org/officeDocument/2006/relationships/image" Target="media/x18989.wmf"/><Relationship Id="rId4367" Type="http://schemas.openxmlformats.org/officeDocument/2006/relationships/image" Target="media/x18990.wmf"/><Relationship Id="rId4368" Type="http://schemas.openxmlformats.org/officeDocument/2006/relationships/image" Target="media/x18991.wmf"/><Relationship Id="rId4369" Type="http://schemas.openxmlformats.org/officeDocument/2006/relationships/image" Target="media/x18992.wmf"/><Relationship Id="rId4370" Type="http://schemas.openxmlformats.org/officeDocument/2006/relationships/image" Target="media/x18993.wmf"/><Relationship Id="rId4371" Type="http://schemas.openxmlformats.org/officeDocument/2006/relationships/image" Target="media/x18994.wmf"/><Relationship Id="rId4372" Type="http://schemas.openxmlformats.org/officeDocument/2006/relationships/image" Target="media/x18995.png"/><Relationship Id="rId4373" Type="http://schemas.openxmlformats.org/officeDocument/2006/relationships/image" Target="media/x18996.wmf"/><Relationship Id="rId4374" Type="http://schemas.openxmlformats.org/officeDocument/2006/relationships/image" Target="media/x18997.wmf"/><Relationship Id="rId4375" Type="http://schemas.openxmlformats.org/officeDocument/2006/relationships/image" Target="media/x18998.wmf"/><Relationship Id="rId4376" Type="http://schemas.openxmlformats.org/officeDocument/2006/relationships/image" Target="media/x18999.wmf"/><Relationship Id="rId4377" Type="http://schemas.openxmlformats.org/officeDocument/2006/relationships/image" Target="media/x19000.png"/><Relationship Id="rId4378" Type="http://schemas.openxmlformats.org/officeDocument/2006/relationships/image" Target="media/x19001.wmf"/><Relationship Id="rId4379" Type="http://schemas.openxmlformats.org/officeDocument/2006/relationships/image" Target="media/x19002.wmf"/><Relationship Id="rId4380" Type="http://schemas.openxmlformats.org/officeDocument/2006/relationships/image" Target="media/x19003.wmf"/><Relationship Id="rId4381" Type="http://schemas.openxmlformats.org/officeDocument/2006/relationships/image" Target="media/x19004.png"/><Relationship Id="rId4382" Type="http://schemas.openxmlformats.org/officeDocument/2006/relationships/image" Target="media/x19005.wmf"/><Relationship Id="rId4383" Type="http://schemas.openxmlformats.org/officeDocument/2006/relationships/image" Target="media/x19006.wmf"/><Relationship Id="rId4384" Type="http://schemas.openxmlformats.org/officeDocument/2006/relationships/image" Target="media/x19007.wmf"/><Relationship Id="rId4385" Type="http://schemas.openxmlformats.org/officeDocument/2006/relationships/image" Target="media/x19008.wmf"/><Relationship Id="rId4386" Type="http://schemas.openxmlformats.org/officeDocument/2006/relationships/image" Target="media/x19009.wmf"/><Relationship Id="rId4387" Type="http://schemas.openxmlformats.org/officeDocument/2006/relationships/image" Target="media/x19010.wmf"/><Relationship Id="rId4388" Type="http://schemas.openxmlformats.org/officeDocument/2006/relationships/image" Target="media/x19011.wmf"/><Relationship Id="rId4389" Type="http://schemas.openxmlformats.org/officeDocument/2006/relationships/image" Target="media/x19012.wmf"/><Relationship Id="rId4390" Type="http://schemas.openxmlformats.org/officeDocument/2006/relationships/image" Target="media/x19013.wmf"/><Relationship Id="rId4391" Type="http://schemas.openxmlformats.org/officeDocument/2006/relationships/image" Target="media/x19014.wmf"/><Relationship Id="rId4392" Type="http://schemas.openxmlformats.org/officeDocument/2006/relationships/image" Target="media/x19015.wmf"/><Relationship Id="rId4393" Type="http://schemas.openxmlformats.org/officeDocument/2006/relationships/image" Target="media/x19016.wmf"/><Relationship Id="rId4394" Type="http://schemas.openxmlformats.org/officeDocument/2006/relationships/image" Target="media/x19017.wmf"/><Relationship Id="rId4395" Type="http://schemas.openxmlformats.org/officeDocument/2006/relationships/image" Target="media/x19018.wmf"/><Relationship Id="rId4396" Type="http://schemas.openxmlformats.org/officeDocument/2006/relationships/image" Target="media/x19019.wmf"/><Relationship Id="rId4397" Type="http://schemas.openxmlformats.org/officeDocument/2006/relationships/image" Target="media/x19020.png"/><Relationship Id="rId4398" Type="http://schemas.openxmlformats.org/officeDocument/2006/relationships/image" Target="media/x19021.wmf"/><Relationship Id="rId4399" Type="http://schemas.openxmlformats.org/officeDocument/2006/relationships/image" Target="media/x19022.wmf"/><Relationship Id="rId4400" Type="http://schemas.openxmlformats.org/officeDocument/2006/relationships/image" Target="media/x19023.wmf"/><Relationship Id="rId4401" Type="http://schemas.openxmlformats.org/officeDocument/2006/relationships/image" Target="media/x19024.wmf"/><Relationship Id="rId4402" Type="http://schemas.openxmlformats.org/officeDocument/2006/relationships/image" Target="media/x19025.png"/><Relationship Id="rId4403" Type="http://schemas.openxmlformats.org/officeDocument/2006/relationships/image" Target="media/x19026.wmf"/><Relationship Id="rId4404" Type="http://schemas.openxmlformats.org/officeDocument/2006/relationships/image" Target="media/x19027.wmf"/><Relationship Id="rId4405" Type="http://schemas.openxmlformats.org/officeDocument/2006/relationships/image" Target="media/x19028.wmf"/><Relationship Id="rId4406" Type="http://schemas.openxmlformats.org/officeDocument/2006/relationships/image" Target="media/x19029.wmf"/><Relationship Id="rId4407" Type="http://schemas.openxmlformats.org/officeDocument/2006/relationships/image" Target="media/x19030.wmf"/><Relationship Id="rId4408" Type="http://schemas.openxmlformats.org/officeDocument/2006/relationships/image" Target="media/x19031.wmf"/><Relationship Id="rId4409" Type="http://schemas.openxmlformats.org/officeDocument/2006/relationships/image" Target="media/x19032.wmf"/><Relationship Id="rId4410" Type="http://schemas.openxmlformats.org/officeDocument/2006/relationships/image" Target="media/x19033.wmf"/><Relationship Id="rId4411" Type="http://schemas.openxmlformats.org/officeDocument/2006/relationships/image" Target="media/x19034.wmf"/><Relationship Id="rId4412" Type="http://schemas.openxmlformats.org/officeDocument/2006/relationships/image" Target="media/x19035.wmf"/><Relationship Id="rId4413" Type="http://schemas.openxmlformats.org/officeDocument/2006/relationships/image" Target="media/x19036.wmf"/><Relationship Id="rId4414" Type="http://schemas.openxmlformats.org/officeDocument/2006/relationships/image" Target="media/x19037.wmf"/><Relationship Id="rId4415" Type="http://schemas.openxmlformats.org/officeDocument/2006/relationships/image" Target="media/x19038.wmf"/><Relationship Id="rId4416" Type="http://schemas.openxmlformats.org/officeDocument/2006/relationships/image" Target="media/x19039.wmf"/><Relationship Id="rId4417" Type="http://schemas.openxmlformats.org/officeDocument/2006/relationships/image" Target="media/x19040.wmf"/><Relationship Id="rId4418" Type="http://schemas.openxmlformats.org/officeDocument/2006/relationships/image" Target="media/x19041.wmf"/><Relationship Id="rId4419" Type="http://schemas.openxmlformats.org/officeDocument/2006/relationships/image" Target="media/x19042.wmf"/><Relationship Id="rId4420" Type="http://schemas.openxmlformats.org/officeDocument/2006/relationships/image" Target="media/x19043.wmf"/><Relationship Id="rId4421" Type="http://schemas.openxmlformats.org/officeDocument/2006/relationships/image" Target="media/x19044.wmf"/><Relationship Id="rId4422" Type="http://schemas.openxmlformats.org/officeDocument/2006/relationships/image" Target="media/x19045.wmf"/><Relationship Id="rId4423" Type="http://schemas.openxmlformats.org/officeDocument/2006/relationships/image" Target="media/x19046.wmf"/><Relationship Id="rId4424" Type="http://schemas.openxmlformats.org/officeDocument/2006/relationships/image" Target="media/x19047.wmf"/><Relationship Id="rId4425" Type="http://schemas.openxmlformats.org/officeDocument/2006/relationships/image" Target="media/x19048.wmf"/><Relationship Id="rId4426" Type="http://schemas.openxmlformats.org/officeDocument/2006/relationships/image" Target="media/x19049.wmf"/><Relationship Id="rId4427" Type="http://schemas.openxmlformats.org/officeDocument/2006/relationships/image" Target="media/x19050.wmf"/><Relationship Id="rId4428" Type="http://schemas.openxmlformats.org/officeDocument/2006/relationships/image" Target="media/x19051.wmf"/><Relationship Id="rId4429" Type="http://schemas.openxmlformats.org/officeDocument/2006/relationships/image" Target="media/x19052.wmf"/><Relationship Id="rId4430" Type="http://schemas.openxmlformats.org/officeDocument/2006/relationships/image" Target="media/x19053.wmf"/><Relationship Id="rId4431" Type="http://schemas.openxmlformats.org/officeDocument/2006/relationships/image" Target="media/x19054.wmf"/><Relationship Id="rId4432" Type="http://schemas.openxmlformats.org/officeDocument/2006/relationships/image" Target="media/x19055.wmf"/><Relationship Id="rId4433" Type="http://schemas.openxmlformats.org/officeDocument/2006/relationships/image" Target="media/x19056.wmf"/><Relationship Id="rId4434" Type="http://schemas.openxmlformats.org/officeDocument/2006/relationships/image" Target="media/x19057.wmf"/><Relationship Id="rId4435" Type="http://schemas.openxmlformats.org/officeDocument/2006/relationships/image" Target="media/x19058.wmf"/><Relationship Id="rId4436" Type="http://schemas.openxmlformats.org/officeDocument/2006/relationships/image" Target="media/x19059.wmf"/><Relationship Id="rId4437" Type="http://schemas.openxmlformats.org/officeDocument/2006/relationships/image" Target="media/x19060.wmf"/><Relationship Id="rId4438" Type="http://schemas.openxmlformats.org/officeDocument/2006/relationships/image" Target="media/x19061.wmf"/><Relationship Id="rId4439" Type="http://schemas.openxmlformats.org/officeDocument/2006/relationships/image" Target="media/x19062.wmf"/><Relationship Id="rId4440" Type="http://schemas.openxmlformats.org/officeDocument/2006/relationships/image" Target="media/x19063.wmf"/><Relationship Id="rId4441" Type="http://schemas.openxmlformats.org/officeDocument/2006/relationships/image" Target="media/x19064.wmf"/><Relationship Id="rId4442" Type="http://schemas.openxmlformats.org/officeDocument/2006/relationships/image" Target="media/x19065.wmf"/><Relationship Id="rId4443" Type="http://schemas.openxmlformats.org/officeDocument/2006/relationships/image" Target="media/x19066.wmf"/><Relationship Id="rId4444" Type="http://schemas.openxmlformats.org/officeDocument/2006/relationships/image" Target="media/x19067.wmf"/><Relationship Id="rId4445" Type="http://schemas.openxmlformats.org/officeDocument/2006/relationships/image" Target="media/x19068.wmf"/><Relationship Id="rId4446" Type="http://schemas.openxmlformats.org/officeDocument/2006/relationships/image" Target="media/x19069.wmf"/><Relationship Id="rId4447" Type="http://schemas.openxmlformats.org/officeDocument/2006/relationships/image" Target="media/x19070.wmf"/><Relationship Id="rId4448" Type="http://schemas.openxmlformats.org/officeDocument/2006/relationships/image" Target="media/x19071.wmf"/><Relationship Id="rId4449" Type="http://schemas.openxmlformats.org/officeDocument/2006/relationships/image" Target="media/x19072.wmf"/><Relationship Id="rId4450" Type="http://schemas.openxmlformats.org/officeDocument/2006/relationships/image" Target="media/x19073.wmf"/><Relationship Id="rId4451" Type="http://schemas.openxmlformats.org/officeDocument/2006/relationships/image" Target="media/x19074.wmf"/><Relationship Id="rId4452" Type="http://schemas.openxmlformats.org/officeDocument/2006/relationships/image" Target="media/x19075.wmf"/><Relationship Id="rId4453" Type="http://schemas.openxmlformats.org/officeDocument/2006/relationships/image" Target="media/x19076.wmf"/><Relationship Id="rId4454" Type="http://schemas.openxmlformats.org/officeDocument/2006/relationships/image" Target="media/x19077.wmf"/><Relationship Id="rId4455" Type="http://schemas.openxmlformats.org/officeDocument/2006/relationships/image" Target="media/x19078.wmf"/><Relationship Id="rId4456" Type="http://schemas.openxmlformats.org/officeDocument/2006/relationships/image" Target="media/x19079.wmf"/><Relationship Id="rId4457" Type="http://schemas.openxmlformats.org/officeDocument/2006/relationships/image" Target="media/x19080.wmf"/><Relationship Id="rId4458" Type="http://schemas.openxmlformats.org/officeDocument/2006/relationships/image" Target="media/x19081.wmf"/><Relationship Id="rId4459" Type="http://schemas.openxmlformats.org/officeDocument/2006/relationships/image" Target="media/x19082.wmf"/><Relationship Id="rId4460" Type="http://schemas.openxmlformats.org/officeDocument/2006/relationships/image" Target="media/x19083.wmf"/><Relationship Id="rId4461" Type="http://schemas.openxmlformats.org/officeDocument/2006/relationships/image" Target="media/x19084.wmf"/><Relationship Id="rId4462" Type="http://schemas.openxmlformats.org/officeDocument/2006/relationships/image" Target="media/x19085.png"/><Relationship Id="rId4463" Type="http://schemas.openxmlformats.org/officeDocument/2006/relationships/image" Target="media/x19086.wmf"/><Relationship Id="rId4464" Type="http://schemas.openxmlformats.org/officeDocument/2006/relationships/image" Target="media/x19087.wmf"/><Relationship Id="rId4465" Type="http://schemas.openxmlformats.org/officeDocument/2006/relationships/image" Target="media/x19088.wmf"/><Relationship Id="rId4466" Type="http://schemas.openxmlformats.org/officeDocument/2006/relationships/image" Target="media/x19089.wmf"/><Relationship Id="rId4467" Type="http://schemas.openxmlformats.org/officeDocument/2006/relationships/image" Target="media/x19090.wmf"/><Relationship Id="rId4468" Type="http://schemas.openxmlformats.org/officeDocument/2006/relationships/image" Target="media/x19091.wmf"/><Relationship Id="rId4469" Type="http://schemas.openxmlformats.org/officeDocument/2006/relationships/image" Target="media/x19092.wmf"/><Relationship Id="rId4470" Type="http://schemas.openxmlformats.org/officeDocument/2006/relationships/image" Target="media/x19093.wmf"/><Relationship Id="rId4471" Type="http://schemas.openxmlformats.org/officeDocument/2006/relationships/image" Target="media/x19094.wmf"/><Relationship Id="rId4472" Type="http://schemas.openxmlformats.org/officeDocument/2006/relationships/image" Target="media/x19095.wmf"/><Relationship Id="rId4473" Type="http://schemas.openxmlformats.org/officeDocument/2006/relationships/image" Target="media/x19096.wmf"/><Relationship Id="rId4474" Type="http://schemas.openxmlformats.org/officeDocument/2006/relationships/image" Target="media/x19097.wmf"/><Relationship Id="rId4475" Type="http://schemas.openxmlformats.org/officeDocument/2006/relationships/image" Target="media/x19098.wmf"/><Relationship Id="rId4476" Type="http://schemas.openxmlformats.org/officeDocument/2006/relationships/image" Target="media/x19099.wmf"/><Relationship Id="rId4477" Type="http://schemas.openxmlformats.org/officeDocument/2006/relationships/image" Target="media/x19100.wmf"/><Relationship Id="rId4478" Type="http://schemas.openxmlformats.org/officeDocument/2006/relationships/image" Target="media/x19101.wmf"/><Relationship Id="rId4479" Type="http://schemas.openxmlformats.org/officeDocument/2006/relationships/image" Target="media/x19102.wmf"/><Relationship Id="rId4480" Type="http://schemas.openxmlformats.org/officeDocument/2006/relationships/image" Target="media/x19103.wmf"/><Relationship Id="rId4481" Type="http://schemas.openxmlformats.org/officeDocument/2006/relationships/image" Target="media/x19104.wmf"/><Relationship Id="rId4482" Type="http://schemas.openxmlformats.org/officeDocument/2006/relationships/image" Target="media/x19105.wmf"/><Relationship Id="rId4483" Type="http://schemas.openxmlformats.org/officeDocument/2006/relationships/image" Target="media/x19106.wmf"/><Relationship Id="rId4484" Type="http://schemas.openxmlformats.org/officeDocument/2006/relationships/image" Target="media/x19107.wmf"/><Relationship Id="rId4485" Type="http://schemas.openxmlformats.org/officeDocument/2006/relationships/image" Target="media/x19108.png"/><Relationship Id="rId4486" Type="http://schemas.openxmlformats.org/officeDocument/2006/relationships/image" Target="media/x19109.wmf"/><Relationship Id="rId4487" Type="http://schemas.openxmlformats.org/officeDocument/2006/relationships/image" Target="media/x19110.wmf"/><Relationship Id="rId4488" Type="http://schemas.openxmlformats.org/officeDocument/2006/relationships/image" Target="media/x19111.wmf"/><Relationship Id="rId4489" Type="http://schemas.openxmlformats.org/officeDocument/2006/relationships/image" Target="media/x19112.wmf"/><Relationship Id="rId4490" Type="http://schemas.openxmlformats.org/officeDocument/2006/relationships/image" Target="media/x19113.wmf"/><Relationship Id="rId4491" Type="http://schemas.openxmlformats.org/officeDocument/2006/relationships/image" Target="media/x19114.wmf"/><Relationship Id="rId4492" Type="http://schemas.openxmlformats.org/officeDocument/2006/relationships/image" Target="media/x19115.wmf"/><Relationship Id="rId4493" Type="http://schemas.openxmlformats.org/officeDocument/2006/relationships/image" Target="media/x19116.wmf"/><Relationship Id="rId4494" Type="http://schemas.openxmlformats.org/officeDocument/2006/relationships/image" Target="media/x19117.wmf"/><Relationship Id="rId4495" Type="http://schemas.openxmlformats.org/officeDocument/2006/relationships/image" Target="media/x19118.wmf"/><Relationship Id="rId4496" Type="http://schemas.openxmlformats.org/officeDocument/2006/relationships/image" Target="media/x19119.wmf"/><Relationship Id="rId4497" Type="http://schemas.openxmlformats.org/officeDocument/2006/relationships/image" Target="media/x19120.png"/><Relationship Id="rId4498" Type="http://schemas.openxmlformats.org/officeDocument/2006/relationships/image" Target="media/x19121.wmf"/><Relationship Id="rId4499" Type="http://schemas.openxmlformats.org/officeDocument/2006/relationships/image" Target="media/x19122.wmf"/><Relationship Id="rId4500" Type="http://schemas.openxmlformats.org/officeDocument/2006/relationships/image" Target="media/x19123.wmf"/><Relationship Id="rId4501" Type="http://schemas.openxmlformats.org/officeDocument/2006/relationships/image" Target="media/x19124.wmf"/><Relationship Id="rId4502" Type="http://schemas.openxmlformats.org/officeDocument/2006/relationships/image" Target="media/x19125.jpeg"/><Relationship Id="rId4503" Type="http://schemas.openxmlformats.org/officeDocument/2006/relationships/image" Target="media/x19126.wmf"/><Relationship Id="rId4504" Type="http://schemas.openxmlformats.org/officeDocument/2006/relationships/image" Target="media/x19127.wmf"/><Relationship Id="rId4505" Type="http://schemas.openxmlformats.org/officeDocument/2006/relationships/image" Target="media/x19128.wmf"/><Relationship Id="rId4506" Type="http://schemas.openxmlformats.org/officeDocument/2006/relationships/image" Target="media/x19129.wmf"/><Relationship Id="rId4507" Type="http://schemas.openxmlformats.org/officeDocument/2006/relationships/image" Target="media/x19130.wmf"/><Relationship Id="rId4508" Type="http://schemas.openxmlformats.org/officeDocument/2006/relationships/image" Target="media/x19131.wmf"/><Relationship Id="rId4509" Type="http://schemas.openxmlformats.org/officeDocument/2006/relationships/image" Target="media/x19132.wmf"/><Relationship Id="rId4510" Type="http://schemas.openxmlformats.org/officeDocument/2006/relationships/image" Target="media/x19133.wmf"/><Relationship Id="rId4511" Type="http://schemas.openxmlformats.org/officeDocument/2006/relationships/image" Target="media/x19134.wmf"/><Relationship Id="rId4512" Type="http://schemas.openxmlformats.org/officeDocument/2006/relationships/image" Target="media/x19135.wmf"/><Relationship Id="rId4513" Type="http://schemas.openxmlformats.org/officeDocument/2006/relationships/image" Target="media/x19136.wmf"/><Relationship Id="rId4514" Type="http://schemas.openxmlformats.org/officeDocument/2006/relationships/image" Target="media/x19137.wmf"/><Relationship Id="rId4515" Type="http://schemas.openxmlformats.org/officeDocument/2006/relationships/image" Target="media/x19138.wmf"/><Relationship Id="rId4516" Type="http://schemas.openxmlformats.org/officeDocument/2006/relationships/image" Target="media/x19139.wmf"/><Relationship Id="rId4517" Type="http://schemas.openxmlformats.org/officeDocument/2006/relationships/image" Target="media/x19140.wmf"/><Relationship Id="rId4518" Type="http://schemas.openxmlformats.org/officeDocument/2006/relationships/image" Target="media/x19141.wmf"/><Relationship Id="rId4519" Type="http://schemas.openxmlformats.org/officeDocument/2006/relationships/image" Target="media/x19142.wmf"/><Relationship Id="rId4520" Type="http://schemas.openxmlformats.org/officeDocument/2006/relationships/image" Target="media/x19143.wmf"/><Relationship Id="rId4521" Type="http://schemas.openxmlformats.org/officeDocument/2006/relationships/image" Target="media/x19144.wmf"/><Relationship Id="rId4522" Type="http://schemas.openxmlformats.org/officeDocument/2006/relationships/image" Target="media/x19145.wmf"/><Relationship Id="rId4523" Type="http://schemas.openxmlformats.org/officeDocument/2006/relationships/image" Target="media/x19146.wmf"/><Relationship Id="rId4524" Type="http://schemas.openxmlformats.org/officeDocument/2006/relationships/image" Target="media/x19147.wmf"/><Relationship Id="rId4525" Type="http://schemas.openxmlformats.org/officeDocument/2006/relationships/image" Target="media/x19148.wmf"/><Relationship Id="rId4526" Type="http://schemas.openxmlformats.org/officeDocument/2006/relationships/image" Target="media/x19149.wmf"/><Relationship Id="rId4527" Type="http://schemas.openxmlformats.org/officeDocument/2006/relationships/image" Target="media/x19150.wmf"/><Relationship Id="rId4528" Type="http://schemas.openxmlformats.org/officeDocument/2006/relationships/image" Target="media/x19151.wmf"/><Relationship Id="rId4529" Type="http://schemas.openxmlformats.org/officeDocument/2006/relationships/image" Target="media/x19152.wmf"/><Relationship Id="rId4530" Type="http://schemas.openxmlformats.org/officeDocument/2006/relationships/image" Target="media/x19153.wmf"/><Relationship Id="rId4531" Type="http://schemas.openxmlformats.org/officeDocument/2006/relationships/image" Target="media/x19154.wmf"/><Relationship Id="rId4532" Type="http://schemas.openxmlformats.org/officeDocument/2006/relationships/image" Target="media/x19155.wmf"/><Relationship Id="rId4533" Type="http://schemas.openxmlformats.org/officeDocument/2006/relationships/image" Target="media/x19156.wmf"/><Relationship Id="rId4534" Type="http://schemas.openxmlformats.org/officeDocument/2006/relationships/image" Target="media/x19157.wmf"/><Relationship Id="rId4535" Type="http://schemas.openxmlformats.org/officeDocument/2006/relationships/image" Target="media/x19158.wmf"/><Relationship Id="rId4536" Type="http://schemas.openxmlformats.org/officeDocument/2006/relationships/image" Target="media/x19159.wmf"/><Relationship Id="rId4537" Type="http://schemas.openxmlformats.org/officeDocument/2006/relationships/image" Target="media/x19160.wmf"/><Relationship Id="rId4538" Type="http://schemas.openxmlformats.org/officeDocument/2006/relationships/image" Target="media/x19161.wmf"/><Relationship Id="rId4539" Type="http://schemas.openxmlformats.org/officeDocument/2006/relationships/image" Target="media/x19162.wmf"/><Relationship Id="rId4540" Type="http://schemas.openxmlformats.org/officeDocument/2006/relationships/image" Target="media/x19163.wmf"/><Relationship Id="rId4541" Type="http://schemas.openxmlformats.org/officeDocument/2006/relationships/image" Target="media/x19164.wmf"/><Relationship Id="rId4542" Type="http://schemas.openxmlformats.org/officeDocument/2006/relationships/image" Target="media/x19165.wmf"/><Relationship Id="rId4543" Type="http://schemas.openxmlformats.org/officeDocument/2006/relationships/image" Target="media/x19166.wmf"/><Relationship Id="rId4544" Type="http://schemas.openxmlformats.org/officeDocument/2006/relationships/image" Target="media/x19167.wmf"/><Relationship Id="rId4545" Type="http://schemas.openxmlformats.org/officeDocument/2006/relationships/image" Target="media/x19168.wmf"/><Relationship Id="rId4546" Type="http://schemas.openxmlformats.org/officeDocument/2006/relationships/image" Target="media/x19169.wmf"/><Relationship Id="rId4547" Type="http://schemas.openxmlformats.org/officeDocument/2006/relationships/image" Target="media/x19170.wmf"/><Relationship Id="rId4548" Type="http://schemas.openxmlformats.org/officeDocument/2006/relationships/image" Target="media/x19171.wmf"/><Relationship Id="rId4549" Type="http://schemas.openxmlformats.org/officeDocument/2006/relationships/image" Target="media/x19172.wmf"/><Relationship Id="rId4550" Type="http://schemas.openxmlformats.org/officeDocument/2006/relationships/image" Target="media/x19173.wmf"/><Relationship Id="rId4551" Type="http://schemas.openxmlformats.org/officeDocument/2006/relationships/image" Target="media/x19174.wmf"/><Relationship Id="rId4552" Type="http://schemas.openxmlformats.org/officeDocument/2006/relationships/image" Target="media/x19175.wmf"/><Relationship Id="rId4553" Type="http://schemas.openxmlformats.org/officeDocument/2006/relationships/image" Target="media/x19176.wmf"/><Relationship Id="rId4554" Type="http://schemas.openxmlformats.org/officeDocument/2006/relationships/image" Target="media/x19177.wmf"/><Relationship Id="rId4555" Type="http://schemas.openxmlformats.org/officeDocument/2006/relationships/image" Target="media/x19178.wmf"/><Relationship Id="rId4556" Type="http://schemas.openxmlformats.org/officeDocument/2006/relationships/image" Target="media/x19179.wmf"/><Relationship Id="rId4557" Type="http://schemas.openxmlformats.org/officeDocument/2006/relationships/image" Target="media/x19180.wmf"/><Relationship Id="rId4558" Type="http://schemas.openxmlformats.org/officeDocument/2006/relationships/image" Target="media/x19181.wmf"/><Relationship Id="rId4559" Type="http://schemas.openxmlformats.org/officeDocument/2006/relationships/image" Target="media/x19182.wmf"/><Relationship Id="rId4560" Type="http://schemas.openxmlformats.org/officeDocument/2006/relationships/image" Target="media/x19183.wmf"/><Relationship Id="rId4561" Type="http://schemas.openxmlformats.org/officeDocument/2006/relationships/image" Target="media/x19184.wmf"/><Relationship Id="rId4562" Type="http://schemas.openxmlformats.org/officeDocument/2006/relationships/image" Target="media/x19185.wmf"/><Relationship Id="rId4563" Type="http://schemas.openxmlformats.org/officeDocument/2006/relationships/image" Target="media/x19186.wmf"/><Relationship Id="rId4564" Type="http://schemas.openxmlformats.org/officeDocument/2006/relationships/image" Target="media/x19187.wmf"/><Relationship Id="rId4565" Type="http://schemas.openxmlformats.org/officeDocument/2006/relationships/image" Target="media/x19188.wmf"/><Relationship Id="rId4566" Type="http://schemas.openxmlformats.org/officeDocument/2006/relationships/image" Target="media/x19189.wmf"/><Relationship Id="rId4567" Type="http://schemas.openxmlformats.org/officeDocument/2006/relationships/image" Target="media/x19190.wmf"/><Relationship Id="rId4568" Type="http://schemas.openxmlformats.org/officeDocument/2006/relationships/image" Target="media/x19191.wmf"/><Relationship Id="rId4569" Type="http://schemas.openxmlformats.org/officeDocument/2006/relationships/image" Target="media/x19192.wmf"/><Relationship Id="rId4570" Type="http://schemas.openxmlformats.org/officeDocument/2006/relationships/image" Target="media/x19193.wmf"/><Relationship Id="rId4571" Type="http://schemas.openxmlformats.org/officeDocument/2006/relationships/image" Target="media/x19194.wmf"/><Relationship Id="rId4572" Type="http://schemas.openxmlformats.org/officeDocument/2006/relationships/image" Target="media/x19195.wmf"/><Relationship Id="rId4573" Type="http://schemas.openxmlformats.org/officeDocument/2006/relationships/image" Target="media/x19196.wmf"/><Relationship Id="rId4574" Type="http://schemas.openxmlformats.org/officeDocument/2006/relationships/image" Target="media/x19197.wmf"/><Relationship Id="rId4575" Type="http://schemas.openxmlformats.org/officeDocument/2006/relationships/image" Target="media/x19198.wmf"/><Relationship Id="rId4576" Type="http://schemas.openxmlformats.org/officeDocument/2006/relationships/image" Target="media/x19199.wmf"/><Relationship Id="rId4577" Type="http://schemas.openxmlformats.org/officeDocument/2006/relationships/image" Target="media/x19200.wmf"/><Relationship Id="rId4578" Type="http://schemas.openxmlformats.org/officeDocument/2006/relationships/image" Target="media/x19201.wmf"/><Relationship Id="rId4579" Type="http://schemas.openxmlformats.org/officeDocument/2006/relationships/image" Target="media/x19202.wmf"/><Relationship Id="rId4580" Type="http://schemas.openxmlformats.org/officeDocument/2006/relationships/image" Target="media/x19203.wmf"/><Relationship Id="rId4581" Type="http://schemas.openxmlformats.org/officeDocument/2006/relationships/image" Target="media/x19204.wmf"/><Relationship Id="rId4582" Type="http://schemas.openxmlformats.org/officeDocument/2006/relationships/image" Target="media/x19205.wmf"/><Relationship Id="rId4583" Type="http://schemas.openxmlformats.org/officeDocument/2006/relationships/image" Target="media/x19206.wmf"/><Relationship Id="rId4584" Type="http://schemas.openxmlformats.org/officeDocument/2006/relationships/image" Target="media/x19207.wmf"/><Relationship Id="rId4585" Type="http://schemas.openxmlformats.org/officeDocument/2006/relationships/image" Target="media/x19208.wmf"/><Relationship Id="rId4586" Type="http://schemas.openxmlformats.org/officeDocument/2006/relationships/image" Target="media/x19209.wmf"/><Relationship Id="rId4587" Type="http://schemas.openxmlformats.org/officeDocument/2006/relationships/image" Target="media/x19210.wmf"/><Relationship Id="rId4588" Type="http://schemas.openxmlformats.org/officeDocument/2006/relationships/image" Target="media/x19211.wmf"/><Relationship Id="rId4589" Type="http://schemas.openxmlformats.org/officeDocument/2006/relationships/image" Target="media/x19212.wmf"/><Relationship Id="rId4590" Type="http://schemas.openxmlformats.org/officeDocument/2006/relationships/image" Target="media/x19213.wmf"/><Relationship Id="rId4591" Type="http://schemas.openxmlformats.org/officeDocument/2006/relationships/image" Target="media/x19214.wmf"/><Relationship Id="rId4592" Type="http://schemas.openxmlformats.org/officeDocument/2006/relationships/image" Target="media/x19215.wmf"/><Relationship Id="rId4593" Type="http://schemas.openxmlformats.org/officeDocument/2006/relationships/image" Target="media/x19216.wmf"/><Relationship Id="rId4594" Type="http://schemas.openxmlformats.org/officeDocument/2006/relationships/image" Target="media/x19217.wmf"/><Relationship Id="rId4595" Type="http://schemas.openxmlformats.org/officeDocument/2006/relationships/image" Target="media/x19218.wmf"/><Relationship Id="rId4596" Type="http://schemas.openxmlformats.org/officeDocument/2006/relationships/image" Target="media/x19219.wmf"/><Relationship Id="rId4597" Type="http://schemas.openxmlformats.org/officeDocument/2006/relationships/image" Target="media/x19220.wmf"/><Relationship Id="rId4598" Type="http://schemas.openxmlformats.org/officeDocument/2006/relationships/image" Target="media/x19221.wmf"/><Relationship Id="rId4599" Type="http://schemas.openxmlformats.org/officeDocument/2006/relationships/image" Target="media/x19222.wmf"/><Relationship Id="rId4600" Type="http://schemas.openxmlformats.org/officeDocument/2006/relationships/image" Target="media/x19223.wmf"/><Relationship Id="rId4601" Type="http://schemas.openxmlformats.org/officeDocument/2006/relationships/image" Target="media/x19224.wmf"/><Relationship Id="rId4602" Type="http://schemas.openxmlformats.org/officeDocument/2006/relationships/image" Target="media/x19225.wmf"/><Relationship Id="rId4603" Type="http://schemas.openxmlformats.org/officeDocument/2006/relationships/image" Target="media/x19226.wmf"/><Relationship Id="rId4604" Type="http://schemas.openxmlformats.org/officeDocument/2006/relationships/image" Target="media/x19227.wmf"/><Relationship Id="rId4605" Type="http://schemas.openxmlformats.org/officeDocument/2006/relationships/image" Target="media/x19228.wmf"/><Relationship Id="rId4606" Type="http://schemas.openxmlformats.org/officeDocument/2006/relationships/image" Target="media/x19229.wmf"/><Relationship Id="rId4607" Type="http://schemas.openxmlformats.org/officeDocument/2006/relationships/image" Target="media/x19230.wmf"/><Relationship Id="rId4608" Type="http://schemas.openxmlformats.org/officeDocument/2006/relationships/image" Target="media/x19231.wmf"/><Relationship Id="rId4609" Type="http://schemas.openxmlformats.org/officeDocument/2006/relationships/image" Target="media/x19232.wmf"/><Relationship Id="rId4610" Type="http://schemas.openxmlformats.org/officeDocument/2006/relationships/image" Target="media/x19233.wmf"/><Relationship Id="rId4611" Type="http://schemas.openxmlformats.org/officeDocument/2006/relationships/image" Target="media/x19234.wmf"/><Relationship Id="rId4612" Type="http://schemas.openxmlformats.org/officeDocument/2006/relationships/image" Target="media/x19235.wmf"/><Relationship Id="rId4613" Type="http://schemas.openxmlformats.org/officeDocument/2006/relationships/image" Target="media/x19236.wmf"/><Relationship Id="rId4614" Type="http://schemas.openxmlformats.org/officeDocument/2006/relationships/image" Target="media/x19237.wmf"/><Relationship Id="rId4615" Type="http://schemas.openxmlformats.org/officeDocument/2006/relationships/image" Target="media/x19238.wmf"/><Relationship Id="rId4616" Type="http://schemas.openxmlformats.org/officeDocument/2006/relationships/image" Target="media/x19239.wmf"/><Relationship Id="rId4617" Type="http://schemas.openxmlformats.org/officeDocument/2006/relationships/image" Target="media/x19240.wmf"/><Relationship Id="rId4618" Type="http://schemas.openxmlformats.org/officeDocument/2006/relationships/image" Target="media/x19241.wmf"/><Relationship Id="rId4619" Type="http://schemas.openxmlformats.org/officeDocument/2006/relationships/image" Target="media/x19242.wmf"/><Relationship Id="rId4620" Type="http://schemas.openxmlformats.org/officeDocument/2006/relationships/image" Target="media/x19243.wmf"/><Relationship Id="rId4621" Type="http://schemas.openxmlformats.org/officeDocument/2006/relationships/image" Target="media/x19244.wmf"/><Relationship Id="rId4622" Type="http://schemas.openxmlformats.org/officeDocument/2006/relationships/image" Target="media/x19245.wmf"/><Relationship Id="rId4623" Type="http://schemas.openxmlformats.org/officeDocument/2006/relationships/image" Target="media/x19246.wmf"/><Relationship Id="rId4624" Type="http://schemas.openxmlformats.org/officeDocument/2006/relationships/image" Target="media/x19247.wmf"/><Relationship Id="rId4625" Type="http://schemas.openxmlformats.org/officeDocument/2006/relationships/image" Target="media/x19248.wmf"/><Relationship Id="rId4626" Type="http://schemas.openxmlformats.org/officeDocument/2006/relationships/image" Target="media/x19249.wmf"/><Relationship Id="rId4627" Type="http://schemas.openxmlformats.org/officeDocument/2006/relationships/image" Target="media/x19250.wmf"/><Relationship Id="rId4628" Type="http://schemas.openxmlformats.org/officeDocument/2006/relationships/image" Target="media/x19251.wmf"/><Relationship Id="rId4629" Type="http://schemas.openxmlformats.org/officeDocument/2006/relationships/image" Target="media/x19252.wmf"/><Relationship Id="rId4630" Type="http://schemas.openxmlformats.org/officeDocument/2006/relationships/image" Target="media/x19253.wmf"/><Relationship Id="rId4631" Type="http://schemas.openxmlformats.org/officeDocument/2006/relationships/image" Target="media/x19254.wmf"/><Relationship Id="rId4632" Type="http://schemas.openxmlformats.org/officeDocument/2006/relationships/image" Target="media/x19255.wmf"/><Relationship Id="rId4633" Type="http://schemas.openxmlformats.org/officeDocument/2006/relationships/image" Target="media/x19256.wmf"/><Relationship Id="rId4634" Type="http://schemas.openxmlformats.org/officeDocument/2006/relationships/image" Target="media/x19257.wmf"/><Relationship Id="rId4635" Type="http://schemas.openxmlformats.org/officeDocument/2006/relationships/image" Target="media/x19258.wmf"/><Relationship Id="rId4636" Type="http://schemas.openxmlformats.org/officeDocument/2006/relationships/image" Target="media/x19259.wmf"/><Relationship Id="rId4637" Type="http://schemas.openxmlformats.org/officeDocument/2006/relationships/image" Target="media/x19260.wmf"/><Relationship Id="rId4638" Type="http://schemas.openxmlformats.org/officeDocument/2006/relationships/image" Target="media/x19261.wmf"/><Relationship Id="rId4639" Type="http://schemas.openxmlformats.org/officeDocument/2006/relationships/image" Target="media/x19262.wmf"/><Relationship Id="rId4640" Type="http://schemas.openxmlformats.org/officeDocument/2006/relationships/image" Target="media/x19263.wmf"/><Relationship Id="rId4641" Type="http://schemas.openxmlformats.org/officeDocument/2006/relationships/image" Target="media/x19264.wmf"/><Relationship Id="rId4642" Type="http://schemas.openxmlformats.org/officeDocument/2006/relationships/image" Target="media/x19265.wmf"/><Relationship Id="rId4643" Type="http://schemas.openxmlformats.org/officeDocument/2006/relationships/image" Target="media/x19266.wmf"/><Relationship Id="rId4644" Type="http://schemas.openxmlformats.org/officeDocument/2006/relationships/image" Target="media/x19267.wmf"/><Relationship Id="rId4645" Type="http://schemas.openxmlformats.org/officeDocument/2006/relationships/image" Target="media/x19268.wmf"/><Relationship Id="rId4646" Type="http://schemas.openxmlformats.org/officeDocument/2006/relationships/image" Target="media/x19269.wmf"/><Relationship Id="rId4647" Type="http://schemas.openxmlformats.org/officeDocument/2006/relationships/image" Target="media/x19270.wmf"/><Relationship Id="rId4648" Type="http://schemas.openxmlformats.org/officeDocument/2006/relationships/image" Target="media/x19271.wmf"/><Relationship Id="rId4649" Type="http://schemas.openxmlformats.org/officeDocument/2006/relationships/image" Target="media/x19272.wmf"/><Relationship Id="rId4650" Type="http://schemas.openxmlformats.org/officeDocument/2006/relationships/image" Target="media/x19273.wmf"/><Relationship Id="rId4651" Type="http://schemas.openxmlformats.org/officeDocument/2006/relationships/image" Target="media/x19274.wmf"/><Relationship Id="rId4652" Type="http://schemas.openxmlformats.org/officeDocument/2006/relationships/image" Target="media/x19275.wmf"/><Relationship Id="rId4653" Type="http://schemas.openxmlformats.org/officeDocument/2006/relationships/image" Target="media/x19276.wmf"/><Relationship Id="rId4654" Type="http://schemas.openxmlformats.org/officeDocument/2006/relationships/image" Target="media/x19277.wmf"/><Relationship Id="rId4655" Type="http://schemas.openxmlformats.org/officeDocument/2006/relationships/image" Target="media/x19278.wmf"/><Relationship Id="rId4656" Type="http://schemas.openxmlformats.org/officeDocument/2006/relationships/image" Target="media/x19279.wmf"/><Relationship Id="rId4657" Type="http://schemas.openxmlformats.org/officeDocument/2006/relationships/image" Target="media/x19280.wmf"/><Relationship Id="rId4658" Type="http://schemas.openxmlformats.org/officeDocument/2006/relationships/image" Target="media/x19281.wmf"/><Relationship Id="rId4659" Type="http://schemas.openxmlformats.org/officeDocument/2006/relationships/image" Target="media/x19282.wmf"/><Relationship Id="rId4660" Type="http://schemas.openxmlformats.org/officeDocument/2006/relationships/image" Target="media/x19283.wmf"/><Relationship Id="rId4661" Type="http://schemas.openxmlformats.org/officeDocument/2006/relationships/image" Target="media/x19284.wmf"/><Relationship Id="rId4662" Type="http://schemas.openxmlformats.org/officeDocument/2006/relationships/image" Target="media/x19285.wmf"/><Relationship Id="rId4663" Type="http://schemas.openxmlformats.org/officeDocument/2006/relationships/image" Target="media/x19286.wmf"/><Relationship Id="rId4664" Type="http://schemas.openxmlformats.org/officeDocument/2006/relationships/image" Target="media/x19287.wmf"/><Relationship Id="rId4665" Type="http://schemas.openxmlformats.org/officeDocument/2006/relationships/image" Target="media/x19288.wmf"/><Relationship Id="rId4666" Type="http://schemas.openxmlformats.org/officeDocument/2006/relationships/image" Target="media/x19289.wmf"/><Relationship Id="rId4667" Type="http://schemas.openxmlformats.org/officeDocument/2006/relationships/image" Target="media/x19290.wmf"/><Relationship Id="rId4668" Type="http://schemas.openxmlformats.org/officeDocument/2006/relationships/image" Target="media/x19291.wmf"/><Relationship Id="rId4669" Type="http://schemas.openxmlformats.org/officeDocument/2006/relationships/image" Target="media/x19292.wmf"/><Relationship Id="rId4670" Type="http://schemas.openxmlformats.org/officeDocument/2006/relationships/image" Target="media/x19293.wmf"/><Relationship Id="rId4671" Type="http://schemas.openxmlformats.org/officeDocument/2006/relationships/image" Target="media/x19294.wmf"/><Relationship Id="rId4672" Type="http://schemas.openxmlformats.org/officeDocument/2006/relationships/image" Target="media/x19295.wmf"/><Relationship Id="rId4673" Type="http://schemas.openxmlformats.org/officeDocument/2006/relationships/image" Target="media/x19296.wmf"/><Relationship Id="rId4674" Type="http://schemas.openxmlformats.org/officeDocument/2006/relationships/image" Target="media/x19297.wmf"/><Relationship Id="rId4675" Type="http://schemas.openxmlformats.org/officeDocument/2006/relationships/image" Target="media/x19298.wmf"/><Relationship Id="rId4676" Type="http://schemas.openxmlformats.org/officeDocument/2006/relationships/image" Target="media/x19299.wmf"/><Relationship Id="rId4677" Type="http://schemas.openxmlformats.org/officeDocument/2006/relationships/image" Target="media/x19300.wmf"/><Relationship Id="rId4678" Type="http://schemas.openxmlformats.org/officeDocument/2006/relationships/image" Target="media/x19301.wmf"/><Relationship Id="rId4679" Type="http://schemas.openxmlformats.org/officeDocument/2006/relationships/image" Target="media/x19302.wmf"/><Relationship Id="rId4680" Type="http://schemas.openxmlformats.org/officeDocument/2006/relationships/image" Target="media/x19303.wmf"/><Relationship Id="rId4681" Type="http://schemas.openxmlformats.org/officeDocument/2006/relationships/image" Target="media/x19304.wmf"/><Relationship Id="rId4682" Type="http://schemas.openxmlformats.org/officeDocument/2006/relationships/image" Target="media/x19305.wmf"/><Relationship Id="rId4683" Type="http://schemas.openxmlformats.org/officeDocument/2006/relationships/image" Target="media/x19306.wmf"/><Relationship Id="rId4684" Type="http://schemas.openxmlformats.org/officeDocument/2006/relationships/image" Target="media/x19307.wmf"/><Relationship Id="rId4685" Type="http://schemas.openxmlformats.org/officeDocument/2006/relationships/image" Target="media/x19308.wmf"/><Relationship Id="rId4686" Type="http://schemas.openxmlformats.org/officeDocument/2006/relationships/image" Target="media/x19309.wmf"/><Relationship Id="rId4687" Type="http://schemas.openxmlformats.org/officeDocument/2006/relationships/image" Target="media/x19310.wmf"/><Relationship Id="rId4688" Type="http://schemas.openxmlformats.org/officeDocument/2006/relationships/image" Target="media/x19311.wmf"/><Relationship Id="rId4689" Type="http://schemas.openxmlformats.org/officeDocument/2006/relationships/image" Target="media/x19312.wmf"/><Relationship Id="rId4690" Type="http://schemas.openxmlformats.org/officeDocument/2006/relationships/image" Target="media/x19313.wmf"/><Relationship Id="rId4691" Type="http://schemas.openxmlformats.org/officeDocument/2006/relationships/image" Target="media/x19314.wmf"/><Relationship Id="rId4692" Type="http://schemas.openxmlformats.org/officeDocument/2006/relationships/image" Target="media/x19315.wmf"/><Relationship Id="rId4693" Type="http://schemas.openxmlformats.org/officeDocument/2006/relationships/image" Target="media/x19316.wmf"/><Relationship Id="rId4694" Type="http://schemas.openxmlformats.org/officeDocument/2006/relationships/image" Target="media/x19317.wmf"/><Relationship Id="rId4695" Type="http://schemas.openxmlformats.org/officeDocument/2006/relationships/image" Target="media/x19318.wmf"/><Relationship Id="rId4696" Type="http://schemas.openxmlformats.org/officeDocument/2006/relationships/image" Target="media/x19319.wmf"/><Relationship Id="rId4697" Type="http://schemas.openxmlformats.org/officeDocument/2006/relationships/image" Target="media/x19320.wmf"/><Relationship Id="rId4698" Type="http://schemas.openxmlformats.org/officeDocument/2006/relationships/image" Target="media/x19321.wmf"/><Relationship Id="rId4699" Type="http://schemas.openxmlformats.org/officeDocument/2006/relationships/image" Target="media/x19322.wmf"/><Relationship Id="rId4700" Type="http://schemas.openxmlformats.org/officeDocument/2006/relationships/image" Target="media/x19323.wmf"/><Relationship Id="rId4701" Type="http://schemas.openxmlformats.org/officeDocument/2006/relationships/image" Target="media/x19324.wmf"/><Relationship Id="rId4702" Type="http://schemas.openxmlformats.org/officeDocument/2006/relationships/image" Target="media/x19325.wmf"/><Relationship Id="rId4703" Type="http://schemas.openxmlformats.org/officeDocument/2006/relationships/image" Target="media/x19326.wmf"/><Relationship Id="rId4704" Type="http://schemas.openxmlformats.org/officeDocument/2006/relationships/image" Target="media/x19327.wmf"/><Relationship Id="rId4705" Type="http://schemas.openxmlformats.org/officeDocument/2006/relationships/image" Target="media/x19328.wmf"/><Relationship Id="rId4706" Type="http://schemas.openxmlformats.org/officeDocument/2006/relationships/image" Target="media/x19329.wmf"/><Relationship Id="rId4707" Type="http://schemas.openxmlformats.org/officeDocument/2006/relationships/image" Target="media/x19330.wmf"/><Relationship Id="rId4708" Type="http://schemas.openxmlformats.org/officeDocument/2006/relationships/image" Target="media/x19331.wmf"/><Relationship Id="rId4709" Type="http://schemas.openxmlformats.org/officeDocument/2006/relationships/image" Target="media/x19332.wmf"/><Relationship Id="rId4710" Type="http://schemas.openxmlformats.org/officeDocument/2006/relationships/image" Target="media/x19333.wmf"/><Relationship Id="rId4711" Type="http://schemas.openxmlformats.org/officeDocument/2006/relationships/image" Target="media/x19334.wmf"/><Relationship Id="rId4712" Type="http://schemas.openxmlformats.org/officeDocument/2006/relationships/image" Target="media/x19335.wmf"/><Relationship Id="rId4713" Type="http://schemas.openxmlformats.org/officeDocument/2006/relationships/image" Target="media/x19336.wmf"/><Relationship Id="rId4714" Type="http://schemas.openxmlformats.org/officeDocument/2006/relationships/image" Target="media/x19337.wmf"/><Relationship Id="rId4715" Type="http://schemas.openxmlformats.org/officeDocument/2006/relationships/image" Target="media/x19338.wmf"/><Relationship Id="rId4716" Type="http://schemas.openxmlformats.org/officeDocument/2006/relationships/image" Target="media/x19339.wmf"/><Relationship Id="rId4717" Type="http://schemas.openxmlformats.org/officeDocument/2006/relationships/image" Target="media/x19340.wmf"/><Relationship Id="rId4718" Type="http://schemas.openxmlformats.org/officeDocument/2006/relationships/image" Target="media/x19341.wmf"/><Relationship Id="rId4719" Type="http://schemas.openxmlformats.org/officeDocument/2006/relationships/image" Target="media/x19342.wmf"/><Relationship Id="rId4720" Type="http://schemas.openxmlformats.org/officeDocument/2006/relationships/image" Target="media/x19343.wmf"/><Relationship Id="rId4721" Type="http://schemas.openxmlformats.org/officeDocument/2006/relationships/image" Target="media/x19344.wmf"/><Relationship Id="rId4722" Type="http://schemas.openxmlformats.org/officeDocument/2006/relationships/image" Target="media/x19345.wmf"/><Relationship Id="rId4723" Type="http://schemas.openxmlformats.org/officeDocument/2006/relationships/image" Target="media/x19346.wmf"/><Relationship Id="rId4724" Type="http://schemas.openxmlformats.org/officeDocument/2006/relationships/image" Target="media/x19347.wmf"/><Relationship Id="rId4725" Type="http://schemas.openxmlformats.org/officeDocument/2006/relationships/image" Target="media/x19348.wmf"/><Relationship Id="rId4726" Type="http://schemas.openxmlformats.org/officeDocument/2006/relationships/image" Target="media/x19349.wmf"/><Relationship Id="rId4727" Type="http://schemas.openxmlformats.org/officeDocument/2006/relationships/image" Target="media/x19350.wmf"/><Relationship Id="rId4728" Type="http://schemas.openxmlformats.org/officeDocument/2006/relationships/image" Target="media/x19351.wmf"/><Relationship Id="rId4729" Type="http://schemas.openxmlformats.org/officeDocument/2006/relationships/image" Target="media/x19352.wmf"/><Relationship Id="rId4730" Type="http://schemas.openxmlformats.org/officeDocument/2006/relationships/image" Target="media/x19353.wmf"/><Relationship Id="rId4731" Type="http://schemas.openxmlformats.org/officeDocument/2006/relationships/image" Target="media/x19354.wmf"/><Relationship Id="rId4732" Type="http://schemas.openxmlformats.org/officeDocument/2006/relationships/image" Target="media/x19355.png"/><Relationship Id="rId4733" Type="http://schemas.openxmlformats.org/officeDocument/2006/relationships/image" Target="media/x19356.wmf"/><Relationship Id="rId4734" Type="http://schemas.openxmlformats.org/officeDocument/2006/relationships/image" Target="media/x19357.wmf"/><Relationship Id="rId4735" Type="http://schemas.openxmlformats.org/officeDocument/2006/relationships/image" Target="media/x19358.wmf"/><Relationship Id="rId4736" Type="http://schemas.openxmlformats.org/officeDocument/2006/relationships/image" Target="media/x19359.wmf"/><Relationship Id="rId4737" Type="http://schemas.openxmlformats.org/officeDocument/2006/relationships/image" Target="media/x19360.wmf"/><Relationship Id="rId4738" Type="http://schemas.openxmlformats.org/officeDocument/2006/relationships/image" Target="media/x19361.wmf"/><Relationship Id="rId4739" Type="http://schemas.openxmlformats.org/officeDocument/2006/relationships/image" Target="media/x19362.wmf"/><Relationship Id="rId4740" Type="http://schemas.openxmlformats.org/officeDocument/2006/relationships/image" Target="media/x19363.wmf"/><Relationship Id="rId4741" Type="http://schemas.openxmlformats.org/officeDocument/2006/relationships/image" Target="media/x19364.wmf"/><Relationship Id="rId4742" Type="http://schemas.openxmlformats.org/officeDocument/2006/relationships/image" Target="media/x19365.wmf"/><Relationship Id="rId4743" Type="http://schemas.openxmlformats.org/officeDocument/2006/relationships/image" Target="media/x19366.wmf"/><Relationship Id="rId4744" Type="http://schemas.openxmlformats.org/officeDocument/2006/relationships/image" Target="media/x19367.wmf"/><Relationship Id="rId4745" Type="http://schemas.openxmlformats.org/officeDocument/2006/relationships/image" Target="media/x19368.wmf"/><Relationship Id="rId4746" Type="http://schemas.openxmlformats.org/officeDocument/2006/relationships/image" Target="media/x19369.wmf"/><Relationship Id="rId4747" Type="http://schemas.openxmlformats.org/officeDocument/2006/relationships/image" Target="media/x19370.wmf"/><Relationship Id="rId4748" Type="http://schemas.openxmlformats.org/officeDocument/2006/relationships/image" Target="media/x19371.png"/><Relationship Id="rId4749" Type="http://schemas.openxmlformats.org/officeDocument/2006/relationships/image" Target="media/x19372.wmf"/><Relationship Id="rId4750" Type="http://schemas.openxmlformats.org/officeDocument/2006/relationships/image" Target="media/x19373.wmf"/><Relationship Id="rId4751" Type="http://schemas.openxmlformats.org/officeDocument/2006/relationships/image" Target="media/x19374.wmf"/><Relationship Id="rId4752" Type="http://schemas.openxmlformats.org/officeDocument/2006/relationships/image" Target="media/x19375.wmf"/><Relationship Id="rId4753" Type="http://schemas.openxmlformats.org/officeDocument/2006/relationships/image" Target="media/x19376.wmf"/><Relationship Id="rId4754" Type="http://schemas.openxmlformats.org/officeDocument/2006/relationships/image" Target="media/x19377.wmf"/><Relationship Id="rId4755" Type="http://schemas.openxmlformats.org/officeDocument/2006/relationships/image" Target="media/x19378.wmf"/><Relationship Id="rId4756" Type="http://schemas.openxmlformats.org/officeDocument/2006/relationships/image" Target="media/x19379.wmf"/><Relationship Id="rId4757" Type="http://schemas.openxmlformats.org/officeDocument/2006/relationships/image" Target="media/x19380.wmf"/><Relationship Id="rId4758" Type="http://schemas.openxmlformats.org/officeDocument/2006/relationships/image" Target="media/x19381.wmf"/><Relationship Id="rId4759" Type="http://schemas.openxmlformats.org/officeDocument/2006/relationships/image" Target="media/x19382.wmf"/><Relationship Id="rId4760" Type="http://schemas.openxmlformats.org/officeDocument/2006/relationships/image" Target="media/x19383.wmf"/><Relationship Id="rId4761" Type="http://schemas.openxmlformats.org/officeDocument/2006/relationships/image" Target="media/x19384.wmf"/><Relationship Id="rId4762" Type="http://schemas.openxmlformats.org/officeDocument/2006/relationships/image" Target="media/x19385.png"/><Relationship Id="rId4763" Type="http://schemas.openxmlformats.org/officeDocument/2006/relationships/image" Target="media/x19386.wmf"/><Relationship Id="rId4764" Type="http://schemas.openxmlformats.org/officeDocument/2006/relationships/image" Target="media/x19387.wmf"/><Relationship Id="rId4765" Type="http://schemas.openxmlformats.org/officeDocument/2006/relationships/image" Target="media/x19388.wmf"/><Relationship Id="rId4766" Type="http://schemas.openxmlformats.org/officeDocument/2006/relationships/image" Target="media/x19389.wmf"/><Relationship Id="rId4767" Type="http://schemas.openxmlformats.org/officeDocument/2006/relationships/image" Target="media/x19390.wmf"/><Relationship Id="rId4768" Type="http://schemas.openxmlformats.org/officeDocument/2006/relationships/image" Target="media/x19391.wmf"/><Relationship Id="rId4769" Type="http://schemas.openxmlformats.org/officeDocument/2006/relationships/image" Target="media/x19392.wmf"/><Relationship Id="rId4770" Type="http://schemas.openxmlformats.org/officeDocument/2006/relationships/image" Target="media/x19393.wmf"/><Relationship Id="rId4771" Type="http://schemas.openxmlformats.org/officeDocument/2006/relationships/image" Target="media/x19394.wmf"/><Relationship Id="rId4772" Type="http://schemas.openxmlformats.org/officeDocument/2006/relationships/image" Target="media/x19395.png"/><Relationship Id="rId4773" Type="http://schemas.openxmlformats.org/officeDocument/2006/relationships/image" Target="media/x19396.wmf"/><Relationship Id="rId4774" Type="http://schemas.openxmlformats.org/officeDocument/2006/relationships/image" Target="media/x19397.wmf"/><Relationship Id="rId4775" Type="http://schemas.openxmlformats.org/officeDocument/2006/relationships/image" Target="media/x19398.wmf"/><Relationship Id="rId4776" Type="http://schemas.openxmlformats.org/officeDocument/2006/relationships/image" Target="media/x19399.wmf"/><Relationship Id="rId4777" Type="http://schemas.openxmlformats.org/officeDocument/2006/relationships/image" Target="media/x19400.wmf"/><Relationship Id="rId4778" Type="http://schemas.openxmlformats.org/officeDocument/2006/relationships/image" Target="media/x19401.wmf"/><Relationship Id="rId4779" Type="http://schemas.openxmlformats.org/officeDocument/2006/relationships/image" Target="media/x19402.wmf"/><Relationship Id="rId4780" Type="http://schemas.openxmlformats.org/officeDocument/2006/relationships/image" Target="media/x19403.wmf"/><Relationship Id="rId4781" Type="http://schemas.openxmlformats.org/officeDocument/2006/relationships/image" Target="media/x19404.wmf"/><Relationship Id="rId4782" Type="http://schemas.openxmlformats.org/officeDocument/2006/relationships/image" Target="media/x19405.wmf"/><Relationship Id="rId4783" Type="http://schemas.openxmlformats.org/officeDocument/2006/relationships/image" Target="media/x19406.png"/><Relationship Id="rId4784" Type="http://schemas.openxmlformats.org/officeDocument/2006/relationships/image" Target="media/x19407.wmf"/><Relationship Id="rId4785" Type="http://schemas.openxmlformats.org/officeDocument/2006/relationships/image" Target="media/x19408.wmf"/><Relationship Id="rId4786" Type="http://schemas.openxmlformats.org/officeDocument/2006/relationships/image" Target="media/x19409.wmf"/><Relationship Id="rId4787" Type="http://schemas.openxmlformats.org/officeDocument/2006/relationships/image" Target="media/x19410.wmf"/><Relationship Id="rId4788" Type="http://schemas.openxmlformats.org/officeDocument/2006/relationships/image" Target="media/x19411.wmf"/><Relationship Id="rId4789" Type="http://schemas.openxmlformats.org/officeDocument/2006/relationships/image" Target="media/x19412.wmf"/><Relationship Id="rId4790" Type="http://schemas.openxmlformats.org/officeDocument/2006/relationships/image" Target="media/x19413.wmf"/><Relationship Id="rId4791" Type="http://schemas.openxmlformats.org/officeDocument/2006/relationships/image" Target="media/x19414.png"/><Relationship Id="rId4792" Type="http://schemas.openxmlformats.org/officeDocument/2006/relationships/image" Target="media/x19415.wmf"/><Relationship Id="rId4793" Type="http://schemas.openxmlformats.org/officeDocument/2006/relationships/image" Target="media/x19416.wmf"/><Relationship Id="rId4794" Type="http://schemas.openxmlformats.org/officeDocument/2006/relationships/image" Target="media/x19417.wmf"/><Relationship Id="rId4795" Type="http://schemas.openxmlformats.org/officeDocument/2006/relationships/image" Target="media/x19418.wmf"/><Relationship Id="rId4796" Type="http://schemas.openxmlformats.org/officeDocument/2006/relationships/image" Target="media/x19419.wmf"/><Relationship Id="rId4797" Type="http://schemas.openxmlformats.org/officeDocument/2006/relationships/image" Target="media/x19420.wmf"/><Relationship Id="rId4798" Type="http://schemas.openxmlformats.org/officeDocument/2006/relationships/image" Target="media/x19421.png"/><Relationship Id="rId4799" Type="http://schemas.openxmlformats.org/officeDocument/2006/relationships/image" Target="media/x19422.wmf"/><Relationship Id="rId4800" Type="http://schemas.openxmlformats.org/officeDocument/2006/relationships/image" Target="media/x19423.wmf"/><Relationship Id="rId4801" Type="http://schemas.openxmlformats.org/officeDocument/2006/relationships/image" Target="media/x19424.wmf"/><Relationship Id="rId4802" Type="http://schemas.openxmlformats.org/officeDocument/2006/relationships/image" Target="media/x19425.wmf"/><Relationship Id="rId4803" Type="http://schemas.openxmlformats.org/officeDocument/2006/relationships/image" Target="media/x19426.wmf"/><Relationship Id="rId4804" Type="http://schemas.openxmlformats.org/officeDocument/2006/relationships/image" Target="media/x19427.wmf"/><Relationship Id="rId4805" Type="http://schemas.openxmlformats.org/officeDocument/2006/relationships/image" Target="media/x19428.wmf"/><Relationship Id="rId4806" Type="http://schemas.openxmlformats.org/officeDocument/2006/relationships/image" Target="media/x19429.wmf"/><Relationship Id="rId4807" Type="http://schemas.openxmlformats.org/officeDocument/2006/relationships/image" Target="media/x19430.wmf"/><Relationship Id="rId4808" Type="http://schemas.openxmlformats.org/officeDocument/2006/relationships/image" Target="media/x19431.wmf"/><Relationship Id="rId4809" Type="http://schemas.openxmlformats.org/officeDocument/2006/relationships/image" Target="media/x19432.wmf"/><Relationship Id="rId4810" Type="http://schemas.openxmlformats.org/officeDocument/2006/relationships/image" Target="media/x19433.wmf"/><Relationship Id="rId4811" Type="http://schemas.openxmlformats.org/officeDocument/2006/relationships/image" Target="media/x19434.wmf"/><Relationship Id="rId4812" Type="http://schemas.openxmlformats.org/officeDocument/2006/relationships/image" Target="media/x19435.wmf"/><Relationship Id="rId4813" Type="http://schemas.openxmlformats.org/officeDocument/2006/relationships/image" Target="media/x19436.wmf"/><Relationship Id="rId4814" Type="http://schemas.openxmlformats.org/officeDocument/2006/relationships/image" Target="media/x19437.wmf"/><Relationship Id="rId4815" Type="http://schemas.openxmlformats.org/officeDocument/2006/relationships/image" Target="media/x19438.wmf"/><Relationship Id="rId4816" Type="http://schemas.openxmlformats.org/officeDocument/2006/relationships/image" Target="media/x19439.wmf"/><Relationship Id="rId4817" Type="http://schemas.openxmlformats.org/officeDocument/2006/relationships/image" Target="media/x19440.wmf"/><Relationship Id="rId4818" Type="http://schemas.openxmlformats.org/officeDocument/2006/relationships/image" Target="media/x19441.wmf"/><Relationship Id="rId4819" Type="http://schemas.openxmlformats.org/officeDocument/2006/relationships/image" Target="media/x19442.wmf"/><Relationship Id="rId4820" Type="http://schemas.openxmlformats.org/officeDocument/2006/relationships/image" Target="media/x19443.wmf"/><Relationship Id="rId4821" Type="http://schemas.openxmlformats.org/officeDocument/2006/relationships/image" Target="media/x19444.wmf"/><Relationship Id="rId4822" Type="http://schemas.openxmlformats.org/officeDocument/2006/relationships/image" Target="media/x19445.wmf"/><Relationship Id="rId4823" Type="http://schemas.openxmlformats.org/officeDocument/2006/relationships/image" Target="media/x19446.wmf"/><Relationship Id="rId4824" Type="http://schemas.openxmlformats.org/officeDocument/2006/relationships/image" Target="media/x19447.wmf"/><Relationship Id="rId4825" Type="http://schemas.openxmlformats.org/officeDocument/2006/relationships/image" Target="media/x19448.wmf"/><Relationship Id="rId4826" Type="http://schemas.openxmlformats.org/officeDocument/2006/relationships/image" Target="media/x19449.wmf"/><Relationship Id="rId4827" Type="http://schemas.openxmlformats.org/officeDocument/2006/relationships/image" Target="media/x19450.wmf"/><Relationship Id="rId4828" Type="http://schemas.openxmlformats.org/officeDocument/2006/relationships/image" Target="media/x19451.wmf"/><Relationship Id="rId4829" Type="http://schemas.openxmlformats.org/officeDocument/2006/relationships/image" Target="media/x19452.wmf"/><Relationship Id="rId4830" Type="http://schemas.openxmlformats.org/officeDocument/2006/relationships/image" Target="media/x19453.wmf"/><Relationship Id="rId4831" Type="http://schemas.openxmlformats.org/officeDocument/2006/relationships/image" Target="media/x19454.wmf"/><Relationship Id="rId4832" Type="http://schemas.openxmlformats.org/officeDocument/2006/relationships/image" Target="media/x19455.wmf"/><Relationship Id="rId4833" Type="http://schemas.openxmlformats.org/officeDocument/2006/relationships/image" Target="media/x19456.wmf"/><Relationship Id="rId4834" Type="http://schemas.openxmlformats.org/officeDocument/2006/relationships/image" Target="media/x19457.wmf"/><Relationship Id="rId4835" Type="http://schemas.openxmlformats.org/officeDocument/2006/relationships/image" Target="media/x19458.wmf"/><Relationship Id="rId4836" Type="http://schemas.openxmlformats.org/officeDocument/2006/relationships/image" Target="media/x19459.wmf"/><Relationship Id="rId4837" Type="http://schemas.openxmlformats.org/officeDocument/2006/relationships/image" Target="media/x19460.wmf"/><Relationship Id="rId4838" Type="http://schemas.openxmlformats.org/officeDocument/2006/relationships/image" Target="media/x19461.wmf"/><Relationship Id="rId4839" Type="http://schemas.openxmlformats.org/officeDocument/2006/relationships/image" Target="media/x19462.wmf"/><Relationship Id="rId4840" Type="http://schemas.openxmlformats.org/officeDocument/2006/relationships/image" Target="media/x19463.wmf"/><Relationship Id="rId4841" Type="http://schemas.openxmlformats.org/officeDocument/2006/relationships/image" Target="media/x19464.wmf"/><Relationship Id="rId4842" Type="http://schemas.openxmlformats.org/officeDocument/2006/relationships/image" Target="media/x19465.wmf"/><Relationship Id="rId4843" Type="http://schemas.openxmlformats.org/officeDocument/2006/relationships/image" Target="media/x19466.wmf"/><Relationship Id="rId4844" Type="http://schemas.openxmlformats.org/officeDocument/2006/relationships/image" Target="media/x19467.wmf"/><Relationship Id="rId4845" Type="http://schemas.openxmlformats.org/officeDocument/2006/relationships/image" Target="media/x19468.wmf"/><Relationship Id="rId4846" Type="http://schemas.openxmlformats.org/officeDocument/2006/relationships/image" Target="media/x19469.wmf"/><Relationship Id="rId4847" Type="http://schemas.openxmlformats.org/officeDocument/2006/relationships/image" Target="media/x19470.wmf"/><Relationship Id="rId4848" Type="http://schemas.openxmlformats.org/officeDocument/2006/relationships/image" Target="media/x19471.wmf"/><Relationship Id="rId4849" Type="http://schemas.openxmlformats.org/officeDocument/2006/relationships/image" Target="media/x19472.wmf"/><Relationship Id="rId4850" Type="http://schemas.openxmlformats.org/officeDocument/2006/relationships/image" Target="media/x19473.wmf"/><Relationship Id="rId4851" Type="http://schemas.openxmlformats.org/officeDocument/2006/relationships/image" Target="media/x19474.wmf"/><Relationship Id="rId4852" Type="http://schemas.openxmlformats.org/officeDocument/2006/relationships/image" Target="media/x19475.wmf"/><Relationship Id="rId4853" Type="http://schemas.openxmlformats.org/officeDocument/2006/relationships/image" Target="media/x19476.wmf"/><Relationship Id="rId4854" Type="http://schemas.openxmlformats.org/officeDocument/2006/relationships/image" Target="media/x19477.wmf"/><Relationship Id="rId4855" Type="http://schemas.openxmlformats.org/officeDocument/2006/relationships/image" Target="media/x19478.wmf"/><Relationship Id="rId4856" Type="http://schemas.openxmlformats.org/officeDocument/2006/relationships/image" Target="media/x19479.wmf"/><Relationship Id="rId4857" Type="http://schemas.openxmlformats.org/officeDocument/2006/relationships/image" Target="media/x19480.wmf"/><Relationship Id="rId4858" Type="http://schemas.openxmlformats.org/officeDocument/2006/relationships/image" Target="media/x19481.wmf"/><Relationship Id="rId4859" Type="http://schemas.openxmlformats.org/officeDocument/2006/relationships/image" Target="media/x19482.wmf"/><Relationship Id="rId4860" Type="http://schemas.openxmlformats.org/officeDocument/2006/relationships/image" Target="media/x19483.wmf"/><Relationship Id="rId4861" Type="http://schemas.openxmlformats.org/officeDocument/2006/relationships/image" Target="media/x19484.wmf"/><Relationship Id="rId4862" Type="http://schemas.openxmlformats.org/officeDocument/2006/relationships/image" Target="media/x19485.wmf"/><Relationship Id="rId4863" Type="http://schemas.openxmlformats.org/officeDocument/2006/relationships/image" Target="media/x19486.wmf"/><Relationship Id="rId4864" Type="http://schemas.openxmlformats.org/officeDocument/2006/relationships/image" Target="media/x19487.wmf"/><Relationship Id="rId4865" Type="http://schemas.openxmlformats.org/officeDocument/2006/relationships/image" Target="media/x19488.wmf"/><Relationship Id="rId4866" Type="http://schemas.openxmlformats.org/officeDocument/2006/relationships/image" Target="media/x19489.wmf"/><Relationship Id="rId4867" Type="http://schemas.openxmlformats.org/officeDocument/2006/relationships/image" Target="media/x19490.wmf"/><Relationship Id="rId4868" Type="http://schemas.openxmlformats.org/officeDocument/2006/relationships/image" Target="media/x19491.wmf"/><Relationship Id="rId4869" Type="http://schemas.openxmlformats.org/officeDocument/2006/relationships/image" Target="media/x19492.wmf"/><Relationship Id="rId4870" Type="http://schemas.openxmlformats.org/officeDocument/2006/relationships/image" Target="media/x19493.wmf"/><Relationship Id="rId4871" Type="http://schemas.openxmlformats.org/officeDocument/2006/relationships/image" Target="media/x19494.wmf"/><Relationship Id="rId4872" Type="http://schemas.openxmlformats.org/officeDocument/2006/relationships/image" Target="media/x19495.wmf"/><Relationship Id="rId4873" Type="http://schemas.openxmlformats.org/officeDocument/2006/relationships/image" Target="media/x19496.wmf"/><Relationship Id="rId4874" Type="http://schemas.openxmlformats.org/officeDocument/2006/relationships/image" Target="media/x19497.wmf"/><Relationship Id="rId4875" Type="http://schemas.openxmlformats.org/officeDocument/2006/relationships/image" Target="media/x19498.wmf"/><Relationship Id="rId4876" Type="http://schemas.openxmlformats.org/officeDocument/2006/relationships/image" Target="media/x19499.wmf"/><Relationship Id="rId4877" Type="http://schemas.openxmlformats.org/officeDocument/2006/relationships/image" Target="media/x19500.wmf"/><Relationship Id="rId4878" Type="http://schemas.openxmlformats.org/officeDocument/2006/relationships/image" Target="media/x19501.wmf"/><Relationship Id="rId4879" Type="http://schemas.openxmlformats.org/officeDocument/2006/relationships/image" Target="media/x19502.wmf"/><Relationship Id="rId4880" Type="http://schemas.openxmlformats.org/officeDocument/2006/relationships/image" Target="media/x19503.wmf"/><Relationship Id="rId4881" Type="http://schemas.openxmlformats.org/officeDocument/2006/relationships/image" Target="media/x19504.wmf"/><Relationship Id="rId4882" Type="http://schemas.openxmlformats.org/officeDocument/2006/relationships/image" Target="media/x19505.wmf"/><Relationship Id="rId4883" Type="http://schemas.openxmlformats.org/officeDocument/2006/relationships/image" Target="media/x19506.wmf"/><Relationship Id="rId4884" Type="http://schemas.openxmlformats.org/officeDocument/2006/relationships/image" Target="media/x19507.wmf"/><Relationship Id="rId4885" Type="http://schemas.openxmlformats.org/officeDocument/2006/relationships/image" Target="media/x19508.wmf"/><Relationship Id="rId4886" Type="http://schemas.openxmlformats.org/officeDocument/2006/relationships/image" Target="media/x19509.wmf"/><Relationship Id="rId4887" Type="http://schemas.openxmlformats.org/officeDocument/2006/relationships/image" Target="media/x19510.png"/><Relationship Id="rId4888" Type="http://schemas.openxmlformats.org/officeDocument/2006/relationships/image" Target="media/x19511.wmf"/><Relationship Id="rId4889" Type="http://schemas.openxmlformats.org/officeDocument/2006/relationships/image" Target="media/x19512.wmf"/><Relationship Id="rId4890" Type="http://schemas.openxmlformats.org/officeDocument/2006/relationships/image" Target="media/x19513.wmf"/><Relationship Id="rId4891" Type="http://schemas.openxmlformats.org/officeDocument/2006/relationships/image" Target="media/x19514.wmf"/><Relationship Id="rId4892" Type="http://schemas.openxmlformats.org/officeDocument/2006/relationships/image" Target="media/x19515.wmf"/><Relationship Id="rId4893" Type="http://schemas.openxmlformats.org/officeDocument/2006/relationships/image" Target="media/x19516.wmf"/><Relationship Id="rId4894" Type="http://schemas.openxmlformats.org/officeDocument/2006/relationships/image" Target="media/x19517.wmf"/><Relationship Id="rId4895" Type="http://schemas.openxmlformats.org/officeDocument/2006/relationships/image" Target="media/x19518.wmf"/><Relationship Id="rId4896" Type="http://schemas.openxmlformats.org/officeDocument/2006/relationships/image" Target="media/x19519.wmf"/><Relationship Id="rId4897" Type="http://schemas.openxmlformats.org/officeDocument/2006/relationships/image" Target="media/x19520.wmf"/><Relationship Id="rId4898" Type="http://schemas.openxmlformats.org/officeDocument/2006/relationships/image" Target="media/x19521.wmf"/><Relationship Id="rId4899" Type="http://schemas.openxmlformats.org/officeDocument/2006/relationships/image" Target="media/x19522.wmf"/><Relationship Id="rId4900" Type="http://schemas.openxmlformats.org/officeDocument/2006/relationships/image" Target="media/x19523.wmf"/><Relationship Id="rId4901" Type="http://schemas.openxmlformats.org/officeDocument/2006/relationships/image" Target="media/x19524.wmf"/><Relationship Id="rId4902" Type="http://schemas.openxmlformats.org/officeDocument/2006/relationships/image" Target="media/x19525.png"/><Relationship Id="rId4903" Type="http://schemas.openxmlformats.org/officeDocument/2006/relationships/image" Target="media/x19526.wmf"/><Relationship Id="rId4904" Type="http://schemas.openxmlformats.org/officeDocument/2006/relationships/image" Target="media/x19527.wmf"/><Relationship Id="rId4905" Type="http://schemas.openxmlformats.org/officeDocument/2006/relationships/image" Target="media/x19528.wmf"/><Relationship Id="rId4906" Type="http://schemas.openxmlformats.org/officeDocument/2006/relationships/image" Target="media/x19529.wmf"/><Relationship Id="rId4907" Type="http://schemas.openxmlformats.org/officeDocument/2006/relationships/image" Target="media/x19530.wmf"/><Relationship Id="rId4908" Type="http://schemas.openxmlformats.org/officeDocument/2006/relationships/image" Target="media/x19531.wmf"/><Relationship Id="rId4909" Type="http://schemas.openxmlformats.org/officeDocument/2006/relationships/image" Target="media/x19532.wmf"/><Relationship Id="rId4910" Type="http://schemas.openxmlformats.org/officeDocument/2006/relationships/image" Target="media/x19533.wmf"/><Relationship Id="rId4911" Type="http://schemas.openxmlformats.org/officeDocument/2006/relationships/image" Target="media/x19534.wmf"/><Relationship Id="rId4912" Type="http://schemas.openxmlformats.org/officeDocument/2006/relationships/image" Target="media/x19535.wmf"/><Relationship Id="rId4913" Type="http://schemas.openxmlformats.org/officeDocument/2006/relationships/image" Target="media/x19536.wmf"/><Relationship Id="rId4914" Type="http://schemas.openxmlformats.org/officeDocument/2006/relationships/image" Target="media/x19537.wmf"/><Relationship Id="rId4915" Type="http://schemas.openxmlformats.org/officeDocument/2006/relationships/image" Target="media/x19538.wmf"/><Relationship Id="rId4916" Type="http://schemas.openxmlformats.org/officeDocument/2006/relationships/image" Target="media/x19539.wmf"/><Relationship Id="rId4917" Type="http://schemas.openxmlformats.org/officeDocument/2006/relationships/image" Target="media/x19540.wmf"/><Relationship Id="rId4918" Type="http://schemas.openxmlformats.org/officeDocument/2006/relationships/image" Target="media/x19541.wmf"/><Relationship Id="rId4919" Type="http://schemas.openxmlformats.org/officeDocument/2006/relationships/image" Target="media/x19542.wmf"/><Relationship Id="rId4920" Type="http://schemas.openxmlformats.org/officeDocument/2006/relationships/image" Target="media/x19543.wmf"/><Relationship Id="rId4921" Type="http://schemas.openxmlformats.org/officeDocument/2006/relationships/image" Target="media/x19544.png"/><Relationship Id="rId4922" Type="http://schemas.openxmlformats.org/officeDocument/2006/relationships/image" Target="media/x19545.wmf"/><Relationship Id="rId4923" Type="http://schemas.openxmlformats.org/officeDocument/2006/relationships/image" Target="media/x19546.wmf"/><Relationship Id="rId4924" Type="http://schemas.openxmlformats.org/officeDocument/2006/relationships/image" Target="media/x19547.wmf"/><Relationship Id="rId4925" Type="http://schemas.openxmlformats.org/officeDocument/2006/relationships/image" Target="media/x19548.wmf"/><Relationship Id="rId4926" Type="http://schemas.openxmlformats.org/officeDocument/2006/relationships/image" Target="media/x19549.wmf"/><Relationship Id="rId4927" Type="http://schemas.openxmlformats.org/officeDocument/2006/relationships/image" Target="media/x19550.wmf"/><Relationship Id="rId4928" Type="http://schemas.openxmlformats.org/officeDocument/2006/relationships/image" Target="media/x19551.wmf"/><Relationship Id="rId4929" Type="http://schemas.openxmlformats.org/officeDocument/2006/relationships/image" Target="media/x19552.wmf"/><Relationship Id="rId4930" Type="http://schemas.openxmlformats.org/officeDocument/2006/relationships/image" Target="media/x19553.wmf"/><Relationship Id="rId4931" Type="http://schemas.openxmlformats.org/officeDocument/2006/relationships/image" Target="media/x19554.wmf"/><Relationship Id="rId4932" Type="http://schemas.openxmlformats.org/officeDocument/2006/relationships/image" Target="media/x19555.wmf"/><Relationship Id="rId4933" Type="http://schemas.openxmlformats.org/officeDocument/2006/relationships/image" Target="media/x19556.wmf"/><Relationship Id="rId4934" Type="http://schemas.openxmlformats.org/officeDocument/2006/relationships/image" Target="media/x19557.wmf"/><Relationship Id="rId4935" Type="http://schemas.openxmlformats.org/officeDocument/2006/relationships/image" Target="media/x19558.wmf"/><Relationship Id="rId4936" Type="http://schemas.openxmlformats.org/officeDocument/2006/relationships/image" Target="media/x19559.wmf"/><Relationship Id="rId4937" Type="http://schemas.openxmlformats.org/officeDocument/2006/relationships/image" Target="media/x19560.wmf"/><Relationship Id="rId4938" Type="http://schemas.openxmlformats.org/officeDocument/2006/relationships/image" Target="media/x19561.wmf"/><Relationship Id="rId4939" Type="http://schemas.openxmlformats.org/officeDocument/2006/relationships/image" Target="media/x19562.wmf"/><Relationship Id="rId4940" Type="http://schemas.openxmlformats.org/officeDocument/2006/relationships/image" Target="media/x19563.wmf"/><Relationship Id="rId4941" Type="http://schemas.openxmlformats.org/officeDocument/2006/relationships/image" Target="media/x19564.png"/><Relationship Id="rId4942" Type="http://schemas.openxmlformats.org/officeDocument/2006/relationships/image" Target="media/x19565.wmf"/><Relationship Id="rId4943" Type="http://schemas.openxmlformats.org/officeDocument/2006/relationships/image" Target="media/x19566.wmf"/><Relationship Id="rId4944" Type="http://schemas.openxmlformats.org/officeDocument/2006/relationships/image" Target="media/x19567.wmf"/><Relationship Id="rId4945" Type="http://schemas.openxmlformats.org/officeDocument/2006/relationships/image" Target="media/x19568.wmf"/><Relationship Id="rId4946" Type="http://schemas.openxmlformats.org/officeDocument/2006/relationships/image" Target="media/x19569.wmf"/><Relationship Id="rId4947" Type="http://schemas.openxmlformats.org/officeDocument/2006/relationships/image" Target="media/x19570.wmf"/><Relationship Id="rId4948" Type="http://schemas.openxmlformats.org/officeDocument/2006/relationships/image" Target="media/x19571.wmf"/><Relationship Id="rId4949" Type="http://schemas.openxmlformats.org/officeDocument/2006/relationships/image" Target="media/x19572.wmf"/><Relationship Id="rId4950" Type="http://schemas.openxmlformats.org/officeDocument/2006/relationships/image" Target="media/x19573.wmf"/><Relationship Id="rId4951" Type="http://schemas.openxmlformats.org/officeDocument/2006/relationships/image" Target="media/x19574.wmf"/><Relationship Id="rId4952" Type="http://schemas.openxmlformats.org/officeDocument/2006/relationships/image" Target="media/x19575.wmf"/><Relationship Id="rId4953" Type="http://schemas.openxmlformats.org/officeDocument/2006/relationships/image" Target="media/x19576.png"/><Relationship Id="rId4954" Type="http://schemas.openxmlformats.org/officeDocument/2006/relationships/image" Target="media/x19577.wmf"/><Relationship Id="rId4955" Type="http://schemas.openxmlformats.org/officeDocument/2006/relationships/image" Target="media/x19578.wmf"/><Relationship Id="rId4956" Type="http://schemas.openxmlformats.org/officeDocument/2006/relationships/image" Target="media/x19579.wmf"/><Relationship Id="rId4957" Type="http://schemas.openxmlformats.org/officeDocument/2006/relationships/image" Target="media/x19580.wmf"/><Relationship Id="rId4958" Type="http://schemas.openxmlformats.org/officeDocument/2006/relationships/image" Target="media/x19581.wmf"/><Relationship Id="rId4959" Type="http://schemas.openxmlformats.org/officeDocument/2006/relationships/image" Target="media/x19582.wmf"/><Relationship Id="rId4960" Type="http://schemas.openxmlformats.org/officeDocument/2006/relationships/image" Target="media/x19583.wmf"/><Relationship Id="rId4961" Type="http://schemas.openxmlformats.org/officeDocument/2006/relationships/image" Target="media/x19584.wmf"/><Relationship Id="rId4962" Type="http://schemas.openxmlformats.org/officeDocument/2006/relationships/image" Target="media/x19585.wmf"/><Relationship Id="rId4963" Type="http://schemas.openxmlformats.org/officeDocument/2006/relationships/image" Target="media/x19586.wmf"/><Relationship Id="rId4964" Type="http://schemas.openxmlformats.org/officeDocument/2006/relationships/image" Target="media/x19587.wmf"/><Relationship Id="rId4965" Type="http://schemas.openxmlformats.org/officeDocument/2006/relationships/image" Target="media/x19588.wmf"/><Relationship Id="rId4966" Type="http://schemas.openxmlformats.org/officeDocument/2006/relationships/image" Target="media/x19589.wmf"/><Relationship Id="rId4967" Type="http://schemas.openxmlformats.org/officeDocument/2006/relationships/image" Target="media/x19590.wmf"/><Relationship Id="rId4968" Type="http://schemas.openxmlformats.org/officeDocument/2006/relationships/image" Target="media/x19591.wmf"/><Relationship Id="rId4969" Type="http://schemas.openxmlformats.org/officeDocument/2006/relationships/image" Target="media/x19592.wmf"/><Relationship Id="rId4970" Type="http://schemas.openxmlformats.org/officeDocument/2006/relationships/image" Target="media/x19593.wmf"/><Relationship Id="rId4971" Type="http://schemas.openxmlformats.org/officeDocument/2006/relationships/image" Target="media/x19594.wmf"/><Relationship Id="rId4972" Type="http://schemas.openxmlformats.org/officeDocument/2006/relationships/image" Target="media/x19595.wmf"/><Relationship Id="rId4973" Type="http://schemas.openxmlformats.org/officeDocument/2006/relationships/image" Target="media/x19596.wmf"/><Relationship Id="rId4974" Type="http://schemas.openxmlformats.org/officeDocument/2006/relationships/image" Target="media/x19597.wmf"/><Relationship Id="rId4975" Type="http://schemas.openxmlformats.org/officeDocument/2006/relationships/image" Target="media/x19598.wmf"/><Relationship Id="rId4976" Type="http://schemas.openxmlformats.org/officeDocument/2006/relationships/image" Target="media/x19599.wmf"/><Relationship Id="rId4977" Type="http://schemas.openxmlformats.org/officeDocument/2006/relationships/image" Target="media/x19600.wmf"/><Relationship Id="rId4978" Type="http://schemas.openxmlformats.org/officeDocument/2006/relationships/image" Target="media/x19601.wmf"/><Relationship Id="rId4979" Type="http://schemas.openxmlformats.org/officeDocument/2006/relationships/image" Target="media/x19602.wmf"/><Relationship Id="rId4980" Type="http://schemas.openxmlformats.org/officeDocument/2006/relationships/image" Target="media/x19603.wmf"/><Relationship Id="rId4981" Type="http://schemas.openxmlformats.org/officeDocument/2006/relationships/image" Target="media/x19604.wmf"/><Relationship Id="rId4982" Type="http://schemas.openxmlformats.org/officeDocument/2006/relationships/image" Target="media/x19605.wmf"/><Relationship Id="rId4983" Type="http://schemas.openxmlformats.org/officeDocument/2006/relationships/image" Target="media/x19606.wmf"/><Relationship Id="rId4984" Type="http://schemas.openxmlformats.org/officeDocument/2006/relationships/image" Target="media/x19607.wmf"/><Relationship Id="rId4985" Type="http://schemas.openxmlformats.org/officeDocument/2006/relationships/image" Target="media/x19608.wmf"/><Relationship Id="rId4986" Type="http://schemas.openxmlformats.org/officeDocument/2006/relationships/image" Target="media/x19609.wmf"/><Relationship Id="rId4987" Type="http://schemas.openxmlformats.org/officeDocument/2006/relationships/image" Target="media/x19610.wmf"/><Relationship Id="rId4988" Type="http://schemas.openxmlformats.org/officeDocument/2006/relationships/image" Target="media/x19611.wmf"/><Relationship Id="rId4989" Type="http://schemas.openxmlformats.org/officeDocument/2006/relationships/image" Target="media/x19612.wmf"/><Relationship Id="rId4990" Type="http://schemas.openxmlformats.org/officeDocument/2006/relationships/image" Target="media/x19613.wmf"/><Relationship Id="rId4991" Type="http://schemas.openxmlformats.org/officeDocument/2006/relationships/image" Target="media/x19614.wmf"/><Relationship Id="rId4992" Type="http://schemas.openxmlformats.org/officeDocument/2006/relationships/image" Target="media/x19615.wmf"/><Relationship Id="rId4993" Type="http://schemas.openxmlformats.org/officeDocument/2006/relationships/image" Target="media/x19616.wmf"/><Relationship Id="rId4994" Type="http://schemas.openxmlformats.org/officeDocument/2006/relationships/image" Target="media/x19617.wmf"/><Relationship Id="rId4995" Type="http://schemas.openxmlformats.org/officeDocument/2006/relationships/image" Target="media/x19618.wmf"/><Relationship Id="rId4996" Type="http://schemas.openxmlformats.org/officeDocument/2006/relationships/image" Target="media/x19619.wmf"/><Relationship Id="rId4997" Type="http://schemas.openxmlformats.org/officeDocument/2006/relationships/image" Target="media/x19620.wmf"/><Relationship Id="rId4998" Type="http://schemas.openxmlformats.org/officeDocument/2006/relationships/image" Target="media/x19621.wmf"/><Relationship Id="rId4999" Type="http://schemas.openxmlformats.org/officeDocument/2006/relationships/image" Target="media/x19622.wmf"/><Relationship Id="rId5000" Type="http://schemas.openxmlformats.org/officeDocument/2006/relationships/image" Target="media/x19623.wmf"/><Relationship Id="rId5001" Type="http://schemas.openxmlformats.org/officeDocument/2006/relationships/image" Target="media/x19624.wmf"/><Relationship Id="rId5002" Type="http://schemas.openxmlformats.org/officeDocument/2006/relationships/image" Target="media/x19625.wmf"/><Relationship Id="rId5003" Type="http://schemas.openxmlformats.org/officeDocument/2006/relationships/image" Target="media/x19626.wmf"/><Relationship Id="rId5004" Type="http://schemas.openxmlformats.org/officeDocument/2006/relationships/image" Target="media/x19627.wmf"/><Relationship Id="rId5005" Type="http://schemas.openxmlformats.org/officeDocument/2006/relationships/image" Target="media/x19628.wmf"/><Relationship Id="rId5006" Type="http://schemas.openxmlformats.org/officeDocument/2006/relationships/image" Target="media/x19629.wmf"/><Relationship Id="rId5007" Type="http://schemas.openxmlformats.org/officeDocument/2006/relationships/image" Target="media/x19630.wmf"/><Relationship Id="rId5008" Type="http://schemas.openxmlformats.org/officeDocument/2006/relationships/image" Target="media/x19631.wmf"/><Relationship Id="rId5009" Type="http://schemas.openxmlformats.org/officeDocument/2006/relationships/image" Target="media/x19632.wmf"/><Relationship Id="rId5010" Type="http://schemas.openxmlformats.org/officeDocument/2006/relationships/image" Target="media/x19633.wmf"/><Relationship Id="rId5011" Type="http://schemas.openxmlformats.org/officeDocument/2006/relationships/image" Target="media/x19634.wmf"/><Relationship Id="rId5012" Type="http://schemas.openxmlformats.org/officeDocument/2006/relationships/image" Target="media/x19635.wmf"/><Relationship Id="rId5013" Type="http://schemas.openxmlformats.org/officeDocument/2006/relationships/image" Target="media/x19636.wmf"/><Relationship Id="rId5014" Type="http://schemas.openxmlformats.org/officeDocument/2006/relationships/image" Target="media/x19637.wmf"/><Relationship Id="rId5015" Type="http://schemas.openxmlformats.org/officeDocument/2006/relationships/image" Target="media/x19638.wmf"/><Relationship Id="rId5016" Type="http://schemas.openxmlformats.org/officeDocument/2006/relationships/image" Target="media/x19639.wmf"/><Relationship Id="rId5017" Type="http://schemas.openxmlformats.org/officeDocument/2006/relationships/image" Target="media/x19640.wmf"/><Relationship Id="rId5018" Type="http://schemas.openxmlformats.org/officeDocument/2006/relationships/image" Target="media/x19641.wmf"/><Relationship Id="rId5019" Type="http://schemas.openxmlformats.org/officeDocument/2006/relationships/image" Target="media/x19642.wmf"/><Relationship Id="rId5020" Type="http://schemas.openxmlformats.org/officeDocument/2006/relationships/image" Target="media/x19643.wmf"/><Relationship Id="rId5021" Type="http://schemas.openxmlformats.org/officeDocument/2006/relationships/image" Target="media/x19644.wmf"/><Relationship Id="rId5022" Type="http://schemas.openxmlformats.org/officeDocument/2006/relationships/image" Target="media/x19645.wmf"/><Relationship Id="rId5023" Type="http://schemas.openxmlformats.org/officeDocument/2006/relationships/image" Target="media/x19646.wmf"/><Relationship Id="rId5024" Type="http://schemas.openxmlformats.org/officeDocument/2006/relationships/image" Target="media/x19647.wmf"/><Relationship Id="rId5025" Type="http://schemas.openxmlformats.org/officeDocument/2006/relationships/image" Target="media/x19648.png"/><Relationship Id="rId5026" Type="http://schemas.openxmlformats.org/officeDocument/2006/relationships/image" Target="media/x19649.wmf"/><Relationship Id="rId5027" Type="http://schemas.openxmlformats.org/officeDocument/2006/relationships/image" Target="media/x19650.wmf"/><Relationship Id="rId5028" Type="http://schemas.openxmlformats.org/officeDocument/2006/relationships/image" Target="media/x19651.wmf"/><Relationship Id="rId5029" Type="http://schemas.openxmlformats.org/officeDocument/2006/relationships/image" Target="media/x19652.wmf"/><Relationship Id="rId5030" Type="http://schemas.openxmlformats.org/officeDocument/2006/relationships/image" Target="media/x19653.wmf"/><Relationship Id="rId5031" Type="http://schemas.openxmlformats.org/officeDocument/2006/relationships/image" Target="media/x19654.wmf"/><Relationship Id="rId5032" Type="http://schemas.openxmlformats.org/officeDocument/2006/relationships/image" Target="media/x19655.wmf"/><Relationship Id="rId5033" Type="http://schemas.openxmlformats.org/officeDocument/2006/relationships/image" Target="media/x19656.wmf"/><Relationship Id="rId5034" Type="http://schemas.openxmlformats.org/officeDocument/2006/relationships/image" Target="media/x19657.wmf"/><Relationship Id="rId5035" Type="http://schemas.openxmlformats.org/officeDocument/2006/relationships/image" Target="media/x19658.wmf"/><Relationship Id="rId5036" Type="http://schemas.openxmlformats.org/officeDocument/2006/relationships/image" Target="media/x19659.wmf"/><Relationship Id="rId5037" Type="http://schemas.openxmlformats.org/officeDocument/2006/relationships/image" Target="media/x19660.wmf"/><Relationship Id="rId5038" Type="http://schemas.openxmlformats.org/officeDocument/2006/relationships/image" Target="media/x19661.wmf"/><Relationship Id="rId5039" Type="http://schemas.openxmlformats.org/officeDocument/2006/relationships/image" Target="media/x19662.wmf"/><Relationship Id="rId5040" Type="http://schemas.openxmlformats.org/officeDocument/2006/relationships/image" Target="media/x19663.wmf"/><Relationship Id="rId5041" Type="http://schemas.openxmlformats.org/officeDocument/2006/relationships/image" Target="media/x19664.wmf"/><Relationship Id="rId5042" Type="http://schemas.openxmlformats.org/officeDocument/2006/relationships/image" Target="media/x19665.wmf"/><Relationship Id="rId5043" Type="http://schemas.openxmlformats.org/officeDocument/2006/relationships/image" Target="media/x19666.wmf"/><Relationship Id="rId5044" Type="http://schemas.openxmlformats.org/officeDocument/2006/relationships/image" Target="media/x19667.wmf"/><Relationship Id="rId5045" Type="http://schemas.openxmlformats.org/officeDocument/2006/relationships/image" Target="media/x19668.wmf"/><Relationship Id="rId5046" Type="http://schemas.openxmlformats.org/officeDocument/2006/relationships/image" Target="media/x19669.wmf"/><Relationship Id="rId5047" Type="http://schemas.openxmlformats.org/officeDocument/2006/relationships/image" Target="media/x19670.wmf"/><Relationship Id="rId5048" Type="http://schemas.openxmlformats.org/officeDocument/2006/relationships/image" Target="media/x19671.wmf"/><Relationship Id="rId5049" Type="http://schemas.openxmlformats.org/officeDocument/2006/relationships/image" Target="media/x19672.wmf"/><Relationship Id="rId5050" Type="http://schemas.openxmlformats.org/officeDocument/2006/relationships/image" Target="media/x19673.wmf"/><Relationship Id="rId5051" Type="http://schemas.openxmlformats.org/officeDocument/2006/relationships/image" Target="media/x19674.wmf"/><Relationship Id="rId5052" Type="http://schemas.openxmlformats.org/officeDocument/2006/relationships/image" Target="media/x19675.wmf"/><Relationship Id="rId5053" Type="http://schemas.openxmlformats.org/officeDocument/2006/relationships/image" Target="media/x19676.wmf"/><Relationship Id="rId5054" Type="http://schemas.openxmlformats.org/officeDocument/2006/relationships/image" Target="media/x19677.wmf"/><Relationship Id="rId5055" Type="http://schemas.openxmlformats.org/officeDocument/2006/relationships/image" Target="media/x19678.wmf"/><Relationship Id="rId5056" Type="http://schemas.openxmlformats.org/officeDocument/2006/relationships/image" Target="media/x19679.wmf"/><Relationship Id="rId5057" Type="http://schemas.openxmlformats.org/officeDocument/2006/relationships/image" Target="media/x19680.wmf"/><Relationship Id="rId5058" Type="http://schemas.openxmlformats.org/officeDocument/2006/relationships/image" Target="media/x19681.wmf"/><Relationship Id="rId5059" Type="http://schemas.openxmlformats.org/officeDocument/2006/relationships/image" Target="media/x19682.wmf"/><Relationship Id="rId5060" Type="http://schemas.openxmlformats.org/officeDocument/2006/relationships/image" Target="media/x19683.png"/><Relationship Id="rId5061" Type="http://schemas.openxmlformats.org/officeDocument/2006/relationships/image" Target="media/x19684.wmf"/><Relationship Id="rId5062" Type="http://schemas.openxmlformats.org/officeDocument/2006/relationships/image" Target="media/x19685.wmf"/><Relationship Id="rId5063" Type="http://schemas.openxmlformats.org/officeDocument/2006/relationships/image" Target="media/x19686.wmf"/><Relationship Id="rId5064" Type="http://schemas.openxmlformats.org/officeDocument/2006/relationships/image" Target="media/x19687.wmf"/><Relationship Id="rId5065" Type="http://schemas.openxmlformats.org/officeDocument/2006/relationships/image" Target="media/x19688.wmf"/><Relationship Id="rId5066" Type="http://schemas.openxmlformats.org/officeDocument/2006/relationships/image" Target="media/x19689.wmf"/><Relationship Id="rId5067" Type="http://schemas.openxmlformats.org/officeDocument/2006/relationships/image" Target="media/x19690.wmf"/><Relationship Id="rId5068" Type="http://schemas.openxmlformats.org/officeDocument/2006/relationships/image" Target="media/x19691.wmf"/><Relationship Id="rId5069" Type="http://schemas.openxmlformats.org/officeDocument/2006/relationships/image" Target="media/x19692.wmf"/><Relationship Id="rId5070" Type="http://schemas.openxmlformats.org/officeDocument/2006/relationships/image" Target="media/x19693.wmf"/><Relationship Id="rId5071" Type="http://schemas.openxmlformats.org/officeDocument/2006/relationships/image" Target="media/x19694.wmf"/><Relationship Id="rId5072" Type="http://schemas.openxmlformats.org/officeDocument/2006/relationships/image" Target="media/x19695.wmf"/><Relationship Id="rId5073" Type="http://schemas.openxmlformats.org/officeDocument/2006/relationships/image" Target="media/x19696.wmf"/><Relationship Id="rId5074" Type="http://schemas.openxmlformats.org/officeDocument/2006/relationships/image" Target="media/x19697.wmf"/><Relationship Id="rId5075" Type="http://schemas.openxmlformats.org/officeDocument/2006/relationships/image" Target="media/x19698.wmf"/><Relationship Id="rId5076" Type="http://schemas.openxmlformats.org/officeDocument/2006/relationships/image" Target="media/x19699.wmf"/><Relationship Id="rId5077" Type="http://schemas.openxmlformats.org/officeDocument/2006/relationships/image" Target="media/x19700.wmf"/><Relationship Id="rId5078" Type="http://schemas.openxmlformats.org/officeDocument/2006/relationships/image" Target="media/x19701.wmf"/><Relationship Id="rId5079" Type="http://schemas.openxmlformats.org/officeDocument/2006/relationships/image" Target="media/x19702.wmf"/><Relationship Id="rId5080" Type="http://schemas.openxmlformats.org/officeDocument/2006/relationships/image" Target="media/x19703.wmf"/><Relationship Id="rId5081" Type="http://schemas.openxmlformats.org/officeDocument/2006/relationships/image" Target="media/x19704.wmf"/><Relationship Id="rId5082" Type="http://schemas.openxmlformats.org/officeDocument/2006/relationships/image" Target="media/x19705.wmf"/><Relationship Id="rId5083" Type="http://schemas.openxmlformats.org/officeDocument/2006/relationships/image" Target="media/x19706.wmf"/><Relationship Id="rId5084" Type="http://schemas.openxmlformats.org/officeDocument/2006/relationships/image" Target="media/x19707.wmf"/><Relationship Id="rId5085" Type="http://schemas.openxmlformats.org/officeDocument/2006/relationships/image" Target="media/x19708.wmf"/><Relationship Id="rId5086" Type="http://schemas.openxmlformats.org/officeDocument/2006/relationships/image" Target="media/x19709.wmf"/><Relationship Id="rId5087" Type="http://schemas.openxmlformats.org/officeDocument/2006/relationships/image" Target="media/x19710.png"/><Relationship Id="rId5088" Type="http://schemas.openxmlformats.org/officeDocument/2006/relationships/image" Target="media/x19711.wmf"/><Relationship Id="rId5089" Type="http://schemas.openxmlformats.org/officeDocument/2006/relationships/image" Target="media/x19712.wmf"/><Relationship Id="rId5090" Type="http://schemas.openxmlformats.org/officeDocument/2006/relationships/image" Target="media/x19713.wmf"/><Relationship Id="rId5091" Type="http://schemas.openxmlformats.org/officeDocument/2006/relationships/image" Target="media/x19714.wmf"/><Relationship Id="rId5092" Type="http://schemas.openxmlformats.org/officeDocument/2006/relationships/image" Target="media/x19715.wmf"/><Relationship Id="rId5093" Type="http://schemas.openxmlformats.org/officeDocument/2006/relationships/image" Target="media/x19716.wmf"/><Relationship Id="rId5094" Type="http://schemas.openxmlformats.org/officeDocument/2006/relationships/image" Target="media/x19717.wmf"/><Relationship Id="rId5095" Type="http://schemas.openxmlformats.org/officeDocument/2006/relationships/image" Target="media/x19718.wmf"/><Relationship Id="rId5096" Type="http://schemas.openxmlformats.org/officeDocument/2006/relationships/image" Target="media/x19719.wmf"/><Relationship Id="rId5097" Type="http://schemas.openxmlformats.org/officeDocument/2006/relationships/image" Target="media/x19720.wmf"/><Relationship Id="rId5098" Type="http://schemas.openxmlformats.org/officeDocument/2006/relationships/image" Target="media/x19721.wmf"/><Relationship Id="rId5099" Type="http://schemas.openxmlformats.org/officeDocument/2006/relationships/image" Target="media/x19722.wmf"/><Relationship Id="rId5100" Type="http://schemas.openxmlformats.org/officeDocument/2006/relationships/image" Target="media/x19723.wmf"/><Relationship Id="rId5101" Type="http://schemas.openxmlformats.org/officeDocument/2006/relationships/image" Target="media/x19724.wmf"/><Relationship Id="rId5102" Type="http://schemas.openxmlformats.org/officeDocument/2006/relationships/image" Target="media/x19725.wmf"/><Relationship Id="rId5103" Type="http://schemas.openxmlformats.org/officeDocument/2006/relationships/image" Target="media/x19726.wmf"/><Relationship Id="rId5104" Type="http://schemas.openxmlformats.org/officeDocument/2006/relationships/image" Target="media/x19727.wmf"/><Relationship Id="rId5105" Type="http://schemas.openxmlformats.org/officeDocument/2006/relationships/image" Target="media/x19728.wmf"/><Relationship Id="rId5106" Type="http://schemas.openxmlformats.org/officeDocument/2006/relationships/image" Target="media/x19729.wmf"/><Relationship Id="rId5107" Type="http://schemas.openxmlformats.org/officeDocument/2006/relationships/image" Target="media/x19730.wmf"/><Relationship Id="rId5108" Type="http://schemas.openxmlformats.org/officeDocument/2006/relationships/image" Target="media/x19731.wmf"/><Relationship Id="rId5109" Type="http://schemas.openxmlformats.org/officeDocument/2006/relationships/image" Target="media/x19732.wmf"/><Relationship Id="rId5110" Type="http://schemas.openxmlformats.org/officeDocument/2006/relationships/image" Target="media/x19733.wmf"/><Relationship Id="rId5111" Type="http://schemas.openxmlformats.org/officeDocument/2006/relationships/image" Target="media/x19734.wmf"/><Relationship Id="rId5112" Type="http://schemas.openxmlformats.org/officeDocument/2006/relationships/image" Target="media/x19735.wmf"/><Relationship Id="rId5113" Type="http://schemas.openxmlformats.org/officeDocument/2006/relationships/image" Target="media/x19736.png"/><Relationship Id="rId5114" Type="http://schemas.openxmlformats.org/officeDocument/2006/relationships/image" Target="media/x19737.wmf"/><Relationship Id="rId5115" Type="http://schemas.openxmlformats.org/officeDocument/2006/relationships/image" Target="media/x19738.wmf"/><Relationship Id="rId5116" Type="http://schemas.openxmlformats.org/officeDocument/2006/relationships/image" Target="media/x19739.wmf"/><Relationship Id="rId5117" Type="http://schemas.openxmlformats.org/officeDocument/2006/relationships/image" Target="media/x19740.wmf"/><Relationship Id="rId5118" Type="http://schemas.openxmlformats.org/officeDocument/2006/relationships/image" Target="media/x19741.wmf"/><Relationship Id="rId5119" Type="http://schemas.openxmlformats.org/officeDocument/2006/relationships/image" Target="media/x19742.wmf"/><Relationship Id="rId5120" Type="http://schemas.openxmlformats.org/officeDocument/2006/relationships/image" Target="media/x19743.wmf"/><Relationship Id="rId5121" Type="http://schemas.openxmlformats.org/officeDocument/2006/relationships/image" Target="media/x19744.wmf"/><Relationship Id="rId5122" Type="http://schemas.openxmlformats.org/officeDocument/2006/relationships/image" Target="media/x19745.wmf"/><Relationship Id="rId5123" Type="http://schemas.openxmlformats.org/officeDocument/2006/relationships/image" Target="media/x19746.wmf"/><Relationship Id="rId5124" Type="http://schemas.openxmlformats.org/officeDocument/2006/relationships/image" Target="media/x19747.wmf"/><Relationship Id="rId5125" Type="http://schemas.openxmlformats.org/officeDocument/2006/relationships/image" Target="media/x19748.wmf"/><Relationship Id="rId5126" Type="http://schemas.openxmlformats.org/officeDocument/2006/relationships/image" Target="media/x19749.wmf"/><Relationship Id="rId5127" Type="http://schemas.openxmlformats.org/officeDocument/2006/relationships/image" Target="media/x19750.wmf"/><Relationship Id="rId5128" Type="http://schemas.openxmlformats.org/officeDocument/2006/relationships/image" Target="media/x19751.png"/><Relationship Id="rId5129" Type="http://schemas.openxmlformats.org/officeDocument/2006/relationships/image" Target="media/x19752.wmf"/><Relationship Id="rId5130" Type="http://schemas.openxmlformats.org/officeDocument/2006/relationships/image" Target="media/x19753.wmf"/><Relationship Id="rId5131" Type="http://schemas.openxmlformats.org/officeDocument/2006/relationships/image" Target="media/x19754.wmf"/><Relationship Id="rId5132" Type="http://schemas.openxmlformats.org/officeDocument/2006/relationships/image" Target="media/x19755.wmf"/><Relationship Id="rId5133" Type="http://schemas.openxmlformats.org/officeDocument/2006/relationships/image" Target="media/x19756.wmf"/><Relationship Id="rId5134" Type="http://schemas.openxmlformats.org/officeDocument/2006/relationships/image" Target="media/x19757.wmf"/><Relationship Id="rId5135" Type="http://schemas.openxmlformats.org/officeDocument/2006/relationships/image" Target="media/x19758.wmf"/><Relationship Id="rId5136" Type="http://schemas.openxmlformats.org/officeDocument/2006/relationships/image" Target="media/x19759.png"/><Relationship Id="rId5137" Type="http://schemas.openxmlformats.org/officeDocument/2006/relationships/image" Target="media/x19760.wmf"/><Relationship Id="rId5138" Type="http://schemas.openxmlformats.org/officeDocument/2006/relationships/image" Target="media/x19761.wmf"/><Relationship Id="rId5139" Type="http://schemas.openxmlformats.org/officeDocument/2006/relationships/image" Target="media/x19762.wmf"/><Relationship Id="rId5140" Type="http://schemas.openxmlformats.org/officeDocument/2006/relationships/image" Target="media/x19763.wmf"/><Relationship Id="rId5141" Type="http://schemas.openxmlformats.org/officeDocument/2006/relationships/image" Target="media/x19764.wmf"/><Relationship Id="rId5142" Type="http://schemas.openxmlformats.org/officeDocument/2006/relationships/image" Target="media/x19765.wmf"/><Relationship Id="rId5143" Type="http://schemas.openxmlformats.org/officeDocument/2006/relationships/image" Target="media/x19766.wmf"/><Relationship Id="rId5144" Type="http://schemas.openxmlformats.org/officeDocument/2006/relationships/image" Target="media/x19767.wmf"/><Relationship Id="rId5145" Type="http://schemas.openxmlformats.org/officeDocument/2006/relationships/image" Target="media/x19768.wmf"/><Relationship Id="rId5146" Type="http://schemas.openxmlformats.org/officeDocument/2006/relationships/image" Target="media/x19769.wmf"/><Relationship Id="rId5147" Type="http://schemas.openxmlformats.org/officeDocument/2006/relationships/image" Target="media/x19770.wmf"/><Relationship Id="rId5148" Type="http://schemas.openxmlformats.org/officeDocument/2006/relationships/image" Target="media/x19771.wmf"/><Relationship Id="rId5149" Type="http://schemas.openxmlformats.org/officeDocument/2006/relationships/image" Target="media/x19772.wmf"/><Relationship Id="rId5150" Type="http://schemas.openxmlformats.org/officeDocument/2006/relationships/image" Target="media/x19773.wmf"/><Relationship Id="rId5151" Type="http://schemas.openxmlformats.org/officeDocument/2006/relationships/image" Target="media/x19774.wmf"/><Relationship Id="rId5152" Type="http://schemas.openxmlformats.org/officeDocument/2006/relationships/image" Target="media/x19775.wmf"/><Relationship Id="rId5153" Type="http://schemas.openxmlformats.org/officeDocument/2006/relationships/image" Target="media/x19776.wmf"/><Relationship Id="rId5154" Type="http://schemas.openxmlformats.org/officeDocument/2006/relationships/image" Target="media/x19777.wmf"/><Relationship Id="rId5155" Type="http://schemas.openxmlformats.org/officeDocument/2006/relationships/image" Target="media/x19778.wmf"/><Relationship Id="rId5156" Type="http://schemas.openxmlformats.org/officeDocument/2006/relationships/image" Target="media/x19779.wmf"/><Relationship Id="rId5157" Type="http://schemas.openxmlformats.org/officeDocument/2006/relationships/image" Target="media/x19780.wmf"/><Relationship Id="rId5158" Type="http://schemas.openxmlformats.org/officeDocument/2006/relationships/image" Target="media/x19781.wmf"/><Relationship Id="rId5159" Type="http://schemas.openxmlformats.org/officeDocument/2006/relationships/image" Target="media/x19782.wmf"/><Relationship Id="rId5160" Type="http://schemas.openxmlformats.org/officeDocument/2006/relationships/image" Target="media/x19783.wmf"/><Relationship Id="rId5161" Type="http://schemas.openxmlformats.org/officeDocument/2006/relationships/image" Target="media/x19784.wmf"/><Relationship Id="rId5162" Type="http://schemas.openxmlformats.org/officeDocument/2006/relationships/image" Target="media/x19785.wmf"/><Relationship Id="rId5163" Type="http://schemas.openxmlformats.org/officeDocument/2006/relationships/image" Target="media/x19786.wmf"/><Relationship Id="rId5164" Type="http://schemas.openxmlformats.org/officeDocument/2006/relationships/image" Target="media/x19787.wmf"/><Relationship Id="rId5165" Type="http://schemas.openxmlformats.org/officeDocument/2006/relationships/image" Target="media/x19788.wmf"/><Relationship Id="rId5166" Type="http://schemas.openxmlformats.org/officeDocument/2006/relationships/image" Target="media/x19789.wmf"/><Relationship Id="rId5167" Type="http://schemas.openxmlformats.org/officeDocument/2006/relationships/image" Target="media/x19790.wmf"/><Relationship Id="rId5168" Type="http://schemas.openxmlformats.org/officeDocument/2006/relationships/image" Target="media/x19791.wmf"/><Relationship Id="rId5169" Type="http://schemas.openxmlformats.org/officeDocument/2006/relationships/image" Target="media/x19792.wmf"/><Relationship Id="rId5170" Type="http://schemas.openxmlformats.org/officeDocument/2006/relationships/image" Target="media/x19793.wmf"/><Relationship Id="rId5171" Type="http://schemas.openxmlformats.org/officeDocument/2006/relationships/image" Target="media/x19794.wmf"/><Relationship Id="rId5172" Type="http://schemas.openxmlformats.org/officeDocument/2006/relationships/image" Target="media/x19795.wmf"/><Relationship Id="rId5173" Type="http://schemas.openxmlformats.org/officeDocument/2006/relationships/image" Target="media/x19796.wmf"/><Relationship Id="rId5174" Type="http://schemas.openxmlformats.org/officeDocument/2006/relationships/image" Target="media/x19797.wmf"/><Relationship Id="rId5175" Type="http://schemas.openxmlformats.org/officeDocument/2006/relationships/image" Target="media/x19798.wmf"/><Relationship Id="rId5176" Type="http://schemas.openxmlformats.org/officeDocument/2006/relationships/image" Target="media/x19799.wmf"/><Relationship Id="rId5177" Type="http://schemas.openxmlformats.org/officeDocument/2006/relationships/image" Target="media/x19800.wmf"/><Relationship Id="rId5178" Type="http://schemas.openxmlformats.org/officeDocument/2006/relationships/image" Target="media/x19801.wmf"/><Relationship Id="rId5179" Type="http://schemas.openxmlformats.org/officeDocument/2006/relationships/image" Target="media/x19802.wmf"/><Relationship Id="rId5180" Type="http://schemas.openxmlformats.org/officeDocument/2006/relationships/image" Target="media/x19803.wmf"/><Relationship Id="rId5181" Type="http://schemas.openxmlformats.org/officeDocument/2006/relationships/image" Target="media/x19804.wmf"/><Relationship Id="rId5182" Type="http://schemas.openxmlformats.org/officeDocument/2006/relationships/image" Target="media/x19805.wmf"/><Relationship Id="rId5183" Type="http://schemas.openxmlformats.org/officeDocument/2006/relationships/image" Target="media/x19806.wmf"/><Relationship Id="rId5184" Type="http://schemas.openxmlformats.org/officeDocument/2006/relationships/image" Target="media/x19807.wmf"/><Relationship Id="rId5185" Type="http://schemas.openxmlformats.org/officeDocument/2006/relationships/image" Target="media/x19808.wmf"/><Relationship Id="rId5186" Type="http://schemas.openxmlformats.org/officeDocument/2006/relationships/image" Target="media/x19809.wmf"/><Relationship Id="rId5187" Type="http://schemas.openxmlformats.org/officeDocument/2006/relationships/image" Target="media/x19810.wmf"/><Relationship Id="rId5188" Type="http://schemas.openxmlformats.org/officeDocument/2006/relationships/image" Target="media/x19811.wmf"/><Relationship Id="rId5189" Type="http://schemas.openxmlformats.org/officeDocument/2006/relationships/image" Target="media/x19812.wmf"/><Relationship Id="rId5190" Type="http://schemas.openxmlformats.org/officeDocument/2006/relationships/image" Target="media/x19813.wmf"/><Relationship Id="rId5191" Type="http://schemas.openxmlformats.org/officeDocument/2006/relationships/image" Target="media/x19814.wmf"/><Relationship Id="rId5192" Type="http://schemas.openxmlformats.org/officeDocument/2006/relationships/image" Target="media/x19815.wmf"/><Relationship Id="rId5193" Type="http://schemas.openxmlformats.org/officeDocument/2006/relationships/image" Target="media/x19816.wmf"/><Relationship Id="rId5194" Type="http://schemas.openxmlformats.org/officeDocument/2006/relationships/image" Target="media/x19817.wmf"/><Relationship Id="rId5195" Type="http://schemas.openxmlformats.org/officeDocument/2006/relationships/image" Target="media/x19818.wmf"/><Relationship Id="rId5196" Type="http://schemas.openxmlformats.org/officeDocument/2006/relationships/image" Target="media/x19819.wmf"/><Relationship Id="rId5197" Type="http://schemas.openxmlformats.org/officeDocument/2006/relationships/image" Target="media/x19820.wmf"/><Relationship Id="rId5198" Type="http://schemas.openxmlformats.org/officeDocument/2006/relationships/image" Target="media/x19821.wmf"/><Relationship Id="rId5199" Type="http://schemas.openxmlformats.org/officeDocument/2006/relationships/image" Target="media/x19822.wmf"/><Relationship Id="rId5200" Type="http://schemas.openxmlformats.org/officeDocument/2006/relationships/image" Target="media/x19823.wmf"/><Relationship Id="rId5201" Type="http://schemas.openxmlformats.org/officeDocument/2006/relationships/image" Target="media/x19824.wmf"/><Relationship Id="rId5202" Type="http://schemas.openxmlformats.org/officeDocument/2006/relationships/image" Target="media/x19825.wmf"/><Relationship Id="rId5203" Type="http://schemas.openxmlformats.org/officeDocument/2006/relationships/image" Target="media/x19826.wmf"/><Relationship Id="rId5204" Type="http://schemas.openxmlformats.org/officeDocument/2006/relationships/image" Target="media/x19827.wmf"/><Relationship Id="rId5205" Type="http://schemas.openxmlformats.org/officeDocument/2006/relationships/image" Target="media/x19828.wmf"/><Relationship Id="rId5206" Type="http://schemas.openxmlformats.org/officeDocument/2006/relationships/image" Target="media/x19829.wmf"/><Relationship Id="rId5207" Type="http://schemas.openxmlformats.org/officeDocument/2006/relationships/image" Target="media/x19830.wmf"/><Relationship Id="rId5208" Type="http://schemas.openxmlformats.org/officeDocument/2006/relationships/image" Target="media/x19831.wmf"/><Relationship Id="rId5209" Type="http://schemas.openxmlformats.org/officeDocument/2006/relationships/image" Target="media/x19832.wmf"/><Relationship Id="rId5210" Type="http://schemas.openxmlformats.org/officeDocument/2006/relationships/image" Target="media/x19833.wmf"/><Relationship Id="rId5211" Type="http://schemas.openxmlformats.org/officeDocument/2006/relationships/image" Target="media/x19834.wmf"/><Relationship Id="rId5212" Type="http://schemas.openxmlformats.org/officeDocument/2006/relationships/image" Target="media/x19835.wmf"/><Relationship Id="rId5213" Type="http://schemas.openxmlformats.org/officeDocument/2006/relationships/image" Target="media/x19836.wmf"/><Relationship Id="rId5214" Type="http://schemas.openxmlformats.org/officeDocument/2006/relationships/image" Target="media/x19837.wmf"/><Relationship Id="rId5215" Type="http://schemas.openxmlformats.org/officeDocument/2006/relationships/image" Target="media/x19838.wmf"/><Relationship Id="rId5216" Type="http://schemas.openxmlformats.org/officeDocument/2006/relationships/image" Target="media/x19839.wmf"/><Relationship Id="rId5217" Type="http://schemas.openxmlformats.org/officeDocument/2006/relationships/image" Target="media/x19840.wmf"/><Relationship Id="rId5218" Type="http://schemas.openxmlformats.org/officeDocument/2006/relationships/image" Target="media/x19841.wmf"/><Relationship Id="rId5219" Type="http://schemas.openxmlformats.org/officeDocument/2006/relationships/image" Target="media/x19842.wmf"/><Relationship Id="rId5220" Type="http://schemas.openxmlformats.org/officeDocument/2006/relationships/image" Target="media/x19843.wmf"/><Relationship Id="rId5221" Type="http://schemas.openxmlformats.org/officeDocument/2006/relationships/image" Target="media/x19844.wmf"/><Relationship Id="rId5222" Type="http://schemas.openxmlformats.org/officeDocument/2006/relationships/image" Target="media/x19845.wmf"/><Relationship Id="rId5223" Type="http://schemas.openxmlformats.org/officeDocument/2006/relationships/image" Target="media/x19846.wmf"/><Relationship Id="rId5224" Type="http://schemas.openxmlformats.org/officeDocument/2006/relationships/image" Target="media/x19847.wmf"/><Relationship Id="rId5225" Type="http://schemas.openxmlformats.org/officeDocument/2006/relationships/image" Target="media/x19848.wmf"/><Relationship Id="rId5226" Type="http://schemas.openxmlformats.org/officeDocument/2006/relationships/image" Target="media/x19849.wmf"/><Relationship Id="rId5227" Type="http://schemas.openxmlformats.org/officeDocument/2006/relationships/image" Target="media/x19850.wmf"/><Relationship Id="rId5228" Type="http://schemas.openxmlformats.org/officeDocument/2006/relationships/image" Target="media/x19851.wmf"/><Relationship Id="rId5229" Type="http://schemas.openxmlformats.org/officeDocument/2006/relationships/image" Target="media/x19852.wmf"/><Relationship Id="rId5230" Type="http://schemas.openxmlformats.org/officeDocument/2006/relationships/image" Target="media/x19853.wmf"/><Relationship Id="rId5231" Type="http://schemas.openxmlformats.org/officeDocument/2006/relationships/image" Target="media/x19854.wmf"/><Relationship Id="rId5232" Type="http://schemas.openxmlformats.org/officeDocument/2006/relationships/image" Target="media/x19855.wmf"/><Relationship Id="rId5233" Type="http://schemas.openxmlformats.org/officeDocument/2006/relationships/image" Target="media/x19856.wmf"/><Relationship Id="rId5234" Type="http://schemas.openxmlformats.org/officeDocument/2006/relationships/image" Target="media/x19857.wmf"/><Relationship Id="rId5235" Type="http://schemas.openxmlformats.org/officeDocument/2006/relationships/image" Target="media/x19858.wmf"/><Relationship Id="rId5236" Type="http://schemas.openxmlformats.org/officeDocument/2006/relationships/image" Target="media/x19859.wmf"/><Relationship Id="rId5237" Type="http://schemas.openxmlformats.org/officeDocument/2006/relationships/image" Target="media/x19860.wmf"/><Relationship Id="rId5238" Type="http://schemas.openxmlformats.org/officeDocument/2006/relationships/image" Target="media/x19861.wmf"/><Relationship Id="rId5239" Type="http://schemas.openxmlformats.org/officeDocument/2006/relationships/image" Target="media/x19862.wmf"/><Relationship Id="rId5240" Type="http://schemas.openxmlformats.org/officeDocument/2006/relationships/image" Target="media/x19863.wmf"/><Relationship Id="rId5241" Type="http://schemas.openxmlformats.org/officeDocument/2006/relationships/image" Target="media/x19864.wmf"/><Relationship Id="rId5242" Type="http://schemas.openxmlformats.org/officeDocument/2006/relationships/image" Target="media/x19865.png"/><Relationship Id="rId5243" Type="http://schemas.openxmlformats.org/officeDocument/2006/relationships/image" Target="media/x19866.wmf"/><Relationship Id="rId5244" Type="http://schemas.openxmlformats.org/officeDocument/2006/relationships/image" Target="media/x19867.wmf"/><Relationship Id="rId5245" Type="http://schemas.openxmlformats.org/officeDocument/2006/relationships/image" Target="media/x19868.wmf"/><Relationship Id="rId5246" Type="http://schemas.openxmlformats.org/officeDocument/2006/relationships/image" Target="media/x19869.wmf"/><Relationship Id="rId5247" Type="http://schemas.openxmlformats.org/officeDocument/2006/relationships/image" Target="media/x19870.wmf"/><Relationship Id="rId5248" Type="http://schemas.openxmlformats.org/officeDocument/2006/relationships/image" Target="media/x19871.wmf"/><Relationship Id="rId5249" Type="http://schemas.openxmlformats.org/officeDocument/2006/relationships/image" Target="media/x19872.wmf"/><Relationship Id="rId5250" Type="http://schemas.openxmlformats.org/officeDocument/2006/relationships/image" Target="media/x19873.wmf"/><Relationship Id="rId5251" Type="http://schemas.openxmlformats.org/officeDocument/2006/relationships/image" Target="media/x19874.wmf"/><Relationship Id="rId5252" Type="http://schemas.openxmlformats.org/officeDocument/2006/relationships/image" Target="media/x19875.wmf"/><Relationship Id="rId5253" Type="http://schemas.openxmlformats.org/officeDocument/2006/relationships/image" Target="media/x19876.wmf"/><Relationship Id="rId5254" Type="http://schemas.openxmlformats.org/officeDocument/2006/relationships/image" Target="media/x19877.wmf"/><Relationship Id="rId5255" Type="http://schemas.openxmlformats.org/officeDocument/2006/relationships/image" Target="media/x19878.wmf"/><Relationship Id="rId5256" Type="http://schemas.openxmlformats.org/officeDocument/2006/relationships/image" Target="media/x19879.wmf"/><Relationship Id="rId5257" Type="http://schemas.openxmlformats.org/officeDocument/2006/relationships/image" Target="media/x19880.wmf"/><Relationship Id="rId5258" Type="http://schemas.openxmlformats.org/officeDocument/2006/relationships/image" Target="media/x19881.wmf"/><Relationship Id="rId5259" Type="http://schemas.openxmlformats.org/officeDocument/2006/relationships/image" Target="media/x19882.wmf"/><Relationship Id="rId5260" Type="http://schemas.openxmlformats.org/officeDocument/2006/relationships/image" Target="media/x19883.wmf"/><Relationship Id="rId5261" Type="http://schemas.openxmlformats.org/officeDocument/2006/relationships/image" Target="media/x19884.wmf"/><Relationship Id="rId5262" Type="http://schemas.openxmlformats.org/officeDocument/2006/relationships/image" Target="media/x19885.wmf"/><Relationship Id="rId5263" Type="http://schemas.openxmlformats.org/officeDocument/2006/relationships/image" Target="media/x19886.wmf"/><Relationship Id="rId5264" Type="http://schemas.openxmlformats.org/officeDocument/2006/relationships/image" Target="media/x19887.wmf"/><Relationship Id="rId5265" Type="http://schemas.openxmlformats.org/officeDocument/2006/relationships/image" Target="media/x19888.wmf"/><Relationship Id="rId5266" Type="http://schemas.openxmlformats.org/officeDocument/2006/relationships/image" Target="media/x19889.wmf"/><Relationship Id="rId5267" Type="http://schemas.openxmlformats.org/officeDocument/2006/relationships/image" Target="media/x19890.wmf"/><Relationship Id="rId5268" Type="http://schemas.openxmlformats.org/officeDocument/2006/relationships/image" Target="media/x19891.wmf"/><Relationship Id="rId5269" Type="http://schemas.openxmlformats.org/officeDocument/2006/relationships/image" Target="media/x19892.wmf"/><Relationship Id="rId5270" Type="http://schemas.openxmlformats.org/officeDocument/2006/relationships/image" Target="media/x19893.wmf"/><Relationship Id="rId5271" Type="http://schemas.openxmlformats.org/officeDocument/2006/relationships/image" Target="media/x19894.wmf"/><Relationship Id="rId5272" Type="http://schemas.openxmlformats.org/officeDocument/2006/relationships/image" Target="media/x19895.png"/><Relationship Id="rId5273" Type="http://schemas.openxmlformats.org/officeDocument/2006/relationships/image" Target="media/x19896.wmf"/><Relationship Id="rId5274" Type="http://schemas.openxmlformats.org/officeDocument/2006/relationships/image" Target="media/x19897.wmf"/><Relationship Id="rId5275" Type="http://schemas.openxmlformats.org/officeDocument/2006/relationships/image" Target="media/x19898.wmf"/><Relationship Id="rId5276" Type="http://schemas.openxmlformats.org/officeDocument/2006/relationships/image" Target="media/x19899.wmf"/><Relationship Id="rId5277" Type="http://schemas.openxmlformats.org/officeDocument/2006/relationships/image" Target="media/x19900.wmf"/><Relationship Id="rId5278" Type="http://schemas.openxmlformats.org/officeDocument/2006/relationships/image" Target="media/x19901.wmf"/><Relationship Id="rId5279" Type="http://schemas.openxmlformats.org/officeDocument/2006/relationships/image" Target="media/x19902.wmf"/><Relationship Id="rId5280" Type="http://schemas.openxmlformats.org/officeDocument/2006/relationships/image" Target="media/x19903.wmf"/><Relationship Id="rId5281" Type="http://schemas.openxmlformats.org/officeDocument/2006/relationships/image" Target="media/x19904.wmf"/><Relationship Id="rId5282" Type="http://schemas.openxmlformats.org/officeDocument/2006/relationships/image" Target="media/x19905.wmf"/><Relationship Id="rId5283" Type="http://schemas.openxmlformats.org/officeDocument/2006/relationships/image" Target="media/x19906.wmf"/><Relationship Id="rId5284" Type="http://schemas.openxmlformats.org/officeDocument/2006/relationships/image" Target="media/x19907.wmf"/><Relationship Id="rId5285" Type="http://schemas.openxmlformats.org/officeDocument/2006/relationships/image" Target="media/x19908.png"/><Relationship Id="rId5286" Type="http://schemas.openxmlformats.org/officeDocument/2006/relationships/image" Target="media/x19909.wmf"/><Relationship Id="rId5287" Type="http://schemas.openxmlformats.org/officeDocument/2006/relationships/image" Target="media/x19910.wmf"/><Relationship Id="rId5288" Type="http://schemas.openxmlformats.org/officeDocument/2006/relationships/image" Target="media/x19911.png"/><Relationship Id="rId5289" Type="http://schemas.openxmlformats.org/officeDocument/2006/relationships/image" Target="media/x19912.wmf"/><Relationship Id="rId5290" Type="http://schemas.openxmlformats.org/officeDocument/2006/relationships/image" Target="media/x19913.wmf"/><Relationship Id="rId5291" Type="http://schemas.openxmlformats.org/officeDocument/2006/relationships/image" Target="media/x19914.wmf"/><Relationship Id="rId5292" Type="http://schemas.openxmlformats.org/officeDocument/2006/relationships/image" Target="media/x19915.wmf"/><Relationship Id="rId5293" Type="http://schemas.openxmlformats.org/officeDocument/2006/relationships/image" Target="media/x19916.wmf"/><Relationship Id="rId5294" Type="http://schemas.openxmlformats.org/officeDocument/2006/relationships/image" Target="media/x19917.wmf"/><Relationship Id="rId5295" Type="http://schemas.openxmlformats.org/officeDocument/2006/relationships/image" Target="media/x19918.wmf"/><Relationship Id="rId5296" Type="http://schemas.openxmlformats.org/officeDocument/2006/relationships/image" Target="media/x19919.wmf"/><Relationship Id="rId5297" Type="http://schemas.openxmlformats.org/officeDocument/2006/relationships/image" Target="media/x19920.wmf"/><Relationship Id="rId5298" Type="http://schemas.openxmlformats.org/officeDocument/2006/relationships/image" Target="media/x19921.wmf"/><Relationship Id="rId5299" Type="http://schemas.openxmlformats.org/officeDocument/2006/relationships/image" Target="media/x19922.wmf"/><Relationship Id="rId5300" Type="http://schemas.openxmlformats.org/officeDocument/2006/relationships/image" Target="media/x19923.wmf"/><Relationship Id="rId5301" Type="http://schemas.openxmlformats.org/officeDocument/2006/relationships/image" Target="media/x19924.wmf"/><Relationship Id="rId5302" Type="http://schemas.openxmlformats.org/officeDocument/2006/relationships/image" Target="media/x19925.wmf"/><Relationship Id="rId5303" Type="http://schemas.openxmlformats.org/officeDocument/2006/relationships/image" Target="media/x19926.wmf"/><Relationship Id="rId5304" Type="http://schemas.openxmlformats.org/officeDocument/2006/relationships/image" Target="media/x19927.wmf"/><Relationship Id="rId5305" Type="http://schemas.openxmlformats.org/officeDocument/2006/relationships/image" Target="media/x19928.wmf"/><Relationship Id="rId5306" Type="http://schemas.openxmlformats.org/officeDocument/2006/relationships/image" Target="media/x19929.wmf"/><Relationship Id="rId5307" Type="http://schemas.openxmlformats.org/officeDocument/2006/relationships/image" Target="media/x19930.wmf"/><Relationship Id="rId5308" Type="http://schemas.openxmlformats.org/officeDocument/2006/relationships/image" Target="media/x19931.wmf"/><Relationship Id="rId5309" Type="http://schemas.openxmlformats.org/officeDocument/2006/relationships/image" Target="media/x19932.wmf"/><Relationship Id="rId5310" Type="http://schemas.openxmlformats.org/officeDocument/2006/relationships/image" Target="media/x19933.wmf"/><Relationship Id="rId5311" Type="http://schemas.openxmlformats.org/officeDocument/2006/relationships/image" Target="media/x19934.wmf"/><Relationship Id="rId5312" Type="http://schemas.openxmlformats.org/officeDocument/2006/relationships/image" Target="media/x19935.wmf"/><Relationship Id="rId5313" Type="http://schemas.openxmlformats.org/officeDocument/2006/relationships/image" Target="media/x19936.wmf"/><Relationship Id="rId5314" Type="http://schemas.openxmlformats.org/officeDocument/2006/relationships/image" Target="media/x19937.wmf"/><Relationship Id="rId5315" Type="http://schemas.openxmlformats.org/officeDocument/2006/relationships/image" Target="media/x19938.wmf"/><Relationship Id="rId5316" Type="http://schemas.openxmlformats.org/officeDocument/2006/relationships/image" Target="media/x19939.wmf"/><Relationship Id="rId5317" Type="http://schemas.openxmlformats.org/officeDocument/2006/relationships/image" Target="media/x19940.wmf"/><Relationship Id="rId5318" Type="http://schemas.openxmlformats.org/officeDocument/2006/relationships/image" Target="media/x19941.wmf"/><Relationship Id="rId5319" Type="http://schemas.openxmlformats.org/officeDocument/2006/relationships/image" Target="media/x19942.wmf"/><Relationship Id="rId5320" Type="http://schemas.openxmlformats.org/officeDocument/2006/relationships/image" Target="media/x19943.wmf"/><Relationship Id="rId5321" Type="http://schemas.openxmlformats.org/officeDocument/2006/relationships/image" Target="media/x19944.wmf"/><Relationship Id="rId5322" Type="http://schemas.openxmlformats.org/officeDocument/2006/relationships/image" Target="media/x19945.wmf"/><Relationship Id="rId5323" Type="http://schemas.openxmlformats.org/officeDocument/2006/relationships/image" Target="media/x19946.wmf"/><Relationship Id="rId5324" Type="http://schemas.openxmlformats.org/officeDocument/2006/relationships/image" Target="media/x19947.wmf"/><Relationship Id="rId5325" Type="http://schemas.openxmlformats.org/officeDocument/2006/relationships/image" Target="media/x19948.wmf"/><Relationship Id="rId5326" Type="http://schemas.openxmlformats.org/officeDocument/2006/relationships/image" Target="media/x19949.wmf"/><Relationship Id="rId5327" Type="http://schemas.openxmlformats.org/officeDocument/2006/relationships/image" Target="media/x19950.wmf"/><Relationship Id="rId5328" Type="http://schemas.openxmlformats.org/officeDocument/2006/relationships/image" Target="media/x19951.wmf"/><Relationship Id="rId5329" Type="http://schemas.openxmlformats.org/officeDocument/2006/relationships/image" Target="media/x19952.wmf"/><Relationship Id="rId5330" Type="http://schemas.openxmlformats.org/officeDocument/2006/relationships/image" Target="media/x19953.wmf"/><Relationship Id="rId5331" Type="http://schemas.openxmlformats.org/officeDocument/2006/relationships/image" Target="media/x19954.wmf"/><Relationship Id="rId5332" Type="http://schemas.openxmlformats.org/officeDocument/2006/relationships/image" Target="media/x19955.wmf"/><Relationship Id="rId5333" Type="http://schemas.openxmlformats.org/officeDocument/2006/relationships/image" Target="media/x19956.wmf"/><Relationship Id="rId5334" Type="http://schemas.openxmlformats.org/officeDocument/2006/relationships/image" Target="media/x19957.wmf"/><Relationship Id="rId5335" Type="http://schemas.openxmlformats.org/officeDocument/2006/relationships/image" Target="media/x19958.wmf"/><Relationship Id="rId5336" Type="http://schemas.openxmlformats.org/officeDocument/2006/relationships/image" Target="media/x19959.wmf"/><Relationship Id="rId5337" Type="http://schemas.openxmlformats.org/officeDocument/2006/relationships/image" Target="media/x19960.wmf"/><Relationship Id="rId5338" Type="http://schemas.openxmlformats.org/officeDocument/2006/relationships/image" Target="media/x19961.wmf"/><Relationship Id="rId5339" Type="http://schemas.openxmlformats.org/officeDocument/2006/relationships/image" Target="media/x19962.wmf"/><Relationship Id="rId5340" Type="http://schemas.openxmlformats.org/officeDocument/2006/relationships/image" Target="media/x19963.wmf"/><Relationship Id="rId5341" Type="http://schemas.openxmlformats.org/officeDocument/2006/relationships/image" Target="media/x19964.wmf"/><Relationship Id="rId5342" Type="http://schemas.openxmlformats.org/officeDocument/2006/relationships/image" Target="media/x19965.wmf"/><Relationship Id="rId5343" Type="http://schemas.openxmlformats.org/officeDocument/2006/relationships/image" Target="media/x19966.wmf"/><Relationship Id="rId5344" Type="http://schemas.openxmlformats.org/officeDocument/2006/relationships/image" Target="media/x19967.wmf"/><Relationship Id="rId5345" Type="http://schemas.openxmlformats.org/officeDocument/2006/relationships/image" Target="media/x19968.wmf"/><Relationship Id="rId5346" Type="http://schemas.openxmlformats.org/officeDocument/2006/relationships/image" Target="media/x19969.wmf"/><Relationship Id="rId5347" Type="http://schemas.openxmlformats.org/officeDocument/2006/relationships/image" Target="media/x19970.wmf"/><Relationship Id="rId5348" Type="http://schemas.openxmlformats.org/officeDocument/2006/relationships/image" Target="media/x19971.wmf"/><Relationship Id="rId5349" Type="http://schemas.openxmlformats.org/officeDocument/2006/relationships/image" Target="media/x19972.wmf"/><Relationship Id="rId5350" Type="http://schemas.openxmlformats.org/officeDocument/2006/relationships/image" Target="media/x19973.wmf"/><Relationship Id="rId5351" Type="http://schemas.openxmlformats.org/officeDocument/2006/relationships/image" Target="media/x19974.wmf"/><Relationship Id="rId5352" Type="http://schemas.openxmlformats.org/officeDocument/2006/relationships/image" Target="media/x19975.wmf"/><Relationship Id="rId5353" Type="http://schemas.openxmlformats.org/officeDocument/2006/relationships/image" Target="media/x19976.wmf"/><Relationship Id="rId5354" Type="http://schemas.openxmlformats.org/officeDocument/2006/relationships/image" Target="media/x19977.wmf"/><Relationship Id="rId5355" Type="http://schemas.openxmlformats.org/officeDocument/2006/relationships/image" Target="media/x19978.wmf"/><Relationship Id="rId5356" Type="http://schemas.openxmlformats.org/officeDocument/2006/relationships/image" Target="media/x19979.wmf"/><Relationship Id="rId5357" Type="http://schemas.openxmlformats.org/officeDocument/2006/relationships/image" Target="media/x19980.wmf"/><Relationship Id="rId5358" Type="http://schemas.openxmlformats.org/officeDocument/2006/relationships/image" Target="media/x19981.wmf"/><Relationship Id="rId5359" Type="http://schemas.openxmlformats.org/officeDocument/2006/relationships/image" Target="media/x19982.wmf"/><Relationship Id="rId5360" Type="http://schemas.openxmlformats.org/officeDocument/2006/relationships/image" Target="media/x19983.wmf"/><Relationship Id="rId5361" Type="http://schemas.openxmlformats.org/officeDocument/2006/relationships/image" Target="media/x19984.wmf"/><Relationship Id="rId5362" Type="http://schemas.openxmlformats.org/officeDocument/2006/relationships/image" Target="media/x19985.wmf"/><Relationship Id="rId5363" Type="http://schemas.openxmlformats.org/officeDocument/2006/relationships/image" Target="media/x19986.wmf"/><Relationship Id="rId5364" Type="http://schemas.openxmlformats.org/officeDocument/2006/relationships/image" Target="media/x19987.wmf"/><Relationship Id="rId5365" Type="http://schemas.openxmlformats.org/officeDocument/2006/relationships/image" Target="media/x19988.wmf"/><Relationship Id="rId5366" Type="http://schemas.openxmlformats.org/officeDocument/2006/relationships/image" Target="media/x19989.wmf"/><Relationship Id="rId5367" Type="http://schemas.openxmlformats.org/officeDocument/2006/relationships/image" Target="media/x19990.wmf"/><Relationship Id="rId5368" Type="http://schemas.openxmlformats.org/officeDocument/2006/relationships/image" Target="media/x19991.wmf"/><Relationship Id="rId5369" Type="http://schemas.openxmlformats.org/officeDocument/2006/relationships/image" Target="media/x19992.wmf"/><Relationship Id="rId5370" Type="http://schemas.openxmlformats.org/officeDocument/2006/relationships/image" Target="media/x19993.wmf"/><Relationship Id="rId5371" Type="http://schemas.openxmlformats.org/officeDocument/2006/relationships/image" Target="media/x19994.wmf"/><Relationship Id="rId5372" Type="http://schemas.openxmlformats.org/officeDocument/2006/relationships/image" Target="media/x19995.wmf"/><Relationship Id="rId5373" Type="http://schemas.openxmlformats.org/officeDocument/2006/relationships/image" Target="media/x19996.wmf"/><Relationship Id="rId5374" Type="http://schemas.openxmlformats.org/officeDocument/2006/relationships/image" Target="media/x19997.wmf"/><Relationship Id="rId5375" Type="http://schemas.openxmlformats.org/officeDocument/2006/relationships/image" Target="media/x19998.wmf"/><Relationship Id="rId5376" Type="http://schemas.openxmlformats.org/officeDocument/2006/relationships/image" Target="media/x19999.wmf"/><Relationship Id="rId5377" Type="http://schemas.openxmlformats.org/officeDocument/2006/relationships/image" Target="media/x20000.wmf"/><Relationship Id="rId5378" Type="http://schemas.openxmlformats.org/officeDocument/2006/relationships/image" Target="media/x20001.wmf"/><Relationship Id="rId5379" Type="http://schemas.openxmlformats.org/officeDocument/2006/relationships/image" Target="media/x20002.wmf"/><Relationship Id="rId5380" Type="http://schemas.openxmlformats.org/officeDocument/2006/relationships/image" Target="media/x20003.wmf"/><Relationship Id="rId5381" Type="http://schemas.openxmlformats.org/officeDocument/2006/relationships/image" Target="media/x20004.wmf"/><Relationship Id="rId5382" Type="http://schemas.openxmlformats.org/officeDocument/2006/relationships/image" Target="media/x20005.wmf"/><Relationship Id="rId5383" Type="http://schemas.openxmlformats.org/officeDocument/2006/relationships/image" Target="media/x20006.wmf"/><Relationship Id="rId5384" Type="http://schemas.openxmlformats.org/officeDocument/2006/relationships/image" Target="media/x20007.wmf"/><Relationship Id="rId5385" Type="http://schemas.openxmlformats.org/officeDocument/2006/relationships/image" Target="media/x20008.wmf"/><Relationship Id="rId5386" Type="http://schemas.openxmlformats.org/officeDocument/2006/relationships/image" Target="media/x20009.wmf"/><Relationship Id="rId5387" Type="http://schemas.openxmlformats.org/officeDocument/2006/relationships/image" Target="media/x20010.wmf"/><Relationship Id="rId5388" Type="http://schemas.openxmlformats.org/officeDocument/2006/relationships/image" Target="media/x20011.wmf"/><Relationship Id="rId5389" Type="http://schemas.openxmlformats.org/officeDocument/2006/relationships/image" Target="media/x20012.wmf"/><Relationship Id="rId5390" Type="http://schemas.openxmlformats.org/officeDocument/2006/relationships/image" Target="media/x20013.wmf"/><Relationship Id="rId5391" Type="http://schemas.openxmlformats.org/officeDocument/2006/relationships/image" Target="media/x20014.wmf"/><Relationship Id="rId5392" Type="http://schemas.openxmlformats.org/officeDocument/2006/relationships/image" Target="media/x20015.wmf"/><Relationship Id="rId5393" Type="http://schemas.openxmlformats.org/officeDocument/2006/relationships/image" Target="media/x20016.wmf"/><Relationship Id="rId5394" Type="http://schemas.openxmlformats.org/officeDocument/2006/relationships/image" Target="media/x20017.wmf"/><Relationship Id="rId5395" Type="http://schemas.openxmlformats.org/officeDocument/2006/relationships/image" Target="media/x20018.wmf"/><Relationship Id="rId5396" Type="http://schemas.openxmlformats.org/officeDocument/2006/relationships/image" Target="media/x20019.wmf"/><Relationship Id="rId5397" Type="http://schemas.openxmlformats.org/officeDocument/2006/relationships/image" Target="media/x20020.wmf"/><Relationship Id="rId5398" Type="http://schemas.openxmlformats.org/officeDocument/2006/relationships/image" Target="media/x20021.wmf"/><Relationship Id="rId5399" Type="http://schemas.openxmlformats.org/officeDocument/2006/relationships/image" Target="media/x20022.wmf"/><Relationship Id="rId5400" Type="http://schemas.openxmlformats.org/officeDocument/2006/relationships/image" Target="media/x20023.wmf"/><Relationship Id="rId5401" Type="http://schemas.openxmlformats.org/officeDocument/2006/relationships/image" Target="media/x20024.wmf"/><Relationship Id="rId5402" Type="http://schemas.openxmlformats.org/officeDocument/2006/relationships/image" Target="media/x20025.wmf"/><Relationship Id="rId5403" Type="http://schemas.openxmlformats.org/officeDocument/2006/relationships/image" Target="media/x20026.wmf"/><Relationship Id="rId5404" Type="http://schemas.openxmlformats.org/officeDocument/2006/relationships/image" Target="media/x20027.wmf"/><Relationship Id="rId5405" Type="http://schemas.openxmlformats.org/officeDocument/2006/relationships/image" Target="media/x20028.wmf"/><Relationship Id="rId5406" Type="http://schemas.openxmlformats.org/officeDocument/2006/relationships/image" Target="media/x20029.png"/><Relationship Id="rId5407" Type="http://schemas.openxmlformats.org/officeDocument/2006/relationships/image" Target="media/x20030.wmf"/><Relationship Id="rId5408" Type="http://schemas.openxmlformats.org/officeDocument/2006/relationships/image" Target="media/x20031.wmf"/><Relationship Id="rId5409" Type="http://schemas.openxmlformats.org/officeDocument/2006/relationships/image" Target="media/x20032.wmf"/><Relationship Id="rId5410" Type="http://schemas.openxmlformats.org/officeDocument/2006/relationships/image" Target="media/x20033.wmf"/><Relationship Id="rId5411" Type="http://schemas.openxmlformats.org/officeDocument/2006/relationships/image" Target="media/x20034.png"/><Relationship Id="rId5412" Type="http://schemas.openxmlformats.org/officeDocument/2006/relationships/image" Target="media/x20035.wmf"/><Relationship Id="rId5413" Type="http://schemas.openxmlformats.org/officeDocument/2006/relationships/image" Target="media/x20036.wmf"/><Relationship Id="rId5414" Type="http://schemas.openxmlformats.org/officeDocument/2006/relationships/image" Target="media/x20037.wmf"/><Relationship Id="rId5415" Type="http://schemas.openxmlformats.org/officeDocument/2006/relationships/image" Target="media/x20038.wmf"/><Relationship Id="rId5416" Type="http://schemas.openxmlformats.org/officeDocument/2006/relationships/image" Target="media/x20039.wmf"/><Relationship Id="rId5417" Type="http://schemas.openxmlformats.org/officeDocument/2006/relationships/image" Target="media/x20040.wmf"/><Relationship Id="rId5418" Type="http://schemas.openxmlformats.org/officeDocument/2006/relationships/image" Target="media/x20041.wmf"/><Relationship Id="rId5419" Type="http://schemas.openxmlformats.org/officeDocument/2006/relationships/image" Target="media/x20042.wmf"/><Relationship Id="rId5420" Type="http://schemas.openxmlformats.org/officeDocument/2006/relationships/image" Target="media/x20043.wmf"/><Relationship Id="rId5421" Type="http://schemas.openxmlformats.org/officeDocument/2006/relationships/image" Target="media/x20044.wmf"/><Relationship Id="rId5422" Type="http://schemas.openxmlformats.org/officeDocument/2006/relationships/image" Target="media/x20045.png"/><Relationship Id="rId5423" Type="http://schemas.openxmlformats.org/officeDocument/2006/relationships/image" Target="media/x20046.wmf"/><Relationship Id="rId5424" Type="http://schemas.openxmlformats.org/officeDocument/2006/relationships/image" Target="media/x20047.wmf"/><Relationship Id="rId5425" Type="http://schemas.openxmlformats.org/officeDocument/2006/relationships/image" Target="media/x20048.wmf"/><Relationship Id="rId5426" Type="http://schemas.openxmlformats.org/officeDocument/2006/relationships/image" Target="media/x20049.wmf"/><Relationship Id="rId5427" Type="http://schemas.openxmlformats.org/officeDocument/2006/relationships/image" Target="media/x20050.wmf"/><Relationship Id="rId5428" Type="http://schemas.openxmlformats.org/officeDocument/2006/relationships/image" Target="media/x20051.wmf"/><Relationship Id="rId5429" Type="http://schemas.openxmlformats.org/officeDocument/2006/relationships/image" Target="media/x20052.png"/><Relationship Id="rId5430" Type="http://schemas.openxmlformats.org/officeDocument/2006/relationships/image" Target="media/x20053.wmf"/><Relationship Id="rId5431" Type="http://schemas.openxmlformats.org/officeDocument/2006/relationships/image" Target="media/x20054.wmf"/><Relationship Id="rId5432" Type="http://schemas.openxmlformats.org/officeDocument/2006/relationships/image" Target="media/x20055.wmf"/><Relationship Id="rId5433" Type="http://schemas.openxmlformats.org/officeDocument/2006/relationships/image" Target="media/x20056.wmf"/><Relationship Id="rId5434" Type="http://schemas.openxmlformats.org/officeDocument/2006/relationships/image" Target="media/x20057.wmf"/><Relationship Id="rId5435" Type="http://schemas.openxmlformats.org/officeDocument/2006/relationships/image" Target="media/x20058.wmf"/><Relationship Id="rId5436" Type="http://schemas.openxmlformats.org/officeDocument/2006/relationships/image" Target="media/x20059.wmf"/><Relationship Id="rId5437" Type="http://schemas.openxmlformats.org/officeDocument/2006/relationships/image" Target="media/x20060.wmf"/><Relationship Id="rId5438" Type="http://schemas.openxmlformats.org/officeDocument/2006/relationships/image" Target="media/x20061.wmf"/><Relationship Id="rId5439" Type="http://schemas.openxmlformats.org/officeDocument/2006/relationships/image" Target="media/x20062.wmf"/><Relationship Id="rId5440" Type="http://schemas.openxmlformats.org/officeDocument/2006/relationships/image" Target="media/x20063.wmf"/><Relationship Id="rId5441" Type="http://schemas.openxmlformats.org/officeDocument/2006/relationships/image" Target="media/x20064.png"/><Relationship Id="rId5442" Type="http://schemas.openxmlformats.org/officeDocument/2006/relationships/image" Target="media/x20065.wmf"/><Relationship Id="rId5443" Type="http://schemas.openxmlformats.org/officeDocument/2006/relationships/image" Target="media/x20066.wmf"/><Relationship Id="rId5444" Type="http://schemas.openxmlformats.org/officeDocument/2006/relationships/image" Target="media/x20067.wmf"/><Relationship Id="rId5445" Type="http://schemas.openxmlformats.org/officeDocument/2006/relationships/image" Target="media/x20068.wmf"/><Relationship Id="rId5446" Type="http://schemas.openxmlformats.org/officeDocument/2006/relationships/image" Target="media/x20069.png"/><Relationship Id="rId5447" Type="http://schemas.openxmlformats.org/officeDocument/2006/relationships/image" Target="media/x20070.wmf"/><Relationship Id="rId5448" Type="http://schemas.openxmlformats.org/officeDocument/2006/relationships/image" Target="media/x20071.wmf"/><Relationship Id="rId5449" Type="http://schemas.openxmlformats.org/officeDocument/2006/relationships/image" Target="media/x20072.wmf"/><Relationship Id="rId5450" Type="http://schemas.openxmlformats.org/officeDocument/2006/relationships/image" Target="media/x20073.wmf"/><Relationship Id="rId5451" Type="http://schemas.openxmlformats.org/officeDocument/2006/relationships/image" Target="media/x20074.wmf"/><Relationship Id="rId5452" Type="http://schemas.openxmlformats.org/officeDocument/2006/relationships/image" Target="media/x20075.wmf"/><Relationship Id="rId5453" Type="http://schemas.openxmlformats.org/officeDocument/2006/relationships/image" Target="media/x20076.png"/><Relationship Id="rId5454" Type="http://schemas.openxmlformats.org/officeDocument/2006/relationships/image" Target="media/x20077.wmf"/><Relationship Id="rId5455" Type="http://schemas.openxmlformats.org/officeDocument/2006/relationships/image" Target="media/x20078.wmf"/><Relationship Id="rId5456" Type="http://schemas.openxmlformats.org/officeDocument/2006/relationships/image" Target="media/x20079.wmf"/><Relationship Id="rId5457" Type="http://schemas.openxmlformats.org/officeDocument/2006/relationships/image" Target="media/x20080.wmf"/><Relationship Id="rId5458" Type="http://schemas.openxmlformats.org/officeDocument/2006/relationships/image" Target="media/x20081.wmf"/><Relationship Id="rId5459" Type="http://schemas.openxmlformats.org/officeDocument/2006/relationships/image" Target="media/x20082.wmf"/><Relationship Id="rId5460" Type="http://schemas.openxmlformats.org/officeDocument/2006/relationships/image" Target="media/x20083.wmf"/><Relationship Id="rId5461" Type="http://schemas.openxmlformats.org/officeDocument/2006/relationships/image" Target="media/x20084.png"/><Relationship Id="rId5462" Type="http://schemas.openxmlformats.org/officeDocument/2006/relationships/image" Target="media/x20085.wmf"/><Relationship Id="rId5463" Type="http://schemas.openxmlformats.org/officeDocument/2006/relationships/image" Target="media/x20086.wmf"/><Relationship Id="rId5464" Type="http://schemas.openxmlformats.org/officeDocument/2006/relationships/image" Target="media/x20087.wmf"/><Relationship Id="rId5465" Type="http://schemas.openxmlformats.org/officeDocument/2006/relationships/image" Target="media/x20088.wmf"/><Relationship Id="rId5466" Type="http://schemas.openxmlformats.org/officeDocument/2006/relationships/image" Target="media/x20089.wmf"/><Relationship Id="rId5467" Type="http://schemas.openxmlformats.org/officeDocument/2006/relationships/image" Target="media/x20090.wmf"/><Relationship Id="rId5468" Type="http://schemas.openxmlformats.org/officeDocument/2006/relationships/image" Target="media/x20091.wmf"/><Relationship Id="rId5469" Type="http://schemas.openxmlformats.org/officeDocument/2006/relationships/image" Target="media/x20092.wmf"/><Relationship Id="rId5470" Type="http://schemas.openxmlformats.org/officeDocument/2006/relationships/image" Target="media/x20093.wmf"/><Relationship Id="rId5471" Type="http://schemas.openxmlformats.org/officeDocument/2006/relationships/image" Target="media/x20094.wmf"/><Relationship Id="rId5472" Type="http://schemas.openxmlformats.org/officeDocument/2006/relationships/image" Target="media/x20095.wmf"/><Relationship Id="rId5473" Type="http://schemas.openxmlformats.org/officeDocument/2006/relationships/image" Target="media/x20096.wmf"/><Relationship Id="rId5474" Type="http://schemas.openxmlformats.org/officeDocument/2006/relationships/image" Target="media/x20097.wmf"/><Relationship Id="rId5475" Type="http://schemas.openxmlformats.org/officeDocument/2006/relationships/image" Target="media/x20098.wmf"/><Relationship Id="rId5476" Type="http://schemas.openxmlformats.org/officeDocument/2006/relationships/image" Target="media/x20099.wmf"/><Relationship Id="rId5477" Type="http://schemas.openxmlformats.org/officeDocument/2006/relationships/image" Target="media/x20100.wmf"/><Relationship Id="rId5478" Type="http://schemas.openxmlformats.org/officeDocument/2006/relationships/image" Target="media/x20101.wmf"/><Relationship Id="rId5479" Type="http://schemas.openxmlformats.org/officeDocument/2006/relationships/image" Target="media/x20102.wmf"/><Relationship Id="rId5480" Type="http://schemas.openxmlformats.org/officeDocument/2006/relationships/image" Target="media/x20103.wmf"/><Relationship Id="rId5481" Type="http://schemas.openxmlformats.org/officeDocument/2006/relationships/image" Target="media/x20104.wmf"/><Relationship Id="rId5482" Type="http://schemas.openxmlformats.org/officeDocument/2006/relationships/image" Target="media/x20105.png"/><Relationship Id="rId5483" Type="http://schemas.openxmlformats.org/officeDocument/2006/relationships/image" Target="media/x20106.wmf"/><Relationship Id="rId5484" Type="http://schemas.openxmlformats.org/officeDocument/2006/relationships/image" Target="media/x20107.wmf"/><Relationship Id="rId5485" Type="http://schemas.openxmlformats.org/officeDocument/2006/relationships/image" Target="media/x20108.wmf"/><Relationship Id="rId5486" Type="http://schemas.openxmlformats.org/officeDocument/2006/relationships/image" Target="media/x20109.wmf"/><Relationship Id="rId5487" Type="http://schemas.openxmlformats.org/officeDocument/2006/relationships/image" Target="media/x20110.wmf"/><Relationship Id="rId5488" Type="http://schemas.openxmlformats.org/officeDocument/2006/relationships/image" Target="media/x20111.wmf"/><Relationship Id="rId5489" Type="http://schemas.openxmlformats.org/officeDocument/2006/relationships/image" Target="media/x20112.png"/><Relationship Id="rId5490" Type="http://schemas.openxmlformats.org/officeDocument/2006/relationships/image" Target="media/x20113.wmf"/><Relationship Id="rId5491" Type="http://schemas.openxmlformats.org/officeDocument/2006/relationships/image" Target="media/x20114.wmf"/><Relationship Id="rId5492" Type="http://schemas.openxmlformats.org/officeDocument/2006/relationships/image" Target="media/x20115.wmf"/><Relationship Id="rId5493" Type="http://schemas.openxmlformats.org/officeDocument/2006/relationships/image" Target="media/x20116.wmf"/><Relationship Id="rId5494" Type="http://schemas.openxmlformats.org/officeDocument/2006/relationships/image" Target="media/x20117.wmf"/><Relationship Id="rId5495" Type="http://schemas.openxmlformats.org/officeDocument/2006/relationships/image" Target="media/x20118.wmf"/><Relationship Id="rId5496" Type="http://schemas.openxmlformats.org/officeDocument/2006/relationships/image" Target="media/x20119.wmf"/><Relationship Id="rId5497" Type="http://schemas.openxmlformats.org/officeDocument/2006/relationships/image" Target="media/x20120.wmf"/><Relationship Id="rId5498" Type="http://schemas.openxmlformats.org/officeDocument/2006/relationships/image" Target="media/x20121.wmf"/><Relationship Id="rId5499" Type="http://schemas.openxmlformats.org/officeDocument/2006/relationships/image" Target="media/x20122.wmf"/><Relationship Id="rId5500" Type="http://schemas.openxmlformats.org/officeDocument/2006/relationships/image" Target="media/x20123.wmf"/><Relationship Id="rId5501" Type="http://schemas.openxmlformats.org/officeDocument/2006/relationships/image" Target="media/x20124.wmf"/><Relationship Id="rId5502" Type="http://schemas.openxmlformats.org/officeDocument/2006/relationships/image" Target="media/x20125.wmf"/><Relationship Id="rId5503" Type="http://schemas.openxmlformats.org/officeDocument/2006/relationships/image" Target="media/x20126.wmf"/><Relationship Id="rId5504" Type="http://schemas.openxmlformats.org/officeDocument/2006/relationships/image" Target="media/x20127.wmf"/><Relationship Id="rId5505" Type="http://schemas.openxmlformats.org/officeDocument/2006/relationships/image" Target="media/x20128.wmf"/><Relationship Id="rId5506" Type="http://schemas.openxmlformats.org/officeDocument/2006/relationships/image" Target="media/x20129.wmf"/><Relationship Id="rId5507" Type="http://schemas.openxmlformats.org/officeDocument/2006/relationships/image" Target="media/x20130.wmf"/><Relationship Id="rId5508" Type="http://schemas.openxmlformats.org/officeDocument/2006/relationships/image" Target="media/x20131.wmf"/><Relationship Id="rId5509" Type="http://schemas.openxmlformats.org/officeDocument/2006/relationships/image" Target="media/x20132.wmf"/><Relationship Id="rId5510" Type="http://schemas.openxmlformats.org/officeDocument/2006/relationships/image" Target="media/x20133.wmf"/><Relationship Id="rId5511" Type="http://schemas.openxmlformats.org/officeDocument/2006/relationships/image" Target="media/x20134.wmf"/><Relationship Id="rId5512" Type="http://schemas.openxmlformats.org/officeDocument/2006/relationships/image" Target="media/x20135.wmf"/><Relationship Id="rId5513" Type="http://schemas.openxmlformats.org/officeDocument/2006/relationships/image" Target="media/x20136.wmf"/><Relationship Id="rId5514" Type="http://schemas.openxmlformats.org/officeDocument/2006/relationships/image" Target="media/x20137.wmf"/><Relationship Id="rId5515" Type="http://schemas.openxmlformats.org/officeDocument/2006/relationships/image" Target="media/x20138.wmf"/><Relationship Id="rId5516" Type="http://schemas.openxmlformats.org/officeDocument/2006/relationships/image" Target="media/x20139.wmf"/><Relationship Id="rId5517" Type="http://schemas.openxmlformats.org/officeDocument/2006/relationships/image" Target="media/x20140.wmf"/><Relationship Id="rId5518" Type="http://schemas.openxmlformats.org/officeDocument/2006/relationships/image" Target="media/x20141.wmf"/><Relationship Id="rId5519" Type="http://schemas.openxmlformats.org/officeDocument/2006/relationships/image" Target="media/x20142.wmf"/><Relationship Id="rId5520" Type="http://schemas.openxmlformats.org/officeDocument/2006/relationships/image" Target="media/x20143.wmf"/><Relationship Id="rId5521" Type="http://schemas.openxmlformats.org/officeDocument/2006/relationships/image" Target="media/x20144.wmf"/><Relationship Id="rId5522" Type="http://schemas.openxmlformats.org/officeDocument/2006/relationships/image" Target="media/x20145.wmf"/><Relationship Id="rId5523" Type="http://schemas.openxmlformats.org/officeDocument/2006/relationships/image" Target="media/x20146.wmf"/><Relationship Id="rId5524" Type="http://schemas.openxmlformats.org/officeDocument/2006/relationships/image" Target="media/x20147.wmf"/><Relationship Id="rId5525" Type="http://schemas.openxmlformats.org/officeDocument/2006/relationships/image" Target="media/x20148.wmf"/><Relationship Id="rId5526" Type="http://schemas.openxmlformats.org/officeDocument/2006/relationships/image" Target="media/x20149.wmf"/><Relationship Id="rId5527" Type="http://schemas.openxmlformats.org/officeDocument/2006/relationships/image" Target="media/x20150.wmf"/><Relationship Id="rId5528" Type="http://schemas.openxmlformats.org/officeDocument/2006/relationships/image" Target="media/x20151.wmf"/><Relationship Id="rId5529" Type="http://schemas.openxmlformats.org/officeDocument/2006/relationships/image" Target="media/x20152.wmf"/><Relationship Id="rId5530" Type="http://schemas.openxmlformats.org/officeDocument/2006/relationships/image" Target="media/x20153.wmf"/><Relationship Id="rId5531" Type="http://schemas.openxmlformats.org/officeDocument/2006/relationships/image" Target="media/x20154.wmf"/><Relationship Id="rId5532" Type="http://schemas.openxmlformats.org/officeDocument/2006/relationships/image" Target="media/x20155.wmf"/><Relationship Id="rId5533" Type="http://schemas.openxmlformats.org/officeDocument/2006/relationships/image" Target="media/x20156.wmf"/><Relationship Id="rId5534" Type="http://schemas.openxmlformats.org/officeDocument/2006/relationships/image" Target="media/x20157.wmf"/><Relationship Id="rId5535" Type="http://schemas.openxmlformats.org/officeDocument/2006/relationships/image" Target="media/x20158.wmf"/><Relationship Id="rId5536" Type="http://schemas.openxmlformats.org/officeDocument/2006/relationships/image" Target="media/x20159.wmf"/><Relationship Id="rId5537" Type="http://schemas.openxmlformats.org/officeDocument/2006/relationships/image" Target="media/x20160.wmf"/><Relationship Id="rId5538" Type="http://schemas.openxmlformats.org/officeDocument/2006/relationships/image" Target="media/x20161.wmf"/><Relationship Id="rId5539" Type="http://schemas.openxmlformats.org/officeDocument/2006/relationships/image" Target="media/x20162.wmf"/><Relationship Id="rId5540" Type="http://schemas.openxmlformats.org/officeDocument/2006/relationships/image" Target="media/x20163.wmf"/><Relationship Id="rId5541" Type="http://schemas.openxmlformats.org/officeDocument/2006/relationships/image" Target="media/x20164.wmf"/><Relationship Id="rId5542" Type="http://schemas.openxmlformats.org/officeDocument/2006/relationships/image" Target="media/x20165.wmf"/><Relationship Id="rId5543" Type="http://schemas.openxmlformats.org/officeDocument/2006/relationships/image" Target="media/x20166.wmf"/><Relationship Id="rId5544" Type="http://schemas.openxmlformats.org/officeDocument/2006/relationships/image" Target="media/x20167.png"/><Relationship Id="rId5545" Type="http://schemas.openxmlformats.org/officeDocument/2006/relationships/image" Target="media/x20168.wmf"/><Relationship Id="rId5546" Type="http://schemas.openxmlformats.org/officeDocument/2006/relationships/image" Target="media/x20169.wmf"/><Relationship Id="rId5547" Type="http://schemas.openxmlformats.org/officeDocument/2006/relationships/image" Target="media/x20170.wmf"/><Relationship Id="rId5548" Type="http://schemas.openxmlformats.org/officeDocument/2006/relationships/image" Target="media/x20171.wmf"/><Relationship Id="rId5549" Type="http://schemas.openxmlformats.org/officeDocument/2006/relationships/image" Target="media/x20172.wmf"/><Relationship Id="rId5550" Type="http://schemas.openxmlformats.org/officeDocument/2006/relationships/image" Target="media/x20173.wmf"/><Relationship Id="rId5551" Type="http://schemas.openxmlformats.org/officeDocument/2006/relationships/image" Target="media/x20174.wmf"/><Relationship Id="rId5552" Type="http://schemas.openxmlformats.org/officeDocument/2006/relationships/image" Target="media/x20175.wmf"/><Relationship Id="rId5553" Type="http://schemas.openxmlformats.org/officeDocument/2006/relationships/image" Target="media/x20176.wmf"/><Relationship Id="rId5554" Type="http://schemas.openxmlformats.org/officeDocument/2006/relationships/image" Target="media/x20177.wmf"/><Relationship Id="rId5555" Type="http://schemas.openxmlformats.org/officeDocument/2006/relationships/image" Target="media/x20178.wmf"/><Relationship Id="rId5556" Type="http://schemas.openxmlformats.org/officeDocument/2006/relationships/image" Target="media/x20179.wmf"/><Relationship Id="rId5557" Type="http://schemas.openxmlformats.org/officeDocument/2006/relationships/image" Target="media/x20180.wmf"/><Relationship Id="rId5558" Type="http://schemas.openxmlformats.org/officeDocument/2006/relationships/image" Target="media/x20181.wmf"/><Relationship Id="rId5559" Type="http://schemas.openxmlformats.org/officeDocument/2006/relationships/image" Target="media/x20182.wmf"/><Relationship Id="rId5560" Type="http://schemas.openxmlformats.org/officeDocument/2006/relationships/image" Target="media/x20183.wmf"/><Relationship Id="rId5561" Type="http://schemas.openxmlformats.org/officeDocument/2006/relationships/image" Target="media/x20184.wmf"/><Relationship Id="rId5562" Type="http://schemas.openxmlformats.org/officeDocument/2006/relationships/image" Target="media/x20185.wmf"/><Relationship Id="rId5563" Type="http://schemas.openxmlformats.org/officeDocument/2006/relationships/image" Target="media/x20186.wmf"/><Relationship Id="rId5564" Type="http://schemas.openxmlformats.org/officeDocument/2006/relationships/image" Target="media/x20187.wmf"/><Relationship Id="rId5565" Type="http://schemas.openxmlformats.org/officeDocument/2006/relationships/image" Target="media/x20188.wmf"/><Relationship Id="rId5566" Type="http://schemas.openxmlformats.org/officeDocument/2006/relationships/image" Target="media/x20189.wmf"/><Relationship Id="rId5567" Type="http://schemas.openxmlformats.org/officeDocument/2006/relationships/image" Target="media/x20190.wmf"/><Relationship Id="rId5568" Type="http://schemas.openxmlformats.org/officeDocument/2006/relationships/image" Target="media/x20191.wmf"/><Relationship Id="rId5569" Type="http://schemas.openxmlformats.org/officeDocument/2006/relationships/image" Target="media/x20192.wmf"/><Relationship Id="rId5570" Type="http://schemas.openxmlformats.org/officeDocument/2006/relationships/image" Target="media/x20193.wmf"/><Relationship Id="rId5571" Type="http://schemas.openxmlformats.org/officeDocument/2006/relationships/image" Target="media/x20194.wmf"/><Relationship Id="rId5572" Type="http://schemas.openxmlformats.org/officeDocument/2006/relationships/image" Target="media/x20195.wmf"/><Relationship Id="rId5573" Type="http://schemas.openxmlformats.org/officeDocument/2006/relationships/image" Target="media/x20196.wmf"/><Relationship Id="rId5574" Type="http://schemas.openxmlformats.org/officeDocument/2006/relationships/image" Target="media/x20197.png"/><Relationship Id="rId5575" Type="http://schemas.openxmlformats.org/officeDocument/2006/relationships/image" Target="media/x20198.wmf"/><Relationship Id="rId5576" Type="http://schemas.openxmlformats.org/officeDocument/2006/relationships/image" Target="media/x20199.wmf"/><Relationship Id="rId5577" Type="http://schemas.openxmlformats.org/officeDocument/2006/relationships/image" Target="media/x20200.wmf"/><Relationship Id="rId5578" Type="http://schemas.openxmlformats.org/officeDocument/2006/relationships/image" Target="media/x20201.wmf"/><Relationship Id="rId5579" Type="http://schemas.openxmlformats.org/officeDocument/2006/relationships/image" Target="media/x20202.wmf"/><Relationship Id="rId5580" Type="http://schemas.openxmlformats.org/officeDocument/2006/relationships/image" Target="media/x20203.wmf"/><Relationship Id="rId5581" Type="http://schemas.openxmlformats.org/officeDocument/2006/relationships/image" Target="media/x20204.wmf"/><Relationship Id="rId5582" Type="http://schemas.openxmlformats.org/officeDocument/2006/relationships/image" Target="media/x20205.wmf"/><Relationship Id="rId5583" Type="http://schemas.openxmlformats.org/officeDocument/2006/relationships/image" Target="media/x20206.wmf"/><Relationship Id="rId5584" Type="http://schemas.openxmlformats.org/officeDocument/2006/relationships/image" Target="media/x20207.png"/><Relationship Id="rId5585" Type="http://schemas.openxmlformats.org/officeDocument/2006/relationships/image" Target="media/x20208.wmf"/><Relationship Id="rId5586" Type="http://schemas.openxmlformats.org/officeDocument/2006/relationships/image" Target="media/x20209.wmf"/><Relationship Id="rId5587" Type="http://schemas.openxmlformats.org/officeDocument/2006/relationships/image" Target="media/x20210.wmf"/><Relationship Id="rId5588" Type="http://schemas.openxmlformats.org/officeDocument/2006/relationships/image" Target="media/x20211.wmf"/><Relationship Id="rId5589" Type="http://schemas.openxmlformats.org/officeDocument/2006/relationships/image" Target="media/x20212.wmf"/><Relationship Id="rId5590" Type="http://schemas.openxmlformats.org/officeDocument/2006/relationships/image" Target="media/x20213.wmf"/><Relationship Id="rId5591" Type="http://schemas.openxmlformats.org/officeDocument/2006/relationships/image" Target="media/x20214.wmf"/><Relationship Id="rId5592" Type="http://schemas.openxmlformats.org/officeDocument/2006/relationships/image" Target="media/x20215.png"/><Relationship Id="rId5593" Type="http://schemas.openxmlformats.org/officeDocument/2006/relationships/image" Target="media/x20216.wmf"/><Relationship Id="rId5594" Type="http://schemas.openxmlformats.org/officeDocument/2006/relationships/image" Target="media/x20217.wmf"/><Relationship Id="rId5595" Type="http://schemas.openxmlformats.org/officeDocument/2006/relationships/image" Target="media/x20218.wmf"/><Relationship Id="rId5596" Type="http://schemas.openxmlformats.org/officeDocument/2006/relationships/image" Target="media/x20219.wmf"/><Relationship Id="rId5597" Type="http://schemas.openxmlformats.org/officeDocument/2006/relationships/image" Target="media/x20220.wmf"/><Relationship Id="rId5598" Type="http://schemas.openxmlformats.org/officeDocument/2006/relationships/image" Target="media/x20221.wmf"/><Relationship Id="rId5599" Type="http://schemas.openxmlformats.org/officeDocument/2006/relationships/image" Target="media/x20222.wmf"/><Relationship Id="rId5600" Type="http://schemas.openxmlformats.org/officeDocument/2006/relationships/image" Target="media/x20223.wmf"/><Relationship Id="rId5601" Type="http://schemas.openxmlformats.org/officeDocument/2006/relationships/image" Target="media/x20224.wmf"/><Relationship Id="rId5602" Type="http://schemas.openxmlformats.org/officeDocument/2006/relationships/image" Target="media/x20225.png"/><Relationship Id="rId5603" Type="http://schemas.openxmlformats.org/officeDocument/2006/relationships/image" Target="media/x20226.wmf"/><Relationship Id="rId5604" Type="http://schemas.openxmlformats.org/officeDocument/2006/relationships/image" Target="media/x20227.wmf"/><Relationship Id="rId5605" Type="http://schemas.openxmlformats.org/officeDocument/2006/relationships/image" Target="media/x20228.wmf"/><Relationship Id="rId5606" Type="http://schemas.openxmlformats.org/officeDocument/2006/relationships/image" Target="media/x20229.wmf"/><Relationship Id="rId5607" Type="http://schemas.openxmlformats.org/officeDocument/2006/relationships/image" Target="media/x20230.wmf"/><Relationship Id="rId5608" Type="http://schemas.openxmlformats.org/officeDocument/2006/relationships/image" Target="media/x20231.wmf"/><Relationship Id="rId5609" Type="http://schemas.openxmlformats.org/officeDocument/2006/relationships/image" Target="media/x20232.wmf"/><Relationship Id="rId5610" Type="http://schemas.openxmlformats.org/officeDocument/2006/relationships/image" Target="media/x20233.wmf"/><Relationship Id="rId5611" Type="http://schemas.openxmlformats.org/officeDocument/2006/relationships/image" Target="media/x20234.wmf"/><Relationship Id="rId5612" Type="http://schemas.openxmlformats.org/officeDocument/2006/relationships/image" Target="media/x20235.wmf"/><Relationship Id="rId5613" Type="http://schemas.openxmlformats.org/officeDocument/2006/relationships/image" Target="media/x20236.wmf"/><Relationship Id="rId5614" Type="http://schemas.openxmlformats.org/officeDocument/2006/relationships/image" Target="media/x20237.wmf"/><Relationship Id="rId5615" Type="http://schemas.openxmlformats.org/officeDocument/2006/relationships/image" Target="media/x20238.wmf"/><Relationship Id="rId5616" Type="http://schemas.openxmlformats.org/officeDocument/2006/relationships/image" Target="media/x20239.wmf"/><Relationship Id="rId5617" Type="http://schemas.openxmlformats.org/officeDocument/2006/relationships/image" Target="media/x20240.wmf"/><Relationship Id="rId5618" Type="http://schemas.openxmlformats.org/officeDocument/2006/relationships/image" Target="media/x20241.wmf"/><Relationship Id="rId5619" Type="http://schemas.openxmlformats.org/officeDocument/2006/relationships/image" Target="media/x20242.wmf"/><Relationship Id="rId5620" Type="http://schemas.openxmlformats.org/officeDocument/2006/relationships/image" Target="media/x20243.wmf"/><Relationship Id="rId5621" Type="http://schemas.openxmlformats.org/officeDocument/2006/relationships/image" Target="media/x20244.wmf"/><Relationship Id="rId5622" Type="http://schemas.openxmlformats.org/officeDocument/2006/relationships/image" Target="media/x20245.wmf"/><Relationship Id="rId5623" Type="http://schemas.openxmlformats.org/officeDocument/2006/relationships/image" Target="media/x20246.wmf"/><Relationship Id="rId5624" Type="http://schemas.openxmlformats.org/officeDocument/2006/relationships/image" Target="media/x20247.wmf"/><Relationship Id="rId5625" Type="http://schemas.openxmlformats.org/officeDocument/2006/relationships/image" Target="media/x20248.wmf"/><Relationship Id="rId5626" Type="http://schemas.openxmlformats.org/officeDocument/2006/relationships/image" Target="media/x20249.wmf"/><Relationship Id="rId5627" Type="http://schemas.openxmlformats.org/officeDocument/2006/relationships/image" Target="media/x20250.wmf"/><Relationship Id="rId5628" Type="http://schemas.openxmlformats.org/officeDocument/2006/relationships/image" Target="media/x20251.wmf"/><Relationship Id="rId5629" Type="http://schemas.openxmlformats.org/officeDocument/2006/relationships/image" Target="media/x20252.wmf"/><Relationship Id="rId5630" Type="http://schemas.openxmlformats.org/officeDocument/2006/relationships/image" Target="media/x20253.wmf"/><Relationship Id="rId5631" Type="http://schemas.openxmlformats.org/officeDocument/2006/relationships/image" Target="media/x20254.wmf"/><Relationship Id="rId5632" Type="http://schemas.openxmlformats.org/officeDocument/2006/relationships/image" Target="media/x20255.wmf"/><Relationship Id="rId5633" Type="http://schemas.openxmlformats.org/officeDocument/2006/relationships/image" Target="media/x20256.wmf"/><Relationship Id="rId5634" Type="http://schemas.openxmlformats.org/officeDocument/2006/relationships/image" Target="media/x20257.wmf"/><Relationship Id="rId5635" Type="http://schemas.openxmlformats.org/officeDocument/2006/relationships/image" Target="media/x20258.wmf"/><Relationship Id="rId5636" Type="http://schemas.openxmlformats.org/officeDocument/2006/relationships/image" Target="media/x20259.wmf"/><Relationship Id="rId5637" Type="http://schemas.openxmlformats.org/officeDocument/2006/relationships/image" Target="media/x20260.wmf"/><Relationship Id="rId5638" Type="http://schemas.openxmlformats.org/officeDocument/2006/relationships/image" Target="media/x20261.wmf"/><Relationship Id="rId5639" Type="http://schemas.openxmlformats.org/officeDocument/2006/relationships/image" Target="media/x20262.wmf"/><Relationship Id="rId5640" Type="http://schemas.openxmlformats.org/officeDocument/2006/relationships/image" Target="media/x20263.wmf"/><Relationship Id="rId5641" Type="http://schemas.openxmlformats.org/officeDocument/2006/relationships/image" Target="media/x20264.wmf"/><Relationship Id="rId5642" Type="http://schemas.openxmlformats.org/officeDocument/2006/relationships/image" Target="media/x20265.wmf"/><Relationship Id="rId5643" Type="http://schemas.openxmlformats.org/officeDocument/2006/relationships/image" Target="media/x20266.wmf"/><Relationship Id="rId5644" Type="http://schemas.openxmlformats.org/officeDocument/2006/relationships/image" Target="media/x20267.wmf"/><Relationship Id="rId5645" Type="http://schemas.openxmlformats.org/officeDocument/2006/relationships/image" Target="media/x20268.png"/><Relationship Id="rId5646" Type="http://schemas.openxmlformats.org/officeDocument/2006/relationships/image" Target="media/x20269.wmf"/><Relationship Id="rId5647" Type="http://schemas.openxmlformats.org/officeDocument/2006/relationships/image" Target="media/x20270.wmf"/><Relationship Id="rId5648" Type="http://schemas.openxmlformats.org/officeDocument/2006/relationships/image" Target="media/x20271.wmf"/><Relationship Id="rId5649" Type="http://schemas.openxmlformats.org/officeDocument/2006/relationships/image" Target="media/x20272.wmf"/><Relationship Id="rId5650" Type="http://schemas.openxmlformats.org/officeDocument/2006/relationships/image" Target="media/x20273.wmf"/><Relationship Id="rId5651" Type="http://schemas.openxmlformats.org/officeDocument/2006/relationships/image" Target="media/x20274.wmf"/><Relationship Id="rId5652" Type="http://schemas.openxmlformats.org/officeDocument/2006/relationships/image" Target="media/x20275.wmf"/><Relationship Id="rId5653" Type="http://schemas.openxmlformats.org/officeDocument/2006/relationships/image" Target="media/x20276.png"/><Relationship Id="rId5654" Type="http://schemas.openxmlformats.org/officeDocument/2006/relationships/image" Target="media/x20277.wmf"/><Relationship Id="rId5655" Type="http://schemas.openxmlformats.org/officeDocument/2006/relationships/image" Target="media/x20278.wmf"/><Relationship Id="rId5656" Type="http://schemas.openxmlformats.org/officeDocument/2006/relationships/image" Target="media/x20279.wmf"/><Relationship Id="rId5657" Type="http://schemas.openxmlformats.org/officeDocument/2006/relationships/image" Target="media/x20280.wmf"/><Relationship Id="rId5658" Type="http://schemas.openxmlformats.org/officeDocument/2006/relationships/image" Target="media/x20281.wmf"/><Relationship Id="rId5659" Type="http://schemas.openxmlformats.org/officeDocument/2006/relationships/image" Target="media/x20282.wmf"/><Relationship Id="rId5660" Type="http://schemas.openxmlformats.org/officeDocument/2006/relationships/image" Target="media/x20283.wmf"/><Relationship Id="rId5661" Type="http://schemas.openxmlformats.org/officeDocument/2006/relationships/image" Target="media/x20284.wmf"/><Relationship Id="rId5662" Type="http://schemas.openxmlformats.org/officeDocument/2006/relationships/image" Target="media/x20285.wmf"/><Relationship Id="rId5663" Type="http://schemas.openxmlformats.org/officeDocument/2006/relationships/image" Target="media/x20286.wmf"/><Relationship Id="rId5664" Type="http://schemas.openxmlformats.org/officeDocument/2006/relationships/image" Target="media/x20287.wmf"/><Relationship Id="rId5665" Type="http://schemas.openxmlformats.org/officeDocument/2006/relationships/image" Target="media/x20288.wmf"/><Relationship Id="rId5666" Type="http://schemas.openxmlformats.org/officeDocument/2006/relationships/image" Target="media/x20289.wmf"/><Relationship Id="rId5667" Type="http://schemas.openxmlformats.org/officeDocument/2006/relationships/image" Target="media/x20290.wmf"/><Relationship Id="rId5668" Type="http://schemas.openxmlformats.org/officeDocument/2006/relationships/image" Target="media/x20291.wmf"/><Relationship Id="rId5669" Type="http://schemas.openxmlformats.org/officeDocument/2006/relationships/image" Target="media/x20292.wmf"/><Relationship Id="rId5670" Type="http://schemas.openxmlformats.org/officeDocument/2006/relationships/image" Target="media/x20293.wmf"/><Relationship Id="rId5671" Type="http://schemas.openxmlformats.org/officeDocument/2006/relationships/image" Target="media/x20294.wmf"/><Relationship Id="rId5672" Type="http://schemas.openxmlformats.org/officeDocument/2006/relationships/image" Target="media/x20295.wmf"/><Relationship Id="rId5673" Type="http://schemas.openxmlformats.org/officeDocument/2006/relationships/image" Target="media/x20296.wmf"/><Relationship Id="rId5674" Type="http://schemas.openxmlformats.org/officeDocument/2006/relationships/image" Target="media/x20297.wmf"/><Relationship Id="rId5675" Type="http://schemas.openxmlformats.org/officeDocument/2006/relationships/image" Target="media/x20298.wmf"/><Relationship Id="rId5676" Type="http://schemas.openxmlformats.org/officeDocument/2006/relationships/image" Target="media/x20299.wmf"/><Relationship Id="rId5677" Type="http://schemas.openxmlformats.org/officeDocument/2006/relationships/image" Target="media/x20300.wmf"/><Relationship Id="rId5678" Type="http://schemas.openxmlformats.org/officeDocument/2006/relationships/image" Target="media/x20301.wmf"/><Relationship Id="rId5679" Type="http://schemas.openxmlformats.org/officeDocument/2006/relationships/image" Target="media/x20302.wmf"/><Relationship Id="rId5680" Type="http://schemas.openxmlformats.org/officeDocument/2006/relationships/image" Target="media/x20303.wmf"/><Relationship Id="rId5681" Type="http://schemas.openxmlformats.org/officeDocument/2006/relationships/image" Target="media/x20304.wmf"/><Relationship Id="rId5682" Type="http://schemas.openxmlformats.org/officeDocument/2006/relationships/image" Target="media/x20305.wmf"/><Relationship Id="rId5683" Type="http://schemas.openxmlformats.org/officeDocument/2006/relationships/image" Target="media/x20306.wmf"/><Relationship Id="rId5684" Type="http://schemas.openxmlformats.org/officeDocument/2006/relationships/image" Target="media/x20307.wmf"/><Relationship Id="rId5685" Type="http://schemas.openxmlformats.org/officeDocument/2006/relationships/image" Target="media/x20308.wmf"/><Relationship Id="rId5686" Type="http://schemas.openxmlformats.org/officeDocument/2006/relationships/image" Target="media/x20309.wmf"/><Relationship Id="rId5687" Type="http://schemas.openxmlformats.org/officeDocument/2006/relationships/image" Target="media/x20310.wmf"/><Relationship Id="rId5688" Type="http://schemas.openxmlformats.org/officeDocument/2006/relationships/image" Target="media/x20311.wmf"/><Relationship Id="rId5689" Type="http://schemas.openxmlformats.org/officeDocument/2006/relationships/image" Target="media/x20312.wmf"/><Relationship Id="rId5690" Type="http://schemas.openxmlformats.org/officeDocument/2006/relationships/image" Target="media/x20313.wmf"/><Relationship Id="rId5691" Type="http://schemas.openxmlformats.org/officeDocument/2006/relationships/image" Target="media/x20314.wmf"/><Relationship Id="rId5692" Type="http://schemas.openxmlformats.org/officeDocument/2006/relationships/image" Target="media/x20315.wmf"/><Relationship Id="rId5693" Type="http://schemas.openxmlformats.org/officeDocument/2006/relationships/image" Target="media/x20316.wmf"/><Relationship Id="rId5694" Type="http://schemas.openxmlformats.org/officeDocument/2006/relationships/image" Target="media/x20317.wmf"/><Relationship Id="rId5695" Type="http://schemas.openxmlformats.org/officeDocument/2006/relationships/image" Target="media/x20318.wmf"/><Relationship Id="rId5696" Type="http://schemas.openxmlformats.org/officeDocument/2006/relationships/image" Target="media/x20319.wmf"/><Relationship Id="rId5697" Type="http://schemas.openxmlformats.org/officeDocument/2006/relationships/image" Target="media/x20320.wmf"/><Relationship Id="rId5698" Type="http://schemas.openxmlformats.org/officeDocument/2006/relationships/image" Target="media/x20321.wmf"/><Relationship Id="rId5699" Type="http://schemas.openxmlformats.org/officeDocument/2006/relationships/image" Target="media/x20322.wmf"/><Relationship Id="rId5700" Type="http://schemas.openxmlformats.org/officeDocument/2006/relationships/image" Target="media/x20323.wmf"/><Relationship Id="rId5701" Type="http://schemas.openxmlformats.org/officeDocument/2006/relationships/image" Target="media/x20324.wmf"/><Relationship Id="rId5702" Type="http://schemas.openxmlformats.org/officeDocument/2006/relationships/image" Target="media/x20325.wmf"/><Relationship Id="rId5703" Type="http://schemas.openxmlformats.org/officeDocument/2006/relationships/image" Target="media/x20326.wmf"/><Relationship Id="rId5704" Type="http://schemas.openxmlformats.org/officeDocument/2006/relationships/image" Target="media/x20327.wmf"/><Relationship Id="rId5705" Type="http://schemas.openxmlformats.org/officeDocument/2006/relationships/image" Target="media/x20328.wmf"/><Relationship Id="rId5706" Type="http://schemas.openxmlformats.org/officeDocument/2006/relationships/image" Target="media/x20329.wmf"/><Relationship Id="rId5707" Type="http://schemas.openxmlformats.org/officeDocument/2006/relationships/image" Target="media/x20330.wmf"/><Relationship Id="rId5708" Type="http://schemas.openxmlformats.org/officeDocument/2006/relationships/image" Target="media/x20331.wmf"/><Relationship Id="rId5709" Type="http://schemas.openxmlformats.org/officeDocument/2006/relationships/image" Target="media/x20332.wmf"/><Relationship Id="rId5710" Type="http://schemas.openxmlformats.org/officeDocument/2006/relationships/image" Target="media/x20333.wmf"/><Relationship Id="rId5711" Type="http://schemas.openxmlformats.org/officeDocument/2006/relationships/image" Target="media/x20334.wmf"/><Relationship Id="rId5712" Type="http://schemas.openxmlformats.org/officeDocument/2006/relationships/image" Target="media/x20335.wmf"/><Relationship Id="rId5713" Type="http://schemas.openxmlformats.org/officeDocument/2006/relationships/image" Target="media/x20336.wmf"/><Relationship Id="rId5714" Type="http://schemas.openxmlformats.org/officeDocument/2006/relationships/image" Target="media/x20337.wmf"/><Relationship Id="rId5715" Type="http://schemas.openxmlformats.org/officeDocument/2006/relationships/image" Target="media/x20338.wmf"/><Relationship Id="rId5716" Type="http://schemas.openxmlformats.org/officeDocument/2006/relationships/image" Target="media/x20339.wmf"/><Relationship Id="rId5717" Type="http://schemas.openxmlformats.org/officeDocument/2006/relationships/image" Target="media/x20340.wmf"/><Relationship Id="rId5718" Type="http://schemas.openxmlformats.org/officeDocument/2006/relationships/image" Target="media/x20341.wmf"/><Relationship Id="rId5719" Type="http://schemas.openxmlformats.org/officeDocument/2006/relationships/image" Target="media/x20342.wmf"/><Relationship Id="rId5720" Type="http://schemas.openxmlformats.org/officeDocument/2006/relationships/image" Target="media/x20343.wmf"/><Relationship Id="rId5721" Type="http://schemas.openxmlformats.org/officeDocument/2006/relationships/image" Target="media/x20344.wmf"/><Relationship Id="rId5722" Type="http://schemas.openxmlformats.org/officeDocument/2006/relationships/image" Target="media/x20345.wmf"/><Relationship Id="rId5723" Type="http://schemas.openxmlformats.org/officeDocument/2006/relationships/image" Target="media/x20346.wmf"/><Relationship Id="rId5724" Type="http://schemas.openxmlformats.org/officeDocument/2006/relationships/image" Target="media/x20347.wmf"/><Relationship Id="rId5725" Type="http://schemas.openxmlformats.org/officeDocument/2006/relationships/image" Target="media/x20348.wmf"/><Relationship Id="rId5726" Type="http://schemas.openxmlformats.org/officeDocument/2006/relationships/image" Target="media/x20349.wmf"/><Relationship Id="rId5727" Type="http://schemas.openxmlformats.org/officeDocument/2006/relationships/image" Target="media/x20350.wmf"/><Relationship Id="rId5728" Type="http://schemas.openxmlformats.org/officeDocument/2006/relationships/image" Target="media/x20351.wmf"/><Relationship Id="rId5729" Type="http://schemas.openxmlformats.org/officeDocument/2006/relationships/image" Target="media/x20352.wmf"/><Relationship Id="rId5730" Type="http://schemas.openxmlformats.org/officeDocument/2006/relationships/image" Target="media/x20353.wmf"/><Relationship Id="rId5731" Type="http://schemas.openxmlformats.org/officeDocument/2006/relationships/image" Target="media/x20354.wmf"/><Relationship Id="rId5732" Type="http://schemas.openxmlformats.org/officeDocument/2006/relationships/image" Target="media/x20355.wmf"/><Relationship Id="rId5733" Type="http://schemas.openxmlformats.org/officeDocument/2006/relationships/image" Target="media/x20356.wmf"/><Relationship Id="rId5734" Type="http://schemas.openxmlformats.org/officeDocument/2006/relationships/image" Target="media/x20357.wmf"/><Relationship Id="rId5735" Type="http://schemas.openxmlformats.org/officeDocument/2006/relationships/image" Target="media/x20358.wmf"/><Relationship Id="rId5736" Type="http://schemas.openxmlformats.org/officeDocument/2006/relationships/image" Target="media/x20359.wmf"/><Relationship Id="rId5737" Type="http://schemas.openxmlformats.org/officeDocument/2006/relationships/image" Target="media/x20360.wmf"/><Relationship Id="rId5738" Type="http://schemas.openxmlformats.org/officeDocument/2006/relationships/image" Target="media/x20361.wmf"/><Relationship Id="rId5739" Type="http://schemas.openxmlformats.org/officeDocument/2006/relationships/image" Target="media/x20362.wmf"/><Relationship Id="rId5740" Type="http://schemas.openxmlformats.org/officeDocument/2006/relationships/image" Target="media/x20363.wmf"/><Relationship Id="rId5741" Type="http://schemas.openxmlformats.org/officeDocument/2006/relationships/image" Target="media/x20364.wmf"/><Relationship Id="rId5742" Type="http://schemas.openxmlformats.org/officeDocument/2006/relationships/image" Target="media/x20365.wmf"/><Relationship Id="rId5743" Type="http://schemas.openxmlformats.org/officeDocument/2006/relationships/image" Target="media/x20366.wmf"/><Relationship Id="rId5744" Type="http://schemas.openxmlformats.org/officeDocument/2006/relationships/image" Target="media/x20367.wmf"/><Relationship Id="rId5745" Type="http://schemas.openxmlformats.org/officeDocument/2006/relationships/image" Target="media/x20368.wmf"/><Relationship Id="rId5746" Type="http://schemas.openxmlformats.org/officeDocument/2006/relationships/image" Target="media/x20369.wmf"/><Relationship Id="rId5747" Type="http://schemas.openxmlformats.org/officeDocument/2006/relationships/image" Target="media/x20370.wmf"/><Relationship Id="rId5748" Type="http://schemas.openxmlformats.org/officeDocument/2006/relationships/image" Target="media/x20371.wmf"/><Relationship Id="rId5749" Type="http://schemas.openxmlformats.org/officeDocument/2006/relationships/image" Target="media/x20372.wmf"/><Relationship Id="rId5750" Type="http://schemas.openxmlformats.org/officeDocument/2006/relationships/image" Target="media/x20373.wmf"/><Relationship Id="rId5751" Type="http://schemas.openxmlformats.org/officeDocument/2006/relationships/image" Target="media/x20374.wmf"/><Relationship Id="rId5752" Type="http://schemas.openxmlformats.org/officeDocument/2006/relationships/image" Target="media/x20375.wmf"/><Relationship Id="rId5753" Type="http://schemas.openxmlformats.org/officeDocument/2006/relationships/image" Target="media/x20376.wmf"/><Relationship Id="rId5754" Type="http://schemas.openxmlformats.org/officeDocument/2006/relationships/image" Target="media/x20377.wmf"/><Relationship Id="rId5755" Type="http://schemas.openxmlformats.org/officeDocument/2006/relationships/image" Target="media/x20378.wmf"/><Relationship Id="rId5756" Type="http://schemas.openxmlformats.org/officeDocument/2006/relationships/image" Target="media/x20379.wmf"/><Relationship Id="rId5757" Type="http://schemas.openxmlformats.org/officeDocument/2006/relationships/image" Target="media/x20380.wmf"/><Relationship Id="rId5758" Type="http://schemas.openxmlformats.org/officeDocument/2006/relationships/image" Target="media/x20381.wmf"/><Relationship Id="rId5759" Type="http://schemas.openxmlformats.org/officeDocument/2006/relationships/image" Target="media/x20382.wmf"/><Relationship Id="rId5760" Type="http://schemas.openxmlformats.org/officeDocument/2006/relationships/image" Target="media/x20383.wmf"/><Relationship Id="rId5761" Type="http://schemas.openxmlformats.org/officeDocument/2006/relationships/image" Target="media/x20384.wmf"/><Relationship Id="rId5762" Type="http://schemas.openxmlformats.org/officeDocument/2006/relationships/image" Target="media/x20385.wmf"/><Relationship Id="rId5763" Type="http://schemas.openxmlformats.org/officeDocument/2006/relationships/image" Target="media/x20386.wmf"/><Relationship Id="rId5764" Type="http://schemas.openxmlformats.org/officeDocument/2006/relationships/image" Target="media/x20387.wmf"/><Relationship Id="rId5765" Type="http://schemas.openxmlformats.org/officeDocument/2006/relationships/image" Target="media/x20388.wmf"/><Relationship Id="rId5766" Type="http://schemas.openxmlformats.org/officeDocument/2006/relationships/image" Target="media/x20389.wmf"/><Relationship Id="rId5767" Type="http://schemas.openxmlformats.org/officeDocument/2006/relationships/image" Target="media/x2039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