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北京七年级(上)语文 作文题目合集（2019-2024）</w:t>
      </w:r>
    </w:p>
    <w:p>
      <w:pPr>
        <w:spacing w:before="0" w:after="160"/>
        <w:jc w:val="center"/>
      </w:pPr>
      <w:r>
        <w:rPr>
          <w:rFonts w:ascii="仿宋" w:hAnsi="仿宋" w:eastAsia="仿宋"/>
          <w:b w:val="0"/>
          <w:sz w:val="21"/>
        </w:rPr>
        <w:t>共 111 份试卷 · 章节见 Word 导航窗格（视图→导航窗格）</w:t>
      </w:r>
    </w:p>
    <w:p>
      <w:r>
        <w:fldChar w:fldCharType="begin"/>
        <w:instrText xml:space="preserve">TOC \o "1-3" \h \z \u</w:instrText>
        <w:fldChar w:fldCharType="separate"/>
        <w:t>【目录】右键→更新域，或按 F9 生成页码定位</w:t>
        <w:fldChar w:fldCharType="end"/>
      </w:r>
    </w:p>
    <w:p>
      <w:r>
        <w:br w:type="page"/>
      </w:r>
    </w:p>
    <w:p>
      <w:pPr>
        <w:pStyle w:val="Heading1"/>
      </w:pPr>
      <w:r>
        <w:t>2019-2020学年</w:t>
      </w:r>
    </w:p>
    <w:p>
      <w:pPr>
        <w:pStyle w:val="Heading2"/>
      </w:pPr>
      <w:r>
        <w:t>月考</w:t>
      </w:r>
    </w:p>
    <w:p>
      <w:pPr>
        <w:pStyle w:val="Heading3"/>
      </w:pPr>
      <w:r>
        <w:t>理工大学附中分校（第一次月考）</w:t>
      </w:r>
    </w:p>
    <w:p>
      <w:pPr>
        <w:spacing w:line="336" w:lineRule="auto" w:after="60"/>
      </w:pPr>
      <w:r>
        <w:t>写作（40分）</w:t>
      </w:r>
    </w:p>
    <w:p>
      <w:pPr>
        <w:spacing w:line="336" w:lineRule="auto" w:after="60"/>
      </w:pPr>
      <w:r>
        <w:t>25.作文</w:t>
      </w:r>
    </w:p>
    <w:p>
      <w:pPr>
        <w:spacing w:line="336" w:lineRule="auto" w:after="60"/>
      </w:pPr>
      <w:r>
        <w:t>初中生活的画卷徐徐打开，阅读、交友、运动、畅想、实验……生活中的人、事、景，总能带给我们一份快乐，一丝感动。</w:t>
      </w:r>
    </w:p>
    <w:p>
      <w:pPr>
        <w:spacing w:line="336" w:lineRule="auto" w:after="60"/>
      </w:pPr>
      <w:r>
        <w:t>请以“        带给我快乐”为题，写一篇记叙文。</w:t>
      </w:r>
    </w:p>
    <w:p>
      <w:pPr>
        <w:spacing w:line="336" w:lineRule="auto" w:after="60"/>
      </w:pPr>
      <w:r>
        <w:t>要求：（1）请以初中生活为素材。（2）按要求把题目补充完整。字数600字以上。（3）书写要工整，标点要正确，不写错别字。（4）文中不得出现真实的人名、校名和地名。</w:t>
      </w:r>
    </w:p>
    <w:p>
      <w:pPr>
        <w:pStyle w:val="Heading2"/>
      </w:pPr>
      <w:r>
        <w:t>期中</w:t>
      </w:r>
    </w:p>
    <w:p>
      <w:pPr>
        <w:pStyle w:val="Heading3"/>
      </w:pPr>
      <w:r>
        <w:t>101中学</w:t>
      </w:r>
    </w:p>
    <w:p>
      <w:pPr>
        <w:spacing w:line="336" w:lineRule="auto" w:after="60"/>
      </w:pPr>
      <w:r>
        <w:t>写作（共40 分）</w:t>
      </w:r>
    </w:p>
    <w:p>
      <w:pPr>
        <w:spacing w:line="336" w:lineRule="auto" w:after="60"/>
      </w:pPr>
      <w:r>
        <w:t>20.请以“ 最美”为题目，写一篇记叙文。</w:t>
      </w:r>
    </w:p>
    <w:p>
      <w:pPr>
        <w:spacing w:line="336" w:lineRule="auto" w:after="60"/>
      </w:pPr>
      <w:r>
        <w:t>要求： （1）请将作文题目抄写在答题纸上。（2）字数600字以上。（3）不要出现所在学校的校名或师生姓名。</w:t>
      </w:r>
    </w:p>
    <w:p>
      <w:pPr>
        <w:pStyle w:val="Heading3"/>
      </w:pPr>
      <w:r>
        <w:t>三帆中学</w:t>
      </w:r>
    </w:p>
    <w:p>
      <w:pPr>
        <w:spacing w:line="336" w:lineRule="auto" w:after="60"/>
      </w:pPr>
      <w:r>
        <w:t>作文。（40分）</w:t>
      </w:r>
    </w:p>
    <w:p>
      <w:pPr>
        <w:spacing w:line="336" w:lineRule="auto" w:after="60"/>
      </w:pPr>
      <w:r>
        <w:t>22.题目1：他（她）是这样</w:t>
      </w:r>
    </w:p>
    <w:p>
      <w:pPr>
        <w:spacing w:line="336" w:lineRule="auto" w:after="60"/>
      </w:pPr>
      <w:r>
        <w:t>亲爱的同学，进入新的学习环境，你一定接触了新老师，认识了新朋友。请你将题目补充完整，通过事件表现出他（她）的性格或思想品质，写一篇记叙文。</w:t>
      </w:r>
    </w:p>
    <w:p>
      <w:pPr>
        <w:spacing w:line="336" w:lineRule="auto" w:after="60"/>
      </w:pPr>
      <w:r>
        <w:t>要求：1.内容具体，描写生动。2.书写工整、清晰、易辨认。3.作文中不得出现真实的班级和师生姓名。4.不少于500字。</w:t>
      </w:r>
    </w:p>
    <w:p>
      <w:pPr>
        <w:spacing w:line="336" w:lineRule="auto" w:after="60"/>
      </w:pPr>
      <w:r>
        <w:t>23.作文。</w:t>
      </w:r>
    </w:p>
    <w:p>
      <w:pPr>
        <w:spacing w:line="336" w:lineRule="auto" w:after="60"/>
      </w:pPr>
      <w:r>
        <w:t>一路学来，我们学习了很多优秀的“记”类作品，如《小石潭记》《岳阳楼记》《醉翁亭记》《囚绿记》《游褒禅山记》等；一路成长，我们有许多值得“记”的经历、体验与感受。</w:t>
      </w:r>
    </w:p>
    <w:p>
      <w:pPr>
        <w:spacing w:line="336" w:lineRule="auto" w:after="60"/>
      </w:pPr>
      <w:r>
        <w:t>请以“      记”为题写一篇不少于600字的文章。</w:t>
      </w:r>
    </w:p>
    <w:p>
      <w:pPr>
        <w:spacing w:line="336" w:lineRule="auto" w:after="60"/>
      </w:pPr>
      <w:r>
        <w:t>要求：（1）选择适当的词语填入横线，然后作文：（2）立意自定，文体自选；（3）不得透露与考生相关的个人信息。</w:t>
      </w:r>
    </w:p>
    <w:p>
      <w:pPr>
        <w:pStyle w:val="Heading3"/>
      </w:pPr>
      <w:r>
        <w:t>北京师范大学附属实验中学</w:t>
      </w:r>
    </w:p>
    <w:p>
      <w:pPr>
        <w:spacing w:line="336" w:lineRule="auto" w:after="60"/>
      </w:pPr>
      <w:r>
        <w:t>写作（共40分）请在以下两个题目中任选其一，并按要求完成一篇作文。</w:t>
      </w:r>
    </w:p>
    <w:p>
      <w:pPr>
        <w:spacing w:line="336" w:lineRule="auto" w:after="60"/>
      </w:pPr>
      <w:r>
        <w:t>26.题目</w:t>
      </w:r>
    </w:p>
    <w:p>
      <w:pPr>
        <w:spacing w:line="336" w:lineRule="auto" w:after="60"/>
      </w:pPr>
      <w:r>
        <w:t>秋天是一个美好的季节，没有夏的酷热，没有冬的严寒，有累累的果实，有凌霜的秋菊，有满山的红叶；秋天又是一个引人愁思的季节，秋风萧瑟，落叶飘零，北雁南飞……</w:t>
      </w:r>
    </w:p>
    <w:p>
      <w:pPr>
        <w:spacing w:line="336" w:lineRule="auto" w:after="60"/>
      </w:pPr>
      <w:r>
        <w:t>这学期，我们学了许多描写秋的诗句，也听史铁生讲述了发生在秋天的故事。那么，你对秋天有怎样的感受呢？你记忆中有没有发生在秋天，令人难忘的故事呢？</w:t>
      </w:r>
    </w:p>
    <w:p>
      <w:pPr>
        <w:spacing w:line="336" w:lineRule="auto" w:after="60"/>
      </w:pPr>
      <w:r>
        <w:t>请以“秋天”为题，写一篇作文，围绕一个主题，可以写景，可以叙事，也可以想象，文体不限（诗歌除外）。</w:t>
      </w:r>
    </w:p>
    <w:p>
      <w:pPr>
        <w:spacing w:line="336" w:lineRule="auto" w:after="60"/>
      </w:pPr>
      <w:r>
        <w:t>要求：（1）将题目抄在作文纸第一行</w:t>
      </w:r>
    </w:p>
    <w:p>
      <w:pPr>
        <w:spacing w:line="336" w:lineRule="auto" w:after="60"/>
      </w:pPr>
      <w:r>
        <w:t>（2）字数600-800</w:t>
      </w:r>
    </w:p>
    <w:p>
      <w:pPr>
        <w:spacing w:line="336" w:lineRule="auto" w:after="60"/>
      </w:pPr>
      <w:r>
        <w:t>27.题目：</w:t>
      </w:r>
    </w:p>
    <w:p>
      <w:pPr>
        <w:spacing w:line="336" w:lineRule="auto" w:after="60"/>
      </w:pPr>
      <w:r>
        <w:t>每天，我们都会和不同的人打交道，有的人热情活泼，有的人才华横溢，有的人勤奋踏实……</w:t>
      </w:r>
    </w:p>
    <w:p>
      <w:pPr>
        <w:spacing w:line="336" w:lineRule="auto" w:after="60"/>
      </w:pPr>
      <w:r>
        <w:t>请以“他/她，可真_______”为题，写一篇作文。</w:t>
      </w:r>
    </w:p>
    <w:p>
      <w:pPr>
        <w:spacing w:line="336" w:lineRule="auto" w:after="60"/>
      </w:pPr>
      <w:r>
        <w:t>要求：（1）将题目补充完整，抄在作文纸第一行</w:t>
      </w:r>
    </w:p>
    <w:p>
      <w:pPr>
        <w:spacing w:line="336" w:lineRule="auto" w:after="60"/>
      </w:pPr>
      <w:r>
        <w:t>（2）字数：600-800</w:t>
      </w:r>
    </w:p>
    <w:p>
      <w:pPr>
        <w:spacing w:line="336" w:lineRule="auto" w:after="60"/>
      </w:pPr>
      <w:r>
        <w:t>附加题（共20分）</w:t>
      </w:r>
    </w:p>
    <w:p>
      <w:pPr>
        <w:spacing w:line="336" w:lineRule="auto" w:after="60"/>
      </w:pPr>
      <w:r>
        <w:t>28.古诗词默写</w:t>
      </w:r>
    </w:p>
    <w:p>
      <w:pPr>
        <w:spacing w:line="336" w:lineRule="auto" w:after="60"/>
      </w:pPr>
      <w:r>
        <w:t>（1）峨眉山月半轮秋，____________ 。（李白《峨眉山月歌》）</w:t>
      </w:r>
    </w:p>
    <w:p>
      <w:pPr>
        <w:spacing w:line="336" w:lineRule="auto" w:after="60"/>
      </w:pPr>
      <w:r>
        <w:t>（2）_______________，崔九堂前几度闻。（杜甫《江南逢李龟年》）</w:t>
      </w:r>
    </w:p>
    <w:p>
      <w:pPr>
        <w:spacing w:line="336" w:lineRule="auto" w:after="60"/>
      </w:pPr>
      <w:r>
        <w:t>（3）______________，一夜征人尽望乡。（李益《夜上受降城闻笛》）</w:t>
      </w:r>
    </w:p>
    <w:p>
      <w:pPr>
        <w:spacing w:line="336" w:lineRule="auto" w:after="60"/>
      </w:pPr>
      <w:r>
        <w:t>（4）人生自古谁无死，_______________。（文天祥《过零丁洋》）</w:t>
      </w:r>
    </w:p>
    <w:p>
      <w:pPr>
        <w:spacing w:line="336" w:lineRule="auto" w:after="60"/>
      </w:pPr>
      <w:r>
        <w:t>（5）_______________，帘卷西风，人比黄花瘦。（李清照《醉花阴》）</w:t>
      </w:r>
    </w:p>
    <w:p>
      <w:pPr>
        <w:spacing w:line="336" w:lineRule="auto" w:after="60"/>
      </w:pPr>
      <w:r>
        <w:t>（6）但愿人长久，_______________。（苏轼《水调歌头》）</w:t>
      </w:r>
    </w:p>
    <w:p>
      <w:pPr>
        <w:spacing w:line="336" w:lineRule="auto" w:after="60"/>
      </w:pPr>
      <w:r>
        <w:t>（7）_______________，潦倒新停浊酒杯。（杜甫《登高》）</w:t>
      </w:r>
    </w:p>
    <w:p>
      <w:pPr>
        <w:spacing w:line="336" w:lineRule="auto" w:after="60"/>
      </w:pPr>
      <w:r>
        <w:t>（8）众里寻他千百度，______，那人却在，_________。（辛弃疾《青玉案·元夕》）</w:t>
      </w:r>
    </w:p>
    <w:p>
      <w:pPr>
        <w:spacing w:line="336" w:lineRule="auto" w:after="60"/>
      </w:pPr>
      <w:r>
        <w:t>（9）_______________，浅草才能没马蹄。（白居易《钱塘湖春行》）</w:t>
      </w:r>
    </w:p>
    <w:p>
      <w:pPr>
        <w:spacing w:line="336" w:lineRule="auto" w:after="60"/>
      </w:pPr>
      <w:r>
        <w:t>（10）长恨春归无觅处，_______________。（白居易《大林寺桃花》）</w:t>
      </w:r>
    </w:p>
    <w:p>
      <w:pPr>
        <w:spacing w:line="336" w:lineRule="auto" w:after="60"/>
      </w:pPr>
      <w:r>
        <w:t>（11）_______________，长安不见使人愁。（李白《登金陵凤凰台》）</w:t>
      </w:r>
    </w:p>
    <w:p>
      <w:pPr>
        <w:spacing w:line="336" w:lineRule="auto" w:after="60"/>
      </w:pPr>
      <w:r>
        <w:t>（12）白日放歌须纵酒，_______________。（杜甫《闻官军收河南河北》）</w:t>
      </w:r>
    </w:p>
    <w:p>
      <w:pPr>
        <w:spacing w:line="336" w:lineRule="auto" w:after="60"/>
      </w:pPr>
      <w:r>
        <w:t>（13）露从今夜白，_________________。（杜甫《月夜忆舍弟》）</w:t>
      </w:r>
    </w:p>
    <w:p>
      <w:pPr>
        <w:spacing w:line="336" w:lineRule="auto" w:after="60"/>
      </w:pPr>
      <w:r>
        <w:t>二、课外文言文（共3题，6分）</w:t>
      </w:r>
    </w:p>
    <w:p>
      <w:pPr>
        <w:spacing w:line="336" w:lineRule="auto" w:after="60"/>
      </w:pPr>
      <w:r>
        <w:t>宾客诣①陈太丘宿，太丘使元方、季方炊。客与太丘论议。二人进火②，俱委而窃听。炊忘著箅，饭落釜中。太丘问：“炊何不馏？”元方、季方长跪曰：“大人与客语，乃俱窃听，炊忘著箅③，饭今成糜④。”太丘曰：“尔颇有所识不？”对曰：“仿佛志⑤之。”二子长跪俱说，更相易夺，言无遗失。太丘曰：“如此但糜自可，何必饭也？”</w:t>
      </w:r>
    </w:p>
    <w:p>
      <w:pPr>
        <w:spacing w:line="336" w:lineRule="auto" w:after="60"/>
      </w:pPr>
      <w:r>
        <w:t>——《世说新语·夙惠》</w:t>
      </w:r>
    </w:p>
    <w:p>
      <w:pPr>
        <w:spacing w:line="336" w:lineRule="auto" w:after="60"/>
      </w:pPr>
      <w:r>
        <w:t>注释：①诣：拜访。②进火：烧火。③箅：蒸食物用的竹屉。④糜：粥。⑤志：记住。</w:t>
      </w:r>
    </w:p>
    <w:p>
      <w:pPr>
        <w:spacing w:line="336" w:lineRule="auto" w:after="60"/>
      </w:pPr>
      <w:r>
        <w:t>29. 请解释句中加点字词</w:t>
      </w:r>
    </w:p>
    <w:p>
      <w:pPr>
        <w:spacing w:line="336" w:lineRule="auto" w:after="60"/>
      </w:pPr>
      <w:r>
        <w:t>（1）俱委而窃听</w:t>
      </w:r>
    </w:p>
    <w:p>
      <w:pPr>
        <w:spacing w:line="336" w:lineRule="auto" w:after="60"/>
      </w:pPr>
      <w:r>
        <w:t>（2）尔颇有所识不</w:t>
      </w:r>
    </w:p>
    <w:p>
      <w:pPr>
        <w:spacing w:line="336" w:lineRule="auto" w:after="60"/>
      </w:pPr>
      <w:r>
        <w:t>30. 解释下面句子的含义</w:t>
      </w:r>
    </w:p>
    <w:p>
      <w:pPr>
        <w:spacing w:line="336" w:lineRule="auto" w:after="60"/>
      </w:pPr>
      <w:r>
        <w:t>如此但糜自可，何必饭也？</w:t>
      </w:r>
    </w:p>
    <w:p>
      <w:pPr>
        <w:spacing w:line="336" w:lineRule="auto" w:after="60"/>
      </w:pPr>
      <w:r>
        <w:t>31. 思考：为什么两个孩子会将饭煮成了粥？（用原文回答）</w:t>
      </w:r>
    </w:p>
    <w:p>
      <w:pPr>
        <w:pStyle w:val="Heading3"/>
      </w:pPr>
      <w:r>
        <w:t>宣武外国语实验学校</w:t>
      </w:r>
    </w:p>
    <w:p>
      <w:pPr>
        <w:spacing w:line="336" w:lineRule="auto" w:after="60"/>
      </w:pPr>
      <w:r>
        <w:t>六、作文</w:t>
      </w:r>
    </w:p>
    <w:p>
      <w:pPr>
        <w:spacing w:line="336" w:lineRule="auto" w:after="60"/>
      </w:pPr>
      <w:r>
        <w:t>从下面的两个题中任选一题，写一篇文章。</w:t>
      </w:r>
    </w:p>
    <w:p>
      <w:pPr>
        <w:spacing w:line="336" w:lineRule="auto" w:after="60"/>
      </w:pPr>
      <w:r>
        <w:t>29.题目：    的周末</w:t>
      </w:r>
    </w:p>
    <w:p>
      <w:pPr>
        <w:spacing w:line="336" w:lineRule="auto" w:after="60"/>
      </w:pPr>
      <w:r>
        <w:t>请在横线上加一个限定性的词语，如“我”“妈妈”“愉快”“疯狂”等，构成你的作文题目，写一篇记叙文。</w:t>
      </w:r>
    </w:p>
    <w:p>
      <w:pPr>
        <w:spacing w:line="336" w:lineRule="auto" w:after="60"/>
      </w:pPr>
      <w:r>
        <w:t>要求：（1）请将作文题目写在答题纸上。（2）字数在500-800之间。（3）不要出现所在学校的校名或师生姓名。</w:t>
      </w:r>
    </w:p>
    <w:p>
      <w:pPr>
        <w:spacing w:line="336" w:lineRule="auto" w:after="60"/>
      </w:pPr>
      <w:r>
        <w:t>30.题目：十年后的我</w:t>
      </w:r>
    </w:p>
    <w:p>
      <w:pPr>
        <w:spacing w:line="336" w:lineRule="auto" w:after="60"/>
      </w:pPr>
      <w:r>
        <w:t>要求：请将作文题目写在答题纸上。字数在500—800之间。不要出现所在学校的校名或师生姓名。</w:t>
      </w:r>
    </w:p>
    <w:p>
      <w:pPr>
        <w:pStyle w:val="Heading3"/>
      </w:pPr>
      <w:r>
        <w:t>师范大学附中</w:t>
      </w:r>
    </w:p>
    <w:p>
      <w:pPr>
        <w:spacing w:line="336" w:lineRule="auto" w:after="60"/>
      </w:pPr>
      <w:r>
        <w:t>五、作文</w:t>
      </w:r>
    </w:p>
    <w:p>
      <w:pPr>
        <w:spacing w:line="336" w:lineRule="auto" w:after="60"/>
      </w:pPr>
      <w:r>
        <w:t>从下面两个题目中任选一题，写一篇文章。</w:t>
      </w:r>
    </w:p>
    <w:p>
      <w:pPr>
        <w:spacing w:line="336" w:lineRule="auto" w:after="60"/>
      </w:pPr>
      <w:r>
        <w:t>19.半命题作文</w:t>
      </w:r>
    </w:p>
    <w:p>
      <w:pPr>
        <w:spacing w:line="336" w:lineRule="auto" w:after="60"/>
      </w:pPr>
      <w:r>
        <w:t>不知不觉，同学们进入师大附中已经两个多月了，在这段时间里，你们一定学会了许多，成长了许多……</w:t>
      </w:r>
    </w:p>
    <w:p>
      <w:pPr>
        <w:spacing w:line="336" w:lineRule="auto" w:after="60"/>
      </w:pPr>
      <w:r>
        <w:t>请将“我学会了         ”补充完整，构成你的作文题目，写一篇文章。</w:t>
      </w:r>
    </w:p>
    <w:p>
      <w:pPr>
        <w:spacing w:line="336" w:lineRule="auto" w:after="60"/>
      </w:pPr>
      <w:r>
        <w:t>要求：（1）请将作文题目抄写在作文纸上。（2）不少于600字。（3）作文内容积极向上。（4）作文中不要出现真实的班级和师生姓名。</w:t>
      </w:r>
    </w:p>
    <w:p>
      <w:pPr>
        <w:spacing w:line="336" w:lineRule="auto" w:after="60"/>
      </w:pPr>
      <w:r>
        <w:t>20.命题作文</w:t>
      </w:r>
    </w:p>
    <w:p>
      <w:pPr>
        <w:spacing w:line="336" w:lineRule="auto" w:after="60"/>
      </w:pPr>
      <w:r>
        <w:t>请以“奇妙的旅行”为题，发挥想象，写一篇故事。</w:t>
      </w:r>
    </w:p>
    <w:p>
      <w:pPr>
        <w:spacing w:line="336" w:lineRule="auto" w:after="60"/>
      </w:pPr>
      <w:r>
        <w:t>要求：（1）请将作文题目抄写在作文纸上。（2）不少于600字。（3）作文内容积极向上。（4）作文中不要出现真实的班级和师生姓名。</w:t>
      </w:r>
    </w:p>
    <w:p>
      <w:pPr>
        <w:pStyle w:val="Heading3"/>
      </w:pPr>
      <w:r>
        <w:t>教育学院附中</w:t>
      </w:r>
    </w:p>
    <w:p>
      <w:pPr>
        <w:spacing w:line="336" w:lineRule="auto" w:after="60"/>
      </w:pPr>
      <w:r>
        <w:t>作文（共40分）</w:t>
      </w:r>
    </w:p>
    <w:p>
      <w:pPr>
        <w:spacing w:line="336" w:lineRule="auto" w:after="60"/>
      </w:pPr>
      <w:r>
        <w:t>从下面两个题目中任选一题，写一篇文章。</w:t>
      </w:r>
    </w:p>
    <w:p>
      <w:pPr>
        <w:spacing w:line="336" w:lineRule="auto" w:after="60"/>
      </w:pPr>
      <w:r>
        <w:t>20. 题目一：</w:t>
      </w:r>
    </w:p>
    <w:p>
      <w:pPr>
        <w:spacing w:line="336" w:lineRule="auto" w:after="60"/>
      </w:pPr>
      <w:r>
        <w:t>进入中学以来，你一定亲身经历了许多事，有了很多新的收获。在新的环境中，你得到过同学或老师的帮助，收获了感动；在班级里你作为班委、课代表、组长为同学们服务，收获了责任；有运动场上你代表班级参赛，收获了拼搏；在学习上你克服重重困难，收获了喜悦；在“十一”假期中你为父母做美餐，收获了幸福……</w:t>
      </w:r>
    </w:p>
    <w:p>
      <w:pPr>
        <w:spacing w:line="336" w:lineRule="auto" w:after="60"/>
      </w:pPr>
      <w:r>
        <w:t>请以“上中学了，我收获了           ”为题，写一篇不少于600字的记叙文。</w:t>
      </w:r>
    </w:p>
    <w:p>
      <w:pPr>
        <w:spacing w:line="336" w:lineRule="auto" w:after="60"/>
      </w:pPr>
      <w:r>
        <w:t>要求：（1）请将题目补充完整后写在作文纸第一行的恰当位置。（2）字迹工整，卷面整洁。（3）文中不要出现你所在学校、班级的师生的真实姓名。</w:t>
      </w:r>
    </w:p>
    <w:p>
      <w:pPr>
        <w:spacing w:line="336" w:lineRule="auto" w:after="60"/>
      </w:pPr>
      <w:r>
        <w:t>21.题目二：</w:t>
      </w:r>
    </w:p>
    <w:p>
      <w:pPr>
        <w:spacing w:line="336" w:lineRule="auto" w:after="60"/>
      </w:pPr>
      <w:r>
        <w:t>一花独放不是春，百花齐放春满园。理想的花园，不该只有一种色彩；理想的世界，应该容纳万物共生。</w:t>
      </w:r>
    </w:p>
    <w:p>
      <w:pPr>
        <w:spacing w:line="336" w:lineRule="auto" w:after="60"/>
      </w:pPr>
      <w:r>
        <w:t>请以“多彩的世界”为题目，以“很多年后的某一天”为开头，展开想象，写一篇文章。</w:t>
      </w:r>
    </w:p>
    <w:p>
      <w:pPr>
        <w:spacing w:line="336" w:lineRule="auto" w:after="60"/>
      </w:pPr>
      <w:r>
        <w:t>要求：（1）请将题目补充完整后写在作文纸第一行的恰当位置。（2）字迹工整，卷面整洁。（3）文中不要出现你所在学校、班级的师生的真实姓名。</w:t>
      </w:r>
    </w:p>
    <w:p>
      <w:pPr>
        <w:pStyle w:val="Heading3"/>
      </w:pPr>
      <w:r>
        <w:t>昌平区新学道临川学校</w:t>
      </w:r>
    </w:p>
    <w:p>
      <w:pPr>
        <w:spacing w:line="336" w:lineRule="auto" w:after="60"/>
      </w:pPr>
      <w:r>
        <w:t>作文（40分）</w:t>
      </w:r>
    </w:p>
    <w:p>
      <w:pPr>
        <w:spacing w:line="336" w:lineRule="auto" w:after="60"/>
      </w:pPr>
      <w:r>
        <w:t>25.生活常常会出人意料，或喜或悲，或酸或甜，但也许这就是生活吧。请你以“那一次，我真_____”为题，写一篇记叙文，要求补全题目再作文。</w:t>
      </w:r>
    </w:p>
    <w:p>
      <w:pPr>
        <w:spacing w:line="336" w:lineRule="auto" w:after="60"/>
      </w:pPr>
      <w:r>
        <w:t>要求：①结合自身体验，力求真情实感。</w:t>
      </w:r>
    </w:p>
    <w:p>
      <w:pPr>
        <w:spacing w:line="336" w:lineRule="auto" w:after="60"/>
      </w:pPr>
      <w:r>
        <w:t>②不低于500字。</w:t>
      </w:r>
    </w:p>
    <w:p>
      <w:pPr>
        <w:spacing w:line="336" w:lineRule="auto" w:after="60"/>
      </w:pPr>
      <w:r>
        <w:t>③文中不得出现真实的姓名和班级等信息。</w:t>
      </w:r>
    </w:p>
    <w:p>
      <w:pPr>
        <w:spacing w:line="336" w:lineRule="auto" w:after="60"/>
      </w:pPr>
      <w:r>
        <w:t>26.根据要求作文</w:t>
      </w:r>
    </w:p>
    <w:p>
      <w:pPr>
        <w:spacing w:line="336" w:lineRule="auto" w:after="60"/>
      </w:pPr>
      <w:r>
        <w:t>你有自己的偶像吗？是曹操、关羽、李白那样的古代人物，还是毛泽东、鲁迅、钱学森这样的现代名人？是现实生活中的歌星、影星、球星，还是文学影视形象孙悟空、哈利波特、蜘蛛侠？</w:t>
      </w:r>
    </w:p>
    <w:p>
      <w:pPr>
        <w:spacing w:line="336" w:lineRule="auto" w:after="60"/>
      </w:pPr>
      <w:r>
        <w:t>试围绕“我的偶像”这个话题，自拟题目，完成一篇以写人为主的记叙文。</w:t>
      </w:r>
    </w:p>
    <w:p>
      <w:pPr>
        <w:spacing w:line="336" w:lineRule="auto" w:after="60"/>
      </w:pPr>
      <w:r>
        <w:t>要求：①结合自身体验，力求真情实感。</w:t>
      </w:r>
    </w:p>
    <w:p>
      <w:pPr>
        <w:spacing w:line="336" w:lineRule="auto" w:after="60"/>
      </w:pPr>
      <w:r>
        <w:t>②不低于500字。</w:t>
      </w:r>
    </w:p>
    <w:p>
      <w:pPr>
        <w:spacing w:line="336" w:lineRule="auto" w:after="60"/>
      </w:pPr>
      <w:r>
        <w:t>③文中不得出现真实的姓名和班级等信息。</w:t>
      </w:r>
    </w:p>
    <w:p>
      <w:pPr>
        <w:pStyle w:val="Heading3"/>
      </w:pPr>
      <w:r>
        <w:t>海淀区中关村中学</w:t>
      </w:r>
    </w:p>
    <w:p>
      <w:pPr>
        <w:spacing w:line="336" w:lineRule="auto" w:after="60"/>
      </w:pPr>
      <w:r>
        <w:t>五、写作</w:t>
      </w:r>
    </w:p>
    <w:p>
      <w:pPr>
        <w:spacing w:line="336" w:lineRule="auto" w:after="60"/>
      </w:pPr>
      <w:r>
        <w:t>从下面两个题目中任选一题，按要求写作。</w:t>
      </w:r>
    </w:p>
    <w:p>
      <w:pPr>
        <w:spacing w:line="336" w:lineRule="auto" w:after="60"/>
      </w:pPr>
      <w:r>
        <w:t>19. 升入中学，面对陌生的校园环境，陌生的老师和同学，不少同学都有过不安和恐惧。这时，是敏锐细致的父母引导了你，还是和蔼可亲的老师帮助了你，亦或是活泼可爱的同学温暖了你？请以“你如阳光温暖我心”为题写一篇文章。</w:t>
      </w:r>
    </w:p>
    <w:p>
      <w:pPr>
        <w:spacing w:line="336" w:lineRule="auto" w:after="60"/>
      </w:pPr>
      <w:r>
        <w:t>要求：⑴请将作文题目抄写在答题纸上；⑵ 除诗歌外文体不限；⑶ 不少于600字。</w:t>
      </w:r>
    </w:p>
    <w:p>
      <w:pPr>
        <w:spacing w:line="336" w:lineRule="auto" w:after="60"/>
      </w:pPr>
      <w:r>
        <w:t>20. 观察右图，展开联想和想象，或发表自己的见解，或构想一个故事，题目自拟。</w:t>
      </w:r>
    </w:p>
    <w:p>
      <w:pPr>
        <w:spacing w:line="336" w:lineRule="auto" w:after="60"/>
      </w:pPr>
      <w:r>
        <w:t>要求：⑴请将作文题目抄写答题纸上；⑵ 除诗歌外文体不限；⑶ 不少于600字。</w:t>
      </w:r>
    </w:p>
    <w:p>
      <w:pPr>
        <w:pStyle w:val="Heading3"/>
      </w:pPr>
      <w:r>
        <w:t>石景山区景山学校</w:t>
      </w:r>
    </w:p>
    <w:p>
      <w:pPr>
        <w:spacing w:line="336" w:lineRule="auto" w:after="60"/>
      </w:pPr>
      <w:r>
        <w:t>写作（40分）</w:t>
      </w:r>
    </w:p>
    <w:p>
      <w:pPr>
        <w:spacing w:line="336" w:lineRule="auto" w:after="60"/>
      </w:pPr>
      <w:r>
        <w:t>22.阅读下面的文字，按要求作文。</w:t>
      </w:r>
    </w:p>
    <w:p>
      <w:pPr>
        <w:spacing w:line="336" w:lineRule="auto" w:after="60"/>
      </w:pPr>
      <w:r>
        <w:t>生活是丰富多彩的，幸福常常伴随着我们。当父母用慈爱的伞为你撑起一方晴空时，你会感到“有家真好”；当同学用贴心的话安抚你孤独的心境时，你会感到“有朋友真好”；当欢歌笑语飞出课堂洒在山间野外时，你会感到“有这样的活动真好”；当知识帮你打开智慧的大门时，你会感到“有书真好”；当理想为你插上腾飞的翅膀时，你会感到“有梦真好……</w:t>
      </w:r>
    </w:p>
    <w:p>
      <w:pPr>
        <w:spacing w:line="336" w:lineRule="auto" w:after="60"/>
      </w:pPr>
      <w:r>
        <w:t>请以“有          真好”为题，写一篇不少于600字的记叙文。</w:t>
      </w:r>
    </w:p>
    <w:p>
      <w:pPr>
        <w:spacing w:line="336" w:lineRule="auto" w:after="60"/>
      </w:pPr>
      <w:r>
        <w:t>要求：①请将题目补充完整。②文中不得出现真实的人名、校名、地名。</w:t>
      </w:r>
    </w:p>
    <w:p>
      <w:pPr>
        <w:pStyle w:val="Heading3"/>
      </w:pPr>
      <w:r>
        <w:t>第一五九中学</w:t>
      </w:r>
    </w:p>
    <w:p>
      <w:pPr>
        <w:spacing w:line="336" w:lineRule="auto" w:after="60"/>
      </w:pPr>
      <w:r>
        <w:t>五、写作</w:t>
      </w:r>
    </w:p>
    <w:p>
      <w:pPr>
        <w:spacing w:line="336" w:lineRule="auto" w:after="60"/>
      </w:pPr>
      <w:r>
        <w:t>16.以《那一次，我真        》为题，先将题目补充完整，然后写一篇以记事为主的作文。不少于600字。</w:t>
      </w:r>
    </w:p>
    <w:p>
      <w:pPr>
        <w:spacing w:line="336" w:lineRule="auto" w:after="60"/>
      </w:pPr>
      <w:r>
        <w:t>要求：（1）请将作文题目抄写在答题卡上。（2）字数在600左右。（3）不要出现所在学校的校名或师生姓名。</w:t>
      </w:r>
    </w:p>
    <w:p>
      <w:pPr>
        <w:pStyle w:val="Heading3"/>
      </w:pPr>
      <w:r>
        <w:t>第三中学（初中部）</w:t>
      </w:r>
    </w:p>
    <w:p>
      <w:pPr>
        <w:spacing w:line="336" w:lineRule="auto" w:after="60"/>
      </w:pPr>
      <w:r>
        <w:t>作文（40分）</w:t>
      </w:r>
    </w:p>
    <w:p>
      <w:pPr>
        <w:spacing w:line="336" w:lineRule="auto" w:after="60"/>
      </w:pPr>
      <w:r>
        <w:t>24. 题目：“最打动人心的一道风景”写一篇文章，文体不限（诗歌除外）。</w:t>
      </w:r>
    </w:p>
    <w:p>
      <w:pPr>
        <w:spacing w:line="336" w:lineRule="auto" w:after="60"/>
      </w:pPr>
      <w:r>
        <w:t>要求：（1）请将作文题目抄写在答题卡上。（2）字数在500字—800字之间。（3）不要出现所在学校的校名或师生姓名。</w:t>
      </w:r>
    </w:p>
    <w:p>
      <w:pPr>
        <w:pStyle w:val="Heading3"/>
      </w:pPr>
      <w:r>
        <w:t>第三十九中学</w:t>
      </w:r>
    </w:p>
    <w:p>
      <w:pPr>
        <w:spacing w:line="336" w:lineRule="auto" w:after="60"/>
      </w:pPr>
      <w:r>
        <w:t>作文（40分）</w:t>
      </w:r>
    </w:p>
    <w:p>
      <w:pPr>
        <w:spacing w:line="336" w:lineRule="auto" w:after="60"/>
      </w:pPr>
      <w:r>
        <w:t>22. 以“我终于__________”为题，写一篇不少于600字的记叙文。</w:t>
      </w:r>
    </w:p>
    <w:p>
      <w:pPr>
        <w:spacing w:line="336" w:lineRule="auto" w:after="60"/>
      </w:pPr>
      <w:r>
        <w:t>（1）要求取材真实，感情真挚。</w:t>
      </w:r>
    </w:p>
    <w:p>
      <w:pPr>
        <w:spacing w:line="336" w:lineRule="auto" w:after="60"/>
      </w:pPr>
      <w:r>
        <w:t>（2）叙事充实，中心明确；认真研究如何立意后，进行写作。</w:t>
      </w:r>
    </w:p>
    <w:p>
      <w:pPr>
        <w:spacing w:line="336" w:lineRule="auto" w:after="60"/>
      </w:pPr>
      <w:r>
        <w:t>（3）作文中不得出现作者真实的姓名和真实的学校名。</w:t>
      </w:r>
    </w:p>
    <w:p>
      <w:pPr>
        <w:pStyle w:val="Heading3"/>
      </w:pPr>
      <w:r>
        <w:t>第五十六中学</w:t>
      </w:r>
    </w:p>
    <w:p>
      <w:pPr>
        <w:spacing w:line="336" w:lineRule="auto" w:after="60"/>
      </w:pPr>
      <w:r>
        <w:t>作文（40分）从下面两个题目中任选一题，写一篇文章。</w:t>
      </w:r>
    </w:p>
    <w:p>
      <w:pPr>
        <w:spacing w:line="336" w:lineRule="auto" w:after="60"/>
      </w:pPr>
      <w:r>
        <w:t>20.题目一：鲁迅在《百草园到三味书屋》里说百草园是他的乐园，为我们详尽描绘了种种趣事，你是否也有属于你自己的乐园呢？里面有怎样的趣事？请你以“我心中的乐园”为题，写一篇记叙文。</w:t>
      </w:r>
    </w:p>
    <w:p>
      <w:pPr>
        <w:spacing w:line="336" w:lineRule="auto" w:after="60"/>
      </w:pPr>
      <w:r>
        <w:t>要求：（1）字数不少于600字。（2）不要出现所在学校的校名或师生姓名。</w:t>
      </w:r>
    </w:p>
    <w:p>
      <w:pPr>
        <w:spacing w:line="336" w:lineRule="auto" w:after="60"/>
      </w:pPr>
      <w:r>
        <w:t>21.题目二：进入初中已经2个多月了。有些人给你启发，给你激励；有些事让你感动，促你奋进……请以“让我         的事”为题，写一篇记叙文。</w:t>
      </w:r>
    </w:p>
    <w:p>
      <w:pPr>
        <w:spacing w:line="336" w:lineRule="auto" w:after="60"/>
      </w:pPr>
      <w:r>
        <w:t>要求：（1）请将作文题目补充完整，抄写在作文纸上。（2）字数不少于600字。（3）不要出现所在学校校名或师生姓名。</w:t>
      </w:r>
    </w:p>
    <w:p>
      <w:pPr>
        <w:pStyle w:val="Heading3"/>
      </w:pPr>
      <w:r>
        <w:t>第六十六中学</w:t>
      </w:r>
    </w:p>
    <w:p>
      <w:pPr>
        <w:spacing w:line="336" w:lineRule="auto" w:after="60"/>
      </w:pPr>
      <w:r>
        <w:t>写作（共40分）从下面两个题目中任选一题，写一篇文章。</w:t>
      </w:r>
    </w:p>
    <w:p>
      <w:pPr>
        <w:spacing w:line="336" w:lineRule="auto" w:after="60"/>
      </w:pPr>
      <w:r>
        <w:t>24.题目一：</w:t>
      </w:r>
    </w:p>
    <w:p>
      <w:pPr>
        <w:spacing w:line="336" w:lineRule="auto" w:after="60"/>
      </w:pPr>
      <w:r>
        <w:t>进入初中已经半个学期了。有些人给你启发，给你激励；有些人给你勇气，促你奋进……请将“让我       的人”补充完整，作为题目，写一篇不少于600字的记叙文。</w:t>
      </w:r>
    </w:p>
    <w:p>
      <w:pPr>
        <w:spacing w:line="336" w:lineRule="auto" w:after="60"/>
      </w:pPr>
      <w:r>
        <w:t>要求：（1）请将作文题目抄写在作文纸上。</w:t>
      </w:r>
    </w:p>
    <w:p>
      <w:pPr>
        <w:spacing w:line="336" w:lineRule="auto" w:after="60"/>
      </w:pPr>
      <w:r>
        <w:t>（2）不少于600字。</w:t>
      </w:r>
    </w:p>
    <w:p>
      <w:pPr>
        <w:spacing w:line="336" w:lineRule="auto" w:after="60"/>
      </w:pPr>
      <w:r>
        <w:t>（3）不要出现所在学校的校名或师生姓名。</w:t>
      </w:r>
    </w:p>
    <w:p>
      <w:pPr>
        <w:spacing w:line="336" w:lineRule="auto" w:after="60"/>
      </w:pPr>
      <w:r>
        <w:t>25.题目二：</w:t>
      </w:r>
    </w:p>
    <w:p>
      <w:pPr>
        <w:spacing w:line="336" w:lineRule="auto" w:after="60"/>
      </w:pPr>
      <w:r>
        <w:t>学习知识，发展爱好，投身实践，游览山水……沉浸其中，可能会使你忘忧怡情、无比畅快，可能会使你刻骨铭心、终身难忘，可能会使你乐此不疲、欲罢不能……</w:t>
      </w:r>
    </w:p>
    <w:p>
      <w:pPr>
        <w:spacing w:line="336" w:lineRule="auto" w:after="60"/>
      </w:pPr>
      <w:r>
        <w:t>请你以“陶醉”为题，写一篇记叙文。</w:t>
      </w:r>
    </w:p>
    <w:p>
      <w:pPr>
        <w:spacing w:line="336" w:lineRule="auto" w:after="60"/>
      </w:pPr>
      <w:r>
        <w:t>要求：（1）请将作文题目抄写在作文纸上。</w:t>
      </w:r>
    </w:p>
    <w:p>
      <w:pPr>
        <w:spacing w:line="336" w:lineRule="auto" w:after="60"/>
      </w:pPr>
      <w:r>
        <w:t>（2）不少于600字。</w:t>
      </w:r>
    </w:p>
    <w:p>
      <w:pPr>
        <w:spacing w:line="336" w:lineRule="auto" w:after="60"/>
      </w:pPr>
      <w:r>
        <w:t>（3）不要出现所在学校校名或师生姓名。</w:t>
      </w:r>
    </w:p>
    <w:p>
      <w:pPr>
        <w:pStyle w:val="Heading3"/>
      </w:pPr>
      <w:r>
        <w:t>第十三中学</w:t>
      </w:r>
    </w:p>
    <w:p>
      <w:pPr>
        <w:spacing w:line="336" w:lineRule="auto" w:after="60"/>
      </w:pPr>
      <w:r>
        <w:t>作文（40分）</w:t>
      </w:r>
    </w:p>
    <w:p>
      <w:pPr>
        <w:spacing w:line="336" w:lineRule="auto" w:after="60"/>
      </w:pPr>
      <w:r>
        <w:t>21. 题目：           的周末</w:t>
      </w:r>
    </w:p>
    <w:p>
      <w:pPr>
        <w:spacing w:line="336" w:lineRule="auto" w:after="60"/>
      </w:pPr>
      <w:r>
        <w:t>请在横线上加一个限定性的词语，如“我”“妈妈”“愉快”“疯狂”等，构成你的作文题目，写一篇记叙文。</w:t>
      </w:r>
    </w:p>
    <w:p>
      <w:pPr>
        <w:spacing w:line="336" w:lineRule="auto" w:after="60"/>
      </w:pPr>
      <w:r>
        <w:t>要求：（1）字迹工整，不能使用涂改工具！（2）补全题目，并把题目抄在作文纸上。（3）内容具体，不要出现真实的班级与姓名。</w:t>
      </w:r>
    </w:p>
    <w:p>
      <w:pPr>
        <w:pStyle w:val="Heading3"/>
      </w:pPr>
      <w:r>
        <w:t>第十五中学</w:t>
      </w:r>
    </w:p>
    <w:p>
      <w:pPr>
        <w:spacing w:line="336" w:lineRule="auto" w:after="60"/>
      </w:pPr>
      <w:r>
        <w:t>五、作文</w:t>
      </w:r>
    </w:p>
    <w:p>
      <w:pPr>
        <w:spacing w:line="336" w:lineRule="auto" w:after="60"/>
      </w:pPr>
      <w:r>
        <w:t>从下面两个题目中任选一题，写一篇文章。</w:t>
      </w:r>
    </w:p>
    <w:p>
      <w:pPr>
        <w:spacing w:line="336" w:lineRule="auto" w:after="60"/>
      </w:pPr>
      <w:r>
        <w:t>21.请以“其乐无穷”为题写一篇记叙文。</w:t>
      </w:r>
    </w:p>
    <w:p>
      <w:pPr>
        <w:spacing w:line="336" w:lineRule="auto" w:after="60"/>
      </w:pPr>
      <w:r>
        <w:t>要求：（1）请将作文题目上抄写在答题卡上。（2）应表达升入初中后对人、对事的体会和独特感悟。（3）字数不少于500字，不要出现具体班级名称及师生姓名。</w:t>
      </w:r>
    </w:p>
    <w:p>
      <w:pPr>
        <w:spacing w:line="336" w:lineRule="auto" w:after="60"/>
      </w:pPr>
      <w:r>
        <w:t>22.在生活中，总有一些本领大、实力强的人，这种人我们往往称其为“牛人”。有的“牛人”体力超群，有的“牛人”记忆力超棒，有的“牛人”心灵手巧，有的“牛人”乐感极佳……请以“牛人    ”为题，写一篇记叙文。</w:t>
      </w:r>
    </w:p>
    <w:p>
      <w:pPr>
        <w:spacing w:line="336" w:lineRule="auto" w:after="60"/>
      </w:pPr>
      <w:r>
        <w:t>要求：（1）请先将题目补充完整，再将作文题目抄写在答题卡上。（2）应选取升入初中以后的材料。（3）字数不少于500字，不要出现具体班级名称及师生姓名。</w:t>
      </w:r>
    </w:p>
    <w:p>
      <w:pPr>
        <w:pStyle w:val="Heading3"/>
      </w:pPr>
      <w:r>
        <w:t>第十四中学</w:t>
      </w:r>
    </w:p>
    <w:p>
      <w:pPr>
        <w:spacing w:line="336" w:lineRule="auto" w:after="60"/>
      </w:pPr>
      <w:r>
        <w:t>七、写作</w:t>
      </w:r>
    </w:p>
    <w:p>
      <w:pPr>
        <w:spacing w:line="336" w:lineRule="auto" w:after="60"/>
      </w:pPr>
      <w:r>
        <w:t>23.请以“这人很特别” 为题，写一篇不少于600字的记叙文。</w:t>
      </w:r>
    </w:p>
    <w:p>
      <w:pPr>
        <w:spacing w:line="336" w:lineRule="auto" w:after="60"/>
      </w:pPr>
      <w:r>
        <w:t>要求:（1）将题目抄写在答题卡上。（2）叙事具体，注意详略。（3）中心明确，情感真实。（4）不限文体（诗歌除外）。（5）字数在600左右。（6）不要出现学校名和师生姓名。</w:t>
      </w:r>
    </w:p>
    <w:p>
      <w:pPr>
        <w:pStyle w:val="Heading3"/>
      </w:pPr>
      <w:r>
        <w:t>第四中学</w:t>
      </w:r>
    </w:p>
    <w:p>
      <w:pPr>
        <w:spacing w:line="336" w:lineRule="auto" w:after="60"/>
      </w:pPr>
      <w:r>
        <w:t>五、写作</w:t>
      </w:r>
    </w:p>
    <w:p>
      <w:pPr>
        <w:spacing w:line="336" w:lineRule="auto" w:after="60"/>
      </w:pPr>
      <w:r>
        <w:t>22.阅读材料，按要求作文。</w:t>
      </w:r>
    </w:p>
    <w:p>
      <w:pPr>
        <w:spacing w:line="336" w:lineRule="auto" w:after="60"/>
      </w:pPr>
      <w:r>
        <w:t>暖，是傍晚时的一片彩霞，是险峰上的一处风景，是峭壁上的一朵小花；暖，是每天桌上热腾腾的饭菜，是出门前母亲的目光与叮咛，是失意时家人温暖的怀抱；暖，是跑道上跌倒时伸出的那只手，是夜晚楼道上的那盏灯……</w:t>
      </w:r>
    </w:p>
    <w:p>
      <w:pPr>
        <w:spacing w:line="336" w:lineRule="auto" w:after="60"/>
      </w:pPr>
      <w:r>
        <w:t>请以“暖”为题目写一篇文章，文体不限（诗歌除外），不少于600字。</w:t>
      </w:r>
    </w:p>
    <w:p>
      <w:pPr>
        <w:pStyle w:val="Heading3"/>
      </w:pPr>
      <w:r>
        <w:t>第四十三中学</w:t>
      </w:r>
    </w:p>
    <w:p>
      <w:pPr>
        <w:spacing w:line="336" w:lineRule="auto" w:after="60"/>
      </w:pPr>
      <w:r>
        <w:t>写作（共40分）从下面两个题目中任选一题，写一篇文章。</w:t>
      </w:r>
    </w:p>
    <w:p>
      <w:pPr>
        <w:spacing w:line="336" w:lineRule="auto" w:after="60"/>
      </w:pPr>
      <w:r>
        <w:t>21.题目一：</w:t>
      </w:r>
    </w:p>
    <w:p>
      <w:pPr>
        <w:spacing w:line="336" w:lineRule="auto" w:after="60"/>
      </w:pPr>
      <w:r>
        <w:t>积极参与学校、班级组织的语文实践活动，增长知识，开阔视野，真好；邀三五好友，骑上单车，到郊野骑游，真好；静下心来品茗读书，与作者进行心灵的沟通，真好；在家里和亲人聊天畅谈，那份温馨甜蜜，真好……</w:t>
      </w:r>
    </w:p>
    <w:p>
      <w:pPr>
        <w:spacing w:line="336" w:lineRule="auto" w:after="60"/>
      </w:pPr>
      <w:r>
        <w:t>请结合你的生活实际，补充题目，以“               ，真好”为题写一篇文章。</w:t>
      </w:r>
    </w:p>
    <w:p>
      <w:pPr>
        <w:spacing w:line="336" w:lineRule="auto" w:after="60"/>
      </w:pPr>
      <w:r>
        <w:t>要求：（1）请将作文题目抄写在答题纸上。（2）不限文体（诗歌除外），字数在600字以上。（3）不要出现所在学校校名或师生姓名。</w:t>
      </w:r>
    </w:p>
    <w:p>
      <w:pPr>
        <w:spacing w:line="336" w:lineRule="auto" w:after="60"/>
      </w:pPr>
      <w:r>
        <w:t>22.题目二：</w:t>
      </w:r>
    </w:p>
    <w:p>
      <w:pPr>
        <w:spacing w:line="336" w:lineRule="auto" w:after="60"/>
      </w:pPr>
      <w:r>
        <w:t>在你的成长经历中有无数人给你温暖、幸福、快乐……怀着一颗感恩的心，回忆起这其中的点点滴滴，你的心里一定充满了感激。你最想感谢的人是谁？</w:t>
      </w:r>
    </w:p>
    <w:p>
      <w:pPr>
        <w:spacing w:line="336" w:lineRule="auto" w:after="60"/>
      </w:pPr>
      <w:r>
        <w:t>请你以“一个我最要感谢的人” 为题，写一篇文章。</w:t>
      </w:r>
    </w:p>
    <w:p>
      <w:pPr>
        <w:spacing w:line="336" w:lineRule="auto" w:after="60"/>
      </w:pPr>
      <w:r>
        <w:t>要求：（1）请将作文题目抄写在答题纸上。（2）不限文体（诗歌除外），字数在600字以上。（3）不要出现所在学校的校名或师生姓名。</w:t>
      </w:r>
    </w:p>
    <w:p>
      <w:pPr>
        <w:pStyle w:val="Heading3"/>
      </w:pPr>
      <w:r>
        <w:t>第四十四中学</w:t>
      </w:r>
    </w:p>
    <w:p>
      <w:pPr>
        <w:spacing w:line="336" w:lineRule="auto" w:after="60"/>
      </w:pPr>
      <w:r>
        <w:t>六、作文</w:t>
      </w:r>
    </w:p>
    <w:p>
      <w:pPr>
        <w:spacing w:line="336" w:lineRule="auto" w:after="60"/>
      </w:pPr>
      <w:r>
        <w:t>22. 命题作文</w:t>
      </w:r>
    </w:p>
    <w:p>
      <w:pPr>
        <w:spacing w:line="336" w:lineRule="auto" w:after="60"/>
      </w:pPr>
      <w:r>
        <w:t>同学们，农历九月初九日的重阳佳节历来有登高的习俗。登高可以理解为登上某一座高山，也可以理解为攀登上某一个人生的高峰，你有过类似的登高经历吗？</w:t>
      </w:r>
    </w:p>
    <w:p>
      <w:pPr>
        <w:spacing w:line="336" w:lineRule="auto" w:after="60"/>
      </w:pPr>
      <w:r>
        <w:t>请以“登高”为题写一篇记叙文。</w:t>
      </w:r>
    </w:p>
    <w:p>
      <w:pPr>
        <w:spacing w:line="336" w:lineRule="auto" w:after="60"/>
      </w:pPr>
      <w:r>
        <w:t>要求：1.字数600字以上。2.书写工整。文中不要出现真实的班级姓名。</w:t>
      </w:r>
    </w:p>
    <w:p>
      <w:pPr>
        <w:pStyle w:val="Heading3"/>
      </w:pPr>
      <w:r>
        <w:t>西城外国语学校</w:t>
      </w:r>
    </w:p>
    <w:p>
      <w:pPr>
        <w:spacing w:line="336" w:lineRule="auto" w:after="60"/>
      </w:pPr>
      <w:r>
        <w:t>作文（40分）</w:t>
      </w:r>
    </w:p>
    <w:p>
      <w:pPr>
        <w:spacing w:line="336" w:lineRule="auto" w:after="60"/>
      </w:pPr>
      <w:r>
        <w:t>19.根据要求作文。</w:t>
      </w:r>
    </w:p>
    <w:p>
      <w:pPr>
        <w:spacing w:line="336" w:lineRule="auto" w:after="60"/>
      </w:pPr>
      <w:r>
        <w:t>清晨，母亲在厨房里忙碌地做着早餐。那一幕，母亲浓浓的爱意深深地触动了我们的心。接力赛场上，同学们奋力传递着接力棒。那一幕，同学们团结协作的精神深深地触动了我们的心。生活中，一定还有那样的一幕幕，包含着爱、理解、拼搏、信念……深深地触动着你的心。</w:t>
      </w:r>
    </w:p>
    <w:p>
      <w:pPr>
        <w:spacing w:line="336" w:lineRule="auto" w:after="60"/>
      </w:pPr>
      <w:r>
        <w:t>请以“那一幕触动我心”为题，写一篇文章。将题目写在作文纸第一行中间位置。字数不少于500字。</w:t>
      </w:r>
    </w:p>
    <w:p>
      <w:pPr>
        <w:pStyle w:val="Heading2"/>
      </w:pPr>
      <w:r>
        <w:t>期末</w:t>
      </w:r>
    </w:p>
    <w:p>
      <w:pPr>
        <w:pStyle w:val="Heading3"/>
      </w:pPr>
      <w:r>
        <w:t>东城区</w:t>
      </w:r>
    </w:p>
    <w:p>
      <w:pPr>
        <w:spacing w:line="336" w:lineRule="auto" w:after="60"/>
      </w:pPr>
      <w:r>
        <w:t>写作（习作40分+提纲2分）</w:t>
      </w:r>
    </w:p>
    <w:p>
      <w:pPr>
        <w:spacing w:line="336" w:lineRule="auto" w:after="60"/>
      </w:pPr>
      <w:r>
        <w:t>22.近日，某中学进行了“2019年度流行语”评选，其中“我又可以了”入选。该流行语用来形容起死回生，哪怕受了再多打击，也要回来继续战斗。根据你的理解，请以“我又可以了”为题，写一篇涵盖以下条件的文章：</w:t>
      </w:r>
    </w:p>
    <w:p>
      <w:pPr>
        <w:spacing w:line="336" w:lineRule="auto" w:after="60"/>
      </w:pPr>
      <w:r>
        <w:t>⑴以第一人称口吻叙述。</w:t>
      </w:r>
    </w:p>
    <w:p>
      <w:pPr>
        <w:spacing w:line="336" w:lineRule="auto" w:after="60"/>
      </w:pPr>
      <w:r>
        <w:t>⑵有景物描写。</w:t>
      </w:r>
    </w:p>
    <w:p>
      <w:pPr>
        <w:spacing w:line="336" w:lineRule="auto" w:after="60"/>
      </w:pPr>
      <w:r>
        <w:t>⑶要交代事情的来龙去脉。</w:t>
      </w:r>
    </w:p>
    <w:p>
      <w:pPr>
        <w:spacing w:line="336" w:lineRule="auto" w:after="60"/>
      </w:pPr>
      <w:r>
        <w:t>⑷写一个故事。故事可发生在过去、现在或者未来</w:t>
      </w:r>
    </w:p>
    <w:p>
      <w:pPr>
        <w:spacing w:line="336" w:lineRule="auto" w:after="60"/>
      </w:pPr>
      <w:r>
        <w:t>注意：⑴将作文题目抄写在答题卡上。</w:t>
      </w:r>
    </w:p>
    <w:p>
      <w:pPr>
        <w:spacing w:line="336" w:lineRule="auto" w:after="60"/>
      </w:pPr>
      <w:r>
        <w:t>⑵文体不限。</w:t>
      </w:r>
    </w:p>
    <w:p>
      <w:pPr>
        <w:spacing w:line="336" w:lineRule="auto" w:after="60"/>
      </w:pPr>
      <w:r>
        <w:t>⑶写诗歌须写十行或十行以上。其他文体，字数400～500字。</w:t>
      </w:r>
    </w:p>
    <w:p>
      <w:pPr>
        <w:spacing w:line="336" w:lineRule="auto" w:after="60"/>
      </w:pPr>
      <w:r>
        <w:t>⑷不要出现所在学校的校名或师生姓名。</w:t>
      </w:r>
    </w:p>
    <w:p>
      <w:pPr>
        <w:pStyle w:val="Heading3"/>
      </w:pPr>
      <w:r>
        <w:t>丰台区</w:t>
      </w:r>
    </w:p>
    <w:p>
      <w:pPr>
        <w:spacing w:line="336" w:lineRule="auto" w:after="60"/>
      </w:pPr>
      <w:r>
        <w:t>作文（共40分）</w:t>
      </w:r>
    </w:p>
    <w:p>
      <w:pPr>
        <w:spacing w:line="336" w:lineRule="auto" w:after="60"/>
      </w:pPr>
      <w:r>
        <w:t>从下面两个题目中任选一题，写一篇文章。</w:t>
      </w:r>
    </w:p>
    <w:p>
      <w:pPr>
        <w:spacing w:line="336" w:lineRule="auto" w:after="60"/>
      </w:pPr>
      <w:r>
        <w:t>19.进入初中，开始了新的学习生活，遇到了新老师，结识了新同学，收获了真挚的友谊，学习了新知识……新学期一定会有特别值得纪念的日子，请以“属于我的节日”为题，写一篇记叙文。</w:t>
      </w:r>
    </w:p>
    <w:p>
      <w:pPr>
        <w:spacing w:line="336" w:lineRule="auto" w:after="60"/>
      </w:pPr>
      <w:r>
        <w:t>要求：（1请将作文题目抄写在答题卡上；（2）不少于500字。（3）不要出现所在学校的校名或师生姓名。</w:t>
      </w:r>
    </w:p>
    <w:p>
      <w:pPr>
        <w:spacing w:line="336" w:lineRule="auto" w:after="60"/>
      </w:pPr>
      <w:r>
        <w:t>20.按要求写作。</w:t>
      </w:r>
    </w:p>
    <w:p>
      <w:pPr>
        <w:spacing w:line="336" w:lineRule="auto" w:after="60"/>
      </w:pPr>
      <w:r>
        <w:t>“春天的花开秋天的风，以及冬天的落阳……风花雪月的诗句里，我在年年地成长……”</w:t>
      </w:r>
    </w:p>
    <w:p>
      <w:pPr>
        <w:spacing w:line="336" w:lineRule="auto" w:after="60"/>
      </w:pPr>
      <w:r>
        <w:t>正如歌中所唱，四季皆有美景，看春花、夏阳，观秋月、冬雪，大自然的美景不仅令人陶醉，也给人启迪。请以“      之歌”为题，写一篇记叙文。</w:t>
      </w:r>
    </w:p>
    <w:p>
      <w:pPr>
        <w:spacing w:line="336" w:lineRule="auto" w:after="60"/>
      </w:pPr>
      <w:r>
        <w:t>要求：（1）请将题目补充完整后，抄写在答题卡上。（2）不少于500字。（3）不要出现所在学校的校名或师生姓名。</w:t>
      </w:r>
    </w:p>
    <w:p>
      <w:pPr>
        <w:pStyle w:val="Heading3"/>
      </w:pPr>
      <w:r>
        <w:t>大兴区</w:t>
      </w:r>
    </w:p>
    <w:p>
      <w:pPr>
        <w:spacing w:line="336" w:lineRule="auto" w:after="60"/>
      </w:pPr>
      <w:r>
        <w:t>作文（共40分，其中包含书写分5分）</w:t>
      </w:r>
    </w:p>
    <w:p>
      <w:pPr>
        <w:spacing w:line="336" w:lineRule="auto" w:after="60"/>
      </w:pPr>
      <w:r>
        <w:t>从下面两个题目中任选一题，写一篇文章。</w:t>
      </w:r>
    </w:p>
    <w:p>
      <w:pPr>
        <w:spacing w:line="336" w:lineRule="auto" w:after="60"/>
      </w:pPr>
      <w:r>
        <w:t>23.获得新知，乐在其中；克服困难，乐在其中；结交挚友，乐在其中；积极奉献，乐在其中……升入初中后，你在学习与生活中，有哪些关于“乐”的经历和感悟呢？请以“乐在其中”为题，写一篇记叙文。</w:t>
      </w:r>
    </w:p>
    <w:p>
      <w:pPr>
        <w:spacing w:line="336" w:lineRule="auto" w:after="60"/>
      </w:pPr>
      <w:r>
        <w:t>要求：（1）请在答题卡上将所选题目对应的方框用2B铅笔涂黑。（2）请将题目写在答题卡上的相应位置。（3）字数600——800之间。（4）不要出现所在学校的校名或师生姓名。</w:t>
      </w:r>
    </w:p>
    <w:p>
      <w:pPr>
        <w:spacing w:line="336" w:lineRule="auto" w:after="60"/>
      </w:pPr>
      <w:r>
        <w:t>24.童话中形象充满奇幻，引人遐思。《丑小鸭》《卖火柴的小女孩》《白雪公主》《木偶奇遇记》……漫游童话世界，你想与哪一则童话故事中的主人公共度奇妙的一天呢？请发挥想象，以“童话镇奇遇记”为题，写一篇文章。</w:t>
      </w:r>
    </w:p>
    <w:p>
      <w:pPr>
        <w:spacing w:line="336" w:lineRule="auto" w:after="60"/>
      </w:pPr>
      <w:r>
        <w:t>要求：（1）请在答题卡上将所选题目对应的方框用2B铅笔涂黑。（2）请将题目写在答题卡上的相应位置。（3）字数600——800之间。（4）不要出现所在学校的校名或师生姓名。</w:t>
      </w:r>
    </w:p>
    <w:p>
      <w:pPr>
        <w:pStyle w:val="Heading3"/>
      </w:pPr>
      <w:r>
        <w:t>密云区</w:t>
      </w:r>
    </w:p>
    <w:p>
      <w:pPr>
        <w:spacing w:line="336" w:lineRule="auto" w:after="60"/>
      </w:pPr>
      <w:r>
        <w:t>写作（共40分）</w:t>
      </w:r>
    </w:p>
    <w:p>
      <w:pPr>
        <w:spacing w:line="336" w:lineRule="auto" w:after="60"/>
      </w:pPr>
      <w:r>
        <w:t>从下面两个题目中任选一题，写一篇文章。</w:t>
      </w:r>
    </w:p>
    <w:p>
      <w:pPr>
        <w:spacing w:line="336" w:lineRule="auto" w:after="60"/>
      </w:pPr>
      <w:r>
        <w:t>21.题目一：请以《别担心，我可以的》为题目，写一篇文章，文体不限（诗歌除外）。</w:t>
      </w:r>
    </w:p>
    <w:p>
      <w:pPr>
        <w:spacing w:line="336" w:lineRule="auto" w:after="60"/>
      </w:pPr>
      <w:r>
        <w:t>要求：（1）将题目抄写在答题卡上。（2）不少于600字。（3）不要出现所在学校的校名或师生姓名。（4）不得抄袭本卷中的阅读材料。</w:t>
      </w:r>
    </w:p>
    <w:p>
      <w:pPr>
        <w:spacing w:line="336" w:lineRule="auto" w:after="60"/>
      </w:pPr>
      <w:r>
        <w:t>22.请你用上“流浪”、“经历”、“回归”这三个词，发挥想象，自拟题目，写一篇文章，不限文体（诗歌除外)。</w:t>
      </w:r>
    </w:p>
    <w:p>
      <w:pPr>
        <w:spacing w:line="336" w:lineRule="auto" w:after="60"/>
      </w:pPr>
      <w:r>
        <w:t>要求：（1）将题目抄写在答题卡上。（2）不少于600字。（3）不要出现所在学校的校名或师生姓名。（4）不得抄袭本卷中的阅读材料。</w:t>
      </w:r>
    </w:p>
    <w:p>
      <w:pPr>
        <w:pStyle w:val="Heading3"/>
      </w:pPr>
      <w:r>
        <w:t>延庆区</w:t>
      </w:r>
    </w:p>
    <w:p>
      <w:pPr>
        <w:spacing w:line="336" w:lineRule="auto" w:after="60"/>
      </w:pPr>
      <w:r>
        <w:t>五、作文</w:t>
      </w:r>
    </w:p>
    <w:p>
      <w:pPr>
        <w:spacing w:line="336" w:lineRule="auto" w:after="60"/>
      </w:pPr>
      <w:r>
        <w:t>从下面两个题目中任选一题，按要求写作。</w:t>
      </w:r>
    </w:p>
    <w:p>
      <w:pPr>
        <w:spacing w:line="336" w:lineRule="auto" w:after="60"/>
      </w:pPr>
      <w:r>
        <w:t>23.亲爱的同学们，你一定有走出家庭、走出校园的经历：或参观，或访问，或考察，或旅游，或做志愿者……请以“收获”为题，写一篇文章。</w:t>
      </w:r>
    </w:p>
    <w:p>
      <w:pPr>
        <w:spacing w:line="336" w:lineRule="auto" w:after="60"/>
      </w:pPr>
      <w:r>
        <w:t>要求：（1）一定在答题纸上填涂选择结果（2）请将作文题目抄写在答题卡上。（3）不限文体（诗歌除外），字数在600-800之间。（4）不要出现所在学校的校名或师生的真实姓名。</w:t>
      </w:r>
    </w:p>
    <w:p>
      <w:pPr>
        <w:spacing w:line="336" w:lineRule="auto" w:after="60"/>
      </w:pPr>
      <w:r>
        <w:t>24.请发挥你的想象力，把《夸父逐日》扩写为一篇不少于600字的故事。</w:t>
      </w:r>
    </w:p>
    <w:p>
      <w:pPr>
        <w:spacing w:line="336" w:lineRule="auto" w:after="60"/>
      </w:pPr>
      <w:r>
        <w:t>要求：（1）一定在答题纸上填涂选择结果（2）请将作文题目抄写在答题卡上。（3）不限文体（诗歌除外），字数在600-800之间。（4）不要出现所在学校的校名或师生的真实姓名。</w:t>
      </w:r>
    </w:p>
    <w:p>
      <w:pPr>
        <w:pStyle w:val="Heading3"/>
      </w:pPr>
      <w:r>
        <w:t>房山区</w:t>
      </w:r>
    </w:p>
    <w:p>
      <w:pPr>
        <w:spacing w:line="336" w:lineRule="auto" w:after="60"/>
      </w:pPr>
      <w:r>
        <w:t>作文（共40分）从下面两个题目中，任选一个，按要求作文。</w:t>
      </w:r>
    </w:p>
    <w:p>
      <w:pPr>
        <w:spacing w:line="336" w:lineRule="auto" w:after="60"/>
      </w:pPr>
      <w:r>
        <w:t>22.这个学期，同学们除了上课以外，还参加了多次学校组织的活动。在这些活动中，每位同学都有自己的收获，请以“收获”为题写一篇文章。文体不限，诗歌除外。</w:t>
      </w:r>
    </w:p>
    <w:p>
      <w:pPr>
        <w:spacing w:line="336" w:lineRule="auto" w:after="60"/>
      </w:pPr>
      <w:r>
        <w:t>要求：</w:t>
      </w:r>
    </w:p>
    <w:p>
      <w:pPr>
        <w:spacing w:line="336" w:lineRule="auto" w:after="60"/>
      </w:pPr>
      <w:r>
        <w:t>（1）请将作文题目抄写在答题卡上。</w:t>
      </w:r>
    </w:p>
    <w:p>
      <w:pPr>
        <w:spacing w:line="336" w:lineRule="auto" w:after="60"/>
      </w:pPr>
      <w:r>
        <w:t>（2）字数在500~700之间。</w:t>
      </w:r>
    </w:p>
    <w:p>
      <w:pPr>
        <w:spacing w:line="336" w:lineRule="auto" w:after="60"/>
      </w:pPr>
      <w:r>
        <w:t>（3）不要出现所在学校的校名或师生姓名。</w:t>
      </w:r>
    </w:p>
    <w:p>
      <w:pPr>
        <w:spacing w:line="336" w:lineRule="auto" w:after="60"/>
      </w:pPr>
      <w:r>
        <w:t>23.郭沫若先生的诗歌《天上的街市》给我们展现了一个神奇的想象世界。在这首诗中，作者想到了街市上陈列的物品，想到了牛郎织女……请你想象自己来到诗中描绘的天上街市，结合读过的神话故事，以“天街奇遇”为题写一篇作文。</w:t>
      </w:r>
    </w:p>
    <w:p>
      <w:pPr>
        <w:spacing w:line="336" w:lineRule="auto" w:after="60"/>
      </w:pPr>
      <w:r>
        <w:t>要求：</w:t>
      </w:r>
    </w:p>
    <w:p>
      <w:pPr>
        <w:spacing w:line="336" w:lineRule="auto" w:after="60"/>
      </w:pPr>
      <w:r>
        <w:t>（1）请将作文题目抄写在答题卡上。</w:t>
      </w:r>
    </w:p>
    <w:p>
      <w:pPr>
        <w:spacing w:line="336" w:lineRule="auto" w:after="60"/>
      </w:pPr>
      <w:r>
        <w:t>（2）字数500~700之间。</w:t>
      </w:r>
    </w:p>
    <w:p>
      <w:pPr>
        <w:spacing w:line="336" w:lineRule="auto" w:after="60"/>
      </w:pPr>
      <w:r>
        <w:t>（3）不要出现所在学校的校名或师生姓名。</w:t>
      </w:r>
    </w:p>
    <w:p>
      <w:pPr>
        <w:pStyle w:val="Heading3"/>
      </w:pPr>
      <w:r>
        <w:t>昌平区</w:t>
      </w:r>
    </w:p>
    <w:p>
      <w:pPr>
        <w:spacing w:line="336" w:lineRule="auto" w:after="60"/>
      </w:pPr>
      <w:r>
        <w:t>作文（共40分）</w:t>
      </w:r>
    </w:p>
    <w:p>
      <w:pPr>
        <w:spacing w:line="336" w:lineRule="auto" w:after="60"/>
      </w:pPr>
      <w:r>
        <w:t>从下面两个题目中任选一题，写一篇文章。</w:t>
      </w:r>
    </w:p>
    <w:p>
      <w:pPr>
        <w:spacing w:line="336" w:lineRule="auto" w:after="60"/>
      </w:pPr>
      <w:r>
        <w:t>20.题目：榜样</w:t>
      </w:r>
    </w:p>
    <w:p>
      <w:pPr>
        <w:spacing w:line="336" w:lineRule="auto" w:after="60"/>
      </w:pPr>
      <w:r>
        <w:t>要求：（1）请将作文题目抄写在答题卡上。（2）字数在600-800之间。（3）不要出现所在学校的校名或师生姓名。</w:t>
      </w:r>
    </w:p>
    <w:p>
      <w:pPr>
        <w:spacing w:line="336" w:lineRule="auto" w:after="60"/>
      </w:pPr>
      <w:r>
        <w:t>21.钥匙是智慧的象征，是战胜艰难险阻、打开心结的法宝。请以“     是一把神奇的钥匙”为题写一篇文章,不限文体（诗歌除外）。</w:t>
      </w:r>
    </w:p>
    <w:p>
      <w:pPr>
        <w:spacing w:line="336" w:lineRule="auto" w:after="60"/>
      </w:pPr>
      <w:r>
        <w:t>要求：（1）请将作文题目抄写在答题卡上。（2）字数在600-800之间。（3）不要出现所在学校的校名或师生姓名。</w:t>
      </w:r>
    </w:p>
    <w:p>
      <w:pPr>
        <w:pStyle w:val="Heading3"/>
      </w:pPr>
      <w:r>
        <w:t>朝阳区</w:t>
      </w:r>
    </w:p>
    <w:p>
      <w:pPr>
        <w:spacing w:line="336" w:lineRule="auto" w:after="60"/>
      </w:pPr>
      <w:r>
        <w:t>写作（40分）从下面两个题目中任选一题，写一篇文章。</w:t>
      </w:r>
    </w:p>
    <w:p>
      <w:pPr>
        <w:spacing w:line="336" w:lineRule="auto" w:after="60"/>
      </w:pPr>
      <w:r>
        <w:t>22. 题目一：一叶知秋。纷飞的落叶，引发人无限的遐思，就让我们细细地听，静静地品。请以“树下的故事”为题目，写一篇文章。不限文体（诗歌除外）。</w:t>
      </w:r>
    </w:p>
    <w:p>
      <w:pPr>
        <w:spacing w:line="336" w:lineRule="auto" w:after="60"/>
      </w:pPr>
      <w:r>
        <w:t>要求：（1）请将作文题目抄写在答题卡上。</w:t>
      </w:r>
    </w:p>
    <w:p>
      <w:pPr>
        <w:spacing w:line="336" w:lineRule="auto" w:after="60"/>
      </w:pPr>
      <w:r>
        <w:t>（2）作文内容积极向上</w:t>
      </w:r>
    </w:p>
    <w:p>
      <w:pPr>
        <w:spacing w:line="336" w:lineRule="auto" w:after="60"/>
      </w:pPr>
      <w:r>
        <w:t>（3）不少于500字。</w:t>
      </w:r>
    </w:p>
    <w:p>
      <w:pPr>
        <w:spacing w:line="336" w:lineRule="auto" w:after="60"/>
      </w:pPr>
      <w:r>
        <w:t>（4）不要出现所在学校的校名或师生姓名。</w:t>
      </w:r>
    </w:p>
    <w:p>
      <w:pPr>
        <w:spacing w:line="336" w:lineRule="auto" w:after="60"/>
      </w:pPr>
      <w:r>
        <w:t>23. 题目二：在我们的身边，总有人令你印象深刻。有的人风趣幽默，妙语连珠；有的人真诚善良，像一缕阳光；有的人勇敢有担当，是我们的榜样……请将“这个人真________”补充完整，构成你的题目，写一篇记叙文。</w:t>
      </w:r>
    </w:p>
    <w:p>
      <w:pPr>
        <w:spacing w:line="336" w:lineRule="auto" w:after="60"/>
      </w:pPr>
      <w:r>
        <w:t>要求：（1）请将作文题目补全，抄写在答题卡上。</w:t>
      </w:r>
    </w:p>
    <w:p>
      <w:pPr>
        <w:spacing w:line="336" w:lineRule="auto" w:after="60"/>
      </w:pPr>
      <w:r>
        <w:t>（2）作文内容积极向上。</w:t>
      </w:r>
    </w:p>
    <w:p>
      <w:pPr>
        <w:spacing w:line="336" w:lineRule="auto" w:after="60"/>
      </w:pPr>
      <w:r>
        <w:t>（3）不少于500字。</w:t>
      </w:r>
    </w:p>
    <w:p>
      <w:pPr>
        <w:spacing w:line="336" w:lineRule="auto" w:after="60"/>
      </w:pPr>
      <w:r>
        <w:t>（4）不要出现所在学校的校名或师生姓名。</w:t>
      </w:r>
    </w:p>
    <w:p>
      <w:pPr>
        <w:pStyle w:val="Heading3"/>
      </w:pPr>
      <w:r>
        <w:t>海淀区</w:t>
      </w:r>
    </w:p>
    <w:p>
      <w:pPr>
        <w:spacing w:line="336" w:lineRule="auto" w:after="60"/>
      </w:pPr>
      <w:r>
        <w:t>五、写作</w:t>
      </w:r>
    </w:p>
    <w:p>
      <w:pPr>
        <w:spacing w:line="336" w:lineRule="auto" w:after="60"/>
      </w:pPr>
      <w:r>
        <w:t>从下面两个题目中任选一题，写一篇文章。</w:t>
      </w:r>
    </w:p>
    <w:p>
      <w:pPr>
        <w:spacing w:line="336" w:lineRule="auto" w:after="60"/>
      </w:pPr>
      <w:r>
        <w:t>20. 2019年，你从小学步入中学，从懵懂走向成熟。回首这一年，小学时光让人流连，中学生活令人欣喜。课堂上的机智应答、比赛时的一展身手、活动中的精彩表现……这些，都是属于你的荣耀。请以“2019，我的荣耀”为题，写一篇文章。</w:t>
      </w:r>
    </w:p>
    <w:p>
      <w:pPr>
        <w:spacing w:line="336" w:lineRule="auto" w:after="60"/>
      </w:pPr>
      <w:r>
        <w:t>要求：（1）请将作文题目抄写在答题纸上。（2）作文内容积极向上。（3）字数在600-800之间。（4）不要出现所在学校的校名或师生姓名。</w:t>
      </w:r>
    </w:p>
    <w:p>
      <w:pPr>
        <w:spacing w:line="336" w:lineRule="auto" w:after="60"/>
      </w:pPr>
      <w:r>
        <w:t>21. 有人说，粉笔是黑板的最佳搭档。漂亮的字体、严谨的公式、多样的构图……这些黑板上的杰作，粉笔功不可没。假如有一天，粉笔也有了自己的思想和情感，会有怎样的故事发生呢？请发挥想象，以“粉笔也疯狂”为题，写一篇文章。</w:t>
      </w:r>
    </w:p>
    <w:p>
      <w:pPr>
        <w:spacing w:line="336" w:lineRule="auto" w:after="60"/>
      </w:pPr>
      <w:r>
        <w:t>要求：（1）请将作文题目抄写在答题纸上。（2）作文内容积极向上。（3）字数在600-800之间。（4）不要出现所在学校的校名或师生姓名。</w:t>
      </w:r>
    </w:p>
    <w:p>
      <w:pPr>
        <w:pStyle w:val="Heading3"/>
      </w:pPr>
      <w:r>
        <w:t>石景山区</w:t>
      </w:r>
    </w:p>
    <w:p>
      <w:pPr>
        <w:spacing w:line="336" w:lineRule="auto" w:after="60"/>
      </w:pPr>
      <w:r>
        <w:t>作文（40分）从下面两个题目中任选一题，写一篇文章。</w:t>
      </w:r>
    </w:p>
    <w:p>
      <w:pPr>
        <w:spacing w:line="336" w:lineRule="auto" w:after="60"/>
      </w:pPr>
      <w:r>
        <w:t>22.题目一：读你</w:t>
      </w:r>
    </w:p>
    <w:p>
      <w:pPr>
        <w:spacing w:line="336" w:lineRule="auto" w:after="60"/>
      </w:pPr>
      <w:r>
        <w:t>要求：（1）请将作文题目写在答题卡上。（2）字数在600～800之间。（3）不要出现所在学校的校名或师生姓名。</w:t>
      </w:r>
    </w:p>
    <w:p>
      <w:pPr>
        <w:spacing w:line="336" w:lineRule="auto" w:after="60"/>
      </w:pPr>
      <w:r>
        <w:t>23.题目二：</w:t>
      </w:r>
    </w:p>
    <w:p>
      <w:pPr>
        <w:spacing w:line="336" w:lineRule="auto" w:after="60"/>
      </w:pPr>
      <w:r>
        <w:t>2019年11月22日，北京市评选出85家特色书店、10家最美书店。特色书店评选重在内容、服务、主题定位、图书选品等方面特色。最美书店评选，主要考察其装修设计是否具有艺术性、观赏性、整体性，风格是否独特、具有创意，环境是否优雅，与所经营的图书主题、选品是否实现完美结合，阅读活动是否丰富多彩。</w:t>
      </w:r>
    </w:p>
    <w:p>
      <w:pPr>
        <w:spacing w:line="336" w:lineRule="auto" w:after="60"/>
      </w:pPr>
      <w:r>
        <w:t>假如你来经营一家特色书店或最美书店，会发生怎样的故事？请你发挥想象，自拟题目，写一篇故事。</w:t>
      </w:r>
    </w:p>
    <w:p>
      <w:pPr>
        <w:spacing w:line="336" w:lineRule="auto" w:after="60"/>
      </w:pPr>
      <w:r>
        <w:t>要求：（1）请将作文题目写在答题卡上。（2）字数在600～800之间。（3）不要出现所在学校的校名或师生姓名。</w:t>
      </w:r>
    </w:p>
    <w:p>
      <w:pPr>
        <w:pStyle w:val="Heading3"/>
      </w:pPr>
      <w:r>
        <w:t>西城区</w:t>
      </w:r>
    </w:p>
    <w:p>
      <w:pPr>
        <w:spacing w:line="336" w:lineRule="auto" w:after="60"/>
      </w:pPr>
      <w:r>
        <w:t>写作（40分）从下面两个题目中任选一题，写一篇文章。</w:t>
      </w:r>
    </w:p>
    <w:p>
      <w:pPr>
        <w:spacing w:line="336" w:lineRule="auto" w:after="60"/>
      </w:pPr>
      <w:r>
        <w:t>26.题目一：我可以</w:t>
      </w:r>
    </w:p>
    <w:p>
      <w:pPr>
        <w:spacing w:line="336" w:lineRule="auto" w:after="60"/>
      </w:pPr>
      <w:r>
        <w:t>要求：（1）请将作文题目写在答题卡上。（2）不限文体（诗歌除外）。（3）字数不少于500字。（4）不得出现所在班级名或师生姓名。</w:t>
      </w:r>
    </w:p>
    <w:p>
      <w:pPr>
        <w:spacing w:line="336" w:lineRule="auto" w:after="60"/>
      </w:pPr>
      <w:r>
        <w:t>27.题目二：请将“       的滋味”补充完整作为题目，作文不得抄录本试卷内容。</w:t>
      </w:r>
    </w:p>
    <w:p>
      <w:pPr>
        <w:spacing w:line="336" w:lineRule="auto" w:after="60"/>
      </w:pPr>
      <w:r>
        <w:t>要求：（1）请将作文题目写在答题卡上。（2）不限文体（诗歌除外）。（3）字数不少于500字。（4）不得出现所在班级名或师生姓名。</w:t>
      </w:r>
    </w:p>
    <w:p>
      <w:pPr>
        <w:pStyle w:val="Heading3"/>
      </w:pPr>
      <w:r>
        <w:t>顺义区</w:t>
      </w:r>
    </w:p>
    <w:p>
      <w:pPr>
        <w:spacing w:line="336" w:lineRule="auto" w:after="60"/>
      </w:pPr>
      <w:r>
        <w:t>作文（共40分）二选一作文。</w:t>
      </w:r>
    </w:p>
    <w:p>
      <w:pPr>
        <w:spacing w:line="336" w:lineRule="auto" w:after="60"/>
      </w:pPr>
      <w:r>
        <w:t>20.题目一】</w:t>
      </w:r>
    </w:p>
    <w:p>
      <w:pPr>
        <w:spacing w:line="336" w:lineRule="auto" w:after="60"/>
      </w:pPr>
      <w:r>
        <w:t>初中生活已经过了半年了，这段时间里你可能经历了很多事，有成功，有失败；有欢乐，有伤心……相信你获得的更多的是成长，回首过往，不禁为那时的你点赞。请以“为    的我点赞”为题，写一篇记叙文。</w:t>
      </w:r>
    </w:p>
    <w:p>
      <w:pPr>
        <w:spacing w:line="336" w:lineRule="auto" w:after="60"/>
      </w:pPr>
      <w:r>
        <w:t>要求：1.叙事具体，主题突出。2．文章中不得出现真实的人名、校名。3．字数600字以上。</w:t>
      </w:r>
    </w:p>
    <w:p>
      <w:pPr>
        <w:spacing w:line="336" w:lineRule="auto" w:after="60"/>
      </w:pPr>
      <w:r>
        <w:t>21.【题目二】</w:t>
      </w:r>
    </w:p>
    <w:p>
      <w:pPr>
        <w:spacing w:line="336" w:lineRule="auto" w:after="60"/>
      </w:pPr>
      <w:r>
        <w:t>联想和想象是人类特有思维，拥有这样的能力才能激发我们的创造力。本学期我们读了《西游记》《猎人笔记》《镜花缘》等充满神奇想象力的作品，你一定也被深深的吸引了。回顾名著中具有神奇想象力的故事，为同学讲述一个你印象深刻的故事或创编一个具有神奇想象力的故事。</w:t>
      </w:r>
    </w:p>
    <w:p>
      <w:pPr>
        <w:spacing w:line="336" w:lineRule="auto" w:after="60"/>
      </w:pPr>
      <w:r>
        <w:t>要求：1.虚构要合理，人物的表现必须符合其性格特征。2．故事要生动有趣，注意设置悬念，还要有具体细节。3．文章中不得出现真实的人名、校名。4．字数600字以上。</w:t>
      </w:r>
    </w:p>
    <w:p>
      <w:pPr>
        <w:pStyle w:val="Heading1"/>
      </w:pPr>
      <w:r>
        <w:t>2020-2021学年</w:t>
      </w:r>
    </w:p>
    <w:p>
      <w:pPr>
        <w:pStyle w:val="Heading2"/>
      </w:pPr>
      <w:r>
        <w:t>月考</w:t>
      </w:r>
    </w:p>
    <w:p>
      <w:pPr>
        <w:pStyle w:val="Heading3"/>
      </w:pPr>
      <w:r>
        <w:t>昌平区第二中学（10月月考）</w:t>
      </w:r>
    </w:p>
    <w:p>
      <w:pPr>
        <w:spacing w:line="336" w:lineRule="auto" w:after="60"/>
      </w:pPr>
      <w:r>
        <w:t>写作（40分）</w:t>
      </w:r>
    </w:p>
    <w:p>
      <w:pPr>
        <w:spacing w:line="336" w:lineRule="auto" w:after="60"/>
      </w:pPr>
      <w:r>
        <w:t>从下面两个题目中任选一题，写一篇文章。</w:t>
      </w:r>
    </w:p>
    <w:p>
      <w:pPr>
        <w:spacing w:line="336" w:lineRule="auto" w:after="60"/>
      </w:pPr>
      <w:r>
        <w:t>22. 题目一：</w:t>
      </w:r>
    </w:p>
    <w:p>
      <w:pPr>
        <w:spacing w:line="336" w:lineRule="auto" w:after="60"/>
      </w:pPr>
      <w:r>
        <w:t>请以《同学真好》为题目，选取你进入初中后班级生活中的典型事例，表现班级成员之间的爱与班级生活的温馨、幸福、和谐。</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（3）字数在600以上。</w:t>
      </w:r>
    </w:p>
    <w:p>
      <w:pPr>
        <w:spacing w:line="336" w:lineRule="auto" w:after="60"/>
      </w:pPr>
      <w:r>
        <w:t>（4）不要出现所在学校到的校名或师生姓名。</w:t>
      </w:r>
    </w:p>
    <w:p>
      <w:pPr>
        <w:spacing w:line="336" w:lineRule="auto" w:after="60"/>
      </w:pPr>
      <w:r>
        <w:t>23. 题目二：</w:t>
      </w:r>
    </w:p>
    <w:p>
      <w:pPr>
        <w:spacing w:line="336" w:lineRule="auto" w:after="60"/>
      </w:pPr>
      <w:r>
        <w:t>2020年，不同寻常的年份，不同寻常的改变，你也经历了不同寻常的毕业旅程：学习方式的转变，居家的自我管理，短暂而珍贵的返校……</w:t>
      </w:r>
    </w:p>
    <w:p>
      <w:pPr>
        <w:spacing w:line="336" w:lineRule="auto" w:after="60"/>
      </w:pPr>
      <w:r>
        <w:t>关于这段经历，你有哪些难以忘怀的人和事？有怎样的体验和感悟？请自拟题目，写一篇文章，文体不限（诗歌除外）。</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（3）字数在600以上。</w:t>
      </w:r>
    </w:p>
    <w:p>
      <w:pPr>
        <w:spacing w:line="336" w:lineRule="auto" w:after="60"/>
      </w:pPr>
      <w:r>
        <w:t>（4）不要出现所在学校的校名或师生姓名。</w:t>
      </w:r>
    </w:p>
    <w:p>
      <w:pPr>
        <w:pStyle w:val="Heading3"/>
      </w:pPr>
      <w:r>
        <w:t>首都师范大学附属中学（第一次月考）</w:t>
      </w:r>
    </w:p>
    <w:p>
      <w:pPr>
        <w:spacing w:line="336" w:lineRule="auto" w:after="60"/>
      </w:pPr>
      <w:r>
        <w:t>五、作文</w:t>
      </w:r>
    </w:p>
    <w:p>
      <w:pPr>
        <w:spacing w:line="336" w:lineRule="auto" w:after="60"/>
      </w:pPr>
      <w:r>
        <w:t>15. 根据要求写作。</w:t>
      </w:r>
    </w:p>
    <w:p>
      <w:pPr>
        <w:spacing w:line="336" w:lineRule="auto" w:after="60"/>
      </w:pPr>
      <w:r>
        <w:t>升入初中已三周有余，你一定结识了许多新老师、新同学，在与他们的相识和交往中，他们身上有着不一样的美：严谨细致、不拘小节、严守底线、幽默风趣、雷厉风行、温柔细腻、任劳任怨、热心无私……甚至，有的人身上兼具多种美好的品性，完成一篇写人为主的记叙文。</w:t>
      </w:r>
    </w:p>
    <w:p>
      <w:pPr>
        <w:spacing w:line="336" w:lineRule="auto" w:after="60"/>
      </w:pPr>
      <w:r>
        <w:t>要求：（1）要把人物放在具体的事件中写：能根据写作目的，合理地筛选素材，有重点地使用素材；（2）写人要抓住特点：能根据写作目的，写出他独具特色的外形、习惯性的穿着、标志性的动作、个性化的语言和内心活动；（3）不要出现所在班级和师生的真实姓名；（4）卷面整洁，书写工整，不少于700字。</w:t>
      </w:r>
    </w:p>
    <w:p>
      <w:pPr>
        <w:pStyle w:val="Heading2"/>
      </w:pPr>
      <w:r>
        <w:t>期中</w:t>
      </w:r>
    </w:p>
    <w:p>
      <w:pPr>
        <w:pStyle w:val="Heading3"/>
      </w:pPr>
      <w:r>
        <w:t>师范大学附属实验中学</w:t>
      </w:r>
    </w:p>
    <w:p>
      <w:pPr>
        <w:spacing w:line="336" w:lineRule="auto" w:after="60"/>
      </w:pPr>
      <w:r>
        <w:t>五、作文。从下面两个题目中任选一题，写一篇文章。</w:t>
      </w:r>
    </w:p>
    <w:p>
      <w:pPr>
        <w:spacing w:line="336" w:lineRule="auto" w:after="60"/>
      </w:pPr>
      <w:r>
        <w:t>16. 《悬崖边的树》中王雨苍老师给予了作者温暖、鼓励和力量，在你的成长中，也一定遇到过这样的人。“谢谢你（或您），带给我_______”为题，写一篇记叙文。</w:t>
      </w:r>
    </w:p>
    <w:p>
      <w:pPr>
        <w:spacing w:line="336" w:lineRule="auto" w:after="60"/>
      </w:pPr>
      <w:r>
        <w:t>要求：</w:t>
      </w:r>
    </w:p>
    <w:p>
      <w:pPr>
        <w:spacing w:line="336" w:lineRule="auto" w:after="60"/>
      </w:pPr>
      <w:r>
        <w:t>（1）请将作文题目写在答题卡上。</w:t>
      </w:r>
    </w:p>
    <w:p>
      <w:pPr>
        <w:spacing w:line="336" w:lineRule="auto" w:after="60"/>
      </w:pPr>
      <w:r>
        <w:t>（2）作文内容积极向上。</w:t>
      </w:r>
    </w:p>
    <w:p>
      <w:pPr>
        <w:spacing w:line="336" w:lineRule="auto" w:after="60"/>
      </w:pPr>
      <w:r>
        <w:t>（3）字数在600﹣800之间。</w:t>
      </w:r>
    </w:p>
    <w:p>
      <w:pPr>
        <w:spacing w:line="336" w:lineRule="auto" w:after="60"/>
      </w:pPr>
      <w:r>
        <w:t>（4）不要出现所在学校的校名或师生姓名。</w:t>
      </w:r>
    </w:p>
    <w:p>
      <w:pPr>
        <w:spacing w:line="336" w:lineRule="auto" w:after="60"/>
      </w:pPr>
      <w:r>
        <w:t>17. 假如二十年后的自己穿越时空来看你，会发生什么事情？请发挥想象，写一篇故事。题目自拟。</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（3）字数在600—800之间。</w:t>
      </w:r>
    </w:p>
    <w:p>
      <w:pPr>
        <w:spacing w:line="336" w:lineRule="auto" w:after="60"/>
      </w:pPr>
      <w:r>
        <w:t>（4）不要出现所在学校的校名和师生姓名。</w:t>
      </w:r>
    </w:p>
    <w:p>
      <w:pPr>
        <w:pStyle w:val="Heading3"/>
      </w:pPr>
      <w:r>
        <w:t>延庆区</w:t>
      </w:r>
    </w:p>
    <w:p>
      <w:pPr>
        <w:spacing w:line="336" w:lineRule="auto" w:after="60"/>
      </w:pPr>
      <w:r>
        <w:t>作文（共40分）</w:t>
      </w:r>
    </w:p>
    <w:p>
      <w:pPr>
        <w:spacing w:line="336" w:lineRule="auto" w:after="60"/>
      </w:pPr>
      <w:r>
        <w:t>请从下面两个题目中选择一个完成作文。</w:t>
      </w:r>
    </w:p>
    <w:p>
      <w:pPr>
        <w:spacing w:line="336" w:lineRule="auto" w:after="60"/>
      </w:pPr>
      <w:r>
        <w:t>26. 按要求作文</w:t>
      </w:r>
    </w:p>
    <w:p>
      <w:pPr>
        <w:spacing w:line="336" w:lineRule="auto" w:after="60"/>
      </w:pPr>
      <w:r>
        <w:t>不知不觉，初中生活已经两个多月了，在这段时间里，你们一定学会了许多，成长了许多……</w:t>
      </w:r>
    </w:p>
    <w:p>
      <w:pPr>
        <w:spacing w:line="336" w:lineRule="auto" w:after="60"/>
      </w:pPr>
      <w:r>
        <w:t>请将“我学会了    ”补充完整，构成你的作文题目，写一篇文章。不少于500字。</w:t>
      </w:r>
    </w:p>
    <w:p>
      <w:pPr>
        <w:spacing w:line="336" w:lineRule="auto" w:after="60"/>
      </w:pPr>
      <w:r>
        <w:t>要求：①将题目抄写在答题纸上。②不出现真实的姓名和学校名称。</w:t>
      </w:r>
    </w:p>
    <w:p>
      <w:pPr>
        <w:spacing w:line="336" w:lineRule="auto" w:after="60"/>
      </w:pPr>
      <w:r>
        <w:t>27. 按要求作文</w:t>
      </w:r>
    </w:p>
    <w:p>
      <w:pPr>
        <w:spacing w:line="336" w:lineRule="auto" w:after="60"/>
      </w:pPr>
      <w:r>
        <w:t>亲爱的同学，进入新的学习环境，你一定接触了新老师，认识了新朋友。</w:t>
      </w:r>
    </w:p>
    <w:p>
      <w:pPr>
        <w:spacing w:line="336" w:lineRule="auto" w:after="60"/>
      </w:pPr>
      <w:r>
        <w:t>请你从“温暖、耐心、负责、热情、勤奋、认真、专注”中选一个词，将“他（她）是这样        ”补充完整，构成你的题目，细致描写，通过事件表现出他（她）的性格或思想品质，写一篇记叙文。不少于500字。</w:t>
      </w:r>
    </w:p>
    <w:p>
      <w:pPr>
        <w:spacing w:line="336" w:lineRule="auto" w:after="60"/>
      </w:pPr>
      <w:r>
        <w:t>要求：①将题目抄写在答题纸上。②不出现真实姓名和学校名称。</w:t>
      </w:r>
    </w:p>
    <w:p>
      <w:pPr>
        <w:pStyle w:val="Heading3"/>
      </w:pPr>
      <w:r>
        <w:t>昌平区第一中学</w:t>
      </w:r>
    </w:p>
    <w:p>
      <w:pPr>
        <w:spacing w:line="336" w:lineRule="auto" w:after="60"/>
      </w:pPr>
      <w:r>
        <w:t>写作（40分）</w:t>
      </w:r>
    </w:p>
    <w:p>
      <w:pPr>
        <w:spacing w:line="336" w:lineRule="auto" w:after="60"/>
      </w:pPr>
      <w:r>
        <w:t>从下面两个题目中任选一题，按要求写作。</w:t>
      </w:r>
    </w:p>
    <w:p>
      <w:pPr>
        <w:spacing w:line="336" w:lineRule="auto" w:after="60"/>
      </w:pPr>
      <w:r>
        <w:t>15. 题目：               的初一生活 要求：</w:t>
      </w:r>
    </w:p>
    <w:p>
      <w:pPr>
        <w:spacing w:line="336" w:lineRule="auto" w:after="60"/>
      </w:pPr>
      <w:r>
        <w:t>（1）写发生在初一的人或事；</w:t>
      </w:r>
    </w:p>
    <w:p>
      <w:pPr>
        <w:spacing w:line="336" w:lineRule="auto" w:after="60"/>
      </w:pPr>
      <w:r>
        <w:t>（2）要有真情实感；</w:t>
      </w:r>
    </w:p>
    <w:p>
      <w:pPr>
        <w:spacing w:line="336" w:lineRule="auto" w:after="60"/>
      </w:pPr>
      <w:r>
        <w:t>（3）字数：不少于600字。</w:t>
      </w:r>
    </w:p>
    <w:p>
      <w:pPr>
        <w:spacing w:line="336" w:lineRule="auto" w:after="60"/>
      </w:pPr>
      <w:r>
        <w:t>16. 假如有一天，你进入到了《西游记》的作品中，你会选择进入哪个故事？会发生怎样的有趣的事？请自拟题目。</w:t>
      </w:r>
    </w:p>
    <w:p>
      <w:pPr>
        <w:spacing w:line="336" w:lineRule="auto" w:after="60"/>
      </w:pPr>
      <w:r>
        <w:t>要求：（1）要自由、有创意地表达出真情实感。（2）文体不限。（3）不少于600字。（4）文字和标点书写规范、整洁。（5）文中不得出现考生姓名以及学校名。（6）行款格式：标题居中，分段需另起一行，空两格。</w:t>
      </w:r>
    </w:p>
    <w:p>
      <w:pPr>
        <w:pStyle w:val="Heading3"/>
      </w:pPr>
      <w:r>
        <w:t>海淀区</w:t>
      </w:r>
    </w:p>
    <w:p>
      <w:pPr>
        <w:spacing w:line="336" w:lineRule="auto" w:after="60"/>
      </w:pPr>
      <w:r>
        <w:t>写作（40份）</w:t>
      </w:r>
    </w:p>
    <w:p>
      <w:pPr>
        <w:spacing w:line="336" w:lineRule="auto" w:after="60"/>
      </w:pPr>
      <w:r>
        <w:t>17. 升入初中，每个人都开启了新的生活，享受着属于自己的美好时光。有人喜欢在校园里细心地观察、有人喜欢在操场上自由地奔跑，有人喜欢在图书馆安静地阅读，有人喜欢在课堂上努力地探索……开学以来，你的美好时光是什么？请以“______________(填处所)的美好时光”为题，写一篇文章。</w:t>
      </w:r>
    </w:p>
    <w:p>
      <w:pPr>
        <w:spacing w:line="336" w:lineRule="auto" w:after="60"/>
      </w:pPr>
      <w:r>
        <w:t>要求：(1)请将作文题目抄写在答题纸上。(2)字数在600-800之间。(3)不要出现所在学校校名或师生姓名。</w:t>
      </w:r>
    </w:p>
    <w:p>
      <w:pPr>
        <w:pStyle w:val="Heading3"/>
      </w:pPr>
      <w:r>
        <w:t>第三十五中学</w:t>
      </w:r>
    </w:p>
    <w:p>
      <w:pPr>
        <w:spacing w:line="336" w:lineRule="auto" w:after="60"/>
      </w:pPr>
      <w:r>
        <w:t>作文（40分）</w:t>
      </w:r>
    </w:p>
    <w:p>
      <w:pPr>
        <w:spacing w:line="336" w:lineRule="auto" w:after="60"/>
      </w:pPr>
      <w:r>
        <w:t>从下面两个作文题中任选一个按要求写作</w:t>
      </w:r>
    </w:p>
    <w:p>
      <w:pPr>
        <w:spacing w:line="336" w:lineRule="auto" w:after="60"/>
      </w:pPr>
      <w:r>
        <w:t>13. 题目：那一次，我真_____</w:t>
      </w:r>
    </w:p>
    <w:p>
      <w:pPr>
        <w:spacing w:line="336" w:lineRule="auto" w:after="60"/>
      </w:pPr>
      <w:r>
        <w:t>请在“_____”补充一个表示情感或心理活动的词语，如“快乐”“开心”“感动”“后悔”“失落”等。题目中的“真”，表明这件事带给你的情感冲击是很强烈的，甚至刻骨铭心。请有重点地展开叙述，突出事件中触动你情感的部分</w:t>
      </w:r>
    </w:p>
    <w:p>
      <w:pPr>
        <w:spacing w:line="336" w:lineRule="auto" w:after="60"/>
      </w:pPr>
      <w:r>
        <w:t>要求：（1）请将所选择的作文题目抄写在作文纸上。（2）不限文体（诗歌除外），字数不少于500字。（3）不要出现所在班级及师生姓名。</w:t>
      </w:r>
    </w:p>
    <w:p>
      <w:pPr>
        <w:spacing w:line="336" w:lineRule="auto" w:after="60"/>
      </w:pPr>
      <w:r>
        <w:t>14. 发挥你的想像，根据以下题目写一篇文章。</w:t>
      </w:r>
    </w:p>
    <w:p>
      <w:pPr>
        <w:spacing w:line="336" w:lineRule="auto" w:after="60"/>
      </w:pPr>
      <w:r>
        <w:t>《一颗种子旅行》</w:t>
      </w:r>
    </w:p>
    <w:p>
      <w:pPr>
        <w:spacing w:line="336" w:lineRule="auto" w:after="60"/>
      </w:pPr>
      <w:r>
        <w:t>要求：（1）请将所选择的作文题目抄写在作文纸上。（2）不限文体（诗歌除外），字数不少于500字。（3）不要出现所在班级及师生姓名。</w:t>
      </w:r>
    </w:p>
    <w:p>
      <w:pPr>
        <w:pStyle w:val="Heading3"/>
      </w:pPr>
      <w:r>
        <w:t>第四中学</w:t>
      </w:r>
    </w:p>
    <w:p>
      <w:pPr>
        <w:spacing w:line="336" w:lineRule="auto" w:after="60"/>
      </w:pPr>
      <w:r>
        <w:t>作文（40分）</w:t>
      </w:r>
    </w:p>
    <w:p>
      <w:pPr>
        <w:spacing w:line="336" w:lineRule="auto" w:after="60"/>
      </w:pPr>
      <w:r>
        <w:t>请在下面两个作文题中任选一个完成：</w:t>
      </w:r>
    </w:p>
    <w:p>
      <w:pPr>
        <w:spacing w:line="336" w:lineRule="auto" w:after="60"/>
      </w:pPr>
      <w:r>
        <w:t>21. 进入初中虽然才两个月，你一定已经有了丰富多彩的经历。有的经历让你快乐、自豪、幸福，有的经历让你困惑、懊恼、伤心……这些都是成长中的宝贵财富。请以“这件事真让我____________”为题，写一篇记叙文。</w:t>
      </w:r>
    </w:p>
    <w:p>
      <w:pPr>
        <w:spacing w:line="336" w:lineRule="auto" w:after="60"/>
      </w:pPr>
      <w:r>
        <w:t>要求：（1）请将作文题目抄写在答题卡上。（2）作文内容积极向上。（3）字数在600—800之间。（4）不要出现所在学校的校名或师生姓名。</w:t>
      </w:r>
    </w:p>
    <w:p>
      <w:pPr>
        <w:spacing w:line="336" w:lineRule="auto" w:after="60"/>
      </w:pPr>
      <w:r>
        <w:t>22. 在卡夫卡的代表作《变形记》中，主人公一觉醒来发现自己变成了昆虫，他的生活也因此发生了巨变。假如你也可以变形，你会选择变成什么呢？你又会有怎样的奇妙之旅呢？请以“变形记”为题，写一篇想象作文。</w:t>
      </w:r>
    </w:p>
    <w:p>
      <w:pPr>
        <w:spacing w:line="336" w:lineRule="auto" w:after="60"/>
      </w:pPr>
      <w:r>
        <w:t>要求：（1）请将作文题目抄写在答题卡上。（2）作文内容积极向上。（3）字数在600—800之间。（4）不要出现所在学校的校名或师生姓名。</w:t>
      </w:r>
    </w:p>
    <w:p>
      <w:pPr>
        <w:pStyle w:val="Heading2"/>
      </w:pPr>
      <w:r>
        <w:t>期末</w:t>
      </w:r>
    </w:p>
    <w:p>
      <w:pPr>
        <w:pStyle w:val="Heading3"/>
      </w:pPr>
      <w:r>
        <w:t>101中学</w:t>
      </w:r>
    </w:p>
    <w:p>
      <w:pPr>
        <w:spacing w:line="336" w:lineRule="auto" w:after="60"/>
      </w:pPr>
      <w:r>
        <w:t>作文（40分）</w:t>
      </w:r>
    </w:p>
    <w:p>
      <w:pPr>
        <w:spacing w:line="336" w:lineRule="auto" w:after="60"/>
      </w:pPr>
      <w:r>
        <w:t>17. 不知不觉间，我们在初中度过了一个学期的时光。在这段日子里，环境的熏陶、活动的参与、书香的陪伴、朋友的鼓励、家长的教导……让我们发生了一些变化，促使我们悄悄地成长。请围绕一个学期的初中生活，以“我热爱这样的生活”为题目，写一篇记叙文。</w:t>
      </w:r>
    </w:p>
    <w:p>
      <w:pPr>
        <w:spacing w:line="336" w:lineRule="auto" w:after="60"/>
      </w:pPr>
      <w:r>
        <w:t>要求：（1）请将题目抄写在答题纸上。（2）不限文体（诗歌除外）。（3）字数在600-800之间。（4）不要出现所在学校的校名或师生姓名。</w:t>
      </w:r>
    </w:p>
    <w:p>
      <w:pPr>
        <w:pStyle w:val="Heading3"/>
      </w:pPr>
      <w:r>
        <w:t>北师大二附中海淀学校</w:t>
      </w:r>
    </w:p>
    <w:p>
      <w:pPr>
        <w:spacing w:line="336" w:lineRule="auto" w:after="60"/>
      </w:pPr>
      <w:r>
        <w:t>写作。（共40分）</w:t>
      </w:r>
    </w:p>
    <w:p>
      <w:pPr>
        <w:spacing w:line="336" w:lineRule="auto" w:after="60"/>
      </w:pPr>
      <w:r>
        <w:t>从下面两个题目中任选一题，写一篇文章。</w:t>
      </w:r>
    </w:p>
    <w:p>
      <w:pPr>
        <w:spacing w:line="336" w:lineRule="auto" w:after="60"/>
      </w:pPr>
      <w:r>
        <w:t>20. 因为有一位好妈妈，我们的日子甜如蜜糖；因为有一位好老师，我们的未来充满希望；因为有一位好伙伴，我们的生活幸福荡漾……请以“因为有你”为题，写一篇文章。</w:t>
      </w:r>
    </w:p>
    <w:p>
      <w:pPr>
        <w:spacing w:line="336" w:lineRule="auto" w:after="60"/>
      </w:pPr>
      <w:r>
        <w:t>要求：①请将题目抄写在答题纸上。②字数在600—800之间。③不要出现所在学校的校名或师生姓名。</w:t>
      </w:r>
    </w:p>
    <w:p>
      <w:pPr>
        <w:spacing w:line="336" w:lineRule="auto" w:after="60"/>
      </w:pPr>
      <w:r>
        <w:t>21. 在郑振铎的《猫》一文中，作者前后养的三只猫性格不同，命运各异，试着从其中一只猫的视角出发，发挥想象，以“一只猫的自述”为题，写一篇故事。</w:t>
      </w:r>
    </w:p>
    <w:p>
      <w:pPr>
        <w:spacing w:line="336" w:lineRule="auto" w:after="60"/>
      </w:pPr>
      <w:r>
        <w:t>要求：①请将题目抄写在答题纸上。②字数在600—800之间。③不要出现所在学校的校名或师生姓名。</w:t>
      </w:r>
    </w:p>
    <w:p>
      <w:pPr>
        <w:pStyle w:val="Heading3"/>
      </w:pPr>
      <w:r>
        <w:t>延庆区</w:t>
      </w:r>
    </w:p>
    <w:p>
      <w:pPr>
        <w:spacing w:line="336" w:lineRule="auto" w:after="60"/>
      </w:pPr>
      <w:r>
        <w:t>作文（共40分）</w:t>
      </w:r>
    </w:p>
    <w:p>
      <w:pPr>
        <w:spacing w:line="336" w:lineRule="auto" w:after="60"/>
      </w:pPr>
      <w:r>
        <w:t>请从下面两个题目中选择一个完成作文。</w:t>
      </w:r>
    </w:p>
    <w:p>
      <w:pPr>
        <w:spacing w:line="336" w:lineRule="auto" w:after="60"/>
      </w:pPr>
      <w:r>
        <w:t>24. 亲爱的同学，你一定有走出校园、走出家庭的经历：或参观、或旅游、或游学、或实践……期间总有些事件或瞬间都可能触动你的心灵，引发你的思考。请选择校园、家庭以外的生活，以“触动心灵”为题，写一篇以记事为主的作文。不少于500字。</w:t>
      </w:r>
    </w:p>
    <w:p>
      <w:pPr>
        <w:spacing w:line="336" w:lineRule="auto" w:after="60"/>
      </w:pPr>
      <w:r>
        <w:t>要求：①将题目抄写在答题纸上。②不出现真实的姓名和学校名称。③不少于500字。</w:t>
      </w:r>
    </w:p>
    <w:p>
      <w:pPr>
        <w:spacing w:line="336" w:lineRule="auto" w:after="60"/>
      </w:pPr>
      <w:r>
        <w:t>25. 文题：</w:t>
      </w:r>
    </w:p>
    <w:p>
      <w:pPr>
        <w:spacing w:line="336" w:lineRule="auto" w:after="60"/>
      </w:pPr>
      <w:r>
        <w:t>你有没有憧憬过未来的生活？你觉得，十年以后的你是什么样子的呢？在做什么？又有着怎样的精神面貌呢？</w:t>
      </w:r>
    </w:p>
    <w:p>
      <w:pPr>
        <w:spacing w:line="336" w:lineRule="auto" w:after="60"/>
      </w:pPr>
      <w:r>
        <w:t>请以《十年后的我》为题，发挥想象，写一篇作文。</w:t>
      </w:r>
    </w:p>
    <w:p>
      <w:pPr>
        <w:spacing w:line="336" w:lineRule="auto" w:after="60"/>
      </w:pPr>
      <w:r>
        <w:t>要求：①自主立意，思路清晰，想象联想丰富；②不少于500字。</w:t>
      </w:r>
    </w:p>
    <w:p>
      <w:pPr>
        <w:pStyle w:val="Heading3"/>
      </w:pPr>
      <w:r>
        <w:t>房山区</w:t>
      </w:r>
    </w:p>
    <w:p>
      <w:pPr>
        <w:spacing w:line="336" w:lineRule="auto" w:after="60"/>
      </w:pPr>
      <w:r>
        <w:t>作文（共40分）从下面两个题目中任选一题，写一篇文章。</w:t>
      </w:r>
    </w:p>
    <w:p>
      <w:pPr>
        <w:spacing w:line="336" w:lineRule="auto" w:after="60"/>
      </w:pPr>
      <w:r>
        <w:t>21. 题目一：当你遇到了困难，一个微笑可以给予你力量；当你接受了别人的帮助，一个微笑可以表达你的谢意；当你获得了成功，一个微笑可以化作对你的鼓励……微笑虽无声，却有着丰富的内涵，请以“微笑”为题写一篇记叙文。</w:t>
      </w:r>
    </w:p>
    <w:p>
      <w:pPr>
        <w:spacing w:line="336" w:lineRule="auto" w:after="60"/>
      </w:pPr>
      <w:r>
        <w:t>要求：（1）请将作文题目或自拟题目抄写答题卡上。</w:t>
      </w:r>
    </w:p>
    <w:p>
      <w:pPr>
        <w:spacing w:line="336" w:lineRule="auto" w:after="60"/>
      </w:pPr>
      <w:r>
        <w:t>（2）作文内容积极向上。</w:t>
      </w:r>
    </w:p>
    <w:p>
      <w:pPr>
        <w:spacing w:line="336" w:lineRule="auto" w:after="60"/>
      </w:pPr>
      <w:r>
        <w:t>（3）字数不少于500字。</w:t>
      </w:r>
    </w:p>
    <w:p>
      <w:pPr>
        <w:spacing w:line="336" w:lineRule="auto" w:after="60"/>
      </w:pPr>
      <w:r>
        <w:t>（4）不要出现所在学校的校名或师生姓名。</w:t>
      </w:r>
    </w:p>
    <w:p>
      <w:pPr>
        <w:spacing w:line="336" w:lineRule="auto" w:after="60"/>
      </w:pPr>
      <w:r>
        <w:t>22. 题目二：《小溪流的歌》中的小溪流一路成长，汇入大海。大自然中的风雨雷电、花草树木、鸟兽虫鱼，都有自己的成长故事，请你任选一个作为主人公，自拟题目，发挥想象写一篇故事。</w:t>
      </w:r>
    </w:p>
    <w:p>
      <w:pPr>
        <w:spacing w:line="336" w:lineRule="auto" w:after="60"/>
      </w:pPr>
      <w:r>
        <w:t>要求：（1）请将作文题目或自拟题目抄写在答题卡上。</w:t>
      </w:r>
    </w:p>
    <w:p>
      <w:pPr>
        <w:spacing w:line="336" w:lineRule="auto" w:after="60"/>
      </w:pPr>
      <w:r>
        <w:t>（2）作文内容积极向上。</w:t>
      </w:r>
    </w:p>
    <w:p>
      <w:pPr>
        <w:spacing w:line="336" w:lineRule="auto" w:after="60"/>
      </w:pPr>
      <w:r>
        <w:t>（3）字数不少于500字。</w:t>
      </w:r>
    </w:p>
    <w:p>
      <w:pPr>
        <w:spacing w:line="336" w:lineRule="auto" w:after="60"/>
      </w:pPr>
      <w:r>
        <w:t>（4）不要出现所在学校的校名或师生姓名。</w:t>
      </w:r>
    </w:p>
    <w:p>
      <w:pPr>
        <w:pStyle w:val="Heading3"/>
      </w:pPr>
      <w:r>
        <w:t>昌平区</w:t>
      </w:r>
    </w:p>
    <w:p>
      <w:pPr>
        <w:spacing w:line="336" w:lineRule="auto" w:after="60"/>
      </w:pPr>
      <w:r>
        <w:t>写作（40分）</w:t>
      </w:r>
    </w:p>
    <w:p>
      <w:pPr>
        <w:spacing w:line="336" w:lineRule="auto" w:after="60"/>
      </w:pPr>
      <w:r>
        <w:t>从下面两个题目中任选一题，写一篇文章。</w:t>
      </w:r>
    </w:p>
    <w:p>
      <w:pPr>
        <w:spacing w:line="336" w:lineRule="auto" w:after="60"/>
      </w:pPr>
      <w:r>
        <w:t>24. 请以“温暖”为题目，写一篇文章。</w:t>
      </w:r>
    </w:p>
    <w:p>
      <w:pPr>
        <w:spacing w:line="336" w:lineRule="auto" w:after="60"/>
      </w:pPr>
      <w:r>
        <w:t>温暖是信任，温暖是分享，温暖是奉献……我们无时无刻不在享受着温暖，也在努力传递着温暖，请你以“温暖”为题目，写一篇文章。</w:t>
      </w:r>
    </w:p>
    <w:p>
      <w:pPr>
        <w:spacing w:line="336" w:lineRule="auto" w:after="60"/>
      </w:pPr>
      <w:r>
        <w:t>要求：（1）请将作文题目抄写在答题卡上。（2）不限文体（诗歌除外），作文内容积极向上。（3）字数在500-800之间。（4）不得抄写本试卷中的内容。（5）不要出现所在学校的校名或师生姓名。</w:t>
      </w:r>
    </w:p>
    <w:p>
      <w:pPr>
        <w:spacing w:line="336" w:lineRule="auto" w:after="60"/>
      </w:pPr>
      <w:r>
        <w:t>25. 阅读下面的漫画，请你发挥想象，自拟题目，写一篇故事。</w:t>
      </w:r>
    </w:p>
    <w:p>
      <w:pPr>
        <w:spacing w:line="336" w:lineRule="auto" w:after="60"/>
      </w:pPr>
      <w:r>
        <w:t>要求：（1）请将作文题目抄写在答题卡上。（2）不限文体（诗歌除外），作文内容积极向上。（3）字数在500-800之间。（4）不得抄写本试卷中的内容。（5）不要出现所在学校的校名或师生姓名。</w:t>
      </w:r>
    </w:p>
    <w:p>
      <w:pPr>
        <w:pStyle w:val="Heading3"/>
      </w:pPr>
      <w:r>
        <w:t>朝阳区</w:t>
      </w:r>
    </w:p>
    <w:p>
      <w:pPr>
        <w:spacing w:line="336" w:lineRule="auto" w:after="60"/>
      </w:pPr>
      <w:r>
        <w:t>四、写作</w:t>
      </w:r>
    </w:p>
    <w:p>
      <w:pPr>
        <w:spacing w:line="336" w:lineRule="auto" w:after="60"/>
      </w:pPr>
      <w:r>
        <w:t>从下面两个题目中任选一题，写一篇文章。</w:t>
      </w:r>
    </w:p>
    <w:p>
      <w:pPr>
        <w:spacing w:line="336" w:lineRule="auto" w:after="60"/>
      </w:pPr>
      <w:r>
        <w:t>19. 题目：伙伴</w:t>
      </w:r>
    </w:p>
    <w:p>
      <w:pPr>
        <w:spacing w:line="336" w:lineRule="auto" w:after="60"/>
      </w:pPr>
      <w:r>
        <w:t>要求：（1）请将作文题目抄写在答题卡上。（2）作文内容积极向上。（3）不少于500字。（4）不要出现所在学校校名或师生姓名。</w:t>
      </w:r>
    </w:p>
    <w:p>
      <w:pPr>
        <w:spacing w:line="336" w:lineRule="auto" w:after="60"/>
      </w:pPr>
      <w:r>
        <w:t>20. 重返校园，是同学们2020年最特殊的经历；重返过去，是许多人2020年最深切的期盼。重返某处，一定会有新的心情；重返某时，也许会有新的安排。生活中哪一次重返让你难以忘怀？人生中哪一个时刻你希望重新再来？</w:t>
      </w:r>
    </w:p>
    <w:p>
      <w:pPr>
        <w:spacing w:line="336" w:lineRule="auto" w:after="60"/>
      </w:pPr>
      <w:r>
        <w:t>请以“重返__________”为题，补全题目，写一篇作文。</w:t>
      </w:r>
    </w:p>
    <w:p>
      <w:pPr>
        <w:spacing w:line="336" w:lineRule="auto" w:after="60"/>
      </w:pPr>
      <w:r>
        <w:t>要求：（1）请将作文题目抄写在答题卡上。（2）作文内容积极向上。（3）不少于500字。（4）不要出现所在学校的校名或师生姓名。</w:t>
      </w:r>
    </w:p>
    <w:p>
      <w:pPr>
        <w:pStyle w:val="Heading3"/>
      </w:pPr>
      <w:r>
        <w:t>西城区</w:t>
      </w:r>
    </w:p>
    <w:p>
      <w:pPr>
        <w:spacing w:line="336" w:lineRule="auto" w:after="60"/>
      </w:pPr>
      <w:r>
        <w:t>写作（40分）</w:t>
      </w:r>
    </w:p>
    <w:p>
      <w:pPr>
        <w:spacing w:line="336" w:lineRule="auto" w:after="60"/>
      </w:pPr>
      <w:r>
        <w:t>从下面两个题目中，任选一题，按要求写作。</w:t>
      </w:r>
    </w:p>
    <w:p>
      <w:pPr>
        <w:spacing w:line="336" w:lineRule="auto" w:after="60"/>
      </w:pPr>
      <w:r>
        <w:t>21. 按要求作文</w:t>
      </w:r>
    </w:p>
    <w:p>
      <w:pPr>
        <w:spacing w:line="336" w:lineRule="auto" w:after="60"/>
      </w:pPr>
      <w:r>
        <w:t>爱，是对人或物的深情，能够带来温暖、力量、希望、奇迹……爱，是喜欢做某事，能够带来勇气、动力、恒心、成功……爱，使世界变得更加美好；爱，使奋斗变得其乐无穷。</w:t>
      </w:r>
    </w:p>
    <w:p>
      <w:pPr>
        <w:spacing w:line="336" w:lineRule="auto" w:after="60"/>
      </w:pPr>
      <w:r>
        <w:t>请以“有爱才有        ”为题，补全题目，写一篇文章。不限文体（诗歌除外）。</w:t>
      </w:r>
    </w:p>
    <w:p>
      <w:pPr>
        <w:spacing w:line="336" w:lineRule="auto" w:after="60"/>
      </w:pPr>
      <w:r>
        <w:t>要求：（1）请将作文题目抄写在答题卡上。（2）作文内容积极向上。（3）字数在500-800之间。（4）不要出现所在学校的校名或师生姓名。</w:t>
      </w:r>
    </w:p>
    <w:p>
      <w:pPr>
        <w:spacing w:line="336" w:lineRule="auto" w:after="60"/>
      </w:pPr>
      <w:r>
        <w:t>22. 按要求作文</w:t>
      </w:r>
    </w:p>
    <w:p>
      <w:pPr>
        <w:spacing w:line="336" w:lineRule="auto" w:after="60"/>
      </w:pPr>
      <w:r>
        <w:t>假如你能感受到动物或植物的心声，可以和它们成为好朋友，那将会发生怎样有趣而又有意义的事情呢？</w:t>
      </w:r>
    </w:p>
    <w:p>
      <w:pPr>
        <w:spacing w:line="336" w:lineRule="auto" w:after="60"/>
      </w:pPr>
      <w:r>
        <w:t>请以“奇妙的朋友”为题，发挥想象，写一篇故事。</w:t>
      </w:r>
    </w:p>
    <w:p>
      <w:pPr>
        <w:spacing w:line="336" w:lineRule="auto" w:after="60"/>
      </w:pPr>
      <w:r>
        <w:t>要求：（1）请将作文题目抄写在答题卡上。（2）作文内容积极向上。（3）字数在500-800之间。（4）不要出现所在学校的校名或师生姓名。</w:t>
      </w:r>
    </w:p>
    <w:p>
      <w:pPr>
        <w:pStyle w:val="Heading3"/>
      </w:pPr>
      <w:r>
        <w:t>门头沟区</w:t>
      </w:r>
    </w:p>
    <w:p>
      <w:pPr>
        <w:spacing w:line="336" w:lineRule="auto" w:after="60"/>
      </w:pPr>
      <w:r>
        <w:t>作文（共40分）</w:t>
      </w:r>
    </w:p>
    <w:p>
      <w:pPr>
        <w:spacing w:line="336" w:lineRule="auto" w:after="60"/>
      </w:pPr>
      <w:r>
        <w:t>从下面两个题目中任选一题，写一篇文章。（40分）</w:t>
      </w:r>
    </w:p>
    <w:p>
      <w:pPr>
        <w:spacing w:line="336" w:lineRule="auto" w:after="60"/>
      </w:pPr>
      <w:r>
        <w:t>23. 在成长的过程中，总有让你记忆深刻的人或事。那个人，让你明白了什么；那件事，带给你怎样的情感记忆。请你以“留在记忆里的     ”为题，写一篇文章。不限文体（诗歌除外）。</w:t>
      </w:r>
    </w:p>
    <w:p>
      <w:pPr>
        <w:spacing w:line="336" w:lineRule="auto" w:after="60"/>
      </w:pPr>
      <w:r>
        <w:t>要求：（1）请将作文题目抄写在答题卡上。（2）作文内容积极向上。（3）字数在600-800之间。（4）不要出现所在学校的校名或师生姓名。</w:t>
      </w:r>
    </w:p>
    <w:p>
      <w:pPr>
        <w:spacing w:line="336" w:lineRule="auto" w:after="60"/>
      </w:pPr>
      <w:r>
        <w:t>24. 张开想象的翅膀，飞翔于广阔的世间，你会与谁相遇？是一棵树，还是一片云……是顶礼膜拜的英雄，还是心目中未来的自己；是你向往的某个时代，还是让你牵挂的一段历史……在这次相遇中，会有怎样的故事发生？请以“我与      的故事”为题，发挥想象，写一个故事。</w:t>
      </w:r>
    </w:p>
    <w:p>
      <w:pPr>
        <w:spacing w:line="336" w:lineRule="auto" w:after="60"/>
      </w:pPr>
      <w:r>
        <w:t>要求：（1）请将作文题目抄写在答题卡上。（2）作文内容积极向上。（3）字数在600-800之间。（4）不要出现所在学校的校名或师生姓名。</w:t>
      </w:r>
    </w:p>
    <w:p>
      <w:pPr>
        <w:pStyle w:val="Heading3"/>
      </w:pPr>
      <w:r>
        <w:t>顺义区</w:t>
      </w:r>
    </w:p>
    <w:p>
      <w:pPr>
        <w:spacing w:line="336" w:lineRule="auto" w:after="60"/>
      </w:pPr>
      <w:r>
        <w:t>写作（40分）</w:t>
      </w:r>
    </w:p>
    <w:p>
      <w:pPr>
        <w:spacing w:line="336" w:lineRule="auto" w:after="60"/>
      </w:pPr>
      <w:r>
        <w:t>14. 作文。</w:t>
      </w:r>
    </w:p>
    <w:p>
      <w:pPr>
        <w:spacing w:line="336" w:lineRule="auto" w:after="60"/>
      </w:pPr>
      <w:r>
        <w:t>现实生活中，每个人都会有自己喜爱或崇拜的人，有的人甚至成了你的偶像。你的偶像是谁呢？是热爱孩子的老师？是助人为乐的同学？是疫情中美丽的逆行者……</w:t>
      </w:r>
    </w:p>
    <w:p>
      <w:pPr>
        <w:spacing w:line="336" w:lineRule="auto" w:after="60"/>
      </w:pPr>
      <w:r>
        <w:t>请以“我的偶像二三事”为题写一篇作文。</w:t>
      </w:r>
    </w:p>
    <w:p>
      <w:pPr>
        <w:spacing w:line="336" w:lineRule="auto" w:after="60"/>
      </w:pPr>
      <w:r>
        <w:t>提示：①要写出人物吸引你的地方，让人明白你崇拜他的原因。②通过两三件事，结合人物的外貌、神态、语言、动作等写出人物的性格特点。③不少于500字。</w:t>
      </w:r>
    </w:p>
    <w:p>
      <w:pPr>
        <w:spacing w:line="336" w:lineRule="auto" w:after="60"/>
      </w:pPr>
      <w:r>
        <w:t>15. 作文。</w:t>
      </w:r>
    </w:p>
    <w:p>
      <w:pPr>
        <w:spacing w:line="336" w:lineRule="auto" w:after="60"/>
      </w:pPr>
      <w:r>
        <w:t>这样，皇帝就在那个富丽的华盖下游行起来了。站在街上和窗子里的人都说：“乖乖！皇帝的新装真漂亮！他上衣下面的后裙是多么美丽！这件衣服真合他的身材！”谁也不愿意让人知道自己什么也没看见，因为这样就会显得自己不称职，或是太愚蠢。皇帝所有的衣服从来没有获得过这样的称赞。</w:t>
      </w:r>
    </w:p>
    <w:p>
      <w:pPr>
        <w:spacing w:line="336" w:lineRule="auto" w:after="60"/>
      </w:pPr>
      <w:r>
        <w:t>“可是他什么衣服也没有穿啊！”一个小孩子最后叫了出来。</w:t>
      </w:r>
    </w:p>
    <w:p>
      <w:pPr>
        <w:spacing w:line="336" w:lineRule="auto" w:after="60"/>
      </w:pPr>
      <w:r>
        <w:t>这是《皇帝的新装》中的情节，请你大胆发挥想象，自己来创作一下后面的故事。</w:t>
      </w:r>
    </w:p>
    <w:p>
      <w:pPr>
        <w:spacing w:line="336" w:lineRule="auto" w:after="60"/>
      </w:pPr>
      <w:r>
        <w:t>要求：①自拟题目。②虚构要合理，人物表现必须符合其性格特征。③故事要生动有趣，要有具体的细节。④不少于500字。</w:t>
      </w:r>
    </w:p>
    <w:p>
      <w:pPr>
        <w:pStyle w:val="Heading1"/>
      </w:pPr>
      <w:r>
        <w:t>2021-2022学年</w:t>
      </w:r>
    </w:p>
    <w:p>
      <w:pPr>
        <w:pStyle w:val="Heading2"/>
      </w:pPr>
      <w:r>
        <w:t>月考</w:t>
      </w:r>
    </w:p>
    <w:p>
      <w:pPr>
        <w:pStyle w:val="Heading3"/>
      </w:pPr>
      <w:r>
        <w:t>昌平区第一中学（9月月考）</w:t>
      </w:r>
    </w:p>
    <w:p>
      <w:pPr>
        <w:spacing w:line="336" w:lineRule="auto" w:after="60"/>
      </w:pPr>
      <w:r>
        <w:t>作文从下面两个题目中任选一题，写一篇文章。（共40分）</w:t>
      </w:r>
    </w:p>
    <w:p>
      <w:pPr>
        <w:spacing w:line="336" w:lineRule="auto" w:after="60"/>
      </w:pPr>
      <w:r>
        <w:t>14. 家是我们人生的起点，也是我们成长的避风港和归宿。世界上有各种各样的家，小到血亲之家，一个团队，一个国家，乃至整个世界、整个地球、整个生物群。我们每个人都以各种不同的身份和角色，充当着不同家庭的成员……</w:t>
      </w:r>
    </w:p>
    <w:p>
      <w:pPr>
        <w:spacing w:line="336" w:lineRule="auto" w:after="60"/>
      </w:pPr>
      <w:r>
        <w:t>以“我爱我家”为题写一篇作文。</w:t>
      </w:r>
    </w:p>
    <w:p>
      <w:pPr>
        <w:spacing w:line="336" w:lineRule="auto" w:after="60"/>
      </w:pPr>
      <w:r>
        <w:t>要求：</w:t>
      </w:r>
    </w:p>
    <w:p>
      <w:pPr>
        <w:spacing w:line="336" w:lineRule="auto" w:after="60"/>
      </w:pPr>
      <w:r>
        <w:t>（1）请将题目抄写在答题卡上。</w:t>
      </w:r>
    </w:p>
    <w:p>
      <w:pPr>
        <w:spacing w:line="336" w:lineRule="auto" w:after="60"/>
      </w:pPr>
      <w:r>
        <w:t>（2）字数在500字到700字之间。</w:t>
      </w:r>
    </w:p>
    <w:p>
      <w:pPr>
        <w:spacing w:line="336" w:lineRule="auto" w:after="60"/>
      </w:pPr>
      <w:r>
        <w:t>（3）不要出现所在班级的名称或师生姓名。</w:t>
      </w:r>
    </w:p>
    <w:p>
      <w:pPr>
        <w:spacing w:line="336" w:lineRule="auto" w:after="60"/>
      </w:pPr>
      <w:r>
        <w:t>15 人的一生中是少不了朋友的。朋友是失意时能够安抚你的人，朋友是高兴时能够分享你的快乐的人，朋友是骄傲时能够提醒你的人。朋友可以是携手同行的同学，也可以是日夜陪伴的父母。</w:t>
      </w:r>
    </w:p>
    <w:p>
      <w:pPr>
        <w:spacing w:line="336" w:lineRule="auto" w:after="60"/>
      </w:pPr>
      <w:r>
        <w:t>请抓住人物的特点，以“我的朋友”为题写一篇记叙文。</w:t>
      </w:r>
    </w:p>
    <w:p>
      <w:pPr>
        <w:spacing w:line="336" w:lineRule="auto" w:after="60"/>
      </w:pPr>
      <w:r>
        <w:t>要求：</w:t>
      </w:r>
    </w:p>
    <w:p>
      <w:pPr>
        <w:spacing w:line="336" w:lineRule="auto" w:after="60"/>
      </w:pPr>
      <w:r>
        <w:t>（1）请将题目抄写在答题卡上。</w:t>
      </w:r>
    </w:p>
    <w:p>
      <w:pPr>
        <w:spacing w:line="336" w:lineRule="auto" w:after="60"/>
      </w:pPr>
      <w:r>
        <w:t>（2）字数在500字到700字之间。</w:t>
      </w:r>
    </w:p>
    <w:p>
      <w:pPr>
        <w:spacing w:line="336" w:lineRule="auto" w:after="60"/>
      </w:pPr>
      <w:r>
        <w:t>（3）不要出现所在班级的名称或师生姓名。</w:t>
      </w:r>
    </w:p>
    <w:p>
      <w:pPr>
        <w:pStyle w:val="Heading3"/>
      </w:pPr>
      <w:r>
        <w:t>汇文中学（10月月考）</w:t>
      </w:r>
    </w:p>
    <w:p>
      <w:pPr>
        <w:spacing w:line="336" w:lineRule="auto" w:after="60"/>
      </w:pPr>
      <w:r>
        <w:t>作文（63分，含书写3分）</w:t>
      </w:r>
    </w:p>
    <w:p>
      <w:pPr>
        <w:spacing w:line="336" w:lineRule="auto" w:after="60"/>
      </w:pPr>
      <w:r>
        <w:t>14. 作文。</w:t>
      </w:r>
    </w:p>
    <w:p>
      <w:pPr>
        <w:spacing w:line="336" w:lineRule="auto" w:after="60"/>
      </w:pPr>
      <w:r>
        <w:t>请以“真没想到”为题写一篇文章。</w:t>
      </w:r>
    </w:p>
    <w:p>
      <w:pPr>
        <w:spacing w:line="336" w:lineRule="auto" w:after="60"/>
      </w:pPr>
      <w:r>
        <w:t>要求：①将题目抄在答题卡上；②除诗歌、剧本以外文体不限；③不要少于600字；④文中不要出现（或暗示）本人的姓名、校名。</w:t>
      </w:r>
    </w:p>
    <w:p>
      <w:pPr>
        <w:pStyle w:val="Heading2"/>
      </w:pPr>
      <w:r>
        <w:t>期中</w:t>
      </w:r>
    </w:p>
    <w:p>
      <w:pPr>
        <w:pStyle w:val="Heading3"/>
      </w:pPr>
      <w:r>
        <w:t>二中教育集团</w:t>
      </w:r>
    </w:p>
    <w:p>
      <w:pPr>
        <w:spacing w:line="336" w:lineRule="auto" w:after="60"/>
      </w:pPr>
      <w:r>
        <w:t>写作（共40分）</w:t>
      </w:r>
    </w:p>
    <w:p>
      <w:pPr>
        <w:spacing w:line="336" w:lineRule="auto" w:after="60"/>
      </w:pPr>
      <w:r>
        <w:t>23. 亲爱的同学，袁隆平院士运用自己亲身经历和真挚的感情写出打动所有读者心灵的文章。进入中学后，你的体验也很多，现在拿起笔，写下你的亲身经历和真情实感，请以“记我一次愉快的体验”为题，写一篇记叙文。</w:t>
      </w:r>
    </w:p>
    <w:p>
      <w:pPr>
        <w:spacing w:line="336" w:lineRule="auto" w:after="60"/>
      </w:pPr>
      <w:r>
        <w:t>要求：（1）请把题目抄写在答题卡上。（2）请写初中以后的生活体验，不得出现真实老师或学生姓名。（3）要有真情实感，不少于5段。（4）字数500-800。</w:t>
      </w:r>
    </w:p>
    <w:p>
      <w:pPr>
        <w:pStyle w:val="Heading3"/>
      </w:pPr>
      <w:r>
        <w:t>师范大学附属中学</w:t>
      </w:r>
    </w:p>
    <w:p>
      <w:pPr>
        <w:spacing w:line="336" w:lineRule="auto" w:after="60"/>
      </w:pPr>
      <w:r>
        <w:t>写作。（共40分）</w:t>
      </w:r>
    </w:p>
    <w:p>
      <w:pPr>
        <w:spacing w:line="336" w:lineRule="auto" w:after="60"/>
      </w:pPr>
      <w:r>
        <w:t>25. 作文。</w:t>
      </w:r>
    </w:p>
    <w:p>
      <w:pPr>
        <w:spacing w:line="336" w:lineRule="auto" w:after="60"/>
      </w:pPr>
      <w:r>
        <w:t>升入初中以来，你备战运动会，培养了集体荣誉感；你迎接附中120年校庆，参与了很多活动，理解了何为“附中魂”；你为祖国母亲庆生，重温了共和国历史，加深了对祖国的热爱之情……</w:t>
      </w:r>
    </w:p>
    <w:p>
      <w:pPr>
        <w:spacing w:line="336" w:lineRule="auto" w:after="60"/>
      </w:pPr>
      <w:r>
        <w:t>请以“我在_______的日子里”为题，写一篇记叙文，围绕你的收获感悟，书写你在这段时光中的难忘往事。</w:t>
      </w:r>
    </w:p>
    <w:p>
      <w:pPr>
        <w:spacing w:line="336" w:lineRule="auto" w:after="60"/>
      </w:pPr>
      <w:r>
        <w:t>要求：（1）请将作文题目写在相应位置上。（2）作文中的人、事、景等内容要积极向上。（3）字数在500-800之间。（4）作文中不要出现真实姓名。</w:t>
      </w:r>
    </w:p>
    <w:p>
      <w:pPr>
        <w:pStyle w:val="Heading3"/>
      </w:pPr>
      <w:r>
        <w:t>昌平区</w:t>
      </w:r>
    </w:p>
    <w:p>
      <w:pPr>
        <w:spacing w:line="336" w:lineRule="auto" w:after="60"/>
      </w:pPr>
      <w:r>
        <w:t>作文（40分）</w:t>
      </w:r>
    </w:p>
    <w:p>
      <w:pPr>
        <w:spacing w:line="336" w:lineRule="auto" w:after="60"/>
      </w:pPr>
      <w:r>
        <w:t>19. 同学们，我们每一人的成长都离不开父母、老师、朋友的关爱，这些关爱很多时候是不易察觉的。这些爱是出门前母亲反复的督促或唠叨，是课堂上老师投来的微笑或警视，是摔倒时朋友的搀扶或安慰……</w:t>
      </w:r>
    </w:p>
    <w:p>
      <w:pPr>
        <w:spacing w:line="336" w:lineRule="auto" w:after="60"/>
      </w:pPr>
      <w:r>
        <w:t>请你以“爱在细微处”为题，完成一篇记叙文。</w:t>
      </w:r>
    </w:p>
    <w:p>
      <w:pPr>
        <w:spacing w:line="336" w:lineRule="auto" w:after="60"/>
      </w:pPr>
      <w:r>
        <w:t>要求：（1）请将完整的作文题目抄写在答题卡上。（2）作文内容积极向上。（3）字数在600-800之间。（4）不要出现所在学校的校名或师生姓名。</w:t>
      </w:r>
    </w:p>
    <w:p>
      <w:pPr>
        <w:pStyle w:val="Heading3"/>
      </w:pPr>
      <w:r>
        <w:t>海淀区</w:t>
      </w:r>
    </w:p>
    <w:p>
      <w:pPr>
        <w:spacing w:line="336" w:lineRule="auto" w:after="60"/>
      </w:pPr>
      <w:r>
        <w:t>写作（共40分）</w:t>
      </w:r>
    </w:p>
    <w:p>
      <w:pPr>
        <w:spacing w:line="336" w:lineRule="auto" w:after="60"/>
      </w:pPr>
      <w:r>
        <w:t>19. “上课！同学们好！”老师亲切的问候开启了你孜孜不倦的求学之旅；“老师，我来！”活动中主动请缨开启了你勇敢的担当；“各就各位，预备——跑！”赛场上的一声发令开启了你顽强的拼搏；“铃——”选修课的清脆铃声开启了你对未知世界的探索……短短两个多月的初中生活，是什么样的事情，“开启”了你多姿多彩的中学时光？你获得了怎样的成长？又有着怎样的体会感悟呢？请以“开启”为题，写一篇记叙文。</w:t>
      </w:r>
    </w:p>
    <w:p>
      <w:pPr>
        <w:spacing w:line="336" w:lineRule="auto" w:after="60"/>
      </w:pPr>
      <w:r>
        <w:t>要求：（1）请将作文题目抄写在答题纸上。（2）内容积极向上，字数在600-800之间。</w:t>
      </w:r>
    </w:p>
    <w:p>
      <w:pPr>
        <w:pStyle w:val="Heading3"/>
      </w:pPr>
      <w:r>
        <w:t>第十五中学</w:t>
      </w:r>
    </w:p>
    <w:p>
      <w:pPr>
        <w:spacing w:line="336" w:lineRule="auto" w:after="60"/>
      </w:pPr>
      <w:r>
        <w:t>写作（40分）</w:t>
      </w:r>
    </w:p>
    <w:p>
      <w:pPr>
        <w:spacing w:line="336" w:lineRule="auto" w:after="60"/>
      </w:pPr>
      <w:r>
        <w:t>从下面两个题目中任选一题，写一篇文章。</w:t>
      </w:r>
    </w:p>
    <w:p>
      <w:pPr>
        <w:spacing w:line="336" w:lineRule="auto" w:after="60"/>
      </w:pPr>
      <w:r>
        <w:t>24. 进入初中已经有两个多月了，你已经认识了许多新同学、新老师，也经历了许多事情，有些人给你启发，给你激励；有些事让你感动，促你奋进……请你选择其中给你印象最深的一个人或一件事，将“让我____的人”或“让我____的事”补充完整，作为题目，写一篇文章，表达出自己内心的感受。</w:t>
      </w:r>
    </w:p>
    <w:p>
      <w:pPr>
        <w:spacing w:line="336" w:lineRule="auto" w:after="60"/>
      </w:pPr>
      <w:r>
        <w:t>要求：（1）请将作文题目抄写在答题卡上。（2）作文内容积极向上。（3）做到中心明确，条理清楚。字数在600-800字之间。（4）文中不要出现真实的班级名称及师生姓名。</w:t>
      </w:r>
    </w:p>
    <w:p>
      <w:pPr>
        <w:spacing w:line="336" w:lineRule="auto" w:after="60"/>
      </w:pPr>
      <w:r>
        <w:t>25. 大自然里藏着许多奥秘，日月星辰、风花雪月都能成为文学家们创作的灵感源泉。太阳神、花仙子、雪孩子……在文学作品里，他们或勇敢，或执着，或善良……请从大自然中选取一类事物，作为主角，发挥想象，写一篇故事。题目自拟。</w:t>
      </w:r>
    </w:p>
    <w:p>
      <w:pPr>
        <w:spacing w:line="336" w:lineRule="auto" w:after="60"/>
      </w:pPr>
      <w:r>
        <w:t>要求：（1）请将作文题目抄写在答题卡上。（2）作文内容积极向上。（3）做到中心明确，条理清楚。字数在600-800字之间。（4）文中不要出现真实班级名称及师生姓名。</w:t>
      </w:r>
    </w:p>
    <w:p>
      <w:pPr>
        <w:pStyle w:val="Heading3"/>
      </w:pPr>
      <w:r>
        <w:t>第四十三中学</w:t>
      </w:r>
    </w:p>
    <w:p>
      <w:pPr>
        <w:spacing w:line="336" w:lineRule="auto" w:after="60"/>
      </w:pPr>
      <w:r>
        <w:t>写作（40分）</w:t>
      </w:r>
    </w:p>
    <w:p>
      <w:pPr>
        <w:spacing w:line="336" w:lineRule="auto" w:after="60"/>
      </w:pPr>
      <w:r>
        <w:t>24. 欣赏美景，乐在其中；获得新知，乐在其中；克服困难，乐在其中；结交挚友，乐在其中；积极奉献，乐在其中……升入初中后，你在学习与生活中，有哪些关于“乐”的经历和感悟呢？请以“乐在其中”为题，写一篇记叙文。</w:t>
      </w:r>
    </w:p>
    <w:p>
      <w:pPr>
        <w:spacing w:line="336" w:lineRule="auto" w:after="60"/>
      </w:pPr>
      <w:r>
        <w:t>要求：（1）请将作文题目写在答题卡上。（2）不限文体（诗歌除外）。（3）字数不少于500字。（4）文中不要出现所在学校名、所在班级名或师生姓名。</w:t>
      </w:r>
    </w:p>
    <w:p>
      <w:pPr>
        <w:pStyle w:val="Heading2"/>
      </w:pPr>
      <w:r>
        <w:t>期末</w:t>
      </w:r>
    </w:p>
    <w:p>
      <w:pPr>
        <w:pStyle w:val="Heading3"/>
      </w:pPr>
      <w:r>
        <w:t>东城区</w:t>
      </w:r>
    </w:p>
    <w:p>
      <w:pPr>
        <w:spacing w:line="336" w:lineRule="auto" w:after="60"/>
      </w:pPr>
      <w:r>
        <w:t>写作（40分）</w:t>
      </w:r>
    </w:p>
    <w:p>
      <w:pPr>
        <w:spacing w:line="336" w:lineRule="auto" w:after="60"/>
      </w:pPr>
      <w:r>
        <w:t>从下面两个题目中任选一题，按要求写一篇文章。</w:t>
      </w:r>
    </w:p>
    <w:p>
      <w:pPr>
        <w:spacing w:line="336" w:lineRule="auto" w:after="60"/>
      </w:pPr>
      <w:r>
        <w:t>20. 题目一：</w:t>
      </w:r>
    </w:p>
    <w:p>
      <w:pPr>
        <w:spacing w:line="336" w:lineRule="auto" w:after="60"/>
      </w:pPr>
      <w:r>
        <w:t>《父亲的决策》是不是引发了你的许多回忆？“双减”的决策让你的课余生活更加丰富多彩，家长的决策让你的兴趣爱好得到了充分的发展，明智的决策为集体赢得了来之不易的荣誉……这些决策无论是他人的，还是自己的，无论是大是小，都在改变着你的学习与生活，助力着你的成功与成长。</w:t>
      </w:r>
    </w:p>
    <w:p>
      <w:pPr>
        <w:spacing w:line="336" w:lineRule="auto" w:after="60"/>
      </w:pPr>
      <w:r>
        <w:t>请将“______的决策”补充完整，构成你的题目，写一篇记叙文。</w:t>
      </w:r>
    </w:p>
    <w:p>
      <w:pPr>
        <w:spacing w:line="336" w:lineRule="auto" w:after="60"/>
      </w:pPr>
      <w:r>
        <w:t>要求：（1）请将作文题目写在答题卡上。</w:t>
      </w:r>
    </w:p>
    <w:p>
      <w:pPr>
        <w:spacing w:line="336" w:lineRule="auto" w:after="60"/>
      </w:pPr>
      <w:r>
        <w:t>（2）作文内容积极向上。</w:t>
      </w:r>
    </w:p>
    <w:p>
      <w:pPr>
        <w:spacing w:line="336" w:lineRule="auto" w:after="60"/>
      </w:pPr>
      <w:r>
        <w:t>（3）字数不少于500。</w:t>
      </w:r>
    </w:p>
    <w:p>
      <w:pPr>
        <w:spacing w:line="336" w:lineRule="auto" w:after="60"/>
      </w:pPr>
      <w:r>
        <w:t>（4）不要出现所在学校的校名或师生姓名。</w:t>
      </w:r>
    </w:p>
    <w:p>
      <w:pPr>
        <w:spacing w:line="336" w:lineRule="auto" w:after="60"/>
      </w:pPr>
      <w:r>
        <w:t>21. 题目二：根据下面的图文材料，发挥想象，写一篇有关孔子与弟子颜回的故事。题目自拟。</w:t>
      </w:r>
    </w:p>
    <w:p>
      <w:pPr>
        <w:spacing w:line="336" w:lineRule="auto" w:after="60"/>
      </w:pPr>
      <w:r>
        <w:t>要求：（1）请将作文题目写在答题卡上。</w:t>
      </w:r>
    </w:p>
    <w:p>
      <w:pPr>
        <w:spacing w:line="336" w:lineRule="auto" w:after="60"/>
      </w:pPr>
      <w:r>
        <w:t>（2）作文内容积极向上。</w:t>
      </w:r>
    </w:p>
    <w:p>
      <w:pPr>
        <w:spacing w:line="336" w:lineRule="auto" w:after="60"/>
      </w:pPr>
      <w:r>
        <w:t>（3）字数不少于500。</w:t>
      </w:r>
    </w:p>
    <w:p>
      <w:pPr>
        <w:spacing w:line="336" w:lineRule="auto" w:after="60"/>
      </w:pPr>
      <w:r>
        <w:t>（4）不要出现所在学校的校名或师生姓名。</w:t>
      </w:r>
    </w:p>
    <w:p>
      <w:pPr>
        <w:pStyle w:val="Heading3"/>
      </w:pPr>
      <w:r>
        <w:t>丰台区</w:t>
      </w:r>
    </w:p>
    <w:p>
      <w:pPr>
        <w:spacing w:line="336" w:lineRule="auto" w:after="60"/>
      </w:pPr>
      <w:r>
        <w:t>作文（40分）</w:t>
      </w:r>
    </w:p>
    <w:p>
      <w:pPr>
        <w:spacing w:line="336" w:lineRule="auto" w:after="60"/>
      </w:pPr>
      <w:r>
        <w:t>从下面两个题目中任选一题，写一篇文章。</w:t>
      </w:r>
    </w:p>
    <w:p>
      <w:pPr>
        <w:spacing w:line="336" w:lineRule="auto" w:after="60"/>
      </w:pPr>
      <w:r>
        <w:t>19. 国家语言资源监测与研发中心发布的“2021年度十大网络用语”中有“破防”一词。破防，就是破除防御，一般指我们被某件事情或某个场景深深触动，保持心理平静的防线被突破，情绪掀起波澜。进入初中以来，你是否也经历过这样“破防”的瞬间？</w:t>
      </w:r>
    </w:p>
    <w:p>
      <w:pPr>
        <w:spacing w:line="336" w:lineRule="auto" w:after="60"/>
      </w:pPr>
      <w:r>
        <w:t>请以“那一次，我破防了”为题，写一篇记叙文。</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（3）字数在600—800之间。</w:t>
      </w:r>
    </w:p>
    <w:p>
      <w:pPr>
        <w:spacing w:line="336" w:lineRule="auto" w:after="60"/>
      </w:pPr>
      <w:r>
        <w:t>（4）不要出现所在学校的校名或师生姓名。</w:t>
      </w:r>
    </w:p>
    <w:p>
      <w:pPr>
        <w:spacing w:line="336" w:lineRule="auto" w:after="60"/>
      </w:pPr>
      <w:r>
        <w:t>20 生活中，总有一个物件是你离不开的。它和你的学习、兴趣爱好或某种经历密切相关，默默地陪伴着你。如果有一天它能开口说话，你们之间会有怎样的交流呢？</w:t>
      </w:r>
    </w:p>
    <w:p>
      <w:pPr>
        <w:spacing w:line="336" w:lineRule="auto" w:after="60"/>
      </w:pPr>
      <w:r>
        <w:t>请将“_____对我诉心声”补充完整，构成你的题目，发挥想象，写一篇故事。</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（3）字数在600—800之间。</w:t>
      </w:r>
    </w:p>
    <w:p>
      <w:pPr>
        <w:spacing w:line="336" w:lineRule="auto" w:after="60"/>
      </w:pPr>
      <w:r>
        <w:t>（4）不要出现所在学校的校名或师生姓名。</w:t>
      </w:r>
    </w:p>
    <w:p>
      <w:pPr>
        <w:pStyle w:val="Heading3"/>
      </w:pPr>
      <w:r>
        <w:t>大兴区</w:t>
      </w:r>
    </w:p>
    <w:p>
      <w:pPr>
        <w:spacing w:line="336" w:lineRule="auto" w:after="60"/>
      </w:pPr>
      <w:r>
        <w:t>写作（40分）</w:t>
      </w:r>
    </w:p>
    <w:p>
      <w:pPr>
        <w:spacing w:line="336" w:lineRule="auto" w:after="60"/>
      </w:pPr>
      <w:r>
        <w:t>从下面两个题目中任选一题，写一篇文章。</w:t>
      </w:r>
    </w:p>
    <w:p>
      <w:pPr>
        <w:spacing w:line="336" w:lineRule="auto" w:after="60"/>
      </w:pPr>
      <w:r>
        <w:t>21. 题目一：</w:t>
      </w:r>
    </w:p>
    <w:p>
      <w:pPr>
        <w:spacing w:line="336" w:lineRule="auto" w:after="60"/>
      </w:pPr>
      <w:r>
        <w:t>人生中，总有一些特别的“遇见”：莫怀戚遇见分歧，浓浓亲情溢满田野；史铁生遇见秋天，伟大的母爱萦绕心田；海伦·凯勒遇见莎莉文老师，光明和希望充满心间；牧羊人遇见荒野，荒凉的土地变成了富饶的田园……遇见，让人生更精彩，让世界更美好！</w:t>
      </w:r>
    </w:p>
    <w:p>
      <w:pPr>
        <w:spacing w:line="336" w:lineRule="auto" w:after="60"/>
      </w:pPr>
      <w:r>
        <w:t>请以“遇见”为题目，写一篇记叙文。</w:t>
      </w:r>
    </w:p>
    <w:p>
      <w:pPr>
        <w:spacing w:line="336" w:lineRule="auto" w:after="60"/>
      </w:pPr>
      <w:r>
        <w:t>要求：（1）请将题目写在答题卡的相应位置。</w:t>
      </w:r>
    </w:p>
    <w:p>
      <w:pPr>
        <w:spacing w:line="336" w:lineRule="auto" w:after="60"/>
      </w:pPr>
      <w:r>
        <w:t>（2）字数在500—700之间。</w:t>
      </w:r>
    </w:p>
    <w:p>
      <w:pPr>
        <w:spacing w:line="336" w:lineRule="auto" w:after="60"/>
      </w:pPr>
      <w:r>
        <w:t>（3）不要出现所在学校的校名或师生姓名。</w:t>
      </w:r>
    </w:p>
    <w:p>
      <w:pPr>
        <w:spacing w:line="336" w:lineRule="auto" w:after="60"/>
      </w:pPr>
      <w:r>
        <w:t>22. 题目二：</w:t>
      </w:r>
    </w:p>
    <w:p>
      <w:pPr>
        <w:spacing w:line="336" w:lineRule="auto" w:after="60"/>
      </w:pPr>
      <w:r>
        <w:t>假如你有机会可以做老虎、狼、小鱼、小鸟等动物中的任意一种，你会经历怎样的奇遇呢？请你发挥想象，写一篇文章。题目自拟。</w:t>
      </w:r>
    </w:p>
    <w:p>
      <w:pPr>
        <w:spacing w:line="336" w:lineRule="auto" w:after="60"/>
      </w:pPr>
      <w:r>
        <w:t>要求：（1）请将题目写在答题卡的相应位置。</w:t>
      </w:r>
    </w:p>
    <w:p>
      <w:pPr>
        <w:spacing w:line="336" w:lineRule="auto" w:after="60"/>
      </w:pPr>
      <w:r>
        <w:t>（2）字数在500—700之间。</w:t>
      </w:r>
    </w:p>
    <w:p>
      <w:pPr>
        <w:spacing w:line="336" w:lineRule="auto" w:after="60"/>
      </w:pPr>
      <w:r>
        <w:t>（3）不要出现所在学校的校名或师生姓名。</w:t>
      </w:r>
    </w:p>
    <w:p>
      <w:pPr>
        <w:pStyle w:val="Heading3"/>
      </w:pPr>
      <w:r>
        <w:t>市延庆区</w:t>
      </w:r>
    </w:p>
    <w:p>
      <w:pPr>
        <w:spacing w:line="336" w:lineRule="auto" w:after="60"/>
      </w:pPr>
      <w:r>
        <w:t>写作（40分）</w:t>
      </w:r>
    </w:p>
    <w:p>
      <w:pPr>
        <w:spacing w:line="336" w:lineRule="auto" w:after="60"/>
      </w:pPr>
      <w:r>
        <w:t>从下面两个题目中任选一题，写一篇文章。</w:t>
      </w:r>
    </w:p>
    <w:p>
      <w:pPr>
        <w:spacing w:line="336" w:lineRule="auto" w:after="60"/>
      </w:pPr>
      <w:r>
        <w:t>17. 每周，当充实的五天学习生活结束，你会迎来一个怎样的周末呢？或劳动、或访问、或参观、或出游，或做志愿者……其中的一幕场景、一个细节、一件小事都可能触动你的内心，引发你的思考。请以“过周末”为题，写一篇文章，文体不限。</w:t>
      </w:r>
    </w:p>
    <w:p>
      <w:pPr>
        <w:spacing w:line="336" w:lineRule="auto" w:after="60"/>
      </w:pPr>
      <w:r>
        <w:t>要求：①请将作文题目写在答题卡上。</w:t>
      </w:r>
    </w:p>
    <w:p>
      <w:pPr>
        <w:spacing w:line="336" w:lineRule="auto" w:after="60"/>
      </w:pPr>
      <w:r>
        <w:t>②作文内容积极向上。</w:t>
      </w:r>
    </w:p>
    <w:p>
      <w:pPr>
        <w:spacing w:line="336" w:lineRule="auto" w:after="60"/>
      </w:pPr>
      <w:r>
        <w:t>③字数不少于600字。</w:t>
      </w:r>
    </w:p>
    <w:p>
      <w:pPr>
        <w:spacing w:line="336" w:lineRule="auto" w:after="60"/>
      </w:pPr>
      <w:r>
        <w:t>④不要出现所在学校的校名或师生的姓名。</w:t>
      </w:r>
    </w:p>
    <w:p>
      <w:pPr>
        <w:spacing w:line="336" w:lineRule="auto" w:after="60"/>
      </w:pPr>
      <w:r>
        <w:t>18. 写作时善于运用联想和想象，就好比长了“千里眼”和“顺风耳”，可以思接千载，视通万里。 假如有一天你变成了一个书包、一支笔、一本书、一副眼镜……你会遇到什么样的人？会发生哪些奇妙的故事呢？请将“我变成了________”补充完整（横线上填一个物品），构成你的题目，发挥想象，写一篇故事。</w:t>
      </w:r>
    </w:p>
    <w:p>
      <w:pPr>
        <w:spacing w:line="336" w:lineRule="auto" w:after="60"/>
      </w:pPr>
      <w:r>
        <w:t>要求：①请将作文题目写在答题卡上。</w:t>
      </w:r>
    </w:p>
    <w:p>
      <w:pPr>
        <w:spacing w:line="336" w:lineRule="auto" w:after="60"/>
      </w:pPr>
      <w:r>
        <w:t>②作文内容积极向上。</w:t>
      </w:r>
    </w:p>
    <w:p>
      <w:pPr>
        <w:spacing w:line="336" w:lineRule="auto" w:after="60"/>
      </w:pPr>
      <w:r>
        <w:t>③字数不少于600字。</w:t>
      </w:r>
    </w:p>
    <w:p>
      <w:pPr>
        <w:spacing w:line="336" w:lineRule="auto" w:after="60"/>
      </w:pPr>
      <w:r>
        <w:t>④不要出现所在学校的校名或师生的姓名。</w:t>
      </w:r>
    </w:p>
    <w:p>
      <w:pPr>
        <w:pStyle w:val="Heading3"/>
      </w:pPr>
      <w:r>
        <w:t>怀柔区</w:t>
      </w:r>
    </w:p>
    <w:p>
      <w:pPr>
        <w:spacing w:line="336" w:lineRule="auto" w:after="60"/>
      </w:pPr>
      <w:r>
        <w:t>写作（40分）</w:t>
      </w:r>
    </w:p>
    <w:p>
      <w:pPr>
        <w:spacing w:line="336" w:lineRule="auto" w:after="60"/>
      </w:pPr>
      <w:r>
        <w:t>从下面两个题目中任选一题，写一篇文章。</w:t>
      </w:r>
    </w:p>
    <w:p>
      <w:pPr>
        <w:spacing w:line="336" w:lineRule="auto" w:after="60"/>
      </w:pPr>
      <w:r>
        <w:t>18. 这世间有许多小美好，就像是小时候吃完药，妈妈塞的一颗糖；操场上跑到精疲力尽之时，跑道外一声热情的“加油”；推着单车出电梯，邻居阿姨为你拉开单元门的一个回身……生活中，随处可见的小美好，组成了我们人生中一道道美丽又温情的风景。让我们用一双慧眼，去寻找、发现并感受这个世界带给我们的温柔。请以“生活中的小美好”为题，写一篇记叙文。</w:t>
      </w:r>
    </w:p>
    <w:p>
      <w:pPr>
        <w:spacing w:line="336" w:lineRule="auto" w:after="60"/>
      </w:pPr>
      <w:r>
        <w:t>要求：（1）请将作文题目写在答题卡上。（2）作文内容积极向上。（3）不少于600字。（4）不要出现所在学校的校名或师生姓名。</w:t>
      </w:r>
    </w:p>
    <w:p>
      <w:pPr>
        <w:spacing w:line="336" w:lineRule="auto" w:after="60"/>
      </w:pPr>
      <w:r>
        <w:t>19. 2022年2月4日第24届冬季奥运会开幕，2022年3月4日，第23届冬季残疾人奥运会开幕，吉祥物冰墩墩和雪容融将相继正式登场亮相。假如你是冰墩墩或雪容融，你希望有怎样的经历呢？请你展开大胆的想象，自拟题目，写一篇完整的故事。</w:t>
      </w:r>
    </w:p>
    <w:p>
      <w:pPr>
        <w:spacing w:line="336" w:lineRule="auto" w:after="60"/>
      </w:pPr>
      <w:r>
        <w:t>要求：（1）请将作文题目写在答题卡上。（2）作文内容积极向上。（3）不少于600字。（4）不要出现所在学校的校名或师生姓名。</w:t>
      </w:r>
    </w:p>
    <w:p>
      <w:pPr>
        <w:pStyle w:val="Heading3"/>
      </w:pPr>
      <w:r>
        <w:t>昌平区</w:t>
      </w:r>
    </w:p>
    <w:p>
      <w:pPr>
        <w:spacing w:line="336" w:lineRule="auto" w:after="60"/>
      </w:pPr>
      <w:r>
        <w:t>写作（40分）</w:t>
      </w:r>
    </w:p>
    <w:p>
      <w:pPr>
        <w:spacing w:line="336" w:lineRule="auto" w:after="60"/>
      </w:pPr>
      <w:r>
        <w:t>从下面两个题目中任选一题，按要求写一篇文章。</w:t>
      </w:r>
    </w:p>
    <w:p>
      <w:pPr>
        <w:spacing w:line="336" w:lineRule="auto" w:after="60"/>
      </w:pPr>
      <w:r>
        <w:t>23. 步入初中以来，我们可能会产生很多不适，面对很多阻碍。当我们不够自信时，当我们不够勇敢时，当我们需要沟通、理解时，我们都需要突破自我，才能获得生命的欢愉和快慰。请以“突破自我”为题目，写一篇文章。不限文体（诗歌除外）。</w:t>
      </w:r>
    </w:p>
    <w:p>
      <w:pPr>
        <w:spacing w:line="336" w:lineRule="auto" w:after="60"/>
      </w:pPr>
      <w:r>
        <w:t>要求：请将作文题目写在答题卡上，作文内容积极向上，不少于500字，不要出现所在学校的校名或师生姓名。</w:t>
      </w:r>
    </w:p>
    <w:p>
      <w:pPr>
        <w:spacing w:line="336" w:lineRule="auto" w:after="60"/>
      </w:pPr>
      <w:r>
        <w:t>24. 如果你得到了一个翻译器，可以与动物们无障碍交流，你会和它们说些什么？会有怎样的故事发生呢？请你以“我打开翻译器的开关”为开头，发挥想象，写一篇故事，题目自拟。</w:t>
      </w:r>
    </w:p>
    <w:p>
      <w:pPr>
        <w:spacing w:line="336" w:lineRule="auto" w:after="60"/>
      </w:pPr>
      <w:r>
        <w:t>要求：请将作文题目写在答题卡上，作文内容积极向上，不少于500字，不要出现所在学校的校名或师生姓名。</w:t>
      </w:r>
    </w:p>
    <w:p>
      <w:pPr>
        <w:pStyle w:val="Heading3"/>
      </w:pPr>
      <w:r>
        <w:t>朝阳区</w:t>
      </w:r>
    </w:p>
    <w:p>
      <w:pPr>
        <w:spacing w:line="336" w:lineRule="auto" w:after="60"/>
      </w:pPr>
      <w:r>
        <w:t>写作（共40分）</w:t>
      </w:r>
    </w:p>
    <w:p>
      <w:pPr>
        <w:spacing w:line="336" w:lineRule="auto" w:after="60"/>
      </w:pPr>
      <w:r>
        <w:t>从下面两个题目中任选一题，按要求写一篇文章。</w:t>
      </w:r>
    </w:p>
    <w:p>
      <w:pPr>
        <w:spacing w:line="336" w:lineRule="auto" w:after="60"/>
      </w:pPr>
      <w:r>
        <w:t>22. 题目一：请将“了不起的       ”补充完整，构成你的题目，写一篇文章。不限文体（诗歌除外）。</w:t>
      </w:r>
    </w:p>
    <w:p>
      <w:pPr>
        <w:spacing w:line="336" w:lineRule="auto" w:after="60"/>
      </w:pPr>
      <w:r>
        <w:t>23. 题目二：今天，你将作为快乐星球的使者，带着一个神秘的任务出发前往地球。在执行任务的过程中会发生怎样的故事？请发挥合理想象，写一篇故事。题目自拟。</w:t>
      </w:r>
    </w:p>
    <w:p>
      <w:pPr>
        <w:spacing w:line="336" w:lineRule="auto" w:after="60"/>
      </w:pPr>
      <w:r>
        <w:t>要求：请将作文题目写在答题卡上，作文内容积极向上，不少于500字，不要出现所在学校的校名或师生姓名。</w:t>
      </w:r>
    </w:p>
    <w:p>
      <w:pPr>
        <w:pStyle w:val="Heading3"/>
      </w:pPr>
      <w:r>
        <w:t>海淀区</w:t>
      </w:r>
    </w:p>
    <w:p>
      <w:pPr>
        <w:spacing w:line="336" w:lineRule="auto" w:after="60"/>
      </w:pPr>
      <w:r>
        <w:t>写作（共40分）</w:t>
      </w:r>
    </w:p>
    <w:p>
      <w:pPr>
        <w:spacing w:line="336" w:lineRule="auto" w:after="60"/>
      </w:pPr>
      <w:r>
        <w:t>从下面两个题目中任选一题，写一篇文章。（40分）</w:t>
      </w:r>
    </w:p>
    <w:p>
      <w:pPr>
        <w:spacing w:line="336" w:lineRule="auto" w:after="60"/>
      </w:pPr>
      <w:r>
        <w:t>21. 题目一：请以“中学校园里，那个       的身影”为题目，写一篇写人的文章。不限文体（诗歌除外）。</w:t>
      </w:r>
    </w:p>
    <w:p>
      <w:pPr>
        <w:spacing w:line="336" w:lineRule="auto" w:after="60"/>
      </w:pPr>
      <w:r>
        <w:t>要求：（1）请将已给的或补充完整后的作文题目写在答题卡上。（2）作文内容积极向上。（3）字数在600-800之间。（4）不要出现所在学校的校名或师生姓名。</w:t>
      </w:r>
    </w:p>
    <w:p>
      <w:pPr>
        <w:spacing w:line="336" w:lineRule="auto" w:after="60"/>
      </w:pPr>
      <w:r>
        <w:t>22. 题目二：请以“神奇”为题目，发挥想象，写一篇故事。</w:t>
      </w:r>
    </w:p>
    <w:p>
      <w:pPr>
        <w:spacing w:line="336" w:lineRule="auto" w:after="60"/>
      </w:pPr>
      <w:r>
        <w:t>要求：（1）请将已给的或补充完整后的作文题目写在答题卡上。（2）作文内容积极向上。（3）字数在600-800之间。（4）不要出现所在学校的校名或师生姓名。</w:t>
      </w:r>
    </w:p>
    <w:p>
      <w:pPr>
        <w:pStyle w:val="Heading3"/>
      </w:pPr>
      <w:r>
        <w:t>石景山区</w:t>
      </w:r>
    </w:p>
    <w:p>
      <w:pPr>
        <w:spacing w:line="336" w:lineRule="auto" w:after="60"/>
      </w:pPr>
      <w:r>
        <w:t>书写你的心声。（40分）</w:t>
      </w:r>
    </w:p>
    <w:p>
      <w:pPr>
        <w:spacing w:line="336" w:lineRule="auto" w:after="60"/>
      </w:pPr>
      <w:r>
        <w:t>从下面两个题目中任选一题，写一篇文章。（40分）</w:t>
      </w:r>
    </w:p>
    <w:p>
      <w:pPr>
        <w:spacing w:line="336" w:lineRule="auto" w:after="60"/>
      </w:pPr>
      <w:r>
        <w:t>23. 有人说：“越努力越幸运。”也有人说：“越喜欢越幸运。”你觉得自己属于哪一种呢？请以“越努力越幸运”或“越喜欢越幸运”为题目，结合自身经历，写一篇记叙文。</w:t>
      </w:r>
    </w:p>
    <w:p>
      <w:pPr>
        <w:spacing w:line="336" w:lineRule="auto" w:after="60"/>
      </w:pPr>
      <w:r>
        <w:t>要求：（1）将作文题目写在答题卡上。（2）字数在600～800之间。（3）不要出现所在学校的校名或师生的真实姓名。</w:t>
      </w:r>
    </w:p>
    <w:p>
      <w:pPr>
        <w:spacing w:line="336" w:lineRule="auto" w:after="60"/>
      </w:pPr>
      <w:r>
        <w:t>24. 孔子曾说“逝者如斯夫，不舍昼夜”。时间一去不复返，让古往今来的人留下多少慨叹。如果你拥有了掌握时间的神力，可以穿越回过去的任何时刻，那么你最想回到哪一时刻？你又会做什么？请发挥想象，自拟题目，写一篇文章。</w:t>
      </w:r>
    </w:p>
    <w:p>
      <w:pPr>
        <w:spacing w:line="336" w:lineRule="auto" w:after="60"/>
      </w:pPr>
      <w:r>
        <w:t>要求：（1）将作文题目写在答题卡上。（2）字数在600～800之间。（3）不要出现所在学校的校名或师生的真实姓名。</w:t>
      </w:r>
    </w:p>
    <w:p>
      <w:pPr>
        <w:pStyle w:val="Heading3"/>
      </w:pPr>
      <w:r>
        <w:t>西城区</w:t>
      </w:r>
    </w:p>
    <w:p>
      <w:pPr>
        <w:spacing w:line="336" w:lineRule="auto" w:after="60"/>
      </w:pPr>
      <w:r>
        <w:t>写作（40分）</w:t>
      </w:r>
    </w:p>
    <w:p>
      <w:pPr>
        <w:spacing w:line="336" w:lineRule="auto" w:after="60"/>
      </w:pPr>
      <w:r>
        <w:t>从下面两个题目中任选一题，按要求写一篇文章。</w:t>
      </w:r>
    </w:p>
    <w:p>
      <w:pPr>
        <w:spacing w:line="336" w:lineRule="auto" w:after="60"/>
      </w:pPr>
      <w:r>
        <w:t>19. 观察动物，需要细心；与人相处，需要爱心；日常学习，需要恒心；处理矛盾，需要公心……</w:t>
      </w:r>
    </w:p>
    <w:p>
      <w:pPr>
        <w:spacing w:line="336" w:lineRule="auto" w:after="60"/>
      </w:pPr>
      <w:r>
        <w:t>请将“要有一颗     心”补充完整，构成你的题目，写一篇记叙文。</w:t>
      </w:r>
    </w:p>
    <w:p>
      <w:pPr>
        <w:spacing w:line="336" w:lineRule="auto" w:after="60"/>
      </w:pPr>
      <w:r>
        <w:t>要求：请将作文题目抄写在答题卡上，作文内容积极向上，字数在500-800之间。</w:t>
      </w:r>
    </w:p>
    <w:p>
      <w:pPr>
        <w:spacing w:line="336" w:lineRule="auto" w:after="60"/>
      </w:pPr>
      <w:r>
        <w:t>20. 每年8月初，北京雨燕迁徙到南非越冬，次年3月底飞回北京，年年往返，从不失约于北京的春天。</w:t>
      </w:r>
    </w:p>
    <w:p>
      <w:pPr>
        <w:spacing w:line="336" w:lineRule="auto" w:after="60"/>
      </w:pPr>
      <w:r>
        <w:t>请你化身北京雨燕，以“我和北京有约”为题，发挥想象，写一篇故事。</w:t>
      </w:r>
    </w:p>
    <w:p>
      <w:pPr>
        <w:spacing w:line="336" w:lineRule="auto" w:after="60"/>
      </w:pPr>
      <w:r>
        <w:t>要求：请将作文题目抄写在答题卡上，作文内容积极向上，字数在500-800之间。</w:t>
      </w:r>
    </w:p>
    <w:p>
      <w:pPr>
        <w:pStyle w:val="Heading3"/>
      </w:pPr>
      <w:r>
        <w:t>门头沟区</w:t>
      </w:r>
    </w:p>
    <w:p>
      <w:pPr>
        <w:spacing w:line="336" w:lineRule="auto" w:after="60"/>
      </w:pPr>
      <w:r>
        <w:t>写作（40分）从下面两个题目中任选一题，按要求写一篇文章。</w:t>
      </w:r>
    </w:p>
    <w:p>
      <w:pPr>
        <w:spacing w:line="336" w:lineRule="auto" w:after="60"/>
      </w:pPr>
      <w:r>
        <w:t>12. 作文</w:t>
      </w:r>
    </w:p>
    <w:p>
      <w:pPr>
        <w:spacing w:line="336" w:lineRule="auto" w:after="60"/>
      </w:pPr>
      <w:r>
        <w:t>眼泪，有时候是软弱，有时候是坚强；有时候是忏悔，有时候是宽容，有时候是羞怯，有时候是勇气，有时候是失败，有时候是成功。我们从一个科学家的眼泪当中，感受到一个人愿意为了理想奉献终身、矢志不渝的情怀；我们从母亲的眼泪中，感受到了深厚的爱；我们从朋友的眼泪中学会了宽容、理解与鼓励。</w:t>
      </w:r>
    </w:p>
    <w:p>
      <w:pPr>
        <w:spacing w:line="336" w:lineRule="auto" w:after="60"/>
      </w:pPr>
      <w:r>
        <w:t>请以“      的眼泪”为题，写一篇记叙文。</w:t>
      </w:r>
    </w:p>
    <w:p>
      <w:pPr>
        <w:spacing w:line="336" w:lineRule="auto" w:after="60"/>
      </w:pPr>
      <w:r>
        <w:t>要求：（1）请将作文题目抄写在答题卡上。（2）作文内容积极向上。（3）字数在600﹣800之间。（4）不要出现所在学校的校名或师生姓名。</w:t>
      </w:r>
    </w:p>
    <w:p>
      <w:pPr>
        <w:spacing w:line="336" w:lineRule="auto" w:after="60"/>
      </w:pPr>
      <w:r>
        <w:t>13. 作文</w:t>
      </w:r>
    </w:p>
    <w:p>
      <w:pPr>
        <w:spacing w:line="336" w:lineRule="auto" w:after="60"/>
      </w:pPr>
      <w:r>
        <w:t>如果有一天，《骆驼祥子》中的祥子或虎妞。《西游记》中的孙悟空或猪八戒，《朝花夕拾》中的阿长或范爱农，《草房子》中的桑桑、秃鹤、杜小康穿越时空，来到2021年的北京，会有怎样的经历，请选择文学名著中的一个人物。</w:t>
      </w:r>
    </w:p>
    <w:p>
      <w:pPr>
        <w:spacing w:line="336" w:lineRule="auto" w:after="60"/>
      </w:pPr>
      <w:r>
        <w:t>以“             在2021”为题，发挥想象。写一篇记叙文。</w:t>
      </w:r>
    </w:p>
    <w:p>
      <w:pPr>
        <w:spacing w:line="336" w:lineRule="auto" w:after="60"/>
      </w:pPr>
      <w:r>
        <w:t>要求：（1）请将作文题目抄写在答题卡上。（2）作文内容积极向上。（3）字数在600﹣800之间。（4）不要出现所在学校校名或师生姓名。</w:t>
      </w:r>
    </w:p>
    <w:p>
      <w:pPr>
        <w:pStyle w:val="Heading1"/>
      </w:pPr>
      <w:r>
        <w:t>2022-2023学年</w:t>
      </w:r>
    </w:p>
    <w:p>
      <w:pPr>
        <w:pStyle w:val="Heading2"/>
      </w:pPr>
      <w:r>
        <w:t>月考</w:t>
      </w:r>
    </w:p>
    <w:p>
      <w:pPr>
        <w:pStyle w:val="Heading3"/>
      </w:pPr>
      <w:r>
        <w:t>汇文中学（第一次月考）</w:t>
      </w:r>
    </w:p>
    <w:p>
      <w:pPr>
        <w:spacing w:line="336" w:lineRule="auto" w:after="60"/>
      </w:pPr>
      <w:r>
        <w:t>三、写作。</w:t>
      </w:r>
    </w:p>
    <w:p>
      <w:pPr>
        <w:spacing w:line="336" w:lineRule="auto" w:after="60"/>
      </w:pPr>
      <w:r>
        <w:t>12. 在《朝花夕拾》中，鲁迅写道许多对他影响深远的人。哪一个人物给你留下了深刻的印象，使你想与之进行一场跨越时空的对话？</w:t>
      </w:r>
    </w:p>
    <w:p>
      <w:pPr>
        <w:spacing w:line="336" w:lineRule="auto" w:after="60"/>
      </w:pPr>
      <w:r>
        <w:t>请你给他/她写封信。题目自拟，400字左右。</w:t>
      </w:r>
    </w:p>
    <w:p>
      <w:pPr>
        <w:pStyle w:val="Heading2"/>
      </w:pPr>
      <w:r>
        <w:t>期中</w:t>
      </w:r>
    </w:p>
    <w:p>
      <w:pPr>
        <w:pStyle w:val="Heading3"/>
      </w:pPr>
      <w:r>
        <w:t>大兴区</w:t>
      </w:r>
    </w:p>
    <w:p>
      <w:pPr>
        <w:spacing w:line="336" w:lineRule="auto" w:after="60"/>
      </w:pPr>
      <w:r>
        <w:t>作文（40分）</w:t>
      </w:r>
    </w:p>
    <w:p>
      <w:pPr>
        <w:spacing w:line="336" w:lineRule="auto" w:after="60"/>
      </w:pPr>
      <w:r>
        <w:t>12. 实践是最好的学习途径，在实践中思考可以有更多的发现和认识。请以“做中学，真好”为题，写一篇文章，叙述你参与学校活动、家庭生活、社会实践的一次经历，详细描述你动手动脑、探究发现的经过，写出你的感想与收获。</w:t>
      </w:r>
    </w:p>
    <w:p>
      <w:pPr>
        <w:spacing w:line="336" w:lineRule="auto" w:after="60"/>
      </w:pPr>
      <w:r>
        <w:t>要求：请将作文题目写在答题卡上，作文内容积极向上，字数在500—700之间，不要出现所在学校校名或师生姓名。</w:t>
      </w:r>
    </w:p>
    <w:p>
      <w:pPr>
        <w:pStyle w:val="Heading2"/>
      </w:pPr>
      <w:r>
        <w:t>期末</w:t>
      </w:r>
    </w:p>
    <w:p>
      <w:pPr>
        <w:pStyle w:val="Heading3"/>
      </w:pPr>
      <w:r>
        <w:t>东城区</w:t>
      </w:r>
    </w:p>
    <w:p>
      <w:pPr>
        <w:spacing w:line="336" w:lineRule="auto" w:after="60"/>
      </w:pPr>
      <w:r>
        <w:t>写作（40分）</w:t>
      </w:r>
    </w:p>
    <w:p>
      <w:pPr>
        <w:spacing w:line="336" w:lineRule="auto" w:after="60"/>
      </w:pPr>
      <w:r>
        <w:t>12. 作文。</w:t>
      </w:r>
    </w:p>
    <w:p>
      <w:pPr>
        <w:spacing w:line="336" w:lineRule="auto" w:after="60"/>
      </w:pPr>
      <w:r>
        <w:t>学期即将结束之际，班级准备召开一次主题为“感恩有您”的故事会。会上将请同学们讲述自己的成长故事，对助力自己成长的家人、老师、同学、朋友等人深情倾诉。请你选择一个感恩的人物，以“谢谢您，助我成长”为题目，写一篇记叙文，在故事会上与同学们一起分享。</w:t>
      </w:r>
    </w:p>
    <w:p>
      <w:pPr>
        <w:spacing w:line="336" w:lineRule="auto" w:after="60"/>
      </w:pPr>
      <w:r>
        <w:t>要求：作文内容积极向上，不少于500字，不要出现所在学校的校名或师生姓名。</w:t>
      </w:r>
    </w:p>
    <w:p>
      <w:pPr>
        <w:spacing w:line="336" w:lineRule="auto" w:after="60"/>
      </w:pPr>
      <w:r>
        <w:t>13. 作文。</w:t>
      </w:r>
    </w:p>
    <w:p>
      <w:pPr>
        <w:spacing w:line="336" w:lineRule="auto" w:after="60"/>
      </w:pPr>
      <w:r>
        <w:t>班级准备编辑一期主题为“尊重动物、善待生命”的班刊，向同学们征集动物故事。请你发挥想象，以一只动物的视角和口吻，生动有趣地讲述发生在“它”身上的故事，向班刊投稿。题目自拟。</w:t>
      </w:r>
    </w:p>
    <w:p>
      <w:pPr>
        <w:spacing w:line="336" w:lineRule="auto" w:after="60"/>
      </w:pPr>
      <w:r>
        <w:t>要求：作文内容积极向上，不少于500字，不要出现所在学校的校名或师生姓名。</w:t>
      </w:r>
    </w:p>
    <w:p>
      <w:pPr>
        <w:pStyle w:val="Heading3"/>
      </w:pPr>
      <w:r>
        <w:t>丰台区</w:t>
      </w:r>
    </w:p>
    <w:p>
      <w:pPr>
        <w:spacing w:line="336" w:lineRule="auto" w:after="60"/>
      </w:pPr>
      <w:r>
        <w:t>作文。（40分）</w:t>
      </w:r>
    </w:p>
    <w:p>
      <w:pPr>
        <w:spacing w:line="336" w:lineRule="auto" w:after="60"/>
      </w:pPr>
      <w:r>
        <w:t>从下面两个题目中任选一题，按要求写一篇作文。</w:t>
      </w:r>
    </w:p>
    <w:p>
      <w:pPr>
        <w:spacing w:line="336" w:lineRule="auto" w:after="60"/>
      </w:pPr>
      <w:r>
        <w:t>11. 请以“一位特别的老师”为题，写一篇记叙文。可写实，可想象。</w:t>
      </w:r>
    </w:p>
    <w:p>
      <w:pPr>
        <w:spacing w:line="336" w:lineRule="auto" w:after="60"/>
      </w:pPr>
      <w:r>
        <w:t>要求：将作文题目写在答题卡上，作文内容积极向上，字数在500﹣800字之间，不要出现所在学校校名或师生姓名。</w:t>
      </w:r>
    </w:p>
    <w:p>
      <w:pPr>
        <w:spacing w:line="336" w:lineRule="auto" w:after="60"/>
      </w:pPr>
      <w:r>
        <w:t>12. 作家冯骥才忘不了那张小书桌，因为它已融入作者的生活，记录下许多难忘的瞬间。你的生活中一定也有这样的事物，可能是一件日用品、一本书或是一个小动物……你和它之间也会有很多特别的回忆，请将“我的_____”补充完整，构成你的题目，写一篇记叙文。可写实，可想象。</w:t>
      </w:r>
    </w:p>
    <w:p>
      <w:pPr>
        <w:spacing w:line="336" w:lineRule="auto" w:after="60"/>
      </w:pPr>
      <w:r>
        <w:t>要求：将作文题目写在答题卡上，作文内容积极向上，字数在500﹣800字之间，不要出现所在学校的校名或师生姓名。</w:t>
      </w:r>
    </w:p>
    <w:p>
      <w:pPr>
        <w:pStyle w:val="Heading3"/>
      </w:pPr>
      <w:r>
        <w:t>大兴区</w:t>
      </w:r>
    </w:p>
    <w:p>
      <w:pPr>
        <w:spacing w:line="336" w:lineRule="auto" w:after="60"/>
      </w:pPr>
      <w:r>
        <w:t>写作（共40分）</w:t>
      </w:r>
    </w:p>
    <w:p>
      <w:pPr>
        <w:spacing w:line="336" w:lineRule="auto" w:after="60"/>
      </w:pPr>
      <w:r>
        <w:t>19. 生活是一个不断前行的过程。前行的路上，有梦想，有探索，有困难，有关爱……前行需要目标和坚持，需要勇气与力量，需要激励和引导……一路前行中，你有过怎么样的经历和体验？又引发了你怎样的思考？</w:t>
      </w:r>
    </w:p>
    <w:p>
      <w:pPr>
        <w:spacing w:line="336" w:lineRule="auto" w:after="60"/>
      </w:pPr>
      <w:r>
        <w:t>请以“前行”为题目，写一篇记叙文。</w:t>
      </w:r>
    </w:p>
    <w:p>
      <w:pPr>
        <w:spacing w:line="336" w:lineRule="auto" w:after="60"/>
      </w:pPr>
      <w:r>
        <w:t>要求：（1）请将作文题目写在答题卡上。</w:t>
      </w:r>
    </w:p>
    <w:p>
      <w:pPr>
        <w:spacing w:line="336" w:lineRule="auto" w:after="60"/>
      </w:pPr>
      <w:r>
        <w:t>（2）作文内容积极向上。</w:t>
      </w:r>
    </w:p>
    <w:p>
      <w:pPr>
        <w:spacing w:line="336" w:lineRule="auto" w:after="60"/>
      </w:pPr>
      <w:r>
        <w:t>（3）字数在500-800之间。</w:t>
      </w:r>
    </w:p>
    <w:p>
      <w:pPr>
        <w:spacing w:line="336" w:lineRule="auto" w:after="60"/>
      </w:pPr>
      <w:r>
        <w:t>（4）不要出现所在学校校名或师生姓名。</w:t>
      </w:r>
    </w:p>
    <w:p>
      <w:pPr>
        <w:pStyle w:val="Heading3"/>
      </w:pPr>
      <w:r>
        <w:t>平谷区</w:t>
      </w:r>
    </w:p>
    <w:p>
      <w:pPr>
        <w:spacing w:line="336" w:lineRule="auto" w:after="60"/>
      </w:pPr>
      <w:r>
        <w:t>写作（40+2分）</w:t>
      </w:r>
    </w:p>
    <w:p>
      <w:pPr>
        <w:spacing w:line="336" w:lineRule="auto" w:after="60"/>
      </w:pPr>
      <w:r>
        <w:t>从下面两个题目中任选一题，按要求写一篇文章。</w:t>
      </w:r>
    </w:p>
    <w:p>
      <w:pPr>
        <w:spacing w:line="336" w:lineRule="auto" w:after="60"/>
      </w:pPr>
      <w:r>
        <w:t>18. 不知不觉，初中生活已经过去了一个学期，回想这段时间，你有没有值得分享的事情？请你把它记录下来。将“那件事真____________”补充完整，构成你的题目，写一篇记叙文。</w:t>
      </w:r>
    </w:p>
    <w:p>
      <w:pPr>
        <w:spacing w:line="336" w:lineRule="auto" w:after="60"/>
      </w:pPr>
      <w:r>
        <w:t>要求：</w:t>
      </w:r>
    </w:p>
    <w:p>
      <w:pPr>
        <w:spacing w:line="336" w:lineRule="auto" w:after="60"/>
      </w:pPr>
      <w:r>
        <w:t>（1）请将作文题目写在答题卡上。</w:t>
      </w:r>
    </w:p>
    <w:p>
      <w:pPr>
        <w:spacing w:line="336" w:lineRule="auto" w:after="60"/>
      </w:pPr>
      <w:r>
        <w:t>（2）作文内容积极向上。</w:t>
      </w:r>
    </w:p>
    <w:p>
      <w:pPr>
        <w:spacing w:line="336" w:lineRule="auto" w:after="60"/>
      </w:pPr>
      <w:r>
        <w:t>（3）字数在500-800之间。</w:t>
      </w:r>
    </w:p>
    <w:p>
      <w:pPr>
        <w:spacing w:line="336" w:lineRule="auto" w:after="60"/>
      </w:pPr>
      <w:r>
        <w:t>（4）不要出现所在学校的校名或师生姓名。</w:t>
      </w:r>
    </w:p>
    <w:p>
      <w:pPr>
        <w:spacing w:line="336" w:lineRule="auto" w:after="60"/>
      </w:pPr>
      <w:r>
        <w:t>19. 请以“一本图画书的故事”为题目，以“我是一本图画书，从图书馆走出来……”为开头，发挥想象，写一篇故事。</w:t>
      </w:r>
    </w:p>
    <w:p>
      <w:pPr>
        <w:spacing w:line="336" w:lineRule="auto" w:after="60"/>
      </w:pPr>
      <w:r>
        <w:t>要求：（1）请将作文题目写在答题卡上。（2）作文内容积极向上。（3）字数在500-800之间。（4）不要出现所在学校的校名或师生姓名。</w:t>
      </w:r>
    </w:p>
    <w:p>
      <w:pPr>
        <w:pStyle w:val="Heading3"/>
      </w:pPr>
      <w:r>
        <w:t>延庆区</w:t>
      </w:r>
    </w:p>
    <w:p>
      <w:pPr>
        <w:spacing w:line="336" w:lineRule="auto" w:after="60"/>
      </w:pPr>
      <w:r>
        <w:t>写作（40分）</w:t>
      </w:r>
    </w:p>
    <w:p>
      <w:pPr>
        <w:spacing w:line="336" w:lineRule="auto" w:after="60"/>
      </w:pPr>
      <w:r>
        <w:t>任选一题写作。</w:t>
      </w:r>
    </w:p>
    <w:p>
      <w:pPr>
        <w:spacing w:line="336" w:lineRule="auto" w:after="60"/>
      </w:pPr>
      <w:r>
        <w:t>8. 观察动物，需要细心；与人相处，需要爱心；日常学习，需要恒心；处理矛盾，需要公心……</w:t>
      </w:r>
    </w:p>
    <w:p>
      <w:pPr>
        <w:spacing w:line="336" w:lineRule="auto" w:after="60"/>
      </w:pPr>
      <w:r>
        <w:t>请将“要有一颗     心”补充完整，构成你的题目，写一篇记叙文。</w:t>
      </w:r>
    </w:p>
    <w:p>
      <w:pPr>
        <w:spacing w:line="336" w:lineRule="auto" w:after="60"/>
      </w:pPr>
      <w:r>
        <w:t>要求：请将作文题目抄写答题卡上，作文内容积极向上，字数在500-800之间。</w:t>
      </w:r>
    </w:p>
    <w:p>
      <w:pPr>
        <w:spacing w:line="336" w:lineRule="auto" w:after="60"/>
      </w:pPr>
      <w:r>
        <w:t>9. 按要求写作。</w:t>
      </w:r>
    </w:p>
    <w:p>
      <w:pPr>
        <w:spacing w:line="336" w:lineRule="auto" w:after="60"/>
      </w:pPr>
      <w:r>
        <w:t>马良用一支神笔，画耕牛，画水车，画木船……马良的神笔里透着温情，透着善良，透着正义……</w:t>
      </w:r>
    </w:p>
    <w:p>
      <w:pPr>
        <w:spacing w:line="336" w:lineRule="auto" w:after="60"/>
      </w:pPr>
      <w:r>
        <w:t>请你以“我有一支神笔”为题，发挥联想和想象，写一篇作文。</w:t>
      </w:r>
    </w:p>
    <w:p>
      <w:pPr>
        <w:spacing w:line="336" w:lineRule="auto" w:after="60"/>
      </w:pPr>
      <w:r>
        <w:t>要求：不限文体（诗歌除外），字数在500﹣600之间。不要出现所在学校校名或师生的真实姓名。</w:t>
      </w:r>
    </w:p>
    <w:p>
      <w:pPr>
        <w:pStyle w:val="Heading3"/>
      </w:pPr>
      <w:r>
        <w:t>怀柔区</w:t>
      </w:r>
    </w:p>
    <w:p>
      <w:pPr>
        <w:spacing w:line="336" w:lineRule="auto" w:after="60"/>
      </w:pPr>
      <w:r>
        <w:t>写作（40分）</w:t>
      </w:r>
    </w:p>
    <w:p>
      <w:pPr>
        <w:spacing w:line="336" w:lineRule="auto" w:after="60"/>
      </w:pPr>
      <w:r>
        <w:t>12. 有人说：只要拥有，哪怕点滴，用心珍惜，人生也会常乐。是啊，一段难忘的经历，一份温馨的情谊，一种独特的体验，一方自由的空间，乃至一本好书，一缕阳光，一份好心情……真的拥有不在乎多少，在乎感知，在乎呵护，让我们为拥有而快乐吧！</w:t>
      </w:r>
    </w:p>
    <w:p>
      <w:pPr>
        <w:spacing w:line="336" w:lineRule="auto" w:after="60"/>
      </w:pPr>
      <w:r>
        <w:t>请你以“我拥有我快乐”为题，写一篇记叙文。</w:t>
      </w:r>
    </w:p>
    <w:p>
      <w:pPr>
        <w:spacing w:line="336" w:lineRule="auto" w:after="60"/>
      </w:pPr>
      <w:r>
        <w:t>要求：请将作文题目写在答题纸上，作文内容积极向上，字数在500字以上，不要出现所在学校的校名或师生姓名。</w:t>
      </w:r>
    </w:p>
    <w:p>
      <w:pPr>
        <w:spacing w:line="336" w:lineRule="auto" w:after="60"/>
      </w:pPr>
      <w:r>
        <w:t>13. 请以“昨夜，我做了一个神奇的梦”为开头，发挥联想和想象，写一篇作文，描绘一则完整的梦境。题目自拟。</w:t>
      </w:r>
    </w:p>
    <w:p>
      <w:pPr>
        <w:spacing w:line="336" w:lineRule="auto" w:after="60"/>
      </w:pPr>
      <w:r>
        <w:t>要求：请将作文题目写在答题纸上，作文内容积极向上，字数在500字以上，不要出现所在学校的校名或师生姓名。</w:t>
      </w:r>
    </w:p>
    <w:p>
      <w:pPr>
        <w:pStyle w:val="Heading3"/>
      </w:pPr>
      <w:r>
        <w:t>房山区</w:t>
      </w:r>
    </w:p>
    <w:p>
      <w:pPr>
        <w:spacing w:line="336" w:lineRule="auto" w:after="60"/>
      </w:pPr>
      <w:r>
        <w:t>写作（40分）</w:t>
      </w:r>
    </w:p>
    <w:p>
      <w:pPr>
        <w:spacing w:line="336" w:lineRule="auto" w:after="60"/>
      </w:pPr>
      <w:r>
        <w:t>10. 根据下面的提示写一篇文章。</w:t>
      </w:r>
    </w:p>
    <w:p>
      <w:pPr>
        <w:spacing w:line="336" w:lineRule="auto" w:after="60"/>
      </w:pPr>
      <w:r>
        <w:t>艾力泽•布菲数十年如一日，靠顽强的毅力，最终让荒漠变绿洲，这启示我们成功需要执着坚守；莫顿•亨特从走好第一步开始，一小步一小步往下爬，终于从悬崖脱险，这启示我们成功需要适宜的方法；归途遇狼的屠夫放弃妥协的幻想，占据有利地势奋起反击，将恶狼杀死，这启示我们成功需要勇气和智慧……对于成功你是否也有自己的体验或认识呢？</w:t>
      </w:r>
    </w:p>
    <w:p>
      <w:pPr>
        <w:spacing w:line="336" w:lineRule="auto" w:after="60"/>
      </w:pPr>
      <w:r>
        <w:t>请以“成功需要           ”为题写一篇文章。可写实，可想象，文体不限，诗歌除外。</w:t>
      </w:r>
    </w:p>
    <w:p>
      <w:pPr>
        <w:spacing w:line="336" w:lineRule="auto" w:after="60"/>
      </w:pPr>
      <w:r>
        <w:t>要求：</w:t>
      </w:r>
    </w:p>
    <w:p>
      <w:pPr>
        <w:spacing w:line="336" w:lineRule="auto" w:after="60"/>
      </w:pPr>
      <w:r>
        <w:t>（1）请补全作文题目并抄写在横线上。（2）作文内容积极向上。（3）字数不少于500。（4）不要出现所在学校的校名或师生姓名。</w:t>
      </w:r>
    </w:p>
    <w:p>
      <w:pPr>
        <w:pStyle w:val="Heading3"/>
      </w:pPr>
      <w:r>
        <w:t>朝阳区</w:t>
      </w:r>
    </w:p>
    <w:p>
      <w:pPr>
        <w:spacing w:line="336" w:lineRule="auto" w:after="60"/>
      </w:pPr>
      <w:r>
        <w:t>写作（40分）</w:t>
      </w:r>
    </w:p>
    <w:p>
      <w:pPr>
        <w:spacing w:line="336" w:lineRule="auto" w:after="60"/>
      </w:pPr>
      <w:r>
        <w:t>从下面两个题目中任选一题，按要求写一篇文章。</w:t>
      </w:r>
    </w:p>
    <w:p>
      <w:pPr>
        <w:spacing w:line="336" w:lineRule="auto" w:after="60"/>
      </w:pPr>
      <w:r>
        <w:t>19. 作文</w:t>
      </w:r>
    </w:p>
    <w:p>
      <w:pPr>
        <w:spacing w:line="336" w:lineRule="auto" w:after="60"/>
      </w:pPr>
      <w:r>
        <w:t>步入初中，我们走进异彩纷呈的学科课堂：我们在温文尔雅的语文老师的带领下开启文学殿堂，在智慧严谨的数学老师的点拨下豁然开朗，在博学幽默的地理老师的启发中云游天下，在博古通今的历史老师的还原下探索时空隧道……他（她）的课让你回味无穷，意犹未尽。</w:t>
      </w:r>
    </w:p>
    <w:p>
      <w:pPr>
        <w:spacing w:line="336" w:lineRule="auto" w:after="60"/>
      </w:pPr>
      <w:r>
        <w:t>请将“再来一节         课”补充完整，构成你的题目，写一篇文章。可写实，可想象。文体不限，诗歌除外。</w:t>
      </w:r>
    </w:p>
    <w:p>
      <w:pPr>
        <w:spacing w:line="336" w:lineRule="auto" w:after="60"/>
      </w:pPr>
      <w:r>
        <w:t>要求：将作文题目写在答题卡上，作文内容积极向上，不少于500字，不要出现所在学校的校名或师生姓名。</w:t>
      </w:r>
    </w:p>
    <w:p>
      <w:pPr>
        <w:spacing w:line="336" w:lineRule="auto" w:after="60"/>
      </w:pPr>
      <w:r>
        <w:t>20 春日枝头的繁花好比彩虹，转瞬即逝。但在我们的生活中，却总有一些时光、友谊、亲情、信念……它们永不凋零。</w:t>
      </w:r>
    </w:p>
    <w:p>
      <w:pPr>
        <w:spacing w:line="336" w:lineRule="auto" w:after="60"/>
      </w:pPr>
      <w:r>
        <w:t>请将“永不凋零的          ”补充完整，构成你的题目，写一篇文章。可写实，可想象。文体不限，诗歌除外。</w:t>
      </w:r>
    </w:p>
    <w:p>
      <w:pPr>
        <w:spacing w:line="336" w:lineRule="auto" w:after="60"/>
      </w:pPr>
      <w:r>
        <w:t>要求：将作文题目写在答题卡上，作文内容积极向上，不少于500字，不要出现所在学校的校名或师生姓名。</w:t>
      </w:r>
    </w:p>
    <w:p>
      <w:pPr>
        <w:pStyle w:val="Heading3"/>
      </w:pPr>
      <w:r>
        <w:t>海淀区</w:t>
      </w:r>
    </w:p>
    <w:p>
      <w:pPr>
        <w:spacing w:line="336" w:lineRule="auto" w:after="60"/>
      </w:pPr>
      <w:r>
        <w:t>写作（40分）</w:t>
      </w:r>
    </w:p>
    <w:p>
      <w:pPr>
        <w:spacing w:line="336" w:lineRule="auto" w:after="60"/>
      </w:pPr>
      <w:r>
        <w:t>从下面两个题目中任选一题，按要求写一篇文章。</w:t>
      </w:r>
    </w:p>
    <w:p>
      <w:pPr>
        <w:spacing w:line="336" w:lineRule="auto" w:after="60"/>
      </w:pPr>
      <w:r>
        <w:t>18. 网络时代，线上课堂、线上读书会、线上演讲比赛、线上厨艺展示、“云端接力”马拉松……不一样的学习和生活方式，给我们带来新挑战、新体验，让我们有了新收获。</w:t>
      </w:r>
    </w:p>
    <w:p>
      <w:pPr>
        <w:spacing w:line="336" w:lineRule="auto" w:after="60"/>
      </w:pPr>
      <w:r>
        <w:t>请以“线上新收获”为题，写一篇文章，记录自己的经历、见闻和感受。</w:t>
      </w:r>
    </w:p>
    <w:p>
      <w:pPr>
        <w:spacing w:line="336" w:lineRule="auto" w:after="60"/>
      </w:pPr>
      <w:r>
        <w:t>要求：请将作文题目写在答题纸上，作文内容积极向上，字数在600-800之间，不要出现所在学校的校名或师生姓名。</w:t>
      </w:r>
    </w:p>
    <w:p>
      <w:pPr>
        <w:spacing w:line="336" w:lineRule="auto" w:after="60"/>
      </w:pPr>
      <w:r>
        <w:t>19. 作为人类首辆登陆月球背面的月球车“玉兔二号”，在探索月背的近4年时间里，用全景相机记录了一路走来的地形地貌，用高科技探测设备对月背物质成分和月表结构进行了探测……如果你是“玉兔二号”，在月背会有怎样神奇的经历呢？</w:t>
      </w:r>
    </w:p>
    <w:p>
      <w:pPr>
        <w:spacing w:line="336" w:lineRule="auto" w:after="60"/>
      </w:pPr>
      <w:r>
        <w:t>请发挥想象，以“我的月背历险”为题，写一篇故事。</w:t>
      </w:r>
    </w:p>
    <w:p>
      <w:pPr>
        <w:spacing w:line="336" w:lineRule="auto" w:after="60"/>
      </w:pPr>
      <w:r>
        <w:t>要求：请将作文题目写在答题纸上，作文内容积极向上，字数在600-800之间，不要出现所在学校的校名或师生姓名。</w:t>
      </w:r>
    </w:p>
    <w:p>
      <w:pPr>
        <w:pStyle w:val="Heading3"/>
      </w:pPr>
      <w:r>
        <w:t>石景山区</w:t>
      </w:r>
    </w:p>
    <w:p>
      <w:pPr>
        <w:spacing w:line="336" w:lineRule="auto" w:after="60"/>
      </w:pPr>
      <w:r>
        <w:t>写作（40分）</w:t>
      </w:r>
    </w:p>
    <w:p>
      <w:pPr>
        <w:spacing w:line="336" w:lineRule="auto" w:after="60"/>
      </w:pPr>
      <w:r>
        <w:t>12. 按要求写作。</w:t>
      </w:r>
    </w:p>
    <w:p>
      <w:pPr>
        <w:spacing w:line="336" w:lineRule="auto" w:after="60"/>
      </w:pPr>
      <w:r>
        <w:t>莫顿•亨特在《走一步，再走一步》中说：“注意相对轻松、容易的第一小步，迈出一小步，再一小步，就这样体会每一步带来的成就感，直到达成了自己的目标。”在记忆中，你曾遇到过什么困难，怎样迈出每一小步，最终实现了目标？在想象中，你又进入了什么奇境，怎样迈出每一小步，最后解开了谜团？</w:t>
      </w:r>
    </w:p>
    <w:p>
      <w:pPr>
        <w:spacing w:line="336" w:lineRule="auto" w:after="60"/>
      </w:pPr>
      <w:r>
        <w:t>请以“一小步”为题，按要求写一篇文章。可写实，可想象。文体不限，诗歌除外。</w:t>
      </w:r>
    </w:p>
    <w:p>
      <w:pPr>
        <w:spacing w:line="336" w:lineRule="auto" w:after="60"/>
      </w:pPr>
      <w:r>
        <w:t>要求：作文内容积极向上，字数在600—800之间，不要出现所在学校的校名或师生姓名。将题目抄写在答题卡上。</w:t>
      </w:r>
    </w:p>
    <w:p>
      <w:pPr>
        <w:pStyle w:val="Heading3"/>
      </w:pPr>
      <w:r>
        <w:t>西城区</w:t>
      </w:r>
    </w:p>
    <w:p>
      <w:pPr>
        <w:spacing w:line="336" w:lineRule="auto" w:after="60"/>
      </w:pPr>
      <w:r>
        <w:t>写作（40分）</w:t>
      </w:r>
    </w:p>
    <w:p>
      <w:pPr>
        <w:spacing w:line="336" w:lineRule="auto" w:after="60"/>
      </w:pPr>
      <w:r>
        <w:t>从下面两个题目中任选一题，按要求写一篇文章。</w:t>
      </w:r>
    </w:p>
    <w:p>
      <w:pPr>
        <w:spacing w:line="336" w:lineRule="auto" w:after="60"/>
      </w:pPr>
      <w:r>
        <w:t>23. 请以《义勇军进行曲》歌词中的“前进！前进！”为题目，写一篇文章。</w:t>
      </w:r>
    </w:p>
    <w:p>
      <w:pPr>
        <w:spacing w:line="336" w:lineRule="auto" w:after="60"/>
      </w:pPr>
      <w:r>
        <w:t>要求：请把作文题目写在答题卡上，作文不限文体（诗歌除外），字数不少于500字。</w:t>
      </w:r>
    </w:p>
    <w:p>
      <w:pPr>
        <w:spacing w:line="336" w:lineRule="auto" w:after="60"/>
      </w:pPr>
      <w:r>
        <w:t>24. 请将“谢谢你（您）     ”补充完整，构成你的题目，写一篇文章。</w:t>
      </w:r>
    </w:p>
    <w:p>
      <w:pPr>
        <w:spacing w:line="336" w:lineRule="auto" w:after="60"/>
      </w:pPr>
      <w:r>
        <w:t>要求：请把作文题目写在答题卡上，作文不限文体（诗歌除外），字数不少于500字。</w:t>
      </w:r>
    </w:p>
    <w:p>
      <w:pPr>
        <w:pStyle w:val="Heading3"/>
      </w:pPr>
      <w:r>
        <w:t>通州区</w:t>
      </w:r>
    </w:p>
    <w:p>
      <w:pPr>
        <w:spacing w:line="336" w:lineRule="auto" w:after="60"/>
      </w:pPr>
      <w:r>
        <w:t>作文（共40分）</w:t>
      </w:r>
    </w:p>
    <w:p>
      <w:pPr>
        <w:spacing w:line="336" w:lineRule="auto" w:after="60"/>
      </w:pPr>
      <w:r>
        <w:t>从下面两个题目中任选一题，写一篇文章。</w:t>
      </w:r>
    </w:p>
    <w:p>
      <w:pPr>
        <w:spacing w:line="336" w:lineRule="auto" w:after="60"/>
      </w:pPr>
      <w:r>
        <w:t>18. “一个有着一大把胡子的大男人，屈着膝，弯着腰，低着头在草地上爬着，一边不时回头偷看，一边大声地学着鸭子的叫声”，这是《动物笑谈》的作者康拉德·劳伦兹在研究水鸭子行为中的一段文字描写，体现了他作为科学家的严谨、专注、忘我的工作精神！这种精神是中学生学业进步、良好品德形成的必需品。请以“____________的精神是我的必需品”为题，将题目补充完整，写一篇文章。</w:t>
      </w:r>
    </w:p>
    <w:p>
      <w:pPr>
        <w:spacing w:line="336" w:lineRule="auto" w:after="60"/>
      </w:pPr>
      <w:r>
        <w:t>要求：（1）请将作文题目写在答题卡上。（2）字数在600—800之间。（3）不限文体（诗歌除外）。（4）不要出现所在学校的校名或师生姓名。</w:t>
      </w:r>
    </w:p>
    <w:p>
      <w:pPr>
        <w:spacing w:line="336" w:lineRule="auto" w:after="60"/>
      </w:pPr>
      <w:r>
        <w:t>19. 人有生命，动物、植物也有生命。生命是自然界中最珍贵的财富，世界因生命的存在而精彩纷呈！请你写一个与自然界动物或植物交往的故事。可写实，可想象，自拟题目。</w:t>
      </w:r>
    </w:p>
    <w:p>
      <w:pPr>
        <w:spacing w:line="336" w:lineRule="auto" w:after="60"/>
      </w:pPr>
      <w:r>
        <w:t>要求：（1）请将作文题目写在答题卡上。（2）字数在600—800之间。（3）不限文体（诗歌除外）。（4）不要出现所在学校的校名或师生姓名。</w:t>
      </w:r>
    </w:p>
    <w:p>
      <w:pPr>
        <w:pStyle w:val="Heading3"/>
      </w:pPr>
      <w:r>
        <w:t>顺义区</w:t>
      </w:r>
    </w:p>
    <w:p>
      <w:pPr>
        <w:spacing w:line="336" w:lineRule="auto" w:after="60"/>
      </w:pPr>
      <w:r>
        <w:t>作文（40分）</w:t>
      </w:r>
    </w:p>
    <w:p>
      <w:pPr>
        <w:spacing w:line="336" w:lineRule="auto" w:after="60"/>
      </w:pPr>
      <w:r>
        <w:t>按照要求，从下面两道作文题中任选一道题，完成写作。</w:t>
      </w:r>
    </w:p>
    <w:p>
      <w:pPr>
        <w:spacing w:line="336" w:lineRule="auto" w:after="60"/>
      </w:pPr>
      <w:r>
        <w:t>20. 从线下上课到线上学习，你一定经历了很多感觉不一样的课堂。线下教学中，老师在课上为你带来不一样的体验；网络课堂上，你经历了不一样的课程学习，不一样的升旗仪式、云端总结等精彩活动；生活中处处是课堂，你感受到不一样的教育……请你以“这节课不一样”为题写一篇不少于500字的作文。可写实，可想象。文体不限，诗歌除外。</w:t>
      </w:r>
    </w:p>
    <w:p>
      <w:pPr>
        <w:spacing w:line="336" w:lineRule="auto" w:after="60"/>
      </w:pPr>
      <w:r>
        <w:t>要求：①将作文题目写在答题卡上。②主题鲜明，叙事具体，内容积极向上。③文中不得出现真实的校名、姓名。</w:t>
      </w:r>
    </w:p>
    <w:p>
      <w:pPr>
        <w:spacing w:line="336" w:lineRule="auto" w:after="60"/>
      </w:pPr>
      <w:r>
        <w:t>21. 请以“一天深夜，书包悄悄张开嘴巴说……”为开头，写一篇不少于500字的想象作文。</w:t>
      </w:r>
    </w:p>
    <w:p>
      <w:pPr>
        <w:spacing w:line="336" w:lineRule="auto" w:after="60"/>
      </w:pPr>
      <w:r>
        <w:t>要求：①将作文题目写在答题卡上。②主题鲜明，叙事具体，内容积极向上。③文中不得出现真实的校名、姓名。</w:t>
      </w:r>
    </w:p>
    <w:p>
      <w:pPr>
        <w:pStyle w:val="Heading1"/>
      </w:pPr>
      <w:r>
        <w:t>2023-2024学年</w:t>
      </w:r>
    </w:p>
    <w:p>
      <w:pPr>
        <w:pStyle w:val="Heading2"/>
      </w:pPr>
      <w:r>
        <w:t>月考</w:t>
      </w:r>
    </w:p>
    <w:p>
      <w:pPr>
        <w:pStyle w:val="Heading3"/>
      </w:pPr>
      <w:r>
        <w:t>海淀区十一学校（其他）</w:t>
      </w:r>
    </w:p>
    <w:p>
      <w:r>
        <w:t>【未能自动提取，请查看原卷：精品解析：北京市海淀区十一学校2023-2024学年七年级上学期10月语文试题（原卷版）.docx】</w:t>
      </w:r>
    </w:p>
    <w:p>
      <w:pPr>
        <w:pStyle w:val="Heading3"/>
      </w:pPr>
      <w:r>
        <w:t>第二中学（10月月考）</w:t>
      </w:r>
    </w:p>
    <w:p>
      <w:pPr>
        <w:spacing w:line="336" w:lineRule="auto" w:after="60"/>
      </w:pPr>
      <w:r>
        <w:t>五、写作</w:t>
      </w:r>
    </w:p>
    <w:p>
      <w:pPr>
        <w:spacing w:line="336" w:lineRule="auto" w:after="60"/>
      </w:pPr>
      <w:r>
        <w:t>23 作文</w:t>
      </w:r>
    </w:p>
    <w:p>
      <w:pPr>
        <w:spacing w:line="336" w:lineRule="auto" w:after="60"/>
      </w:pPr>
      <w:r>
        <w:t>生活是丰富多彩的。在家里、在学校、在社会，有许许多多的事，像一盏盏灯，照亮了你的心扉，给予你精神力量，指引你前进的方向。生活告诉了你：做人要诚实，面对困难要乐观，荣誉不仅仅属于自己，要关爱别人……</w:t>
      </w:r>
    </w:p>
    <w:p>
      <w:pPr>
        <w:spacing w:line="336" w:lineRule="auto" w:after="60"/>
      </w:pPr>
      <w:r>
        <w:t>以“这件事告诉我”为题，写一篇记叙文，写出自己的亲身经历和切身感受。要求：字迹工整，书写格式规范；不少于500字。</w:t>
      </w:r>
    </w:p>
    <w:p>
      <w:pPr>
        <w:pStyle w:val="Heading3"/>
      </w:pPr>
      <w:r>
        <w:t>第二中学（12月月考）</w:t>
      </w:r>
    </w:p>
    <w:p>
      <w:r>
        <w:t>【未能自动提取，请查看原卷：精品解析：北京市第二中学2023-2024学年七年级上学期12月月考语文试题（原卷版）.docx】</w:t>
      </w:r>
    </w:p>
    <w:p>
      <w:pPr>
        <w:pStyle w:val="Heading3"/>
      </w:pPr>
      <w:r>
        <w:t>第十二中学（10月月考）</w:t>
      </w:r>
    </w:p>
    <w:p>
      <w:r>
        <w:t>【未能自动提取，请查看原卷：精品解析：北京市第十二中学2023-2024学年七年级10月月考语文试题（原卷版）.docx】</w:t>
      </w:r>
    </w:p>
    <w:p>
      <w:pPr>
        <w:pStyle w:val="Heading2"/>
      </w:pPr>
      <w:r>
        <w:t>期中</w:t>
      </w:r>
    </w:p>
    <w:p>
      <w:pPr>
        <w:pStyle w:val="Heading3"/>
      </w:pPr>
      <w:r>
        <w:t>大兴区</w:t>
      </w:r>
    </w:p>
    <w:p>
      <w:pPr>
        <w:spacing w:line="336" w:lineRule="auto" w:after="60"/>
      </w:pPr>
      <w:r>
        <w:t>写作（40分）</w:t>
      </w:r>
    </w:p>
    <w:p>
      <w:pPr>
        <w:spacing w:line="336" w:lineRule="auto" w:after="60"/>
      </w:pPr>
      <w:r>
        <w:t>20. 记忆是美好的，在我们的记忆中，总有人带你走过山川田野，领略四季的风光；带你冲破困难挫折，树立坚强的意志；带你走出困惑迷茫，坚定前进的方向；带你体会忧乐成长，感受人情的温暖。请你以“带我_____的他/她/人”为题，写一篇文章。</w:t>
      </w:r>
    </w:p>
    <w:p>
      <w:pPr>
        <w:spacing w:line="336" w:lineRule="auto" w:after="60"/>
      </w:pPr>
      <w:r>
        <w:t>（1）请将题目写在答题卡的相应位置。（2）字数500～700之间。（3）不要出现所在学校的校名或师生姓名。</w:t>
      </w:r>
    </w:p>
    <w:p>
      <w:pPr>
        <w:pStyle w:val="Heading3"/>
      </w:pPr>
      <w:r>
        <w:t>师范大学附属中学</w:t>
      </w:r>
    </w:p>
    <w:p>
      <w:pPr>
        <w:spacing w:line="336" w:lineRule="auto" w:after="60"/>
      </w:pPr>
      <w:r>
        <w:t>写作。（共40分）</w:t>
      </w:r>
    </w:p>
    <w:p>
      <w:pPr>
        <w:spacing w:line="336" w:lineRule="auto" w:after="60"/>
      </w:pPr>
      <w:r>
        <w:t>从下面两个题目中任选一题，按要求写一篇作文。</w:t>
      </w:r>
    </w:p>
    <w:p>
      <w:pPr>
        <w:spacing w:line="336" w:lineRule="auto" w:after="60"/>
      </w:pPr>
      <w:r>
        <w:t>24. 题目：</w:t>
      </w:r>
    </w:p>
    <w:p>
      <w:pPr>
        <w:spacing w:line="336" w:lineRule="auto" w:after="60"/>
      </w:pPr>
      <w:r>
        <w:t>生活中，总有一缕阳光，曾经照亮过我们心中阴暗的角落；生活中，总有一缕阳光，曾经融化过我们心中的那份冰凉。一个热切的眼神、一张真诚的笑脸、一双在我们跌倒时伸出的双手……阳光，正以她炽热的温度，温暖着我们的记忆。</w:t>
      </w:r>
    </w:p>
    <w:p>
      <w:pPr>
        <w:spacing w:line="336" w:lineRule="auto" w:after="60"/>
      </w:pPr>
      <w:r>
        <w:t>请以“难忘那一缕阳光”为题目，写一篇记叙文。</w:t>
      </w:r>
    </w:p>
    <w:p>
      <w:pPr>
        <w:spacing w:line="336" w:lineRule="auto" w:after="60"/>
      </w:pPr>
      <w:r>
        <w:t>要求：用2B铅笔在作文纸上选涂所选题目，将作文题目写在作文纸上，作文内容积极向上，字数不少于500，不要出现所在学校的校名或师生姓名。</w:t>
      </w:r>
    </w:p>
    <w:p>
      <w:pPr>
        <w:spacing w:line="336" w:lineRule="auto" w:after="60"/>
      </w:pPr>
      <w:r>
        <w:t>25. 题目：</w:t>
      </w:r>
    </w:p>
    <w:p>
      <w:pPr>
        <w:spacing w:line="336" w:lineRule="auto" w:after="60"/>
      </w:pPr>
      <w:r>
        <w:t>我们生活在大千世界中，时常被周围的一切感动着。有时是一种声音，有时是一个眼神，有时是一种色彩，有时是一种状态，有时是一种场景……生活中，你一定经历、体验过许多的感动。</w:t>
      </w:r>
    </w:p>
    <w:p>
      <w:pPr>
        <w:spacing w:line="336" w:lineRule="auto" w:after="60"/>
      </w:pPr>
      <w:r>
        <w:t>请以“__________让我感动”为题（请先把题目补充完整），写一篇记叙文。</w:t>
      </w:r>
    </w:p>
    <w:p>
      <w:pPr>
        <w:spacing w:line="336" w:lineRule="auto" w:after="60"/>
      </w:pPr>
      <w:r>
        <w:t>要求：用2B铅笔在作文纸上选涂所选题目，将作文题目写在作文纸上，作文内容积极向上，字数不少于500，不要出现所在学校的校名或师生姓名。</w:t>
      </w:r>
    </w:p>
    <w:p>
      <w:pPr>
        <w:pStyle w:val="Heading3"/>
      </w:pPr>
      <w:r>
        <w:t>房山区</w:t>
      </w:r>
    </w:p>
    <w:p>
      <w:pPr>
        <w:spacing w:line="336" w:lineRule="auto" w:after="60"/>
      </w:pPr>
      <w:r>
        <w:t>写作（共40分）</w:t>
      </w:r>
    </w:p>
    <w:p>
      <w:pPr>
        <w:spacing w:line="336" w:lineRule="auto" w:after="60"/>
      </w:pPr>
      <w:r>
        <w:t>20. 根据题目，按要求写作。</w:t>
      </w:r>
    </w:p>
    <w:p>
      <w:pPr>
        <w:spacing w:line="336" w:lineRule="auto" w:after="60"/>
      </w:pPr>
      <w:r>
        <w:t>金秋九月，你迈入了中学的大门。中学生活把你带进一个新天地，这里有新的老师新的同学。站在新的起点，你一定有新的变化、成长与收获。</w:t>
      </w:r>
    </w:p>
    <w:p>
      <w:pPr>
        <w:spacing w:line="336" w:lineRule="auto" w:after="60"/>
      </w:pPr>
      <w:r>
        <w:t>请你将“我的新          ”补充完整，构成题目，写一篇记叙文。</w:t>
      </w:r>
    </w:p>
    <w:p>
      <w:pPr>
        <w:spacing w:line="336" w:lineRule="auto" w:after="60"/>
      </w:pPr>
      <w:r>
        <w:t>要求：将作文的题目补充完整并写在答题卡上。内容积极向上，不少于500字。不要出现所在学校的校名或师生姓名。</w:t>
      </w:r>
    </w:p>
    <w:p>
      <w:pPr>
        <w:pStyle w:val="Heading3"/>
      </w:pPr>
      <w:r>
        <w:t>海淀区</w:t>
      </w:r>
    </w:p>
    <w:p>
      <w:pPr>
        <w:spacing w:line="336" w:lineRule="auto" w:after="60"/>
      </w:pPr>
      <w:r>
        <w:t>写作（40分）</w:t>
      </w:r>
    </w:p>
    <w:p>
      <w:pPr>
        <w:spacing w:line="336" w:lineRule="auto" w:after="60"/>
      </w:pPr>
      <w:r>
        <w:t>21. 在这个丹桂飘香的秋天，我们走进了中学校园，开启了崭新的学习生活。两个月来，我们认识了许多新老师，他们或温柔，或严格，或风趣幽默，或学识渊博……我们也结识了很多新同学，他们或热情，或坚强，或勇于担当，或勤学好问……</w:t>
      </w:r>
    </w:p>
    <w:p>
      <w:pPr>
        <w:spacing w:line="336" w:lineRule="auto" w:after="60"/>
      </w:pPr>
      <w:r>
        <w:t>请将“我为__________的他（她）点赞”补充完整，构成你的题目，写一篇记叙文。</w:t>
      </w:r>
    </w:p>
    <w:p>
      <w:pPr>
        <w:spacing w:line="336" w:lineRule="auto" w:after="60"/>
      </w:pPr>
      <w:r>
        <w:t>要求：（1）请将作文题目写在答题纸上。（2）作文内容积极向上，字数在600-800之间。（3）不要出现所在学校的校名或师生姓名。</w:t>
      </w:r>
    </w:p>
    <w:p>
      <w:pPr>
        <w:pStyle w:val="Heading3"/>
      </w:pPr>
      <w:r>
        <w:t>第八中学</w:t>
      </w:r>
    </w:p>
    <w:p>
      <w:pPr>
        <w:spacing w:line="336" w:lineRule="auto" w:after="60"/>
      </w:pPr>
      <w:r>
        <w:t>作文（40分）</w:t>
      </w:r>
    </w:p>
    <w:p>
      <w:pPr>
        <w:spacing w:line="336" w:lineRule="auto" w:after="60"/>
      </w:pPr>
      <w:r>
        <w:t>24. 按要求写作</w:t>
      </w:r>
    </w:p>
    <w:p>
      <w:pPr>
        <w:spacing w:line="336" w:lineRule="auto" w:after="60"/>
      </w:pPr>
      <w:r>
        <w:t>初中生活如约而至，少年时光迎来新篇。若留心观察，你便会发现，在这美好的校园里，每天都有可爱的人们擦肩而过，每天都有感动的故事悄然发生，每天都有动人的风景萦绕心扉……</w:t>
      </w:r>
    </w:p>
    <w:p>
      <w:pPr>
        <w:spacing w:line="336" w:lineRule="auto" w:after="60"/>
      </w:pPr>
      <w:r>
        <w:t>请以“在这美好的校园里”为题，写一篇文章。</w:t>
      </w:r>
    </w:p>
    <w:p>
      <w:pPr>
        <w:spacing w:line="336" w:lineRule="auto" w:after="60"/>
      </w:pPr>
      <w:r>
        <w:t>要求：将作文题目写在答题卡上，作文内容积极向上，字数在600-800之间，不要出现所在学校的校名或师生姓名。</w:t>
      </w:r>
    </w:p>
    <w:p>
      <w:pPr>
        <w:pStyle w:val="Heading3"/>
      </w:pPr>
      <w:r>
        <w:t>第六十六中学</w:t>
      </w:r>
    </w:p>
    <w:p>
      <w:pPr>
        <w:spacing w:line="336" w:lineRule="auto" w:after="60"/>
      </w:pPr>
      <w:r>
        <w:t>写作（40分）</w:t>
      </w:r>
    </w:p>
    <w:p>
      <w:pPr>
        <w:spacing w:line="336" w:lineRule="auto" w:after="60"/>
      </w:pPr>
      <w:r>
        <w:t>从下面两个题目中，任选一题，按要求写作。</w:t>
      </w:r>
    </w:p>
    <w:p>
      <w:pPr>
        <w:spacing w:line="336" w:lineRule="auto" w:after="60"/>
      </w:pPr>
      <w:r>
        <w:t>22. 题目：</w:t>
      </w:r>
    </w:p>
    <w:p>
      <w:pPr>
        <w:spacing w:line="336" w:lineRule="auto" w:after="60"/>
      </w:pPr>
      <w:r>
        <w:t>在成长过程中，每个人都会有欢笑，有感动，当然也会有泪水，有悲伤……这些都是人生必不可少的体验，一点一滴都是生命中宝贵的财富。</w:t>
      </w:r>
    </w:p>
    <w:p>
      <w:pPr>
        <w:spacing w:line="336" w:lineRule="auto" w:after="60"/>
      </w:pPr>
      <w:r>
        <w:t>请以“我永远也忘不了那件事”为开头，把你成长过程最受触动的一件事写下来。题目自拟。</w:t>
      </w:r>
    </w:p>
    <w:p>
      <w:pPr>
        <w:spacing w:line="336" w:lineRule="auto" w:after="60"/>
      </w:pPr>
      <w:r>
        <w:t>要求：（1）请将作文题目抄写在答题卡上。</w:t>
      </w:r>
    </w:p>
    <w:p>
      <w:pPr>
        <w:spacing w:line="336" w:lineRule="auto" w:after="60"/>
      </w:pPr>
      <w:r>
        <w:t>（2）作文内容积极向上。</w:t>
      </w:r>
    </w:p>
    <w:p>
      <w:pPr>
        <w:spacing w:line="336" w:lineRule="auto" w:after="60"/>
      </w:pPr>
      <w:r>
        <w:t>（3）字数在500字以上。</w:t>
      </w:r>
    </w:p>
    <w:p>
      <w:pPr>
        <w:spacing w:line="336" w:lineRule="auto" w:after="60"/>
      </w:pPr>
      <w:r>
        <w:t>（4）不要出现所在学校的校名或师生姓名。</w:t>
      </w:r>
    </w:p>
    <w:p>
      <w:pPr>
        <w:spacing w:line="336" w:lineRule="auto" w:after="60"/>
      </w:pPr>
      <w:r>
        <w:t>23. 题目：请以“______的人”为题写一篇记叙文，请将题目补充完整。</w:t>
      </w:r>
    </w:p>
    <w:p>
      <w:pPr>
        <w:spacing w:line="336" w:lineRule="auto" w:after="60"/>
      </w:pPr>
      <w:r>
        <w:t>要求：（1）请将作文题目抄写在答题卡上。</w:t>
      </w:r>
    </w:p>
    <w:p>
      <w:pPr>
        <w:spacing w:line="336" w:lineRule="auto" w:after="60"/>
      </w:pPr>
      <w:r>
        <w:t>（2）作文内容积极向上。</w:t>
      </w:r>
    </w:p>
    <w:p>
      <w:pPr>
        <w:spacing w:line="336" w:lineRule="auto" w:after="60"/>
      </w:pPr>
      <w:r>
        <w:t>（3）字数在500字以上。</w:t>
      </w:r>
    </w:p>
    <w:p>
      <w:pPr>
        <w:spacing w:line="336" w:lineRule="auto" w:after="60"/>
      </w:pPr>
      <w:r>
        <w:t>（4）不要出现所在学校的校名或师生姓名。</w:t>
      </w:r>
    </w:p>
    <w:p>
      <w:pPr>
        <w:pStyle w:val="Heading3"/>
      </w:pPr>
      <w:r>
        <w:t>第十三中学分校</w:t>
      </w:r>
    </w:p>
    <w:p>
      <w:pPr>
        <w:spacing w:line="336" w:lineRule="auto" w:after="60"/>
      </w:pPr>
      <w:r>
        <w:t>写作（40分）</w:t>
      </w:r>
    </w:p>
    <w:p>
      <w:pPr>
        <w:spacing w:line="336" w:lineRule="auto" w:after="60"/>
      </w:pPr>
      <w:r>
        <w:t>从下面两个题目中，任选一题，按要求写作。</w:t>
      </w:r>
    </w:p>
    <w:p>
      <w:pPr>
        <w:spacing w:line="336" w:lineRule="auto" w:after="60"/>
      </w:pPr>
      <w:r>
        <w:t>24. 按要求作文</w:t>
      </w:r>
    </w:p>
    <w:p>
      <w:pPr>
        <w:spacing w:line="336" w:lineRule="auto" w:after="60"/>
      </w:pPr>
      <w:r>
        <w:t>爱，是对人或物的深情，能够带来温暖、力量、希望、奇迹……爱，是喜欢做某事，能够带来勇气、动力、恒心、成功……爱，使世界变得更加美好；爱，使奋斗变得其乐无穷。</w:t>
      </w:r>
    </w:p>
    <w:p>
      <w:pPr>
        <w:spacing w:line="336" w:lineRule="auto" w:after="60"/>
      </w:pPr>
      <w:r>
        <w:t>请以“有爱才有        ”为题，补全题目，写一篇文章。不限文体（诗歌除外）。</w:t>
      </w:r>
    </w:p>
    <w:p>
      <w:pPr>
        <w:spacing w:line="336" w:lineRule="auto" w:after="60"/>
      </w:pPr>
      <w:r>
        <w:t>要求：（1）请将作文题目抄写在答题卡上。（2）作文内容积极向上。（3）字数在500-800之间。（4）不要出现所在学校的校名或师生姓名。</w:t>
      </w:r>
    </w:p>
    <w:p>
      <w:pPr>
        <w:spacing w:line="336" w:lineRule="auto" w:after="60"/>
      </w:pPr>
      <w:r>
        <w:t>25. 按要求作文</w:t>
      </w:r>
    </w:p>
    <w:p>
      <w:pPr>
        <w:spacing w:line="336" w:lineRule="auto" w:after="60"/>
      </w:pPr>
      <w:r>
        <w:t>假如你能感受到动物或植物的心声，可以和它们成为好朋友，那将会发生怎样有趣而又有意义的事情呢？</w:t>
      </w:r>
    </w:p>
    <w:p>
      <w:pPr>
        <w:spacing w:line="336" w:lineRule="auto" w:after="60"/>
      </w:pPr>
      <w:r>
        <w:t>请以“奇妙的朋友”为题，发挥想象，写一篇故事。</w:t>
      </w:r>
    </w:p>
    <w:p>
      <w:pPr>
        <w:spacing w:line="336" w:lineRule="auto" w:after="60"/>
      </w:pPr>
      <w:r>
        <w:t>要求：（1）请将作文题目抄写在答题卡上。（2）作文内容积极向上。（3）字数在500-800之间。（4）不要出现所在学校校名或师生姓名。</w:t>
      </w:r>
    </w:p>
    <w:p>
      <w:pPr>
        <w:pStyle w:val="Heading3"/>
      </w:pPr>
      <w:r>
        <w:t>第十八中学</w:t>
      </w:r>
    </w:p>
    <w:p>
      <w:pPr>
        <w:spacing w:line="336" w:lineRule="auto" w:after="60"/>
      </w:pPr>
      <w:r>
        <w:t>写作（40分）</w:t>
      </w:r>
    </w:p>
    <w:p>
      <w:pPr>
        <w:spacing w:line="336" w:lineRule="auto" w:after="60"/>
      </w:pPr>
      <w:r>
        <w:t>17. 阅读下面的文字，按要求作文。</w:t>
      </w:r>
    </w:p>
    <w:p>
      <w:pPr>
        <w:spacing w:line="336" w:lineRule="auto" w:after="60"/>
      </w:pPr>
      <w:r>
        <w:t>那是一张写满慈爱的脸，让我感到了生活的温馨;那是一张布满疲惫的脸，让我明白了生活的艰辛;那是一张阳光灿烂的脸，让我感受到生命的热情……生活中，我们曾见过无数张脸，其中一定有给你留下深刻印象的。</w:t>
      </w:r>
    </w:p>
    <w:p>
      <w:pPr>
        <w:spacing w:line="336" w:lineRule="auto" w:after="60"/>
      </w:pPr>
      <w:r>
        <w:t>请以“难忘那张脸”题目，写一篇不少于600字记叙文。</w:t>
      </w:r>
    </w:p>
    <w:p>
      <w:pPr>
        <w:spacing w:line="336" w:lineRule="auto" w:after="60"/>
      </w:pPr>
      <w:r>
        <w:t>要求：①文中勿透露考生个人信息。②要有自己的经历、体验和感悟，不得抄袭。</w:t>
      </w:r>
    </w:p>
    <w:p>
      <w:pPr>
        <w:spacing w:line="336" w:lineRule="auto" w:after="60"/>
      </w:pPr>
      <w:r>
        <w:t>18. 作文。</w:t>
      </w:r>
    </w:p>
    <w:p>
      <w:pPr>
        <w:spacing w:line="336" w:lineRule="auto" w:after="60"/>
      </w:pPr>
      <w:r>
        <w:t>当母亲已经不在了，史铁生才懂得让母亲推着去北海看菊花就是一种幸福；当看着母亲又熬过了一个寒冬，莫怀戚懂得陪着母亲去田野散步就是一种幸福；当暴雨来临时，看到荷叶遮蔽着红莲，冰心懂得母亲对孩子的庇护就是一种幸福……在生活中，你也有过这种与亲人、朋友之间的随处可见的幸福吧。</w:t>
      </w:r>
    </w:p>
    <w:p>
      <w:pPr>
        <w:spacing w:line="336" w:lineRule="auto" w:after="60"/>
      </w:pPr>
      <w:r>
        <w:t>请以“这就是幸福”为题，写一篇记叙文。</w:t>
      </w:r>
    </w:p>
    <w:p>
      <w:pPr>
        <w:spacing w:line="336" w:lineRule="auto" w:after="60"/>
      </w:pPr>
      <w:r>
        <w:t>要求：（1）字数在600﹣800字之间。（2）请将作文题目抄写在答题卡上。（3）不要出现所在学校的校名或师生姓名。</w:t>
      </w:r>
    </w:p>
    <w:p>
      <w:pPr>
        <w:pStyle w:val="Heading3"/>
      </w:pPr>
      <w:r>
        <w:t>顺义区仁和中学</w:t>
      </w:r>
    </w:p>
    <w:p>
      <w:pPr>
        <w:spacing w:line="336" w:lineRule="auto" w:after="60"/>
      </w:pPr>
      <w:r>
        <w:t>作文（共40分）</w:t>
      </w:r>
    </w:p>
    <w:p>
      <w:pPr>
        <w:spacing w:line="336" w:lineRule="auto" w:after="60"/>
      </w:pPr>
      <w:r>
        <w:t>从下面两个题目中任选一题，按要求写一篇文章。</w:t>
      </w:r>
    </w:p>
    <w:p>
      <w:pPr>
        <w:spacing w:line="336" w:lineRule="auto" w:after="60"/>
      </w:pPr>
      <w:r>
        <w:t>19. 按要求作文</w:t>
      </w:r>
    </w:p>
    <w:p>
      <w:pPr>
        <w:spacing w:line="336" w:lineRule="auto" w:after="60"/>
      </w:pPr>
      <w:r>
        <w:t>亲爱的同学，进入新的学习环境，你一定接触了新老师，认识了新朋友。</w:t>
      </w:r>
    </w:p>
    <w:p>
      <w:pPr>
        <w:spacing w:line="336" w:lineRule="auto" w:after="60"/>
      </w:pPr>
      <w:r>
        <w:t>请你从“温暖、耐心、负责、热情、勤奋、认真、专注”中选一个词，将“他（她）是这样        ”补充完整，构成你的题目，细致描写，通过事件表现出他（她）的性格或思想品质，写一篇记叙文。不少于500字。</w:t>
      </w:r>
    </w:p>
    <w:p>
      <w:pPr>
        <w:spacing w:line="336" w:lineRule="auto" w:after="60"/>
      </w:pPr>
      <w:r>
        <w:t>要求：①将题目抄写在答题纸上。②不出现真实的姓名和学校名称。</w:t>
      </w:r>
    </w:p>
    <w:p>
      <w:pPr>
        <w:spacing w:line="336" w:lineRule="auto" w:after="60"/>
      </w:pPr>
      <w:r>
        <w:t>20. 题目：我们的校园，每天都有新的故事。假如《西游记》中的人物来到了我们学校，他们会学到什么呢？请你从唐僧、孙悟空、猪八戒、沙和尚中任选一个，将“___________来我校取经记”补充完整，构成你的题目，发挥想象，写一篇故事。</w:t>
      </w:r>
    </w:p>
    <w:p>
      <w:pPr>
        <w:spacing w:line="336" w:lineRule="auto" w:after="60"/>
      </w:pPr>
      <w:r>
        <w:t>要求：（1）内容具体，描写生动。（2）书写工整、清晰、易辨认。（3）作文中不得出现真实的班级和师生姓名。（4）不少于600字。</w:t>
      </w:r>
    </w:p>
    <w:p>
      <w:pPr>
        <w:pStyle w:val="Heading3"/>
      </w:pPr>
      <w:r>
        <w:t>顺义区第九中学</w:t>
      </w:r>
    </w:p>
    <w:p>
      <w:pPr>
        <w:spacing w:line="336" w:lineRule="auto" w:after="60"/>
      </w:pPr>
      <w:r>
        <w:t>写作。（40分）（任选一题）</w:t>
      </w:r>
    </w:p>
    <w:p>
      <w:pPr>
        <w:spacing w:line="336" w:lineRule="auto" w:after="60"/>
      </w:pPr>
      <w:r>
        <w:t>18. 暖，是每天桌上热腾腾的饭菜，是出门前母亲的目光与叮咛，是失意时家人温暖的怀抱；暖，是夜晚楼道上的那盏灯，是跑道上跌倒时伸出的那只手；暖，是困苦沮丧时好友鼓励的目光……</w:t>
      </w:r>
    </w:p>
    <w:p>
      <w:pPr>
        <w:spacing w:line="336" w:lineRule="auto" w:after="60"/>
      </w:pPr>
      <w:r>
        <w:t>请以“暖”为题目写一篇文章，文体不限（诗歌除外），不少于600字。</w:t>
      </w:r>
    </w:p>
    <w:p>
      <w:pPr>
        <w:spacing w:line="336" w:lineRule="auto" w:after="60"/>
      </w:pPr>
      <w:r>
        <w:t>要求：</w:t>
      </w:r>
    </w:p>
    <w:p>
      <w:pPr>
        <w:spacing w:line="336" w:lineRule="auto" w:after="60"/>
      </w:pPr>
      <w:r>
        <w:t>（1）请将作文题目写在答题纸上。</w:t>
      </w:r>
    </w:p>
    <w:p>
      <w:pPr>
        <w:spacing w:line="336" w:lineRule="auto" w:after="60"/>
      </w:pPr>
      <w:r>
        <w:t>（2）作文内容积极向上，字数在600字以上。</w:t>
      </w:r>
    </w:p>
    <w:p>
      <w:pPr>
        <w:spacing w:line="336" w:lineRule="auto" w:after="60"/>
      </w:pPr>
      <w:r>
        <w:t>（3）不要出现所在学校的校名或师生姓名。</w:t>
      </w:r>
    </w:p>
    <w:p>
      <w:pPr>
        <w:spacing w:line="336" w:lineRule="auto" w:after="60"/>
      </w:pPr>
      <w:r>
        <w:t>19. 你有没有憧憬过未来的生活？你觉得，十年以后的你是什么样子的呢？在做什么？又有着怎样的精神面貌呢？</w:t>
      </w:r>
    </w:p>
    <w:p>
      <w:pPr>
        <w:spacing w:line="336" w:lineRule="auto" w:after="60"/>
      </w:pPr>
      <w:r>
        <w:t>请以《十年后的我》为题，发挥想象，写一篇作文，不少于500字。</w:t>
      </w:r>
    </w:p>
    <w:p>
      <w:pPr>
        <w:spacing w:line="336" w:lineRule="auto" w:after="60"/>
      </w:pPr>
      <w:r>
        <w:t>提示：（1）可以大胆想象，但要符合你性格发展的逻辑。不仅要想象你自己的生活，还要想象十年后社会的发展。（2）在具体的情境中展开故事。（3）通过一件或几件小事，结合语言、动作等的描写，具体地展现你的性格、心态，以增加真实感。</w:t>
      </w:r>
    </w:p>
    <w:p>
      <w:pPr>
        <w:pStyle w:val="Heading2"/>
      </w:pPr>
      <w:r>
        <w:t>期末</w:t>
      </w:r>
    </w:p>
    <w:p>
      <w:pPr>
        <w:pStyle w:val="Heading3"/>
      </w:pPr>
      <w:r>
        <w:t>东城区</w:t>
      </w:r>
    </w:p>
    <w:p>
      <w:pPr>
        <w:spacing w:line="336" w:lineRule="auto" w:after="60"/>
      </w:pPr>
      <w:r>
        <w:t>写作（习作40分+提纲2分）</w:t>
      </w:r>
    </w:p>
    <w:p>
      <w:pPr>
        <w:spacing w:line="336" w:lineRule="auto" w:after="60"/>
      </w:pPr>
      <w:r>
        <w:t>21. 阅读《万千声音纳于耳》这篇文章后，你知道了随着外部世界声音的大量涌入，会使你对外部世界形成一定认识。但有时，你是否发觉心底声音的存在？你认真听了这种声音了么？它又对你产生了怎样的影响，或者让你产生了怎样的思考？根据你的理解，请以“流淌在心底的声音”为题，写一篇涵盖以下条件的文章：</w:t>
      </w:r>
    </w:p>
    <w:p>
      <w:pPr>
        <w:spacing w:line="336" w:lineRule="auto" w:after="60"/>
      </w:pPr>
      <w:r>
        <w:t>（1）可以第一人称口吻叙述，也可第二人称、第三人称。</w:t>
      </w:r>
    </w:p>
    <w:p>
      <w:pPr>
        <w:spacing w:line="336" w:lineRule="auto" w:after="60"/>
      </w:pPr>
      <w:r>
        <w:t>（2）要有描写。</w:t>
      </w:r>
    </w:p>
    <w:p>
      <w:pPr>
        <w:spacing w:line="336" w:lineRule="auto" w:after="60"/>
      </w:pPr>
      <w:r>
        <w:t>（3）可发生在过去、现在或者未来。</w:t>
      </w:r>
    </w:p>
    <w:p>
      <w:pPr>
        <w:spacing w:line="336" w:lineRule="auto" w:after="60"/>
      </w:pPr>
      <w:r>
        <w:t>注意： （1）将作文题目抄写在答题卡上。</w:t>
      </w:r>
    </w:p>
    <w:p>
      <w:pPr>
        <w:spacing w:line="336" w:lineRule="auto" w:after="60"/>
      </w:pPr>
      <w:r>
        <w:t>（2）文体不限。</w:t>
      </w:r>
    </w:p>
    <w:p>
      <w:pPr>
        <w:spacing w:line="336" w:lineRule="auto" w:after="60"/>
      </w:pPr>
      <w:r>
        <w:t>（3）写诗歌须写十行或十行以上。其他文体，字数400~500字。</w:t>
      </w:r>
    </w:p>
    <w:p>
      <w:pPr>
        <w:spacing w:line="336" w:lineRule="auto" w:after="60"/>
      </w:pPr>
      <w:r>
        <w:t>（4）不要出现所在学校的校名或师生姓名。</w:t>
      </w:r>
    </w:p>
    <w:p>
      <w:pPr>
        <w:pStyle w:val="Heading3"/>
      </w:pPr>
      <w:r>
        <w:t>丰台区</w:t>
      </w:r>
    </w:p>
    <w:p>
      <w:pPr>
        <w:spacing w:line="336" w:lineRule="auto" w:after="60"/>
      </w:pPr>
      <w:r>
        <w:t>作文（40分）</w:t>
      </w:r>
    </w:p>
    <w:p>
      <w:pPr>
        <w:spacing w:line="336" w:lineRule="auto" w:after="60"/>
      </w:pPr>
      <w:r>
        <w:t>20. 文题</w:t>
      </w:r>
    </w:p>
    <w:p>
      <w:pPr>
        <w:spacing w:line="336" w:lineRule="auto" w:after="60"/>
      </w:pPr>
      <w:r>
        <w:t>罗丹说：“生活中并不是缺少美，而是缺少发现美的眼睛。”只要我们善于发现，美就无处不在。初冬那株挺立的月季，受挫时那句暖心的话语，清晨那个忙碌的身影……都是生活中的美好。这些不经意的发现，定能给你带来触动。</w:t>
      </w:r>
    </w:p>
    <w:p>
      <w:pPr>
        <w:spacing w:line="336" w:lineRule="auto" w:after="60"/>
      </w:pPr>
      <w:r>
        <w:t>请将“最美的       ”补充完整，构成你的题目，写一篇文章。不限文体（诗歌除外）。</w:t>
      </w:r>
    </w:p>
    <w:p>
      <w:pPr>
        <w:spacing w:line="336" w:lineRule="auto" w:after="60"/>
      </w:pPr>
      <w:r>
        <w:t>要求：（1）请将作文题目写在答题卡上。</w:t>
      </w:r>
    </w:p>
    <w:p>
      <w:pPr>
        <w:spacing w:line="336" w:lineRule="auto" w:after="60"/>
      </w:pPr>
      <w:r>
        <w:t>（2）作文内容积极向上。</w:t>
      </w:r>
    </w:p>
    <w:p>
      <w:pPr>
        <w:spacing w:line="336" w:lineRule="auto" w:after="60"/>
      </w:pPr>
      <w:r>
        <w:t>（3）字数不少于600字。</w:t>
      </w:r>
    </w:p>
    <w:p>
      <w:pPr>
        <w:spacing w:line="336" w:lineRule="auto" w:after="60"/>
      </w:pPr>
      <w:r>
        <w:t>（4）不要出现所在学校的校名或师生姓名。</w:t>
      </w:r>
    </w:p>
    <w:p>
      <w:pPr>
        <w:pStyle w:val="Heading3"/>
      </w:pPr>
      <w:r>
        <w:t>大兴区</w:t>
      </w:r>
    </w:p>
    <w:p>
      <w:pPr>
        <w:spacing w:line="336" w:lineRule="auto" w:after="60"/>
      </w:pPr>
      <w:r>
        <w:t>写作（40分）</w:t>
      </w:r>
    </w:p>
    <w:p>
      <w:pPr>
        <w:spacing w:line="336" w:lineRule="auto" w:after="60"/>
      </w:pPr>
      <w:r>
        <w:t>22. 进入中学以来，你一定亲身经历了许多事，有了很多新的收获。获得新知，乐在其中；沉浸书海，乐在其中；参与活动，乐在其中；积极奉献，乐在其中；结交挚友，乐在其中……</w:t>
      </w:r>
    </w:p>
    <w:p>
      <w:pPr>
        <w:spacing w:line="336" w:lineRule="auto" w:after="60"/>
      </w:pPr>
      <w:r>
        <w:t>在学习与生活中，你有哪些关于“乐”的经历和感悟呢？请以“乐在____”为题，写一篇记叙文。</w:t>
      </w:r>
    </w:p>
    <w:p>
      <w:pPr>
        <w:spacing w:line="336" w:lineRule="auto" w:after="60"/>
      </w:pPr>
      <w:r>
        <w:t>要求：（1）请在答题卡上将所选题目对应的方框用2B铅笔涂黑。（2）请将题目写在答题卡上的相应位置。（3）字数600~800之间。（4）不要出现所在学校的校名或师生姓名。</w:t>
      </w:r>
    </w:p>
    <w:p>
      <w:pPr>
        <w:spacing w:line="336" w:lineRule="auto" w:after="60"/>
      </w:pPr>
      <w:r>
        <w:t>23. 假如你有机会可以做老虎、狼、小鱼、小鸟等动物中的任意一种，你会经历怎样的奇遇呢？请在“_______奇遇记”补充完整，在横线上填入一种动物，构成你的题目，展开想象，写一篇故事。</w:t>
      </w:r>
    </w:p>
    <w:p>
      <w:pPr>
        <w:spacing w:line="336" w:lineRule="auto" w:after="60"/>
      </w:pPr>
      <w:r>
        <w:t>要求：（1）请在答题卡上将所选题目对应的方框用2B铅笔涂黑。（2）请将题目写在答题卡上的相应位置。（3）字数600~800之间。（4）不要出现所在学校的校名或师生姓名。</w:t>
      </w:r>
    </w:p>
    <w:p>
      <w:pPr>
        <w:pStyle w:val="Heading3"/>
      </w:pPr>
      <w:r>
        <w:t>延庆区</w:t>
      </w:r>
    </w:p>
    <w:p>
      <w:pPr>
        <w:spacing w:line="336" w:lineRule="auto" w:after="60"/>
      </w:pPr>
      <w:r>
        <w:t>写作（40分）</w:t>
      </w:r>
    </w:p>
    <w:p>
      <w:pPr>
        <w:spacing w:line="336" w:lineRule="auto" w:after="60"/>
      </w:pPr>
      <w:r>
        <w:t>从下面两个题目中任选一题，按要求写一篇作文。</w:t>
      </w:r>
    </w:p>
    <w:p>
      <w:pPr>
        <w:spacing w:line="336" w:lineRule="auto" w:after="60"/>
      </w:pPr>
      <w:r>
        <w:t>23 文题</w:t>
      </w:r>
    </w:p>
    <w:p>
      <w:pPr>
        <w:spacing w:line="336" w:lineRule="auto" w:after="60"/>
      </w:pPr>
      <w:r>
        <w:t>《一粒孕育真善美的种子》一文中，作者的女儿写了一篇文章《一面》回忆了只有一面之缘的袁隆平爷爷。同学们，请你从生活中选取一位只有一面之缘的人，回忆他（她）带给你的关爱、帮助、希望、力量……</w:t>
      </w:r>
    </w:p>
    <w:p>
      <w:pPr>
        <w:spacing w:line="336" w:lineRule="auto" w:after="60"/>
      </w:pPr>
      <w:r>
        <w:t>请以“一面”为题，写一篇文章。</w:t>
      </w:r>
    </w:p>
    <w:p>
      <w:pPr>
        <w:spacing w:line="336" w:lineRule="auto" w:after="60"/>
      </w:pPr>
      <w:r>
        <w:t>要求：将作文题目写在答题卡上，作文内容积极向上，不限文体（诗歌除外），字数在500-600之间，不要出现所在学校的校名或师生的真实姓名。</w:t>
      </w:r>
    </w:p>
    <w:p>
      <w:pPr>
        <w:spacing w:line="336" w:lineRule="auto" w:after="60"/>
      </w:pPr>
      <w:r>
        <w:t>24. 文题</w:t>
      </w:r>
    </w:p>
    <w:p>
      <w:pPr>
        <w:spacing w:line="336" w:lineRule="auto" w:after="60"/>
      </w:pPr>
      <w:r>
        <w:t>教室，是我们学习的场所。室内的课桌椅、多媒体、黑板、粉笔、灯……陪伴我们走过了春秋冬夏。有一天，假如你也变成了教室中的一部分，你会变成什么呢？又会发生怎样的故事呢？</w:t>
      </w:r>
    </w:p>
    <w:p>
      <w:pPr>
        <w:spacing w:line="336" w:lineRule="auto" w:after="60"/>
      </w:pPr>
      <w:r>
        <w:t>请将“假如我是       ”补充完整，构成你的题目，写一篇文章。</w:t>
      </w:r>
    </w:p>
    <w:p>
      <w:pPr>
        <w:spacing w:line="336" w:lineRule="auto" w:after="60"/>
      </w:pPr>
      <w:r>
        <w:t>要求：将作文题目写在答题卡上，作文内容积极向上，不限文体（诗歌除外），字数在500-600之间，不要出现所在学校的校名或师生的真实姓名。</w:t>
      </w:r>
    </w:p>
    <w:p>
      <w:pPr>
        <w:pStyle w:val="Heading3"/>
      </w:pPr>
      <w:r>
        <w:t>怀柔区</w:t>
      </w:r>
    </w:p>
    <w:p>
      <w:pPr>
        <w:spacing w:line="336" w:lineRule="auto" w:after="60"/>
      </w:pPr>
      <w:r>
        <w:t>作文（40分）</w:t>
      </w:r>
    </w:p>
    <w:p>
      <w:pPr>
        <w:spacing w:line="336" w:lineRule="auto" w:after="60"/>
      </w:pPr>
      <w:r>
        <w:t>20. 文题</w:t>
      </w:r>
    </w:p>
    <w:p>
      <w:pPr>
        <w:spacing w:line="336" w:lineRule="auto" w:after="60"/>
      </w:pPr>
      <w:r>
        <w:t>在成长的道路上，总有一种声音温暖着我们，激励着我们。那是大自然的流水潺潺、鸟语嘤嘤，让我们心生美好；那是生活中的殷殷叮咛、谆谆教诲，让我们成长进步；那是经典中的警醒诤言、时代呼声，让我们沉静深思……</w:t>
      </w:r>
    </w:p>
    <w:p>
      <w:pPr>
        <w:spacing w:line="336" w:lineRule="auto" w:after="60"/>
      </w:pPr>
      <w:r>
        <w:t>请以“成长路上的声音”为题目，写一篇记叙文。</w:t>
      </w:r>
    </w:p>
    <w:p>
      <w:pPr>
        <w:spacing w:line="336" w:lineRule="auto" w:after="60"/>
      </w:pPr>
      <w:r>
        <w:t>要求：将作文题目写在答题卡上，作文内容积极向上，不少于500字，不要出现所在的校名或者师生姓名。</w:t>
      </w:r>
    </w:p>
    <w:p>
      <w:pPr>
        <w:pStyle w:val="Heading3"/>
      </w:pPr>
      <w:r>
        <w:t>房山区</w:t>
      </w:r>
    </w:p>
    <w:p>
      <w:pPr>
        <w:spacing w:line="336" w:lineRule="auto" w:after="60"/>
      </w:pPr>
      <w:r>
        <w:t>作文（共40分）</w:t>
      </w:r>
    </w:p>
    <w:p>
      <w:pPr>
        <w:spacing w:line="336" w:lineRule="auto" w:after="60"/>
      </w:pPr>
      <w:r>
        <w:t>24. 抬起头，可见一树繁花；抬起头，可见满天星斗；抬起头，可以从迷茫中走出；抬起头，才会去拥抱真实的世界……请以“抬起头”为题目，写一篇文章。不限文体（诗歌除外）。</w:t>
      </w:r>
    </w:p>
    <w:p>
      <w:pPr>
        <w:spacing w:line="336" w:lineRule="auto" w:after="60"/>
      </w:pPr>
      <w:r>
        <w:t>要求：（1）请将作文题目抄写在答题卡上。（2）作文内容积极向上。（3）字数在600-800之间。（4）不要出现所在学校的校名或师生姓名。</w:t>
      </w:r>
    </w:p>
    <w:p>
      <w:pPr>
        <w:spacing w:line="336" w:lineRule="auto" w:after="60"/>
      </w:pPr>
      <w:r>
        <w:t>25. 题目二：假如你可以变成一种物品，比如一本书、一部手机、一件快递包裹……会发生怎样的故事呢？请你发挥想象，以“假如我是_______”为题，写一篇文章。</w:t>
      </w:r>
    </w:p>
    <w:p>
      <w:pPr>
        <w:spacing w:line="336" w:lineRule="auto" w:after="60"/>
      </w:pPr>
      <w:r>
        <w:t>要求：（1）请将作文题目抄写在答题卡上。（2）字数600—800字。（3）不要出现所在学校的校名或师生姓名。</w:t>
      </w:r>
    </w:p>
    <w:p>
      <w:pPr>
        <w:pStyle w:val="Heading3"/>
      </w:pPr>
      <w:r>
        <w:t>昌平区</w:t>
      </w:r>
    </w:p>
    <w:p>
      <w:pPr>
        <w:spacing w:line="336" w:lineRule="auto" w:after="60"/>
      </w:pPr>
      <w:r>
        <w:t>作文（40分）</w:t>
      </w:r>
    </w:p>
    <w:p>
      <w:pPr>
        <w:spacing w:line="336" w:lineRule="auto" w:after="60"/>
      </w:pPr>
      <w:r>
        <w:t>23. 题目一：“复盘”原是围棋术语，指的是对弈者们在下完一局棋之后，把对局的过程再重复一遍。棋手通过观察总结哪些地方下得好，哪些地方下得不好，哪些地方可以优化改进等，从而提升专业能力。“复盘”用在生活中就是指我们如何从过去的经历中总结经验，提升自己，不断进步。升入初中以来，你一定有很多难忘的经历，值得你去“复盘”。</w:t>
      </w:r>
    </w:p>
    <w:p>
      <w:pPr>
        <w:spacing w:line="336" w:lineRule="auto" w:after="60"/>
      </w:pPr>
      <w:r>
        <w:t>请你以“复盘”为题目，写一篇文章。</w:t>
      </w:r>
    </w:p>
    <w:p>
      <w:pPr>
        <w:spacing w:line="336" w:lineRule="auto" w:after="60"/>
      </w:pPr>
      <w:r>
        <w:t>要求：将作文题目写在答题卡上，作文内容积极向上，字数不少于500字，不要出现所在学校的名称和师生姓名。</w:t>
      </w:r>
    </w:p>
    <w:p>
      <w:pPr>
        <w:spacing w:line="336" w:lineRule="auto" w:after="60"/>
      </w:pPr>
      <w:r>
        <w:t>24. 请你以“这是我第九十九次的实验”为开头，发挥联想与想象，自拟题目，写一篇故事。</w:t>
      </w:r>
    </w:p>
    <w:p>
      <w:pPr>
        <w:spacing w:line="336" w:lineRule="auto" w:after="60"/>
      </w:pPr>
      <w:r>
        <w:t>要求：将作文题目写在答题卡上，作文内容积极向上，字数不少于500字，不要出现所在学校的名称和师生姓名。</w:t>
      </w:r>
    </w:p>
    <w:p>
      <w:pPr>
        <w:pStyle w:val="Heading3"/>
      </w:pPr>
      <w:r>
        <w:t>朝阳区</w:t>
      </w:r>
    </w:p>
    <w:p>
      <w:pPr>
        <w:spacing w:line="336" w:lineRule="auto" w:after="60"/>
      </w:pPr>
      <w:r>
        <w:t>作文(40分)</w:t>
      </w:r>
    </w:p>
    <w:p>
      <w:pPr>
        <w:spacing w:line="336" w:lineRule="auto" w:after="60"/>
      </w:pPr>
      <w:r>
        <w:t>从下面两个题目中任选一题，按要求写一篇作文。</w:t>
      </w:r>
    </w:p>
    <w:p>
      <w:pPr>
        <w:spacing w:line="336" w:lineRule="auto" w:after="60"/>
      </w:pPr>
      <w:r>
        <w:t>21. 题目：</w:t>
      </w:r>
    </w:p>
    <w:p>
      <w:pPr>
        <w:spacing w:line="336" w:lineRule="auto" w:after="60"/>
      </w:pPr>
      <w:r>
        <w:t>郭沫若的梦在缥缈的天街，航天人的梦在浩瀚的星海。梦可以是幻想，创造出新的世界；梦也可以是追求，引导你超越自我。亲爱的同学，你有着怎样的梦?</w:t>
      </w:r>
    </w:p>
    <w:p>
      <w:pPr>
        <w:spacing w:line="336" w:lineRule="auto" w:after="60"/>
      </w:pPr>
      <w:r>
        <w:t>请以“我有一个梦”为题作文。</w:t>
      </w:r>
    </w:p>
    <w:p>
      <w:pPr>
        <w:spacing w:line="336" w:lineRule="auto" w:after="60"/>
      </w:pPr>
      <w:r>
        <w:t>要求：（1）请将作文题目抄写在答题卡上。</w:t>
      </w:r>
    </w:p>
    <w:p>
      <w:pPr>
        <w:spacing w:line="336" w:lineRule="auto" w:after="60"/>
      </w:pPr>
      <w:r>
        <w:t>（2）作文内容积极向上。</w:t>
      </w:r>
    </w:p>
    <w:p>
      <w:pPr>
        <w:spacing w:line="336" w:lineRule="auto" w:after="60"/>
      </w:pPr>
      <w:r>
        <w:t>（3）不少于500字。</w:t>
      </w:r>
    </w:p>
    <w:p>
      <w:pPr>
        <w:spacing w:line="336" w:lineRule="auto" w:after="60"/>
      </w:pPr>
      <w:r>
        <w:t>（4）不要出现所在学校的校名或师生姓名。</w:t>
      </w:r>
    </w:p>
    <w:p>
      <w:pPr>
        <w:spacing w:line="336" w:lineRule="auto" w:after="60"/>
      </w:pPr>
      <w:r>
        <w:t>22 题目：</w:t>
      </w:r>
    </w:p>
    <w:p>
      <w:pPr>
        <w:spacing w:line="336" w:lineRule="auto" w:after="60"/>
      </w:pPr>
      <w:r>
        <w:t>学习语文,可以在课堂上，也可以在课外生活中；可以在博物馆里，也可以在研学路上；可以在阅读经典的过程中，也可以在精彩纷呈的展示交流里……多彩的中学时代，别样的语文生活！生活处处有语文，只要留心,就会有收获。</w:t>
      </w:r>
    </w:p>
    <w:p>
      <w:pPr>
        <w:spacing w:line="336" w:lineRule="auto" w:after="60"/>
      </w:pPr>
      <w:r>
        <w:t>请以“别样的语文生活”为题作文。</w:t>
      </w:r>
    </w:p>
    <w:p>
      <w:pPr>
        <w:spacing w:line="336" w:lineRule="auto" w:after="60"/>
      </w:pPr>
      <w:r>
        <w:t>要求：（1）请将作文题目抄写在答题卡上。</w:t>
      </w:r>
    </w:p>
    <w:p>
      <w:pPr>
        <w:spacing w:line="336" w:lineRule="auto" w:after="60"/>
      </w:pPr>
      <w:r>
        <w:t>（2）作文内容积极向上。</w:t>
      </w:r>
    </w:p>
    <w:p>
      <w:pPr>
        <w:spacing w:line="336" w:lineRule="auto" w:after="60"/>
      </w:pPr>
      <w:r>
        <w:t>（3）不少于500字。</w:t>
      </w:r>
    </w:p>
    <w:p>
      <w:pPr>
        <w:spacing w:line="336" w:lineRule="auto" w:after="60"/>
      </w:pPr>
      <w:r>
        <w:t>（4）不要出现所在学校的校名或师生姓名。</w:t>
      </w:r>
    </w:p>
    <w:p>
      <w:pPr>
        <w:pStyle w:val="Heading3"/>
      </w:pPr>
      <w:r>
        <w:t>石景山区</w:t>
      </w:r>
    </w:p>
    <w:p>
      <w:pPr>
        <w:spacing w:line="336" w:lineRule="auto" w:after="60"/>
      </w:pPr>
      <w:r>
        <w:t>作文（45分）</w:t>
      </w:r>
    </w:p>
    <w:p>
      <w:pPr>
        <w:spacing w:line="336" w:lineRule="auto" w:after="60"/>
      </w:pPr>
      <w:r>
        <w:t>从下面两个题目中任选一题，按要求写一篇作文。</w:t>
      </w:r>
    </w:p>
    <w:p>
      <w:pPr>
        <w:spacing w:line="336" w:lineRule="auto" w:after="60"/>
      </w:pPr>
      <w:r>
        <w:t>24. 题目：请以“我的一天”为题作文。文体不限，诗歌除外。</w:t>
      </w:r>
    </w:p>
    <w:p>
      <w:pPr>
        <w:spacing w:line="336" w:lineRule="auto" w:after="60"/>
      </w:pPr>
      <w:r>
        <w:t>要求：将作文的提纲和题目写在答题卡上，作文内容积极向上，字数在600-800之间，不要出现所在学校的校名或师生姓名。</w:t>
      </w:r>
    </w:p>
    <w:p>
      <w:pPr>
        <w:spacing w:line="336" w:lineRule="auto" w:after="60"/>
      </w:pPr>
      <w:r>
        <w:t>25. 题目请以“心中的乐园”为题作文、文体不限，诗歌除外。</w:t>
      </w:r>
    </w:p>
    <w:p>
      <w:pPr>
        <w:spacing w:line="336" w:lineRule="auto" w:after="60"/>
      </w:pPr>
      <w:r>
        <w:t>要求：将作文的提纲和题目写在答题卡上，作文内容积极向上，字数在600-800之间，不要出现所在学校的校名或师生姓名。</w:t>
      </w:r>
    </w:p>
    <w:p>
      <w:pPr>
        <w:pStyle w:val="Heading3"/>
      </w:pPr>
      <w:r>
        <w:t>西城区</w:t>
      </w:r>
    </w:p>
    <w:p>
      <w:pPr>
        <w:spacing w:line="336" w:lineRule="auto" w:after="60"/>
      </w:pPr>
      <w:r>
        <w:t>作文（40分）</w:t>
      </w:r>
    </w:p>
    <w:p>
      <w:pPr>
        <w:spacing w:line="336" w:lineRule="auto" w:after="60"/>
      </w:pPr>
      <w:r>
        <w:t>从下面两个题目中任选一题，按要求写一篇作文。</w:t>
      </w:r>
    </w:p>
    <w:p>
      <w:pPr>
        <w:spacing w:line="336" w:lineRule="auto" w:after="60"/>
      </w:pPr>
      <w:r>
        <w:t>24. 以“刷新”为题目，写一篇作文。</w:t>
      </w:r>
    </w:p>
    <w:p>
      <w:pPr>
        <w:spacing w:line="336" w:lineRule="auto" w:after="60"/>
      </w:pPr>
      <w:r>
        <w:t>要求：将作文题目写在答题卡上。作文可写实，可想象。文体不限，诗歌除外。字数在500—800之间。</w:t>
      </w:r>
    </w:p>
    <w:p>
      <w:pPr>
        <w:spacing w:line="336" w:lineRule="auto" w:after="60"/>
      </w:pPr>
      <w:r>
        <w:t>25. 以“雪下得很大”为开头第一句话，写一篇作文，题目自拟。</w:t>
      </w:r>
    </w:p>
    <w:p>
      <w:pPr>
        <w:spacing w:line="336" w:lineRule="auto" w:after="60"/>
      </w:pPr>
      <w:r>
        <w:t>要求：将作文题目写在答题卡上。作文可写实，可想象。文体不限，诗歌除外。字数在500—800之间。</w:t>
      </w:r>
    </w:p>
    <w:p>
      <w:pPr>
        <w:pStyle w:val="Heading3"/>
      </w:pPr>
      <w:r>
        <w:t>门头沟区</w:t>
      </w:r>
    </w:p>
    <w:p>
      <w:pPr>
        <w:spacing w:line="336" w:lineRule="auto" w:after="60"/>
      </w:pPr>
      <w:r>
        <w:t>作文（40分）</w:t>
      </w:r>
    </w:p>
    <w:p>
      <w:pPr>
        <w:spacing w:line="336" w:lineRule="auto" w:after="60"/>
      </w:pPr>
      <w:r>
        <w:t>从下面两个题目中任选一题，按要求写一篇作文。</w:t>
      </w:r>
    </w:p>
    <w:p>
      <w:pPr>
        <w:spacing w:line="336" w:lineRule="auto" w:after="60"/>
      </w:pPr>
      <w:r>
        <w:t>22. 文题</w:t>
      </w:r>
    </w:p>
    <w:p>
      <w:pPr>
        <w:spacing w:line="336" w:lineRule="auto" w:after="60"/>
      </w:pPr>
      <w:r>
        <w:t>作文中把事情写清楚是记事的基本要求；传达情感、分享体验，是更高水平。</w:t>
      </w:r>
    </w:p>
    <w:p>
      <w:pPr>
        <w:spacing w:line="336" w:lineRule="auto" w:after="60"/>
      </w:pPr>
      <w:r>
        <w:t>请你以“       的故事”为题，先将题目补充完整，然后写一篇以记事为主的作文。可写实，可想象。文体不限，诗歌除外，字数在600-800之间。</w:t>
      </w:r>
    </w:p>
    <w:p>
      <w:pPr>
        <w:spacing w:line="336" w:lineRule="auto" w:after="60"/>
      </w:pPr>
      <w:r>
        <w:t>23. 文题</w:t>
      </w:r>
    </w:p>
    <w:p>
      <w:pPr>
        <w:spacing w:line="336" w:lineRule="auto" w:after="60"/>
      </w:pPr>
      <w:r>
        <w:t>写作时运用联想和想象，就好比长了“千里眼”和“顺风耳”，可以打开思路，写出内容丰富、形象生动的文章。</w:t>
      </w:r>
    </w:p>
    <w:p>
      <w:pPr>
        <w:spacing w:line="336" w:lineRule="auto" w:after="60"/>
      </w:pPr>
      <w:r>
        <w:t>请你以“精彩的瞬间” 为题作文。可写实，可想象。文体不限，诗歌除外。</w:t>
      </w:r>
    </w:p>
    <w:p>
      <w:pPr>
        <w:spacing w:line="336" w:lineRule="auto" w:after="60"/>
      </w:pPr>
      <w:r>
        <w:t>要求：请将作文题目写在答题卡上，作文内容积极向上，字数在600-800之间，不要出现所在学校的校名或师生姓名。</w:t>
      </w:r>
    </w:p>
    <w:p>
      <w:pPr>
        <w:pStyle w:val="Heading3"/>
      </w:pPr>
      <w:r>
        <w:t>顺义区</w:t>
      </w:r>
    </w:p>
    <w:p>
      <w:pPr>
        <w:spacing w:line="336" w:lineRule="auto" w:after="60"/>
      </w:pPr>
      <w:r>
        <w:t>作文（40分）</w:t>
      </w:r>
    </w:p>
    <w:p>
      <w:pPr>
        <w:spacing w:line="336" w:lineRule="auto" w:after="60"/>
      </w:pPr>
      <w:r>
        <w:t>从下面两个题目中任选一题，按要求写一篇作文。</w:t>
      </w:r>
    </w:p>
    <w:p>
      <w:pPr>
        <w:spacing w:line="336" w:lineRule="auto" w:after="60"/>
      </w:pPr>
      <w:r>
        <w:t>21 文题</w:t>
      </w:r>
    </w:p>
    <w:p>
      <w:pPr>
        <w:spacing w:line="336" w:lineRule="auto" w:after="60"/>
      </w:pPr>
      <w:r>
        <w:t>生活中我们常常会遇到困难，就像《走一步，再走一步》中的“我”那样，是父亲“悬崖上的一课”帮我渡过了难关。成长过程中你也上过特殊的“一课”吧？</w:t>
      </w:r>
    </w:p>
    <w:p>
      <w:pPr>
        <w:spacing w:line="336" w:lineRule="auto" w:after="60"/>
      </w:pPr>
      <w:r>
        <w:t>请以“        的一课”为题写一篇作文。</w:t>
      </w:r>
    </w:p>
    <w:p>
      <w:pPr>
        <w:spacing w:line="336" w:lineRule="auto" w:after="60"/>
      </w:pPr>
      <w:r>
        <w:t>要求：①请将作文题目补充完整，写在下面。</w:t>
      </w:r>
    </w:p>
    <w:p>
      <w:pPr>
        <w:spacing w:line="336" w:lineRule="auto" w:after="60"/>
      </w:pPr>
      <w:r>
        <w:t>②作文内容积极向上。</w:t>
      </w:r>
    </w:p>
    <w:p>
      <w:pPr>
        <w:spacing w:line="336" w:lineRule="auto" w:after="60"/>
      </w:pPr>
      <w:r>
        <w:t>③不少于500字。</w:t>
      </w:r>
    </w:p>
    <w:p>
      <w:pPr>
        <w:spacing w:line="336" w:lineRule="auto" w:after="60"/>
      </w:pPr>
      <w:r>
        <w:t>④不要出现所在学校校名或师生姓名。</w:t>
      </w:r>
    </w:p>
    <w:p>
      <w:pPr>
        <w:spacing w:line="336" w:lineRule="auto" w:after="60"/>
      </w:pPr>
      <w:r>
        <w:t>22. 文题</w:t>
      </w:r>
    </w:p>
    <w:p>
      <w:pPr>
        <w:spacing w:line="336" w:lineRule="auto" w:after="60"/>
      </w:pPr>
      <w:r>
        <w:t>人与其它动物一样都是大自然的“成员”，人类始终面对着如何与其它动物相处共存的问题。你与动物是如何相处的呢？</w:t>
      </w:r>
    </w:p>
    <w:p>
      <w:pPr>
        <w:spacing w:line="336" w:lineRule="auto" w:after="60"/>
      </w:pPr>
      <w:r>
        <w:t>请以“我和       的故事”为题写一篇作文，讲一讲你和动物相处的故事。</w:t>
      </w:r>
    </w:p>
    <w:p>
      <w:pPr>
        <w:spacing w:line="336" w:lineRule="auto" w:after="60"/>
      </w:pPr>
      <w:r>
        <w:t>要求：①请将作文题目补充完整，写在下面。</w:t>
      </w:r>
    </w:p>
    <w:p>
      <w:pPr>
        <w:spacing w:line="336" w:lineRule="auto" w:after="60"/>
      </w:pPr>
      <w:r>
        <w:t>②作文内容积极向上。</w:t>
      </w:r>
    </w:p>
    <w:p>
      <w:pPr>
        <w:spacing w:line="336" w:lineRule="auto" w:after="60"/>
      </w:pPr>
      <w:r>
        <w:t>③不少于500字。</w:t>
      </w:r>
    </w:p>
    <w:p>
      <w:pPr>
        <w:spacing w:line="336" w:lineRule="auto" w:after="60"/>
      </w:pPr>
      <w:r>
        <w:t>④不要出现所在学校的校名或师生姓名。</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