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D145A" w14:textId="77777777" w:rsidR="000B7F04" w:rsidRDefault="00543B9D">
      <w:pPr>
        <w:spacing w:before="240" w:after="360"/>
        <w:jc w:val="center"/>
      </w:pPr>
      <w:r>
        <w:rPr>
          <w:rFonts w:ascii="Arial" w:eastAsia="SimHei" w:hAnsi="Arial"/>
          <w:b/>
          <w:color w:val="1C3A5E"/>
          <w:sz w:val="44"/>
        </w:rPr>
        <w:t>初一语文作文题目练习集</w:t>
      </w:r>
    </w:p>
    <w:p w14:paraId="545271EC" w14:textId="77777777" w:rsidR="000B7F04" w:rsidRDefault="00543B9D">
      <w:pPr>
        <w:spacing w:after="60" w:line="440" w:lineRule="exact"/>
      </w:pPr>
      <w:r>
        <w:rPr>
          <w:rFonts w:ascii="Times New Roman" w:eastAsia="SimSun" w:hAnsi="Times New Roman"/>
          <w:sz w:val="24"/>
        </w:rPr>
        <w:t>本文档包含</w:t>
      </w:r>
      <w:r>
        <w:rPr>
          <w:rFonts w:ascii="Times New Roman" w:eastAsia="SimSun" w:hAnsi="Times New Roman"/>
          <w:sz w:val="24"/>
        </w:rPr>
        <w:t>79</w:t>
      </w:r>
      <w:r>
        <w:rPr>
          <w:rFonts w:ascii="Times New Roman" w:eastAsia="SimSun" w:hAnsi="Times New Roman"/>
          <w:sz w:val="24"/>
        </w:rPr>
        <w:t>个初一语文作文题目的构思与解析，以优秀初一学生的视角，为每个题目提供了具体的主题构思、主要内容、中心思想和写作亮点。</w:t>
      </w:r>
    </w:p>
    <w:p w14:paraId="79E95188" w14:textId="77777777" w:rsidR="000B7F04" w:rsidRDefault="000B7F04"/>
    <w:p w14:paraId="06E9D6B4" w14:textId="77777777" w:rsidR="000B7F04" w:rsidRDefault="00543B9D">
      <w:pPr>
        <w:pBdr>
          <w:bottom w:val="single" w:sz="6" w:space="1" w:color="1C3A5E"/>
        </w:pBdr>
        <w:spacing w:before="360" w:after="160"/>
      </w:pPr>
      <w:r>
        <w:rPr>
          <w:rFonts w:ascii="Arial" w:eastAsia="SimHei" w:hAnsi="Arial"/>
          <w:b/>
          <w:color w:val="1C3A5E"/>
          <w:sz w:val="32"/>
        </w:rPr>
        <w:t>第</w:t>
      </w:r>
      <w:r>
        <w:rPr>
          <w:rFonts w:ascii="Arial" w:eastAsia="SimHei" w:hAnsi="Arial"/>
          <w:b/>
          <w:color w:val="1C3A5E"/>
          <w:sz w:val="32"/>
        </w:rPr>
        <w:t>1</w:t>
      </w:r>
      <w:r>
        <w:rPr>
          <w:rFonts w:ascii="Arial" w:eastAsia="SimHei" w:hAnsi="Arial"/>
          <w:b/>
          <w:color w:val="1C3A5E"/>
          <w:sz w:val="32"/>
        </w:rPr>
        <w:t>部分（题目</w:t>
      </w:r>
      <w:r>
        <w:rPr>
          <w:rFonts w:ascii="Arial" w:eastAsia="SimHei" w:hAnsi="Arial"/>
          <w:b/>
          <w:color w:val="1C3A5E"/>
          <w:sz w:val="32"/>
        </w:rPr>
        <w:t>1-20</w:t>
      </w:r>
      <w:r>
        <w:rPr>
          <w:rFonts w:ascii="Arial" w:eastAsia="SimHei" w:hAnsi="Arial"/>
          <w:b/>
          <w:color w:val="1C3A5E"/>
          <w:sz w:val="32"/>
        </w:rPr>
        <w:t>）</w:t>
      </w:r>
    </w:p>
    <w:p w14:paraId="53DE7A73"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1</w:t>
      </w:r>
      <w:r>
        <w:rPr>
          <w:rFonts w:ascii="Arial" w:eastAsia="SimHei" w:hAnsi="Arial"/>
          <w:b/>
          <w:color w:val="2D5F8A"/>
          <w:sz w:val="28"/>
        </w:rPr>
        <w:t>：</w:t>
      </w:r>
      <w:r>
        <w:rPr>
          <w:rFonts w:ascii="Arial" w:eastAsia="SimHei" w:hAnsi="Arial"/>
          <w:b/>
          <w:color w:val="2D5F8A"/>
          <w:sz w:val="28"/>
        </w:rPr>
        <w:t>________</w:t>
      </w:r>
      <w:r>
        <w:rPr>
          <w:rFonts w:ascii="Arial" w:eastAsia="SimHei" w:hAnsi="Arial"/>
          <w:b/>
          <w:color w:val="2D5F8A"/>
          <w:sz w:val="28"/>
        </w:rPr>
        <w:t>带给我快乐</w:t>
      </w:r>
    </w:p>
    <w:p w14:paraId="190C7D6C"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阅读带给我快乐</w:t>
      </w:r>
    </w:p>
    <w:p w14:paraId="0F346471"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记叙我在周末午后安静读书的时光，以及书中故事让我忘记烦恼、获得内心平静的过程。</w:t>
      </w:r>
    </w:p>
    <w:p w14:paraId="67FDEC1C"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表达阅读不仅是获取知识的方式，更是滋养心灵、带来纯粹快乐的精神源泉。</w:t>
      </w:r>
    </w:p>
    <w:p w14:paraId="1357DCB2"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通过细腻的环境描写烘托安静的氛围，并结合具体的书籍情节写出真实的心理感受。</w:t>
      </w:r>
    </w:p>
    <w:p w14:paraId="2CBA4912"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2</w:t>
      </w:r>
      <w:r>
        <w:rPr>
          <w:rFonts w:ascii="Arial" w:eastAsia="SimHei" w:hAnsi="Arial"/>
          <w:b/>
          <w:color w:val="2D5F8A"/>
          <w:sz w:val="28"/>
        </w:rPr>
        <w:t>：最美</w:t>
      </w:r>
    </w:p>
    <w:p w14:paraId="0191F80E"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最美是妈妈忙碌的背影</w:t>
      </w:r>
    </w:p>
    <w:p w14:paraId="57E5F39F"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描写妈妈为了准备我的早餐，清晨在厨房忙碌的身影，以及我看到后内心的触动。</w:t>
      </w:r>
    </w:p>
    <w:p w14:paraId="2BBFFFFE"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表达生活中最动人的美往往藏在平凡的亲情和无私的付出之中。</w:t>
      </w:r>
    </w:p>
    <w:p w14:paraId="7FCC816C"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运用动作描写和细节特写，将</w:t>
      </w:r>
      <w:r>
        <w:rPr>
          <w:rFonts w:ascii="Times New Roman" w:eastAsia="SimSun" w:hAnsi="Times New Roman"/>
          <w:sz w:val="24"/>
        </w:rPr>
        <w:t>"</w:t>
      </w:r>
      <w:r>
        <w:rPr>
          <w:rFonts w:ascii="Times New Roman" w:eastAsia="SimSun" w:hAnsi="Times New Roman"/>
          <w:sz w:val="24"/>
        </w:rPr>
        <w:t>背影</w:t>
      </w:r>
      <w:r>
        <w:rPr>
          <w:rFonts w:ascii="Times New Roman" w:eastAsia="SimSun" w:hAnsi="Times New Roman"/>
          <w:sz w:val="24"/>
        </w:rPr>
        <w:t>"</w:t>
      </w:r>
      <w:r>
        <w:rPr>
          <w:rFonts w:ascii="Times New Roman" w:eastAsia="SimSun" w:hAnsi="Times New Roman"/>
          <w:sz w:val="24"/>
        </w:rPr>
        <w:t>这一画面刻画得生动感人，以小见大。</w:t>
      </w:r>
    </w:p>
    <w:p w14:paraId="638DF761"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3</w:t>
      </w:r>
      <w:r>
        <w:rPr>
          <w:rFonts w:ascii="Arial" w:eastAsia="SimHei" w:hAnsi="Arial"/>
          <w:b/>
          <w:color w:val="2D5F8A"/>
          <w:sz w:val="28"/>
        </w:rPr>
        <w:t>：</w:t>
      </w:r>
      <w:r>
        <w:rPr>
          <w:rFonts w:ascii="Arial" w:eastAsia="SimHei" w:hAnsi="Arial"/>
          <w:b/>
          <w:color w:val="2D5F8A"/>
          <w:sz w:val="28"/>
        </w:rPr>
        <w:t>______</w:t>
      </w:r>
      <w:r>
        <w:rPr>
          <w:rFonts w:ascii="Arial" w:eastAsia="SimHei" w:hAnsi="Arial"/>
          <w:b/>
          <w:color w:val="2D5F8A"/>
          <w:sz w:val="28"/>
        </w:rPr>
        <w:t>记</w:t>
      </w:r>
    </w:p>
    <w:p w14:paraId="58583AD9"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第一次做饭记</w:t>
      </w:r>
    </w:p>
    <w:p w14:paraId="4BD68547" w14:textId="77777777" w:rsidR="000B7F04" w:rsidRDefault="00543B9D">
      <w:pPr>
        <w:spacing w:after="60" w:line="440" w:lineRule="exact"/>
        <w:ind w:left="425"/>
      </w:pPr>
      <w:r>
        <w:rPr>
          <w:rFonts w:ascii="Times New Roman" w:eastAsia="SimSun" w:hAnsi="Times New Roman"/>
          <w:b/>
          <w:sz w:val="24"/>
        </w:rPr>
        <w:lastRenderedPageBreak/>
        <w:t xml:space="preserve">1. </w:t>
      </w:r>
      <w:r>
        <w:rPr>
          <w:rFonts w:ascii="Times New Roman" w:eastAsia="SimSun" w:hAnsi="Times New Roman"/>
          <w:b/>
          <w:sz w:val="24"/>
        </w:rPr>
        <w:t>主要内容：</w:t>
      </w:r>
      <w:r>
        <w:rPr>
          <w:rFonts w:ascii="Times New Roman" w:eastAsia="SimSun" w:hAnsi="Times New Roman"/>
          <w:sz w:val="24"/>
        </w:rPr>
        <w:t>记录我第一次尝试做西红柿炒鸡蛋，从手忙脚乱到最终出锅的完整过程。</w:t>
      </w:r>
    </w:p>
    <w:p w14:paraId="7FC3C497"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体现劳动的不易与收获的喜悦，表达成长需要勇于尝试和独立实践。</w:t>
      </w:r>
    </w:p>
    <w:p w14:paraId="1459BFDB"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按时间顺序清晰叙事，重点描写做菜时的动作和心理变化，充满生活气息。</w:t>
      </w:r>
    </w:p>
    <w:p w14:paraId="5221F6B8"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4</w:t>
      </w:r>
      <w:r>
        <w:rPr>
          <w:rFonts w:ascii="Arial" w:eastAsia="SimHei" w:hAnsi="Arial"/>
          <w:b/>
          <w:color w:val="2D5F8A"/>
          <w:sz w:val="28"/>
        </w:rPr>
        <w:t>：秋天</w:t>
      </w:r>
    </w:p>
    <w:p w14:paraId="7C02D997"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校园里的秋天</w:t>
      </w:r>
    </w:p>
    <w:p w14:paraId="14627383"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描写校园里银杏叶变黄、落叶铺满小路的景色，以及同学们在树下捡落叶的欢乐场景。</w:t>
      </w:r>
    </w:p>
    <w:p w14:paraId="1FF63398"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赞美秋天不仅有萧瑟之美，更有成熟与收获的喜悦，表达对校园生活的热爱。</w:t>
      </w:r>
    </w:p>
    <w:p w14:paraId="4326213D"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调动视觉和听觉等多重感官写景，做到情景交融，让秋景充满生机。</w:t>
      </w:r>
    </w:p>
    <w:p w14:paraId="28D604E4"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5</w:t>
      </w:r>
      <w:r>
        <w:rPr>
          <w:rFonts w:ascii="Arial" w:eastAsia="SimHei" w:hAnsi="Arial"/>
          <w:b/>
          <w:color w:val="2D5F8A"/>
          <w:sz w:val="28"/>
        </w:rPr>
        <w:t>：他</w:t>
      </w:r>
      <w:r>
        <w:rPr>
          <w:rFonts w:ascii="Arial" w:eastAsia="SimHei" w:hAnsi="Arial"/>
          <w:b/>
          <w:color w:val="2D5F8A"/>
          <w:sz w:val="28"/>
        </w:rPr>
        <w:t>/</w:t>
      </w:r>
      <w:r>
        <w:rPr>
          <w:rFonts w:ascii="Arial" w:eastAsia="SimHei" w:hAnsi="Arial"/>
          <w:b/>
          <w:color w:val="2D5F8A"/>
          <w:sz w:val="28"/>
        </w:rPr>
        <w:t>她，可真</w:t>
      </w:r>
      <w:r>
        <w:rPr>
          <w:rFonts w:ascii="Arial" w:eastAsia="SimHei" w:hAnsi="Arial"/>
          <w:b/>
          <w:color w:val="2D5F8A"/>
          <w:sz w:val="28"/>
        </w:rPr>
        <w:t>_______</w:t>
      </w:r>
    </w:p>
    <w:p w14:paraId="35866F9A"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她，可真倔强</w:t>
      </w:r>
    </w:p>
    <w:p w14:paraId="01743972"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记叙同桌在体育长跑测试中摔倒后，坚持不肯退赛，一瘸一拐跑完全程的故事。</w:t>
      </w:r>
    </w:p>
    <w:p w14:paraId="62CC7D5D"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赞美同学面对困难不轻言放弃的坚韧品质，表达我对她的敬佩之情。</w:t>
      </w:r>
    </w:p>
    <w:p w14:paraId="59F24668"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通过神态和动作描写突出人物的</w:t>
      </w:r>
      <w:r>
        <w:rPr>
          <w:rFonts w:ascii="Times New Roman" w:eastAsia="SimSun" w:hAnsi="Times New Roman"/>
          <w:sz w:val="24"/>
        </w:rPr>
        <w:t>"</w:t>
      </w:r>
      <w:r>
        <w:rPr>
          <w:rFonts w:ascii="Times New Roman" w:eastAsia="SimSun" w:hAnsi="Times New Roman"/>
          <w:sz w:val="24"/>
        </w:rPr>
        <w:t>倔强</w:t>
      </w:r>
      <w:r>
        <w:rPr>
          <w:rFonts w:ascii="Times New Roman" w:eastAsia="SimSun" w:hAnsi="Times New Roman"/>
          <w:sz w:val="24"/>
        </w:rPr>
        <w:t>"</w:t>
      </w:r>
      <w:r>
        <w:rPr>
          <w:rFonts w:ascii="Times New Roman" w:eastAsia="SimSun" w:hAnsi="Times New Roman"/>
          <w:sz w:val="24"/>
        </w:rPr>
        <w:t>，并在结尾进行自然的议论升华。</w:t>
      </w:r>
    </w:p>
    <w:p w14:paraId="3E83DF1F"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6</w:t>
      </w:r>
      <w:r>
        <w:rPr>
          <w:rFonts w:ascii="Arial" w:eastAsia="SimHei" w:hAnsi="Arial"/>
          <w:b/>
          <w:color w:val="2D5F8A"/>
          <w:sz w:val="28"/>
        </w:rPr>
        <w:t>：奇妙的旅行</w:t>
      </w:r>
    </w:p>
    <w:p w14:paraId="64136BD8"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奇妙的微观旅行</w:t>
      </w:r>
    </w:p>
    <w:p w14:paraId="581D3787"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想象自己缩小后进入一盆多肉植物的土壤，与蚂蚁和蚯蚓互动的奇幻经历。</w:t>
      </w:r>
    </w:p>
    <w:p w14:paraId="73E80BC2" w14:textId="77777777" w:rsidR="000B7F04" w:rsidRDefault="00543B9D">
      <w:pPr>
        <w:spacing w:after="60" w:line="440" w:lineRule="exact"/>
        <w:ind w:left="425"/>
      </w:pPr>
      <w:r>
        <w:rPr>
          <w:rFonts w:ascii="Times New Roman" w:eastAsia="SimSun" w:hAnsi="Times New Roman"/>
          <w:b/>
          <w:sz w:val="24"/>
        </w:rPr>
        <w:lastRenderedPageBreak/>
        <w:t xml:space="preserve">2. </w:t>
      </w:r>
      <w:r>
        <w:rPr>
          <w:rFonts w:ascii="Times New Roman" w:eastAsia="SimSun" w:hAnsi="Times New Roman"/>
          <w:b/>
          <w:sz w:val="24"/>
        </w:rPr>
        <w:t>中心思想：</w:t>
      </w:r>
      <w:r>
        <w:rPr>
          <w:rFonts w:ascii="Times New Roman" w:eastAsia="SimSun" w:hAnsi="Times New Roman"/>
          <w:sz w:val="24"/>
        </w:rPr>
        <w:t>表达对大自然微观世界的好奇与敬畏，倡导尊重每一个微小的生命。</w:t>
      </w:r>
    </w:p>
    <w:p w14:paraId="281809E3"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发挥丰富的想象力，运用拟人手法，将植物的根茎写成森林，充满童趣。</w:t>
      </w:r>
    </w:p>
    <w:p w14:paraId="3D401F68"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7</w:t>
      </w:r>
      <w:r>
        <w:rPr>
          <w:rFonts w:ascii="Arial" w:eastAsia="SimHei" w:hAnsi="Arial"/>
          <w:b/>
          <w:color w:val="2D5F8A"/>
          <w:sz w:val="28"/>
        </w:rPr>
        <w:t>：上中学了，我收获了</w:t>
      </w:r>
      <w:r>
        <w:rPr>
          <w:rFonts w:ascii="Arial" w:eastAsia="SimHei" w:hAnsi="Arial"/>
          <w:b/>
          <w:color w:val="2D5F8A"/>
          <w:sz w:val="28"/>
        </w:rPr>
        <w:t>_______</w:t>
      </w:r>
    </w:p>
    <w:p w14:paraId="6001BFBB"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上中学了，我收获了友谊</w:t>
      </w:r>
    </w:p>
    <w:p w14:paraId="3E2558CD"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讲述刚入学时感到孤独，后来通过一次小组合作与同学建立深厚友谊的过程。</w:t>
      </w:r>
    </w:p>
    <w:p w14:paraId="39CC9195"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表达中学新环境虽然充满挑战，但真诚的友谊是成长路上最宝贵的财富。</w:t>
      </w:r>
    </w:p>
    <w:p w14:paraId="77F9C430"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采用欲扬先抑的手法，对比入学前后的心理变化，使情感表达更真挚。</w:t>
      </w:r>
    </w:p>
    <w:p w14:paraId="43E85515"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8</w:t>
      </w:r>
      <w:r>
        <w:rPr>
          <w:rFonts w:ascii="Arial" w:eastAsia="SimHei" w:hAnsi="Arial"/>
          <w:b/>
          <w:color w:val="2D5F8A"/>
          <w:sz w:val="28"/>
        </w:rPr>
        <w:t>：多彩的世界</w:t>
      </w:r>
    </w:p>
    <w:p w14:paraId="4314D2FB"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未来的多彩世界</w:t>
      </w:r>
    </w:p>
    <w:p w14:paraId="10EEC48C"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以</w:t>
      </w:r>
      <w:r>
        <w:rPr>
          <w:rFonts w:ascii="Times New Roman" w:eastAsia="SimSun" w:hAnsi="Times New Roman"/>
          <w:sz w:val="24"/>
        </w:rPr>
        <w:t>"</w:t>
      </w:r>
      <w:r>
        <w:rPr>
          <w:rFonts w:ascii="Times New Roman" w:eastAsia="SimSun" w:hAnsi="Times New Roman"/>
          <w:sz w:val="24"/>
        </w:rPr>
        <w:t>很多年后的某一天</w:t>
      </w:r>
      <w:r>
        <w:rPr>
          <w:rFonts w:ascii="Times New Roman" w:eastAsia="SimSun" w:hAnsi="Times New Roman"/>
          <w:sz w:val="24"/>
        </w:rPr>
        <w:t>"</w:t>
      </w:r>
      <w:r>
        <w:rPr>
          <w:rFonts w:ascii="Times New Roman" w:eastAsia="SimSun" w:hAnsi="Times New Roman"/>
          <w:sz w:val="24"/>
        </w:rPr>
        <w:t>开头，想象未来人们通过科技在虚拟与现实间自由穿梭的生活。</w:t>
      </w:r>
    </w:p>
    <w:p w14:paraId="32F6EEC6"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表达对科技发展的憧憬，同时强调无论世界如何变化，人类的温情与爱才是最美的色彩。</w:t>
      </w:r>
    </w:p>
    <w:p w14:paraId="4632F972"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构思新颖，将科幻想象与人文关怀相结合，避免空洞的科技堆砌。</w:t>
      </w:r>
    </w:p>
    <w:p w14:paraId="2C986A40"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9</w:t>
      </w:r>
      <w:r>
        <w:rPr>
          <w:rFonts w:ascii="Arial" w:eastAsia="SimHei" w:hAnsi="Arial"/>
          <w:b/>
          <w:color w:val="2D5F8A"/>
          <w:sz w:val="28"/>
        </w:rPr>
        <w:t>：你如阳光温暖我心</w:t>
      </w:r>
    </w:p>
    <w:p w14:paraId="6E30D8F0"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老师如阳光温暖我心</w:t>
      </w:r>
    </w:p>
    <w:p w14:paraId="62FF5829"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回忆考试失利后，班主任没有批评我，而是耐心开导并帮我分析错题的温暖场景。</w:t>
      </w:r>
    </w:p>
    <w:p w14:paraId="78E6092A"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歌颂老师的关爱与鼓励，表达这份师爱如阳光般照亮了我前行的路。</w:t>
      </w:r>
    </w:p>
    <w:p w14:paraId="2BFA7C28" w14:textId="77777777" w:rsidR="000B7F04" w:rsidRDefault="00543B9D">
      <w:pPr>
        <w:spacing w:after="60" w:line="440" w:lineRule="exact"/>
        <w:ind w:left="425"/>
      </w:pPr>
      <w:r>
        <w:rPr>
          <w:rFonts w:ascii="Times New Roman" w:eastAsia="SimSun" w:hAnsi="Times New Roman"/>
          <w:b/>
          <w:sz w:val="24"/>
        </w:rPr>
        <w:lastRenderedPageBreak/>
        <w:t xml:space="preserve">3. </w:t>
      </w:r>
      <w:r>
        <w:rPr>
          <w:rFonts w:ascii="Times New Roman" w:eastAsia="SimSun" w:hAnsi="Times New Roman"/>
          <w:b/>
          <w:sz w:val="24"/>
        </w:rPr>
        <w:t>写作亮点：</w:t>
      </w:r>
      <w:r>
        <w:rPr>
          <w:rFonts w:ascii="Times New Roman" w:eastAsia="SimSun" w:hAnsi="Times New Roman"/>
          <w:sz w:val="24"/>
        </w:rPr>
        <w:t>紧扣</w:t>
      </w:r>
      <w:r>
        <w:rPr>
          <w:rFonts w:ascii="Times New Roman" w:eastAsia="SimSun" w:hAnsi="Times New Roman"/>
          <w:sz w:val="24"/>
        </w:rPr>
        <w:t>"</w:t>
      </w:r>
      <w:r>
        <w:rPr>
          <w:rFonts w:ascii="Times New Roman" w:eastAsia="SimSun" w:hAnsi="Times New Roman"/>
          <w:sz w:val="24"/>
        </w:rPr>
        <w:t>阳光</w:t>
      </w:r>
      <w:r>
        <w:rPr>
          <w:rFonts w:ascii="Times New Roman" w:eastAsia="SimSun" w:hAnsi="Times New Roman"/>
          <w:sz w:val="24"/>
        </w:rPr>
        <w:t>"</w:t>
      </w:r>
      <w:r>
        <w:rPr>
          <w:rFonts w:ascii="Times New Roman" w:eastAsia="SimSun" w:hAnsi="Times New Roman"/>
          <w:sz w:val="24"/>
        </w:rPr>
        <w:t>这一比喻，将老师的语言、神态与阳光带来的温暖感受巧妙融合。</w:t>
      </w:r>
    </w:p>
    <w:p w14:paraId="4379D396"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10</w:t>
      </w:r>
      <w:r>
        <w:rPr>
          <w:rFonts w:ascii="Arial" w:eastAsia="SimHei" w:hAnsi="Arial"/>
          <w:b/>
          <w:color w:val="2D5F8A"/>
          <w:sz w:val="28"/>
        </w:rPr>
        <w:t>：有</w:t>
      </w:r>
      <w:r>
        <w:rPr>
          <w:rFonts w:ascii="Arial" w:eastAsia="SimHei" w:hAnsi="Arial"/>
          <w:b/>
          <w:color w:val="2D5F8A"/>
          <w:sz w:val="28"/>
        </w:rPr>
        <w:t>_______</w:t>
      </w:r>
      <w:r>
        <w:rPr>
          <w:rFonts w:ascii="Arial" w:eastAsia="SimHei" w:hAnsi="Arial"/>
          <w:b/>
          <w:color w:val="2D5F8A"/>
          <w:sz w:val="28"/>
        </w:rPr>
        <w:t>真好</w:t>
      </w:r>
    </w:p>
    <w:p w14:paraId="33B6FF27"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有挫折真好</w:t>
      </w:r>
    </w:p>
    <w:p w14:paraId="0E6756F5"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记叙我在竞选班干部失败后，反思不足并努力提升演讲能力的经历。</w:t>
      </w:r>
    </w:p>
    <w:p w14:paraId="2D7FBC0A"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表达挫折并非坏事，它是磨砺意志、促使人不断进步的垫脚石。</w:t>
      </w:r>
    </w:p>
    <w:p w14:paraId="185D869B"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立意独特，反弹琵琶，通过真实的心理转变过程让观点更具说服力。</w:t>
      </w:r>
    </w:p>
    <w:p w14:paraId="570199E9"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11</w:t>
      </w:r>
      <w:r>
        <w:rPr>
          <w:rFonts w:ascii="Arial" w:eastAsia="SimHei" w:hAnsi="Arial"/>
          <w:b/>
          <w:color w:val="2D5F8A"/>
          <w:sz w:val="28"/>
        </w:rPr>
        <w:t>：那一次，我真</w:t>
      </w:r>
      <w:r>
        <w:rPr>
          <w:rFonts w:ascii="Arial" w:eastAsia="SimHei" w:hAnsi="Arial"/>
          <w:b/>
          <w:color w:val="2D5F8A"/>
          <w:sz w:val="28"/>
        </w:rPr>
        <w:t>_______</w:t>
      </w:r>
    </w:p>
    <w:p w14:paraId="737A62EC"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那一次，我真后悔</w:t>
      </w:r>
    </w:p>
    <w:p w14:paraId="3931EB6D"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讲述因一时冲动对好朋友说了伤人的话，事后意识到错误却难以开口道歉的内心煎熬。</w:t>
      </w:r>
    </w:p>
    <w:p w14:paraId="4B217975"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反思冲动带来的伤害，表达珍惜友谊、学会控制情绪的重要性。</w:t>
      </w:r>
    </w:p>
    <w:p w14:paraId="5E3D5492"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侧重心理描写，细腻刻画后悔时的纠结与痛苦，情感真实动人。</w:t>
      </w:r>
    </w:p>
    <w:p w14:paraId="71E2416C"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12</w:t>
      </w:r>
      <w:r>
        <w:rPr>
          <w:rFonts w:ascii="Arial" w:eastAsia="SimHei" w:hAnsi="Arial"/>
          <w:b/>
          <w:color w:val="2D5F8A"/>
          <w:sz w:val="28"/>
        </w:rPr>
        <w:t>：最打动人心的一道风景</w:t>
      </w:r>
    </w:p>
    <w:p w14:paraId="0FF4CB04"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最打动人心的一道风景</w:t>
      </w:r>
    </w:p>
    <w:p w14:paraId="3D1D18D1"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描写放学路上看到一位环卫工人在寒风中认真清扫落叶，并小心避开行人的场景。</w:t>
      </w:r>
    </w:p>
    <w:p w14:paraId="204DE4E4"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表达平凡劳动者坚守岗位、体谅他人的品质，才是世间最动人的风景。</w:t>
      </w:r>
    </w:p>
    <w:p w14:paraId="6752C5EF"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由景及人，通过环境描写衬托人物形象，赋予</w:t>
      </w:r>
      <w:r>
        <w:rPr>
          <w:rFonts w:ascii="Times New Roman" w:eastAsia="SimSun" w:hAnsi="Times New Roman"/>
          <w:sz w:val="24"/>
        </w:rPr>
        <w:t>"</w:t>
      </w:r>
      <w:r>
        <w:rPr>
          <w:rFonts w:ascii="Times New Roman" w:eastAsia="SimSun" w:hAnsi="Times New Roman"/>
          <w:sz w:val="24"/>
        </w:rPr>
        <w:t>风景</w:t>
      </w:r>
      <w:r>
        <w:rPr>
          <w:rFonts w:ascii="Times New Roman" w:eastAsia="SimSun" w:hAnsi="Times New Roman"/>
          <w:sz w:val="24"/>
        </w:rPr>
        <w:t>"</w:t>
      </w:r>
      <w:r>
        <w:rPr>
          <w:rFonts w:ascii="Times New Roman" w:eastAsia="SimSun" w:hAnsi="Times New Roman"/>
          <w:sz w:val="24"/>
        </w:rPr>
        <w:t>深刻的社会内涵。</w:t>
      </w:r>
    </w:p>
    <w:p w14:paraId="6D804A1F"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13</w:t>
      </w:r>
      <w:r>
        <w:rPr>
          <w:rFonts w:ascii="Arial" w:eastAsia="SimHei" w:hAnsi="Arial"/>
          <w:b/>
          <w:color w:val="2D5F8A"/>
          <w:sz w:val="28"/>
        </w:rPr>
        <w:t>：我终于</w:t>
      </w:r>
      <w:r>
        <w:rPr>
          <w:rFonts w:ascii="Arial" w:eastAsia="SimHei" w:hAnsi="Arial"/>
          <w:b/>
          <w:color w:val="2D5F8A"/>
          <w:sz w:val="28"/>
        </w:rPr>
        <w:t>__________</w:t>
      </w:r>
    </w:p>
    <w:p w14:paraId="6DA88178"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我终于战胜了胆怯</w:t>
      </w:r>
    </w:p>
    <w:p w14:paraId="747BBC52" w14:textId="77777777" w:rsidR="000B7F04" w:rsidRDefault="00543B9D">
      <w:pPr>
        <w:spacing w:after="60" w:line="440" w:lineRule="exact"/>
        <w:ind w:left="425"/>
      </w:pPr>
      <w:r>
        <w:rPr>
          <w:rFonts w:ascii="Times New Roman" w:eastAsia="SimSun" w:hAnsi="Times New Roman"/>
          <w:b/>
          <w:sz w:val="24"/>
        </w:rPr>
        <w:lastRenderedPageBreak/>
        <w:t xml:space="preserve">1. </w:t>
      </w:r>
      <w:r>
        <w:rPr>
          <w:rFonts w:ascii="Times New Roman" w:eastAsia="SimSun" w:hAnsi="Times New Roman"/>
          <w:b/>
          <w:sz w:val="24"/>
        </w:rPr>
        <w:t>主要内容：</w:t>
      </w:r>
      <w:r>
        <w:rPr>
          <w:rFonts w:ascii="Times New Roman" w:eastAsia="SimSun" w:hAnsi="Times New Roman"/>
          <w:sz w:val="24"/>
        </w:rPr>
        <w:t>记叙我在语文课上从不敢举手到终于鼓起勇气站起来朗读课文的心理突破过程。</w:t>
      </w:r>
    </w:p>
    <w:p w14:paraId="49F48D00"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表达战胜自我、勇敢迈出第一步的成就感，鼓励自己直面内心的恐惧。</w:t>
      </w:r>
    </w:p>
    <w:p w14:paraId="45D2128A"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将心理活动分层描写，从紧张、犹豫到坚定，过程真实且有层次感。</w:t>
      </w:r>
    </w:p>
    <w:p w14:paraId="271E144C"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14</w:t>
      </w:r>
      <w:r>
        <w:rPr>
          <w:rFonts w:ascii="Arial" w:eastAsia="SimHei" w:hAnsi="Arial"/>
          <w:b/>
          <w:color w:val="2D5F8A"/>
          <w:sz w:val="28"/>
        </w:rPr>
        <w:t>：我心中的乐园</w:t>
      </w:r>
    </w:p>
    <w:p w14:paraId="47FD6B1F"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我心中的乐园</w:t>
      </w:r>
    </w:p>
    <w:p w14:paraId="600350FD"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描写小区角落的旧书亭，那里不仅有许多好书，还有志同道合的小伙伴一起交流。</w:t>
      </w:r>
    </w:p>
    <w:p w14:paraId="7A46D3BF"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表达精神世界的富足才是真正的快乐，小小的书亭是我心灵栖息的乐园。</w:t>
      </w:r>
    </w:p>
    <w:p w14:paraId="0A363E6D"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融情于景，将书亭的布置与读书的快乐氛围结合，突出</w:t>
      </w:r>
      <w:r>
        <w:rPr>
          <w:rFonts w:ascii="Times New Roman" w:eastAsia="SimSun" w:hAnsi="Times New Roman"/>
          <w:sz w:val="24"/>
        </w:rPr>
        <w:t>"</w:t>
      </w:r>
      <w:r>
        <w:rPr>
          <w:rFonts w:ascii="Times New Roman" w:eastAsia="SimSun" w:hAnsi="Times New Roman"/>
          <w:sz w:val="24"/>
        </w:rPr>
        <w:t>乐园</w:t>
      </w:r>
      <w:r>
        <w:rPr>
          <w:rFonts w:ascii="Times New Roman" w:eastAsia="SimSun" w:hAnsi="Times New Roman"/>
          <w:sz w:val="24"/>
        </w:rPr>
        <w:t>"</w:t>
      </w:r>
      <w:r>
        <w:rPr>
          <w:rFonts w:ascii="Times New Roman" w:eastAsia="SimSun" w:hAnsi="Times New Roman"/>
          <w:sz w:val="24"/>
        </w:rPr>
        <w:t>的独特性。</w:t>
      </w:r>
    </w:p>
    <w:p w14:paraId="5E058EC6"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15</w:t>
      </w:r>
      <w:r>
        <w:rPr>
          <w:rFonts w:ascii="Arial" w:eastAsia="SimHei" w:hAnsi="Arial"/>
          <w:b/>
          <w:color w:val="2D5F8A"/>
          <w:sz w:val="28"/>
        </w:rPr>
        <w:t>：让我</w:t>
      </w:r>
      <w:r>
        <w:rPr>
          <w:rFonts w:ascii="Arial" w:eastAsia="SimHei" w:hAnsi="Arial"/>
          <w:b/>
          <w:color w:val="2D5F8A"/>
          <w:sz w:val="28"/>
        </w:rPr>
        <w:t>_______</w:t>
      </w:r>
      <w:r>
        <w:rPr>
          <w:rFonts w:ascii="Arial" w:eastAsia="SimHei" w:hAnsi="Arial"/>
          <w:b/>
          <w:color w:val="2D5F8A"/>
          <w:sz w:val="28"/>
        </w:rPr>
        <w:t>的事</w:t>
      </w:r>
    </w:p>
    <w:p w14:paraId="16431E18"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让我感动的事</w:t>
      </w:r>
    </w:p>
    <w:p w14:paraId="27E6423B"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记叙下大雨时，爸爸来接我，把伞大半倾斜给我，自己肩膀却被淋湿的细节。</w:t>
      </w:r>
    </w:p>
    <w:p w14:paraId="47879E29"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通过生活中的小事，体会父母深沉而无私的爱，表达感恩之情。</w:t>
      </w:r>
    </w:p>
    <w:p w14:paraId="38CB64BC"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抓住</w:t>
      </w:r>
      <w:r>
        <w:rPr>
          <w:rFonts w:ascii="Times New Roman" w:eastAsia="SimSun" w:hAnsi="Times New Roman"/>
          <w:sz w:val="24"/>
        </w:rPr>
        <w:t>"</w:t>
      </w:r>
      <w:r>
        <w:rPr>
          <w:rFonts w:ascii="Times New Roman" w:eastAsia="SimSun" w:hAnsi="Times New Roman"/>
          <w:sz w:val="24"/>
        </w:rPr>
        <w:t>倾斜的雨伞</w:t>
      </w:r>
      <w:r>
        <w:rPr>
          <w:rFonts w:ascii="Times New Roman" w:eastAsia="SimSun" w:hAnsi="Times New Roman"/>
          <w:sz w:val="24"/>
        </w:rPr>
        <w:t>"</w:t>
      </w:r>
      <w:r>
        <w:rPr>
          <w:rFonts w:ascii="Times New Roman" w:eastAsia="SimSun" w:hAnsi="Times New Roman"/>
          <w:sz w:val="24"/>
        </w:rPr>
        <w:t>这一典型细节进行特写，以小见大，情感真挚不造作。</w:t>
      </w:r>
    </w:p>
    <w:p w14:paraId="6DE451F7"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16</w:t>
      </w:r>
      <w:r>
        <w:rPr>
          <w:rFonts w:ascii="Arial" w:eastAsia="SimHei" w:hAnsi="Arial"/>
          <w:b/>
          <w:color w:val="2D5F8A"/>
          <w:sz w:val="28"/>
        </w:rPr>
        <w:t>：让我</w:t>
      </w:r>
      <w:r>
        <w:rPr>
          <w:rFonts w:ascii="Arial" w:eastAsia="SimHei" w:hAnsi="Arial"/>
          <w:b/>
          <w:color w:val="2D5F8A"/>
          <w:sz w:val="28"/>
        </w:rPr>
        <w:t>_______</w:t>
      </w:r>
      <w:r>
        <w:rPr>
          <w:rFonts w:ascii="Arial" w:eastAsia="SimHei" w:hAnsi="Arial"/>
          <w:b/>
          <w:color w:val="2D5F8A"/>
          <w:sz w:val="28"/>
        </w:rPr>
        <w:t>的人</w:t>
      </w:r>
    </w:p>
    <w:p w14:paraId="6B29707B"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让我敬佩的人</w:t>
      </w:r>
    </w:p>
    <w:p w14:paraId="2FCD1359"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描写小区门口修车的老爷爷，无论刮风下雨都坚守摊位，且收费公道、手艺精湛。</w:t>
      </w:r>
    </w:p>
    <w:p w14:paraId="696C1020" w14:textId="77777777" w:rsidR="000B7F04" w:rsidRDefault="00543B9D">
      <w:pPr>
        <w:spacing w:after="60" w:line="440" w:lineRule="exact"/>
        <w:ind w:left="425"/>
      </w:pPr>
      <w:r>
        <w:rPr>
          <w:rFonts w:ascii="Times New Roman" w:eastAsia="SimSun" w:hAnsi="Times New Roman"/>
          <w:b/>
          <w:sz w:val="24"/>
        </w:rPr>
        <w:lastRenderedPageBreak/>
        <w:t xml:space="preserve">2. </w:t>
      </w:r>
      <w:r>
        <w:rPr>
          <w:rFonts w:ascii="Times New Roman" w:eastAsia="SimSun" w:hAnsi="Times New Roman"/>
          <w:b/>
          <w:sz w:val="24"/>
        </w:rPr>
        <w:t>中心思想：</w:t>
      </w:r>
      <w:r>
        <w:rPr>
          <w:rFonts w:ascii="Times New Roman" w:eastAsia="SimSun" w:hAnsi="Times New Roman"/>
          <w:sz w:val="24"/>
        </w:rPr>
        <w:t>赞美普通劳动者敬业诚信的品质，表达平凡人也能散发不凡的光芒。</w:t>
      </w:r>
    </w:p>
    <w:p w14:paraId="71B390CF"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通过外貌描写和语言描写刻画人物形象，结合具体事例让人物立体丰满。</w:t>
      </w:r>
    </w:p>
    <w:p w14:paraId="10C758B4"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17</w:t>
      </w:r>
      <w:r>
        <w:rPr>
          <w:rFonts w:ascii="Arial" w:eastAsia="SimHei" w:hAnsi="Arial"/>
          <w:b/>
          <w:color w:val="2D5F8A"/>
          <w:sz w:val="28"/>
        </w:rPr>
        <w:t>：陶醉</w:t>
      </w:r>
    </w:p>
    <w:p w14:paraId="4AA29C79"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陶醉于琴声</w:t>
      </w:r>
    </w:p>
    <w:p w14:paraId="5B59B8CE"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记叙我在练习钢琴时，从枯燥的指法练习到沉浸在旋律中，忘记时间流逝的过程。</w:t>
      </w:r>
    </w:p>
    <w:p w14:paraId="1C13916D"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表达艺术带来的精神享受，以及在专注中忘却自我的纯粹快乐。</w:t>
      </w:r>
    </w:p>
    <w:p w14:paraId="35BECD3A"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运用通感手法，将听觉的琴声转化为视觉和触觉的感受，描写细腻生动。</w:t>
      </w:r>
    </w:p>
    <w:p w14:paraId="73D4009C"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18</w:t>
      </w:r>
      <w:r>
        <w:rPr>
          <w:rFonts w:ascii="Arial" w:eastAsia="SimHei" w:hAnsi="Arial"/>
          <w:b/>
          <w:color w:val="2D5F8A"/>
          <w:sz w:val="28"/>
        </w:rPr>
        <w:t>：</w:t>
      </w:r>
      <w:r>
        <w:rPr>
          <w:rFonts w:ascii="Arial" w:eastAsia="SimHei" w:hAnsi="Arial"/>
          <w:b/>
          <w:color w:val="2D5F8A"/>
          <w:sz w:val="28"/>
        </w:rPr>
        <w:t>_______</w:t>
      </w:r>
      <w:r>
        <w:rPr>
          <w:rFonts w:ascii="Arial" w:eastAsia="SimHei" w:hAnsi="Arial"/>
          <w:b/>
          <w:color w:val="2D5F8A"/>
          <w:sz w:val="28"/>
        </w:rPr>
        <w:t>的周末</w:t>
      </w:r>
    </w:p>
    <w:p w14:paraId="27285902"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充实的周末</w:t>
      </w:r>
    </w:p>
    <w:p w14:paraId="51EB70C6"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记录我周末上午写作业、下午去图书馆看书、晚上帮父母做家务的安排。</w:t>
      </w:r>
    </w:p>
    <w:p w14:paraId="50524DF8"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表达合理安排时间、劳逸结合的生活方式，能让周末过得更有意义。</w:t>
      </w:r>
    </w:p>
    <w:p w14:paraId="00860E78"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详略得当，重点描写图书馆的阅读时光，展现积极向上的生活态度。</w:t>
      </w:r>
    </w:p>
    <w:p w14:paraId="31E5D03C"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19</w:t>
      </w:r>
      <w:r>
        <w:rPr>
          <w:rFonts w:ascii="Arial" w:eastAsia="SimHei" w:hAnsi="Arial"/>
          <w:b/>
          <w:color w:val="2D5F8A"/>
          <w:sz w:val="28"/>
        </w:rPr>
        <w:t>：其乐无穷</w:t>
      </w:r>
    </w:p>
    <w:p w14:paraId="587261F1"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其乐无穷的家庭晚会</w:t>
      </w:r>
    </w:p>
    <w:p w14:paraId="37243F38"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记叙周末晚上全家举办才艺小晚会，爸爸唱歌跑调、我讲笑话逗得大家捧腹的场景。</w:t>
      </w:r>
    </w:p>
    <w:p w14:paraId="049A0F47"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表达家庭陪伴与互动的珍贵，亲情带来的快乐是无穷无尽的。</w:t>
      </w:r>
    </w:p>
    <w:p w14:paraId="2548D8A8"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语言幽默风趣，通过生动的对话和场面描写，营造出温馨欢乐的氛围。</w:t>
      </w:r>
    </w:p>
    <w:p w14:paraId="76AC71E8" w14:textId="77777777" w:rsidR="000B7F04" w:rsidRDefault="00543B9D">
      <w:pPr>
        <w:spacing w:before="240" w:after="80"/>
      </w:pPr>
      <w:r>
        <w:rPr>
          <w:rFonts w:ascii="Arial" w:eastAsia="SimHei" w:hAnsi="Arial"/>
          <w:b/>
          <w:color w:val="2D5F8A"/>
          <w:sz w:val="28"/>
        </w:rPr>
        <w:lastRenderedPageBreak/>
        <w:t>题目</w:t>
      </w:r>
      <w:r>
        <w:rPr>
          <w:rFonts w:ascii="Arial" w:eastAsia="SimHei" w:hAnsi="Arial"/>
          <w:b/>
          <w:color w:val="2D5F8A"/>
          <w:sz w:val="28"/>
        </w:rPr>
        <w:t>20</w:t>
      </w:r>
      <w:r>
        <w:rPr>
          <w:rFonts w:ascii="Arial" w:eastAsia="SimHei" w:hAnsi="Arial"/>
          <w:b/>
          <w:color w:val="2D5F8A"/>
          <w:sz w:val="28"/>
        </w:rPr>
        <w:t>：牛人</w:t>
      </w:r>
      <w:r>
        <w:rPr>
          <w:rFonts w:ascii="Arial" w:eastAsia="SimHei" w:hAnsi="Arial"/>
          <w:b/>
          <w:color w:val="2D5F8A"/>
          <w:sz w:val="28"/>
        </w:rPr>
        <w:t>_______</w:t>
      </w:r>
    </w:p>
    <w:p w14:paraId="509AB90E"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牛人</w:t>
      </w:r>
      <w:r>
        <w:rPr>
          <w:rFonts w:ascii="Times New Roman" w:eastAsia="SimSun" w:hAnsi="Times New Roman"/>
          <w:sz w:val="24"/>
        </w:rPr>
        <w:t>"</w:t>
      </w:r>
      <w:r>
        <w:rPr>
          <w:rFonts w:ascii="Times New Roman" w:eastAsia="SimSun" w:hAnsi="Times New Roman"/>
          <w:sz w:val="24"/>
        </w:rPr>
        <w:t>百科全书</w:t>
      </w:r>
      <w:r>
        <w:rPr>
          <w:rFonts w:ascii="Times New Roman" w:eastAsia="SimSun" w:hAnsi="Times New Roman"/>
          <w:sz w:val="24"/>
        </w:rPr>
        <w:t>"</w:t>
      </w:r>
    </w:p>
    <w:p w14:paraId="5ABA3DF4"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描写班里的同学小林，无论问什么冷门知识他都能对答如流，还经常给同学科普。</w:t>
      </w:r>
    </w:p>
    <w:p w14:paraId="35E79AC0"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赞美同学广博的知识和乐于分享的精神，表达见贤思齐的学习态度。</w:t>
      </w:r>
    </w:p>
    <w:p w14:paraId="11287AD0"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通过侧面描写（同学们的反应）和典型事例，突出人物的</w:t>
      </w:r>
      <w:r>
        <w:rPr>
          <w:rFonts w:ascii="Times New Roman" w:eastAsia="SimSun" w:hAnsi="Times New Roman"/>
          <w:sz w:val="24"/>
        </w:rPr>
        <w:t>"</w:t>
      </w:r>
      <w:r>
        <w:rPr>
          <w:rFonts w:ascii="Times New Roman" w:eastAsia="SimSun" w:hAnsi="Times New Roman"/>
          <w:sz w:val="24"/>
        </w:rPr>
        <w:t>牛</w:t>
      </w:r>
      <w:r>
        <w:rPr>
          <w:rFonts w:ascii="Times New Roman" w:eastAsia="SimSun" w:hAnsi="Times New Roman"/>
          <w:sz w:val="24"/>
        </w:rPr>
        <w:t>"</w:t>
      </w:r>
      <w:r>
        <w:rPr>
          <w:rFonts w:ascii="Times New Roman" w:eastAsia="SimSun" w:hAnsi="Times New Roman"/>
          <w:sz w:val="24"/>
        </w:rPr>
        <w:t>，语言活泼。</w:t>
      </w:r>
    </w:p>
    <w:p w14:paraId="58FC46D7" w14:textId="77777777" w:rsidR="000B7F04" w:rsidRDefault="00543B9D">
      <w:pPr>
        <w:pBdr>
          <w:bottom w:val="single" w:sz="6" w:space="1" w:color="1C3A5E"/>
        </w:pBdr>
        <w:spacing w:before="360" w:after="160"/>
      </w:pPr>
      <w:r>
        <w:rPr>
          <w:rFonts w:ascii="Arial" w:eastAsia="SimHei" w:hAnsi="Arial"/>
          <w:b/>
          <w:color w:val="1C3A5E"/>
          <w:sz w:val="32"/>
        </w:rPr>
        <w:t>第</w:t>
      </w:r>
      <w:r>
        <w:rPr>
          <w:rFonts w:ascii="Arial" w:eastAsia="SimHei" w:hAnsi="Arial"/>
          <w:b/>
          <w:color w:val="1C3A5E"/>
          <w:sz w:val="32"/>
        </w:rPr>
        <w:t>2</w:t>
      </w:r>
      <w:r>
        <w:rPr>
          <w:rFonts w:ascii="Arial" w:eastAsia="SimHei" w:hAnsi="Arial"/>
          <w:b/>
          <w:color w:val="1C3A5E"/>
          <w:sz w:val="32"/>
        </w:rPr>
        <w:t>部分（题目</w:t>
      </w:r>
      <w:r>
        <w:rPr>
          <w:rFonts w:ascii="Arial" w:eastAsia="SimHei" w:hAnsi="Arial"/>
          <w:b/>
          <w:color w:val="1C3A5E"/>
          <w:sz w:val="32"/>
        </w:rPr>
        <w:t>21-40</w:t>
      </w:r>
      <w:r>
        <w:rPr>
          <w:rFonts w:ascii="Arial" w:eastAsia="SimHei" w:hAnsi="Arial"/>
          <w:b/>
          <w:color w:val="1C3A5E"/>
          <w:sz w:val="32"/>
        </w:rPr>
        <w:t>）</w:t>
      </w:r>
    </w:p>
    <w:p w14:paraId="613698AB"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21</w:t>
      </w:r>
      <w:r>
        <w:rPr>
          <w:rFonts w:ascii="Arial" w:eastAsia="SimHei" w:hAnsi="Arial"/>
          <w:b/>
          <w:color w:val="2D5F8A"/>
          <w:sz w:val="28"/>
        </w:rPr>
        <w:t>：乐在其中</w:t>
      </w:r>
    </w:p>
    <w:p w14:paraId="068BCDEA"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拼装复杂乐高模型的过程</w:t>
      </w:r>
    </w:p>
    <w:p w14:paraId="3C672BCD"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写我在周末花了一整天时间拼装一艘复杂的乐高海盗船，从找零件到反复拆装的经过。</w:t>
      </w:r>
    </w:p>
    <w:p w14:paraId="5D082E3D"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表达在专注做一件自己喜欢的事情时，即使过程繁琐也能感受到纯粹的快乐。</w:t>
      </w:r>
    </w:p>
    <w:p w14:paraId="1DE2C10A"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通过描写手指被零件硌痛但依然坚持的细节，突出</w:t>
      </w:r>
      <w:r>
        <w:rPr>
          <w:rFonts w:ascii="Times New Roman" w:eastAsia="SimSun" w:hAnsi="Times New Roman"/>
          <w:sz w:val="24"/>
        </w:rPr>
        <w:t>"</w:t>
      </w:r>
      <w:r>
        <w:rPr>
          <w:rFonts w:ascii="Times New Roman" w:eastAsia="SimSun" w:hAnsi="Times New Roman"/>
          <w:sz w:val="24"/>
        </w:rPr>
        <w:t>乐</w:t>
      </w:r>
      <w:r>
        <w:rPr>
          <w:rFonts w:ascii="Times New Roman" w:eastAsia="SimSun" w:hAnsi="Times New Roman"/>
          <w:sz w:val="24"/>
        </w:rPr>
        <w:t>"</w:t>
      </w:r>
      <w:r>
        <w:rPr>
          <w:rFonts w:ascii="Times New Roman" w:eastAsia="SimSun" w:hAnsi="Times New Roman"/>
          <w:sz w:val="24"/>
        </w:rPr>
        <w:t>的真实感；结尾点题，升华对兴趣的理解。</w:t>
      </w:r>
    </w:p>
    <w:p w14:paraId="1F145F2C"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22</w:t>
      </w:r>
      <w:r>
        <w:rPr>
          <w:rFonts w:ascii="Arial" w:eastAsia="SimHei" w:hAnsi="Arial"/>
          <w:b/>
          <w:color w:val="2D5F8A"/>
          <w:sz w:val="28"/>
        </w:rPr>
        <w:t>：别担心，我可以的</w:t>
      </w:r>
    </w:p>
    <w:p w14:paraId="6B93D9D9"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第一次独自乘坐地铁去上补习班</w:t>
      </w:r>
    </w:p>
    <w:p w14:paraId="221942E2"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记录妈妈原本想送我，但我坚持自己坐地铁，途中看错站又冷静找回正确路线的经历。</w:t>
      </w:r>
    </w:p>
    <w:p w14:paraId="3E27A50E"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展现自己面对困难时的独立与成长，让父母放心。</w:t>
      </w:r>
    </w:p>
    <w:p w14:paraId="11F3D278"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运用心理描写，细腻刻画从紧张到镇定的情绪变化；用对话推动情节，增强现场感。</w:t>
      </w:r>
    </w:p>
    <w:p w14:paraId="51DE0AE7"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23</w:t>
      </w:r>
      <w:r>
        <w:rPr>
          <w:rFonts w:ascii="Arial" w:eastAsia="SimHei" w:hAnsi="Arial"/>
          <w:b/>
          <w:color w:val="2D5F8A"/>
          <w:sz w:val="28"/>
        </w:rPr>
        <w:t>：收获</w:t>
      </w:r>
    </w:p>
    <w:p w14:paraId="4E551A6E" w14:textId="77777777" w:rsidR="000B7F04" w:rsidRDefault="00543B9D">
      <w:pPr>
        <w:spacing w:after="60" w:line="440" w:lineRule="exact"/>
        <w:ind w:left="425"/>
      </w:pPr>
      <w:r>
        <w:rPr>
          <w:rFonts w:ascii="Times New Roman" w:eastAsia="SimSun" w:hAnsi="Times New Roman"/>
          <w:b/>
          <w:sz w:val="24"/>
        </w:rPr>
        <w:lastRenderedPageBreak/>
        <w:t>构思主题：</w:t>
      </w:r>
      <w:r>
        <w:rPr>
          <w:rFonts w:ascii="Times New Roman" w:eastAsia="SimSun" w:hAnsi="Times New Roman"/>
          <w:sz w:val="24"/>
        </w:rPr>
        <w:t>参加校运会长跑比赛虽未获奖但坚持到底</w:t>
      </w:r>
    </w:p>
    <w:p w14:paraId="31E3D7FC"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写我在</w:t>
      </w:r>
      <w:r>
        <w:rPr>
          <w:rFonts w:ascii="Times New Roman" w:eastAsia="SimSun" w:hAnsi="Times New Roman"/>
          <w:sz w:val="24"/>
        </w:rPr>
        <w:t>1000</w:t>
      </w:r>
      <w:r>
        <w:rPr>
          <w:rFonts w:ascii="Times New Roman" w:eastAsia="SimSun" w:hAnsi="Times New Roman"/>
          <w:sz w:val="24"/>
        </w:rPr>
        <w:t>米比赛中体力透支，但在同学鼓励下咬牙跑完全程的经历。</w:t>
      </w:r>
    </w:p>
    <w:p w14:paraId="0CE1B937"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真正的收获不仅是名次，更是战胜自我、不轻言放弃的意志力。</w:t>
      </w:r>
    </w:p>
    <w:p w14:paraId="4A8B1E37"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通过身体感受（如腿像灌铅、呼吸急促）的细致描写烘托艰难；结尾对比赛前赛后的心理变化。</w:t>
      </w:r>
    </w:p>
    <w:p w14:paraId="5612F667"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24</w:t>
      </w:r>
      <w:r>
        <w:rPr>
          <w:rFonts w:ascii="Arial" w:eastAsia="SimHei" w:hAnsi="Arial"/>
          <w:b/>
          <w:color w:val="2D5F8A"/>
          <w:sz w:val="28"/>
        </w:rPr>
        <w:t>：榜样</w:t>
      </w:r>
    </w:p>
    <w:p w14:paraId="30839FC4"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班里默默打扫卫生的同学</w:t>
      </w:r>
    </w:p>
    <w:p w14:paraId="4494ED95"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写同桌每天放学后主动留下来整理图书角和倒垃圾，从不张扬。</w:t>
      </w:r>
    </w:p>
    <w:p w14:paraId="206B3CA1"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榜样不一定是成绩最好的人，默默奉献、认真负责的品质同样值得学习。</w:t>
      </w:r>
    </w:p>
    <w:p w14:paraId="4D01BB9D"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采用欲扬先抑的手法，先写自己以前觉得他</w:t>
      </w:r>
      <w:r>
        <w:rPr>
          <w:rFonts w:ascii="Times New Roman" w:eastAsia="SimSun" w:hAnsi="Times New Roman"/>
          <w:sz w:val="24"/>
        </w:rPr>
        <w:t>"</w:t>
      </w:r>
      <w:r>
        <w:rPr>
          <w:rFonts w:ascii="Times New Roman" w:eastAsia="SimSun" w:hAnsi="Times New Roman"/>
          <w:sz w:val="24"/>
        </w:rPr>
        <w:t>傻</w:t>
      </w:r>
      <w:r>
        <w:rPr>
          <w:rFonts w:ascii="Times New Roman" w:eastAsia="SimSun" w:hAnsi="Times New Roman"/>
          <w:sz w:val="24"/>
        </w:rPr>
        <w:t>"</w:t>
      </w:r>
      <w:r>
        <w:rPr>
          <w:rFonts w:ascii="Times New Roman" w:eastAsia="SimSun" w:hAnsi="Times New Roman"/>
          <w:sz w:val="24"/>
        </w:rPr>
        <w:t>，后来被他的坚持打动；细节描写突出动作的认真。</w:t>
      </w:r>
    </w:p>
    <w:p w14:paraId="568748AE"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25</w:t>
      </w:r>
      <w:r>
        <w:rPr>
          <w:rFonts w:ascii="Arial" w:eastAsia="SimHei" w:hAnsi="Arial"/>
          <w:b/>
          <w:color w:val="2D5F8A"/>
          <w:sz w:val="28"/>
        </w:rPr>
        <w:t>：阅读是一把神奇的钥匙</w:t>
      </w:r>
    </w:p>
    <w:p w14:paraId="1EFC2277"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通过读书解开与父母之间的误解</w:t>
      </w:r>
    </w:p>
    <w:p w14:paraId="49C2EE3F"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写我和爸爸因为手机使用问题冷战，后来读了一本关于沟通的书，主动和他谈心。</w:t>
      </w:r>
    </w:p>
    <w:p w14:paraId="563AB782"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阅读能打开人心扉，帮助我们理解他人、化解矛盾。</w:t>
      </w:r>
    </w:p>
    <w:p w14:paraId="259EE127"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将</w:t>
      </w:r>
      <w:r>
        <w:rPr>
          <w:rFonts w:ascii="Times New Roman" w:eastAsia="SimSun" w:hAnsi="Times New Roman"/>
          <w:sz w:val="24"/>
        </w:rPr>
        <w:t>"</w:t>
      </w:r>
      <w:r>
        <w:rPr>
          <w:rFonts w:ascii="Times New Roman" w:eastAsia="SimSun" w:hAnsi="Times New Roman"/>
          <w:sz w:val="24"/>
        </w:rPr>
        <w:t>钥匙</w:t>
      </w:r>
      <w:r>
        <w:rPr>
          <w:rFonts w:ascii="Times New Roman" w:eastAsia="SimSun" w:hAnsi="Times New Roman"/>
          <w:sz w:val="24"/>
        </w:rPr>
        <w:t>"</w:t>
      </w:r>
      <w:r>
        <w:rPr>
          <w:rFonts w:ascii="Times New Roman" w:eastAsia="SimSun" w:hAnsi="Times New Roman"/>
          <w:sz w:val="24"/>
        </w:rPr>
        <w:t>作为线索贯穿全文，前后呼应；结合书中金句与自己的感悟，增强说服力。</w:t>
      </w:r>
    </w:p>
    <w:p w14:paraId="5B30505C"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26</w:t>
      </w:r>
      <w:r>
        <w:rPr>
          <w:rFonts w:ascii="Arial" w:eastAsia="SimHei" w:hAnsi="Arial"/>
          <w:b/>
          <w:color w:val="2D5F8A"/>
          <w:sz w:val="28"/>
        </w:rPr>
        <w:t>：树下的故事</w:t>
      </w:r>
    </w:p>
    <w:p w14:paraId="6787C64A"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小区老槐树下爷爷教我下象棋</w:t>
      </w:r>
    </w:p>
    <w:p w14:paraId="5ECF0229"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写夏天傍晚在老槐树下，爷爷一边摇蒲扇一边教我下棋，讲他年轻时的故事。</w:t>
      </w:r>
    </w:p>
    <w:p w14:paraId="4692D3B5"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表达对童年美好时光和亲情的怀念，树见证了祖孙间的温情。</w:t>
      </w:r>
    </w:p>
    <w:p w14:paraId="09D0A76A" w14:textId="77777777" w:rsidR="000B7F04" w:rsidRDefault="00543B9D">
      <w:pPr>
        <w:spacing w:after="60" w:line="440" w:lineRule="exact"/>
        <w:ind w:left="425"/>
      </w:pPr>
      <w:r>
        <w:rPr>
          <w:rFonts w:ascii="Times New Roman" w:eastAsia="SimSun" w:hAnsi="Times New Roman"/>
          <w:b/>
          <w:sz w:val="24"/>
        </w:rPr>
        <w:lastRenderedPageBreak/>
        <w:t xml:space="preserve">3. </w:t>
      </w:r>
      <w:r>
        <w:rPr>
          <w:rFonts w:ascii="Times New Roman" w:eastAsia="SimSun" w:hAnsi="Times New Roman"/>
          <w:b/>
          <w:sz w:val="24"/>
        </w:rPr>
        <w:t>写作亮点：</w:t>
      </w:r>
      <w:r>
        <w:rPr>
          <w:rFonts w:ascii="Times New Roman" w:eastAsia="SimSun" w:hAnsi="Times New Roman"/>
          <w:sz w:val="24"/>
        </w:rPr>
        <w:t>环境描写烘托氛围（如蝉鸣、树影、晚风）；以棋局为暗线，隐喻人生道理。</w:t>
      </w:r>
    </w:p>
    <w:p w14:paraId="24B34D20"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27</w:t>
      </w:r>
      <w:r>
        <w:rPr>
          <w:rFonts w:ascii="Arial" w:eastAsia="SimHei" w:hAnsi="Arial"/>
          <w:b/>
          <w:color w:val="2D5F8A"/>
          <w:sz w:val="28"/>
        </w:rPr>
        <w:t>：这个人真倔强</w:t>
      </w:r>
    </w:p>
    <w:p w14:paraId="0DA28045"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坚持每天练字却总被说</w:t>
      </w:r>
      <w:r>
        <w:rPr>
          <w:rFonts w:ascii="Times New Roman" w:eastAsia="SimSun" w:hAnsi="Times New Roman"/>
          <w:sz w:val="24"/>
        </w:rPr>
        <w:t>"</w:t>
      </w:r>
      <w:r>
        <w:rPr>
          <w:rFonts w:ascii="Times New Roman" w:eastAsia="SimSun" w:hAnsi="Times New Roman"/>
          <w:sz w:val="24"/>
        </w:rPr>
        <w:t>没用</w:t>
      </w:r>
      <w:r>
        <w:rPr>
          <w:rFonts w:ascii="Times New Roman" w:eastAsia="SimSun" w:hAnsi="Times New Roman"/>
          <w:sz w:val="24"/>
        </w:rPr>
        <w:t>"</w:t>
      </w:r>
      <w:r>
        <w:rPr>
          <w:rFonts w:ascii="Times New Roman" w:eastAsia="SimSun" w:hAnsi="Times New Roman"/>
          <w:sz w:val="24"/>
        </w:rPr>
        <w:t>的同桌</w:t>
      </w:r>
    </w:p>
    <w:p w14:paraId="2E1FA106"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写同桌不顾别人嘲笑，每天午休坚持练毛笔字，最终在校书法比赛中获奖。</w:t>
      </w:r>
    </w:p>
    <w:p w14:paraId="0E712160"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赞美执着追求热爱之事的品质，倔强也可以是一种可贵的坚持。</w:t>
      </w:r>
    </w:p>
    <w:p w14:paraId="251A0A36"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通过他人评价与实际行动的对比塑造人物；用墨迹、纸张等细节表现他的专注。</w:t>
      </w:r>
    </w:p>
    <w:p w14:paraId="73068524"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28</w:t>
      </w:r>
      <w:r>
        <w:rPr>
          <w:rFonts w:ascii="Arial" w:eastAsia="SimHei" w:hAnsi="Arial"/>
          <w:b/>
          <w:color w:val="2D5F8A"/>
          <w:sz w:val="28"/>
        </w:rPr>
        <w:t>：</w:t>
      </w:r>
      <w:r>
        <w:rPr>
          <w:rFonts w:ascii="Arial" w:eastAsia="SimHei" w:hAnsi="Arial"/>
          <w:b/>
          <w:color w:val="2D5F8A"/>
          <w:sz w:val="28"/>
        </w:rPr>
        <w:t>2019</w:t>
      </w:r>
      <w:r>
        <w:rPr>
          <w:rFonts w:ascii="Arial" w:eastAsia="SimHei" w:hAnsi="Arial"/>
          <w:b/>
          <w:color w:val="2D5F8A"/>
          <w:sz w:val="28"/>
        </w:rPr>
        <w:t>，我的荣耀</w:t>
      </w:r>
    </w:p>
    <w:p w14:paraId="5C2EB9E0"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在班级合唱比赛中担任领唱并带领班级获奖</w:t>
      </w:r>
    </w:p>
    <w:p w14:paraId="079DB3B3"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写我克服紧张，在排练中帮助同学纠正音准，最终比赛获得一等奖。</w:t>
      </w:r>
    </w:p>
    <w:p w14:paraId="48038E07"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荣耀不仅属于个人，更属于团结协作的集体，努力付出终有回报。</w:t>
      </w:r>
    </w:p>
    <w:p w14:paraId="4B6C7EA1"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用声音、灯光、掌声等多感官描写渲染比赛高潮；结尾将</w:t>
      </w:r>
      <w:r>
        <w:rPr>
          <w:rFonts w:ascii="Times New Roman" w:eastAsia="SimSun" w:hAnsi="Times New Roman"/>
          <w:sz w:val="24"/>
        </w:rPr>
        <w:t>"</w:t>
      </w:r>
      <w:r>
        <w:rPr>
          <w:rFonts w:ascii="Times New Roman" w:eastAsia="SimSun" w:hAnsi="Times New Roman"/>
          <w:sz w:val="24"/>
        </w:rPr>
        <w:t>荣耀</w:t>
      </w:r>
      <w:r>
        <w:rPr>
          <w:rFonts w:ascii="Times New Roman" w:eastAsia="SimSun" w:hAnsi="Times New Roman"/>
          <w:sz w:val="24"/>
        </w:rPr>
        <w:t>"</w:t>
      </w:r>
      <w:r>
        <w:rPr>
          <w:rFonts w:ascii="Times New Roman" w:eastAsia="SimSun" w:hAnsi="Times New Roman"/>
          <w:sz w:val="24"/>
        </w:rPr>
        <w:t>升华为集体荣誉感。</w:t>
      </w:r>
    </w:p>
    <w:p w14:paraId="1C42C965"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29</w:t>
      </w:r>
      <w:r>
        <w:rPr>
          <w:rFonts w:ascii="Arial" w:eastAsia="SimHei" w:hAnsi="Arial"/>
          <w:b/>
          <w:color w:val="2D5F8A"/>
          <w:sz w:val="28"/>
        </w:rPr>
        <w:t>：粉笔也疯狂</w:t>
      </w:r>
    </w:p>
    <w:p w14:paraId="4934F88A"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粉笔们在黑板上开派对的奇幻故事</w:t>
      </w:r>
    </w:p>
    <w:p w14:paraId="102F9F9A"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想象放学后，彩色粉笔们从盒子里跳出来，在黑板上画画、跳舞、争论谁最漂亮。</w:t>
      </w:r>
    </w:p>
    <w:p w14:paraId="0E0A85C7"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通过童趣的想象，表达对学习工具的珍惜和对校园生活的热爱。</w:t>
      </w:r>
    </w:p>
    <w:p w14:paraId="44BAEAED"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运用拟人手法，赋予粉笔性格（如红粉笔热情、蓝粉笔冷静）；语言活泼幽默，充满想象力。</w:t>
      </w:r>
    </w:p>
    <w:p w14:paraId="51D35273"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30</w:t>
      </w:r>
      <w:r>
        <w:rPr>
          <w:rFonts w:ascii="Arial" w:eastAsia="SimHei" w:hAnsi="Arial"/>
          <w:b/>
          <w:color w:val="2D5F8A"/>
          <w:sz w:val="28"/>
        </w:rPr>
        <w:t>：读你</w:t>
      </w:r>
    </w:p>
    <w:p w14:paraId="330EE324" w14:textId="77777777" w:rsidR="000B7F04" w:rsidRDefault="00543B9D">
      <w:pPr>
        <w:spacing w:after="60" w:line="440" w:lineRule="exact"/>
        <w:ind w:left="425"/>
      </w:pPr>
      <w:r>
        <w:rPr>
          <w:rFonts w:ascii="Times New Roman" w:eastAsia="SimSun" w:hAnsi="Times New Roman"/>
          <w:b/>
          <w:sz w:val="24"/>
        </w:rPr>
        <w:lastRenderedPageBreak/>
        <w:t>构思主题：</w:t>
      </w:r>
      <w:r>
        <w:rPr>
          <w:rFonts w:ascii="Times New Roman" w:eastAsia="SimSun" w:hAnsi="Times New Roman"/>
          <w:sz w:val="24"/>
        </w:rPr>
        <w:t>通过日常观察重新理解沉默寡言的父亲</w:t>
      </w:r>
    </w:p>
    <w:p w14:paraId="5D2C9BFE"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写我偶然发现父亲深夜为我修台灯、悄悄检查我书包，才读懂他深沉的爱。</w:t>
      </w:r>
    </w:p>
    <w:p w14:paraId="136936CB"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真正的</w:t>
      </w:r>
      <w:r>
        <w:rPr>
          <w:rFonts w:ascii="Times New Roman" w:eastAsia="SimSun" w:hAnsi="Times New Roman"/>
          <w:sz w:val="24"/>
        </w:rPr>
        <w:t>"</w:t>
      </w:r>
      <w:r>
        <w:rPr>
          <w:rFonts w:ascii="Times New Roman" w:eastAsia="SimSun" w:hAnsi="Times New Roman"/>
          <w:sz w:val="24"/>
        </w:rPr>
        <w:t>读</w:t>
      </w:r>
      <w:r>
        <w:rPr>
          <w:rFonts w:ascii="Times New Roman" w:eastAsia="SimSun" w:hAnsi="Times New Roman"/>
          <w:sz w:val="24"/>
        </w:rPr>
        <w:t>"</w:t>
      </w:r>
      <w:r>
        <w:rPr>
          <w:rFonts w:ascii="Times New Roman" w:eastAsia="SimSun" w:hAnsi="Times New Roman"/>
          <w:sz w:val="24"/>
        </w:rPr>
        <w:t>不是看表面，而是用心体会他人隐藏在行动中的情感。</w:t>
      </w:r>
    </w:p>
    <w:p w14:paraId="4667C337"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以</w:t>
      </w:r>
      <w:r>
        <w:rPr>
          <w:rFonts w:ascii="Times New Roman" w:eastAsia="SimSun" w:hAnsi="Times New Roman"/>
          <w:sz w:val="24"/>
        </w:rPr>
        <w:t>"</w:t>
      </w:r>
      <w:r>
        <w:rPr>
          <w:rFonts w:ascii="Times New Roman" w:eastAsia="SimSun" w:hAnsi="Times New Roman"/>
          <w:sz w:val="24"/>
        </w:rPr>
        <w:t>读</w:t>
      </w:r>
      <w:r>
        <w:rPr>
          <w:rFonts w:ascii="Times New Roman" w:eastAsia="SimSun" w:hAnsi="Times New Roman"/>
          <w:sz w:val="24"/>
        </w:rPr>
        <w:t>"</w:t>
      </w:r>
      <w:r>
        <w:rPr>
          <w:rFonts w:ascii="Times New Roman" w:eastAsia="SimSun" w:hAnsi="Times New Roman"/>
          <w:sz w:val="24"/>
        </w:rPr>
        <w:t>为线索，从</w:t>
      </w:r>
      <w:r>
        <w:rPr>
          <w:rFonts w:ascii="Times New Roman" w:eastAsia="SimSun" w:hAnsi="Times New Roman"/>
          <w:sz w:val="24"/>
        </w:rPr>
        <w:t>"</w:t>
      </w:r>
      <w:r>
        <w:rPr>
          <w:rFonts w:ascii="Times New Roman" w:eastAsia="SimSun" w:hAnsi="Times New Roman"/>
          <w:sz w:val="24"/>
        </w:rPr>
        <w:t>读不懂</w:t>
      </w:r>
      <w:r>
        <w:rPr>
          <w:rFonts w:ascii="Times New Roman" w:eastAsia="SimSun" w:hAnsi="Times New Roman"/>
          <w:sz w:val="24"/>
        </w:rPr>
        <w:t>"</w:t>
      </w:r>
      <w:r>
        <w:rPr>
          <w:rFonts w:ascii="Times New Roman" w:eastAsia="SimSun" w:hAnsi="Times New Roman"/>
          <w:sz w:val="24"/>
        </w:rPr>
        <w:t>到</w:t>
      </w:r>
      <w:r>
        <w:rPr>
          <w:rFonts w:ascii="Times New Roman" w:eastAsia="SimSun" w:hAnsi="Times New Roman"/>
          <w:sz w:val="24"/>
        </w:rPr>
        <w:t>"</w:t>
      </w:r>
      <w:r>
        <w:rPr>
          <w:rFonts w:ascii="Times New Roman" w:eastAsia="SimSun" w:hAnsi="Times New Roman"/>
          <w:sz w:val="24"/>
        </w:rPr>
        <w:t>读懂</w:t>
      </w:r>
      <w:r>
        <w:rPr>
          <w:rFonts w:ascii="Times New Roman" w:eastAsia="SimSun" w:hAnsi="Times New Roman"/>
          <w:sz w:val="24"/>
        </w:rPr>
        <w:t>"</w:t>
      </w:r>
      <w:r>
        <w:rPr>
          <w:rFonts w:ascii="Times New Roman" w:eastAsia="SimSun" w:hAnsi="Times New Roman"/>
          <w:sz w:val="24"/>
        </w:rPr>
        <w:t>层层递进；用具体动作代替抒情，含蓄动人。</w:t>
      </w:r>
    </w:p>
    <w:p w14:paraId="15B8FB09"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31</w:t>
      </w:r>
      <w:r>
        <w:rPr>
          <w:rFonts w:ascii="Arial" w:eastAsia="SimHei" w:hAnsi="Arial"/>
          <w:b/>
          <w:color w:val="2D5F8A"/>
          <w:sz w:val="28"/>
        </w:rPr>
        <w:t>：我可以</w:t>
      </w:r>
    </w:p>
    <w:p w14:paraId="74834AE1"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主动报名参加演讲比赛并认真准备</w:t>
      </w:r>
    </w:p>
    <w:p w14:paraId="6BDC85EF"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写我原本胆小，但在老师鼓励下报名演讲，反复练习克服紧张，最终顺利完成。</w:t>
      </w:r>
    </w:p>
    <w:p w14:paraId="060B06C2"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相信自己、勇敢尝试，就能突破自我设限。</w:t>
      </w:r>
    </w:p>
    <w:p w14:paraId="700EE75D"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心理描写细腻，突出从犹豫到坚定的转变；用</w:t>
      </w:r>
      <w:r>
        <w:rPr>
          <w:rFonts w:ascii="Times New Roman" w:eastAsia="SimSun" w:hAnsi="Times New Roman"/>
          <w:sz w:val="24"/>
        </w:rPr>
        <w:t>"</w:t>
      </w:r>
      <w:r>
        <w:rPr>
          <w:rFonts w:ascii="Times New Roman" w:eastAsia="SimSun" w:hAnsi="Times New Roman"/>
          <w:sz w:val="24"/>
        </w:rPr>
        <w:t>我可以</w:t>
      </w:r>
      <w:r>
        <w:rPr>
          <w:rFonts w:ascii="Times New Roman" w:eastAsia="SimSun" w:hAnsi="Times New Roman"/>
          <w:sz w:val="24"/>
        </w:rPr>
        <w:t>"</w:t>
      </w:r>
      <w:r>
        <w:rPr>
          <w:rFonts w:ascii="Times New Roman" w:eastAsia="SimSun" w:hAnsi="Times New Roman"/>
          <w:sz w:val="24"/>
        </w:rPr>
        <w:t>作为反复出现的内心独白，强化主题。</w:t>
      </w:r>
    </w:p>
    <w:p w14:paraId="06CEBF0B"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32</w:t>
      </w:r>
      <w:r>
        <w:rPr>
          <w:rFonts w:ascii="Arial" w:eastAsia="SimHei" w:hAnsi="Arial"/>
          <w:b/>
          <w:color w:val="2D5F8A"/>
          <w:sz w:val="28"/>
        </w:rPr>
        <w:t>：失败的滋味</w:t>
      </w:r>
    </w:p>
    <w:p w14:paraId="4483BDF8"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数学考试失利后的心情与反思</w:t>
      </w:r>
    </w:p>
    <w:p w14:paraId="0D1BBD0C"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写我考砸后不敢看分数、躲着同学，后来在老师引导下分析错题、重拾信心。</w:t>
      </w:r>
    </w:p>
    <w:p w14:paraId="7C3022B0"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失败虽苦涩，但能让人清醒，是成长的必经之路。</w:t>
      </w:r>
    </w:p>
    <w:p w14:paraId="5DAFB604"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用味觉比喻情绪（如</w:t>
      </w:r>
      <w:r>
        <w:rPr>
          <w:rFonts w:ascii="Times New Roman" w:eastAsia="SimSun" w:hAnsi="Times New Roman"/>
          <w:sz w:val="24"/>
        </w:rPr>
        <w:t>"</w:t>
      </w:r>
      <w:r>
        <w:rPr>
          <w:rFonts w:ascii="Times New Roman" w:eastAsia="SimSun" w:hAnsi="Times New Roman"/>
          <w:sz w:val="24"/>
        </w:rPr>
        <w:t>像咬了青柿子</w:t>
      </w:r>
      <w:r>
        <w:rPr>
          <w:rFonts w:ascii="Times New Roman" w:eastAsia="SimSun" w:hAnsi="Times New Roman"/>
          <w:sz w:val="24"/>
        </w:rPr>
        <w:t>"</w:t>
      </w:r>
      <w:r>
        <w:rPr>
          <w:rFonts w:ascii="Times New Roman" w:eastAsia="SimSun" w:hAnsi="Times New Roman"/>
          <w:sz w:val="24"/>
        </w:rPr>
        <w:t>）；结尾由苦转甘，体现成长感悟。</w:t>
      </w:r>
    </w:p>
    <w:p w14:paraId="38E6AFDD"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33</w:t>
      </w:r>
      <w:r>
        <w:rPr>
          <w:rFonts w:ascii="Arial" w:eastAsia="SimHei" w:hAnsi="Arial"/>
          <w:b/>
          <w:color w:val="2D5F8A"/>
          <w:sz w:val="28"/>
        </w:rPr>
        <w:t>：为坚持的我点赞</w:t>
      </w:r>
    </w:p>
    <w:p w14:paraId="04F58728"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每天晨跑从不间断，哪怕下雨也坚持</w:t>
      </w:r>
    </w:p>
    <w:p w14:paraId="5A4EC326"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写我为了增强体质开始晨跑，经历想放弃又咬牙坚持的过程，体能明显提升。</w:t>
      </w:r>
    </w:p>
    <w:p w14:paraId="1AA17CCC" w14:textId="77777777" w:rsidR="000B7F04" w:rsidRDefault="00543B9D">
      <w:pPr>
        <w:spacing w:after="60" w:line="440" w:lineRule="exact"/>
        <w:ind w:left="425"/>
      </w:pPr>
      <w:r>
        <w:rPr>
          <w:rFonts w:ascii="Times New Roman" w:eastAsia="SimSun" w:hAnsi="Times New Roman"/>
          <w:b/>
          <w:sz w:val="24"/>
        </w:rPr>
        <w:lastRenderedPageBreak/>
        <w:t xml:space="preserve">2. </w:t>
      </w:r>
      <w:r>
        <w:rPr>
          <w:rFonts w:ascii="Times New Roman" w:eastAsia="SimSun" w:hAnsi="Times New Roman"/>
          <w:b/>
          <w:sz w:val="24"/>
        </w:rPr>
        <w:t>中心思想：</w:t>
      </w:r>
      <w:r>
        <w:rPr>
          <w:rFonts w:ascii="Times New Roman" w:eastAsia="SimSun" w:hAnsi="Times New Roman"/>
          <w:sz w:val="24"/>
        </w:rPr>
        <w:t>肯定自己在平凡小事中的毅力，学会自我认可。</w:t>
      </w:r>
    </w:p>
    <w:p w14:paraId="403D587B"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用时间线串联不同天气下的跑步场景；结尾以</w:t>
      </w:r>
      <w:r>
        <w:rPr>
          <w:rFonts w:ascii="Times New Roman" w:eastAsia="SimSun" w:hAnsi="Times New Roman"/>
          <w:sz w:val="24"/>
        </w:rPr>
        <w:t>"</w:t>
      </w:r>
      <w:r>
        <w:rPr>
          <w:rFonts w:ascii="Times New Roman" w:eastAsia="SimSun" w:hAnsi="Times New Roman"/>
          <w:sz w:val="24"/>
        </w:rPr>
        <w:t>点赞</w:t>
      </w:r>
      <w:r>
        <w:rPr>
          <w:rFonts w:ascii="Times New Roman" w:eastAsia="SimSun" w:hAnsi="Times New Roman"/>
          <w:sz w:val="24"/>
        </w:rPr>
        <w:t>"</w:t>
      </w:r>
      <w:r>
        <w:rPr>
          <w:rFonts w:ascii="Times New Roman" w:eastAsia="SimSun" w:hAnsi="Times New Roman"/>
          <w:sz w:val="24"/>
        </w:rPr>
        <w:t>动作收束，情感真挚。</w:t>
      </w:r>
    </w:p>
    <w:p w14:paraId="0C782D45"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34</w:t>
      </w:r>
      <w:r>
        <w:rPr>
          <w:rFonts w:ascii="Arial" w:eastAsia="SimHei" w:hAnsi="Arial"/>
          <w:b/>
          <w:color w:val="2D5F8A"/>
          <w:sz w:val="28"/>
        </w:rPr>
        <w:t>：同学真好</w:t>
      </w:r>
    </w:p>
    <w:p w14:paraId="796D6796"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生病请假后同学主动帮我补课、送笔记</w:t>
      </w:r>
    </w:p>
    <w:p w14:paraId="752BD62E"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写我感冒在家三天，同桌每天发语音讲重点，还手写了详细笔记送来。</w:t>
      </w:r>
    </w:p>
    <w:p w14:paraId="2DC4AA1C"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表达同学间真诚互助的温暖，珍惜同窗情谊。</w:t>
      </w:r>
    </w:p>
    <w:p w14:paraId="6CBEB056"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通过笔记上的涂鸦、语音里的笑声等细节传递温情；语言朴实，避免过度煽情。</w:t>
      </w:r>
    </w:p>
    <w:p w14:paraId="6A7FCDF9"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35</w:t>
      </w:r>
      <w:r>
        <w:rPr>
          <w:rFonts w:ascii="Arial" w:eastAsia="SimHei" w:hAnsi="Arial"/>
          <w:b/>
          <w:color w:val="2D5F8A"/>
          <w:sz w:val="28"/>
        </w:rPr>
        <w:t>：谢谢你，带给我勇气</w:t>
      </w:r>
    </w:p>
    <w:p w14:paraId="440DB7AD"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班主任鼓励我参加朗诵比赛</w:t>
      </w:r>
    </w:p>
    <w:p w14:paraId="5D4C491A"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写我害怕上台，老师课后陪我练习、分享她第一次演讲的糗事，让我放松。</w:t>
      </w:r>
    </w:p>
    <w:p w14:paraId="529D61CE"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感恩老师的信任与引导，正是这份支持让我敢于挑战自我。</w:t>
      </w:r>
    </w:p>
    <w:p w14:paraId="7ABE033C"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用老师的话语作为关键细节，体现其智慧与温度；结尾点明</w:t>
      </w:r>
      <w:r>
        <w:rPr>
          <w:rFonts w:ascii="Times New Roman" w:eastAsia="SimSun" w:hAnsi="Times New Roman"/>
          <w:sz w:val="24"/>
        </w:rPr>
        <w:t>"</w:t>
      </w:r>
      <w:r>
        <w:rPr>
          <w:rFonts w:ascii="Times New Roman" w:eastAsia="SimSun" w:hAnsi="Times New Roman"/>
          <w:sz w:val="24"/>
        </w:rPr>
        <w:t>勇气</w:t>
      </w:r>
      <w:r>
        <w:rPr>
          <w:rFonts w:ascii="Times New Roman" w:eastAsia="SimSun" w:hAnsi="Times New Roman"/>
          <w:sz w:val="24"/>
        </w:rPr>
        <w:t>"</w:t>
      </w:r>
      <w:r>
        <w:rPr>
          <w:rFonts w:ascii="Times New Roman" w:eastAsia="SimSun" w:hAnsi="Times New Roman"/>
          <w:sz w:val="24"/>
        </w:rPr>
        <w:t>的具体表现。</w:t>
      </w:r>
    </w:p>
    <w:p w14:paraId="668F081C"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36</w:t>
      </w:r>
      <w:r>
        <w:rPr>
          <w:rFonts w:ascii="Arial" w:eastAsia="SimHei" w:hAnsi="Arial"/>
          <w:b/>
          <w:color w:val="2D5F8A"/>
          <w:sz w:val="28"/>
        </w:rPr>
        <w:t>：我学会了倾听</w:t>
      </w:r>
    </w:p>
    <w:p w14:paraId="183708FE"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和朋友吵架后学会耐心听对方解释</w:t>
      </w:r>
    </w:p>
    <w:p w14:paraId="1260C48E"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写我和好友因误会冷战，后来我压下情绪认真听她说完，才发现是自己误解了。</w:t>
      </w:r>
    </w:p>
    <w:p w14:paraId="25612B9E"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倾听不仅是听声音，更是理解与尊重，是化解矛盾的关键。</w:t>
      </w:r>
    </w:p>
    <w:p w14:paraId="1BD31070"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对比</w:t>
      </w:r>
      <w:r>
        <w:rPr>
          <w:rFonts w:ascii="Times New Roman" w:eastAsia="SimSun" w:hAnsi="Times New Roman"/>
          <w:sz w:val="24"/>
        </w:rPr>
        <w:t>"</w:t>
      </w:r>
      <w:r>
        <w:rPr>
          <w:rFonts w:ascii="Times New Roman" w:eastAsia="SimSun" w:hAnsi="Times New Roman"/>
          <w:sz w:val="24"/>
        </w:rPr>
        <w:t>急于反驳</w:t>
      </w:r>
      <w:r>
        <w:rPr>
          <w:rFonts w:ascii="Times New Roman" w:eastAsia="SimSun" w:hAnsi="Times New Roman"/>
          <w:sz w:val="24"/>
        </w:rPr>
        <w:t>"</w:t>
      </w:r>
      <w:r>
        <w:rPr>
          <w:rFonts w:ascii="Times New Roman" w:eastAsia="SimSun" w:hAnsi="Times New Roman"/>
          <w:sz w:val="24"/>
        </w:rPr>
        <w:t>与</w:t>
      </w:r>
      <w:r>
        <w:rPr>
          <w:rFonts w:ascii="Times New Roman" w:eastAsia="SimSun" w:hAnsi="Times New Roman"/>
          <w:sz w:val="24"/>
        </w:rPr>
        <w:t>"</w:t>
      </w:r>
      <w:r>
        <w:rPr>
          <w:rFonts w:ascii="Times New Roman" w:eastAsia="SimSun" w:hAnsi="Times New Roman"/>
          <w:sz w:val="24"/>
        </w:rPr>
        <w:t>耐心倾听</w:t>
      </w:r>
      <w:r>
        <w:rPr>
          <w:rFonts w:ascii="Times New Roman" w:eastAsia="SimSun" w:hAnsi="Times New Roman"/>
          <w:sz w:val="24"/>
        </w:rPr>
        <w:t>"</w:t>
      </w:r>
      <w:r>
        <w:rPr>
          <w:rFonts w:ascii="Times New Roman" w:eastAsia="SimSun" w:hAnsi="Times New Roman"/>
          <w:sz w:val="24"/>
        </w:rPr>
        <w:t>的不同结果；用对话展现倾听的过程。</w:t>
      </w:r>
    </w:p>
    <w:p w14:paraId="0B2A4978"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37</w:t>
      </w:r>
      <w:r>
        <w:rPr>
          <w:rFonts w:ascii="Arial" w:eastAsia="SimHei" w:hAnsi="Arial"/>
          <w:b/>
          <w:color w:val="2D5F8A"/>
          <w:sz w:val="28"/>
        </w:rPr>
        <w:t>：他（她）是这样负责的</w:t>
      </w:r>
    </w:p>
    <w:p w14:paraId="70513D95" w14:textId="77777777" w:rsidR="000B7F04" w:rsidRDefault="00543B9D">
      <w:pPr>
        <w:spacing w:after="60" w:line="440" w:lineRule="exact"/>
        <w:ind w:left="425"/>
      </w:pPr>
      <w:r>
        <w:rPr>
          <w:rFonts w:ascii="Times New Roman" w:eastAsia="SimSun" w:hAnsi="Times New Roman"/>
          <w:b/>
          <w:sz w:val="24"/>
        </w:rPr>
        <w:lastRenderedPageBreak/>
        <w:t>构思主题：</w:t>
      </w:r>
      <w:r>
        <w:rPr>
          <w:rFonts w:ascii="Times New Roman" w:eastAsia="SimSun" w:hAnsi="Times New Roman"/>
          <w:sz w:val="24"/>
        </w:rPr>
        <w:t>值日班长每天最后离开教室检查门窗</w:t>
      </w:r>
    </w:p>
    <w:p w14:paraId="77B477C9"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写班长无论多晚都等所有人走后关灯锁门，有次忘带钥匙还跑回来确认。</w:t>
      </w:r>
    </w:p>
    <w:p w14:paraId="61644132"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通过具体事例展现同学高度的责任心，值得敬佩。</w:t>
      </w:r>
    </w:p>
    <w:p w14:paraId="5E25F9A6"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用</w:t>
      </w:r>
      <w:r>
        <w:rPr>
          <w:rFonts w:ascii="Times New Roman" w:eastAsia="SimSun" w:hAnsi="Times New Roman"/>
          <w:sz w:val="24"/>
        </w:rPr>
        <w:t>"</w:t>
      </w:r>
      <w:r>
        <w:rPr>
          <w:rFonts w:ascii="Times New Roman" w:eastAsia="SimSun" w:hAnsi="Times New Roman"/>
          <w:sz w:val="24"/>
        </w:rPr>
        <w:t>每天</w:t>
      </w:r>
      <w:r>
        <w:rPr>
          <w:rFonts w:ascii="Times New Roman" w:eastAsia="SimSun" w:hAnsi="Times New Roman"/>
          <w:sz w:val="24"/>
        </w:rPr>
        <w:t>""</w:t>
      </w:r>
      <w:r>
        <w:rPr>
          <w:rFonts w:ascii="Times New Roman" w:eastAsia="SimSun" w:hAnsi="Times New Roman"/>
          <w:sz w:val="24"/>
        </w:rPr>
        <w:t>总是</w:t>
      </w:r>
      <w:r>
        <w:rPr>
          <w:rFonts w:ascii="Times New Roman" w:eastAsia="SimSun" w:hAnsi="Times New Roman"/>
          <w:sz w:val="24"/>
        </w:rPr>
        <w:t>"</w:t>
      </w:r>
      <w:r>
        <w:rPr>
          <w:rFonts w:ascii="Times New Roman" w:eastAsia="SimSun" w:hAnsi="Times New Roman"/>
          <w:sz w:val="24"/>
        </w:rPr>
        <w:t>等词强调一贯性；结尾以我的反思衬托其品质。</w:t>
      </w:r>
    </w:p>
    <w:p w14:paraId="71E73104"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38</w:t>
      </w:r>
      <w:r>
        <w:rPr>
          <w:rFonts w:ascii="Arial" w:eastAsia="SimHei" w:hAnsi="Arial"/>
          <w:b/>
          <w:color w:val="2D5F8A"/>
          <w:sz w:val="28"/>
        </w:rPr>
        <w:t>：忙碌的初一生活</w:t>
      </w:r>
    </w:p>
    <w:p w14:paraId="4D504CE1"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适应初中节奏，在作业、社团、考试中寻找平衡</w:t>
      </w:r>
    </w:p>
    <w:p w14:paraId="1CA23945"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写我每天赶作业、参加合唱团排练、准备月考，虽然累但充实。</w:t>
      </w:r>
    </w:p>
    <w:p w14:paraId="167BC444"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忙碌是成长的常态，在挑战中学会时间管理与自我调节。</w:t>
      </w:r>
    </w:p>
    <w:p w14:paraId="25252106"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用快节奏的短句表现</w:t>
      </w:r>
      <w:r>
        <w:rPr>
          <w:rFonts w:ascii="Times New Roman" w:eastAsia="SimSun" w:hAnsi="Times New Roman"/>
          <w:sz w:val="24"/>
        </w:rPr>
        <w:t>"</w:t>
      </w:r>
      <w:r>
        <w:rPr>
          <w:rFonts w:ascii="Times New Roman" w:eastAsia="SimSun" w:hAnsi="Times New Roman"/>
          <w:sz w:val="24"/>
        </w:rPr>
        <w:t>忙</w:t>
      </w:r>
      <w:r>
        <w:rPr>
          <w:rFonts w:ascii="Times New Roman" w:eastAsia="SimSun" w:hAnsi="Times New Roman"/>
          <w:sz w:val="24"/>
        </w:rPr>
        <w:t>"</w:t>
      </w:r>
      <w:r>
        <w:rPr>
          <w:rFonts w:ascii="Times New Roman" w:eastAsia="SimSun" w:hAnsi="Times New Roman"/>
          <w:sz w:val="24"/>
        </w:rPr>
        <w:t>；结尾以</w:t>
      </w:r>
      <w:r>
        <w:rPr>
          <w:rFonts w:ascii="Times New Roman" w:eastAsia="SimSun" w:hAnsi="Times New Roman"/>
          <w:sz w:val="24"/>
        </w:rPr>
        <w:t>"</w:t>
      </w:r>
      <w:r>
        <w:rPr>
          <w:rFonts w:ascii="Times New Roman" w:eastAsia="SimSun" w:hAnsi="Times New Roman"/>
          <w:sz w:val="24"/>
        </w:rPr>
        <w:t>累并快乐着</w:t>
      </w:r>
      <w:r>
        <w:rPr>
          <w:rFonts w:ascii="Times New Roman" w:eastAsia="SimSun" w:hAnsi="Times New Roman"/>
          <w:sz w:val="24"/>
        </w:rPr>
        <w:t>"</w:t>
      </w:r>
      <w:r>
        <w:rPr>
          <w:rFonts w:ascii="Times New Roman" w:eastAsia="SimSun" w:hAnsi="Times New Roman"/>
          <w:sz w:val="24"/>
        </w:rPr>
        <w:t>点出积极态度。</w:t>
      </w:r>
    </w:p>
    <w:p w14:paraId="1C709F20"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39</w:t>
      </w:r>
      <w:r>
        <w:rPr>
          <w:rFonts w:ascii="Arial" w:eastAsia="SimHei" w:hAnsi="Arial"/>
          <w:b/>
          <w:color w:val="2D5F8A"/>
          <w:sz w:val="28"/>
        </w:rPr>
        <w:t>：课间的美好时光</w:t>
      </w:r>
    </w:p>
    <w:p w14:paraId="27954E17"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和同学在走廊玩翻花绳、聊天</w:t>
      </w:r>
    </w:p>
    <w:p w14:paraId="25E19C6D"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写十分钟课间，我们围在一起翻花绳、分享零食、吐槽作业，笑声不断。</w:t>
      </w:r>
    </w:p>
    <w:p w14:paraId="5B3AD3CB"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平凡课间因友情而珍贵，是紧张学习中的温暖调剂。</w:t>
      </w:r>
    </w:p>
    <w:p w14:paraId="7ADBF68C"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用动作、语言、神态描写还原场景；以小见大，从课间折射同学情谊。</w:t>
      </w:r>
    </w:p>
    <w:p w14:paraId="638E56F6"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40</w:t>
      </w:r>
      <w:r>
        <w:rPr>
          <w:rFonts w:ascii="Arial" w:eastAsia="SimHei" w:hAnsi="Arial"/>
          <w:b/>
          <w:color w:val="2D5F8A"/>
          <w:sz w:val="28"/>
        </w:rPr>
        <w:t>：那一次，我真后悔</w:t>
      </w:r>
    </w:p>
    <w:p w14:paraId="66AB102E"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因冲动对妈妈说了伤人的话</w:t>
      </w:r>
    </w:p>
    <w:p w14:paraId="4B98955E"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写妈妈关心我穿衣，我却嫌她啰嗦大吼</w:t>
      </w:r>
      <w:r>
        <w:rPr>
          <w:rFonts w:ascii="Times New Roman" w:eastAsia="SimSun" w:hAnsi="Times New Roman"/>
          <w:sz w:val="24"/>
        </w:rPr>
        <w:t>"</w:t>
      </w:r>
      <w:r>
        <w:rPr>
          <w:rFonts w:ascii="Times New Roman" w:eastAsia="SimSun" w:hAnsi="Times New Roman"/>
          <w:sz w:val="24"/>
        </w:rPr>
        <w:t>别管我</w:t>
      </w:r>
      <w:r>
        <w:rPr>
          <w:rFonts w:ascii="Times New Roman" w:eastAsia="SimSun" w:hAnsi="Times New Roman"/>
          <w:sz w:val="24"/>
        </w:rPr>
        <w:t>"</w:t>
      </w:r>
      <w:r>
        <w:rPr>
          <w:rFonts w:ascii="Times New Roman" w:eastAsia="SimSun" w:hAnsi="Times New Roman"/>
          <w:sz w:val="24"/>
        </w:rPr>
        <w:t>，事后看到她默默叠衣服的背影。</w:t>
      </w:r>
    </w:p>
    <w:p w14:paraId="37A71D20"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反思情绪失控的伤害，懂得珍惜亲情、学会表达感恩。</w:t>
      </w:r>
    </w:p>
    <w:p w14:paraId="211536A2"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用</w:t>
      </w:r>
      <w:r>
        <w:rPr>
          <w:rFonts w:ascii="Times New Roman" w:eastAsia="SimSun" w:hAnsi="Times New Roman"/>
          <w:sz w:val="24"/>
        </w:rPr>
        <w:t>"</w:t>
      </w:r>
      <w:r>
        <w:rPr>
          <w:rFonts w:ascii="Times New Roman" w:eastAsia="SimSun" w:hAnsi="Times New Roman"/>
          <w:sz w:val="24"/>
        </w:rPr>
        <w:t>背影</w:t>
      </w:r>
      <w:r>
        <w:rPr>
          <w:rFonts w:ascii="Times New Roman" w:eastAsia="SimSun" w:hAnsi="Times New Roman"/>
          <w:sz w:val="24"/>
        </w:rPr>
        <w:t>""</w:t>
      </w:r>
      <w:r>
        <w:rPr>
          <w:rFonts w:ascii="Times New Roman" w:eastAsia="SimSun" w:hAnsi="Times New Roman"/>
          <w:sz w:val="24"/>
        </w:rPr>
        <w:t>叠衣服</w:t>
      </w:r>
      <w:r>
        <w:rPr>
          <w:rFonts w:ascii="Times New Roman" w:eastAsia="SimSun" w:hAnsi="Times New Roman"/>
          <w:sz w:val="24"/>
        </w:rPr>
        <w:t>"</w:t>
      </w:r>
      <w:r>
        <w:rPr>
          <w:rFonts w:ascii="Times New Roman" w:eastAsia="SimSun" w:hAnsi="Times New Roman"/>
          <w:sz w:val="24"/>
        </w:rPr>
        <w:t>等细节触发悔意；心理描写真实，避免空洞道歉。</w:t>
      </w:r>
    </w:p>
    <w:p w14:paraId="45DDAECE" w14:textId="77777777" w:rsidR="000B7F04" w:rsidRDefault="00543B9D">
      <w:pPr>
        <w:pBdr>
          <w:bottom w:val="single" w:sz="6" w:space="1" w:color="1C3A5E"/>
        </w:pBdr>
        <w:spacing w:before="360" w:after="160"/>
      </w:pPr>
      <w:r>
        <w:rPr>
          <w:rFonts w:ascii="Arial" w:eastAsia="SimHei" w:hAnsi="Arial"/>
          <w:b/>
          <w:color w:val="1C3A5E"/>
          <w:sz w:val="32"/>
        </w:rPr>
        <w:lastRenderedPageBreak/>
        <w:t>第</w:t>
      </w:r>
      <w:r>
        <w:rPr>
          <w:rFonts w:ascii="Arial" w:eastAsia="SimHei" w:hAnsi="Arial"/>
          <w:b/>
          <w:color w:val="1C3A5E"/>
          <w:sz w:val="32"/>
        </w:rPr>
        <w:t>3</w:t>
      </w:r>
      <w:r>
        <w:rPr>
          <w:rFonts w:ascii="Arial" w:eastAsia="SimHei" w:hAnsi="Arial"/>
          <w:b/>
          <w:color w:val="1C3A5E"/>
          <w:sz w:val="32"/>
        </w:rPr>
        <w:t>部分（题目</w:t>
      </w:r>
      <w:r>
        <w:rPr>
          <w:rFonts w:ascii="Arial" w:eastAsia="SimHei" w:hAnsi="Arial"/>
          <w:b/>
          <w:color w:val="1C3A5E"/>
          <w:sz w:val="32"/>
        </w:rPr>
        <w:t>41-60</w:t>
      </w:r>
      <w:r>
        <w:rPr>
          <w:rFonts w:ascii="Arial" w:eastAsia="SimHei" w:hAnsi="Arial"/>
          <w:b/>
          <w:color w:val="1C3A5E"/>
          <w:sz w:val="32"/>
        </w:rPr>
        <w:t>）</w:t>
      </w:r>
    </w:p>
    <w:p w14:paraId="6487F963"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41</w:t>
      </w:r>
      <w:r>
        <w:rPr>
          <w:rFonts w:ascii="Arial" w:eastAsia="SimHei" w:hAnsi="Arial"/>
          <w:b/>
          <w:color w:val="2D5F8A"/>
          <w:sz w:val="28"/>
        </w:rPr>
        <w:t>：这件事真让我后悔</w:t>
      </w:r>
    </w:p>
    <w:p w14:paraId="4F774206"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补全为</w:t>
      </w:r>
      <w:r>
        <w:rPr>
          <w:rFonts w:ascii="Times New Roman" w:eastAsia="SimSun" w:hAnsi="Times New Roman"/>
          <w:sz w:val="24"/>
        </w:rPr>
        <w:t>"</w:t>
      </w:r>
      <w:r>
        <w:rPr>
          <w:rFonts w:ascii="Times New Roman" w:eastAsia="SimSun" w:hAnsi="Times New Roman"/>
          <w:sz w:val="24"/>
        </w:rPr>
        <w:t>后悔</w:t>
      </w:r>
      <w:r>
        <w:rPr>
          <w:rFonts w:ascii="Times New Roman" w:eastAsia="SimSun" w:hAnsi="Times New Roman"/>
          <w:sz w:val="24"/>
        </w:rPr>
        <w:t>"</w:t>
      </w:r>
      <w:r>
        <w:rPr>
          <w:rFonts w:ascii="Times New Roman" w:eastAsia="SimSun" w:hAnsi="Times New Roman"/>
          <w:sz w:val="24"/>
        </w:rPr>
        <w:t>，写一次因冲动对好朋友说了伤人的话，事后十分懊悔。</w:t>
      </w:r>
    </w:p>
    <w:p w14:paraId="2D2CD212"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写我和好朋友因为一点小事吵架，我口不择言说了重话，导致两人冷战，后来我主动道歉才和好。</w:t>
      </w:r>
    </w:p>
    <w:p w14:paraId="2B83D9FA"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表达冲动是魔鬼，朋友之间要互相包容，学会控制情绪。</w:t>
      </w:r>
    </w:p>
    <w:p w14:paraId="7C4E12B3"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重点描写吵架时</w:t>
      </w:r>
      <w:r>
        <w:rPr>
          <w:rFonts w:ascii="Times New Roman" w:eastAsia="SimSun" w:hAnsi="Times New Roman"/>
          <w:sz w:val="24"/>
        </w:rPr>
        <w:t>"</w:t>
      </w:r>
      <w:r>
        <w:rPr>
          <w:rFonts w:ascii="Times New Roman" w:eastAsia="SimSun" w:hAnsi="Times New Roman"/>
          <w:sz w:val="24"/>
        </w:rPr>
        <w:t>我</w:t>
      </w:r>
      <w:r>
        <w:rPr>
          <w:rFonts w:ascii="Times New Roman" w:eastAsia="SimSun" w:hAnsi="Times New Roman"/>
          <w:sz w:val="24"/>
        </w:rPr>
        <w:t>"</w:t>
      </w:r>
      <w:r>
        <w:rPr>
          <w:rFonts w:ascii="Times New Roman" w:eastAsia="SimSun" w:hAnsi="Times New Roman"/>
          <w:sz w:val="24"/>
        </w:rPr>
        <w:t>的心理活动和后悔时的内心挣扎，用环境描写烘托心情。</w:t>
      </w:r>
    </w:p>
    <w:p w14:paraId="5A3056C9"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42</w:t>
      </w:r>
      <w:r>
        <w:rPr>
          <w:rFonts w:ascii="Arial" w:eastAsia="SimHei" w:hAnsi="Arial"/>
          <w:b/>
          <w:color w:val="2D5F8A"/>
          <w:sz w:val="28"/>
        </w:rPr>
        <w:t>：我热爱这样的生活</w:t>
      </w:r>
    </w:p>
    <w:p w14:paraId="0B7E3D4E"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写周末和父母一起做家务、做饭的温馨家庭时光。</w:t>
      </w:r>
    </w:p>
    <w:p w14:paraId="05029C7A"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写周末我不再睡懒觉，而是帮妈妈洗菜、和爸爸一起包饺子，全家围坐吃饭聊天。</w:t>
      </w:r>
    </w:p>
    <w:p w14:paraId="50399E34"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表达对平凡、温馨的家庭生活的热爱，体会到劳动的快乐和亲情的珍贵。</w:t>
      </w:r>
    </w:p>
    <w:p w14:paraId="4D771F56"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运用动作描写和语言描写，把做饭的过程写得生动有趣，充满生活气息。</w:t>
      </w:r>
    </w:p>
    <w:p w14:paraId="6DF9F60A"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43</w:t>
      </w:r>
      <w:r>
        <w:rPr>
          <w:rFonts w:ascii="Arial" w:eastAsia="SimHei" w:hAnsi="Arial"/>
          <w:b/>
          <w:color w:val="2D5F8A"/>
          <w:sz w:val="28"/>
        </w:rPr>
        <w:t>：因为有你</w:t>
      </w:r>
    </w:p>
    <w:p w14:paraId="2960C8A2"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写同桌在我考试失利时给我的鼓励和帮助。</w:t>
      </w:r>
    </w:p>
    <w:p w14:paraId="00FDB104"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写我数学考砸了心情低落，同桌主动帮我分析错题，还讲笑话逗我开心。</w:t>
      </w:r>
    </w:p>
    <w:p w14:paraId="1F7CA8D8"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表达对同桌的感激之情，突出友谊的力量能让人走出低谷。</w:t>
      </w:r>
    </w:p>
    <w:p w14:paraId="0C661767"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通过对比</w:t>
      </w:r>
      <w:r>
        <w:rPr>
          <w:rFonts w:ascii="Times New Roman" w:eastAsia="SimSun" w:hAnsi="Times New Roman"/>
          <w:sz w:val="24"/>
        </w:rPr>
        <w:t>"</w:t>
      </w:r>
      <w:r>
        <w:rPr>
          <w:rFonts w:ascii="Times New Roman" w:eastAsia="SimSun" w:hAnsi="Times New Roman"/>
          <w:sz w:val="24"/>
        </w:rPr>
        <w:t>我</w:t>
      </w:r>
      <w:r>
        <w:rPr>
          <w:rFonts w:ascii="Times New Roman" w:eastAsia="SimSun" w:hAnsi="Times New Roman"/>
          <w:sz w:val="24"/>
        </w:rPr>
        <w:t>"</w:t>
      </w:r>
      <w:r>
        <w:rPr>
          <w:rFonts w:ascii="Times New Roman" w:eastAsia="SimSun" w:hAnsi="Times New Roman"/>
          <w:sz w:val="24"/>
        </w:rPr>
        <w:t>前后的情绪变化，以及同桌的具体言行来表现</w:t>
      </w:r>
      <w:r>
        <w:rPr>
          <w:rFonts w:ascii="Times New Roman" w:eastAsia="SimSun" w:hAnsi="Times New Roman"/>
          <w:sz w:val="24"/>
        </w:rPr>
        <w:t>"</w:t>
      </w:r>
      <w:r>
        <w:rPr>
          <w:rFonts w:ascii="Times New Roman" w:eastAsia="SimSun" w:hAnsi="Times New Roman"/>
          <w:sz w:val="24"/>
        </w:rPr>
        <w:t>有你</w:t>
      </w:r>
      <w:r>
        <w:rPr>
          <w:rFonts w:ascii="Times New Roman" w:eastAsia="SimSun" w:hAnsi="Times New Roman"/>
          <w:sz w:val="24"/>
        </w:rPr>
        <w:t>"</w:t>
      </w:r>
      <w:r>
        <w:rPr>
          <w:rFonts w:ascii="Times New Roman" w:eastAsia="SimSun" w:hAnsi="Times New Roman"/>
          <w:sz w:val="24"/>
        </w:rPr>
        <w:t>的重要性。</w:t>
      </w:r>
    </w:p>
    <w:p w14:paraId="439C7A7C"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44</w:t>
      </w:r>
      <w:r>
        <w:rPr>
          <w:rFonts w:ascii="Arial" w:eastAsia="SimHei" w:hAnsi="Arial"/>
          <w:b/>
          <w:color w:val="2D5F8A"/>
          <w:sz w:val="28"/>
        </w:rPr>
        <w:t>：触动心灵</w:t>
      </w:r>
    </w:p>
    <w:p w14:paraId="6513C1BF" w14:textId="77777777" w:rsidR="000B7F04" w:rsidRDefault="00543B9D">
      <w:pPr>
        <w:spacing w:after="60" w:line="440" w:lineRule="exact"/>
        <w:ind w:left="425"/>
      </w:pPr>
      <w:r>
        <w:rPr>
          <w:rFonts w:ascii="Times New Roman" w:eastAsia="SimSun" w:hAnsi="Times New Roman"/>
          <w:b/>
          <w:sz w:val="24"/>
        </w:rPr>
        <w:lastRenderedPageBreak/>
        <w:t>构思主题：</w:t>
      </w:r>
      <w:r>
        <w:rPr>
          <w:rFonts w:ascii="Times New Roman" w:eastAsia="SimSun" w:hAnsi="Times New Roman"/>
          <w:sz w:val="24"/>
        </w:rPr>
        <w:t>写在校门口看到环卫工人在寒风中吃冷饭的场景。</w:t>
      </w:r>
    </w:p>
    <w:p w14:paraId="41FCA4B0"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写冬天放学时，看到一位环卫工阿姨坐在路边啃冷馒头，我深受触动，把热牛奶送给她。</w:t>
      </w:r>
    </w:p>
    <w:p w14:paraId="1446C7C9"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表达对普通劳动者的敬意，以及自己内心被唤醒的善良与责任感。</w:t>
      </w:r>
    </w:p>
    <w:p w14:paraId="7A6B274F"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细致描写环卫工人的外貌、动作和环境，用细节打动人心，结尾升华感悟。</w:t>
      </w:r>
    </w:p>
    <w:p w14:paraId="7BCFF1DD"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45</w:t>
      </w:r>
      <w:r>
        <w:rPr>
          <w:rFonts w:ascii="Arial" w:eastAsia="SimHei" w:hAnsi="Arial"/>
          <w:b/>
          <w:color w:val="2D5F8A"/>
          <w:sz w:val="28"/>
        </w:rPr>
        <w:t>：微笑</w:t>
      </w:r>
    </w:p>
    <w:p w14:paraId="737EA856"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写老师在我紧张时给予的一个鼓励的微笑。</w:t>
      </w:r>
    </w:p>
    <w:p w14:paraId="5D0CF196"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写我第一次上台演讲非常紧张，看到台下班主任对我微笑点头，我才顺利完成演讲。</w:t>
      </w:r>
    </w:p>
    <w:p w14:paraId="549CFB8E"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表达微笑的力量，它能给人勇气和自信，传递温暖。</w:t>
      </w:r>
    </w:p>
    <w:p w14:paraId="256B5E4A"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重点刻画老师微笑的神态，以及</w:t>
      </w:r>
      <w:r>
        <w:rPr>
          <w:rFonts w:ascii="Times New Roman" w:eastAsia="SimSun" w:hAnsi="Times New Roman"/>
          <w:sz w:val="24"/>
        </w:rPr>
        <w:t>"</w:t>
      </w:r>
      <w:r>
        <w:rPr>
          <w:rFonts w:ascii="Times New Roman" w:eastAsia="SimSun" w:hAnsi="Times New Roman"/>
          <w:sz w:val="24"/>
        </w:rPr>
        <w:t>我</w:t>
      </w:r>
      <w:r>
        <w:rPr>
          <w:rFonts w:ascii="Times New Roman" w:eastAsia="SimSun" w:hAnsi="Times New Roman"/>
          <w:sz w:val="24"/>
        </w:rPr>
        <w:t>"</w:t>
      </w:r>
      <w:r>
        <w:rPr>
          <w:rFonts w:ascii="Times New Roman" w:eastAsia="SimSun" w:hAnsi="Times New Roman"/>
          <w:sz w:val="24"/>
        </w:rPr>
        <w:t>看到微笑后心理和身体的变化。</w:t>
      </w:r>
    </w:p>
    <w:p w14:paraId="230CFF59"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46</w:t>
      </w:r>
      <w:r>
        <w:rPr>
          <w:rFonts w:ascii="Arial" w:eastAsia="SimHei" w:hAnsi="Arial"/>
          <w:b/>
          <w:color w:val="2D5F8A"/>
          <w:sz w:val="28"/>
        </w:rPr>
        <w:t>：温暖</w:t>
      </w:r>
    </w:p>
    <w:p w14:paraId="44ACB13B"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写下雨天爸爸在校门口给我送伞，自己却淋湿了。</w:t>
      </w:r>
    </w:p>
    <w:p w14:paraId="3017EB3E"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写突降大雨，爸爸赶来接我，一路上把伞都倾斜到我这边，到家后他半边身子都湿了。</w:t>
      </w:r>
    </w:p>
    <w:p w14:paraId="20A875F4"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通过这件小事，表现父爱的深沉与无私，表达内心的感动。</w:t>
      </w:r>
    </w:p>
    <w:p w14:paraId="79C1CF9A"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抓住</w:t>
      </w:r>
      <w:r>
        <w:rPr>
          <w:rFonts w:ascii="Times New Roman" w:eastAsia="SimSun" w:hAnsi="Times New Roman"/>
          <w:sz w:val="24"/>
        </w:rPr>
        <w:t>"</w:t>
      </w:r>
      <w:r>
        <w:rPr>
          <w:rFonts w:ascii="Times New Roman" w:eastAsia="SimSun" w:hAnsi="Times New Roman"/>
          <w:sz w:val="24"/>
        </w:rPr>
        <w:t>倾斜的雨伞</w:t>
      </w:r>
      <w:r>
        <w:rPr>
          <w:rFonts w:ascii="Times New Roman" w:eastAsia="SimSun" w:hAnsi="Times New Roman"/>
          <w:sz w:val="24"/>
        </w:rPr>
        <w:t>"</w:t>
      </w:r>
      <w:r>
        <w:rPr>
          <w:rFonts w:ascii="Times New Roman" w:eastAsia="SimSun" w:hAnsi="Times New Roman"/>
          <w:sz w:val="24"/>
        </w:rPr>
        <w:t>这一细节，结合雨景描写，烘托出浓浓的亲情。</w:t>
      </w:r>
    </w:p>
    <w:p w14:paraId="1B464F78"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47</w:t>
      </w:r>
      <w:r>
        <w:rPr>
          <w:rFonts w:ascii="Arial" w:eastAsia="SimHei" w:hAnsi="Arial"/>
          <w:b/>
          <w:color w:val="2D5F8A"/>
          <w:sz w:val="28"/>
        </w:rPr>
        <w:t>：伙伴</w:t>
      </w:r>
    </w:p>
    <w:p w14:paraId="73636045"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写和小组同学一起准备班级黑板报的经历。</w:t>
      </w:r>
    </w:p>
    <w:p w14:paraId="46712151"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写我们小组为了出好黑板报，分工合作，有人画画、有人写字、有人查资料，虽然累但很开心。</w:t>
      </w:r>
    </w:p>
    <w:p w14:paraId="7D17E9C7" w14:textId="77777777" w:rsidR="000B7F04" w:rsidRDefault="00543B9D">
      <w:pPr>
        <w:spacing w:after="60" w:line="440" w:lineRule="exact"/>
        <w:ind w:left="425"/>
      </w:pPr>
      <w:r>
        <w:rPr>
          <w:rFonts w:ascii="Times New Roman" w:eastAsia="SimSun" w:hAnsi="Times New Roman"/>
          <w:b/>
          <w:sz w:val="24"/>
        </w:rPr>
        <w:lastRenderedPageBreak/>
        <w:t xml:space="preserve">2. </w:t>
      </w:r>
      <w:r>
        <w:rPr>
          <w:rFonts w:ascii="Times New Roman" w:eastAsia="SimSun" w:hAnsi="Times New Roman"/>
          <w:b/>
          <w:sz w:val="24"/>
        </w:rPr>
        <w:t>中心思想：</w:t>
      </w:r>
      <w:r>
        <w:rPr>
          <w:rFonts w:ascii="Times New Roman" w:eastAsia="SimSun" w:hAnsi="Times New Roman"/>
          <w:sz w:val="24"/>
        </w:rPr>
        <w:t>表达团队合作的重要性，以及伙伴之间互相支持、共同成长的快乐。</w:t>
      </w:r>
    </w:p>
    <w:p w14:paraId="197070D4"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描写大家合作时的具体场景和对话，展现每个人不同的性格和贡献。</w:t>
      </w:r>
    </w:p>
    <w:p w14:paraId="09A54079"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48</w:t>
      </w:r>
      <w:r>
        <w:rPr>
          <w:rFonts w:ascii="Arial" w:eastAsia="SimHei" w:hAnsi="Arial"/>
          <w:b/>
          <w:color w:val="2D5F8A"/>
          <w:sz w:val="28"/>
        </w:rPr>
        <w:t>：重返老屋</w:t>
      </w:r>
    </w:p>
    <w:p w14:paraId="23A71210"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补全为</w:t>
      </w:r>
      <w:r>
        <w:rPr>
          <w:rFonts w:ascii="Times New Roman" w:eastAsia="SimSun" w:hAnsi="Times New Roman"/>
          <w:sz w:val="24"/>
        </w:rPr>
        <w:t>"</w:t>
      </w:r>
      <w:r>
        <w:rPr>
          <w:rFonts w:ascii="Times New Roman" w:eastAsia="SimSun" w:hAnsi="Times New Roman"/>
          <w:sz w:val="24"/>
        </w:rPr>
        <w:t>老屋</w:t>
      </w:r>
      <w:r>
        <w:rPr>
          <w:rFonts w:ascii="Times New Roman" w:eastAsia="SimSun" w:hAnsi="Times New Roman"/>
          <w:sz w:val="24"/>
        </w:rPr>
        <w:t>"</w:t>
      </w:r>
      <w:r>
        <w:rPr>
          <w:rFonts w:ascii="Times New Roman" w:eastAsia="SimSun" w:hAnsi="Times New Roman"/>
          <w:sz w:val="24"/>
        </w:rPr>
        <w:t>，写暑假回乡下爷爷奶奶家的老房子。</w:t>
      </w:r>
    </w:p>
    <w:p w14:paraId="5B6CBAD0"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写回到久未居住的老屋，看到院子里的枣树和旧玩具，回忆起小时候在这里玩耍的时光。</w:t>
      </w:r>
    </w:p>
    <w:p w14:paraId="7547B6F2"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表达对童年时光的怀念和对故乡的眷恋之情。</w:t>
      </w:r>
    </w:p>
    <w:p w14:paraId="5B4245A4"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运用触景生情的手法，通过老屋里的旧物串联起回忆，做到情景交融。</w:t>
      </w:r>
    </w:p>
    <w:p w14:paraId="18769BCB"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49</w:t>
      </w:r>
      <w:r>
        <w:rPr>
          <w:rFonts w:ascii="Arial" w:eastAsia="SimHei" w:hAnsi="Arial"/>
          <w:b/>
          <w:color w:val="2D5F8A"/>
          <w:sz w:val="28"/>
        </w:rPr>
        <w:t>：有爱才有成长</w:t>
      </w:r>
    </w:p>
    <w:p w14:paraId="19436DDA"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写妈妈在我生病时彻夜照顾，让我懂得了感恩。</w:t>
      </w:r>
    </w:p>
    <w:p w14:paraId="4AD9F306"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写我半夜发高烧，妈妈一直守在我床边物理降温，第二天我好了，她却熬红了眼。</w:t>
      </w:r>
    </w:p>
    <w:p w14:paraId="264D1B2D"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表达家人的爱是成长的养分，在爱中学会感恩和坚强。</w:t>
      </w:r>
    </w:p>
    <w:p w14:paraId="771859B2"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通过描写妈妈疲惫的神态和</w:t>
      </w:r>
      <w:r>
        <w:rPr>
          <w:rFonts w:ascii="Times New Roman" w:eastAsia="SimSun" w:hAnsi="Times New Roman"/>
          <w:sz w:val="24"/>
        </w:rPr>
        <w:t>"</w:t>
      </w:r>
      <w:r>
        <w:rPr>
          <w:rFonts w:ascii="Times New Roman" w:eastAsia="SimSun" w:hAnsi="Times New Roman"/>
          <w:sz w:val="24"/>
        </w:rPr>
        <w:t>我</w:t>
      </w:r>
      <w:r>
        <w:rPr>
          <w:rFonts w:ascii="Times New Roman" w:eastAsia="SimSun" w:hAnsi="Times New Roman"/>
          <w:sz w:val="24"/>
        </w:rPr>
        <w:t>"</w:t>
      </w:r>
      <w:r>
        <w:rPr>
          <w:rFonts w:ascii="Times New Roman" w:eastAsia="SimSun" w:hAnsi="Times New Roman"/>
          <w:sz w:val="24"/>
        </w:rPr>
        <w:t>内心的愧疚，突出</w:t>
      </w:r>
      <w:r>
        <w:rPr>
          <w:rFonts w:ascii="Times New Roman" w:eastAsia="SimSun" w:hAnsi="Times New Roman"/>
          <w:sz w:val="24"/>
        </w:rPr>
        <w:t>"</w:t>
      </w:r>
      <w:r>
        <w:rPr>
          <w:rFonts w:ascii="Times New Roman" w:eastAsia="SimSun" w:hAnsi="Times New Roman"/>
          <w:sz w:val="24"/>
        </w:rPr>
        <w:t>爱</w:t>
      </w:r>
      <w:r>
        <w:rPr>
          <w:rFonts w:ascii="Times New Roman" w:eastAsia="SimSun" w:hAnsi="Times New Roman"/>
          <w:sz w:val="24"/>
        </w:rPr>
        <w:t>"</w:t>
      </w:r>
      <w:r>
        <w:rPr>
          <w:rFonts w:ascii="Times New Roman" w:eastAsia="SimSun" w:hAnsi="Times New Roman"/>
          <w:sz w:val="24"/>
        </w:rPr>
        <w:t>与</w:t>
      </w:r>
      <w:r>
        <w:rPr>
          <w:rFonts w:ascii="Times New Roman" w:eastAsia="SimSun" w:hAnsi="Times New Roman"/>
          <w:sz w:val="24"/>
        </w:rPr>
        <w:t>"</w:t>
      </w:r>
      <w:r>
        <w:rPr>
          <w:rFonts w:ascii="Times New Roman" w:eastAsia="SimSun" w:hAnsi="Times New Roman"/>
          <w:sz w:val="24"/>
        </w:rPr>
        <w:t>成长</w:t>
      </w:r>
      <w:r>
        <w:rPr>
          <w:rFonts w:ascii="Times New Roman" w:eastAsia="SimSun" w:hAnsi="Times New Roman"/>
          <w:sz w:val="24"/>
        </w:rPr>
        <w:t>"</w:t>
      </w:r>
      <w:r>
        <w:rPr>
          <w:rFonts w:ascii="Times New Roman" w:eastAsia="SimSun" w:hAnsi="Times New Roman"/>
          <w:sz w:val="24"/>
        </w:rPr>
        <w:t>的联系。</w:t>
      </w:r>
    </w:p>
    <w:p w14:paraId="7C360562"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50</w:t>
      </w:r>
      <w:r>
        <w:rPr>
          <w:rFonts w:ascii="Arial" w:eastAsia="SimHei" w:hAnsi="Arial"/>
          <w:b/>
          <w:color w:val="2D5F8A"/>
          <w:sz w:val="28"/>
        </w:rPr>
        <w:t>：留在记忆里的桂花香</w:t>
      </w:r>
    </w:p>
    <w:p w14:paraId="3F798D64"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补全为</w:t>
      </w:r>
      <w:r>
        <w:rPr>
          <w:rFonts w:ascii="Times New Roman" w:eastAsia="SimSun" w:hAnsi="Times New Roman"/>
          <w:sz w:val="24"/>
        </w:rPr>
        <w:t>"</w:t>
      </w:r>
      <w:r>
        <w:rPr>
          <w:rFonts w:ascii="Times New Roman" w:eastAsia="SimSun" w:hAnsi="Times New Roman"/>
          <w:sz w:val="24"/>
        </w:rPr>
        <w:t>桂花香</w:t>
      </w:r>
      <w:r>
        <w:rPr>
          <w:rFonts w:ascii="Times New Roman" w:eastAsia="SimSun" w:hAnsi="Times New Roman"/>
          <w:sz w:val="24"/>
        </w:rPr>
        <w:t>"</w:t>
      </w:r>
      <w:r>
        <w:rPr>
          <w:rFonts w:ascii="Times New Roman" w:eastAsia="SimSun" w:hAnsi="Times New Roman"/>
          <w:sz w:val="24"/>
        </w:rPr>
        <w:t>，写小学毕业前和同学们在桂花树下的约定。</w:t>
      </w:r>
    </w:p>
    <w:p w14:paraId="35321ADB"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写毕业前夕，全班同学在校园的桂花树下合影、许愿，那天的桂花香特别浓。</w:t>
      </w:r>
    </w:p>
    <w:p w14:paraId="5E3D221E"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表达对小学生活的不舍和对友谊的珍视，这段记忆将永远伴随自己。</w:t>
      </w:r>
    </w:p>
    <w:p w14:paraId="6A52BB94"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以</w:t>
      </w:r>
      <w:r>
        <w:rPr>
          <w:rFonts w:ascii="Times New Roman" w:eastAsia="SimSun" w:hAnsi="Times New Roman"/>
          <w:sz w:val="24"/>
        </w:rPr>
        <w:t>"</w:t>
      </w:r>
      <w:r>
        <w:rPr>
          <w:rFonts w:ascii="Times New Roman" w:eastAsia="SimSun" w:hAnsi="Times New Roman"/>
          <w:sz w:val="24"/>
        </w:rPr>
        <w:t>桂花香</w:t>
      </w:r>
      <w:r>
        <w:rPr>
          <w:rFonts w:ascii="Times New Roman" w:eastAsia="SimSun" w:hAnsi="Times New Roman"/>
          <w:sz w:val="24"/>
        </w:rPr>
        <w:t>"</w:t>
      </w:r>
      <w:r>
        <w:rPr>
          <w:rFonts w:ascii="Times New Roman" w:eastAsia="SimSun" w:hAnsi="Times New Roman"/>
          <w:sz w:val="24"/>
        </w:rPr>
        <w:t>为线索贯穿全文，将气味与情感结合，营造怀旧的氛围。</w:t>
      </w:r>
    </w:p>
    <w:p w14:paraId="02F2FF13" w14:textId="77777777" w:rsidR="000B7F04" w:rsidRDefault="00543B9D">
      <w:pPr>
        <w:spacing w:before="240" w:after="80"/>
      </w:pPr>
      <w:r>
        <w:rPr>
          <w:rFonts w:ascii="Arial" w:eastAsia="SimHei" w:hAnsi="Arial"/>
          <w:b/>
          <w:color w:val="2D5F8A"/>
          <w:sz w:val="28"/>
        </w:rPr>
        <w:lastRenderedPageBreak/>
        <w:t>题目</w:t>
      </w:r>
      <w:r>
        <w:rPr>
          <w:rFonts w:ascii="Arial" w:eastAsia="SimHei" w:hAnsi="Arial"/>
          <w:b/>
          <w:color w:val="2D5F8A"/>
          <w:sz w:val="28"/>
        </w:rPr>
        <w:t>51</w:t>
      </w:r>
      <w:r>
        <w:rPr>
          <w:rFonts w:ascii="Arial" w:eastAsia="SimHei" w:hAnsi="Arial"/>
          <w:b/>
          <w:color w:val="2D5F8A"/>
          <w:sz w:val="28"/>
        </w:rPr>
        <w:t>：我的偶像二三事</w:t>
      </w:r>
    </w:p>
    <w:p w14:paraId="3F303B5E"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写全红婵刻苦训练和纯真质朴的故事。</w:t>
      </w:r>
    </w:p>
    <w:p w14:paraId="38625939"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写全红婵为了跳水梦想每天坚持高强度训练，以及她在采访中说要赚钱给妈妈治病的朴实话语。</w:t>
      </w:r>
    </w:p>
    <w:p w14:paraId="3005A28B"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表达偶像不仅是光环，更是努力和孝顺的榜样，激励自己奋发向上。</w:t>
      </w:r>
    </w:p>
    <w:p w14:paraId="6339893C"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选取具体、真实的事例，避免空洞赞美，结合自己的实际行动谈感悟。</w:t>
      </w:r>
    </w:p>
    <w:p w14:paraId="31529B5D"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52</w:t>
      </w:r>
      <w:r>
        <w:rPr>
          <w:rFonts w:ascii="Arial" w:eastAsia="SimHei" w:hAnsi="Arial"/>
          <w:b/>
          <w:color w:val="2D5F8A"/>
          <w:sz w:val="28"/>
        </w:rPr>
        <w:t>：我爱我家</w:t>
      </w:r>
    </w:p>
    <w:p w14:paraId="491F0D16"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写周末全家一起大扫除的欢乐场景。</w:t>
      </w:r>
    </w:p>
    <w:p w14:paraId="4745D7B7"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写周末全家总动员，爸爸擦窗、妈妈拖地、我整理书桌，大家边干活边开玩笑。</w:t>
      </w:r>
    </w:p>
    <w:p w14:paraId="5D714F56"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表达对家庭的热爱，家不仅是住所，更是充满欢声笑语的港湾。</w:t>
      </w:r>
    </w:p>
    <w:p w14:paraId="5EFD777F"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用幽默的语言描写家人的劳动状态，营造轻松愉快的家庭氛围。</w:t>
      </w:r>
    </w:p>
    <w:p w14:paraId="3CDE3A7F"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53</w:t>
      </w:r>
      <w:r>
        <w:rPr>
          <w:rFonts w:ascii="Arial" w:eastAsia="SimHei" w:hAnsi="Arial"/>
          <w:b/>
          <w:color w:val="2D5F8A"/>
          <w:sz w:val="28"/>
        </w:rPr>
        <w:t>：我的朋友</w:t>
      </w:r>
    </w:p>
    <w:p w14:paraId="3477018A"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写性格内向但乐于助人的同桌小林。</w:t>
      </w:r>
    </w:p>
    <w:p w14:paraId="5482D815"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写小林平时话不多，但在我忘带文具时默默递给我，在我遇到难题时耐心讲解。</w:t>
      </w:r>
    </w:p>
    <w:p w14:paraId="3AA88C60"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表达真正的朋友不在于话多，而在于真诚的关心和实际的帮助。</w:t>
      </w:r>
    </w:p>
    <w:p w14:paraId="6F1E042E"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通过</w:t>
      </w:r>
      <w:r>
        <w:rPr>
          <w:rFonts w:ascii="Times New Roman" w:eastAsia="SimSun" w:hAnsi="Times New Roman"/>
          <w:sz w:val="24"/>
        </w:rPr>
        <w:t>"</w:t>
      </w:r>
      <w:r>
        <w:rPr>
          <w:rFonts w:ascii="Times New Roman" w:eastAsia="SimSun" w:hAnsi="Times New Roman"/>
          <w:sz w:val="24"/>
        </w:rPr>
        <w:t>少言</w:t>
      </w:r>
      <w:r>
        <w:rPr>
          <w:rFonts w:ascii="Times New Roman" w:eastAsia="SimSun" w:hAnsi="Times New Roman"/>
          <w:sz w:val="24"/>
        </w:rPr>
        <w:t>"</w:t>
      </w:r>
      <w:r>
        <w:rPr>
          <w:rFonts w:ascii="Times New Roman" w:eastAsia="SimSun" w:hAnsi="Times New Roman"/>
          <w:sz w:val="24"/>
        </w:rPr>
        <w:t>与</w:t>
      </w:r>
      <w:r>
        <w:rPr>
          <w:rFonts w:ascii="Times New Roman" w:eastAsia="SimSun" w:hAnsi="Times New Roman"/>
          <w:sz w:val="24"/>
        </w:rPr>
        <w:t>"</w:t>
      </w:r>
      <w:r>
        <w:rPr>
          <w:rFonts w:ascii="Times New Roman" w:eastAsia="SimSun" w:hAnsi="Times New Roman"/>
          <w:sz w:val="24"/>
        </w:rPr>
        <w:t>多做</w:t>
      </w:r>
      <w:r>
        <w:rPr>
          <w:rFonts w:ascii="Times New Roman" w:eastAsia="SimSun" w:hAnsi="Times New Roman"/>
          <w:sz w:val="24"/>
        </w:rPr>
        <w:t>"</w:t>
      </w:r>
      <w:r>
        <w:rPr>
          <w:rFonts w:ascii="Times New Roman" w:eastAsia="SimSun" w:hAnsi="Times New Roman"/>
          <w:sz w:val="24"/>
        </w:rPr>
        <w:t>的对比，用细节刻画人物性格，使形象更立体。</w:t>
      </w:r>
    </w:p>
    <w:p w14:paraId="6D935996"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54</w:t>
      </w:r>
      <w:r>
        <w:rPr>
          <w:rFonts w:ascii="Arial" w:eastAsia="SimHei" w:hAnsi="Arial"/>
          <w:b/>
          <w:color w:val="2D5F8A"/>
          <w:sz w:val="28"/>
        </w:rPr>
        <w:t>：真没想到</w:t>
      </w:r>
    </w:p>
    <w:p w14:paraId="48E0B984"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写平时严厉的爸爸竟然偷偷帮我修好了心爱的玩具。</w:t>
      </w:r>
    </w:p>
    <w:p w14:paraId="7039D7B0"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写我的玩具坏了以为会被骂，结果第二天早上发现爸爸戴着老花镜在客厅帮我修好了。</w:t>
      </w:r>
    </w:p>
    <w:p w14:paraId="761479DD" w14:textId="77777777" w:rsidR="000B7F04" w:rsidRDefault="00543B9D">
      <w:pPr>
        <w:spacing w:after="60" w:line="440" w:lineRule="exact"/>
        <w:ind w:left="425"/>
      </w:pPr>
      <w:r>
        <w:rPr>
          <w:rFonts w:ascii="Times New Roman" w:eastAsia="SimSun" w:hAnsi="Times New Roman"/>
          <w:b/>
          <w:sz w:val="24"/>
        </w:rPr>
        <w:lastRenderedPageBreak/>
        <w:t xml:space="preserve">2. </w:t>
      </w:r>
      <w:r>
        <w:rPr>
          <w:rFonts w:ascii="Times New Roman" w:eastAsia="SimSun" w:hAnsi="Times New Roman"/>
          <w:b/>
          <w:sz w:val="24"/>
        </w:rPr>
        <w:t>中心思想：</w:t>
      </w:r>
      <w:r>
        <w:rPr>
          <w:rFonts w:ascii="Times New Roman" w:eastAsia="SimSun" w:hAnsi="Times New Roman"/>
          <w:sz w:val="24"/>
        </w:rPr>
        <w:t>表达对父爱新的认识，严厉的外表下藏着细腻的温柔。</w:t>
      </w:r>
    </w:p>
    <w:p w14:paraId="0A94081A"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设置悬念，先写对爸爸的</w:t>
      </w:r>
      <w:r>
        <w:rPr>
          <w:rFonts w:ascii="Times New Roman" w:eastAsia="SimSun" w:hAnsi="Times New Roman"/>
          <w:sz w:val="24"/>
        </w:rPr>
        <w:t>"</w:t>
      </w:r>
      <w:r>
        <w:rPr>
          <w:rFonts w:ascii="Times New Roman" w:eastAsia="SimSun" w:hAnsi="Times New Roman"/>
          <w:sz w:val="24"/>
        </w:rPr>
        <w:t>怕</w:t>
      </w:r>
      <w:r>
        <w:rPr>
          <w:rFonts w:ascii="Times New Roman" w:eastAsia="SimSun" w:hAnsi="Times New Roman"/>
          <w:sz w:val="24"/>
        </w:rPr>
        <w:t>"</w:t>
      </w:r>
      <w:r>
        <w:rPr>
          <w:rFonts w:ascii="Times New Roman" w:eastAsia="SimSun" w:hAnsi="Times New Roman"/>
          <w:sz w:val="24"/>
        </w:rPr>
        <w:t>，再写发现真相后的</w:t>
      </w:r>
      <w:r>
        <w:rPr>
          <w:rFonts w:ascii="Times New Roman" w:eastAsia="SimSun" w:hAnsi="Times New Roman"/>
          <w:sz w:val="24"/>
        </w:rPr>
        <w:t>"</w:t>
      </w:r>
      <w:r>
        <w:rPr>
          <w:rFonts w:ascii="Times New Roman" w:eastAsia="SimSun" w:hAnsi="Times New Roman"/>
          <w:sz w:val="24"/>
        </w:rPr>
        <w:t>暖</w:t>
      </w:r>
      <w:r>
        <w:rPr>
          <w:rFonts w:ascii="Times New Roman" w:eastAsia="SimSun" w:hAnsi="Times New Roman"/>
          <w:sz w:val="24"/>
        </w:rPr>
        <w:t>"</w:t>
      </w:r>
      <w:r>
        <w:rPr>
          <w:rFonts w:ascii="Times New Roman" w:eastAsia="SimSun" w:hAnsi="Times New Roman"/>
          <w:sz w:val="24"/>
        </w:rPr>
        <w:t>，形成情感反转。</w:t>
      </w:r>
    </w:p>
    <w:p w14:paraId="6C0787D0"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55</w:t>
      </w:r>
      <w:r>
        <w:rPr>
          <w:rFonts w:ascii="Arial" w:eastAsia="SimHei" w:hAnsi="Arial"/>
          <w:b/>
          <w:color w:val="2D5F8A"/>
          <w:sz w:val="28"/>
        </w:rPr>
        <w:t>：记我一次愉快的体验</w:t>
      </w:r>
    </w:p>
    <w:p w14:paraId="77F22381"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写第一次参加学校义卖活动当</w:t>
      </w:r>
      <w:r>
        <w:rPr>
          <w:rFonts w:ascii="Times New Roman" w:eastAsia="SimSun" w:hAnsi="Times New Roman"/>
          <w:sz w:val="24"/>
        </w:rPr>
        <w:t>"</w:t>
      </w:r>
      <w:r>
        <w:rPr>
          <w:rFonts w:ascii="Times New Roman" w:eastAsia="SimSun" w:hAnsi="Times New Roman"/>
          <w:sz w:val="24"/>
        </w:rPr>
        <w:t>小老板</w:t>
      </w:r>
      <w:r>
        <w:rPr>
          <w:rFonts w:ascii="Times New Roman" w:eastAsia="SimSun" w:hAnsi="Times New Roman"/>
          <w:sz w:val="24"/>
        </w:rPr>
        <w:t>"</w:t>
      </w:r>
      <w:r>
        <w:rPr>
          <w:rFonts w:ascii="Times New Roman" w:eastAsia="SimSun" w:hAnsi="Times New Roman"/>
          <w:sz w:val="24"/>
        </w:rPr>
        <w:t>。</w:t>
      </w:r>
    </w:p>
    <w:p w14:paraId="1F491044"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写我在义卖摊位上大声吆喝、推销同学捐的旧书，最后卖出了很多，虽然累但很有成就感。</w:t>
      </w:r>
    </w:p>
    <w:p w14:paraId="5101B2AE"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表达参与社会实践的快乐，体会到付出和劳动带来的满足感。</w:t>
      </w:r>
    </w:p>
    <w:p w14:paraId="49309CF8"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生动描写叫卖时的动作、语言和顾客的反应，突出</w:t>
      </w:r>
      <w:r>
        <w:rPr>
          <w:rFonts w:ascii="Times New Roman" w:eastAsia="SimSun" w:hAnsi="Times New Roman"/>
          <w:sz w:val="24"/>
        </w:rPr>
        <w:t>"</w:t>
      </w:r>
      <w:r>
        <w:rPr>
          <w:rFonts w:ascii="Times New Roman" w:eastAsia="SimSun" w:hAnsi="Times New Roman"/>
          <w:sz w:val="24"/>
        </w:rPr>
        <w:t>愉快</w:t>
      </w:r>
      <w:r>
        <w:rPr>
          <w:rFonts w:ascii="Times New Roman" w:eastAsia="SimSun" w:hAnsi="Times New Roman"/>
          <w:sz w:val="24"/>
        </w:rPr>
        <w:t>"</w:t>
      </w:r>
      <w:r>
        <w:rPr>
          <w:rFonts w:ascii="Times New Roman" w:eastAsia="SimSun" w:hAnsi="Times New Roman"/>
          <w:sz w:val="24"/>
        </w:rPr>
        <w:t>的体验过程。</w:t>
      </w:r>
    </w:p>
    <w:p w14:paraId="6902B52D"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56</w:t>
      </w:r>
      <w:r>
        <w:rPr>
          <w:rFonts w:ascii="Arial" w:eastAsia="SimHei" w:hAnsi="Arial"/>
          <w:b/>
          <w:color w:val="2D5F8A"/>
          <w:sz w:val="28"/>
        </w:rPr>
        <w:t>：我在坚持的日子里</w:t>
      </w:r>
    </w:p>
    <w:p w14:paraId="27ED6C72"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补全为</w:t>
      </w:r>
      <w:r>
        <w:rPr>
          <w:rFonts w:ascii="Times New Roman" w:eastAsia="SimSun" w:hAnsi="Times New Roman"/>
          <w:sz w:val="24"/>
        </w:rPr>
        <w:t>"</w:t>
      </w:r>
      <w:r>
        <w:rPr>
          <w:rFonts w:ascii="Times New Roman" w:eastAsia="SimSun" w:hAnsi="Times New Roman"/>
          <w:sz w:val="24"/>
        </w:rPr>
        <w:t>坚持</w:t>
      </w:r>
      <w:r>
        <w:rPr>
          <w:rFonts w:ascii="Times New Roman" w:eastAsia="SimSun" w:hAnsi="Times New Roman"/>
          <w:sz w:val="24"/>
        </w:rPr>
        <w:t>"</w:t>
      </w:r>
      <w:r>
        <w:rPr>
          <w:rFonts w:ascii="Times New Roman" w:eastAsia="SimSun" w:hAnsi="Times New Roman"/>
          <w:sz w:val="24"/>
        </w:rPr>
        <w:t>，写为了体育考试每天练习长跑。</w:t>
      </w:r>
    </w:p>
    <w:p w14:paraId="5A6616DF"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写为了</w:t>
      </w:r>
      <w:r>
        <w:rPr>
          <w:rFonts w:ascii="Times New Roman" w:eastAsia="SimSun" w:hAnsi="Times New Roman"/>
          <w:sz w:val="24"/>
        </w:rPr>
        <w:t>800</w:t>
      </w:r>
      <w:r>
        <w:rPr>
          <w:rFonts w:ascii="Times New Roman" w:eastAsia="SimSun" w:hAnsi="Times New Roman"/>
          <w:sz w:val="24"/>
        </w:rPr>
        <w:t>米达标，我每天放学后在操场练习，从跑不动到能坚持跑完，腿酸也不放弃。</w:t>
      </w:r>
    </w:p>
    <w:p w14:paraId="19885177"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表达坚持的意义，在汗水中磨炼了意志，超越了自我。</w:t>
      </w:r>
    </w:p>
    <w:p w14:paraId="1DA9FDA7"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细致描写跑步时的身体感受和心理斗争，用时间推移展现进步的过程。</w:t>
      </w:r>
    </w:p>
    <w:p w14:paraId="1D74A4B8"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57</w:t>
      </w:r>
      <w:r>
        <w:rPr>
          <w:rFonts w:ascii="Arial" w:eastAsia="SimHei" w:hAnsi="Arial"/>
          <w:b/>
          <w:color w:val="2D5F8A"/>
          <w:sz w:val="28"/>
        </w:rPr>
        <w:t>：爱在细微处</w:t>
      </w:r>
    </w:p>
    <w:p w14:paraId="1EDFF166"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写奶奶每天早起给我热牛奶的习惯。</w:t>
      </w:r>
    </w:p>
    <w:p w14:paraId="103CA5A2"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写每天早上桌上总有一杯温度刚好的牛奶，后来才发现奶奶为了让我多睡会儿，总是起得很早。</w:t>
      </w:r>
    </w:p>
    <w:p w14:paraId="01AAE796"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表达爱往往藏在不起眼的日常小事中，需要用心去感受。</w:t>
      </w:r>
    </w:p>
    <w:p w14:paraId="14830DA8"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以小见大，通过</w:t>
      </w:r>
      <w:r>
        <w:rPr>
          <w:rFonts w:ascii="Times New Roman" w:eastAsia="SimSun" w:hAnsi="Times New Roman"/>
          <w:sz w:val="24"/>
        </w:rPr>
        <w:t>"</w:t>
      </w:r>
      <w:r>
        <w:rPr>
          <w:rFonts w:ascii="Times New Roman" w:eastAsia="SimSun" w:hAnsi="Times New Roman"/>
          <w:sz w:val="24"/>
        </w:rPr>
        <w:t>一杯牛奶</w:t>
      </w:r>
      <w:r>
        <w:rPr>
          <w:rFonts w:ascii="Times New Roman" w:eastAsia="SimSun" w:hAnsi="Times New Roman"/>
          <w:sz w:val="24"/>
        </w:rPr>
        <w:t>"</w:t>
      </w:r>
      <w:r>
        <w:rPr>
          <w:rFonts w:ascii="Times New Roman" w:eastAsia="SimSun" w:hAnsi="Times New Roman"/>
          <w:sz w:val="24"/>
        </w:rPr>
        <w:t>这个细微之物，折射出长辈深沉的爱。</w:t>
      </w:r>
    </w:p>
    <w:p w14:paraId="02AFA74D"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58</w:t>
      </w:r>
      <w:r>
        <w:rPr>
          <w:rFonts w:ascii="Arial" w:eastAsia="SimHei" w:hAnsi="Arial"/>
          <w:b/>
          <w:color w:val="2D5F8A"/>
          <w:sz w:val="28"/>
        </w:rPr>
        <w:t>：开启</w:t>
      </w:r>
    </w:p>
    <w:p w14:paraId="27B1E11B" w14:textId="77777777" w:rsidR="000B7F04" w:rsidRDefault="00543B9D">
      <w:pPr>
        <w:spacing w:after="60" w:line="440" w:lineRule="exact"/>
        <w:ind w:left="425"/>
      </w:pPr>
      <w:r>
        <w:rPr>
          <w:rFonts w:ascii="Times New Roman" w:eastAsia="SimSun" w:hAnsi="Times New Roman"/>
          <w:b/>
          <w:sz w:val="24"/>
        </w:rPr>
        <w:lastRenderedPageBreak/>
        <w:t>构思主题：</w:t>
      </w:r>
      <w:r>
        <w:rPr>
          <w:rFonts w:ascii="Times New Roman" w:eastAsia="SimSun" w:hAnsi="Times New Roman"/>
          <w:sz w:val="24"/>
        </w:rPr>
        <w:t>写第一次独自坐公交车去图书馆。</w:t>
      </w:r>
    </w:p>
    <w:p w14:paraId="6E15A21F"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写我克服恐惧，独自刷卡上车、看站牌、下车，顺利到达图书馆，感觉自己长大了。</w:t>
      </w:r>
    </w:p>
    <w:p w14:paraId="4EF983E2"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表达这次经历开启了我的独立之路，让我收获了自信和勇气。</w:t>
      </w:r>
    </w:p>
    <w:p w14:paraId="5545626C"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细腻描写上车前的紧张和下车后的轻松，把</w:t>
      </w:r>
      <w:r>
        <w:rPr>
          <w:rFonts w:ascii="Times New Roman" w:eastAsia="SimSun" w:hAnsi="Times New Roman"/>
          <w:sz w:val="24"/>
        </w:rPr>
        <w:t>"</w:t>
      </w:r>
      <w:r>
        <w:rPr>
          <w:rFonts w:ascii="Times New Roman" w:eastAsia="SimSun" w:hAnsi="Times New Roman"/>
          <w:sz w:val="24"/>
        </w:rPr>
        <w:t>开启</w:t>
      </w:r>
      <w:r>
        <w:rPr>
          <w:rFonts w:ascii="Times New Roman" w:eastAsia="SimSun" w:hAnsi="Times New Roman"/>
          <w:sz w:val="24"/>
        </w:rPr>
        <w:t>"</w:t>
      </w:r>
      <w:r>
        <w:rPr>
          <w:rFonts w:ascii="Times New Roman" w:eastAsia="SimSun" w:hAnsi="Times New Roman"/>
          <w:sz w:val="24"/>
        </w:rPr>
        <w:t>的心理变化写具体。</w:t>
      </w:r>
    </w:p>
    <w:p w14:paraId="61DDA399"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59</w:t>
      </w:r>
      <w:r>
        <w:rPr>
          <w:rFonts w:ascii="Arial" w:eastAsia="SimHei" w:hAnsi="Arial"/>
          <w:b/>
          <w:color w:val="2D5F8A"/>
          <w:sz w:val="28"/>
        </w:rPr>
        <w:t>：让我感动的人</w:t>
      </w:r>
    </w:p>
    <w:p w14:paraId="0EDA00AC"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补全为</w:t>
      </w:r>
      <w:r>
        <w:rPr>
          <w:rFonts w:ascii="Times New Roman" w:eastAsia="SimSun" w:hAnsi="Times New Roman"/>
          <w:sz w:val="24"/>
        </w:rPr>
        <w:t>"</w:t>
      </w:r>
      <w:r>
        <w:rPr>
          <w:rFonts w:ascii="Times New Roman" w:eastAsia="SimSun" w:hAnsi="Times New Roman"/>
          <w:sz w:val="24"/>
        </w:rPr>
        <w:t>感动</w:t>
      </w:r>
      <w:r>
        <w:rPr>
          <w:rFonts w:ascii="Times New Roman" w:eastAsia="SimSun" w:hAnsi="Times New Roman"/>
          <w:sz w:val="24"/>
        </w:rPr>
        <w:t>"</w:t>
      </w:r>
      <w:r>
        <w:rPr>
          <w:rFonts w:ascii="Times New Roman" w:eastAsia="SimSun" w:hAnsi="Times New Roman"/>
          <w:sz w:val="24"/>
        </w:rPr>
        <w:t>，写小区保安叔叔每天风雨无阻地帮业主开门。</w:t>
      </w:r>
    </w:p>
    <w:p w14:paraId="5C588306"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写无论刮风下雨，保安叔叔总是站在门口，帮提重物的业主开门，还提醒大家注意安全。</w:t>
      </w:r>
    </w:p>
    <w:p w14:paraId="4AA77464"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表达对平凡岗位上敬业精神的敬佩，普通人也能带来感动。</w:t>
      </w:r>
    </w:p>
    <w:p w14:paraId="1528F9CC"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选取一个具体的雨天场景，描写保安叔叔的动作和神态，突出他的坚守。</w:t>
      </w:r>
    </w:p>
    <w:p w14:paraId="6003B5F0"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60</w:t>
      </w:r>
      <w:r>
        <w:rPr>
          <w:rFonts w:ascii="Arial" w:eastAsia="SimHei" w:hAnsi="Arial"/>
          <w:b/>
          <w:color w:val="2D5F8A"/>
          <w:sz w:val="28"/>
        </w:rPr>
        <w:t>：乐在其中</w:t>
      </w:r>
    </w:p>
    <w:p w14:paraId="0967A630"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写沉浸在拼乐高模型中的乐趣。</w:t>
      </w:r>
    </w:p>
    <w:p w14:paraId="685F256D"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写周末我花了一整天拼一个复杂的城堡，虽然眼睛酸、手指痛，但看到成品时特别开心。</w:t>
      </w:r>
    </w:p>
    <w:p w14:paraId="252BA3F6"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表达专注做自己喜欢的事情，过程虽苦但内心充满快乐和满足。</w:t>
      </w:r>
    </w:p>
    <w:p w14:paraId="163DD449"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描写拼装时的专注状态和遇到困难时的思考，突出</w:t>
      </w:r>
      <w:r>
        <w:rPr>
          <w:rFonts w:ascii="Times New Roman" w:eastAsia="SimSun" w:hAnsi="Times New Roman"/>
          <w:sz w:val="24"/>
        </w:rPr>
        <w:t>"</w:t>
      </w:r>
      <w:r>
        <w:rPr>
          <w:rFonts w:ascii="Times New Roman" w:eastAsia="SimSun" w:hAnsi="Times New Roman"/>
          <w:sz w:val="24"/>
        </w:rPr>
        <w:t>乐</w:t>
      </w:r>
      <w:r>
        <w:rPr>
          <w:rFonts w:ascii="Times New Roman" w:eastAsia="SimSun" w:hAnsi="Times New Roman"/>
          <w:sz w:val="24"/>
        </w:rPr>
        <w:t>"</w:t>
      </w:r>
      <w:r>
        <w:rPr>
          <w:rFonts w:ascii="Times New Roman" w:eastAsia="SimSun" w:hAnsi="Times New Roman"/>
          <w:sz w:val="24"/>
        </w:rPr>
        <w:t>在过程而非结果。</w:t>
      </w:r>
    </w:p>
    <w:p w14:paraId="5D05A5AC" w14:textId="77777777" w:rsidR="000B7F04" w:rsidRDefault="00543B9D">
      <w:pPr>
        <w:pBdr>
          <w:bottom w:val="single" w:sz="6" w:space="1" w:color="1C3A5E"/>
        </w:pBdr>
        <w:spacing w:before="360" w:after="160"/>
      </w:pPr>
      <w:r>
        <w:rPr>
          <w:rFonts w:ascii="Arial" w:eastAsia="SimHei" w:hAnsi="Arial"/>
          <w:b/>
          <w:color w:val="1C3A5E"/>
          <w:sz w:val="32"/>
        </w:rPr>
        <w:t>第</w:t>
      </w:r>
      <w:r>
        <w:rPr>
          <w:rFonts w:ascii="Arial" w:eastAsia="SimHei" w:hAnsi="Arial"/>
          <w:b/>
          <w:color w:val="1C3A5E"/>
          <w:sz w:val="32"/>
        </w:rPr>
        <w:t>4</w:t>
      </w:r>
      <w:r>
        <w:rPr>
          <w:rFonts w:ascii="Arial" w:eastAsia="SimHei" w:hAnsi="Arial"/>
          <w:b/>
          <w:color w:val="1C3A5E"/>
          <w:sz w:val="32"/>
        </w:rPr>
        <w:t>部分（题目</w:t>
      </w:r>
      <w:r>
        <w:rPr>
          <w:rFonts w:ascii="Arial" w:eastAsia="SimHei" w:hAnsi="Arial"/>
          <w:b/>
          <w:color w:val="1C3A5E"/>
          <w:sz w:val="32"/>
        </w:rPr>
        <w:t>61-79</w:t>
      </w:r>
      <w:r>
        <w:rPr>
          <w:rFonts w:ascii="Arial" w:eastAsia="SimHei" w:hAnsi="Arial"/>
          <w:b/>
          <w:color w:val="1C3A5E"/>
          <w:sz w:val="32"/>
        </w:rPr>
        <w:t>）</w:t>
      </w:r>
    </w:p>
    <w:p w14:paraId="3CB19751"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61</w:t>
      </w:r>
      <w:r>
        <w:rPr>
          <w:rFonts w:ascii="Arial" w:eastAsia="SimHei" w:hAnsi="Arial"/>
          <w:b/>
          <w:color w:val="2D5F8A"/>
          <w:sz w:val="28"/>
        </w:rPr>
        <w:t>：线上新收获</w:t>
      </w:r>
    </w:p>
    <w:p w14:paraId="0406E47B"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通过网课学会了一项新技能（如剪辑视频或做手账）</w:t>
      </w:r>
    </w:p>
    <w:p w14:paraId="1778054C"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写我在上网课时，跟着视频教程自学了视频剪辑，从不会到做出第一个作品的全过程。</w:t>
      </w:r>
    </w:p>
    <w:p w14:paraId="726FFA71" w14:textId="77777777" w:rsidR="000B7F04" w:rsidRDefault="00543B9D">
      <w:pPr>
        <w:spacing w:after="60" w:line="440" w:lineRule="exact"/>
        <w:ind w:left="425"/>
      </w:pPr>
      <w:r>
        <w:rPr>
          <w:rFonts w:ascii="Times New Roman" w:eastAsia="SimSun" w:hAnsi="Times New Roman"/>
          <w:b/>
          <w:sz w:val="24"/>
        </w:rPr>
        <w:lastRenderedPageBreak/>
        <w:t xml:space="preserve">2. </w:t>
      </w:r>
      <w:r>
        <w:rPr>
          <w:rFonts w:ascii="Times New Roman" w:eastAsia="SimSun" w:hAnsi="Times New Roman"/>
          <w:b/>
          <w:sz w:val="24"/>
        </w:rPr>
        <w:t>中心思想：</w:t>
      </w:r>
      <w:r>
        <w:rPr>
          <w:rFonts w:ascii="Times New Roman" w:eastAsia="SimSun" w:hAnsi="Times New Roman"/>
          <w:sz w:val="24"/>
        </w:rPr>
        <w:t>表达网络不仅是上课的工具，更是拓宽视野、学习新本领的平台。</w:t>
      </w:r>
    </w:p>
    <w:p w14:paraId="4CE7A5FB"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通过描写操作鼠标和键盘的细节，以及看到成品时的心理活动，突出</w:t>
      </w:r>
      <w:r>
        <w:rPr>
          <w:rFonts w:ascii="Times New Roman" w:eastAsia="SimSun" w:hAnsi="Times New Roman"/>
          <w:sz w:val="24"/>
        </w:rPr>
        <w:t>"</w:t>
      </w:r>
      <w:r>
        <w:rPr>
          <w:rFonts w:ascii="Times New Roman" w:eastAsia="SimSun" w:hAnsi="Times New Roman"/>
          <w:sz w:val="24"/>
        </w:rPr>
        <w:t>收获</w:t>
      </w:r>
      <w:r>
        <w:rPr>
          <w:rFonts w:ascii="Times New Roman" w:eastAsia="SimSun" w:hAnsi="Times New Roman"/>
          <w:sz w:val="24"/>
        </w:rPr>
        <w:t>"</w:t>
      </w:r>
      <w:r>
        <w:rPr>
          <w:rFonts w:ascii="Times New Roman" w:eastAsia="SimSun" w:hAnsi="Times New Roman"/>
          <w:sz w:val="24"/>
        </w:rPr>
        <w:t>的喜悦。</w:t>
      </w:r>
    </w:p>
    <w:p w14:paraId="6DD75B6F"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62</w:t>
      </w:r>
      <w:r>
        <w:rPr>
          <w:rFonts w:ascii="Arial" w:eastAsia="SimHei" w:hAnsi="Arial"/>
          <w:b/>
          <w:color w:val="2D5F8A"/>
          <w:sz w:val="28"/>
        </w:rPr>
        <w:t>：一小步</w:t>
      </w:r>
    </w:p>
    <w:p w14:paraId="79DB9593"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克服胆怯，第一次主动举手发言</w:t>
      </w:r>
    </w:p>
    <w:p w14:paraId="78062A1A"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记录我在课堂上内心挣扎，最终鼓起勇气举手回答问题，虽然声音不大但迈出了勇敢的一步。</w:t>
      </w:r>
    </w:p>
    <w:p w14:paraId="1F8A1179"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说明成长往往就藏在看似微不足道的</w:t>
      </w:r>
      <w:r>
        <w:rPr>
          <w:rFonts w:ascii="Times New Roman" w:eastAsia="SimSun" w:hAnsi="Times New Roman"/>
          <w:sz w:val="24"/>
        </w:rPr>
        <w:t>"</w:t>
      </w:r>
      <w:r>
        <w:rPr>
          <w:rFonts w:ascii="Times New Roman" w:eastAsia="SimSun" w:hAnsi="Times New Roman"/>
          <w:sz w:val="24"/>
        </w:rPr>
        <w:t>一小步</w:t>
      </w:r>
      <w:r>
        <w:rPr>
          <w:rFonts w:ascii="Times New Roman" w:eastAsia="SimSun" w:hAnsi="Times New Roman"/>
          <w:sz w:val="24"/>
        </w:rPr>
        <w:t>"</w:t>
      </w:r>
      <w:r>
        <w:rPr>
          <w:rFonts w:ascii="Times New Roman" w:eastAsia="SimSun" w:hAnsi="Times New Roman"/>
          <w:sz w:val="24"/>
        </w:rPr>
        <w:t>里，勇敢尝试就是进步。</w:t>
      </w:r>
    </w:p>
    <w:p w14:paraId="0ECD0356"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运用细腻的心理描写，刻画举手前心跳加速、手心出汗的紧张感，形成强烈对比。</w:t>
      </w:r>
    </w:p>
    <w:p w14:paraId="6A05AC71"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63</w:t>
      </w:r>
      <w:r>
        <w:rPr>
          <w:rFonts w:ascii="Arial" w:eastAsia="SimHei" w:hAnsi="Arial"/>
          <w:b/>
          <w:color w:val="2D5F8A"/>
          <w:sz w:val="28"/>
        </w:rPr>
        <w:t>：</w:t>
      </w:r>
      <w:r>
        <w:rPr>
          <w:rFonts w:ascii="Arial" w:eastAsia="SimHei" w:hAnsi="Arial"/>
          <w:b/>
          <w:color w:val="2D5F8A"/>
          <w:sz w:val="28"/>
        </w:rPr>
        <w:t>"</w:t>
      </w:r>
      <w:r>
        <w:rPr>
          <w:rFonts w:ascii="Arial" w:eastAsia="SimHei" w:hAnsi="Arial"/>
          <w:b/>
          <w:color w:val="2D5F8A"/>
          <w:sz w:val="28"/>
        </w:rPr>
        <w:t>前进！前进！</w:t>
      </w:r>
      <w:r>
        <w:rPr>
          <w:rFonts w:ascii="Arial" w:eastAsia="SimHei" w:hAnsi="Arial"/>
          <w:b/>
          <w:color w:val="2D5F8A"/>
          <w:sz w:val="28"/>
        </w:rPr>
        <w:t>"</w:t>
      </w:r>
    </w:p>
    <w:p w14:paraId="76B55FB6"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长跑测试中的坚持与拼搏</w:t>
      </w:r>
    </w:p>
    <w:p w14:paraId="2725C234"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描写我在</w:t>
      </w:r>
      <w:r>
        <w:rPr>
          <w:rFonts w:ascii="Times New Roman" w:eastAsia="SimSun" w:hAnsi="Times New Roman"/>
          <w:sz w:val="24"/>
        </w:rPr>
        <w:t>800</w:t>
      </w:r>
      <w:r>
        <w:rPr>
          <w:rFonts w:ascii="Times New Roman" w:eastAsia="SimSun" w:hAnsi="Times New Roman"/>
          <w:sz w:val="24"/>
        </w:rPr>
        <w:t>米</w:t>
      </w:r>
      <w:r>
        <w:rPr>
          <w:rFonts w:ascii="Times New Roman" w:eastAsia="SimSun" w:hAnsi="Times New Roman"/>
          <w:sz w:val="24"/>
        </w:rPr>
        <w:t>/1000</w:t>
      </w:r>
      <w:r>
        <w:rPr>
          <w:rFonts w:ascii="Times New Roman" w:eastAsia="SimSun" w:hAnsi="Times New Roman"/>
          <w:sz w:val="24"/>
        </w:rPr>
        <w:t>米体测最后冲刺阶段，听着心里的节奏，咬牙坚持跑过终点。</w:t>
      </w:r>
    </w:p>
    <w:p w14:paraId="6E980CBF"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借歌词表达在学习和生活中遇到困难时，也要有不服输、勇往直前的精神。</w:t>
      </w:r>
    </w:p>
    <w:p w14:paraId="5A2DDCA4"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采用环境烘托，用沉重的呼吸声和沉重的脚步声与</w:t>
      </w:r>
      <w:r>
        <w:rPr>
          <w:rFonts w:ascii="Times New Roman" w:eastAsia="SimSun" w:hAnsi="Times New Roman"/>
          <w:sz w:val="24"/>
        </w:rPr>
        <w:t>"</w:t>
      </w:r>
      <w:r>
        <w:rPr>
          <w:rFonts w:ascii="Times New Roman" w:eastAsia="SimSun" w:hAnsi="Times New Roman"/>
          <w:sz w:val="24"/>
        </w:rPr>
        <w:t>前进</w:t>
      </w:r>
      <w:r>
        <w:rPr>
          <w:rFonts w:ascii="Times New Roman" w:eastAsia="SimSun" w:hAnsi="Times New Roman"/>
          <w:sz w:val="24"/>
        </w:rPr>
        <w:t>"</w:t>
      </w:r>
      <w:r>
        <w:rPr>
          <w:rFonts w:ascii="Times New Roman" w:eastAsia="SimSun" w:hAnsi="Times New Roman"/>
          <w:sz w:val="24"/>
        </w:rPr>
        <w:t>的内心呐喊形成呼应。</w:t>
      </w:r>
    </w:p>
    <w:p w14:paraId="2C767717"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64</w:t>
      </w:r>
      <w:r>
        <w:rPr>
          <w:rFonts w:ascii="Arial" w:eastAsia="SimHei" w:hAnsi="Arial"/>
          <w:b/>
          <w:color w:val="2D5F8A"/>
          <w:sz w:val="28"/>
        </w:rPr>
        <w:t>：谢谢你，我的同桌</w:t>
      </w:r>
    </w:p>
    <w:p w14:paraId="57C37C54"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感谢同桌在我生病落课时帮我补习</w:t>
      </w:r>
    </w:p>
    <w:p w14:paraId="01858D98"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写我请假一周回校后一头雾水，同桌利用课间休息耐心地给我讲错题、补笔记。</w:t>
      </w:r>
    </w:p>
    <w:p w14:paraId="7B95A2FB"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表达对同学真挚友谊的感激，以及互助互爱带来的温暖。</w:t>
      </w:r>
    </w:p>
    <w:p w14:paraId="369A822D" w14:textId="77777777" w:rsidR="000B7F04" w:rsidRDefault="00543B9D">
      <w:pPr>
        <w:spacing w:after="60" w:line="440" w:lineRule="exact"/>
        <w:ind w:left="425"/>
      </w:pPr>
      <w:r>
        <w:rPr>
          <w:rFonts w:ascii="Times New Roman" w:eastAsia="SimSun" w:hAnsi="Times New Roman"/>
          <w:b/>
          <w:sz w:val="24"/>
        </w:rPr>
        <w:lastRenderedPageBreak/>
        <w:t xml:space="preserve">3. </w:t>
      </w:r>
      <w:r>
        <w:rPr>
          <w:rFonts w:ascii="Times New Roman" w:eastAsia="SimSun" w:hAnsi="Times New Roman"/>
          <w:b/>
          <w:sz w:val="24"/>
        </w:rPr>
        <w:t>写作亮点：</w:t>
      </w:r>
      <w:r>
        <w:rPr>
          <w:rFonts w:ascii="Times New Roman" w:eastAsia="SimSun" w:hAnsi="Times New Roman"/>
          <w:sz w:val="24"/>
        </w:rPr>
        <w:t>通过描写同桌讲题时专注的眼神和草稿纸上密密麻麻的字迹，展现人物的真诚。</w:t>
      </w:r>
    </w:p>
    <w:p w14:paraId="6080DBA0"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65</w:t>
      </w:r>
      <w:r>
        <w:rPr>
          <w:rFonts w:ascii="Arial" w:eastAsia="SimHei" w:hAnsi="Arial"/>
          <w:b/>
          <w:color w:val="2D5F8A"/>
          <w:sz w:val="28"/>
        </w:rPr>
        <w:t>：坚持的精神是我的必需品</w:t>
      </w:r>
    </w:p>
    <w:p w14:paraId="4A767CD0"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练习书法遇到瓶颈期的突破</w:t>
      </w:r>
    </w:p>
    <w:p w14:paraId="3E9F22C9"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写我在练字时总觉得写不好想放弃，但在老师的鼓励下坚持每天练习，终于写出满意的作品。</w:t>
      </w:r>
    </w:p>
    <w:p w14:paraId="7A065015"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强调在追求爱好的道路上，坚持是不可或缺的精神食粮，能帮我战胜浮躁。</w:t>
      </w:r>
    </w:p>
    <w:p w14:paraId="5F3B3861"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运用比喻修辞，将</w:t>
      </w:r>
      <w:r>
        <w:rPr>
          <w:rFonts w:ascii="Times New Roman" w:eastAsia="SimSun" w:hAnsi="Times New Roman"/>
          <w:sz w:val="24"/>
        </w:rPr>
        <w:t>"</w:t>
      </w:r>
      <w:r>
        <w:rPr>
          <w:rFonts w:ascii="Times New Roman" w:eastAsia="SimSun" w:hAnsi="Times New Roman"/>
          <w:sz w:val="24"/>
        </w:rPr>
        <w:t>坚持</w:t>
      </w:r>
      <w:r>
        <w:rPr>
          <w:rFonts w:ascii="Times New Roman" w:eastAsia="SimSun" w:hAnsi="Times New Roman"/>
          <w:sz w:val="24"/>
        </w:rPr>
        <w:t>"</w:t>
      </w:r>
      <w:r>
        <w:rPr>
          <w:rFonts w:ascii="Times New Roman" w:eastAsia="SimSun" w:hAnsi="Times New Roman"/>
          <w:sz w:val="24"/>
        </w:rPr>
        <w:t>比作空气或水，生动形象地阐述其作为</w:t>
      </w:r>
      <w:r>
        <w:rPr>
          <w:rFonts w:ascii="Times New Roman" w:eastAsia="SimSun" w:hAnsi="Times New Roman"/>
          <w:sz w:val="24"/>
        </w:rPr>
        <w:t>"</w:t>
      </w:r>
      <w:r>
        <w:rPr>
          <w:rFonts w:ascii="Times New Roman" w:eastAsia="SimSun" w:hAnsi="Times New Roman"/>
          <w:sz w:val="24"/>
        </w:rPr>
        <w:t>必需品</w:t>
      </w:r>
      <w:r>
        <w:rPr>
          <w:rFonts w:ascii="Times New Roman" w:eastAsia="SimSun" w:hAnsi="Times New Roman"/>
          <w:sz w:val="24"/>
        </w:rPr>
        <w:t>"</w:t>
      </w:r>
      <w:r>
        <w:rPr>
          <w:rFonts w:ascii="Times New Roman" w:eastAsia="SimSun" w:hAnsi="Times New Roman"/>
          <w:sz w:val="24"/>
        </w:rPr>
        <w:t>的重要性。</w:t>
      </w:r>
    </w:p>
    <w:p w14:paraId="7DEEB9BA"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66</w:t>
      </w:r>
      <w:r>
        <w:rPr>
          <w:rFonts w:ascii="Arial" w:eastAsia="SimHei" w:hAnsi="Arial"/>
          <w:b/>
          <w:color w:val="2D5F8A"/>
          <w:sz w:val="28"/>
        </w:rPr>
        <w:t>：做中学，真好</w:t>
      </w:r>
    </w:p>
    <w:p w14:paraId="4A580244"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第一次学做西红柿炒鸡蛋</w:t>
      </w:r>
    </w:p>
    <w:p w14:paraId="2D5BC18C"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详细记录我从洗菜、打蛋到下锅翻炒的手忙脚乱，最后尝到自己做的菜觉得特别香。</w:t>
      </w:r>
    </w:p>
    <w:p w14:paraId="341CDF58"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表达亲身实践带来的快乐和成就感，比单纯看书听课更深刻。</w:t>
      </w:r>
    </w:p>
    <w:p w14:paraId="52B0F162"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运用一系列准确的动词描写做饭过程，并加入色香味的感官描写，增强画面感。</w:t>
      </w:r>
    </w:p>
    <w:p w14:paraId="69292234"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67</w:t>
      </w:r>
      <w:r>
        <w:rPr>
          <w:rFonts w:ascii="Arial" w:eastAsia="SimHei" w:hAnsi="Arial"/>
          <w:b/>
          <w:color w:val="2D5F8A"/>
          <w:sz w:val="28"/>
        </w:rPr>
        <w:t>：谢谢您，助我成长</w:t>
      </w:r>
    </w:p>
    <w:p w14:paraId="6A120A6B"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感谢班主任在我犯错时的包容与引导</w:t>
      </w:r>
    </w:p>
    <w:p w14:paraId="5126896E"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写我因为粗心考砸了或者和同学闹矛盾，老师没有批评我，而是耐心开导我找到问题所在。</w:t>
      </w:r>
    </w:p>
    <w:p w14:paraId="4E7323A4"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表达对老师教育智慧的敬佩，以及老师的引导让我学会了反思和担当。</w:t>
      </w:r>
    </w:p>
    <w:p w14:paraId="322B2CE3"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采用欲扬先抑的手法，先写我的沮丧和害怕，再写老师温柔的话语带来的力量。</w:t>
      </w:r>
    </w:p>
    <w:p w14:paraId="3D65BFEE" w14:textId="77777777" w:rsidR="000B7F04" w:rsidRDefault="00543B9D">
      <w:pPr>
        <w:spacing w:before="240" w:after="80"/>
      </w:pPr>
      <w:r>
        <w:rPr>
          <w:rFonts w:ascii="Arial" w:eastAsia="SimHei" w:hAnsi="Arial"/>
          <w:b/>
          <w:color w:val="2D5F8A"/>
          <w:sz w:val="28"/>
        </w:rPr>
        <w:lastRenderedPageBreak/>
        <w:t>题目</w:t>
      </w:r>
      <w:r>
        <w:rPr>
          <w:rFonts w:ascii="Arial" w:eastAsia="SimHei" w:hAnsi="Arial"/>
          <w:b/>
          <w:color w:val="2D5F8A"/>
          <w:sz w:val="28"/>
        </w:rPr>
        <w:t>68</w:t>
      </w:r>
      <w:r>
        <w:rPr>
          <w:rFonts w:ascii="Arial" w:eastAsia="SimHei" w:hAnsi="Arial"/>
          <w:b/>
          <w:color w:val="2D5F8A"/>
          <w:sz w:val="28"/>
        </w:rPr>
        <w:t>：一位特别的老师</w:t>
      </w:r>
    </w:p>
    <w:p w14:paraId="0380E189"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幽默风趣的历史老师</w:t>
      </w:r>
    </w:p>
    <w:p w14:paraId="0258F09B"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描写历史老师上课像说相声，把枯燥的朝代更替讲得生动有趣，还经常模仿古人。</w:t>
      </w:r>
    </w:p>
    <w:p w14:paraId="291327C0"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表现老师独特的教学风格激发了我对历史的兴趣，让我爱上这门课。</w:t>
      </w:r>
    </w:p>
    <w:p w14:paraId="5EE8C87E"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运用语言描写和动作描写，生动还原课堂上的搞笑场景，突出</w:t>
      </w:r>
      <w:r>
        <w:rPr>
          <w:rFonts w:ascii="Times New Roman" w:eastAsia="SimSun" w:hAnsi="Times New Roman"/>
          <w:sz w:val="24"/>
        </w:rPr>
        <w:t>"</w:t>
      </w:r>
      <w:r>
        <w:rPr>
          <w:rFonts w:ascii="Times New Roman" w:eastAsia="SimSun" w:hAnsi="Times New Roman"/>
          <w:sz w:val="24"/>
        </w:rPr>
        <w:t>特别</w:t>
      </w:r>
      <w:r>
        <w:rPr>
          <w:rFonts w:ascii="Times New Roman" w:eastAsia="SimSun" w:hAnsi="Times New Roman"/>
          <w:sz w:val="24"/>
        </w:rPr>
        <w:t>"</w:t>
      </w:r>
      <w:r>
        <w:rPr>
          <w:rFonts w:ascii="Times New Roman" w:eastAsia="SimSun" w:hAnsi="Times New Roman"/>
          <w:sz w:val="24"/>
        </w:rPr>
        <w:t>之处。</w:t>
      </w:r>
    </w:p>
    <w:p w14:paraId="23606F27"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69</w:t>
      </w:r>
      <w:r>
        <w:rPr>
          <w:rFonts w:ascii="Arial" w:eastAsia="SimHei" w:hAnsi="Arial"/>
          <w:b/>
          <w:color w:val="2D5F8A"/>
          <w:sz w:val="28"/>
        </w:rPr>
        <w:t>：我的</w:t>
      </w:r>
      <w:r>
        <w:rPr>
          <w:rFonts w:ascii="Arial" w:eastAsia="SimHei" w:hAnsi="Arial"/>
          <w:b/>
          <w:color w:val="2D5F8A"/>
          <w:sz w:val="28"/>
        </w:rPr>
        <w:t>"</w:t>
      </w:r>
      <w:r>
        <w:rPr>
          <w:rFonts w:ascii="Arial" w:eastAsia="SimHei" w:hAnsi="Arial"/>
          <w:b/>
          <w:color w:val="2D5F8A"/>
          <w:sz w:val="28"/>
        </w:rPr>
        <w:t>慢</w:t>
      </w:r>
      <w:r>
        <w:rPr>
          <w:rFonts w:ascii="Arial" w:eastAsia="SimHei" w:hAnsi="Arial"/>
          <w:b/>
          <w:color w:val="2D5F8A"/>
          <w:sz w:val="28"/>
        </w:rPr>
        <w:t>"</w:t>
      </w:r>
      <w:r>
        <w:rPr>
          <w:rFonts w:ascii="Arial" w:eastAsia="SimHei" w:hAnsi="Arial"/>
          <w:b/>
          <w:color w:val="2D5F8A"/>
          <w:sz w:val="28"/>
        </w:rPr>
        <w:t>生活</w:t>
      </w:r>
    </w:p>
    <w:p w14:paraId="4594FBCA"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周末放下手机，观察阳台上的植物</w:t>
      </w:r>
    </w:p>
    <w:p w14:paraId="7F8C5F4D"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写我在一个安静的下午，仔细观察多肉植物长出新芽的过程，给它们浇水松土。</w:t>
      </w:r>
    </w:p>
    <w:p w14:paraId="473114E4"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表达在快节奏的学习中，也需要慢下来感受生活的美好，寻找内心的宁静。</w:t>
      </w:r>
    </w:p>
    <w:p w14:paraId="40FB5BD9"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运用借景抒情，通过对植物生长细节的微观描写，折射出心境的平和与转变。</w:t>
      </w:r>
    </w:p>
    <w:p w14:paraId="05FF78B0"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70</w:t>
      </w:r>
      <w:r>
        <w:rPr>
          <w:rFonts w:ascii="Arial" w:eastAsia="SimHei" w:hAnsi="Arial"/>
          <w:b/>
          <w:color w:val="2D5F8A"/>
          <w:sz w:val="28"/>
        </w:rPr>
        <w:t>：前行</w:t>
      </w:r>
    </w:p>
    <w:p w14:paraId="34C5BE25"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学骑自行车的跌倒与爬起</w:t>
      </w:r>
    </w:p>
    <w:p w14:paraId="211C72DA"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写我学骑车时反复摔倒，膝盖破了也不哭，拍拍土继续练，终于学会了平衡。</w:t>
      </w:r>
    </w:p>
    <w:p w14:paraId="5B6ECDC4"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说明前行的路上难免有坎坷，只要不放弃，每一次跌倒都是为了更好地出发。</w:t>
      </w:r>
    </w:p>
    <w:p w14:paraId="44D8B75D"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注重动作细节描写，如</w:t>
      </w:r>
      <w:r>
        <w:rPr>
          <w:rFonts w:ascii="Times New Roman" w:eastAsia="SimSun" w:hAnsi="Times New Roman"/>
          <w:sz w:val="24"/>
        </w:rPr>
        <w:t>"</w:t>
      </w:r>
      <w:r>
        <w:rPr>
          <w:rFonts w:ascii="Times New Roman" w:eastAsia="SimSun" w:hAnsi="Times New Roman"/>
          <w:sz w:val="24"/>
        </w:rPr>
        <w:t>紧握车把</w:t>
      </w:r>
      <w:r>
        <w:rPr>
          <w:rFonts w:ascii="Times New Roman" w:eastAsia="SimSun" w:hAnsi="Times New Roman"/>
          <w:sz w:val="24"/>
        </w:rPr>
        <w:t>"</w:t>
      </w:r>
      <w:r>
        <w:rPr>
          <w:rFonts w:ascii="Times New Roman" w:eastAsia="SimSun" w:hAnsi="Times New Roman"/>
          <w:sz w:val="24"/>
        </w:rPr>
        <w:t>、</w:t>
      </w:r>
      <w:r>
        <w:rPr>
          <w:rFonts w:ascii="Times New Roman" w:eastAsia="SimSun" w:hAnsi="Times New Roman"/>
          <w:sz w:val="24"/>
        </w:rPr>
        <w:t>"</w:t>
      </w:r>
      <w:r>
        <w:rPr>
          <w:rFonts w:ascii="Times New Roman" w:eastAsia="SimSun" w:hAnsi="Times New Roman"/>
          <w:sz w:val="24"/>
        </w:rPr>
        <w:t>脚蹬踏板</w:t>
      </w:r>
      <w:r>
        <w:rPr>
          <w:rFonts w:ascii="Times New Roman" w:eastAsia="SimSun" w:hAnsi="Times New Roman"/>
          <w:sz w:val="24"/>
        </w:rPr>
        <w:t>"</w:t>
      </w:r>
      <w:r>
        <w:rPr>
          <w:rFonts w:ascii="Times New Roman" w:eastAsia="SimSun" w:hAnsi="Times New Roman"/>
          <w:sz w:val="24"/>
        </w:rPr>
        <w:t>、</w:t>
      </w:r>
      <w:r>
        <w:rPr>
          <w:rFonts w:ascii="Times New Roman" w:eastAsia="SimSun" w:hAnsi="Times New Roman"/>
          <w:sz w:val="24"/>
        </w:rPr>
        <w:t>"</w:t>
      </w:r>
      <w:r>
        <w:rPr>
          <w:rFonts w:ascii="Times New Roman" w:eastAsia="SimSun" w:hAnsi="Times New Roman"/>
          <w:sz w:val="24"/>
        </w:rPr>
        <w:t>身体倾斜</w:t>
      </w:r>
      <w:r>
        <w:rPr>
          <w:rFonts w:ascii="Times New Roman" w:eastAsia="SimSun" w:hAnsi="Times New Roman"/>
          <w:sz w:val="24"/>
        </w:rPr>
        <w:t>"</w:t>
      </w:r>
      <w:r>
        <w:rPr>
          <w:rFonts w:ascii="Times New Roman" w:eastAsia="SimSun" w:hAnsi="Times New Roman"/>
          <w:sz w:val="24"/>
        </w:rPr>
        <w:t>，展现前行的姿态。</w:t>
      </w:r>
    </w:p>
    <w:p w14:paraId="48FF387C"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71</w:t>
      </w:r>
      <w:r>
        <w:rPr>
          <w:rFonts w:ascii="Arial" w:eastAsia="SimHei" w:hAnsi="Arial"/>
          <w:b/>
          <w:color w:val="2D5F8A"/>
          <w:sz w:val="28"/>
        </w:rPr>
        <w:t>：那件事真难忘</w:t>
      </w:r>
    </w:p>
    <w:p w14:paraId="0226D4C0"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第一次参加演讲比赛</w:t>
      </w:r>
    </w:p>
    <w:p w14:paraId="26BC8C37" w14:textId="77777777" w:rsidR="000B7F04" w:rsidRDefault="00543B9D">
      <w:pPr>
        <w:spacing w:after="60" w:line="440" w:lineRule="exact"/>
        <w:ind w:left="425"/>
      </w:pPr>
      <w:r>
        <w:rPr>
          <w:rFonts w:ascii="Times New Roman" w:eastAsia="SimSun" w:hAnsi="Times New Roman"/>
          <w:b/>
          <w:sz w:val="24"/>
        </w:rPr>
        <w:lastRenderedPageBreak/>
        <w:t xml:space="preserve">1. </w:t>
      </w:r>
      <w:r>
        <w:rPr>
          <w:rFonts w:ascii="Times New Roman" w:eastAsia="SimSun" w:hAnsi="Times New Roman"/>
          <w:b/>
          <w:sz w:val="24"/>
        </w:rPr>
        <w:t>主要内容：</w:t>
      </w:r>
      <w:r>
        <w:rPr>
          <w:rFonts w:ascii="Times New Roman" w:eastAsia="SimSun" w:hAnsi="Times New Roman"/>
          <w:sz w:val="24"/>
        </w:rPr>
        <w:t>记录我上台前紧张得忘词，但看到台下鼓励的目光后顺利完成演讲，虽然没拿奖但战胜了自己。</w:t>
      </w:r>
    </w:p>
    <w:p w14:paraId="2A5BD1E2"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表达这次经历让我明白了勇气比名次更重要，成为记忆中宝贵的财富。</w:t>
      </w:r>
    </w:p>
    <w:p w14:paraId="1F8F828D"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运用环境烘托心情，如上台前觉得灯光刺眼，下台后觉得阳光格外灿烂。</w:t>
      </w:r>
    </w:p>
    <w:p w14:paraId="5F901E95"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72</w:t>
      </w:r>
      <w:r>
        <w:rPr>
          <w:rFonts w:ascii="Arial" w:eastAsia="SimHei" w:hAnsi="Arial"/>
          <w:b/>
          <w:color w:val="2D5F8A"/>
          <w:sz w:val="28"/>
        </w:rPr>
        <w:t>：要有一颗感恩的心</w:t>
      </w:r>
    </w:p>
    <w:p w14:paraId="36F21F48"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母亲节为妈妈洗脚</w:t>
      </w:r>
    </w:p>
    <w:p w14:paraId="01A6EF3E"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写我在母亲节主动端水给妈妈洗脚，摸到她脚上的老茧，心里感到酸楚和愧疚。</w:t>
      </w:r>
    </w:p>
    <w:p w14:paraId="7C34C814"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通过生活小事唤醒感恩意识，懂得父母的付出，立志用行动回报亲情。</w:t>
      </w:r>
    </w:p>
    <w:p w14:paraId="0FECAE11"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聚焦特写镜头，细致描写妈妈脚部的粗糙细节和我的心理触动，以情动人。</w:t>
      </w:r>
    </w:p>
    <w:p w14:paraId="05DE7881"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73</w:t>
      </w:r>
      <w:r>
        <w:rPr>
          <w:rFonts w:ascii="Arial" w:eastAsia="SimHei" w:hAnsi="Arial"/>
          <w:b/>
          <w:color w:val="2D5F8A"/>
          <w:sz w:val="28"/>
        </w:rPr>
        <w:t>：我拥有我快乐</w:t>
      </w:r>
    </w:p>
    <w:p w14:paraId="42C1946D"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拥有一群志同道合的书友</w:t>
      </w:r>
    </w:p>
    <w:p w14:paraId="1767EFD8"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写我和同学们组建读书角，每周分享读书心得，在交流中碰撞出思想的火花。</w:t>
      </w:r>
    </w:p>
    <w:p w14:paraId="0968E792"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表达精神上的富足才是真正的快乐，拥有共同的爱好让我感到充实。</w:t>
      </w:r>
    </w:p>
    <w:p w14:paraId="18888510"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运用点面结合，既写大家热烈讨论的场景，又写自己内心的满足感。</w:t>
      </w:r>
    </w:p>
    <w:p w14:paraId="4865730E"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74</w:t>
      </w:r>
      <w:r>
        <w:rPr>
          <w:rFonts w:ascii="Arial" w:eastAsia="SimHei" w:hAnsi="Arial"/>
          <w:b/>
          <w:color w:val="2D5F8A"/>
          <w:sz w:val="28"/>
        </w:rPr>
        <w:t>：成功需要坚持</w:t>
      </w:r>
    </w:p>
    <w:p w14:paraId="76FBBB6C"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背诵长篇古诗文的经历</w:t>
      </w:r>
    </w:p>
    <w:p w14:paraId="3252082F"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写面对难背的《木兰辞》，我每天利用碎片时间坚持背诵，终于在一次默写中全对。</w:t>
      </w:r>
    </w:p>
    <w:p w14:paraId="1010C6EC" w14:textId="77777777" w:rsidR="000B7F04" w:rsidRDefault="00543B9D">
      <w:pPr>
        <w:spacing w:after="60" w:line="440" w:lineRule="exact"/>
        <w:ind w:left="425"/>
      </w:pPr>
      <w:r>
        <w:rPr>
          <w:rFonts w:ascii="Times New Roman" w:eastAsia="SimSun" w:hAnsi="Times New Roman"/>
          <w:b/>
          <w:sz w:val="24"/>
        </w:rPr>
        <w:lastRenderedPageBreak/>
        <w:t xml:space="preserve">2. </w:t>
      </w:r>
      <w:r>
        <w:rPr>
          <w:rFonts w:ascii="Times New Roman" w:eastAsia="SimSun" w:hAnsi="Times New Roman"/>
          <w:b/>
          <w:sz w:val="24"/>
        </w:rPr>
        <w:t>中心思想：</w:t>
      </w:r>
      <w:r>
        <w:rPr>
          <w:rFonts w:ascii="Times New Roman" w:eastAsia="SimSun" w:hAnsi="Times New Roman"/>
          <w:sz w:val="24"/>
        </w:rPr>
        <w:t>论证成功没有捷径，唯有日复一日的坚持才能积累出质的飞跃。</w:t>
      </w:r>
    </w:p>
    <w:p w14:paraId="6EAC0906"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采用夹叙夹议，在叙述背诵过程后，自然引出对</w:t>
      </w:r>
      <w:r>
        <w:rPr>
          <w:rFonts w:ascii="Times New Roman" w:eastAsia="SimSun" w:hAnsi="Times New Roman"/>
          <w:sz w:val="24"/>
        </w:rPr>
        <w:t>"</w:t>
      </w:r>
      <w:r>
        <w:rPr>
          <w:rFonts w:ascii="Times New Roman" w:eastAsia="SimSun" w:hAnsi="Times New Roman"/>
          <w:sz w:val="24"/>
        </w:rPr>
        <w:t>坚持</w:t>
      </w:r>
      <w:r>
        <w:rPr>
          <w:rFonts w:ascii="Times New Roman" w:eastAsia="SimSun" w:hAnsi="Times New Roman"/>
          <w:sz w:val="24"/>
        </w:rPr>
        <w:t>"</w:t>
      </w:r>
      <w:r>
        <w:rPr>
          <w:rFonts w:ascii="Times New Roman" w:eastAsia="SimSun" w:hAnsi="Times New Roman"/>
          <w:sz w:val="24"/>
        </w:rPr>
        <w:t>意义的感悟和议论。</w:t>
      </w:r>
    </w:p>
    <w:p w14:paraId="58E31B59"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75</w:t>
      </w:r>
      <w:r>
        <w:rPr>
          <w:rFonts w:ascii="Arial" w:eastAsia="SimHei" w:hAnsi="Arial"/>
          <w:b/>
          <w:color w:val="2D5F8A"/>
          <w:sz w:val="28"/>
        </w:rPr>
        <w:t>：再来一节体育课</w:t>
      </w:r>
    </w:p>
    <w:p w14:paraId="1B9CFC07"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渴望在操场上尽情奔跑</w:t>
      </w:r>
    </w:p>
    <w:p w14:paraId="707D5216"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写临近期末复习紧张，大家都很疲惫，真希望再有一节体育课让我们放松身心。</w:t>
      </w:r>
    </w:p>
    <w:p w14:paraId="12C30304"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表达对劳逸结合的向往，以及体育锻炼对调节学习状态的重要性。</w:t>
      </w:r>
    </w:p>
    <w:p w14:paraId="5E576F04"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运用虚实结合，实写现在的疲惫，虚写想象中体育课上的欢声笑语。</w:t>
      </w:r>
    </w:p>
    <w:p w14:paraId="5B4ADFFE"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76</w:t>
      </w:r>
      <w:r>
        <w:rPr>
          <w:rFonts w:ascii="Arial" w:eastAsia="SimHei" w:hAnsi="Arial"/>
          <w:b/>
          <w:color w:val="2D5F8A"/>
          <w:sz w:val="28"/>
        </w:rPr>
        <w:t>：永不凋零的友谊</w:t>
      </w:r>
    </w:p>
    <w:p w14:paraId="627FF08F"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和好朋友化解误会</w:t>
      </w:r>
    </w:p>
    <w:p w14:paraId="613C7D42"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写我和好友因为一点小事冷战，最后通过一张小纸条互相道歉，重归于好。</w:t>
      </w:r>
    </w:p>
    <w:p w14:paraId="689E289D"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说明真正的友谊经得起考验，真诚的沟通能让友谊之树常青。</w:t>
      </w:r>
    </w:p>
    <w:p w14:paraId="1688EE7F"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以</w:t>
      </w:r>
      <w:r>
        <w:rPr>
          <w:rFonts w:ascii="Times New Roman" w:eastAsia="SimSun" w:hAnsi="Times New Roman"/>
          <w:sz w:val="24"/>
        </w:rPr>
        <w:t>"</w:t>
      </w:r>
      <w:r>
        <w:rPr>
          <w:rFonts w:ascii="Times New Roman" w:eastAsia="SimSun" w:hAnsi="Times New Roman"/>
          <w:sz w:val="24"/>
        </w:rPr>
        <w:t>纸条</w:t>
      </w:r>
      <w:r>
        <w:rPr>
          <w:rFonts w:ascii="Times New Roman" w:eastAsia="SimSun" w:hAnsi="Times New Roman"/>
          <w:sz w:val="24"/>
        </w:rPr>
        <w:t>"</w:t>
      </w:r>
      <w:r>
        <w:rPr>
          <w:rFonts w:ascii="Times New Roman" w:eastAsia="SimSun" w:hAnsi="Times New Roman"/>
          <w:sz w:val="24"/>
        </w:rPr>
        <w:t>为线索贯穿全文，通过纸条内容的变化展现两人关系的转折。</w:t>
      </w:r>
    </w:p>
    <w:p w14:paraId="1E32415A"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77</w:t>
      </w:r>
      <w:r>
        <w:rPr>
          <w:rFonts w:ascii="Arial" w:eastAsia="SimHei" w:hAnsi="Arial"/>
          <w:b/>
          <w:color w:val="2D5F8A"/>
          <w:sz w:val="28"/>
        </w:rPr>
        <w:t>：别样的语文生活</w:t>
      </w:r>
    </w:p>
    <w:p w14:paraId="0901CA8D"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课本剧表演活动</w:t>
      </w:r>
    </w:p>
    <w:p w14:paraId="24C4472F"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写我们班改编并表演《皇帝的新装》，我演骗子，在排练和演出中体会角色的心理。</w:t>
      </w:r>
    </w:p>
    <w:p w14:paraId="18EBA640"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表达语文不仅在书本里，更在生动的实践中，这种体验让语文变得鲜活有趣。</w:t>
      </w:r>
    </w:p>
    <w:p w14:paraId="2355A65D"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描写排练时的趣事和舞台上的高光时刻，突出</w:t>
      </w:r>
      <w:r>
        <w:rPr>
          <w:rFonts w:ascii="Times New Roman" w:eastAsia="SimSun" w:hAnsi="Times New Roman"/>
          <w:sz w:val="24"/>
        </w:rPr>
        <w:t>"</w:t>
      </w:r>
      <w:r>
        <w:rPr>
          <w:rFonts w:ascii="Times New Roman" w:eastAsia="SimSun" w:hAnsi="Times New Roman"/>
          <w:sz w:val="24"/>
        </w:rPr>
        <w:t>别样</w:t>
      </w:r>
      <w:r>
        <w:rPr>
          <w:rFonts w:ascii="Times New Roman" w:eastAsia="SimSun" w:hAnsi="Times New Roman"/>
          <w:sz w:val="24"/>
        </w:rPr>
        <w:t>"</w:t>
      </w:r>
      <w:r>
        <w:rPr>
          <w:rFonts w:ascii="Times New Roman" w:eastAsia="SimSun" w:hAnsi="Times New Roman"/>
          <w:sz w:val="24"/>
        </w:rPr>
        <w:t>带来的新鲜感。</w:t>
      </w:r>
    </w:p>
    <w:p w14:paraId="27DC11B5" w14:textId="77777777" w:rsidR="000B7F04" w:rsidRDefault="00543B9D">
      <w:pPr>
        <w:spacing w:before="240" w:after="80"/>
      </w:pPr>
      <w:r>
        <w:rPr>
          <w:rFonts w:ascii="Arial" w:eastAsia="SimHei" w:hAnsi="Arial"/>
          <w:b/>
          <w:color w:val="2D5F8A"/>
          <w:sz w:val="28"/>
        </w:rPr>
        <w:lastRenderedPageBreak/>
        <w:t>题目</w:t>
      </w:r>
      <w:r>
        <w:rPr>
          <w:rFonts w:ascii="Arial" w:eastAsia="SimHei" w:hAnsi="Arial"/>
          <w:b/>
          <w:color w:val="2D5F8A"/>
          <w:sz w:val="28"/>
        </w:rPr>
        <w:t>78</w:t>
      </w:r>
      <w:r>
        <w:rPr>
          <w:rFonts w:ascii="Arial" w:eastAsia="SimHei" w:hAnsi="Arial"/>
          <w:b/>
          <w:color w:val="2D5F8A"/>
          <w:sz w:val="28"/>
        </w:rPr>
        <w:t>：我的一天</w:t>
      </w:r>
    </w:p>
    <w:p w14:paraId="40A01104"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充实而忙碌的初一住校生活</w:t>
      </w:r>
    </w:p>
    <w:p w14:paraId="57B98C23"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按时间顺序记录从早读到晚自习的一天，包括上课、吃饭、和室友聊天的片段。</w:t>
      </w:r>
    </w:p>
    <w:p w14:paraId="0441F1B6"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展现初中生活的节奏与活力，表达对这种独立、有序生活的适应与喜爱。</w:t>
      </w:r>
    </w:p>
    <w:p w14:paraId="70E2822B"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选取几个典型的生活切片（如抢饭、夜聊），以小见大，避免流水账。</w:t>
      </w:r>
    </w:p>
    <w:p w14:paraId="3CA8AE85" w14:textId="77777777" w:rsidR="000B7F04" w:rsidRDefault="00543B9D">
      <w:pPr>
        <w:spacing w:before="240" w:after="80"/>
      </w:pPr>
      <w:r>
        <w:rPr>
          <w:rFonts w:ascii="Arial" w:eastAsia="SimHei" w:hAnsi="Arial"/>
          <w:b/>
          <w:color w:val="2D5F8A"/>
          <w:sz w:val="28"/>
        </w:rPr>
        <w:t>题目</w:t>
      </w:r>
      <w:r>
        <w:rPr>
          <w:rFonts w:ascii="Arial" w:eastAsia="SimHei" w:hAnsi="Arial"/>
          <w:b/>
          <w:color w:val="2D5F8A"/>
          <w:sz w:val="28"/>
        </w:rPr>
        <w:t>79</w:t>
      </w:r>
      <w:r>
        <w:rPr>
          <w:rFonts w:ascii="Arial" w:eastAsia="SimHei" w:hAnsi="Arial"/>
          <w:b/>
          <w:color w:val="2D5F8A"/>
          <w:sz w:val="28"/>
        </w:rPr>
        <w:t>：心中的乐园</w:t>
      </w:r>
    </w:p>
    <w:p w14:paraId="2E3C0ABF" w14:textId="77777777" w:rsidR="000B7F04" w:rsidRDefault="00543B9D">
      <w:pPr>
        <w:spacing w:after="60" w:line="440" w:lineRule="exact"/>
        <w:ind w:left="425"/>
      </w:pPr>
      <w:r>
        <w:rPr>
          <w:rFonts w:ascii="Times New Roman" w:eastAsia="SimSun" w:hAnsi="Times New Roman"/>
          <w:b/>
          <w:sz w:val="24"/>
        </w:rPr>
        <w:t>构思主题：</w:t>
      </w:r>
      <w:r>
        <w:rPr>
          <w:rFonts w:ascii="Times New Roman" w:eastAsia="SimSun" w:hAnsi="Times New Roman"/>
          <w:sz w:val="24"/>
        </w:rPr>
        <w:t>家里的书房</w:t>
      </w:r>
      <w:r>
        <w:rPr>
          <w:rFonts w:ascii="Times New Roman" w:eastAsia="SimSun" w:hAnsi="Times New Roman"/>
          <w:sz w:val="24"/>
        </w:rPr>
        <w:t>/</w:t>
      </w:r>
      <w:r>
        <w:rPr>
          <w:rFonts w:ascii="Times New Roman" w:eastAsia="SimSun" w:hAnsi="Times New Roman"/>
          <w:sz w:val="24"/>
        </w:rPr>
        <w:t>小阳台</w:t>
      </w:r>
    </w:p>
    <w:p w14:paraId="5075007A" w14:textId="77777777" w:rsidR="000B7F04" w:rsidRDefault="00543B9D">
      <w:pPr>
        <w:spacing w:after="60" w:line="440" w:lineRule="exact"/>
        <w:ind w:left="425"/>
      </w:pPr>
      <w:r>
        <w:rPr>
          <w:rFonts w:ascii="Times New Roman" w:eastAsia="SimSun" w:hAnsi="Times New Roman"/>
          <w:b/>
          <w:sz w:val="24"/>
        </w:rPr>
        <w:t xml:space="preserve">1. </w:t>
      </w:r>
      <w:r>
        <w:rPr>
          <w:rFonts w:ascii="Times New Roman" w:eastAsia="SimSun" w:hAnsi="Times New Roman"/>
          <w:b/>
          <w:sz w:val="24"/>
        </w:rPr>
        <w:t>主要内容：</w:t>
      </w:r>
      <w:r>
        <w:rPr>
          <w:rFonts w:ascii="Times New Roman" w:eastAsia="SimSun" w:hAnsi="Times New Roman"/>
          <w:sz w:val="24"/>
        </w:rPr>
        <w:t>描写我的小天地，这里有满墙的书架和舒服的懒人沙发，是我独处思考的地方。</w:t>
      </w:r>
    </w:p>
    <w:p w14:paraId="33A01FEA" w14:textId="77777777" w:rsidR="000B7F04" w:rsidRDefault="00543B9D">
      <w:pPr>
        <w:spacing w:after="60" w:line="440" w:lineRule="exact"/>
        <w:ind w:left="425"/>
      </w:pPr>
      <w:r>
        <w:rPr>
          <w:rFonts w:ascii="Times New Roman" w:eastAsia="SimSun" w:hAnsi="Times New Roman"/>
          <w:b/>
          <w:sz w:val="24"/>
        </w:rPr>
        <w:t xml:space="preserve">2. </w:t>
      </w:r>
      <w:r>
        <w:rPr>
          <w:rFonts w:ascii="Times New Roman" w:eastAsia="SimSun" w:hAnsi="Times New Roman"/>
          <w:b/>
          <w:sz w:val="24"/>
        </w:rPr>
        <w:t>中心思想：</w:t>
      </w:r>
      <w:r>
        <w:rPr>
          <w:rFonts w:ascii="Times New Roman" w:eastAsia="SimSun" w:hAnsi="Times New Roman"/>
          <w:sz w:val="24"/>
        </w:rPr>
        <w:t>表达在喧嚣的世界中，拥有一个属于自己的精神角落是多么幸福和安宁。</w:t>
      </w:r>
    </w:p>
    <w:p w14:paraId="20F51473" w14:textId="77777777" w:rsidR="000B7F04" w:rsidRDefault="00543B9D">
      <w:pPr>
        <w:spacing w:after="60" w:line="440" w:lineRule="exact"/>
        <w:ind w:left="425"/>
      </w:pPr>
      <w:r>
        <w:rPr>
          <w:rFonts w:ascii="Times New Roman" w:eastAsia="SimSun" w:hAnsi="Times New Roman"/>
          <w:b/>
          <w:sz w:val="24"/>
        </w:rPr>
        <w:t xml:space="preserve">3. </w:t>
      </w:r>
      <w:r>
        <w:rPr>
          <w:rFonts w:ascii="Times New Roman" w:eastAsia="SimSun" w:hAnsi="Times New Roman"/>
          <w:b/>
          <w:sz w:val="24"/>
        </w:rPr>
        <w:t>写作亮点：</w:t>
      </w:r>
      <w:r>
        <w:rPr>
          <w:rFonts w:ascii="Times New Roman" w:eastAsia="SimSun" w:hAnsi="Times New Roman"/>
          <w:sz w:val="24"/>
        </w:rPr>
        <w:t>运用多感官描写，写书香的味道、阳光的温度、翻书的声音，营造静谧氛围。</w:t>
      </w:r>
    </w:p>
    <w:sectPr w:rsidR="000B7F04" w:rsidSect="00034616">
      <w:footerReference w:type="default" r:id="rId8"/>
      <w:pgSz w:w="12240" w:h="15840"/>
      <w:pgMar w:top="1440" w:right="1803" w:bottom="1440" w:left="180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5BA7C" w14:textId="77777777" w:rsidR="00543B9D" w:rsidRDefault="00543B9D">
      <w:pPr>
        <w:spacing w:after="0" w:line="240" w:lineRule="auto"/>
      </w:pPr>
      <w:r>
        <w:separator/>
      </w:r>
    </w:p>
  </w:endnote>
  <w:endnote w:type="continuationSeparator" w:id="0">
    <w:p w14:paraId="4537D105" w14:textId="77777777" w:rsidR="00543B9D" w:rsidRDefault="00543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0909B" w14:textId="77777777" w:rsidR="000B7F04" w:rsidRDefault="00543B9D">
    <w:pPr>
      <w:pStyle w:val="Footer"/>
      <w:jc w:val="center"/>
    </w:pPr>
    <w:r>
      <w:rPr>
        <w:rFonts w:ascii="Times New Roman" w:hAnsi="Times New Roman"/>
        <w:sz w:val="18"/>
      </w:rPr>
      <w:fldChar w:fldCharType="begin"/>
    </w:r>
    <w:r>
      <w:rPr>
        <w:rFonts w:ascii="Times New Roman" w:hAnsi="Times New Roman"/>
        <w:sz w:val="18"/>
      </w:rPr>
      <w:instrText xml:space="preserve"> PAGE </w:instrText>
    </w:r>
    <w:r w:rsidR="00002F6D">
      <w:rPr>
        <w:rFonts w:ascii="Times New Roman" w:hAnsi="Times New Roman"/>
        <w:sz w:val="18"/>
      </w:rPr>
      <w:fldChar w:fldCharType="separate"/>
    </w:r>
    <w:r w:rsidR="00002F6D">
      <w:rPr>
        <w:rFonts w:ascii="Times New Roman" w:hAnsi="Times New Roman"/>
        <w:noProof/>
        <w:sz w:val="18"/>
      </w:rPr>
      <w:t>1</w:t>
    </w:r>
    <w:r>
      <w:rPr>
        <w:rFonts w:ascii="Times New Roman" w:hAnsi="Times New Roman"/>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C2870" w14:textId="77777777" w:rsidR="00543B9D" w:rsidRDefault="00543B9D">
      <w:pPr>
        <w:spacing w:after="0" w:line="240" w:lineRule="auto"/>
      </w:pPr>
      <w:r>
        <w:separator/>
      </w:r>
    </w:p>
  </w:footnote>
  <w:footnote w:type="continuationSeparator" w:id="0">
    <w:p w14:paraId="7F1AABF0" w14:textId="77777777" w:rsidR="00543B9D" w:rsidRDefault="00543B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15963652">
    <w:abstractNumId w:val="8"/>
  </w:num>
  <w:num w:numId="2" w16cid:durableId="471757941">
    <w:abstractNumId w:val="6"/>
  </w:num>
  <w:num w:numId="3" w16cid:durableId="1203591484">
    <w:abstractNumId w:val="5"/>
  </w:num>
  <w:num w:numId="4" w16cid:durableId="1735277310">
    <w:abstractNumId w:val="4"/>
  </w:num>
  <w:num w:numId="5" w16cid:durableId="2089762506">
    <w:abstractNumId w:val="7"/>
  </w:num>
  <w:num w:numId="6" w16cid:durableId="836772051">
    <w:abstractNumId w:val="3"/>
  </w:num>
  <w:num w:numId="7" w16cid:durableId="1321494578">
    <w:abstractNumId w:val="2"/>
  </w:num>
  <w:num w:numId="8" w16cid:durableId="1800567951">
    <w:abstractNumId w:val="1"/>
  </w:num>
  <w:num w:numId="9" w16cid:durableId="1247687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F6D"/>
    <w:rsid w:val="00034616"/>
    <w:rsid w:val="0006063C"/>
    <w:rsid w:val="000B7F04"/>
    <w:rsid w:val="0015074B"/>
    <w:rsid w:val="0029639D"/>
    <w:rsid w:val="00326F90"/>
    <w:rsid w:val="003870A4"/>
    <w:rsid w:val="00543B9D"/>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A3C9A2"/>
  <w14:defaultImageDpi w14:val="300"/>
  <w15:docId w15:val="{19E7E0B7-BED0-4A8D-BFE9-240E9E35E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1869</Words>
  <Characters>10655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12500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Yi Meng</cp:lastModifiedBy>
  <cp:revision>2</cp:revision>
  <dcterms:created xsi:type="dcterms:W3CDTF">2026-07-19T04:01:00Z</dcterms:created>
  <dcterms:modified xsi:type="dcterms:W3CDTF">2026-07-19T04:01:00Z</dcterms:modified>
  <cp:category/>
</cp:coreProperties>
</file>