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52CCE" w14:textId="77777777" w:rsidR="00B475E2" w:rsidRDefault="00B475E2" w:rsidP="00B475E2">
      <w:pPr>
        <w:pStyle w:val="Heading1"/>
        <w:rPr>
          <w:lang w:eastAsia="zh-CN"/>
        </w:rPr>
      </w:pPr>
      <w:bookmarkStart w:id="0" w:name="_Toc235354998"/>
      <w:r>
        <w:rPr>
          <w:lang w:eastAsia="zh-CN"/>
        </w:rPr>
        <w:t>2023-2024</w:t>
      </w:r>
      <w:r>
        <w:rPr>
          <w:lang w:eastAsia="zh-CN"/>
        </w:rPr>
        <w:t>学年</w:t>
      </w:r>
      <w:bookmarkEnd w:id="0"/>
    </w:p>
    <w:p w14:paraId="21C4CB28" w14:textId="77777777" w:rsidR="00B475E2" w:rsidRDefault="00B475E2" w:rsidP="00B475E2">
      <w:pPr>
        <w:pStyle w:val="Heading2"/>
        <w:rPr>
          <w:lang w:eastAsia="zh-CN"/>
        </w:rPr>
      </w:pPr>
      <w:bookmarkStart w:id="1" w:name="_Toc235354999"/>
      <w:r>
        <w:rPr>
          <w:lang w:eastAsia="zh-CN"/>
        </w:rPr>
        <w:t>月考</w:t>
      </w:r>
      <w:bookmarkEnd w:id="1"/>
    </w:p>
    <w:p w14:paraId="15B27BBA" w14:textId="77777777" w:rsidR="00B475E2" w:rsidRDefault="00B475E2" w:rsidP="00B475E2">
      <w:pPr>
        <w:pStyle w:val="Heading3"/>
        <w:rPr>
          <w:lang w:eastAsia="zh-CN"/>
        </w:rPr>
      </w:pPr>
      <w:bookmarkStart w:id="2" w:name="_Toc235355000"/>
      <w:r>
        <w:rPr>
          <w:lang w:eastAsia="zh-CN"/>
        </w:rPr>
        <w:t>海淀区十一学校（其他）</w:t>
      </w:r>
      <w:bookmarkEnd w:id="2"/>
    </w:p>
    <w:p w14:paraId="7B4138E7" w14:textId="77777777" w:rsidR="00B475E2" w:rsidRDefault="00B475E2" w:rsidP="00B475E2">
      <w:pPr>
        <w:rPr>
          <w:lang w:eastAsia="zh-CN"/>
        </w:rPr>
      </w:pPr>
      <w:r>
        <w:rPr>
          <w:lang w:eastAsia="zh-CN"/>
        </w:rPr>
        <w:t>【未能自动提取，请查看原卷：精品解析：北京市海淀区十一学校2023-2024学年七年级上学期10月语文试题（原卷版）.docx】</w:t>
      </w:r>
    </w:p>
    <w:p w14:paraId="1030E7D0" w14:textId="77777777" w:rsidR="00B475E2" w:rsidRDefault="00B475E2" w:rsidP="00B475E2">
      <w:pPr>
        <w:pStyle w:val="Heading3"/>
        <w:rPr>
          <w:lang w:eastAsia="zh-CN"/>
        </w:rPr>
      </w:pPr>
      <w:bookmarkStart w:id="3" w:name="_Toc235355001"/>
      <w:r>
        <w:rPr>
          <w:lang w:eastAsia="zh-CN"/>
        </w:rPr>
        <w:t>第二中学（</w:t>
      </w:r>
      <w:r>
        <w:rPr>
          <w:lang w:eastAsia="zh-CN"/>
        </w:rPr>
        <w:t>10</w:t>
      </w:r>
      <w:r>
        <w:rPr>
          <w:lang w:eastAsia="zh-CN"/>
        </w:rPr>
        <w:t>月月考）</w:t>
      </w:r>
      <w:bookmarkEnd w:id="3"/>
    </w:p>
    <w:p w14:paraId="3F39CDA3"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四、现代文阅读（共计 23分）</w:t>
      </w:r>
    </w:p>
    <w:p w14:paraId="2792AD19"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（一）（共11分）</w:t>
      </w:r>
    </w:p>
    <w:p w14:paraId="41076B7A"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阅读下文，完成下面小题。</w:t>
      </w:r>
    </w:p>
    <w:p w14:paraId="54B30787"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初春</w:t>
      </w:r>
    </w:p>
    <w:p w14:paraId="7334A892"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丁立梅</w:t>
      </w:r>
    </w:p>
    <w:p w14:paraId="4633E3C6" w14:textId="77777777" w:rsidR="00B475E2" w:rsidRDefault="00B475E2" w:rsidP="00B475E2">
      <w:pPr>
        <w:spacing w:line="360" w:lineRule="auto"/>
        <w:ind w:firstLine="420"/>
        <w:jc w:val="both"/>
        <w:textAlignment w:val="center"/>
        <w:rPr>
          <w:color w:val="000000"/>
          <w:lang w:eastAsia="zh-CN"/>
        </w:rPr>
      </w:pPr>
      <w:r>
        <w:rPr>
          <w:color w:val="000000"/>
          <w:lang w:eastAsia="zh-CN"/>
        </w:rPr>
        <w:t>①</w:t>
      </w:r>
      <w:r>
        <w:rPr>
          <w:rFonts w:ascii="KaiTi" w:eastAsia="KaiTi" w:hAnsi="KaiTi" w:cs="KaiTi"/>
          <w:color w:val="000000"/>
          <w:lang w:eastAsia="zh-CN"/>
        </w:rPr>
        <w:t>这个时候，一切都还是冬天的模样，一切却又开始苏醒。</w:t>
      </w:r>
    </w:p>
    <w:p w14:paraId="4FB5EAC9" w14:textId="77777777" w:rsidR="00B475E2" w:rsidRDefault="00B475E2" w:rsidP="00B475E2">
      <w:pPr>
        <w:spacing w:line="360" w:lineRule="auto"/>
        <w:ind w:firstLine="420"/>
        <w:jc w:val="both"/>
        <w:textAlignment w:val="center"/>
        <w:rPr>
          <w:color w:val="000000"/>
          <w:lang w:eastAsia="zh-CN"/>
        </w:rPr>
      </w:pPr>
      <w:r>
        <w:rPr>
          <w:color w:val="000000"/>
          <w:lang w:eastAsia="zh-CN"/>
        </w:rPr>
        <w:t>②</w:t>
      </w:r>
      <w:r>
        <w:rPr>
          <w:rFonts w:ascii="KaiTi" w:eastAsia="KaiTi" w:hAnsi="KaiTi" w:cs="KaiTi"/>
          <w:color w:val="000000"/>
          <w:lang w:eastAsia="zh-CN"/>
        </w:rPr>
        <w:t>我喜欢杉树。裸露着铁锈红的筋骨，腰杆挺得笔直笔直的，像铮铮铁骨的汉子。</w:t>
      </w:r>
    </w:p>
    <w:p w14:paraId="10FD0248" w14:textId="77777777" w:rsidR="00B475E2" w:rsidRDefault="00B475E2" w:rsidP="00B475E2">
      <w:pPr>
        <w:spacing w:line="360" w:lineRule="auto"/>
        <w:ind w:firstLine="420"/>
        <w:jc w:val="both"/>
        <w:textAlignment w:val="center"/>
        <w:rPr>
          <w:color w:val="000000"/>
          <w:lang w:eastAsia="zh-CN"/>
        </w:rPr>
      </w:pPr>
      <w:r>
        <w:rPr>
          <w:color w:val="000000"/>
          <w:lang w:eastAsia="zh-CN"/>
        </w:rPr>
        <w:t>③</w:t>
      </w:r>
      <w:r>
        <w:rPr>
          <w:rFonts w:ascii="KaiTi" w:eastAsia="KaiTi" w:hAnsi="KaiTi" w:cs="KaiTi"/>
          <w:color w:val="000000"/>
          <w:lang w:eastAsia="zh-CN"/>
        </w:rPr>
        <w:t>穿行在一片杉树林中，风吹落一片一片的阳光，像吹落一瓣一瓣的梨花，在铺着铁锈红的落叶上，跳跃、闪亮。林子也是透亮着的。杉树们沐着光，静默地微笑，总叫人觉得柔软。</w:t>
      </w:r>
    </w:p>
    <w:p w14:paraId="554D2ECA" w14:textId="77777777" w:rsidR="00B475E2" w:rsidRDefault="00B475E2" w:rsidP="00B475E2">
      <w:pPr>
        <w:spacing w:line="360" w:lineRule="auto"/>
        <w:ind w:firstLine="420"/>
        <w:jc w:val="both"/>
        <w:textAlignment w:val="center"/>
        <w:rPr>
          <w:color w:val="000000"/>
          <w:lang w:eastAsia="zh-CN"/>
        </w:rPr>
      </w:pPr>
      <w:r>
        <w:rPr>
          <w:color w:val="000000"/>
          <w:lang w:eastAsia="zh-CN"/>
        </w:rPr>
        <w:t>④</w:t>
      </w:r>
      <w:r>
        <w:rPr>
          <w:rFonts w:ascii="KaiTi" w:eastAsia="KaiTi" w:hAnsi="KaiTi" w:cs="KaiTi"/>
          <w:color w:val="000000"/>
          <w:lang w:eastAsia="zh-CN"/>
        </w:rPr>
        <w:t>我喜欢池塘和小河。水刚刚睡醒，很清澈，眉眼儿盈盈。</w:t>
      </w:r>
    </w:p>
    <w:p w14:paraId="0D08E2CA" w14:textId="77777777" w:rsidR="00B475E2" w:rsidRDefault="00B475E2" w:rsidP="00B475E2">
      <w:pPr>
        <w:spacing w:line="360" w:lineRule="auto"/>
        <w:ind w:firstLine="420"/>
        <w:jc w:val="both"/>
        <w:textAlignment w:val="center"/>
        <w:rPr>
          <w:color w:val="000000"/>
          <w:lang w:eastAsia="zh-CN"/>
        </w:rPr>
      </w:pPr>
      <w:r>
        <w:rPr>
          <w:color w:val="000000"/>
          <w:lang w:eastAsia="zh-CN"/>
        </w:rPr>
        <w:t>⑤</w:t>
      </w:r>
      <w:r>
        <w:rPr>
          <w:rFonts w:ascii="KaiTi" w:eastAsia="KaiTi" w:hAnsi="KaiTi" w:cs="KaiTi"/>
          <w:color w:val="000000"/>
          <w:lang w:eastAsia="zh-CN"/>
        </w:rPr>
        <w:t>我站在一条河边，亦是长久地站着。我喜欢水里面的倒影，芦苇的，树的，还有茅草们的。去年开过花的美人蕉和再力花，还有远处的一座小拱桥，它们倒映在水里面的样子，比在岸边的样子要动人，水波温柔地抚摩着它们，它们有着说不出的温婉和妩媚。</w:t>
      </w:r>
    </w:p>
    <w:p w14:paraId="28F105F9" w14:textId="77777777" w:rsidR="00B475E2" w:rsidRDefault="00B475E2" w:rsidP="00B475E2">
      <w:pPr>
        <w:spacing w:line="360" w:lineRule="auto"/>
        <w:ind w:firstLine="420"/>
        <w:jc w:val="both"/>
        <w:textAlignment w:val="center"/>
        <w:rPr>
          <w:color w:val="000000"/>
          <w:lang w:eastAsia="zh-CN"/>
        </w:rPr>
      </w:pPr>
      <w:r>
        <w:rPr>
          <w:color w:val="000000"/>
          <w:lang w:eastAsia="zh-CN"/>
        </w:rPr>
        <w:t>⑥</w:t>
      </w:r>
      <w:r>
        <w:rPr>
          <w:rFonts w:ascii="KaiTi" w:eastAsia="KaiTi" w:hAnsi="KaiTi" w:cs="KaiTi"/>
          <w:color w:val="000000"/>
          <w:lang w:eastAsia="zh-CN"/>
        </w:rPr>
        <w:t>我喜欢岸边暗生的苔花。嫩黄的，柔软的，又是毛绒绒的。我很想挖一点带回来长。想想，又作罢了。它们还是在它们的广阔天地里好，呼吸自由的空气，白天晒太阳，晚上看星辰。</w:t>
      </w:r>
    </w:p>
    <w:p w14:paraId="417EE9D7" w14:textId="77777777" w:rsidR="00B475E2" w:rsidRDefault="00B475E2" w:rsidP="00B475E2">
      <w:pPr>
        <w:spacing w:line="360" w:lineRule="auto"/>
        <w:ind w:firstLine="420"/>
        <w:jc w:val="both"/>
        <w:textAlignment w:val="center"/>
        <w:rPr>
          <w:color w:val="000000"/>
          <w:lang w:eastAsia="zh-CN"/>
        </w:rPr>
      </w:pPr>
      <w:r>
        <w:rPr>
          <w:color w:val="000000"/>
          <w:lang w:eastAsia="zh-CN"/>
        </w:rPr>
        <w:lastRenderedPageBreak/>
        <w:t>⑦</w:t>
      </w:r>
      <w:r>
        <w:rPr>
          <w:rFonts w:ascii="KaiTi" w:eastAsia="KaiTi" w:hAnsi="KaiTi" w:cs="KaiTi"/>
          <w:color w:val="000000"/>
          <w:lang w:eastAsia="zh-CN"/>
        </w:rPr>
        <w:t>我喜欢柳枝儿。上面爬满淡黄的乳芽，活像一群活泼的小虫子。“绊惹春风别有情，世间谁敢斗轻盈”，真是霸气得不得了。柔中带刚。</w:t>
      </w:r>
    </w:p>
    <w:p w14:paraId="3CDDA26A" w14:textId="77777777" w:rsidR="00B475E2" w:rsidRDefault="00B475E2" w:rsidP="00B475E2">
      <w:pPr>
        <w:spacing w:line="360" w:lineRule="auto"/>
        <w:ind w:firstLine="420"/>
        <w:jc w:val="both"/>
        <w:textAlignment w:val="center"/>
        <w:rPr>
          <w:color w:val="000000"/>
          <w:lang w:eastAsia="zh-CN"/>
        </w:rPr>
      </w:pPr>
      <w:r>
        <w:rPr>
          <w:color w:val="000000"/>
          <w:lang w:eastAsia="zh-CN"/>
        </w:rPr>
        <w:t>⑧</w:t>
      </w:r>
      <w:r>
        <w:rPr>
          <w:rFonts w:ascii="KaiTi" w:eastAsia="KaiTi" w:hAnsi="KaiTi" w:cs="KaiTi"/>
          <w:color w:val="000000"/>
          <w:lang w:eastAsia="zh-CN"/>
        </w:rPr>
        <w:t>我喜欢含苞的花木。梅树、海棠、樱花、桃树、杏树、梨树、红叶李。它们的身上，爬满了花骨朵儿，如一个个音符，等着春风的手去轻弹。都是人生初相见的模样啊，纯洁，羞涩，懵懂。</w:t>
      </w:r>
    </w:p>
    <w:p w14:paraId="1DAC9706" w14:textId="77777777" w:rsidR="00B475E2" w:rsidRDefault="00B475E2" w:rsidP="00B475E2">
      <w:pPr>
        <w:spacing w:line="360" w:lineRule="auto"/>
        <w:ind w:firstLine="420"/>
        <w:jc w:val="both"/>
        <w:textAlignment w:val="center"/>
        <w:rPr>
          <w:color w:val="000000"/>
          <w:lang w:eastAsia="zh-CN"/>
        </w:rPr>
      </w:pPr>
      <w:r>
        <w:rPr>
          <w:color w:val="000000"/>
          <w:lang w:eastAsia="zh-CN"/>
        </w:rPr>
        <w:t>⑨</w:t>
      </w:r>
      <w:r>
        <w:rPr>
          <w:rFonts w:ascii="KaiTi" w:eastAsia="KaiTi" w:hAnsi="KaiTi" w:cs="KaiTi"/>
          <w:color w:val="000000"/>
          <w:lang w:eastAsia="zh-CN"/>
        </w:rPr>
        <w:t>我喜欢刚钻出土的小草。它们小模小样，披着一身淡黄的新绿，打量着这个全新的世界。遥看如一抹绿烟轻起。</w:t>
      </w:r>
    </w:p>
    <w:p w14:paraId="012A84D8" w14:textId="77777777" w:rsidR="00B475E2" w:rsidRDefault="00B475E2" w:rsidP="00B475E2">
      <w:pPr>
        <w:spacing w:line="360" w:lineRule="auto"/>
        <w:ind w:firstLine="420"/>
        <w:jc w:val="both"/>
        <w:textAlignment w:val="center"/>
        <w:rPr>
          <w:color w:val="000000"/>
          <w:lang w:eastAsia="zh-CN"/>
        </w:rPr>
      </w:pPr>
      <w:r>
        <w:rPr>
          <w:color w:val="000000"/>
          <w:lang w:eastAsia="zh-CN"/>
        </w:rPr>
        <w:t>⑩</w:t>
      </w:r>
      <w:r>
        <w:rPr>
          <w:rFonts w:ascii="KaiTi" w:eastAsia="KaiTi" w:hAnsi="KaiTi" w:cs="KaiTi"/>
          <w:color w:val="000000"/>
          <w:lang w:eastAsia="zh-CN"/>
        </w:rPr>
        <w:t>我喜欢鸟的鸣唱。分别了一个冬天，它们回来了。是久别重逢。彼此间有着说不完的话，道不完的情。于是，都扯着嗓子唱啊说啊，啾啾唧唧个没完没了，又愉悦又欢欣。我一听就是小半天，听得心里面长出温柔的水草来。</w:t>
      </w:r>
    </w:p>
    <w:p w14:paraId="573706C5" w14:textId="77777777" w:rsidR="00B475E2" w:rsidRDefault="00B475E2" w:rsidP="00B475E2">
      <w:pPr>
        <w:spacing w:line="360" w:lineRule="auto"/>
        <w:ind w:firstLine="420"/>
        <w:jc w:val="both"/>
        <w:textAlignment w:val="center"/>
        <w:rPr>
          <w:color w:val="000000"/>
          <w:lang w:eastAsia="zh-CN"/>
        </w:rPr>
      </w:pPr>
      <w:r>
        <w:rPr>
          <w:color w:val="000000"/>
          <w:lang w:eastAsia="zh-CN"/>
        </w:rPr>
        <w:t>⑪</w:t>
      </w:r>
      <w:r>
        <w:rPr>
          <w:rFonts w:ascii="KaiTi" w:eastAsia="KaiTi" w:hAnsi="KaiTi" w:cs="KaiTi"/>
          <w:color w:val="000000"/>
          <w:lang w:eastAsia="zh-CN"/>
        </w:rPr>
        <w:t>我喜欢风。这个时候的风，可以称作春风了。它们也作势般，呼呼地扑过来，但你不要怕，它们纯粹是吓唬人的。它们少了凌厉和尖削，多了温柔和好意，我闻见风里面的清香和清新。哪处的花开了吗？哪处的小草和新叶长出来了吗？</w:t>
      </w:r>
    </w:p>
    <w:p w14:paraId="750B8529" w14:textId="77777777" w:rsidR="00B475E2" w:rsidRDefault="00B475E2" w:rsidP="00B475E2">
      <w:pPr>
        <w:spacing w:line="360" w:lineRule="auto"/>
        <w:ind w:firstLine="420"/>
        <w:jc w:val="both"/>
        <w:textAlignment w:val="center"/>
        <w:rPr>
          <w:color w:val="000000"/>
          <w:lang w:eastAsia="zh-CN"/>
        </w:rPr>
      </w:pPr>
      <w:r>
        <w:rPr>
          <w:color w:val="000000"/>
          <w:lang w:eastAsia="zh-CN"/>
        </w:rPr>
        <w:t>⑫</w:t>
      </w:r>
      <w:r>
        <w:rPr>
          <w:rFonts w:ascii="KaiTi" w:eastAsia="KaiTi" w:hAnsi="KaiTi" w:cs="KaiTi"/>
          <w:color w:val="000000"/>
          <w:lang w:eastAsia="zh-CN"/>
        </w:rPr>
        <w:t>我跟着风走，一边走一边找。我找到结香了。好几大棵。上面的花苞苞，有的已撑不住开了。我低头闻闻，香得很。我还找到了一些野荠菜，绿汪汪的。真好啊，在城里的绿化带里，居然有从乡下跑来的野荠菜。</w:t>
      </w:r>
    </w:p>
    <w:p w14:paraId="56007A24" w14:textId="77777777" w:rsidR="00B475E2" w:rsidRDefault="00B475E2" w:rsidP="00B475E2">
      <w:pPr>
        <w:spacing w:line="360" w:lineRule="auto"/>
        <w:ind w:firstLine="420"/>
        <w:jc w:val="both"/>
        <w:textAlignment w:val="center"/>
        <w:rPr>
          <w:color w:val="000000"/>
          <w:lang w:eastAsia="zh-CN"/>
        </w:rPr>
      </w:pPr>
      <w:r>
        <w:rPr>
          <w:color w:val="000000"/>
          <w:lang w:eastAsia="zh-CN"/>
        </w:rPr>
        <w:t>⑬</w:t>
      </w:r>
      <w:r>
        <w:rPr>
          <w:rFonts w:ascii="KaiTi" w:eastAsia="KaiTi" w:hAnsi="KaiTi" w:cs="KaiTi"/>
          <w:color w:val="000000"/>
          <w:lang w:eastAsia="zh-CN"/>
        </w:rPr>
        <w:t>我喜欢稚童。白天，太阳好的时候，他们可以不用戴着厚厚的小绒帽了，也不用穿得那么臃肿了。他们追着一朵阳光，蹒跚着向前奔去，一个博大的世界，在等着他们。</w:t>
      </w:r>
    </w:p>
    <w:p w14:paraId="6B5AA7D8"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赏析下面加点词语的表达效果。</w:t>
      </w:r>
    </w:p>
    <w:p w14:paraId="0FE5F179"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它们小模小样，</w:t>
      </w:r>
      <w:r>
        <w:rPr>
          <w:rFonts w:ascii="SimSun" w:eastAsia="SimSun" w:hAnsi="SimSun" w:cs="SimSun"/>
          <w:color w:val="000000"/>
          <w:em w:val="dot"/>
          <w:lang w:eastAsia="zh-CN"/>
        </w:rPr>
        <w:t>披</w:t>
      </w:r>
      <w:r>
        <w:rPr>
          <w:rFonts w:ascii="SimSun" w:eastAsia="SimSun" w:hAnsi="SimSun" w:cs="SimSun"/>
          <w:color w:val="000000"/>
          <w:lang w:eastAsia="zh-CN"/>
        </w:rPr>
        <w:t>着一身淡黄的新绿，</w:t>
      </w:r>
      <w:r>
        <w:rPr>
          <w:rFonts w:ascii="SimSun" w:eastAsia="SimSun" w:hAnsi="SimSun" w:cs="SimSun"/>
          <w:color w:val="000000"/>
          <w:em w:val="dot"/>
          <w:lang w:eastAsia="zh-CN"/>
        </w:rPr>
        <w:t>打量</w:t>
      </w:r>
      <w:r>
        <w:rPr>
          <w:rFonts w:ascii="SimSun" w:eastAsia="SimSun" w:hAnsi="SimSun" w:cs="SimSun"/>
          <w:color w:val="000000"/>
          <w:lang w:eastAsia="zh-CN"/>
        </w:rPr>
        <w:t>着这个全新的世界。</w:t>
      </w:r>
    </w:p>
    <w:p w14:paraId="036D66EF"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批注是一种很好</w:t>
      </w:r>
      <w:r>
        <w:rPr>
          <w:rFonts w:ascii="SimSun" w:eastAsia="SimSun" w:hAnsi="SimSun" w:cs="SimSun"/>
          <w:noProof/>
          <w:color w:val="000000"/>
        </w:rPr>
        <w:drawing>
          <wp:inline distT="0" distB="0" distL="114300" distR="114300" wp14:anchorId="27FB73A1" wp14:editId="748FC1B3">
            <wp:extent cx="133350" cy="177800"/>
            <wp:effectExtent l="0" t="0" r="0" b="13335"/>
            <wp:docPr id="1235"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图片 100003"/>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读书方法，可以用简洁的语言及时记录我们阅读时的思考与感悟。批注的角度有赏语言、写理解、谈感悟、做评价。任选角度，给下面的句子作批注。</w:t>
      </w:r>
    </w:p>
    <w:p w14:paraId="1712863D"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我喜欢柳枝儿。上面爬满淡黄</w:t>
      </w:r>
      <w:r>
        <w:rPr>
          <w:rFonts w:ascii="SimSun" w:eastAsia="SimSun" w:hAnsi="SimSun" w:cs="SimSun"/>
          <w:noProof/>
          <w:color w:val="000000"/>
        </w:rPr>
        <w:drawing>
          <wp:inline distT="0" distB="0" distL="114300" distR="114300" wp14:anchorId="4A06E48A" wp14:editId="057A6D5C">
            <wp:extent cx="133350" cy="177800"/>
            <wp:effectExtent l="0" t="0" r="0" b="13335"/>
            <wp:docPr id="1237"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图片 100009"/>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乳芽，活像一群活泼的小虫子。“绊惹春风别有情，世间谁敢斗轻盈”，真是霸气得不得了。柔中带刚。</w:t>
      </w:r>
    </w:p>
    <w:p w14:paraId="3CB49A77"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在行文过程中，作者是从哪四个角度来描写景物的？</w:t>
      </w:r>
    </w:p>
    <w:p w14:paraId="7796ABEE"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18. </w:t>
      </w:r>
      <w:r>
        <w:rPr>
          <w:rFonts w:ascii="SimSun" w:eastAsia="SimSun" w:hAnsi="SimSun" w:cs="SimSun"/>
          <w:color w:val="000000"/>
          <w:lang w:eastAsia="zh-CN"/>
        </w:rPr>
        <w:t>文章重点描写了初春的各种美丽景物，为什么结尾以写孩子结束全文？</w:t>
      </w:r>
    </w:p>
    <w:p w14:paraId="6A4ECE75"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（二）（共12分）</w:t>
      </w:r>
    </w:p>
    <w:p w14:paraId="6C53483A"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阅读《老舍的脚步声》，完成下面小题。</w:t>
      </w:r>
    </w:p>
    <w:p w14:paraId="5206BE39"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老舍的脚步声</w:t>
      </w:r>
    </w:p>
    <w:p w14:paraId="67BC72F0"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徐立新</w:t>
      </w:r>
    </w:p>
    <w:p w14:paraId="4392400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在他住的房子的不远处有一个破旧的庙宇，里面住的全是平日以乞讨、卖艺为生的盲人，一共近40名。但当时全国刚解放不久，人们的生活都不富余，连正常人养家糊口都很不易，也就难得有能力去接济盲人们，因此盲人们的生活非常艰难，挨饿受冻是常有的事情。</w:t>
      </w:r>
    </w:p>
    <w:p w14:paraId="5CAFE48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14:paraId="62DFC70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14:paraId="3DE3D85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14:paraId="68EEAE2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14:paraId="279B413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⑥这之后，每天，当他很晚下班从街上路过时，住在街上的盲人们都会不约而同地放下手中的活，点亮屋内的灯，然后站到各自的大门口前，只为跟他打招呼，问声好，为他</w:t>
      </w:r>
      <w:r>
        <w:rPr>
          <w:rFonts w:ascii="KaiTi" w:eastAsia="KaiTi" w:hAnsi="KaiTi" w:cs="KaiTi"/>
          <w:color w:val="000000"/>
          <w:lang w:eastAsia="zh-CN"/>
        </w:rPr>
        <w:lastRenderedPageBreak/>
        <w:t>照亮门前的那段路，如同迎接自己的亲人归来一般，而这几乎成了那条街道上的一道不变的温馨风景线，一直持续到他终老的那一天，从未错过一次，盲人们都说，那是因为他们能听出他的脚步声。</w:t>
      </w:r>
    </w:p>
    <w:p w14:paraId="0A21C64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⑦他便是老舍，原名舒庆春，杰出的人民艺术家，盲人们听出的那一声脚步声名叫“大善”。</w:t>
      </w:r>
    </w:p>
    <w:p w14:paraId="4CC06FD4"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（选自《读者》杂志）</w:t>
      </w:r>
    </w:p>
    <w:p w14:paraId="0D8EF049" w14:textId="77777777" w:rsidR="00B475E2" w:rsidRDefault="00B475E2" w:rsidP="00B475E2">
      <w:pPr>
        <w:spacing w:line="360" w:lineRule="auto"/>
        <w:textAlignment w:val="center"/>
        <w:rPr>
          <w:color w:val="000000"/>
        </w:rPr>
      </w:pPr>
      <w:r>
        <w:rPr>
          <w:color w:val="000000"/>
          <w:lang w:eastAsia="zh-CN"/>
        </w:rPr>
        <w:t xml:space="preserve">19. </w:t>
      </w:r>
      <w:r>
        <w:rPr>
          <w:rFonts w:ascii="SimSun" w:eastAsia="SimSun" w:hAnsi="SimSun" w:cs="SimSun"/>
          <w:color w:val="000000"/>
          <w:lang w:eastAsia="zh-CN"/>
        </w:rPr>
        <w:t>文中盲人们的处境触动了老舍的情感，他决定有所作为，他的确也改变了盲人们的处境。</w:t>
      </w:r>
      <w:r>
        <w:rPr>
          <w:rFonts w:ascii="SimSun" w:eastAsia="SimSun" w:hAnsi="SimSun" w:cs="SimSun"/>
          <w:color w:val="000000"/>
        </w:rPr>
        <w:t>阅读文章，填写表格。</w:t>
      </w:r>
    </w:p>
    <w:tbl>
      <w:tblPr>
        <w:tblW w:w="6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610"/>
        <w:gridCol w:w="3405"/>
      </w:tblGrid>
      <w:tr w:rsidR="00B475E2" w14:paraId="1D29789F" w14:textId="77777777" w:rsidTr="005A467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A4D2F2" w14:textId="77777777" w:rsidR="00B475E2" w:rsidRDefault="00B475E2" w:rsidP="005A467C">
            <w:pPr>
              <w:spacing w:line="360" w:lineRule="auto"/>
              <w:jc w:val="both"/>
              <w:textAlignment w:val="center"/>
              <w:rPr>
                <w:color w:val="000000"/>
              </w:rPr>
            </w:pPr>
            <w:r>
              <w:rPr>
                <w:rFonts w:ascii="SimSun" w:eastAsia="SimSun" w:hAnsi="SimSun" w:cs="SimSun"/>
                <w:color w:val="000000"/>
              </w:rPr>
              <w:t>盲人们的处境</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13D711F" w14:textId="77777777" w:rsidR="00B475E2" w:rsidRDefault="00B475E2" w:rsidP="005A467C">
            <w:pPr>
              <w:spacing w:line="360" w:lineRule="auto"/>
              <w:jc w:val="both"/>
              <w:textAlignment w:val="center"/>
              <w:rPr>
                <w:color w:val="000000"/>
              </w:rPr>
            </w:pPr>
            <w:r>
              <w:rPr>
                <w:rFonts w:ascii="SimSun" w:eastAsia="SimSun" w:hAnsi="SimSun" w:cs="SimSun"/>
                <w:color w:val="000000"/>
              </w:rPr>
              <w:t>老舍的感受或作为</w:t>
            </w:r>
          </w:p>
        </w:tc>
      </w:tr>
      <w:tr w:rsidR="00B475E2" w14:paraId="355DD364" w14:textId="77777777" w:rsidTr="005A467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B0534BE" w14:textId="77777777" w:rsidR="00B475E2" w:rsidRDefault="00B475E2" w:rsidP="005A467C">
            <w:pPr>
              <w:spacing w:line="360" w:lineRule="auto"/>
              <w:jc w:val="both"/>
              <w:textAlignment w:val="center"/>
              <w:rPr>
                <w:color w:val="000000"/>
              </w:rPr>
            </w:pPr>
            <w:r>
              <w:rPr>
                <w:rFonts w:ascii="SimSun" w:eastAsia="SimSun" w:hAnsi="SimSun" w:cs="SimSun"/>
                <w:color w:val="000000"/>
              </w:rPr>
              <w:t>①</w:t>
            </w:r>
            <w:r>
              <w:rPr>
                <w:color w:val="000000"/>
              </w:rPr>
              <w:t>_________</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1C533B6" w14:textId="77777777" w:rsidR="00B475E2" w:rsidRDefault="00B475E2" w:rsidP="005A467C">
            <w:pPr>
              <w:spacing w:line="360" w:lineRule="auto"/>
              <w:jc w:val="both"/>
              <w:textAlignment w:val="center"/>
              <w:rPr>
                <w:color w:val="000000"/>
              </w:rPr>
            </w:pPr>
            <w:r>
              <w:rPr>
                <w:rFonts w:ascii="SimSun" w:eastAsia="SimSun" w:hAnsi="SimSun" w:cs="SimSun"/>
                <w:color w:val="000000"/>
              </w:rPr>
              <w:t>隐隐作痛</w:t>
            </w:r>
          </w:p>
        </w:tc>
      </w:tr>
      <w:tr w:rsidR="00B475E2" w14:paraId="4725AEC7" w14:textId="77777777" w:rsidTr="005A467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8369FC" w14:textId="77777777" w:rsidR="00B475E2" w:rsidRDefault="00B475E2" w:rsidP="005A467C">
            <w:pPr>
              <w:spacing w:line="360" w:lineRule="auto"/>
              <w:jc w:val="both"/>
              <w:textAlignment w:val="center"/>
              <w:rPr>
                <w:color w:val="000000"/>
              </w:rPr>
            </w:pPr>
            <w:r>
              <w:rPr>
                <w:rFonts w:ascii="SimSun" w:eastAsia="SimSun" w:hAnsi="SimSun" w:cs="SimSun"/>
                <w:color w:val="000000"/>
              </w:rPr>
              <w:t>获得了一定报酬</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85CD67" w14:textId="77777777" w:rsidR="00B475E2" w:rsidRDefault="00B475E2" w:rsidP="005A467C">
            <w:pPr>
              <w:spacing w:line="360" w:lineRule="auto"/>
              <w:jc w:val="both"/>
              <w:textAlignment w:val="center"/>
              <w:rPr>
                <w:color w:val="000000"/>
              </w:rPr>
            </w:pPr>
            <w:r>
              <w:rPr>
                <w:rFonts w:ascii="SimSun" w:eastAsia="SimSun" w:hAnsi="SimSun" w:cs="SimSun"/>
                <w:color w:val="000000"/>
              </w:rPr>
              <w:t>②</w:t>
            </w:r>
            <w:r>
              <w:rPr>
                <w:color w:val="000000"/>
              </w:rPr>
              <w:t>__________</w:t>
            </w:r>
          </w:p>
        </w:tc>
      </w:tr>
      <w:tr w:rsidR="00B475E2" w14:paraId="1492222C" w14:textId="77777777" w:rsidTr="005A467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AED147" w14:textId="77777777" w:rsidR="00B475E2" w:rsidRDefault="00B475E2" w:rsidP="005A467C">
            <w:pPr>
              <w:spacing w:line="360" w:lineRule="auto"/>
              <w:jc w:val="both"/>
              <w:textAlignment w:val="center"/>
              <w:rPr>
                <w:color w:val="000000"/>
              </w:rPr>
            </w:pPr>
            <w:r>
              <w:rPr>
                <w:rFonts w:ascii="SimSun" w:eastAsia="SimSun" w:hAnsi="SimSun" w:cs="SimSun"/>
                <w:color w:val="000000"/>
              </w:rPr>
              <w:t>③</w:t>
            </w:r>
            <w:r>
              <w:rPr>
                <w:color w:val="000000"/>
              </w:rPr>
              <w:t>_________</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9F411F"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通过关系给盲人们安排工作</w:t>
            </w:r>
          </w:p>
        </w:tc>
      </w:tr>
      <w:tr w:rsidR="00B475E2" w14:paraId="4F8F7888" w14:textId="77777777" w:rsidTr="005A467C">
        <w:tc>
          <w:tcPr>
            <w:tcW w:w="26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35B8A4" w14:textId="77777777" w:rsidR="00B475E2" w:rsidRDefault="00B475E2" w:rsidP="005A467C">
            <w:pPr>
              <w:spacing w:line="360" w:lineRule="auto"/>
              <w:jc w:val="both"/>
              <w:textAlignment w:val="center"/>
              <w:rPr>
                <w:color w:val="000000"/>
              </w:rPr>
            </w:pPr>
            <w:r>
              <w:rPr>
                <w:rFonts w:ascii="SimSun" w:eastAsia="SimSun" w:hAnsi="SimSun" w:cs="SimSun"/>
                <w:color w:val="000000"/>
              </w:rPr>
              <w:t>生活状况都有了巨变</w:t>
            </w:r>
          </w:p>
        </w:tc>
        <w:tc>
          <w:tcPr>
            <w:tcW w:w="34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F9506F" w14:textId="77777777" w:rsidR="00B475E2" w:rsidRDefault="00B475E2" w:rsidP="005A467C">
            <w:pPr>
              <w:spacing w:line="360" w:lineRule="auto"/>
              <w:jc w:val="both"/>
              <w:textAlignment w:val="center"/>
              <w:rPr>
                <w:color w:val="000000"/>
              </w:rPr>
            </w:pPr>
            <w:r>
              <w:rPr>
                <w:rFonts w:ascii="SimSun" w:eastAsia="SimSun" w:hAnsi="SimSun" w:cs="SimSun"/>
                <w:color w:val="000000"/>
              </w:rPr>
              <w:t>④</w:t>
            </w:r>
            <w:r>
              <w:rPr>
                <w:color w:val="000000"/>
              </w:rPr>
              <w:t>__________</w:t>
            </w:r>
          </w:p>
        </w:tc>
      </w:tr>
    </w:tbl>
    <w:p w14:paraId="4E0FDAD0"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第⑥段加点词语“不约而同”的内容有哪些？目的是什么?</w:t>
      </w:r>
    </w:p>
    <w:p w14:paraId="514A3C7F"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“不约而同”的内容：</w:t>
      </w:r>
      <w:r>
        <w:rPr>
          <w:color w:val="000000"/>
          <w:lang w:eastAsia="zh-CN"/>
        </w:rPr>
        <w:t>___________________________________________</w:t>
      </w:r>
    </w:p>
    <w:p w14:paraId="27FFB34C"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“不约而同”的目的：</w:t>
      </w:r>
      <w:r>
        <w:rPr>
          <w:color w:val="000000"/>
          <w:lang w:eastAsia="zh-CN"/>
        </w:rPr>
        <w:t>___________________________________________</w:t>
      </w:r>
    </w:p>
    <w:p w14:paraId="178E3850"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“那一声脚步声名叫‘大善’”这句话的含义是什么？</w:t>
      </w:r>
    </w:p>
    <w:p w14:paraId="46131666"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结合原文，联系实际，谈谈你心中的那道“温馨风景线”。</w:t>
      </w:r>
    </w:p>
    <w:p w14:paraId="654F2FE1" w14:textId="77777777" w:rsidR="00B475E2" w:rsidRDefault="00B475E2" w:rsidP="00B475E2">
      <w:pPr>
        <w:pStyle w:val="Heading3"/>
        <w:rPr>
          <w:lang w:eastAsia="zh-CN"/>
        </w:rPr>
      </w:pPr>
      <w:bookmarkStart w:id="4" w:name="_Toc235355002"/>
      <w:r>
        <w:rPr>
          <w:lang w:eastAsia="zh-CN"/>
        </w:rPr>
        <w:t>第二中学（</w:t>
      </w:r>
      <w:r>
        <w:rPr>
          <w:lang w:eastAsia="zh-CN"/>
        </w:rPr>
        <w:t>12</w:t>
      </w:r>
      <w:r>
        <w:rPr>
          <w:lang w:eastAsia="zh-CN"/>
        </w:rPr>
        <w:t>月月考）</w:t>
      </w:r>
      <w:bookmarkEnd w:id="4"/>
    </w:p>
    <w:p w14:paraId="29ECA900"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四、现代文阅读（共计分）</w:t>
      </w:r>
    </w:p>
    <w:p w14:paraId="771C2BCE"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（一）（共13分）</w:t>
      </w:r>
    </w:p>
    <w:p w14:paraId="0EC970A1"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lastRenderedPageBreak/>
        <w:t>阅读下面材料，完成小题。</w:t>
      </w:r>
    </w:p>
    <w:p w14:paraId="60F28E74"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综合实践课上，同学们召开“网络交友利与弊”专题讨论会</w:t>
      </w:r>
      <w:r>
        <w:rPr>
          <w:rFonts w:ascii="SimSun" w:eastAsia="SimSun" w:hAnsi="SimSun" w:cs="SimSun"/>
          <w:noProof/>
          <w:color w:val="000000"/>
          <w:position w:val="-12"/>
        </w:rPr>
        <w:drawing>
          <wp:inline distT="0" distB="0" distL="114300" distR="114300" wp14:anchorId="44C21320" wp14:editId="64648F02">
            <wp:extent cx="127000" cy="76200"/>
            <wp:effectExtent l="0" t="0" r="0" b="0"/>
            <wp:docPr id="1239"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图片 100013"/>
                    <pic:cNvPicPr>
                      <a:picLocks noChangeAspect="1"/>
                    </pic:cNvPicPr>
                  </pic:nvPicPr>
                  <pic:blipFill>
                    <a:blip r:embed="rId8"/>
                    <a:stretch>
                      <a:fillRect/>
                    </a:stretch>
                  </pic:blipFill>
                  <pic:spPr>
                    <a:xfrm>
                      <a:off x="0" y="0"/>
                      <a:ext cx="127000" cy="76200"/>
                    </a:xfrm>
                    <a:prstGeom prst="rect">
                      <a:avLst/>
                    </a:prstGeom>
                  </pic:spPr>
                </pic:pic>
              </a:graphicData>
            </a:graphic>
          </wp:inline>
        </w:drawing>
      </w:r>
      <w:r>
        <w:rPr>
          <w:rFonts w:ascii="SimSun" w:eastAsia="SimSun" w:hAnsi="SimSun" w:cs="SimSun"/>
          <w:color w:val="000000"/>
          <w:lang w:eastAsia="zh-CN"/>
        </w:rPr>
        <w:t>语文课代表将讨论内容整理成下面三则材料。</w:t>
      </w:r>
    </w:p>
    <w:p w14:paraId="544FDA4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【材料一】</w:t>
      </w:r>
    </w:p>
    <w:p w14:paraId="16766D8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随着互联网的发展和智能终端设备（电脑、智能手机）的普及，2005后这一代中学生虽然年龄不大，但是都已成为了“老网民”。本班同学使用互联网的相关数据，见下面的扇形统计图。</w:t>
      </w:r>
    </w:p>
    <w:p w14:paraId="5853A3CF" w14:textId="77777777" w:rsidR="00B475E2" w:rsidRDefault="00B475E2" w:rsidP="00B475E2">
      <w:pPr>
        <w:spacing w:line="360" w:lineRule="auto"/>
        <w:ind w:firstLine="420"/>
        <w:textAlignment w:val="center"/>
        <w:rPr>
          <w:color w:val="000000"/>
        </w:rPr>
      </w:pPr>
      <w:r>
        <w:rPr>
          <w:noProof/>
          <w:color w:val="000000"/>
        </w:rPr>
        <w:drawing>
          <wp:inline distT="0" distB="0" distL="114300" distR="114300" wp14:anchorId="00CF3E82" wp14:editId="299DC197">
            <wp:extent cx="1543050" cy="1228725"/>
            <wp:effectExtent l="0" t="0" r="0" b="9525"/>
            <wp:docPr id="1241"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1543050" cy="1228725"/>
                    </a:xfrm>
                    <a:prstGeom prst="rect">
                      <a:avLst/>
                    </a:prstGeom>
                  </pic:spPr>
                </pic:pic>
              </a:graphicData>
            </a:graphic>
          </wp:inline>
        </w:drawing>
      </w:r>
    </w:p>
    <w:p w14:paraId="1BC0340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【材料二】</w:t>
      </w:r>
    </w:p>
    <w:p w14:paraId="37981B9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纵观人类历史，从来没有一种通讯工具像互联网络这样为人们提供了广泛联系的可能性。互联网在当今的信息时代,已经深入千家万户,正在改变着传统的交友方式。只要有一台联网的电脑，你就可以足不出户与远在地球上其他地区的网友们联系。中学生课业负担重，思想逐渐成熟，好多成长的烦恼只能和同龄人去倾诉，互联网交友能帮你找到志同道和的倾诉对象，交流共同的兴趣爱好，免去“当面说不好意思”的尴尬。因此，从交友的目的和网络的功能来看,网络交友利大于弊。</w:t>
      </w:r>
    </w:p>
    <w:p w14:paraId="6166B0F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【材料三】</w:t>
      </w:r>
    </w:p>
    <w:p w14:paraId="3BA0CAE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“网络交友提供了一切可能，也提供了一切问题的可能！”从现实来看，网络交友存在弊端。</w:t>
      </w:r>
    </w:p>
    <w:p w14:paraId="2294D67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网络是虚幻的，没有人也没有办法对网上的“个人资料”进行审核。最为经典的一句话就是：没人知道坐在电脑前的是不是一个好人。想在谎言的世界寻找真实的情感无异是自欺欺人！网络使沟通变得自由与便捷，别有用心者打着交友的旗号图谋不轨，也使行骗</w:t>
      </w:r>
      <w:r>
        <w:rPr>
          <w:rFonts w:ascii="KaiTi" w:eastAsia="KaiTi" w:hAnsi="KaiTi" w:cs="KaiTi"/>
          <w:color w:val="000000"/>
          <w:lang w:eastAsia="zh-CN"/>
        </w:rPr>
        <w:lastRenderedPageBreak/>
        <w:t>更难让人识别，容易引发严重的社会问题。网络是一个没有法律制约与道德规范的自由世界，引很多人在聊天时容易放纵自己，低级趣味泛滥成灾，容易引发严重的道德问题。</w:t>
      </w:r>
    </w:p>
    <w:p w14:paraId="42F43ED7"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阅读【材料一】，说说本班同学们使用互联网的主要用途。</w:t>
      </w:r>
    </w:p>
    <w:p w14:paraId="2F1B8D02"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阅读以上三则材料，完成下面表格。</w:t>
      </w:r>
    </w:p>
    <w:tbl>
      <w:tblPr>
        <w:tblW w:w="8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30"/>
        <w:gridCol w:w="1830"/>
        <w:gridCol w:w="4680"/>
      </w:tblGrid>
      <w:tr w:rsidR="00B475E2" w14:paraId="0F82E566" w14:textId="77777777" w:rsidTr="005A467C">
        <w:trPr>
          <w:trHeight w:val="330"/>
        </w:trPr>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FD4378" w14:textId="77777777" w:rsidR="00B475E2" w:rsidRDefault="00B475E2" w:rsidP="005A467C">
            <w:pPr>
              <w:spacing w:line="360" w:lineRule="auto"/>
              <w:textAlignment w:val="center"/>
              <w:rPr>
                <w:color w:val="000000"/>
              </w:rPr>
            </w:pPr>
            <w:r>
              <w:rPr>
                <w:rFonts w:ascii="SimSun" w:eastAsia="SimSun" w:hAnsi="SimSun" w:cs="SimSun"/>
                <w:color w:val="000000"/>
              </w:rPr>
              <w:t>网络交友的利</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121FD8" w14:textId="77777777" w:rsidR="00B475E2" w:rsidRDefault="00B475E2" w:rsidP="005A467C">
            <w:pPr>
              <w:spacing w:line="360" w:lineRule="auto"/>
              <w:textAlignment w:val="center"/>
              <w:rPr>
                <w:color w:val="000000"/>
              </w:rPr>
            </w:pPr>
            <w:r>
              <w:rPr>
                <w:rFonts w:ascii="SimSun" w:eastAsia="SimSun" w:hAnsi="SimSun" w:cs="SimSun"/>
                <w:color w:val="000000"/>
              </w:rPr>
              <w:t>网络交友的弊</w:t>
            </w:r>
          </w:p>
        </w:tc>
        <w:tc>
          <w:tcPr>
            <w:tcW w:w="46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5C85BA" w14:textId="77777777" w:rsidR="00B475E2" w:rsidRDefault="00B475E2" w:rsidP="005A467C">
            <w:pPr>
              <w:spacing w:line="360" w:lineRule="auto"/>
              <w:textAlignment w:val="center"/>
              <w:rPr>
                <w:color w:val="000000"/>
                <w:lang w:eastAsia="zh-CN"/>
              </w:rPr>
            </w:pPr>
            <w:r>
              <w:rPr>
                <w:rFonts w:ascii="SimSun" w:eastAsia="SimSun" w:hAnsi="SimSun" w:cs="SimSun"/>
                <w:color w:val="000000"/>
                <w:lang w:eastAsia="zh-CN"/>
              </w:rPr>
              <w:t>用上一组关联词，表达你对网络交友的态度</w:t>
            </w:r>
          </w:p>
        </w:tc>
      </w:tr>
      <w:tr w:rsidR="00B475E2" w14:paraId="12C07524" w14:textId="77777777" w:rsidTr="005A467C">
        <w:trPr>
          <w:trHeight w:val="375"/>
        </w:trPr>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A72FB4" w14:textId="77777777" w:rsidR="00B475E2" w:rsidRDefault="00B475E2" w:rsidP="005A467C">
            <w:pPr>
              <w:spacing w:line="360" w:lineRule="auto"/>
              <w:textAlignment w:val="center"/>
              <w:rPr>
                <w:color w:val="000000"/>
              </w:rPr>
            </w:pPr>
            <w:r>
              <w:rPr>
                <w:rFonts w:ascii="SimSun" w:eastAsia="SimSun" w:hAnsi="SimSun" w:cs="SimSun"/>
                <w:color w:val="000000"/>
              </w:rPr>
              <w:t>①</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7DDE854" w14:textId="77777777" w:rsidR="00B475E2" w:rsidRDefault="00B475E2" w:rsidP="005A467C">
            <w:pPr>
              <w:spacing w:line="360" w:lineRule="auto"/>
              <w:textAlignment w:val="center"/>
              <w:rPr>
                <w:color w:val="000000"/>
              </w:rPr>
            </w:pPr>
            <w:r>
              <w:rPr>
                <w:rFonts w:ascii="SimSun" w:eastAsia="SimSun" w:hAnsi="SimSun" w:cs="SimSun"/>
                <w:color w:val="000000"/>
              </w:rPr>
              <w:t>③</w:t>
            </w:r>
          </w:p>
        </w:tc>
        <w:tc>
          <w:tcPr>
            <w:tcW w:w="468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26B37C" w14:textId="77777777" w:rsidR="00B475E2" w:rsidRDefault="00B475E2" w:rsidP="005A467C">
            <w:pPr>
              <w:spacing w:line="360" w:lineRule="auto"/>
              <w:textAlignment w:val="center"/>
              <w:rPr>
                <w:color w:val="000000"/>
              </w:rPr>
            </w:pPr>
            <w:r>
              <w:rPr>
                <w:rFonts w:ascii="SimSun" w:eastAsia="SimSun" w:hAnsi="SimSun" w:cs="SimSun"/>
                <w:color w:val="000000"/>
              </w:rPr>
              <w:t>⑤</w:t>
            </w:r>
          </w:p>
        </w:tc>
      </w:tr>
      <w:tr w:rsidR="00B475E2" w14:paraId="127D5835" w14:textId="77777777" w:rsidTr="005A467C">
        <w:trPr>
          <w:trHeight w:val="375"/>
        </w:trPr>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C5A986D" w14:textId="77777777" w:rsidR="00B475E2" w:rsidRDefault="00B475E2" w:rsidP="005A467C">
            <w:pPr>
              <w:spacing w:line="360" w:lineRule="auto"/>
              <w:textAlignment w:val="center"/>
              <w:rPr>
                <w:color w:val="000000"/>
              </w:rPr>
            </w:pPr>
            <w:r>
              <w:rPr>
                <w:rFonts w:ascii="SimSun" w:eastAsia="SimSun" w:hAnsi="SimSun" w:cs="SimSun"/>
                <w:color w:val="000000"/>
              </w:rPr>
              <w:t>②</w:t>
            </w:r>
          </w:p>
        </w:tc>
        <w:tc>
          <w:tcPr>
            <w:tcW w:w="18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A969033" w14:textId="77777777" w:rsidR="00B475E2" w:rsidRDefault="00B475E2" w:rsidP="005A467C">
            <w:pPr>
              <w:spacing w:line="360" w:lineRule="auto"/>
              <w:textAlignment w:val="center"/>
              <w:rPr>
                <w:color w:val="000000"/>
              </w:rPr>
            </w:pPr>
            <w:r>
              <w:rPr>
                <w:rFonts w:ascii="SimSun" w:eastAsia="SimSun" w:hAnsi="SimSun" w:cs="SimSun"/>
                <w:color w:val="000000"/>
              </w:rPr>
              <w:t>④</w:t>
            </w:r>
          </w:p>
        </w:tc>
        <w:tc>
          <w:tcPr>
            <w:tcW w:w="0" w:type="auto"/>
            <w:vMerge/>
            <w:tcBorders>
              <w:top w:val="single" w:sz="6" w:space="0" w:color="000000"/>
              <w:left w:val="single" w:sz="6" w:space="0" w:color="000000"/>
              <w:bottom w:val="single" w:sz="6" w:space="0" w:color="000000"/>
              <w:right w:val="single" w:sz="6" w:space="0" w:color="000000"/>
            </w:tcBorders>
          </w:tcPr>
          <w:p w14:paraId="3D26BF15" w14:textId="77777777" w:rsidR="00B475E2" w:rsidRDefault="00B475E2" w:rsidP="005A467C">
            <w:pPr>
              <w:spacing w:line="360" w:lineRule="auto"/>
              <w:textAlignment w:val="center"/>
              <w:rPr>
                <w:color w:val="000000"/>
              </w:rPr>
            </w:pPr>
          </w:p>
        </w:tc>
      </w:tr>
    </w:tbl>
    <w:p w14:paraId="6DAD98FB" w14:textId="77777777" w:rsidR="00B475E2" w:rsidRDefault="00B475E2" w:rsidP="00B475E2">
      <w:pPr>
        <w:spacing w:line="360" w:lineRule="auto"/>
        <w:jc w:val="both"/>
        <w:textAlignment w:val="center"/>
        <w:rPr>
          <w:color w:val="000000"/>
        </w:rPr>
      </w:pPr>
      <w:r>
        <w:rPr>
          <w:rFonts w:ascii="SimSun" w:eastAsia="SimSun" w:hAnsi="SimSun" w:cs="SimSun"/>
          <w:b/>
          <w:color w:val="000000"/>
          <w:sz w:val="24"/>
        </w:rPr>
        <w:t>（二）（共13分）</w:t>
      </w:r>
    </w:p>
    <w:p w14:paraId="37D2CA13"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阅读《丑婆》，完成下面小题。</w:t>
      </w:r>
    </w:p>
    <w:p w14:paraId="2C9EFC2B"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丑婆</w:t>
      </w:r>
    </w:p>
    <w:p w14:paraId="6A3CB91D"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安武林</w:t>
      </w:r>
    </w:p>
    <w:p w14:paraId="36966FE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丑婆家的朱漆大门，一年四季都紧紧关着，高高的院墙内，住着无儿无女没有亲人的丑婆。听大人们形容丑婆：矮小，小脚，一脸的麻子，眼睛是一条很小的缝，眼球根本看不见东西，嘴脸的形状和原始人差不多。</w:t>
      </w:r>
    </w:p>
    <w:p w14:paraId="445050C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14:paraId="5838BEC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14:paraId="13FBF79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14:paraId="44563C2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14:paraId="3B4DF43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14:paraId="389EB23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14:paraId="3B28498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爸爸和缓了一下语气，接着又说：孩子每年都吃着丑婆的桑葚，享受着她的爱，我们却不敢向孩子坦白，至少，我们的孩子应该当面谢谢人家才对。咱家的杏子不是熟了吗？挑些个大熟透的，让孩子给丑婆送去。</w:t>
      </w:r>
    </w:p>
    <w:p w14:paraId="13991CC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⑨啊，是丑婆？我惊讶地张大了嘴巴，差点没喊出声来。丑婆刚刚还来过，我在睡梦中的时候她来过了。我很懊悔，没能偷偷看一眼丑婆。她家有一株硕大的桑葚树，我们品尝着桑葚的甜蜜。</w:t>
      </w:r>
      <w:r>
        <w:rPr>
          <w:rFonts w:ascii="KaiTi" w:eastAsia="KaiTi" w:hAnsi="KaiTi" w:cs="KaiTi"/>
          <w:color w:val="000000"/>
          <w:u w:val="single"/>
          <w:lang w:eastAsia="zh-CN"/>
        </w:rPr>
        <w:t>我们这些孩子都是树上的小鸟，丑婆你就是生长着快乐的大树</w:t>
      </w:r>
      <w:r>
        <w:rPr>
          <w:rFonts w:ascii="KaiTi" w:eastAsia="KaiTi" w:hAnsi="KaiTi" w:cs="KaiTi"/>
          <w:color w:val="000000"/>
          <w:lang w:eastAsia="zh-CN"/>
        </w:rPr>
        <w:t>！</w:t>
      </w:r>
    </w:p>
    <w:p w14:paraId="73F0DCB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⑩父母吹灭了灯，他们休息了。他们商定好了明天由我去送杏子给丑婆。</w:t>
      </w:r>
    </w:p>
    <w:p w14:paraId="7A5173E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⑪那一夜，我失眠了，翻来覆去想着丑婆……</w:t>
      </w:r>
    </w:p>
    <w:p w14:paraId="21D89A7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⑫天亮了，我捧着杏子来到丑婆家的朱漆大门前，口中念念有词：丑婆，丑婆，我给你送杏子来了，请你开门。我的声音没有走调。我不害怕！</w:t>
      </w:r>
    </w:p>
    <w:p w14:paraId="0DAACBEF" w14:textId="77777777" w:rsidR="00B475E2" w:rsidRDefault="00B475E2" w:rsidP="00B475E2">
      <w:pPr>
        <w:spacing w:line="360" w:lineRule="auto"/>
        <w:ind w:firstLine="420"/>
        <w:jc w:val="right"/>
        <w:textAlignment w:val="center"/>
        <w:rPr>
          <w:color w:val="000000"/>
          <w:lang w:eastAsia="zh-CN"/>
        </w:rPr>
      </w:pPr>
      <w:r>
        <w:rPr>
          <w:rFonts w:ascii="KaiTi" w:eastAsia="KaiTi" w:hAnsi="KaiTi" w:cs="KaiTi"/>
          <w:color w:val="000000"/>
          <w:lang w:eastAsia="zh-CN"/>
        </w:rPr>
        <w:t>（有删改）</w:t>
      </w:r>
    </w:p>
    <w:p w14:paraId="6C5E373C"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阅读文章，摘录文中表明事情发展的时间，概括事件及“我”不同阶段的心理，填写下表。</w:t>
      </w: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2130"/>
        <w:gridCol w:w="1845"/>
      </w:tblGrid>
      <w:tr w:rsidR="00B475E2" w14:paraId="119F12EB"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79E777" w14:textId="77777777" w:rsidR="00B475E2" w:rsidRDefault="00B475E2" w:rsidP="005A467C">
            <w:pPr>
              <w:spacing w:line="360" w:lineRule="auto"/>
              <w:textAlignment w:val="center"/>
              <w:rPr>
                <w:color w:val="000000"/>
              </w:rPr>
            </w:pPr>
            <w:r>
              <w:rPr>
                <w:rFonts w:ascii="SimSun" w:eastAsia="SimSun" w:hAnsi="SimSun" w:cs="SimSun"/>
                <w:color w:val="000000"/>
              </w:rPr>
              <w:t>时间</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B1A502" w14:textId="77777777" w:rsidR="00B475E2" w:rsidRDefault="00B475E2" w:rsidP="005A467C">
            <w:pPr>
              <w:spacing w:line="360" w:lineRule="auto"/>
              <w:textAlignment w:val="center"/>
              <w:rPr>
                <w:color w:val="000000"/>
              </w:rPr>
            </w:pPr>
            <w:r>
              <w:rPr>
                <w:rFonts w:ascii="SimSun" w:eastAsia="SimSun" w:hAnsi="SimSun" w:cs="SimSun"/>
                <w:color w:val="000000"/>
              </w:rPr>
              <w:t>事件</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142368" w14:textId="77777777" w:rsidR="00B475E2" w:rsidRDefault="00B475E2" w:rsidP="005A467C">
            <w:pPr>
              <w:spacing w:line="360" w:lineRule="auto"/>
              <w:textAlignment w:val="center"/>
              <w:rPr>
                <w:color w:val="000000"/>
              </w:rPr>
            </w:pPr>
            <w:r>
              <w:rPr>
                <w:rFonts w:ascii="SimSun" w:eastAsia="SimSun" w:hAnsi="SimSun" w:cs="SimSun"/>
                <w:color w:val="000000"/>
              </w:rPr>
              <w:t>心理</w:t>
            </w:r>
          </w:p>
        </w:tc>
      </w:tr>
      <w:tr w:rsidR="00B475E2" w14:paraId="47EF8D76"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A57573" w14:textId="77777777" w:rsidR="00B475E2" w:rsidRDefault="00B475E2" w:rsidP="005A467C">
            <w:pPr>
              <w:spacing w:line="360" w:lineRule="auto"/>
              <w:textAlignment w:val="center"/>
              <w:rPr>
                <w:color w:val="000000"/>
              </w:rPr>
            </w:pPr>
            <w:r>
              <w:rPr>
                <w:rFonts w:ascii="SimSun" w:eastAsia="SimSun" w:hAnsi="SimSun" w:cs="SimSun"/>
                <w:color w:val="000000"/>
              </w:rPr>
              <w:t>平日里</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977978" w14:textId="77777777" w:rsidR="00B475E2" w:rsidRDefault="00B475E2" w:rsidP="005A467C">
            <w:pPr>
              <w:spacing w:line="360" w:lineRule="auto"/>
              <w:textAlignment w:val="center"/>
              <w:rPr>
                <w:color w:val="000000"/>
              </w:rPr>
            </w:pPr>
            <w:r>
              <w:rPr>
                <w:rFonts w:ascii="SimSun" w:eastAsia="SimSun" w:hAnsi="SimSun" w:cs="SimSun"/>
                <w:color w:val="000000"/>
              </w:rPr>
              <w:t>听丑婆的传闻</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1BCF60" w14:textId="77777777" w:rsidR="00B475E2" w:rsidRDefault="00B475E2" w:rsidP="005A467C">
            <w:pPr>
              <w:spacing w:line="360" w:lineRule="auto"/>
              <w:textAlignment w:val="center"/>
              <w:rPr>
                <w:color w:val="000000"/>
              </w:rPr>
            </w:pPr>
            <w:r>
              <w:rPr>
                <w:rFonts w:ascii="SimSun" w:eastAsia="SimSun" w:hAnsi="SimSun" w:cs="SimSun"/>
                <w:color w:val="000000"/>
              </w:rPr>
              <w:t>①</w:t>
            </w:r>
          </w:p>
        </w:tc>
      </w:tr>
      <w:tr w:rsidR="00B475E2" w14:paraId="728F2197"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12BDCF" w14:textId="77777777" w:rsidR="00B475E2" w:rsidRDefault="00B475E2" w:rsidP="005A467C">
            <w:pPr>
              <w:spacing w:line="360" w:lineRule="auto"/>
              <w:textAlignment w:val="center"/>
              <w:rPr>
                <w:color w:val="000000"/>
              </w:rPr>
            </w:pPr>
            <w:r>
              <w:rPr>
                <w:rFonts w:ascii="SimSun" w:eastAsia="SimSun" w:hAnsi="SimSun" w:cs="SimSun"/>
                <w:color w:val="000000"/>
              </w:rPr>
              <w:t>②</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089528" w14:textId="77777777" w:rsidR="00B475E2" w:rsidRDefault="00B475E2" w:rsidP="005A467C">
            <w:pPr>
              <w:spacing w:line="360" w:lineRule="auto"/>
              <w:textAlignment w:val="center"/>
              <w:rPr>
                <w:color w:val="000000"/>
              </w:rPr>
            </w:pPr>
            <w:r>
              <w:rPr>
                <w:rFonts w:ascii="SimSun" w:eastAsia="SimSun" w:hAnsi="SimSun" w:cs="SimSun"/>
                <w:color w:val="000000"/>
              </w:rPr>
              <w:t>③</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4EC2AD" w14:textId="77777777" w:rsidR="00B475E2" w:rsidRDefault="00B475E2" w:rsidP="005A467C">
            <w:pPr>
              <w:spacing w:line="360" w:lineRule="auto"/>
              <w:textAlignment w:val="center"/>
              <w:rPr>
                <w:color w:val="000000"/>
              </w:rPr>
            </w:pPr>
            <w:r>
              <w:rPr>
                <w:rFonts w:ascii="SimSun" w:eastAsia="SimSun" w:hAnsi="SimSun" w:cs="SimSun"/>
                <w:color w:val="000000"/>
              </w:rPr>
              <w:t>惊讶、懊悔</w:t>
            </w:r>
          </w:p>
        </w:tc>
      </w:tr>
      <w:tr w:rsidR="00B475E2" w14:paraId="67DB1616"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088747" w14:textId="77777777" w:rsidR="00B475E2" w:rsidRDefault="00B475E2" w:rsidP="005A467C">
            <w:pPr>
              <w:spacing w:line="360" w:lineRule="auto"/>
              <w:textAlignment w:val="center"/>
              <w:rPr>
                <w:color w:val="000000"/>
              </w:rPr>
            </w:pPr>
            <w:r>
              <w:rPr>
                <w:rFonts w:ascii="SimSun" w:eastAsia="SimSun" w:hAnsi="SimSun" w:cs="SimSun"/>
                <w:color w:val="000000"/>
              </w:rPr>
              <w:t>天亮了</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3A9E82" w14:textId="77777777" w:rsidR="00B475E2" w:rsidRDefault="00B475E2" w:rsidP="005A467C">
            <w:pPr>
              <w:spacing w:line="360" w:lineRule="auto"/>
              <w:textAlignment w:val="center"/>
              <w:rPr>
                <w:color w:val="000000"/>
              </w:rPr>
            </w:pPr>
            <w:r>
              <w:rPr>
                <w:rFonts w:ascii="SimSun" w:eastAsia="SimSun" w:hAnsi="SimSun" w:cs="SimSun"/>
                <w:color w:val="000000"/>
              </w:rPr>
              <w:t>④</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DFDAD6" w14:textId="77777777" w:rsidR="00B475E2" w:rsidRDefault="00B475E2" w:rsidP="005A467C">
            <w:pPr>
              <w:spacing w:line="360" w:lineRule="auto"/>
              <w:textAlignment w:val="center"/>
              <w:rPr>
                <w:color w:val="000000"/>
              </w:rPr>
            </w:pPr>
            <w:r>
              <w:rPr>
                <w:rFonts w:ascii="SimSun" w:eastAsia="SimSun" w:hAnsi="SimSun" w:cs="SimSun"/>
                <w:color w:val="000000"/>
              </w:rPr>
              <w:t>不害怕</w:t>
            </w:r>
          </w:p>
        </w:tc>
      </w:tr>
    </w:tbl>
    <w:p w14:paraId="5AEB3BBB"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仿照第⑨段画线句，在横线处补写合适的内容。</w:t>
      </w:r>
    </w:p>
    <w:p w14:paraId="0D5F6ACD"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我们这些孩子都是</w:t>
      </w:r>
      <w:r>
        <w:rPr>
          <w:rFonts w:ascii="SimSun" w:eastAsia="SimSun" w:hAnsi="SimSun" w:cs="SimSun"/>
          <w:color w:val="000000"/>
          <w:u w:val="single"/>
          <w:lang w:eastAsia="zh-CN"/>
        </w:rPr>
        <w:t>①</w:t>
      </w:r>
      <w:r>
        <w:rPr>
          <w:color w:val="000000"/>
          <w:lang w:eastAsia="zh-CN"/>
        </w:rPr>
        <w:t>______</w:t>
      </w:r>
      <w:r>
        <w:rPr>
          <w:rFonts w:ascii="SimSun" w:eastAsia="SimSun" w:hAnsi="SimSun" w:cs="SimSun"/>
          <w:color w:val="000000"/>
          <w:lang w:eastAsia="zh-CN"/>
        </w:rPr>
        <w:t>，丑婆你就是</w:t>
      </w:r>
      <w:r>
        <w:rPr>
          <w:rFonts w:ascii="SimSun" w:eastAsia="SimSun" w:hAnsi="SimSun" w:cs="SimSun"/>
          <w:color w:val="000000"/>
          <w:u w:val="single"/>
          <w:lang w:eastAsia="zh-CN"/>
        </w:rPr>
        <w:t>②</w:t>
      </w:r>
      <w:r>
        <w:rPr>
          <w:color w:val="000000"/>
          <w:lang w:eastAsia="zh-CN"/>
        </w:rPr>
        <w:t>______</w:t>
      </w:r>
      <w:r>
        <w:rPr>
          <w:rFonts w:ascii="SimSun" w:eastAsia="SimSun" w:hAnsi="SimSun" w:cs="SimSun"/>
          <w:color w:val="000000"/>
          <w:lang w:eastAsia="zh-CN"/>
        </w:rPr>
        <w:t>！</w:t>
      </w:r>
    </w:p>
    <w:p w14:paraId="2090E33C"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第①段写“那一夜，我失眠了，翻来覆去想着丑婆……”请结合上下文，合理想象，补写此刻“我”的心理活动。</w:t>
      </w:r>
    </w:p>
    <w:p w14:paraId="716A4771"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阅读全文，你认为文中的丑婆丑吗？结合文章内容，谈谈你的理解。</w:t>
      </w:r>
    </w:p>
    <w:p w14:paraId="1543A14E"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（三）（共16分）</w:t>
      </w:r>
    </w:p>
    <w:p w14:paraId="5E8FEC80"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阅读《美妙夏日 最喜蝉鸣》，完成小题。</w:t>
      </w:r>
    </w:p>
    <w:p w14:paraId="5270C90F"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美妙夏日 最喜蝉鸣</w:t>
      </w:r>
    </w:p>
    <w:p w14:paraId="4BDE2721"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许梦飞</w:t>
      </w:r>
    </w:p>
    <w:p w14:paraId="248FFF4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生如夏花一样灿烂，死如秋叶一样静美，它完全拥有了生命里的这两种别样的美丽。</w:t>
      </w:r>
    </w:p>
    <w:p w14:paraId="4341C613" w14:textId="77777777" w:rsidR="00B475E2" w:rsidRDefault="00B475E2" w:rsidP="00B475E2">
      <w:pPr>
        <w:spacing w:line="360" w:lineRule="auto"/>
        <w:ind w:firstLine="420"/>
        <w:jc w:val="right"/>
        <w:textAlignment w:val="center"/>
        <w:rPr>
          <w:color w:val="000000"/>
          <w:lang w:eastAsia="zh-CN"/>
        </w:rPr>
      </w:pPr>
      <w:r>
        <w:rPr>
          <w:rFonts w:ascii="KaiTi" w:eastAsia="KaiTi" w:hAnsi="KaiTi" w:cs="KaiTi"/>
          <w:color w:val="000000"/>
          <w:lang w:eastAsia="zh-CN"/>
        </w:rPr>
        <w:t>——题记</w:t>
      </w:r>
    </w:p>
    <w:p w14:paraId="4D589AF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①在成长的岁月里感受着人间冷暖，四季轮回。一年之中我偏爱夏日，因为在这个生机繁茂、热闹的时节里可以自由自在地倾听美妙的蝉鸣。我也一直认为蝉是一种颇有恒心和毅力的昆虫，而对于炎炎夏日里的蝉鸣来说更是一种对生命的热情歌唱。</w:t>
      </w:r>
    </w:p>
    <w:p w14:paraId="5B3E14A7"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它们似乎是想要吵醒乡村的耳朵，告知人们自己转瞬即逝的青春和生命。夏日，明丽、清新的早晨，昨夜的天使留下的露珠，每一颗在暖阳下都饱满晶莹，似璀璨夺目的珍珠，闪现着彩色的银光，安详地睡在绿叶上。听！不知是谁的一声清脆的悠长低吟，拉开了又一天忙碌演唱的序幕！在阳光细细碎碎铺满的枝头上，一蝉鸣，百家争鸣！恰风和日丽，杨柳依依，每位歌者当之无愧都是天籁之声！</w:t>
      </w:r>
    </w:p>
    <w:p w14:paraId="77AB2E7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③每至午后，日影移走，蝉总会朝着最亮最热的方向唱得更欢喜了。</w:t>
      </w:r>
      <w:r>
        <w:rPr>
          <w:rFonts w:ascii="KaiTi" w:eastAsia="KaiTi" w:hAnsi="KaiTi" w:cs="KaiTi"/>
          <w:color w:val="000000"/>
          <w:u w:val="single"/>
          <w:lang w:eastAsia="zh-CN"/>
        </w:rPr>
        <w:t>美妙动听的蝉声总会不间断地回荡在人们耳边，宛如一场气势磅礴并且正在火热演奏的交响乐，自己也常常喜欢在这样的午后，躺在树荫下舒适的竹席上，观蝉听声，声声蝉鸣，或低沉悲切，或雄伟嘹亮，或轻柔婉转。听者每每百感交集，时而感觉欢快舒心，时而伤感愁闷，时而又斗志昂扬。</w:t>
      </w:r>
      <w:r>
        <w:rPr>
          <w:rFonts w:ascii="KaiTi" w:eastAsia="KaiTi" w:hAnsi="KaiTi" w:cs="KaiTi"/>
          <w:color w:val="000000"/>
          <w:lang w:eastAsia="zh-CN"/>
        </w:rPr>
        <w:t>它就是这样用不同的歌声和旋律拨动着我心深处的弦，而田野里正逢瓜果丰收时节！</w:t>
      </w:r>
    </w:p>
    <w:p w14:paraId="7D22AFB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渐渐地日薄西山了，黄昏已至，暮色加浓，听这可爱的精灵还在晚风里低吟浅唱，突然想到了一句诗“倚仗柴门外，临风听暮蝉”。身临雅静，深幽，的确令人感触颇多。这时的声音忽远忽近，忽有忽无，忽小忽大，虽然少了原有的嘹亮激越，但比亮丽的早晨更添了几分玄妙与诗意。</w:t>
      </w:r>
    </w:p>
    <w:p w14:paraId="36BB347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你或许会问，为何我对它情有独钟，其实缘于我对蝉的认识，那时很小，对蝉了解甚微，也曾一度认为它的叫声是冗长、刺耳的，所以有些厌恶它，后来由恶转爱缘于一段我最爱的节目《人与自然》的视频，它在里面述说道：“四年黑暗中的苦工，一个月阳光下的享乐，这就是蝉一生的写照。”蝉的一生是艰难的，它们生命极其短暂，但就是这短短一个月的幸福时光，它们需要在暗无天日的底下压抑几年，等到破土而出，能在繁花绿叶间引吭高歌的时候，它们的生命也快到了尽头。每每想到这，我也总为这种甘于寂寞，锲而不舍，热爱生命的态度而感动，从此对它有了一丝敬爱。</w:t>
      </w:r>
    </w:p>
    <w:p w14:paraId="46D90D0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千年沧桑，蝉就一直这样知了、知了地唱着不变的歌，歌唱美妙夏日，仿佛向人们诉说它们早已知晓了生命的来之不易。它们珍爱自己的生命，虽短暂却从不悲伤，在岁月不多的日子里，它们尽力、尽情地高歌着，酣畅淋漓地体现生命存在的价值，以火热、孜</w:t>
      </w:r>
      <w:r>
        <w:rPr>
          <w:rFonts w:ascii="KaiTi" w:eastAsia="KaiTi" w:hAnsi="KaiTi" w:cs="KaiTi"/>
          <w:color w:val="000000"/>
          <w:lang w:eastAsia="zh-CN"/>
        </w:rPr>
        <w:lastRenderedPageBreak/>
        <w:t>孜不倦的生活热情将自己微小的生命完美地转化成一曲壮美的千古绝唱，也同时把它献给了美妙夏日。</w:t>
      </w:r>
    </w:p>
    <w:p w14:paraId="0FD698A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正如泰戈尔所说的，生如夏花一样灿烂，死如秋叶一样静美，它完全拥有了生命里的这两种别样的美丽。秋叶离开了枝头，就像生命告别了人世，但它们卑微的躯体后面却隐藏着清晰而丰富的脉络，那些曾经奔腾着对生命最真的热爱的鲜明的血液！</w:t>
      </w:r>
    </w:p>
    <w:p w14:paraId="36ABB602"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依据文章第②～④段的内容，填写下表。</w:t>
      </w:r>
    </w:p>
    <w:tbl>
      <w:tblPr>
        <w:tblW w:w="4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65"/>
        <w:gridCol w:w="3375"/>
      </w:tblGrid>
      <w:tr w:rsidR="00B475E2" w14:paraId="726AD06D" w14:textId="77777777" w:rsidTr="005A467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72350D" w14:textId="77777777" w:rsidR="00B475E2" w:rsidRDefault="00B475E2" w:rsidP="005A467C">
            <w:pPr>
              <w:spacing w:line="360" w:lineRule="auto"/>
              <w:jc w:val="center"/>
              <w:textAlignment w:val="center"/>
              <w:rPr>
                <w:color w:val="000000"/>
              </w:rPr>
            </w:pPr>
            <w:r>
              <w:rPr>
                <w:rFonts w:ascii="SimSun" w:eastAsia="SimSun" w:hAnsi="SimSun" w:cs="SimSun"/>
                <w:color w:val="000000"/>
              </w:rPr>
              <w:t>时间</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6A3B1E" w14:textId="77777777" w:rsidR="00B475E2" w:rsidRDefault="00B475E2" w:rsidP="005A467C">
            <w:pPr>
              <w:spacing w:line="360" w:lineRule="auto"/>
              <w:jc w:val="center"/>
              <w:textAlignment w:val="center"/>
              <w:rPr>
                <w:color w:val="000000"/>
              </w:rPr>
            </w:pPr>
            <w:r>
              <w:rPr>
                <w:rFonts w:ascii="SimSun" w:eastAsia="SimSun" w:hAnsi="SimSun" w:cs="SimSun"/>
                <w:color w:val="000000"/>
              </w:rPr>
              <w:t>蝉声特点</w:t>
            </w:r>
          </w:p>
        </w:tc>
      </w:tr>
      <w:tr w:rsidR="00B475E2" w14:paraId="79AFE18D" w14:textId="77777777" w:rsidTr="005A467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CAE056" w14:textId="77777777" w:rsidR="00B475E2" w:rsidRDefault="00B475E2" w:rsidP="005A467C">
            <w:pPr>
              <w:spacing w:line="360" w:lineRule="auto"/>
              <w:jc w:val="center"/>
              <w:textAlignment w:val="center"/>
              <w:rPr>
                <w:color w:val="000000"/>
              </w:rPr>
            </w:pPr>
            <w:r>
              <w:rPr>
                <w:rFonts w:ascii="SimSun" w:eastAsia="SimSun" w:hAnsi="SimSun" w:cs="SimSun"/>
                <w:color w:val="000000"/>
              </w:rPr>
              <w:t>早晨</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0CE4BD" w14:textId="77777777" w:rsidR="00B475E2" w:rsidRDefault="00B475E2" w:rsidP="005A467C">
            <w:pPr>
              <w:spacing w:line="360" w:lineRule="auto"/>
              <w:jc w:val="center"/>
              <w:textAlignment w:val="center"/>
              <w:rPr>
                <w:color w:val="000000"/>
              </w:rPr>
            </w:pPr>
            <w:r>
              <w:rPr>
                <w:color w:val="000000"/>
              </w:rPr>
              <w:br/>
            </w:r>
          </w:p>
        </w:tc>
      </w:tr>
      <w:tr w:rsidR="00B475E2" w14:paraId="4E66BA4D" w14:textId="77777777" w:rsidTr="005A467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B6CD595" w14:textId="77777777" w:rsidR="00B475E2" w:rsidRDefault="00B475E2" w:rsidP="005A467C">
            <w:pPr>
              <w:spacing w:line="360" w:lineRule="auto"/>
              <w:jc w:val="center"/>
              <w:textAlignment w:val="center"/>
              <w:rPr>
                <w:color w:val="000000"/>
              </w:rPr>
            </w:pPr>
            <w:r>
              <w:rPr>
                <w:rFonts w:ascii="SimSun" w:eastAsia="SimSun" w:hAnsi="SimSun" w:cs="SimSun"/>
                <w:color w:val="000000"/>
              </w:rPr>
              <w:t>午后</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4A9C9B" w14:textId="77777777" w:rsidR="00B475E2" w:rsidRDefault="00B475E2" w:rsidP="005A467C">
            <w:pPr>
              <w:spacing w:line="360" w:lineRule="auto"/>
              <w:jc w:val="center"/>
              <w:textAlignment w:val="center"/>
              <w:rPr>
                <w:color w:val="000000"/>
              </w:rPr>
            </w:pPr>
            <w:r>
              <w:rPr>
                <w:color w:val="000000"/>
              </w:rPr>
              <w:br/>
            </w:r>
          </w:p>
        </w:tc>
      </w:tr>
      <w:tr w:rsidR="00B475E2" w14:paraId="4A5E3C87" w14:textId="77777777" w:rsidTr="005A467C">
        <w:tc>
          <w:tcPr>
            <w:tcW w:w="7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060D90" w14:textId="77777777" w:rsidR="00B475E2" w:rsidRDefault="00B475E2" w:rsidP="005A467C">
            <w:pPr>
              <w:spacing w:line="360" w:lineRule="auto"/>
              <w:jc w:val="center"/>
              <w:textAlignment w:val="center"/>
              <w:rPr>
                <w:color w:val="000000"/>
              </w:rPr>
            </w:pPr>
            <w:r>
              <w:rPr>
                <w:rFonts w:ascii="SimSun" w:eastAsia="SimSun" w:hAnsi="SimSun" w:cs="SimSun"/>
                <w:color w:val="000000"/>
              </w:rPr>
              <w:t>黄昏</w:t>
            </w:r>
          </w:p>
        </w:tc>
        <w:tc>
          <w:tcPr>
            <w:tcW w:w="33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143353D" w14:textId="77777777" w:rsidR="00B475E2" w:rsidRDefault="00B475E2" w:rsidP="005A467C">
            <w:pPr>
              <w:spacing w:line="360" w:lineRule="auto"/>
              <w:jc w:val="center"/>
              <w:textAlignment w:val="center"/>
              <w:rPr>
                <w:color w:val="000000"/>
              </w:rPr>
            </w:pPr>
            <w:r>
              <w:rPr>
                <w:color w:val="000000"/>
              </w:rPr>
              <w:br/>
            </w:r>
          </w:p>
        </w:tc>
      </w:tr>
    </w:tbl>
    <w:p w14:paraId="1C44D8F1"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为什么作者在美妙夏日“最喜蝉鸣”？</w:t>
      </w:r>
    </w:p>
    <w:p w14:paraId="18435D7C"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第③段中的画线句子运用了哪些修辞手法？有何表达效果？</w:t>
      </w:r>
    </w:p>
    <w:p w14:paraId="6B661FE8" w14:textId="77777777" w:rsidR="00B475E2" w:rsidRDefault="00B475E2" w:rsidP="00B475E2">
      <w:pPr>
        <w:spacing w:line="360" w:lineRule="auto"/>
        <w:textAlignment w:val="center"/>
        <w:rPr>
          <w:color w:val="000000"/>
          <w:lang w:eastAsia="zh-CN"/>
        </w:rPr>
      </w:pPr>
      <w:r>
        <w:rPr>
          <w:color w:val="000000"/>
          <w:lang w:eastAsia="zh-CN"/>
        </w:rPr>
        <w:t xml:space="preserve">24. </w:t>
      </w:r>
      <w:r>
        <w:rPr>
          <w:rFonts w:ascii="SimSun" w:eastAsia="SimSun" w:hAnsi="SimSun" w:cs="SimSun"/>
          <w:color w:val="000000"/>
          <w:lang w:eastAsia="zh-CN"/>
        </w:rPr>
        <w:t>“生如夏花一样灿烂，死如秋叶一样静美，它完全拥有了生命里的这两种别样的美丽。”在这里，作者引用了泰戈尔的话来赞颂蝉。怎样理解这句话中的“灿烂”和“静美”的含义？</w:t>
      </w:r>
    </w:p>
    <w:p w14:paraId="47E2FA85" w14:textId="77777777" w:rsidR="00B475E2" w:rsidRDefault="00B475E2" w:rsidP="00B475E2">
      <w:pPr>
        <w:spacing w:line="360" w:lineRule="auto"/>
        <w:textAlignment w:val="center"/>
        <w:rPr>
          <w:color w:val="000000"/>
          <w:lang w:eastAsia="zh-CN"/>
        </w:rPr>
      </w:pPr>
      <w:r>
        <w:rPr>
          <w:color w:val="000000"/>
          <w:lang w:eastAsia="zh-CN"/>
        </w:rPr>
        <w:t xml:space="preserve">25. </w:t>
      </w:r>
      <w:r>
        <w:rPr>
          <w:rFonts w:ascii="SimSun" w:eastAsia="SimSun" w:hAnsi="SimSun" w:cs="SimSun"/>
          <w:color w:val="000000"/>
          <w:lang w:eastAsia="zh-CN"/>
        </w:rPr>
        <w:t>这篇文章给了你哪些人生启迪？</w:t>
      </w:r>
    </w:p>
    <w:p w14:paraId="69B1A83D" w14:textId="77777777" w:rsidR="00B475E2" w:rsidRDefault="00B475E2" w:rsidP="00B475E2">
      <w:pPr>
        <w:pStyle w:val="Heading3"/>
        <w:rPr>
          <w:lang w:eastAsia="zh-CN"/>
        </w:rPr>
      </w:pPr>
      <w:bookmarkStart w:id="5" w:name="_Toc235355003"/>
      <w:r>
        <w:rPr>
          <w:lang w:eastAsia="zh-CN"/>
        </w:rPr>
        <w:t>第十二中学（</w:t>
      </w:r>
      <w:r>
        <w:rPr>
          <w:lang w:eastAsia="zh-CN"/>
        </w:rPr>
        <w:t>10</w:t>
      </w:r>
      <w:r>
        <w:rPr>
          <w:lang w:eastAsia="zh-CN"/>
        </w:rPr>
        <w:t>月月考）</w:t>
      </w:r>
      <w:bookmarkEnd w:id="5"/>
    </w:p>
    <w:p w14:paraId="5F9029E3"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四、现代文阅读（共15分）</w:t>
      </w:r>
    </w:p>
    <w:p w14:paraId="38A3E1BA"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我们一样爱他们</w:t>
      </w:r>
    </w:p>
    <w:p w14:paraId="0217648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①天堂村小学地处偏远山区，交通不便。偶尔才有慈善家跑来捐款。每次，全校师生都会倾巢而出：学生站在山岭上，手舞鲜花一路欢迎；而校长方子儒会亲自带队，用一个树藤扎成的土轿子抬客人上山。</w:t>
      </w:r>
    </w:p>
    <w:p w14:paraId="56776AB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②这天，天堂村小学迎来了一个特别的客人。这个年轻人不声不响，独自走了两个小时的山路。由于道路崎岖，他沿途还摔伤了膝盖。当他一瘸一拐地出现在方子儒面前时，完全没有了城里人的光鲜形象。</w:t>
      </w:r>
    </w:p>
    <w:p w14:paraId="3E462E7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③“对不起！”年轻人显得有点尴尬，“我……想资助你们10名特困生。”</w:t>
      </w:r>
    </w:p>
    <w:p w14:paraId="2570CA3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④方子儒特别高兴。这里是全县出了名的贫困乡，这送上门的好事，正求之不得呢！可是，他为什么要说对不起呢？方子儒殷勤地招呼道：“要不，您先去洗漱一下？我让学生们列队欢迎？”</w:t>
      </w:r>
    </w:p>
    <w:p w14:paraId="7309A08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⑤年轻人慌乱地摆摆手：“千万不要……我不想耽搁，捐了款就走！”</w:t>
      </w:r>
    </w:p>
    <w:p w14:paraId="5360360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⑥方子儒点了点头。</w:t>
      </w:r>
    </w:p>
    <w:p w14:paraId="2D04B1F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⑦15分钟后，方子儒恭敬地送上一份资助名单。</w:t>
      </w:r>
    </w:p>
    <w:p w14:paraId="282CE06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⑧年轻人看也没看，说：“校长，我想您误会了！”</w:t>
      </w:r>
    </w:p>
    <w:p w14:paraId="5CAA5AD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⑨方子儒愣了愣，以为他突然变卦了，着急地说：“可是，这是我们千挑万选出来的学生。他们品学兼优，将来一定是国家的栋梁之才！”</w:t>
      </w:r>
    </w:p>
    <w:p w14:paraId="0E6BA82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⑩年轻人沉默了一会儿，说：“校长，我能亲自挑选资助对象吗？”</w:t>
      </w:r>
    </w:p>
    <w:p w14:paraId="531E7C9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⑪“当然！”方子儒长舒了一口气，“这是您的权利！但……他们绝对是最好的学生！倘若您不信，可以翻看他们往年的成绩单！”</w:t>
      </w:r>
    </w:p>
    <w:p w14:paraId="539D9A7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⑫年轻人笑了：“我当然相信，但请给我所有贫困生的名单！”</w:t>
      </w:r>
    </w:p>
    <w:p w14:paraId="603AE41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⑬方子儒虽然感到奇怪，但还是找来所有30名贫困生的名单。年轻人要了一张白纸，小心地撕成一条条小纸条。然后，年轻人开始在小纸条上写上每一位贫困生的名字，写完一张，就揉成团丢在一个盘子里。</w:t>
      </w:r>
    </w:p>
    <w:p w14:paraId="4E4D875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⑭方子儒终于看出了端倪，疑惑地问道：“您……是想抓阄决定资助的对象？”</w:t>
      </w:r>
    </w:p>
    <w:p w14:paraId="0F4F1DC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⑮年轻人点了点头：“是的，我觉得那样才公平！”</w:t>
      </w:r>
    </w:p>
    <w:p w14:paraId="6935519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⑯方子儒着急地说：“不行，那样你会不小心抽到坏孩子的。他们生性顽劣，整天爬树打架，几乎每门功课都不及格！”</w:t>
      </w:r>
    </w:p>
    <w:p w14:paraId="3D8753C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⑰年轻人停下手中的笔，问：“那他们逃过学么？”</w:t>
      </w:r>
    </w:p>
    <w:p w14:paraId="0BA628A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⑱方子儒想了想，说：“这……倒没有！他们只是功课不好，其他，没什么两样！”</w:t>
      </w:r>
    </w:p>
    <w:p w14:paraId="00715D7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⑲年轻人坚定地说：“在我眼里，从来没有一个坏孩子，我们一样爱他们。谁又能知道，调皮捣蛋的孩子将来就一定不会有所作为呢？他们一样天真无邪，他们的心里一样编织着最美丽的梦想……”</w:t>
      </w:r>
    </w:p>
    <w:p w14:paraId="181B61D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⑳3分钟后，年轻人抽出了10个人的名字。果不其然，其中有4名学生原本不在方子儒的推荐之列。</w:t>
      </w:r>
    </w:p>
    <w:p w14:paraId="6D84629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㉑方子儒执意要举行一个公开的捐赠仪式，这是学校的惯例。年轻人却摇了摇头，说：“校长，能否替我向其他的20名学生道歉？”方子儒满脸惊愕，以为自己听错了。</w:t>
      </w:r>
    </w:p>
    <w:p w14:paraId="0AC84EF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㉒年轻人的眼睛有些湿润，满怀歉意地说：“对不起，我没有能力资助所有的贫困生。他们之所以没被选上，并不是因为不够好，只是运气差了一些！总有一天，我会回来弥补他们的遗憾！”</w:t>
      </w:r>
    </w:p>
    <w:p w14:paraId="418AD3E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㉓年轻人没有告诉校长，在15年前的一个穷山沟，他也是这样幸运地得到一位老华侨的捐助。当时，他是村民眼中不折不扣的坏孩子。可是，老华侨的一句话改变了他的一生：“在我眼里，从来没有一个坏孩子，我们一样爱他们！”</w:t>
      </w:r>
    </w:p>
    <w:p w14:paraId="05F0A4F5" w14:textId="77777777" w:rsidR="00B475E2" w:rsidRDefault="00B475E2" w:rsidP="00B475E2">
      <w:pPr>
        <w:spacing w:line="360" w:lineRule="auto"/>
        <w:textAlignment w:val="center"/>
        <w:rPr>
          <w:color w:val="000000"/>
          <w:lang w:eastAsia="zh-CN"/>
        </w:rPr>
      </w:pPr>
      <w:r>
        <w:rPr>
          <w:color w:val="000000"/>
          <w:lang w:eastAsia="zh-CN"/>
        </w:rPr>
        <w:t xml:space="preserve">24. </w:t>
      </w:r>
      <w:r>
        <w:rPr>
          <w:rFonts w:ascii="SimSun" w:eastAsia="SimSun" w:hAnsi="SimSun" w:cs="SimSun"/>
          <w:color w:val="000000"/>
          <w:lang w:eastAsia="zh-CN"/>
        </w:rPr>
        <w:t>请用一句话概括这篇文章的主要内容（10个字以内）。</w:t>
      </w:r>
    </w:p>
    <w:p w14:paraId="7BF50286" w14:textId="77777777" w:rsidR="00B475E2" w:rsidRDefault="00B475E2" w:rsidP="00B475E2">
      <w:pPr>
        <w:spacing w:line="360" w:lineRule="auto"/>
        <w:textAlignment w:val="center"/>
        <w:rPr>
          <w:color w:val="000000"/>
          <w:lang w:eastAsia="zh-CN"/>
        </w:rPr>
      </w:pPr>
      <w:r>
        <w:rPr>
          <w:color w:val="000000"/>
          <w:lang w:eastAsia="zh-CN"/>
        </w:rPr>
        <w:t xml:space="preserve">25. </w:t>
      </w:r>
      <w:r>
        <w:rPr>
          <w:rFonts w:ascii="SimSun" w:eastAsia="SimSun" w:hAnsi="SimSun" w:cs="SimSun"/>
          <w:color w:val="000000"/>
          <w:lang w:eastAsia="zh-CN"/>
        </w:rPr>
        <w:t>题目中的“他们”在文中指哪些人？</w:t>
      </w:r>
    </w:p>
    <w:p w14:paraId="016EBF60" w14:textId="77777777" w:rsidR="00B475E2" w:rsidRDefault="00B475E2" w:rsidP="00B475E2">
      <w:pPr>
        <w:spacing w:line="360" w:lineRule="auto"/>
        <w:textAlignment w:val="center"/>
        <w:rPr>
          <w:color w:val="000000"/>
          <w:lang w:eastAsia="zh-CN"/>
        </w:rPr>
      </w:pPr>
      <w:r>
        <w:rPr>
          <w:color w:val="000000"/>
          <w:lang w:eastAsia="zh-CN"/>
        </w:rPr>
        <w:t xml:space="preserve">26. </w:t>
      </w:r>
      <w:r>
        <w:rPr>
          <w:rFonts w:ascii="SimSun" w:eastAsia="SimSun" w:hAnsi="SimSun" w:cs="SimSun"/>
          <w:color w:val="000000"/>
          <w:lang w:eastAsia="zh-CN"/>
        </w:rPr>
        <w:t>第（2）段写“天堂村小学迎来了一个特别的客人”，请写出“客人”的“特别”之处。</w:t>
      </w:r>
    </w:p>
    <w:p w14:paraId="10B0808C" w14:textId="77777777" w:rsidR="00B475E2" w:rsidRDefault="00B475E2" w:rsidP="00B475E2">
      <w:pPr>
        <w:spacing w:line="360" w:lineRule="auto"/>
        <w:textAlignment w:val="center"/>
        <w:rPr>
          <w:color w:val="000000"/>
          <w:lang w:eastAsia="zh-CN"/>
        </w:rPr>
      </w:pPr>
      <w:r>
        <w:rPr>
          <w:color w:val="000000"/>
          <w:lang w:eastAsia="zh-CN"/>
        </w:rPr>
        <w:t xml:space="preserve">27. </w:t>
      </w:r>
      <w:r>
        <w:rPr>
          <w:rFonts w:ascii="SimSun" w:eastAsia="SimSun" w:hAnsi="SimSun" w:cs="SimSun"/>
          <w:color w:val="000000"/>
          <w:lang w:eastAsia="zh-CN"/>
        </w:rPr>
        <w:t>在确定“资助名单”上，方子儒和年轻人的标准和方式有什么不同？</w:t>
      </w:r>
    </w:p>
    <w:tbl>
      <w:tblPr>
        <w:tblW w:w="6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60"/>
        <w:gridCol w:w="2445"/>
        <w:gridCol w:w="3030"/>
      </w:tblGrid>
      <w:tr w:rsidR="00B475E2" w14:paraId="250548C1" w14:textId="77777777" w:rsidTr="005A467C">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4036F4" w14:textId="77777777" w:rsidR="00B475E2" w:rsidRDefault="00B475E2" w:rsidP="005A467C">
            <w:pPr>
              <w:spacing w:line="360" w:lineRule="auto"/>
              <w:textAlignment w:val="center"/>
              <w:rPr>
                <w:color w:val="000000"/>
                <w:lang w:eastAsia="zh-CN"/>
              </w:rPr>
            </w:pP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089078B" w14:textId="77777777" w:rsidR="00B475E2" w:rsidRDefault="00B475E2" w:rsidP="005A467C">
            <w:pPr>
              <w:spacing w:line="360" w:lineRule="auto"/>
              <w:textAlignment w:val="center"/>
              <w:rPr>
                <w:color w:val="000000"/>
              </w:rPr>
            </w:pPr>
            <w:r>
              <w:rPr>
                <w:rFonts w:ascii="SimSun" w:eastAsia="SimSun" w:hAnsi="SimSun" w:cs="SimSun"/>
                <w:color w:val="000000"/>
              </w:rPr>
              <w:t>标准</w:t>
            </w:r>
          </w:p>
        </w:tc>
        <w:tc>
          <w:tcPr>
            <w:tcW w:w="30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F33A03" w14:textId="77777777" w:rsidR="00B475E2" w:rsidRDefault="00B475E2" w:rsidP="005A467C">
            <w:pPr>
              <w:spacing w:line="360" w:lineRule="auto"/>
              <w:textAlignment w:val="center"/>
              <w:rPr>
                <w:color w:val="000000"/>
              </w:rPr>
            </w:pPr>
            <w:r>
              <w:rPr>
                <w:rFonts w:ascii="SimSun" w:eastAsia="SimSun" w:hAnsi="SimSun" w:cs="SimSun"/>
                <w:color w:val="000000"/>
              </w:rPr>
              <w:t>方式</w:t>
            </w:r>
          </w:p>
        </w:tc>
      </w:tr>
      <w:tr w:rsidR="00B475E2" w14:paraId="7DAF8BC7" w14:textId="77777777" w:rsidTr="005A467C">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C4C86A" w14:textId="77777777" w:rsidR="00B475E2" w:rsidRDefault="00B475E2" w:rsidP="005A467C">
            <w:pPr>
              <w:spacing w:line="360" w:lineRule="auto"/>
              <w:textAlignment w:val="center"/>
              <w:rPr>
                <w:color w:val="000000"/>
              </w:rPr>
            </w:pPr>
            <w:r>
              <w:rPr>
                <w:rFonts w:ascii="SimSun" w:eastAsia="SimSun" w:hAnsi="SimSun" w:cs="SimSun"/>
                <w:color w:val="000000"/>
              </w:rPr>
              <w:t>方子儒</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495C1B" w14:textId="77777777" w:rsidR="00B475E2" w:rsidRDefault="00B475E2" w:rsidP="005A467C">
            <w:pPr>
              <w:spacing w:line="360" w:lineRule="auto"/>
              <w:textAlignment w:val="center"/>
              <w:rPr>
                <w:color w:val="000000"/>
              </w:rPr>
            </w:pPr>
            <w:r>
              <w:rPr>
                <w:rFonts w:ascii="SimSun" w:eastAsia="SimSun" w:hAnsi="SimSun" w:cs="SimSun"/>
                <w:color w:val="000000"/>
              </w:rPr>
              <w:t>（1）</w:t>
            </w:r>
          </w:p>
        </w:tc>
        <w:tc>
          <w:tcPr>
            <w:tcW w:w="30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5F4A3B" w14:textId="77777777" w:rsidR="00B475E2" w:rsidRDefault="00B475E2" w:rsidP="005A467C">
            <w:pPr>
              <w:spacing w:line="360" w:lineRule="auto"/>
              <w:textAlignment w:val="center"/>
              <w:rPr>
                <w:color w:val="000000"/>
              </w:rPr>
            </w:pPr>
            <w:r>
              <w:rPr>
                <w:rFonts w:ascii="SimSun" w:eastAsia="SimSun" w:hAnsi="SimSun" w:cs="SimSun"/>
                <w:color w:val="000000"/>
              </w:rPr>
              <w:t>（2）</w:t>
            </w:r>
          </w:p>
        </w:tc>
      </w:tr>
      <w:tr w:rsidR="00B475E2" w14:paraId="426567BA" w14:textId="77777777" w:rsidTr="005A467C">
        <w:trPr>
          <w:trHeight w:val="330"/>
        </w:trPr>
        <w:tc>
          <w:tcPr>
            <w:tcW w:w="12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2924309" w14:textId="77777777" w:rsidR="00B475E2" w:rsidRDefault="00B475E2" w:rsidP="005A467C">
            <w:pPr>
              <w:spacing w:line="360" w:lineRule="auto"/>
              <w:textAlignment w:val="center"/>
              <w:rPr>
                <w:color w:val="000000"/>
              </w:rPr>
            </w:pPr>
            <w:r>
              <w:rPr>
                <w:rFonts w:ascii="SimSun" w:eastAsia="SimSun" w:hAnsi="SimSun" w:cs="SimSun"/>
                <w:color w:val="000000"/>
              </w:rPr>
              <w:t>年轻人</w:t>
            </w:r>
          </w:p>
        </w:tc>
        <w:tc>
          <w:tcPr>
            <w:tcW w:w="24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227FEB" w14:textId="77777777" w:rsidR="00B475E2" w:rsidRDefault="00B475E2" w:rsidP="005A467C">
            <w:pPr>
              <w:spacing w:line="360" w:lineRule="auto"/>
              <w:textAlignment w:val="center"/>
              <w:rPr>
                <w:color w:val="000000"/>
              </w:rPr>
            </w:pPr>
            <w:r>
              <w:rPr>
                <w:rFonts w:ascii="SimSun" w:eastAsia="SimSun" w:hAnsi="SimSun" w:cs="SimSun"/>
                <w:color w:val="000000"/>
              </w:rPr>
              <w:t>（3）</w:t>
            </w:r>
          </w:p>
        </w:tc>
        <w:tc>
          <w:tcPr>
            <w:tcW w:w="30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92376E" w14:textId="77777777" w:rsidR="00B475E2" w:rsidRDefault="00B475E2" w:rsidP="005A467C">
            <w:pPr>
              <w:spacing w:line="360" w:lineRule="auto"/>
              <w:textAlignment w:val="center"/>
              <w:rPr>
                <w:color w:val="000000"/>
              </w:rPr>
            </w:pPr>
            <w:r>
              <w:rPr>
                <w:rFonts w:ascii="SimSun" w:eastAsia="SimSun" w:hAnsi="SimSun" w:cs="SimSun"/>
                <w:color w:val="000000"/>
              </w:rPr>
              <w:t>（4）</w:t>
            </w:r>
          </w:p>
        </w:tc>
      </w:tr>
    </w:tbl>
    <w:p w14:paraId="47493292" w14:textId="77777777" w:rsidR="00B475E2" w:rsidRDefault="00B475E2" w:rsidP="00B475E2">
      <w:pPr>
        <w:spacing w:line="360" w:lineRule="auto"/>
        <w:textAlignment w:val="center"/>
        <w:rPr>
          <w:color w:val="000000"/>
          <w:lang w:eastAsia="zh-CN"/>
        </w:rPr>
      </w:pPr>
      <w:r>
        <w:rPr>
          <w:color w:val="000000"/>
          <w:lang w:eastAsia="zh-CN"/>
        </w:rPr>
        <w:t xml:space="preserve">28. </w:t>
      </w:r>
      <w:r>
        <w:rPr>
          <w:rFonts w:ascii="SimSun" w:eastAsia="SimSun" w:hAnsi="SimSun" w:cs="SimSun"/>
          <w:color w:val="000000"/>
          <w:lang w:eastAsia="zh-CN"/>
        </w:rPr>
        <w:t>在故事情节展开过程中，年轻人</w:t>
      </w:r>
      <w:r>
        <w:rPr>
          <w:rFonts w:ascii="SimSun" w:eastAsia="SimSun" w:hAnsi="SimSun" w:cs="SimSun"/>
          <w:noProof/>
          <w:color w:val="000000"/>
        </w:rPr>
        <w:drawing>
          <wp:inline distT="0" distB="0" distL="114300" distR="114300" wp14:anchorId="241898D2" wp14:editId="5EAB82E5">
            <wp:extent cx="133350" cy="177800"/>
            <wp:effectExtent l="0" t="0" r="0" b="13335"/>
            <wp:docPr id="1243"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图片 100011"/>
                    <pic:cNvPicPr>
                      <a:picLocks noChangeAspect="1"/>
                    </pic:cNvPicPr>
                  </pic:nvPicPr>
                  <pic:blipFill>
                    <a:blip r:embed="rId10"/>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神情随之发生了哪些变化？</w:t>
      </w:r>
    </w:p>
    <w:p w14:paraId="5E25E95F"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有点尴尬→</w:t>
      </w:r>
      <w:r>
        <w:rPr>
          <w:color w:val="000000"/>
          <w:lang w:eastAsia="zh-CN"/>
        </w:rPr>
        <w:t>_____________</w:t>
      </w:r>
      <w:r>
        <w:rPr>
          <w:rFonts w:ascii="SimSun" w:eastAsia="SimSun" w:hAnsi="SimSun" w:cs="SimSun"/>
          <w:color w:val="000000"/>
          <w:lang w:eastAsia="zh-CN"/>
        </w:rPr>
        <w:t xml:space="preserve"> →</w:t>
      </w:r>
      <w:r>
        <w:rPr>
          <w:color w:val="000000"/>
          <w:lang w:eastAsia="zh-CN"/>
        </w:rPr>
        <w:t>___________</w:t>
      </w:r>
      <w:r>
        <w:rPr>
          <w:rFonts w:ascii="SimSun" w:eastAsia="SimSun" w:hAnsi="SimSun" w:cs="SimSun"/>
          <w:color w:val="000000"/>
          <w:lang w:eastAsia="zh-CN"/>
        </w:rPr>
        <w:t xml:space="preserve">→ 笑了→ </w:t>
      </w:r>
      <w:r>
        <w:rPr>
          <w:color w:val="000000"/>
          <w:lang w:eastAsia="zh-CN"/>
        </w:rPr>
        <w:t>_______</w:t>
      </w:r>
      <w:r>
        <w:rPr>
          <w:rFonts w:ascii="SimSun" w:eastAsia="SimSun" w:hAnsi="SimSun" w:cs="SimSun"/>
          <w:color w:val="000000"/>
          <w:lang w:eastAsia="zh-CN"/>
        </w:rPr>
        <w:t>→满怀歉意</w:t>
      </w:r>
    </w:p>
    <w:p w14:paraId="6F76D5A6" w14:textId="77777777" w:rsidR="00B475E2" w:rsidRDefault="00B475E2" w:rsidP="00B475E2">
      <w:pPr>
        <w:pStyle w:val="Heading2"/>
        <w:rPr>
          <w:lang w:eastAsia="zh-CN"/>
        </w:rPr>
      </w:pPr>
      <w:bookmarkStart w:id="6" w:name="_Toc235355004"/>
      <w:r>
        <w:rPr>
          <w:lang w:eastAsia="zh-CN"/>
        </w:rPr>
        <w:t>期中</w:t>
      </w:r>
      <w:bookmarkEnd w:id="6"/>
    </w:p>
    <w:p w14:paraId="3CEF2FF9" w14:textId="77777777" w:rsidR="00B475E2" w:rsidRDefault="00B475E2" w:rsidP="00B475E2">
      <w:pPr>
        <w:pStyle w:val="Heading3"/>
        <w:rPr>
          <w:lang w:eastAsia="zh-CN"/>
        </w:rPr>
      </w:pPr>
      <w:bookmarkStart w:id="7" w:name="_Toc235355005"/>
      <w:r>
        <w:rPr>
          <w:lang w:eastAsia="zh-CN"/>
        </w:rPr>
        <w:t>大兴区</w:t>
      </w:r>
      <w:bookmarkEnd w:id="7"/>
    </w:p>
    <w:p w14:paraId="3F10483C"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四、现代文阅读（共20分）</w:t>
      </w:r>
    </w:p>
    <w:p w14:paraId="6EB00B66"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（一）（共10分）</w:t>
      </w:r>
    </w:p>
    <w:p w14:paraId="72B22D94"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阅读老舍《济南</w:t>
      </w:r>
      <w:r>
        <w:rPr>
          <w:rFonts w:ascii="SimSun" w:eastAsia="SimSun" w:hAnsi="SimSun" w:cs="SimSun"/>
          <w:noProof/>
          <w:color w:val="000000"/>
        </w:rPr>
        <w:drawing>
          <wp:inline distT="0" distB="0" distL="114300" distR="114300" wp14:anchorId="74C98223" wp14:editId="7192734B">
            <wp:extent cx="133350" cy="177800"/>
            <wp:effectExtent l="0" t="0" r="0" b="13335"/>
            <wp:docPr id="1245"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图片 100007"/>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冬天》这篇文章，完成下面小题。</w:t>
      </w:r>
    </w:p>
    <w:p w14:paraId="388B8BC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对于一个在北平住惯的人，像我，冬天要是不刮大风，便是奇迹；济南的冬天是没有风声的。对于一个刚由伦敦回来的，像我，冬天要能看得见日光，便是怪事；济南的冬天是响晴的。自然，在热带的地方，日光是永远那么毒，响亮的天气，反有点叫人害怕。可是，在北中国的冬天，而能有温晴的天气，济南真得算个宝地。</w:t>
      </w:r>
    </w:p>
    <w:p w14:paraId="5C7DA19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②设若单单是有阳光，那也算不了出奇。请闭上眼睛想：一个老城，有山有水，全在天底下晒着阳光，暖和安适地睡着，只等春风来把它们唤醒，这是不是个理想的境界？</w:t>
      </w:r>
    </w:p>
    <w:p w14:paraId="5AABF67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③小山整把济南围了个圈儿，只有北边缺着点口儿。这一圈小山在冬天特别可爱，好像是把济南放在一个小摇篮里，它们全安静不动地低声地说：</w:t>
      </w:r>
      <w:r>
        <w:rPr>
          <w:rFonts w:ascii="SimSun" w:eastAsia="SimSun" w:hAnsi="SimSun" w:cs="SimSun"/>
          <w:color w:val="000000"/>
          <w:lang w:eastAsia="zh-CN"/>
        </w:rPr>
        <w:t>“</w:t>
      </w:r>
      <w:r>
        <w:rPr>
          <w:rFonts w:ascii="KaiTi" w:eastAsia="KaiTi" w:hAnsi="KaiTi" w:cs="KaiTi"/>
          <w:color w:val="000000"/>
          <w:lang w:eastAsia="zh-CN"/>
        </w:rPr>
        <w:t>你们放心吧，这儿准保暖和。</w:t>
      </w:r>
      <w:r>
        <w:rPr>
          <w:rFonts w:ascii="SimSun" w:eastAsia="SimSun" w:hAnsi="SimSun" w:cs="SimSun"/>
          <w:color w:val="000000"/>
          <w:lang w:eastAsia="zh-CN"/>
        </w:rPr>
        <w:t>”</w:t>
      </w:r>
      <w:r>
        <w:rPr>
          <w:rFonts w:ascii="KaiTi" w:eastAsia="KaiTi" w:hAnsi="KaiTi" w:cs="KaiTi"/>
          <w:color w:val="000000"/>
          <w:lang w:eastAsia="zh-CN"/>
        </w:rPr>
        <w:t>真的，济南的人们在冬天是面上含笑的。他们一看那些小山，心中便觉得有了着落，有了依靠。他们由天上看到山上，便不知不觉地想起：</w:t>
      </w:r>
      <w:r>
        <w:rPr>
          <w:rFonts w:ascii="SimSun" w:eastAsia="SimSun" w:hAnsi="SimSun" w:cs="SimSun"/>
          <w:color w:val="000000"/>
          <w:lang w:eastAsia="zh-CN"/>
        </w:rPr>
        <w:t>“</w:t>
      </w:r>
      <w:r>
        <w:rPr>
          <w:rFonts w:ascii="KaiTi" w:eastAsia="KaiTi" w:hAnsi="KaiTi" w:cs="KaiTi"/>
          <w:color w:val="000000"/>
          <w:lang w:eastAsia="zh-CN"/>
        </w:rPr>
        <w:t>明天也许就是春天了吧？这样的温暖，今天夜里山草也许就绿起来了吧？</w:t>
      </w:r>
      <w:r>
        <w:rPr>
          <w:rFonts w:ascii="SimSun" w:eastAsia="SimSun" w:hAnsi="SimSun" w:cs="SimSun"/>
          <w:color w:val="000000"/>
          <w:lang w:eastAsia="zh-CN"/>
        </w:rPr>
        <w:t>”</w:t>
      </w:r>
      <w:r>
        <w:rPr>
          <w:rFonts w:ascii="KaiTi" w:eastAsia="KaiTi" w:hAnsi="KaiTi" w:cs="KaiTi"/>
          <w:color w:val="000000"/>
          <w:lang w:eastAsia="zh-CN"/>
        </w:rPr>
        <w:t>就是这点幻想不能一时实现，他们也并不着急，因为有这样慈善的冬天，干啥还希望别的呢！</w:t>
      </w:r>
    </w:p>
    <w:p w14:paraId="121B155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④最妙的是下点小雪呀。看吧，山上的矮松越发的青黑，树尖上顶着一髻儿白花，好像日本看护妇。山尖全白了，给蓝天镶上一道银边。山坡上，有的地方雪厚点，有的地方草色还露着，这样，一道儿白，一道儿暗黄，给山们穿上一件带水纹的花衣；看着看着，这件花衣好像被风儿吹动，叫你希望看见一点更美的山的肌肤。等到快日落的时候，微黄的阳光斜射在山腰上，那点薄雪好像忽然害了羞，微微露出点粉色。就是下小雪吧，济南是受不住大雪的，那些小山太秀气！</w:t>
      </w:r>
    </w:p>
    <w:p w14:paraId="340D6EF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⑤古老的济南，城里那么狭窄，城外又那么宽敞，山坡上卧着些小村庄，小村庄的房顶上卧着点雪，对，这是张小水墨画，也许是唐代的名手画的吧。</w:t>
      </w:r>
    </w:p>
    <w:p w14:paraId="026799F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那水呢，不但不结冰，倒反在绿萍上冒着热气，水藻真绿，把终年贮蓄的绿色全拿出来了。天儿越晴，水藻越绿，就凭这些绿的精神，水也不忍得冻上，况且那些长枝的垂柳还要在水里照个影儿呢！看吧，由澄清的河水慢慢往上看吧，空中，半空中，天上，自上而下全是那么清亮，那么蓝汪汪的，整个的是块空灵的蓝水晶。这块水晶里，包着红屋顶，黄草山，像地毯上的小团花的灰色树影。这就是冬天的济南。</w:t>
      </w:r>
    </w:p>
    <w:p w14:paraId="5B8B0341"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阅读全文，文章中</w:t>
      </w:r>
      <w:r>
        <w:rPr>
          <w:color w:val="000000"/>
          <w:lang w:eastAsia="zh-CN"/>
        </w:rPr>
        <w:t>_________</w:t>
      </w:r>
      <w:r>
        <w:rPr>
          <w:rFonts w:ascii="SimSun" w:eastAsia="SimSun" w:hAnsi="SimSun" w:cs="SimSun"/>
          <w:color w:val="000000"/>
          <w:lang w:eastAsia="zh-CN"/>
        </w:rPr>
        <w:t>这个词语能概括出作者笔下济南冬天的特点。</w:t>
      </w:r>
    </w:p>
    <w:p w14:paraId="7F08C2FB"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请简要分析第①段中作者运用对比修辞手法的表达效果。</w:t>
      </w:r>
    </w:p>
    <w:p w14:paraId="0E2D1D62"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阅读第③～⑥段，填写表格。</w:t>
      </w:r>
    </w:p>
    <w:tbl>
      <w:tblPr>
        <w:tblW w:w="5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990"/>
        <w:gridCol w:w="1980"/>
        <w:gridCol w:w="2265"/>
      </w:tblGrid>
      <w:tr w:rsidR="00B475E2" w14:paraId="530298FC" w14:textId="77777777" w:rsidTr="005A467C">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3CCF85D" w14:textId="77777777" w:rsidR="00B475E2" w:rsidRDefault="00B475E2" w:rsidP="005A467C">
            <w:pPr>
              <w:spacing w:line="360" w:lineRule="auto"/>
              <w:textAlignment w:val="center"/>
              <w:rPr>
                <w:color w:val="000000"/>
              </w:rPr>
            </w:pPr>
            <w:r>
              <w:rPr>
                <w:rFonts w:ascii="SimSun" w:eastAsia="SimSun" w:hAnsi="SimSun" w:cs="SimSun"/>
                <w:color w:val="000000"/>
              </w:rPr>
              <w:t>段序</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60F7BB" w14:textId="77777777" w:rsidR="00B475E2" w:rsidRDefault="00B475E2" w:rsidP="005A467C">
            <w:pPr>
              <w:spacing w:line="360" w:lineRule="auto"/>
              <w:textAlignment w:val="center"/>
              <w:rPr>
                <w:color w:val="000000"/>
              </w:rPr>
            </w:pPr>
            <w:r>
              <w:rPr>
                <w:rFonts w:ascii="SimSun" w:eastAsia="SimSun" w:hAnsi="SimSun" w:cs="SimSun"/>
                <w:color w:val="000000"/>
              </w:rPr>
              <w:t>段落内容命名</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0C82CC" w14:textId="77777777" w:rsidR="00B475E2" w:rsidRDefault="00B475E2" w:rsidP="005A467C">
            <w:pPr>
              <w:spacing w:line="360" w:lineRule="auto"/>
              <w:textAlignment w:val="center"/>
              <w:rPr>
                <w:color w:val="000000"/>
              </w:rPr>
            </w:pPr>
            <w:r>
              <w:rPr>
                <w:rFonts w:ascii="SimSun" w:eastAsia="SimSun" w:hAnsi="SimSun" w:cs="SimSun"/>
                <w:color w:val="000000"/>
              </w:rPr>
              <w:t>所写景物特点</w:t>
            </w:r>
          </w:p>
        </w:tc>
      </w:tr>
      <w:tr w:rsidR="00B475E2" w14:paraId="7B71043F" w14:textId="77777777" w:rsidTr="005A467C">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B3E353" w14:textId="77777777" w:rsidR="00B475E2" w:rsidRDefault="00B475E2" w:rsidP="005A467C">
            <w:pPr>
              <w:spacing w:line="360" w:lineRule="auto"/>
              <w:textAlignment w:val="center"/>
              <w:rPr>
                <w:color w:val="000000"/>
              </w:rPr>
            </w:pPr>
            <w:r>
              <w:rPr>
                <w:rFonts w:ascii="SimSun" w:eastAsia="SimSun" w:hAnsi="SimSun" w:cs="SimSun"/>
                <w:color w:val="000000"/>
              </w:rPr>
              <w:t>第③段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24B096" w14:textId="77777777" w:rsidR="00B475E2" w:rsidRDefault="00B475E2" w:rsidP="005A467C">
            <w:pPr>
              <w:spacing w:line="360" w:lineRule="auto"/>
              <w:textAlignment w:val="center"/>
              <w:rPr>
                <w:color w:val="000000"/>
              </w:rPr>
            </w:pPr>
            <w:r>
              <w:rPr>
                <w:rFonts w:ascii="SimSun" w:eastAsia="SimSun" w:hAnsi="SimSun" w:cs="SimSun"/>
                <w:color w:val="000000"/>
              </w:rPr>
              <w:t>摇篮山</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971E44" w14:textId="77777777" w:rsidR="00B475E2" w:rsidRDefault="00B475E2" w:rsidP="005A467C">
            <w:pPr>
              <w:spacing w:line="360" w:lineRule="auto"/>
              <w:textAlignment w:val="center"/>
              <w:rPr>
                <w:color w:val="000000"/>
              </w:rPr>
            </w:pPr>
            <w:r>
              <w:rPr>
                <w:rFonts w:ascii="SimSun" w:eastAsia="SimSun" w:hAnsi="SimSun" w:cs="SimSun"/>
                <w:color w:val="000000"/>
                <w:u w:val="single"/>
              </w:rPr>
              <w:t>（1）</w:t>
            </w:r>
            <w:r>
              <w:rPr>
                <w:color w:val="000000"/>
              </w:rPr>
              <w:t>______</w:t>
            </w:r>
          </w:p>
        </w:tc>
      </w:tr>
      <w:tr w:rsidR="00B475E2" w14:paraId="709C8857" w14:textId="77777777" w:rsidTr="005A467C">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9BCDFB2" w14:textId="77777777" w:rsidR="00B475E2" w:rsidRDefault="00B475E2" w:rsidP="005A467C">
            <w:pPr>
              <w:spacing w:line="360" w:lineRule="auto"/>
              <w:textAlignment w:val="center"/>
              <w:rPr>
                <w:color w:val="000000"/>
              </w:rPr>
            </w:pPr>
            <w:r>
              <w:rPr>
                <w:rFonts w:ascii="SimSun" w:eastAsia="SimSun" w:hAnsi="SimSun" w:cs="SimSun"/>
                <w:color w:val="000000"/>
              </w:rPr>
              <w:t>第④段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DE7E6B" w14:textId="77777777" w:rsidR="00B475E2" w:rsidRDefault="00B475E2" w:rsidP="005A467C">
            <w:pPr>
              <w:spacing w:line="360" w:lineRule="auto"/>
              <w:textAlignment w:val="center"/>
              <w:rPr>
                <w:color w:val="000000"/>
              </w:rPr>
            </w:pPr>
            <w:r>
              <w:rPr>
                <w:rFonts w:ascii="SimSun" w:eastAsia="SimSun" w:hAnsi="SimSun" w:cs="SimSun"/>
                <w:color w:val="000000"/>
                <w:u w:val="single"/>
              </w:rPr>
              <w:t>（2）</w:t>
            </w:r>
            <w:r>
              <w:rPr>
                <w:color w:val="000000"/>
              </w:rPr>
              <w:t>______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BA47EAC" w14:textId="77777777" w:rsidR="00B475E2" w:rsidRDefault="00B475E2" w:rsidP="005A467C">
            <w:pPr>
              <w:spacing w:line="360" w:lineRule="auto"/>
              <w:textAlignment w:val="center"/>
              <w:rPr>
                <w:color w:val="000000"/>
              </w:rPr>
            </w:pPr>
            <w:r>
              <w:rPr>
                <w:rFonts w:ascii="SimSun" w:eastAsia="SimSun" w:hAnsi="SimSun" w:cs="SimSun"/>
                <w:color w:val="000000"/>
              </w:rPr>
              <w:t>秀气</w:t>
            </w:r>
          </w:p>
        </w:tc>
      </w:tr>
      <w:tr w:rsidR="00B475E2" w14:paraId="6BDFE913" w14:textId="77777777" w:rsidTr="005A467C">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27552F" w14:textId="77777777" w:rsidR="00B475E2" w:rsidRDefault="00B475E2" w:rsidP="005A467C">
            <w:pPr>
              <w:spacing w:line="360" w:lineRule="auto"/>
              <w:textAlignment w:val="center"/>
              <w:rPr>
                <w:color w:val="000000"/>
              </w:rPr>
            </w:pPr>
            <w:r>
              <w:rPr>
                <w:rFonts w:ascii="SimSun" w:eastAsia="SimSun" w:hAnsi="SimSun" w:cs="SimSun"/>
                <w:color w:val="000000"/>
              </w:rPr>
              <w:t>第⑤段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FBD559" w14:textId="77777777" w:rsidR="00B475E2" w:rsidRDefault="00B475E2" w:rsidP="005A467C">
            <w:pPr>
              <w:spacing w:line="360" w:lineRule="auto"/>
              <w:textAlignment w:val="center"/>
              <w:rPr>
                <w:color w:val="000000"/>
              </w:rPr>
            </w:pPr>
            <w:r>
              <w:rPr>
                <w:rFonts w:ascii="SimSun" w:eastAsia="SimSun" w:hAnsi="SimSun" w:cs="SimSun"/>
                <w:color w:val="000000"/>
                <w:u w:val="single"/>
              </w:rPr>
              <w:t>（3）</w:t>
            </w:r>
            <w:r>
              <w:rPr>
                <w:color w:val="000000"/>
              </w:rPr>
              <w:t>______</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34990A" w14:textId="77777777" w:rsidR="00B475E2" w:rsidRDefault="00B475E2" w:rsidP="005A467C">
            <w:pPr>
              <w:spacing w:line="360" w:lineRule="auto"/>
              <w:textAlignment w:val="center"/>
              <w:rPr>
                <w:color w:val="000000"/>
              </w:rPr>
            </w:pPr>
            <w:r>
              <w:rPr>
                <w:rFonts w:ascii="SimSun" w:eastAsia="SimSun" w:hAnsi="SimSun" w:cs="SimSun"/>
                <w:color w:val="000000"/>
              </w:rPr>
              <w:t>淡雅</w:t>
            </w:r>
          </w:p>
        </w:tc>
      </w:tr>
      <w:tr w:rsidR="00B475E2" w14:paraId="2E08EFB3" w14:textId="77777777" w:rsidTr="005A467C">
        <w:trPr>
          <w:trHeight w:val="330"/>
        </w:trPr>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FD72F2" w14:textId="77777777" w:rsidR="00B475E2" w:rsidRDefault="00B475E2" w:rsidP="005A467C">
            <w:pPr>
              <w:spacing w:line="360" w:lineRule="auto"/>
              <w:textAlignment w:val="center"/>
              <w:rPr>
                <w:color w:val="000000"/>
              </w:rPr>
            </w:pPr>
            <w:r>
              <w:rPr>
                <w:rFonts w:ascii="SimSun" w:eastAsia="SimSun" w:hAnsi="SimSun" w:cs="SimSun"/>
                <w:color w:val="000000"/>
              </w:rPr>
              <w:t>第⑥段</w:t>
            </w:r>
          </w:p>
        </w:tc>
        <w:tc>
          <w:tcPr>
            <w:tcW w:w="19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2F56E7" w14:textId="77777777" w:rsidR="00B475E2" w:rsidRDefault="00B475E2" w:rsidP="005A467C">
            <w:pPr>
              <w:spacing w:line="360" w:lineRule="auto"/>
              <w:textAlignment w:val="center"/>
              <w:rPr>
                <w:color w:val="000000"/>
              </w:rPr>
            </w:pPr>
            <w:r>
              <w:rPr>
                <w:rFonts w:ascii="SimSun" w:eastAsia="SimSun" w:hAnsi="SimSun" w:cs="SimSun"/>
                <w:color w:val="000000"/>
              </w:rPr>
              <w:t>蓝晶水</w:t>
            </w:r>
          </w:p>
        </w:tc>
        <w:tc>
          <w:tcPr>
            <w:tcW w:w="226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0259D1B" w14:textId="77777777" w:rsidR="00B475E2" w:rsidRDefault="00B475E2" w:rsidP="005A467C">
            <w:pPr>
              <w:spacing w:line="360" w:lineRule="auto"/>
              <w:textAlignment w:val="center"/>
              <w:rPr>
                <w:color w:val="000000"/>
              </w:rPr>
            </w:pPr>
            <w:r>
              <w:rPr>
                <w:rFonts w:ascii="SimSun" w:eastAsia="SimSun" w:hAnsi="SimSun" w:cs="SimSun"/>
                <w:color w:val="000000"/>
                <w:u w:val="single"/>
              </w:rPr>
              <w:t>（4）</w:t>
            </w:r>
            <w:r>
              <w:rPr>
                <w:color w:val="000000"/>
              </w:rPr>
              <w:t>______</w:t>
            </w:r>
          </w:p>
        </w:tc>
      </w:tr>
    </w:tbl>
    <w:p w14:paraId="27E0662B"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文章结尾“这就是冬天的济南”一句如改成“这就是济南的冬天”好不好？为什么？</w:t>
      </w:r>
    </w:p>
    <w:p w14:paraId="66BC45AD"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lastRenderedPageBreak/>
        <w:t>（二）（10分）</w:t>
      </w:r>
    </w:p>
    <w:p w14:paraId="5FC9F7AE"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阅读《济南</w:t>
      </w:r>
      <w:r>
        <w:rPr>
          <w:rFonts w:ascii="SimSun" w:eastAsia="SimSun" w:hAnsi="SimSun" w:cs="SimSun"/>
          <w:noProof/>
          <w:color w:val="000000"/>
        </w:rPr>
        <w:drawing>
          <wp:inline distT="0" distB="0" distL="114300" distR="114300" wp14:anchorId="1A5E0ABF" wp14:editId="24CEF6AA">
            <wp:extent cx="133350" cy="177800"/>
            <wp:effectExtent l="0" t="0" r="0" b="13335"/>
            <wp:docPr id="1247"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图片 100013"/>
                    <pic:cNvPicPr>
                      <a:picLocks noChangeAspect="1"/>
                    </pic:cNvPicPr>
                  </pic:nvPicPr>
                  <pic:blipFill>
                    <a:blip r:embed="rId11"/>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秋天》，完成问题。</w:t>
      </w:r>
    </w:p>
    <w:p w14:paraId="622FB563"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济南的秋天</w:t>
      </w:r>
    </w:p>
    <w:p w14:paraId="5B4E7560"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老舍</w:t>
      </w:r>
    </w:p>
    <w:p w14:paraId="6BF9B89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14:paraId="662C6FF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14:paraId="51CF7C2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KaiTi" w:eastAsia="KaiTi" w:hAnsi="KaiTi" w:cs="KaiTi"/>
          <w:color w:val="000000"/>
          <w:u w:val="single"/>
          <w:lang w:eastAsia="zh-CN"/>
        </w:rPr>
        <w:t>忽然黄色更真了一些，忽然又暗了一些，忽然像有层看不见的薄雾在那儿流动，忽然像有股细风替“自然”调合着彩色，轻轻的抹上一层各色俱全而全是淡美的色道儿</w:t>
      </w:r>
      <w:r>
        <w:rPr>
          <w:rFonts w:ascii="KaiTi" w:eastAsia="KaiTi" w:hAnsi="KaiTi" w:cs="KaiTi"/>
          <w:color w:val="000000"/>
          <w:lang w:eastAsia="zh-CN"/>
        </w:rPr>
        <w:t>。有这样的山，再配上那蓝的天，晴暖的阳光；蓝得像要由蓝变绿了，可又没完全绿了；晴暖得要发燥了，可是有点凉风，正像诗一样的温柔；这便是济南的秋。</w:t>
      </w:r>
    </w:p>
    <w:p w14:paraId="1FDA5A2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w:t>
      </w:r>
      <w:r>
        <w:rPr>
          <w:rFonts w:ascii="KaiTi" w:eastAsia="KaiTi" w:hAnsi="KaiTi" w:cs="KaiTi"/>
          <w:color w:val="000000"/>
          <w:lang w:eastAsia="zh-CN"/>
        </w:rPr>
        <w:lastRenderedPageBreak/>
        <w:t>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14:paraId="16C070C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14:paraId="6FB3D630" w14:textId="77777777" w:rsidR="00B475E2" w:rsidRDefault="00B475E2" w:rsidP="00B475E2">
      <w:pPr>
        <w:spacing w:line="360" w:lineRule="auto"/>
        <w:jc w:val="right"/>
        <w:textAlignment w:val="center"/>
        <w:rPr>
          <w:color w:val="000000"/>
        </w:rPr>
      </w:pPr>
      <w:r>
        <w:rPr>
          <w:rFonts w:ascii="SimSun" w:eastAsia="SimSun" w:hAnsi="SimSun" w:cs="SimSun"/>
          <w:color w:val="000000"/>
        </w:rPr>
        <w:t>（取材于《老舍散文全集》第十四卷）</w:t>
      </w:r>
    </w:p>
    <w:p w14:paraId="612CE35A" w14:textId="77777777" w:rsidR="00B475E2" w:rsidRDefault="00B475E2" w:rsidP="00B475E2">
      <w:pPr>
        <w:spacing w:line="360" w:lineRule="auto"/>
        <w:textAlignment w:val="center"/>
        <w:rPr>
          <w:color w:val="000000"/>
          <w:lang w:eastAsia="zh-CN"/>
        </w:rPr>
      </w:pPr>
      <w:r>
        <w:rPr>
          <w:color w:val="000000"/>
          <w:lang w:eastAsia="zh-CN"/>
        </w:rPr>
        <w:t>（1）</w:t>
      </w:r>
      <w:r>
        <w:rPr>
          <w:rFonts w:ascii="SimSun" w:eastAsia="SimSun" w:hAnsi="SimSun" w:cs="SimSun"/>
          <w:color w:val="000000"/>
          <w:lang w:eastAsia="zh-CN"/>
        </w:rPr>
        <w:t>阅读全文，用一句话概括作者笔下济南秋天的特点。</w:t>
      </w:r>
    </w:p>
    <w:p w14:paraId="121ACD8A" w14:textId="77777777" w:rsidR="00B475E2" w:rsidRDefault="00B475E2" w:rsidP="00B475E2">
      <w:pPr>
        <w:spacing w:line="360" w:lineRule="auto"/>
        <w:textAlignment w:val="center"/>
        <w:rPr>
          <w:color w:val="000000"/>
          <w:lang w:eastAsia="zh-CN"/>
        </w:rPr>
      </w:pPr>
      <w:r>
        <w:rPr>
          <w:color w:val="000000"/>
          <w:lang w:eastAsia="zh-CN"/>
        </w:rPr>
        <w:t>（2）</w:t>
      </w:r>
      <w:r>
        <w:rPr>
          <w:rFonts w:ascii="SimSun" w:eastAsia="SimSun" w:hAnsi="SimSun" w:cs="SimSun"/>
          <w:color w:val="000000"/>
          <w:lang w:eastAsia="zh-CN"/>
        </w:rPr>
        <w:t>在朗读第③段中的画线句时，有同学认为四个“忽然”都应该重读，也有同学不这样认为。根据你的理解，你在朗读时会如何处理，简要说明理由。</w:t>
      </w:r>
    </w:p>
    <w:p w14:paraId="294BD271"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忽然黄色更真了一些，忽然又暗了一些，忽然像有层看不见的薄雾在那儿流动，忽然像有股细风替“自然”调合着彩色，轻轻的抹上一层各色俱全而全是淡美的色道儿。</w:t>
      </w:r>
    </w:p>
    <w:p w14:paraId="5CD51270" w14:textId="77777777" w:rsidR="00B475E2" w:rsidRDefault="00B475E2" w:rsidP="00B475E2">
      <w:pPr>
        <w:spacing w:line="360" w:lineRule="auto"/>
        <w:textAlignment w:val="center"/>
        <w:rPr>
          <w:color w:val="000000"/>
          <w:lang w:eastAsia="zh-CN"/>
        </w:rPr>
      </w:pPr>
      <w:r>
        <w:rPr>
          <w:color w:val="000000"/>
          <w:lang w:eastAsia="zh-CN"/>
        </w:rPr>
        <w:t>（3）</w:t>
      </w:r>
      <w:r>
        <w:rPr>
          <w:rFonts w:ascii="SimSun" w:eastAsia="SimSun" w:hAnsi="SimSun" w:cs="SimSun"/>
          <w:color w:val="000000"/>
          <w:lang w:eastAsia="zh-CN"/>
        </w:rPr>
        <w:t>根据本文第④段及下面材料，在后面文段中的横线上填写恰当的内容。</w:t>
      </w:r>
    </w:p>
    <w:p w14:paraId="7531474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14:paraId="7E883A8B"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两段文字都是写济南的水，从时令上看，第④段写的是①</w:t>
      </w:r>
      <w:r>
        <w:rPr>
          <w:color w:val="000000"/>
          <w:lang w:eastAsia="zh-CN"/>
        </w:rPr>
        <w:t>_____</w:t>
      </w:r>
      <w:r>
        <w:rPr>
          <w:rFonts w:ascii="SimSun" w:eastAsia="SimSun" w:hAnsi="SimSun" w:cs="SimSun"/>
          <w:color w:val="000000"/>
          <w:lang w:eastAsia="zh-CN"/>
        </w:rPr>
        <w:t>的水，材料写的是②</w:t>
      </w:r>
      <w:r>
        <w:rPr>
          <w:color w:val="000000"/>
          <w:lang w:eastAsia="zh-CN"/>
        </w:rPr>
        <w:t>_____</w:t>
      </w:r>
      <w:r>
        <w:rPr>
          <w:rFonts w:ascii="SimSun" w:eastAsia="SimSun" w:hAnsi="SimSun" w:cs="SimSun"/>
          <w:color w:val="000000"/>
          <w:lang w:eastAsia="zh-CN"/>
        </w:rPr>
        <w:t>的水。两段文字突出水的共同特点是③</w:t>
      </w:r>
      <w:r>
        <w:rPr>
          <w:color w:val="000000"/>
          <w:lang w:eastAsia="zh-CN"/>
        </w:rPr>
        <w:t>_________</w:t>
      </w:r>
      <w:r>
        <w:rPr>
          <w:rFonts w:ascii="SimSun" w:eastAsia="SimSun" w:hAnsi="SimSun" w:cs="SimSun"/>
          <w:color w:val="000000"/>
          <w:lang w:eastAsia="zh-CN"/>
        </w:rPr>
        <w:t>。</w:t>
      </w:r>
    </w:p>
    <w:p w14:paraId="4B3AD8E9" w14:textId="77777777" w:rsidR="00B475E2" w:rsidRDefault="00B475E2" w:rsidP="00B475E2">
      <w:pPr>
        <w:pStyle w:val="Heading3"/>
        <w:rPr>
          <w:lang w:eastAsia="zh-CN"/>
        </w:rPr>
      </w:pPr>
      <w:bookmarkStart w:id="8" w:name="_Toc235355006"/>
      <w:r>
        <w:rPr>
          <w:lang w:eastAsia="zh-CN"/>
        </w:rPr>
        <w:t>师范大学附属中学</w:t>
      </w:r>
      <w:bookmarkEnd w:id="8"/>
    </w:p>
    <w:p w14:paraId="2BA04A92"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四、现代文阅读。（共14分）</w:t>
      </w:r>
    </w:p>
    <w:p w14:paraId="3F599A68"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阅读《青菜》短文，完成下面小题。</w:t>
      </w:r>
    </w:p>
    <w:p w14:paraId="6B8559AD"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青菜</w:t>
      </w:r>
    </w:p>
    <w:p w14:paraId="75CE302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①可爱的青菜，土地美丽的女儿，请用你朴素的光辉照耀我。</w:t>
      </w:r>
    </w:p>
    <w:p w14:paraId="0219BD4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伫立田间，望着铺开来的一望无际的浓浓绿意，你感人的色彩是生命的象征。生动与纯粹，简洁与丰润，这些高贵品质的融汇，于人何等艰难，于你何等自然。我不知道哪一种绿色能像你一样始终放射着家园的温馨。</w:t>
      </w:r>
    </w:p>
    <w:p w14:paraId="3080264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③你紧紧依靠土地，又向天空缓缓伸展自己的身躯，以更好地承接阳光和雨水的恩泽。你的姿态永远是谦卑的，这谦卑决不是出于某种动机的表演，而是与生俱来，并随着成长而逐渐完美的一种精神形态。</w:t>
      </w:r>
      <w:r>
        <w:rPr>
          <w:rFonts w:ascii="KaiTi" w:eastAsia="KaiTi" w:hAnsi="KaiTi" w:cs="KaiTi"/>
          <w:color w:val="000000"/>
          <w:u w:val="single"/>
          <w:lang w:eastAsia="zh-CN"/>
        </w:rPr>
        <w:t>孩子们任意拔掉狗尾巴草那根高高翘起的尾巴，笑嘻嘻地摘下灯笼草上那自我炫耀的灯笼，又在凌空悬挂的黄瓜上轻率地刻下伙伴的绰号……但所有的孩子在长满绿油油青菜的菜地间割草的时候，却总是那么小心翼翼。</w:t>
      </w:r>
    </w:p>
    <w:p w14:paraId="3F49AD4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④你的根雄健而沉着，土地的血液从四面八方涌入你的根，然后上升到所有粗粗细细的脉管中，在你的全身汩汩流动，向世界显示着绿色的活力。</w:t>
      </w:r>
    </w:p>
    <w:p w14:paraId="0888E60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你翩然走过土地的胸膛，顺着阳光的导引来到我的身边。你清澈的目光像泉水洗去我的烦恼和疲倦。我这个自以为高大的人，情不自禁地弯下腰来向你致敬。我的手轻轻抚摸你漾溢青春活力的躯体，渐渐感到自己的灵魂也在长出根来，努力扎入土地内部。我会像你一样既生动又纯粹，既简洁又丰润，既朴素又高贵吗？</w:t>
      </w:r>
    </w:p>
    <w:p w14:paraId="06ECF8E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⑥啊，可爱的青菜，土地的忠诚的女儿，请赐给我你蓬勃的生机和一切的美德！</w:t>
      </w:r>
    </w:p>
    <w:p w14:paraId="4C157A67" w14:textId="77777777" w:rsidR="00B475E2" w:rsidRDefault="00B475E2" w:rsidP="00B475E2">
      <w:pPr>
        <w:spacing w:line="360" w:lineRule="auto"/>
        <w:ind w:firstLine="420"/>
        <w:jc w:val="right"/>
        <w:textAlignment w:val="center"/>
        <w:rPr>
          <w:color w:val="000000"/>
          <w:lang w:eastAsia="zh-CN"/>
        </w:rPr>
      </w:pPr>
      <w:r>
        <w:rPr>
          <w:rFonts w:ascii="SimSun" w:eastAsia="SimSun" w:hAnsi="SimSun" w:cs="SimSun"/>
          <w:color w:val="000000"/>
          <w:lang w:eastAsia="zh-CN"/>
        </w:rPr>
        <w:t>（原文略有改动）</w:t>
      </w:r>
    </w:p>
    <w:p w14:paraId="6F059C01"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请赏析第②段句子中“铺”一词</w:t>
      </w:r>
      <w:r>
        <w:rPr>
          <w:rFonts w:ascii="SimSun" w:eastAsia="SimSun" w:hAnsi="SimSun" w:cs="SimSun"/>
          <w:noProof/>
          <w:color w:val="000000"/>
          <w:position w:val="-12"/>
        </w:rPr>
        <w:drawing>
          <wp:inline distT="0" distB="0" distL="114300" distR="114300" wp14:anchorId="32D990DB" wp14:editId="5F96E4C5">
            <wp:extent cx="127000" cy="76200"/>
            <wp:effectExtent l="0" t="0" r="0" b="0"/>
            <wp:docPr id="1249"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图片 100013"/>
                    <pic:cNvPicPr>
                      <a:picLocks noChangeAspect="1"/>
                    </pic:cNvPicPr>
                  </pic:nvPicPr>
                  <pic:blipFill>
                    <a:blip r:embed="rId12"/>
                    <a:stretch>
                      <a:fillRect/>
                    </a:stretch>
                  </pic:blipFill>
                  <pic:spPr>
                    <a:xfrm>
                      <a:off x="0" y="0"/>
                      <a:ext cx="127000" cy="76200"/>
                    </a:xfrm>
                    <a:prstGeom prst="rect">
                      <a:avLst/>
                    </a:prstGeom>
                  </pic:spPr>
                </pic:pic>
              </a:graphicData>
            </a:graphic>
          </wp:inline>
        </w:drawing>
      </w:r>
    </w:p>
    <w:p w14:paraId="453EC35B"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请结合上下文分析第③段划横线句妙在何处。</w:t>
      </w:r>
    </w:p>
    <w:p w14:paraId="13D9509B"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阅读《老舍的脚步声》，完成下面小题。</w:t>
      </w:r>
    </w:p>
    <w:p w14:paraId="12F5F5EC"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老舍的脚步声</w:t>
      </w:r>
    </w:p>
    <w:p w14:paraId="00E80746"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徐立新</w:t>
      </w:r>
    </w:p>
    <w:p w14:paraId="606BC62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①在他住的房子的不远处有一个破旧的庙宇，里面住的全是平日以乞讨、卖艺为生的盲人，一共近40名。当时全国刚解放不久，人们的生活都不富余，连正常人养家糊口都</w:t>
      </w:r>
      <w:r>
        <w:rPr>
          <w:rFonts w:ascii="KaiTi" w:eastAsia="KaiTi" w:hAnsi="KaiTi" w:cs="KaiTi"/>
          <w:color w:val="000000"/>
          <w:lang w:eastAsia="zh-CN"/>
        </w:rPr>
        <w:lastRenderedPageBreak/>
        <w:t>很不易，也就难得有能力去接济盲人们，因此盲人们的生活非常艰难，挨饿受冻是常有的事情。</w:t>
      </w:r>
    </w:p>
    <w:p w14:paraId="219E533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每次一经过盲人庙，他的心便感到隐隐地作痛，想要尽自己的所能，帮帮这些可怜的人。但他也深知授人以鱼不如授人以渔的道理，简单的几次接济根本解决不了盲人们的根本生存问题，必须得给他们做到一份足以谋生的活计。</w:t>
      </w:r>
    </w:p>
    <w:p w14:paraId="51EC148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于是，他不顾外人的反对，暂时放下手头上的工作，花了近两年的时间，开始每天往返于家中与盲人庙之间，把盲人们都组织了起来，并自掏腰包，买了多件乐器，将其中那些会拉唱弹奏的，组成了一个乐团，进行集中培训，给予合奏配合上的种种指导。忙了一天，晚上回到家里，他还要熬夜为乐团写歌，编排适合他们演奏表演的曲目。</w:t>
      </w:r>
    </w:p>
    <w:p w14:paraId="68DBDF1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等这一切完成后，他又忙着联系演出单位和场所，并说服对方给予一定的演出报酬……而对于那些没有任何才艺和特长的盲人，他则通过各种关系，不惜低下身份到处求爹爹拜奶奶，最终靠着自己的“面子”和关系，把他们一个个安排进周边的橡胶厂、皮革厂、印刷厂和服装厂里。为此，他都跑烂了好几双布鞋。</w:t>
      </w:r>
    </w:p>
    <w:p w14:paraId="560B99E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好在，他的努力和奔走有了成效，盲人庙里几乎每个盲人都有了一份足以养活自己的工作了，因为有了稳定收入，很多盲人的生活状况都有了巨变，都先后搬出了原先那破旧的庙宇，住进街上条件更好的房子里，盲人庙也从此被废弃。他的心情欣慰了许多。</w:t>
      </w:r>
    </w:p>
    <w:p w14:paraId="161D07F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这之后，每天，当他很晚下班从街上路过时，住在街上的盲人们都会不约而同地放下手中的活，点亮屋内的灯，然后站到各自的大门口前，只为跟他打招呼，问声好，为他照亮门前的那段路，如同迎接自己的亲人归来一般，而这几乎成了那条街道上的一道不变的</w:t>
      </w:r>
      <w:r>
        <w:rPr>
          <w:rFonts w:ascii="KaiTi" w:eastAsia="KaiTi" w:hAnsi="KaiTi" w:cs="KaiTi"/>
          <w:color w:val="000000"/>
          <w:em w:val="dot"/>
          <w:lang w:eastAsia="zh-CN"/>
        </w:rPr>
        <w:t>温馨风景线</w:t>
      </w:r>
      <w:r>
        <w:rPr>
          <w:rFonts w:ascii="KaiTi" w:eastAsia="KaiTi" w:hAnsi="KaiTi" w:cs="KaiTi"/>
          <w:color w:val="000000"/>
          <w:lang w:eastAsia="zh-CN"/>
        </w:rPr>
        <w:t>，一直持续到他终老的那一天，从未错过一次，盲人们都说，那是因为他们能听出他的脚步声。</w:t>
      </w:r>
    </w:p>
    <w:p w14:paraId="72C86E8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⑦他便是老舍，原名舒庆春，杰出的人民艺术家，</w:t>
      </w:r>
      <w:r>
        <w:rPr>
          <w:rFonts w:ascii="KaiTi" w:eastAsia="KaiTi" w:hAnsi="KaiTi" w:cs="KaiTi"/>
          <w:color w:val="000000"/>
          <w:u w:val="single"/>
          <w:lang w:eastAsia="zh-CN"/>
        </w:rPr>
        <w:t>盲人们听出的那一声脚步声名叫“大善”。</w:t>
      </w:r>
    </w:p>
    <w:p w14:paraId="0E44B697" w14:textId="77777777" w:rsidR="00B475E2" w:rsidRDefault="00B475E2" w:rsidP="00B475E2">
      <w:pPr>
        <w:spacing w:line="360" w:lineRule="auto"/>
        <w:ind w:firstLine="420"/>
        <w:jc w:val="right"/>
        <w:textAlignment w:val="center"/>
        <w:rPr>
          <w:color w:val="000000"/>
          <w:lang w:eastAsia="zh-CN"/>
        </w:rPr>
      </w:pPr>
      <w:r>
        <w:rPr>
          <w:rFonts w:ascii="SimSun" w:eastAsia="SimSun" w:hAnsi="SimSun" w:cs="SimSun"/>
          <w:color w:val="000000"/>
          <w:lang w:eastAsia="zh-CN"/>
        </w:rPr>
        <w:t>（选自《读者》杂志）</w:t>
      </w:r>
    </w:p>
    <w:p w14:paraId="7D1D8369"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文中盲人们的处境触动了老舍的情感，他决定有所作为，这的确也改变了盲人们的处境。请结合全文，完成下面的思维导图。</w:t>
      </w:r>
    </w:p>
    <w:p w14:paraId="70475B10" w14:textId="77777777" w:rsidR="00B475E2" w:rsidRDefault="00B475E2" w:rsidP="00B475E2">
      <w:pPr>
        <w:spacing w:line="360" w:lineRule="auto"/>
        <w:textAlignment w:val="center"/>
        <w:rPr>
          <w:color w:val="000000"/>
        </w:rPr>
      </w:pPr>
      <w:r>
        <w:rPr>
          <w:noProof/>
          <w:color w:val="000000"/>
        </w:rPr>
        <w:lastRenderedPageBreak/>
        <w:drawing>
          <wp:inline distT="0" distB="0" distL="114300" distR="114300" wp14:anchorId="3AD330C9" wp14:editId="530352FB">
            <wp:extent cx="4295775" cy="2695575"/>
            <wp:effectExtent l="0" t="0" r="9525" b="9525"/>
            <wp:docPr id="1251"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4295775" cy="2695575"/>
                    </a:xfrm>
                    <a:prstGeom prst="rect">
                      <a:avLst/>
                    </a:prstGeom>
                  </pic:spPr>
                </pic:pic>
              </a:graphicData>
            </a:graphic>
          </wp:inline>
        </w:drawing>
      </w:r>
    </w:p>
    <w:p w14:paraId="7C7D61D4"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结合文章，请你说说对第⑥段中“温馨风景线”的理解。</w:t>
      </w:r>
    </w:p>
    <w:p w14:paraId="711F0D4E"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阅读全文，请你谈谈第⑦段中“那一声脚步声名叫‘大善’”这句话的含义。</w:t>
      </w:r>
    </w:p>
    <w:p w14:paraId="4F4E5CF3" w14:textId="77777777" w:rsidR="00B475E2" w:rsidRDefault="00B475E2" w:rsidP="00B475E2">
      <w:pPr>
        <w:pStyle w:val="Heading3"/>
        <w:rPr>
          <w:lang w:eastAsia="zh-CN"/>
        </w:rPr>
      </w:pPr>
      <w:bookmarkStart w:id="9" w:name="_Toc235355007"/>
      <w:r>
        <w:rPr>
          <w:lang w:eastAsia="zh-CN"/>
        </w:rPr>
        <w:t>房山区</w:t>
      </w:r>
      <w:bookmarkEnd w:id="9"/>
    </w:p>
    <w:p w14:paraId="0C50BA9C"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四、现代文阅读（共23分）</w:t>
      </w:r>
    </w:p>
    <w:p w14:paraId="1013AE78"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（一）（共7分）</w:t>
      </w:r>
    </w:p>
    <w:p w14:paraId="5E18E31F"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阅读下面材料，完成下面小题。</w:t>
      </w:r>
    </w:p>
    <w:p w14:paraId="7BCDF892"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材料一</w:t>
      </w:r>
    </w:p>
    <w:p w14:paraId="27C5F0D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人工智能是计算机科学的一个分支，它致力于研制能以人类智能的方式作出反应的人造机器。人工智能看似离我们的生活很遥远，实际上它就在我们身边。从让购物更加方便快捷的无人超市到帮你分担家务的智能家居机器人，从办公写字楼内的“剧脸”打卡到减少排队的智能政务系统等等，它早就以多种形式“飞入寻常百姓家”。值得一提的是，尽管我国的人工智能产业尚处于起步阶段，但得益于过去20多年来我国互联网企业在新技术应用方面取得的长足进步，拥有巨大用户量的爆款产品层出不穷，而这为我国人工智能的发展奠定了良好的产业基础。</w:t>
      </w:r>
    </w:p>
    <w:p w14:paraId="6FB59FC1"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材料二</w:t>
      </w:r>
    </w:p>
    <w:p w14:paraId="25BE90A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全国“两会”报告中指出，要加强新一代人工智能研发应用，在医疗、养老、教育、文化、体育等多领域推进“互联网＋”，发展智能产业，拓展智能生活，建设智慧社会。于是，一系列政府相关扶植政策陆续出台，从而使</w:t>
      </w:r>
      <w:r>
        <w:rPr>
          <w:rFonts w:ascii="KaiTi" w:eastAsia="KaiTi" w:hAnsi="KaiTi" w:cs="KaiTi"/>
          <w:color w:val="000000"/>
          <w:u w:val="single"/>
          <w:lang w:eastAsia="zh-CN"/>
        </w:rPr>
        <w:t xml:space="preserve">         </w:t>
      </w:r>
      <w:r>
        <w:rPr>
          <w:rFonts w:ascii="KaiTi" w:eastAsia="KaiTi" w:hAnsi="KaiTi" w:cs="KaiTi"/>
          <w:color w:val="000000"/>
          <w:lang w:eastAsia="zh-CN"/>
        </w:rPr>
        <w:t>。目前，人工智能日益融入我国社会经济发展的各个领域，成为推动科技跨越发展、产业优化升级、生产力整体跃升的重要驱动力量。</w:t>
      </w:r>
    </w:p>
    <w:p w14:paraId="1AC0DD25" w14:textId="77777777" w:rsidR="00B475E2" w:rsidRDefault="00B475E2" w:rsidP="00B475E2">
      <w:pPr>
        <w:spacing w:line="360" w:lineRule="auto"/>
        <w:ind w:firstLine="420"/>
        <w:textAlignment w:val="center"/>
        <w:rPr>
          <w:color w:val="000000"/>
        </w:rPr>
      </w:pPr>
      <w:r>
        <w:rPr>
          <w:noProof/>
          <w:color w:val="000000"/>
        </w:rPr>
        <w:drawing>
          <wp:inline distT="0" distB="0" distL="114300" distR="114300" wp14:anchorId="4193375B" wp14:editId="47BF8589">
            <wp:extent cx="4838700" cy="2914650"/>
            <wp:effectExtent l="0" t="0" r="0" b="0"/>
            <wp:docPr id="125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图片 100003"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838700" cy="2914650"/>
                    </a:xfrm>
                    <a:prstGeom prst="rect">
                      <a:avLst/>
                    </a:prstGeom>
                  </pic:spPr>
                </pic:pic>
              </a:graphicData>
            </a:graphic>
          </wp:inline>
        </w:drawing>
      </w:r>
    </w:p>
    <w:p w14:paraId="73F092EE"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材料三</w:t>
      </w:r>
    </w:p>
    <w:p w14:paraId="6F41A10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我国人工智能发展已具备良好基础，在科研产出、产业发展和政策环境方面具有独特优势。所以我国从2019年开始，便以更加开放的姿态推进人工智能国际合作。我国有关人工智能国际合作的论文数量持续增长，在国际人工智能开源社区的贡献度位居前列，人工智能已经成为“一带一路”国际合作的重要主题。</w:t>
      </w:r>
    </w:p>
    <w:p w14:paraId="43CB9163" w14:textId="77777777" w:rsidR="00B475E2" w:rsidRDefault="00B475E2" w:rsidP="00B475E2">
      <w:pPr>
        <w:spacing w:line="360" w:lineRule="auto"/>
        <w:textAlignment w:val="center"/>
        <w:rPr>
          <w:color w:val="000000"/>
          <w:lang w:eastAsia="zh-CN"/>
        </w:rPr>
      </w:pPr>
      <w:r>
        <w:rPr>
          <w:color w:val="000000"/>
          <w:lang w:eastAsia="zh-CN"/>
        </w:rPr>
        <w:t xml:space="preserve">11. </w:t>
      </w:r>
      <w:r>
        <w:rPr>
          <w:rFonts w:ascii="SimSun" w:eastAsia="SimSun" w:hAnsi="SimSun" w:cs="SimSun"/>
          <w:color w:val="000000"/>
          <w:lang w:eastAsia="zh-CN"/>
        </w:rPr>
        <w:t>根据材料二中图1的信息，在材料二的横线处补写一句话。</w:t>
      </w:r>
    </w:p>
    <w:p w14:paraId="739568F0" w14:textId="77777777" w:rsidR="00B475E2" w:rsidRDefault="00B475E2" w:rsidP="00B475E2">
      <w:pPr>
        <w:spacing w:line="360" w:lineRule="auto"/>
        <w:textAlignment w:val="center"/>
        <w:rPr>
          <w:color w:val="000000"/>
          <w:lang w:eastAsia="zh-CN"/>
        </w:rPr>
      </w:pPr>
      <w:r>
        <w:rPr>
          <w:color w:val="000000"/>
          <w:lang w:eastAsia="zh-CN"/>
        </w:rPr>
        <w:t xml:space="preserve">12. </w:t>
      </w:r>
      <w:r>
        <w:rPr>
          <w:rFonts w:ascii="SimSun" w:eastAsia="SimSun" w:hAnsi="SimSun" w:cs="SimSun"/>
          <w:color w:val="000000"/>
          <w:lang w:eastAsia="zh-CN"/>
        </w:rPr>
        <w:t>根据以上三则材料，下列关于“人工智能”的说法，不符合文意的一项是（   ）</w:t>
      </w:r>
    </w:p>
    <w:p w14:paraId="45E7C78F"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随着科技的发展，人工智能有可能按照人类智能的方式作出反应。</w:t>
      </w:r>
    </w:p>
    <w:p w14:paraId="67DF82E7"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现在人工智能已经逐渐融入我国的社会经济发展的各个领域之中</w:t>
      </w:r>
    </w:p>
    <w:p w14:paraId="04ADBC7A"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推进人工智能国际合作，为我国人工智能的发展奠定了良好基础</w:t>
      </w:r>
    </w:p>
    <w:p w14:paraId="18243EA8"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13. </w:t>
      </w:r>
      <w:r>
        <w:rPr>
          <w:rFonts w:ascii="SimSun" w:eastAsia="SimSun" w:hAnsi="SimSun" w:cs="SimSun"/>
          <w:color w:val="000000"/>
          <w:lang w:eastAsia="zh-CN"/>
        </w:rPr>
        <w:t>从上述三则材料可以看出，人工智能在我国快速发展的主要原因是①</w:t>
      </w:r>
      <w:r>
        <w:rPr>
          <w:color w:val="000000"/>
          <w:lang w:eastAsia="zh-CN"/>
        </w:rPr>
        <w:t>________</w:t>
      </w:r>
      <w:r>
        <w:rPr>
          <w:rFonts w:ascii="SimSun" w:eastAsia="SimSun" w:hAnsi="SimSun" w:cs="SimSun"/>
          <w:color w:val="000000"/>
          <w:lang w:eastAsia="zh-CN"/>
        </w:rPr>
        <w:t>，②</w:t>
      </w:r>
      <w:r>
        <w:rPr>
          <w:color w:val="000000"/>
          <w:lang w:eastAsia="zh-CN"/>
        </w:rPr>
        <w:t>________</w:t>
      </w:r>
      <w:r>
        <w:rPr>
          <w:rFonts w:ascii="SimSun" w:eastAsia="SimSun" w:hAnsi="SimSun" w:cs="SimSun"/>
          <w:color w:val="000000"/>
          <w:lang w:eastAsia="zh-CN"/>
        </w:rPr>
        <w:t>，③</w:t>
      </w:r>
      <w:r>
        <w:rPr>
          <w:color w:val="000000"/>
          <w:lang w:eastAsia="zh-CN"/>
        </w:rPr>
        <w:t>________</w:t>
      </w:r>
      <w:r>
        <w:rPr>
          <w:rFonts w:ascii="SimSun" w:eastAsia="SimSun" w:hAnsi="SimSun" w:cs="SimSun"/>
          <w:color w:val="000000"/>
          <w:lang w:eastAsia="zh-CN"/>
        </w:rPr>
        <w:t>。（每空不超过10个字）</w:t>
      </w:r>
    </w:p>
    <w:p w14:paraId="41847E8F"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（二）（共8分）</w:t>
      </w:r>
    </w:p>
    <w:p w14:paraId="12F81163"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阅读《秋之声》，完成下面小题。</w:t>
      </w:r>
    </w:p>
    <w:p w14:paraId="51BFC9D9"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秋之声</w:t>
      </w:r>
    </w:p>
    <w:p w14:paraId="45AF5D3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风吹一片叶，万物已惊秋。”一叶落，天下秋。秋天的天空分外明净高远，一行行高大的梧桐树站在这旷远的天空下，变得分外渺小寂寥，那枝头上片片枯黄阔大的叶子，在寂寂的秋风中无力地翻卷着，发出眷恋的“唰唰”“哗哗”的回响，这回响似慢板轻歌，一声声地击在心上，让心一阵阵揪紧，顿生无限惆怅。那黄叶落地的声音，更像无奈的叹息，拨动着内心的琴弦，有些萧瑟，有些悲凉，有些落寞。</w:t>
      </w:r>
    </w:p>
    <w:p w14:paraId="73985A4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秋雨凉，加衣裳。伴随秋风的是一场更比一场寒凉的秋雨，把夏日最后一缕暑热赶到季节的深处。那纷纷飘落的细雨如雾如烟，落在褐黄的叶子上发出春蚕食桑般的“沙沙”的声音。与春雨的温润、灵动不同，秋天的雨冰凉、绵长，更易让人多愁善感，滋长纷乱的心事。偶尔，秋雨也有激烈的时候，落在树叶上、落在大地上，发出“呯呯”“叮叮”的敲击声，这些声音尽管充满力度、富有张力，但与夏天的猛烈声相比还是温婉、低沉了很多。听着这声音，仿佛坐在一叶小舟上，随声音的波浪起起伏伏，充满了平平仄仄的韵律与诗意。</w:t>
      </w:r>
    </w:p>
    <w:p w14:paraId="36CC385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秋天，更多的声音是热烈的，丰富的，多彩的，欢乐的，兴奋的。金黄的稻浪，闹腾在秋风里，发出“哗啦啦”的喜悦声；火红的柿子，摇曳在枝头，发出“嘎嘎”的笑声；橙色的柑橘，藏在深碧的叶中，宛如捉迷藏的孩子发出阵阵调皮的“咯咯”声；淡蓝色的长空上，白云高悬时行时止，发出小猫夜行时若有若无的足音；红彤彤的枫叶，沉醉在秋日的温阳里，相互碰撞时发出“喀喀”的金属声……听到这些七彩的声音，就会不知不觉地沉浸其中，慢慢地连呼吸心跳都变得平缓起来，不知不觉地进入梦乡，开启一场盛大的梦幻之旅。</w:t>
      </w:r>
    </w:p>
    <w:p w14:paraId="53999C9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秋天最动听的声音，是果实开裂的声音。黑色的绿豆荚、土黄色的豇豆荚，在阳光下不断炸裂，发出“啪啪”的脆响声；芝麻张开小口发出“嚓嚓”的轻响；棉花轻裂声此起彼伏，露出满口洁白的牙齿……这些丰收的果实，在阳光的抚摸下汇成了欢声笑语的河</w:t>
      </w:r>
      <w:r>
        <w:rPr>
          <w:rFonts w:ascii="KaiTi" w:eastAsia="KaiTi" w:hAnsi="KaiTi" w:cs="KaiTi"/>
          <w:color w:val="000000"/>
          <w:lang w:eastAsia="zh-CN"/>
        </w:rPr>
        <w:lastRenderedPageBreak/>
        <w:t>流，在村庄上空、在田野上空、在大地上空远远地弥散开来，把秋天渲染得分外生动。一只长着大红冠子的大公鸡带着一群母鸡，乘人不注意急急忙忙地溜到稻场里，发出欢欣的“咕咕”的呼叫声。它们一边低头频频啄食，一边用锋利的爪子刨食钻出豆荚的肉虫。这些声音交织在一起，合奏成秋天最丰满、最动听、最悦耳的声音。</w:t>
      </w:r>
    </w:p>
    <w:p w14:paraId="4719684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⑤秋天果实开裂的声音，更像是丰收的锣鼓声，铿锵有力，激情四射。听到这声音，劳碌奔忙的庄稼人开心地笑了，那爽朗开怀的笑声在晴空下四处回荡，把村庄的里观外外都洗涤得格外喜庆、火红、热烈。</w:t>
      </w:r>
      <w:r>
        <w:rPr>
          <w:rFonts w:ascii="KaiTi" w:eastAsia="KaiTi" w:hAnsi="KaiTi" w:cs="KaiTi"/>
          <w:color w:val="000000"/>
          <w:u w:val="single"/>
          <w:lang w:eastAsia="zh-CN"/>
        </w:rPr>
        <w:t>这才是村庄最美好的模样，这才是季节最美好的模样，这才是大地最美好的模样，这才是天下最美好的模样</w:t>
      </w:r>
      <w:r>
        <w:rPr>
          <w:rFonts w:ascii="KaiTi" w:eastAsia="KaiTi" w:hAnsi="KaiTi" w:cs="KaiTi"/>
          <w:color w:val="000000"/>
          <w:lang w:eastAsia="zh-CN"/>
        </w:rPr>
        <w:t>。</w:t>
      </w:r>
    </w:p>
    <w:p w14:paraId="34C17B2D"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（取材于涂玉国的文章）</w:t>
      </w:r>
    </w:p>
    <w:p w14:paraId="7D9F46F5"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阅读全文，完成下面表格。</w:t>
      </w:r>
    </w:p>
    <w:tbl>
      <w:tblPr>
        <w:tblW w:w="4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340"/>
        <w:gridCol w:w="2340"/>
      </w:tblGrid>
      <w:tr w:rsidR="00B475E2" w14:paraId="1C950ECD" w14:textId="77777777" w:rsidTr="005A467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722E7F" w14:textId="77777777" w:rsidR="00B475E2" w:rsidRDefault="00B475E2" w:rsidP="005A467C">
            <w:pPr>
              <w:spacing w:line="360" w:lineRule="auto"/>
              <w:jc w:val="both"/>
              <w:textAlignment w:val="center"/>
              <w:rPr>
                <w:color w:val="000000"/>
              </w:rPr>
            </w:pPr>
            <w:r>
              <w:rPr>
                <w:rFonts w:ascii="SimSun" w:eastAsia="SimSun" w:hAnsi="SimSun" w:cs="SimSun"/>
                <w:color w:val="000000"/>
              </w:rPr>
              <w:t>声音类型</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16EA3F7" w14:textId="77777777" w:rsidR="00B475E2" w:rsidRDefault="00B475E2" w:rsidP="005A467C">
            <w:pPr>
              <w:spacing w:line="360" w:lineRule="auto"/>
              <w:jc w:val="both"/>
              <w:textAlignment w:val="center"/>
              <w:rPr>
                <w:color w:val="000000"/>
              </w:rPr>
            </w:pPr>
            <w:r>
              <w:rPr>
                <w:rFonts w:ascii="SimSun" w:eastAsia="SimSun" w:hAnsi="SimSun" w:cs="SimSun"/>
                <w:color w:val="000000"/>
              </w:rPr>
              <w:t>声音特点</w:t>
            </w:r>
          </w:p>
        </w:tc>
      </w:tr>
      <w:tr w:rsidR="00B475E2" w14:paraId="2B8A92D7" w14:textId="77777777" w:rsidTr="005A467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65A0AC" w14:textId="77777777" w:rsidR="00B475E2" w:rsidRDefault="00B475E2" w:rsidP="005A467C">
            <w:pPr>
              <w:spacing w:line="360" w:lineRule="auto"/>
              <w:jc w:val="both"/>
              <w:textAlignment w:val="center"/>
              <w:rPr>
                <w:color w:val="000000"/>
              </w:rPr>
            </w:pPr>
            <w:r>
              <w:rPr>
                <w:rFonts w:ascii="SimSun" w:eastAsia="SimSun" w:hAnsi="SimSun" w:cs="SimSun"/>
                <w:color w:val="000000"/>
              </w:rPr>
              <w:t>秋风、秋雨的声音</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D1A3ED"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萧瑟、悲凉、温婉、低沉等</w:t>
            </w:r>
          </w:p>
        </w:tc>
      </w:tr>
      <w:tr w:rsidR="00B475E2" w14:paraId="19B4DEB0" w14:textId="77777777" w:rsidTr="005A467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30107A" w14:textId="77777777" w:rsidR="00B475E2" w:rsidRDefault="00B475E2" w:rsidP="005A467C">
            <w:pPr>
              <w:spacing w:line="360" w:lineRule="auto"/>
              <w:jc w:val="both"/>
              <w:textAlignment w:val="center"/>
              <w:rPr>
                <w:color w:val="000000"/>
              </w:rPr>
            </w:pPr>
            <w:r>
              <w:rPr>
                <w:rFonts w:ascii="SimSun" w:eastAsia="SimSun" w:hAnsi="SimSun" w:cs="SimSun"/>
                <w:color w:val="000000"/>
              </w:rPr>
              <w:t>七彩的声音</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F51860" w14:textId="77777777" w:rsidR="00B475E2" w:rsidRDefault="00B475E2" w:rsidP="005A467C">
            <w:pPr>
              <w:spacing w:line="360" w:lineRule="auto"/>
              <w:jc w:val="both"/>
              <w:textAlignment w:val="center"/>
              <w:rPr>
                <w:color w:val="000000"/>
              </w:rPr>
            </w:pPr>
            <w:r>
              <w:rPr>
                <w:rFonts w:ascii="SimSun" w:eastAsia="SimSun" w:hAnsi="SimSun" w:cs="SimSun"/>
                <w:color w:val="000000"/>
              </w:rPr>
              <w:t>①</w:t>
            </w:r>
            <w:r>
              <w:rPr>
                <w:color w:val="000000"/>
              </w:rPr>
              <w:t>________</w:t>
            </w:r>
          </w:p>
        </w:tc>
      </w:tr>
      <w:tr w:rsidR="00B475E2" w14:paraId="3315DF90" w14:textId="77777777" w:rsidTr="005A467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CFC82C" w14:textId="77777777" w:rsidR="00B475E2" w:rsidRDefault="00B475E2" w:rsidP="005A467C">
            <w:pPr>
              <w:spacing w:line="360" w:lineRule="auto"/>
              <w:jc w:val="both"/>
              <w:textAlignment w:val="center"/>
              <w:rPr>
                <w:color w:val="000000"/>
              </w:rPr>
            </w:pPr>
            <w:r>
              <w:rPr>
                <w:rFonts w:ascii="SimSun" w:eastAsia="SimSun" w:hAnsi="SimSun" w:cs="SimSun"/>
                <w:color w:val="000000"/>
              </w:rPr>
              <w:t>②</w:t>
            </w:r>
            <w:r>
              <w:rPr>
                <w:color w:val="000000"/>
              </w:rPr>
              <w:t>_________</w:t>
            </w:r>
          </w:p>
        </w:tc>
        <w:tc>
          <w:tcPr>
            <w:tcW w:w="23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3F2FB4"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最丰满、最动听、最悦耳</w:t>
            </w:r>
          </w:p>
        </w:tc>
      </w:tr>
    </w:tbl>
    <w:p w14:paraId="692E629D"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文章语言生动形象，请任选一处，从修辞方法或多感官描写的角度品析其表达效果。</w:t>
      </w:r>
    </w:p>
    <w:p w14:paraId="338A0FEE"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阅读文章结尾画线句，从重音、停连、语速、语气等方面设计朗读方案并说明理由。（至少选择两个方面进行设计）</w:t>
      </w:r>
    </w:p>
    <w:p w14:paraId="5291F0B5"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（三）（共8分）</w:t>
      </w:r>
    </w:p>
    <w:p w14:paraId="43CC2206"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阅读《父亲</w:t>
      </w:r>
      <w:r>
        <w:rPr>
          <w:rFonts w:ascii="SimSun" w:eastAsia="SimSun" w:hAnsi="SimSun" w:cs="SimSun"/>
          <w:noProof/>
          <w:color w:val="000000"/>
        </w:rPr>
        <w:drawing>
          <wp:inline distT="0" distB="0" distL="114300" distR="114300" wp14:anchorId="1972ACB1" wp14:editId="5F57C68F">
            <wp:extent cx="133350" cy="177800"/>
            <wp:effectExtent l="0" t="0" r="0" b="13335"/>
            <wp:docPr id="1255"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图片 100013"/>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车后座》，完成下面小题。</w:t>
      </w:r>
    </w:p>
    <w:p w14:paraId="09422AF5"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父亲的车后座</w:t>
      </w:r>
    </w:p>
    <w:p w14:paraId="4A76A64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①父亲节那天晚上，妹妹发过来一张图片，一个小女孩坐在父亲的自行车后座上，妹妹说:“曾经，我们也这么小，父亲也这么年轻。”</w:t>
      </w:r>
    </w:p>
    <w:p w14:paraId="44D5271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②凝视那张图片，往日的时光如潮水一样涌过来，漫过心海。</w:t>
      </w:r>
    </w:p>
    <w:p w14:paraId="4049738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从有记忆开始，父亲就有一辆破旧的自行车。那时候父亲在县城做木材生意。县城十天两个集，每逢集日，天还不明，父亲就蹬上那辆破自行车，颠簸在蜿蜒的乡间小路上，一去就是一整天，将近半夜才能回家，一年四季，风雨无阻。那时候我们都太小，根本不懂得父亲的艰辛，我们期盼的是父亲自行车后座上带回来的东西。最喜欢夏天，父亲会给我们带回来各种水果，桃、李、杏、枣、香瓜……年幼的我们只懂得填满我们贪吃的嘴，哪里知道那是父亲用省下的午饭钱给我们买的。那些水果是商贩散集后处理的，成堆廉价卖。就为能买到这些别人看不上的瓜果，父亲要在集市上忍饥挨饿一整天。</w:t>
      </w:r>
    </w:p>
    <w:p w14:paraId="5CE1B12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④父亲的自行车后座，不只承载着他的劳苦，更承载着我们的快乐与幸福。</w:t>
      </w:r>
    </w:p>
    <w:p w14:paraId="5956C87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上小学的时候，我每个学期都会参加一次乡联校举办的抽考比赛，每次都是父亲用自行车带上我去考试。那一天的父亲显得特别精神，平日里下巴上密密麻麻的胡跑得无影无踪，干裂、粗糙得像松树皮的双手洗得发白，他换上雪白的衬衫，蹬上一双崭新的千层底布鞋。父亲载着我一路颠簸，那条长长的土路，颠簸出我心里的感动，好几回我都忍不住靠着父亲的后背，父亲的后背真硬啊！那时，父亲正年轻。</w:t>
      </w:r>
    </w:p>
    <w:p w14:paraId="715645A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等到我去镇上读了中学，开始住校，父亲的破自行车也换成了崭新的大金鹿，那亮晃晃的自行车让我骄傲了好久。父亲去镇上的时候就会顺路绕到学校门口等我放学，崭新的自行车后座上带着给我的衣服被褥，或者草席蚊帐。等我放学后飞快地跑到父亲面前，父亲就会变戏法般从衣兜里掏出来一个大纸包，大纸包里常常是两个香喷喷的羊肉大包，或者两个撒满芝麻的吊炉烧饼。虽然我不忘把包子烧饼举给父亲一个，可是父亲却从来都不舍得咬上一口。</w:t>
      </w:r>
    </w:p>
    <w:p w14:paraId="15BA837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结婚后，我们住在县城的出租屋里，冷暖温饱依然让父亲牵肠挂肚。每年，麦子收了，父亲送来麦仁和白面，说是新麦子格外好吃；玉米长成了，送来成袋的嫩玉米，说孩子们都爱吃这口；树上新打下来的红枣，地里刚摘的毛豆，母亲腌的咸鸭蛋，近四十里的土路，父亲蹬着那辆由新变旧的自行车，一样一样都给我们送到了跟前。我常常心疼不再年轻的父亲，忍不住埋怨他：“蹬车这么远，路又不好走，何必非要送来呢，等我们回去</w:t>
      </w:r>
      <w:r>
        <w:rPr>
          <w:rFonts w:ascii="KaiTi" w:eastAsia="KaiTi" w:hAnsi="KaiTi" w:cs="KaiTi"/>
          <w:color w:val="000000"/>
          <w:lang w:eastAsia="zh-CN"/>
        </w:rPr>
        <w:lastRenderedPageBreak/>
        <w:t>再吃也不迟啊！”父亲不生气，一边逗弄着孩子一边说： “我想来看看孩子了，这一点儿路算个啥！”我忍不住鼻子酸酸的，两眼含泪，坐在父亲车后座上的一幕幕情景又浮现在眼前。我真想再回到小时候，坐在父亲的自行车后座上，和父亲一起回家。</w:t>
      </w:r>
    </w:p>
    <w:p w14:paraId="2F51380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⑧父亲老了，蹬自行车费力了，就换了一辆电动三轮车，这次后座特别宽敞，可以带上母亲一起来城里看孩子。父亲高兴地对我们说：“你们放假的时候，我来接你们回家吧！这车后座像沙发一样舒服呢！”</w:t>
      </w:r>
    </w:p>
    <w:p w14:paraId="59DF444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⑨可是，我们还没来得及坐上那像沙发一样舒服的车后座，父亲就和我们开了个天大的玩笑，悄悄地离去了，留下那辆新崭崭的三轮车和那辆破自行车默默地停放在老院里。</w:t>
      </w:r>
    </w:p>
    <w:p w14:paraId="654C1D0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⑩父亲，今夜有月，月明风清，梦里，驾上您的三轮车再来看看吧，我想您的车后座了。</w:t>
      </w:r>
    </w:p>
    <w:p w14:paraId="34038F2F"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（取材于张风芹的文章）</w:t>
      </w:r>
    </w:p>
    <w:p w14:paraId="0798C389"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阅读全文，请你结合文章内容简要分析文章为什么以“父亲的车后座”为题。</w:t>
      </w:r>
    </w:p>
    <w:p w14:paraId="0A9220DC"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第⑤段中有多处让人感动的细节。请任选一处，结合文章内容分析其动人之处。</w:t>
      </w:r>
    </w:p>
    <w:p w14:paraId="23035358"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读完本文后，相信你一定有许多感触。请任选一点，结合你</w:t>
      </w:r>
      <w:r>
        <w:rPr>
          <w:rFonts w:ascii="SimSun" w:eastAsia="SimSun" w:hAnsi="SimSun" w:cs="SimSun"/>
          <w:noProof/>
          <w:color w:val="000000"/>
        </w:rPr>
        <w:drawing>
          <wp:inline distT="0" distB="0" distL="114300" distR="114300" wp14:anchorId="456947FF" wp14:editId="72FBD8A0">
            <wp:extent cx="133350" cy="177800"/>
            <wp:effectExtent l="0" t="0" r="0" b="13335"/>
            <wp:docPr id="125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图片 100007"/>
                    <pic:cNvPicPr>
                      <a:picLocks noChangeAspect="1"/>
                    </pic:cNvPicPr>
                  </pic:nvPicPr>
                  <pic:blipFill>
                    <a:blip r:embed="rId15"/>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阅读经历或者生活实际谈谈你的感悟。</w:t>
      </w:r>
    </w:p>
    <w:p w14:paraId="51A10C04" w14:textId="77777777" w:rsidR="00B475E2" w:rsidRDefault="00B475E2" w:rsidP="00B475E2">
      <w:pPr>
        <w:pStyle w:val="Heading3"/>
        <w:rPr>
          <w:lang w:eastAsia="zh-CN"/>
        </w:rPr>
      </w:pPr>
      <w:bookmarkStart w:id="10" w:name="_Toc235355008"/>
      <w:r>
        <w:rPr>
          <w:lang w:eastAsia="zh-CN"/>
        </w:rPr>
        <w:t>海淀区</w:t>
      </w:r>
      <w:bookmarkEnd w:id="10"/>
    </w:p>
    <w:p w14:paraId="2A56E65F"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四、现代文阅读（共21分）</w:t>
      </w:r>
    </w:p>
    <w:p w14:paraId="62D09A15"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（一）（共9分）</w:t>
      </w:r>
    </w:p>
    <w:p w14:paraId="77B41415"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阅读甲、乙两段文字，完成下面小题。</w:t>
      </w:r>
    </w:p>
    <w:p w14:paraId="52735E84"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甲</w:t>
      </w:r>
    </w:p>
    <w:p w14:paraId="2EFDD59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最妙的是下点儿小雪呀。看吧，山上的矮松越发的青黑，树尖儿上顶着一髻儿白花，好像日本看护妇。山尖全白了，给蓝天</w:t>
      </w:r>
      <w:r>
        <w:rPr>
          <w:rFonts w:ascii="KaiTi" w:eastAsia="KaiTi" w:hAnsi="KaiTi" w:cs="KaiTi"/>
          <w:color w:val="000000"/>
          <w:em w:val="dot"/>
          <w:lang w:eastAsia="zh-CN"/>
        </w:rPr>
        <w:t>镶</w:t>
      </w:r>
      <w:r>
        <w:rPr>
          <w:rFonts w:ascii="KaiTi" w:eastAsia="KaiTi" w:hAnsi="KaiTi" w:cs="KaiTi"/>
          <w:color w:val="000000"/>
          <w:lang w:eastAsia="zh-CN"/>
        </w:rPr>
        <w:t>上一道银边。山坡上有的地方雪厚点儿，有的地方草色还露着；这样，一道儿白，一道儿暗黄，给山们穿上一件带水纹的花衣；看着看着，这件花衣好像被风儿吹动，叫你希望看见一点儿更美的山的肌肤。</w:t>
      </w:r>
      <w:r>
        <w:rPr>
          <w:rFonts w:ascii="KaiTi" w:eastAsia="KaiTi" w:hAnsi="KaiTi" w:cs="KaiTi"/>
          <w:color w:val="000000"/>
          <w:u w:val="single"/>
          <w:lang w:eastAsia="zh-CN"/>
        </w:rPr>
        <w:t>等到快日落的时候，微</w:t>
      </w:r>
      <w:r>
        <w:rPr>
          <w:rFonts w:ascii="KaiTi" w:eastAsia="KaiTi" w:hAnsi="KaiTi" w:cs="KaiTi"/>
          <w:color w:val="000000"/>
          <w:u w:val="single"/>
          <w:lang w:eastAsia="zh-CN"/>
        </w:rPr>
        <w:lastRenderedPageBreak/>
        <w:t>黄的阳光斜射在山腰上，那点儿薄雪好像忽然害了羞，微微露出点儿粉色。</w:t>
      </w:r>
      <w:r>
        <w:rPr>
          <w:rFonts w:ascii="KaiTi" w:eastAsia="KaiTi" w:hAnsi="KaiTi" w:cs="KaiTi"/>
          <w:color w:val="000000"/>
          <w:lang w:eastAsia="zh-CN"/>
        </w:rPr>
        <w:t>就是下小雪吧，济南是受不住大雪的，那些小山太秀气！</w:t>
      </w:r>
    </w:p>
    <w:p w14:paraId="5AF7709F"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（节选自老舍《济南的冬天》）</w:t>
      </w:r>
    </w:p>
    <w:p w14:paraId="61A86624"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乙</w:t>
      </w:r>
    </w:p>
    <w:p w14:paraId="14635FE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不知它是想依恋天空，还是想委身大地。它忽上忽下，是那样的轻盈而自由啊！忽然，它落进了我的颈脖，像个小绒毛，却又摸不到它，产生了甜甜的微痒。我伸出手来，它会安静地落到我的掌心，在我的钟情的眼睛里，慢慢地消失了它的身影。有时候，真愿意伸出舌头，希望能接到一片雪花，那淘气的愉快里</w:t>
      </w:r>
      <w:r>
        <w:rPr>
          <w:rFonts w:ascii="KaiTi" w:eastAsia="KaiTi" w:hAnsi="KaiTi" w:cs="KaiTi"/>
          <w:color w:val="000000"/>
          <w:em w:val="dot"/>
          <w:lang w:eastAsia="zh-CN"/>
        </w:rPr>
        <w:t>绽</w:t>
      </w:r>
      <w:r>
        <w:rPr>
          <w:rFonts w:ascii="KaiTi" w:eastAsia="KaiTi" w:hAnsi="KaiTi" w:cs="KaiTi"/>
          <w:color w:val="000000"/>
          <w:lang w:eastAsia="zh-CN"/>
        </w:rPr>
        <w:t>开了多少天真的梦。</w:t>
      </w:r>
    </w:p>
    <w:p w14:paraId="4361E45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雪，南国的松软美丽的雪啊！</w:t>
      </w:r>
    </w:p>
    <w:p w14:paraId="1D8116B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忽然，我像一下子变成熟了，往往放弃堆雪人、打雪仗的乐趣，却愿意宁静地默默地走去，翻过废弃的铁路线，来到郊外，默视着广袤的天空和田野。所有的污秽和荒凉全遮掩了，只有雪，白花花的、纯净的雪。</w:t>
      </w:r>
      <w:r>
        <w:rPr>
          <w:rFonts w:ascii="KaiTi" w:eastAsia="KaiTi" w:hAnsi="KaiTi" w:cs="KaiTi"/>
          <w:color w:val="000000"/>
          <w:u w:val="single"/>
          <w:lang w:eastAsia="zh-CN"/>
        </w:rPr>
        <w:t>这大自然创造的最精美的白色拥抱了田野、山岗、房屋和树林。</w:t>
      </w:r>
      <w:r>
        <w:rPr>
          <w:rFonts w:ascii="KaiTi" w:eastAsia="KaiTi" w:hAnsi="KaiTi" w:cs="KaiTi"/>
          <w:color w:val="000000"/>
          <w:lang w:eastAsia="zh-CN"/>
        </w:rPr>
        <w:t>偶尔由于风的吹动，越冬的树和菜斑斑点点闪着一点新绿。</w:t>
      </w:r>
    </w:p>
    <w:p w14:paraId="7C51977D"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（节选自刘湛秋《雪》）</w:t>
      </w:r>
    </w:p>
    <w:p w14:paraId="612D7FE8"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请给甲、乙两个文段中加点的字注音。</w:t>
      </w:r>
    </w:p>
    <w:p w14:paraId="2990DDE5"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em w:val="dot"/>
          <w:lang w:eastAsia="zh-CN"/>
        </w:rPr>
        <w:t>镶</w:t>
      </w:r>
      <w:r>
        <w:rPr>
          <w:color w:val="000000"/>
          <w:lang w:eastAsia="zh-CN"/>
        </w:rPr>
        <w:t>（      ）</w:t>
      </w:r>
      <w:r>
        <w:rPr>
          <w:rFonts w:ascii="SimSun" w:eastAsia="SimSun" w:hAnsi="SimSun" w:cs="SimSun"/>
          <w:color w:val="000000"/>
          <w:lang w:eastAsia="zh-CN"/>
        </w:rPr>
        <w:t>上</w:t>
      </w:r>
      <w:r>
        <w:rPr>
          <w:rFonts w:ascii="SimSun" w:eastAsia="SimSun" w:hAnsi="SimSun" w:cs="SimSun"/>
          <w:color w:val="000000"/>
          <w:em w:val="dot"/>
          <w:lang w:eastAsia="zh-CN"/>
        </w:rPr>
        <w:t>绽</w:t>
      </w:r>
      <w:r>
        <w:rPr>
          <w:color w:val="000000"/>
          <w:lang w:eastAsia="zh-CN"/>
        </w:rPr>
        <w:t>（      ）</w:t>
      </w:r>
      <w:r>
        <w:rPr>
          <w:rFonts w:ascii="SimSun" w:eastAsia="SimSun" w:hAnsi="SimSun" w:cs="SimSun"/>
          <w:color w:val="000000"/>
          <w:lang w:eastAsia="zh-CN"/>
        </w:rPr>
        <w:t>开</w:t>
      </w:r>
    </w:p>
    <w:p w14:paraId="359D6246"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甲、乙两个文段都围绕“雪”而写，甲文按照山尖</w:t>
      </w:r>
      <w:r>
        <w:rPr>
          <w:rFonts w:ascii="Times New Roman" w:eastAsia="Times New Roman" w:hAnsi="Times New Roman" w:cs="Times New Roman"/>
          <w:color w:val="000000"/>
          <w:lang w:eastAsia="zh-CN"/>
        </w:rPr>
        <w:t>——</w:t>
      </w:r>
      <w:r>
        <w:rPr>
          <w:rFonts w:ascii="SimSun" w:eastAsia="SimSun" w:hAnsi="SimSun" w:cs="SimSun"/>
          <w:color w:val="000000"/>
          <w:lang w:eastAsia="zh-CN"/>
        </w:rPr>
        <w:t>山坡</w:t>
      </w:r>
      <w:r>
        <w:rPr>
          <w:rFonts w:ascii="Times New Roman" w:eastAsia="Times New Roman" w:hAnsi="Times New Roman" w:cs="Times New Roman"/>
          <w:color w:val="000000"/>
          <w:lang w:eastAsia="zh-CN"/>
        </w:rPr>
        <w:t>——</w:t>
      </w:r>
      <w:r>
        <w:rPr>
          <w:rFonts w:ascii="SimSun" w:eastAsia="SimSun" w:hAnsi="SimSun" w:cs="SimSun"/>
          <w:color w:val="000000"/>
          <w:lang w:eastAsia="zh-CN"/>
        </w:rPr>
        <w:t>山腰的空间顺序，写出了薄雪覆盖下小山</w:t>
      </w:r>
      <w:r>
        <w:rPr>
          <w:color w:val="000000"/>
          <w:lang w:eastAsia="zh-CN"/>
        </w:rPr>
        <w:t>_______</w:t>
      </w:r>
      <w:r>
        <w:rPr>
          <w:rFonts w:ascii="SimSun" w:eastAsia="SimSun" w:hAnsi="SimSun" w:cs="SimSun"/>
          <w:color w:val="000000"/>
          <w:lang w:eastAsia="zh-CN"/>
        </w:rPr>
        <w:t>的特点，而乙文则从视觉、触觉、味觉等多感官的角度，写出了雪</w:t>
      </w:r>
      <w:r>
        <w:rPr>
          <w:color w:val="000000"/>
          <w:lang w:eastAsia="zh-CN"/>
        </w:rPr>
        <w:t>_______</w:t>
      </w:r>
      <w:r>
        <w:rPr>
          <w:rFonts w:ascii="SimSun" w:eastAsia="SimSun" w:hAnsi="SimSun" w:cs="SimSun"/>
          <w:color w:val="000000"/>
          <w:lang w:eastAsia="zh-CN"/>
        </w:rPr>
        <w:t>的特点。</w:t>
      </w:r>
    </w:p>
    <w:p w14:paraId="71CFE73A"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我们在朗读时，把握好重音、停连，能感受汉语声韵之美；注意语气、节奏，可以体会文章的感情。下面的表述</w:t>
      </w:r>
      <w:r>
        <w:rPr>
          <w:rFonts w:ascii="SimSun" w:eastAsia="SimSun" w:hAnsi="SimSun" w:cs="SimSun"/>
          <w:color w:val="000000"/>
          <w:em w:val="dot"/>
          <w:lang w:eastAsia="zh-CN"/>
        </w:rPr>
        <w:t>不正确</w:t>
      </w:r>
      <w:r>
        <w:rPr>
          <w:rFonts w:ascii="SimSun" w:eastAsia="SimSun" w:hAnsi="SimSun" w:cs="SimSun"/>
          <w:color w:val="000000"/>
          <w:lang w:eastAsia="zh-CN"/>
        </w:rPr>
        <w:t>的一项是（   ）</w:t>
      </w:r>
    </w:p>
    <w:p w14:paraId="4FE68711"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甲文写的是雪后初晴的美景，把冬天的“温晴”越发显露了出来。朗读时整体节奏是欢快而热烈的。</w:t>
      </w:r>
    </w:p>
    <w:p w14:paraId="59D87FB3"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甲文中“山尖全白了，给蓝天镶上一道银边”，朗读时可以重读“全”，表示山尖“白”的范围之广。</w:t>
      </w:r>
    </w:p>
    <w:p w14:paraId="61A7DEC6"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C. </w:t>
      </w:r>
      <w:r>
        <w:rPr>
          <w:rFonts w:ascii="SimSun" w:eastAsia="SimSun" w:hAnsi="SimSun" w:cs="SimSun"/>
          <w:color w:val="000000"/>
          <w:lang w:eastAsia="zh-CN"/>
        </w:rPr>
        <w:t>乙文中“那淘气</w:t>
      </w:r>
      <w:r>
        <w:rPr>
          <w:rFonts w:ascii="SimSun" w:eastAsia="SimSun" w:hAnsi="SimSun" w:cs="SimSun"/>
          <w:noProof/>
          <w:color w:val="000000"/>
        </w:rPr>
        <w:drawing>
          <wp:inline distT="0" distB="0" distL="114300" distR="114300" wp14:anchorId="42B26DE8" wp14:editId="522F39D1">
            <wp:extent cx="133350" cy="177800"/>
            <wp:effectExtent l="0" t="0" r="0" b="13335"/>
            <wp:docPr id="1259"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图片 100017"/>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愉快里绽开了多少天真的梦”，写出了作者的童心未泯，要用愉悦的语气去朗读。</w:t>
      </w:r>
    </w:p>
    <w:p w14:paraId="001A4F97"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乙文中“越冬的树和菜斑斑点点闪着一点新绿”，“越冬的树和菜”明确了作者要描绘的对象，朗读时此处要稍作停顿。</w:t>
      </w:r>
    </w:p>
    <w:p w14:paraId="0C6BF86D"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修辞手法</w:t>
      </w:r>
      <w:r>
        <w:rPr>
          <w:rFonts w:ascii="SimSun" w:eastAsia="SimSun" w:hAnsi="SimSun" w:cs="SimSun"/>
          <w:noProof/>
          <w:color w:val="000000"/>
        </w:rPr>
        <w:drawing>
          <wp:inline distT="0" distB="0" distL="114300" distR="114300" wp14:anchorId="78C9ED46" wp14:editId="75A09B46">
            <wp:extent cx="133350" cy="177800"/>
            <wp:effectExtent l="0" t="0" r="0" b="13335"/>
            <wp:docPr id="126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图片 100011"/>
                    <pic:cNvPicPr>
                      <a:picLocks noChangeAspect="1"/>
                    </pic:cNvPicPr>
                  </pic:nvPicPr>
                  <pic:blipFill>
                    <a:blip r:embed="rId16"/>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运用能使句子化平淡为生动，突出景物的特点，更好地抒发作者的情感。请你从甲、乙文段的画线句中</w:t>
      </w:r>
      <w:r>
        <w:rPr>
          <w:rFonts w:ascii="SimSun" w:eastAsia="SimSun" w:hAnsi="SimSun" w:cs="SimSun"/>
          <w:color w:val="000000"/>
          <w:em w:val="dot"/>
          <w:lang w:eastAsia="zh-CN"/>
        </w:rPr>
        <w:t>任选一句</w:t>
      </w:r>
      <w:r>
        <w:rPr>
          <w:rFonts w:ascii="SimSun" w:eastAsia="SimSun" w:hAnsi="SimSun" w:cs="SimSun"/>
          <w:color w:val="000000"/>
          <w:lang w:eastAsia="zh-CN"/>
        </w:rPr>
        <w:t>加以赏析。</w:t>
      </w:r>
    </w:p>
    <w:p w14:paraId="2526134A"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（二）（共12分）</w:t>
      </w:r>
    </w:p>
    <w:p w14:paraId="40BECDBF"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阅读《童年闻香》，完成下面小题。</w:t>
      </w:r>
    </w:p>
    <w:p w14:paraId="72E7FB1A"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童年闻香</w:t>
      </w:r>
    </w:p>
    <w:p w14:paraId="48990D6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①小城酒泉，在盛夏季节是干燥酷热的。</w:t>
      </w:r>
    </w:p>
    <w:p w14:paraId="32A322A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6岁那年的夏天，爸爸妈妈开始给钱让我买冰棍儿吃，只有馋极了我才会偶尔买一根。更多的时候，我把钱压在一个小罐子底下存着，等待那个时刻的到来。终于有一天，我攒够了钱，趁爸爸妈妈午睡时跑出去买回了那本心仪已久的书。当我从热浪滚滚的街上飞奔到家门口时，已经汗流決背，气喘吁吁。推开门的那一瞬间，我开始紧张了，把拿着书的手背在身后，心跳得咚咚响。</w:t>
      </w:r>
    </w:p>
    <w:p w14:paraId="3775F18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③当我不得不从背后把拿在手里的东西展示给爸爸妈妈的时候，妈妈笑了，摸了摸我的头。爸爸也笑了，说：“买书是多好的事啊，怎么紧张成这样？”</w:t>
      </w:r>
    </w:p>
    <w:p w14:paraId="42C0C2F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④6岁的我还没有上学，已经认识了不少字。我买回来的书是小学一年级的语文课本。</w:t>
      </w:r>
      <w:r>
        <w:rPr>
          <w:rFonts w:ascii="KaiTi" w:eastAsia="KaiTi" w:hAnsi="KaiTi" w:cs="KaiTi"/>
          <w:color w:val="000000"/>
          <w:u w:val="single"/>
          <w:lang w:eastAsia="zh-CN"/>
        </w:rPr>
        <w:t>每次翻开阅读，我都不由自主地抚摸书页，小心翼翼地把鼻子贴在纸上细闻墨香。</w:t>
      </w:r>
      <w:r>
        <w:rPr>
          <w:rFonts w:ascii="KaiTi" w:eastAsia="KaiTi" w:hAnsi="KaiTi" w:cs="KaiTi"/>
          <w:color w:val="000000"/>
          <w:lang w:eastAsia="zh-CN"/>
        </w:rPr>
        <w:t>那股墨香让我感到幸福。</w:t>
      </w:r>
    </w:p>
    <w:p w14:paraId="7803F9D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一年多后，我终于可以上学了。上学的细节大都模糊了，但我清晰记得我们在一个小院里读书的情形。那时候班里唯有一个女同学的家境相对宽裕，她的父母时常会给她买课外书，而且买的都是经典儿童文学作品，有叶永烈的科幻作品《小灵通漫游未来》，还有国外的儿童文学作品《木偶奇遇记》《格林童话》等。我们经常在下午放学后去她家，一位同学念诵，其他同学搬小凳子围坐成一圈。我当过念诵的那一位，也当过倾听的那一</w:t>
      </w:r>
      <w:r>
        <w:rPr>
          <w:rFonts w:ascii="KaiTi" w:eastAsia="KaiTi" w:hAnsi="KaiTi" w:cs="KaiTi"/>
          <w:color w:val="000000"/>
          <w:lang w:eastAsia="zh-CN"/>
        </w:rPr>
        <w:lastRenderedPageBreak/>
        <w:t>位。小院里总是洒满金色的阳光，我们的头顶和后背都被晒得热烘烘的。书的每一页纸张和那上面的文字，也都在太阳的映晒下散发出一种美妙的馨香，而那些故事里的神奇情节，就随着阳光融进了我们的心里。世界在我们的眼前打开了许多扇新的窗户......</w:t>
      </w:r>
    </w:p>
    <w:p w14:paraId="4B944F7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因为《木偶奇遇记》，我不敢说半句谎话，害怕自己的鼻子在说谎后变长。因为《小灵通漫游未来》，我想象力疯长，对未来世界充满热望。后来的事实证明，叶永烈爷爷在这本书里描述的种种幻想全都在生活中成了现实。叶爷爷多有预见力呀！写书的人多厉害呀！</w:t>
      </w:r>
    </w:p>
    <w:p w14:paraId="13BAA35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我还迷上了唐诗宋词。我把一首首诗词抄在小纸片上，上下学的路上也一直背。清晨，天还黑着，有风吹过，我背着小纸片上的唐诗。傍晚，纸片上的宋词和一盏盏暖黄色的路灯一起，温暖着回家的路。节假日我也从不睡懒觉，早早起床，带着《唐诗三百首》，穿上白球鞋开始晨跑，一直跑到泉湖公园。公园里有两潭湖水，湖边站着弯弯的垂柳；有一座九曲桥，桥的影子倒映在湖水上，微微颤动。我最爱做的是在湖边来回走动着朗读、背诵唐诗。在那儿我找到了诗里的意境，也闻到了每一句诗的味道，那是与众不同的香味。湖边的一切都让我心潮澎湃，我大声地又读又背，旁若无人，陶然自醉。</w:t>
      </w:r>
    </w:p>
    <w:p w14:paraId="7A19F3A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春夏时节的泉湖公园里树木茂盛，郁郁葱葱，还有延伸而去的葡萄架长廊，翠绿的叶片在风中颤动，弯弯曲曲的嫩绿色葡萄丝儿细巧柔软。用心观察，我觉得这里的一草一木都很美。回家之后我把所见所感写成作文，至今我都记得曾经写过的描述盛夏绿树的文字。</w:t>
      </w:r>
    </w:p>
    <w:p w14:paraId="50A5822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⑨我早早地遇见并爱上阅读，才有了后来我和儿童文学写作的一见钟情。童年是盛开的，和童年有关的一切后来都盛开了。</w:t>
      </w:r>
    </w:p>
    <w:p w14:paraId="787F9B7C"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（取材于张琳的同名文章）</w:t>
      </w:r>
    </w:p>
    <w:p w14:paraId="527CEB84"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文章叙述了“我”童年时期“遇见并爱上阅读”的经历。阅读文章，按时间顺序补全下面的表格。</w:t>
      </w:r>
    </w:p>
    <w:tbl>
      <w:tblP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42"/>
        <w:gridCol w:w="2543"/>
      </w:tblGrid>
      <w:tr w:rsidR="00B475E2" w14:paraId="659A1484"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D641061" w14:textId="77777777" w:rsidR="00B475E2" w:rsidRDefault="00B475E2" w:rsidP="005A467C">
            <w:pPr>
              <w:spacing w:line="360" w:lineRule="auto"/>
              <w:jc w:val="center"/>
              <w:textAlignment w:val="center"/>
              <w:rPr>
                <w:color w:val="000000"/>
              </w:rPr>
            </w:pPr>
            <w:r>
              <w:rPr>
                <w:rFonts w:ascii="SimSun" w:eastAsia="SimSun" w:hAnsi="SimSun" w:cs="SimSun"/>
                <w:color w:val="000000"/>
              </w:rPr>
              <w:t>经历</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D52285" w14:textId="77777777" w:rsidR="00B475E2" w:rsidRDefault="00B475E2" w:rsidP="005A467C">
            <w:pPr>
              <w:spacing w:line="360" w:lineRule="auto"/>
              <w:jc w:val="center"/>
              <w:textAlignment w:val="center"/>
              <w:rPr>
                <w:color w:val="000000"/>
              </w:rPr>
            </w:pPr>
            <w:r>
              <w:rPr>
                <w:rFonts w:ascii="SimSun" w:eastAsia="SimSun" w:hAnsi="SimSun" w:cs="SimSun"/>
                <w:color w:val="000000"/>
              </w:rPr>
              <w:t>感受</w:t>
            </w:r>
          </w:p>
        </w:tc>
      </w:tr>
      <w:tr w:rsidR="00B475E2" w14:paraId="6B96217A"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31201BD"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lastRenderedPageBreak/>
              <w:t>我努力攒钱，买回心仪已久的书</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D99E2E" w14:textId="77777777" w:rsidR="00B475E2" w:rsidRDefault="00B475E2" w:rsidP="005A467C">
            <w:pPr>
              <w:spacing w:line="360" w:lineRule="auto"/>
              <w:jc w:val="center"/>
              <w:textAlignment w:val="center"/>
              <w:rPr>
                <w:color w:val="000000"/>
              </w:rPr>
            </w:pPr>
            <w:r>
              <w:rPr>
                <w:rFonts w:ascii="SimSun" w:eastAsia="SimSun" w:hAnsi="SimSun" w:cs="SimSun"/>
                <w:color w:val="000000"/>
              </w:rPr>
              <w:t>①</w:t>
            </w:r>
          </w:p>
        </w:tc>
      </w:tr>
      <w:tr w:rsidR="00B475E2" w14:paraId="71AB21FC"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8F2C32"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t>我用心读一年级语文课本</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9F6324" w14:textId="77777777" w:rsidR="00B475E2" w:rsidRDefault="00B475E2" w:rsidP="005A467C">
            <w:pPr>
              <w:spacing w:line="360" w:lineRule="auto"/>
              <w:jc w:val="center"/>
              <w:textAlignment w:val="center"/>
              <w:rPr>
                <w:color w:val="000000"/>
              </w:rPr>
            </w:pPr>
            <w:r>
              <w:rPr>
                <w:rFonts w:ascii="SimSun" w:eastAsia="SimSun" w:hAnsi="SimSun" w:cs="SimSun"/>
                <w:color w:val="000000"/>
              </w:rPr>
              <w:t>幸福、满足</w:t>
            </w:r>
          </w:p>
        </w:tc>
      </w:tr>
      <w:tr w:rsidR="00B475E2" w14:paraId="580A8B41"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43AC71" w14:textId="77777777" w:rsidR="00B475E2" w:rsidRDefault="00B475E2" w:rsidP="005A467C">
            <w:pPr>
              <w:spacing w:line="360" w:lineRule="auto"/>
              <w:jc w:val="center"/>
              <w:textAlignment w:val="center"/>
              <w:rPr>
                <w:color w:val="000000"/>
              </w:rPr>
            </w:pPr>
            <w:r>
              <w:rPr>
                <w:rFonts w:ascii="SimSun" w:eastAsia="SimSun" w:hAnsi="SimSun" w:cs="SimSun"/>
                <w:color w:val="000000"/>
              </w:rPr>
              <w:t>②</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3B5A78" w14:textId="77777777" w:rsidR="00B475E2" w:rsidRDefault="00B475E2" w:rsidP="005A467C">
            <w:pPr>
              <w:spacing w:line="360" w:lineRule="auto"/>
              <w:jc w:val="center"/>
              <w:textAlignment w:val="center"/>
              <w:rPr>
                <w:color w:val="000000"/>
              </w:rPr>
            </w:pPr>
            <w:r>
              <w:rPr>
                <w:rFonts w:ascii="SimSun" w:eastAsia="SimSun" w:hAnsi="SimSun" w:cs="SimSun"/>
                <w:color w:val="000000"/>
              </w:rPr>
              <w:t>享受、渴望</w:t>
            </w:r>
          </w:p>
        </w:tc>
      </w:tr>
      <w:tr w:rsidR="00B475E2" w14:paraId="44E1931C"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8D1867" w14:textId="77777777" w:rsidR="00B475E2" w:rsidRDefault="00B475E2" w:rsidP="005A467C">
            <w:pPr>
              <w:spacing w:line="360" w:lineRule="auto"/>
              <w:jc w:val="center"/>
              <w:textAlignment w:val="center"/>
              <w:rPr>
                <w:color w:val="000000"/>
              </w:rPr>
            </w:pPr>
            <w:r>
              <w:rPr>
                <w:rFonts w:ascii="SimSun" w:eastAsia="SimSun" w:hAnsi="SimSun" w:cs="SimSun"/>
                <w:color w:val="000000"/>
              </w:rPr>
              <w:t>③</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EDEE73" w14:textId="77777777" w:rsidR="00B475E2" w:rsidRDefault="00B475E2" w:rsidP="005A467C">
            <w:pPr>
              <w:spacing w:line="360" w:lineRule="auto"/>
              <w:jc w:val="center"/>
              <w:textAlignment w:val="center"/>
              <w:rPr>
                <w:color w:val="000000"/>
              </w:rPr>
            </w:pPr>
            <w:r>
              <w:rPr>
                <w:rFonts w:ascii="SimSun" w:eastAsia="SimSun" w:hAnsi="SimSun" w:cs="SimSun"/>
                <w:color w:val="000000"/>
              </w:rPr>
              <w:t>④</w:t>
            </w:r>
          </w:p>
        </w:tc>
      </w:tr>
    </w:tbl>
    <w:p w14:paraId="1CD57137"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细腻的人物描写可以使形象更丰满。请结合上下文，赏析第④段中的画线句。</w:t>
      </w:r>
    </w:p>
    <w:p w14:paraId="43650EDE"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有人说本文的题目可以改为“盛开的童年”，你是否赞同，请结合文章内容简述理由。</w:t>
      </w:r>
    </w:p>
    <w:p w14:paraId="16F823DB" w14:textId="77777777" w:rsidR="00B475E2" w:rsidRDefault="00B475E2" w:rsidP="00B475E2">
      <w:pPr>
        <w:pStyle w:val="Heading3"/>
        <w:rPr>
          <w:lang w:eastAsia="zh-CN"/>
        </w:rPr>
      </w:pPr>
      <w:bookmarkStart w:id="11" w:name="_Toc235355009"/>
      <w:r>
        <w:rPr>
          <w:lang w:eastAsia="zh-CN"/>
        </w:rPr>
        <w:t>第八中学</w:t>
      </w:r>
      <w:bookmarkEnd w:id="11"/>
    </w:p>
    <w:p w14:paraId="48844DCB" w14:textId="77777777" w:rsidR="00B475E2" w:rsidRDefault="00B475E2" w:rsidP="00B475E2">
      <w:pPr>
        <w:spacing w:line="360" w:lineRule="auto"/>
        <w:jc w:val="both"/>
        <w:rPr>
          <w:color w:val="000000"/>
          <w:lang w:eastAsia="zh-CN"/>
        </w:rPr>
      </w:pPr>
      <w:r>
        <w:rPr>
          <w:rFonts w:ascii="SimSun" w:eastAsia="SimSun" w:hAnsi="SimSun" w:cs="SimSun"/>
          <w:b/>
          <w:color w:val="000000"/>
          <w:sz w:val="24"/>
          <w:lang w:eastAsia="zh-CN"/>
        </w:rPr>
        <w:t>四、现代文阅读（共18分）</w:t>
      </w:r>
    </w:p>
    <w:p w14:paraId="16A9384B"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阅读《济南的秋天》（节选），完成小题。</w:t>
      </w:r>
    </w:p>
    <w:p w14:paraId="74E15D06"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济南的秋天（节选）</w:t>
      </w:r>
    </w:p>
    <w:p w14:paraId="04BAAFD6"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①__________。设若你的幻想中有个中古的老城，有睡着了的大红楼，有狭窄的古石路，有宽厚的石城墙，环城流着一道清溪，倒映着山影，岸上蹲着红袍绿裤的小妞儿。你的幻想中要是这么个境界，那便是济南。设若你幻想不出——许多人是不会幻想的——请到济南来看看吧。</w:t>
      </w:r>
    </w:p>
    <w:p w14:paraId="08F85393"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②请你在秋天来。那城、那河、那古路、那山影，是终年给你预备着的。可是，加上济南的秋色，济南便由古朴的画境转入静美的诗境中了。这个诗意的秋光秋色是济南独有的。</w:t>
      </w:r>
    </w:p>
    <w:p w14:paraId="39AAF609"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③诗的境界中心须有山有水。</w:t>
      </w:r>
    </w:p>
    <w:p w14:paraId="6EAD839E"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④请看济南的山吧。那颜色不同，方向不同，高矮不同的山，在秋色中便越发的不同了。以颜色来说，山腰中的松树是青黑的，加上秋阳的斜射，那片青黑便多出些比灰色深，</w:t>
      </w:r>
      <w:r>
        <w:rPr>
          <w:rFonts w:ascii="KaiTi" w:eastAsia="KaiTi" w:hAnsi="KaiTi" w:cs="KaiTi"/>
          <w:color w:val="000000"/>
          <w:lang w:eastAsia="zh-CN"/>
        </w:rPr>
        <w:lastRenderedPageBreak/>
        <w:t>比黑色浅的颜色，把旁边的黄草盖成一层灰中透黄的阴影。山脚是镶着各色条子的，一层层的，有的黄，有的灰，有的绿，有的似乎是藕荷色儿。山顶上的色儿也随着太阳的转移而不同。再来说方向，在秋天，那阳光能够忽然清凉一会儿，忽然又温暖一会儿。这个变动并不激烈，可是不同方向上的山觉得出这个变化，两颜色也立刻随着变换。忽然黄色更真了些，忽然又暗了些。忽然像有层看不见的薄雾在那儿流动，忽然像有股细风替“自然”调合着彩色，轻轻的抹上层各色俱全而全是淡美的色道儿。有这样的山，再配上那蓝的天。晴暖的阳光：蓝得像要由蓝变绿了，可又没完全绿了：晴暖得要发燥了，可是有点凉风，正像诗一样的温柔。若要说高矮。因为颜色的不同，那山的高矮也更显然了。高的更高了些，低的更低了些，山的棱角曲线在晴空中更真了，更分明了，更瘦硬了。这便是济南诗境中的山。</w:t>
      </w:r>
    </w:p>
    <w:p w14:paraId="119F4820"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⑤再看_____。以量说，以质说，以形式说，济南都首屈一指。有泉——到处是泉——有河，有潮，是由形式上分。不管是泉是河是湖。全是那么清，全是那么甜，哎呀，济南是“自然”的情人吧？大明湖夏日的莲花，城河的绿柳。自然是美好的了。可是看水，是要看秋水的。济南有秋山，又有秋水，这个秋才算个秋，因为秋神是在济南住家的。</w:t>
      </w:r>
    </w:p>
    <w:p w14:paraId="269EB3B1" w14:textId="77777777" w:rsidR="00B475E2" w:rsidRDefault="00B475E2" w:rsidP="00B475E2">
      <w:pPr>
        <w:spacing w:line="360" w:lineRule="auto"/>
        <w:jc w:val="right"/>
        <w:rPr>
          <w:color w:val="000000"/>
          <w:lang w:eastAsia="zh-CN"/>
        </w:rPr>
      </w:pPr>
      <w:r>
        <w:rPr>
          <w:rFonts w:ascii="SimSun" w:eastAsia="SimSun" w:hAnsi="SimSun" w:cs="SimSun"/>
          <w:color w:val="000000"/>
          <w:lang w:eastAsia="zh-CN"/>
        </w:rPr>
        <w:t>（取材于老舍的文章。有删改）</w:t>
      </w:r>
    </w:p>
    <w:p w14:paraId="31604C64"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根据全文内容，第①自然段应填入的句子是（   ）</w:t>
      </w:r>
    </w:p>
    <w:p w14:paraId="565F6FEB"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济南的秋天是静谥的</w:t>
      </w:r>
    </w:p>
    <w:p w14:paraId="2655712D"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济南</w:t>
      </w:r>
      <w:r>
        <w:rPr>
          <w:rFonts w:ascii="SimSun" w:eastAsia="SimSun" w:hAnsi="SimSun" w:cs="SimSun"/>
          <w:noProof/>
          <w:color w:val="000000"/>
        </w:rPr>
        <w:drawing>
          <wp:inline distT="0" distB="0" distL="114300" distR="114300" wp14:anchorId="2D71CE95" wp14:editId="020EF13D">
            <wp:extent cx="133350" cy="177800"/>
            <wp:effectExtent l="0" t="0" r="0" b="13335"/>
            <wp:docPr id="126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图片 100013"/>
                    <pic:cNvPicPr>
                      <a:picLocks noChangeAspect="1"/>
                    </pic:cNvPicPr>
                  </pic:nvPicPr>
                  <pic:blipFill>
                    <a:blip r:embed="rId17"/>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秋天是温和的</w:t>
      </w:r>
    </w:p>
    <w:p w14:paraId="36E386EB"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济南的秋天是诗境的</w:t>
      </w:r>
    </w:p>
    <w:p w14:paraId="51BBA85B"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济南的秋天是虚幻的</w:t>
      </w:r>
    </w:p>
    <w:p w14:paraId="273693BC"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阅读写景散文要注意描写角度和描写顺家，一位同学根据选文第④绘制了一份思维导图，请你帮助他将这份思维导图的信息补充完整。</w:t>
      </w:r>
    </w:p>
    <w:p w14:paraId="73CE639E" w14:textId="77777777" w:rsidR="00B475E2" w:rsidRDefault="00B475E2" w:rsidP="00B475E2">
      <w:pPr>
        <w:spacing w:line="360" w:lineRule="auto"/>
        <w:jc w:val="both"/>
        <w:rPr>
          <w:color w:val="000000"/>
        </w:rPr>
      </w:pPr>
      <w:r>
        <w:rPr>
          <w:noProof/>
          <w:color w:val="000000"/>
        </w:rPr>
        <w:lastRenderedPageBreak/>
        <w:drawing>
          <wp:inline distT="0" distB="0" distL="114300" distR="114300" wp14:anchorId="1249731A" wp14:editId="26D159EE">
            <wp:extent cx="2809875" cy="2133600"/>
            <wp:effectExtent l="0" t="0" r="9525" b="0"/>
            <wp:docPr id="126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2809875" cy="2133600"/>
                    </a:xfrm>
                    <a:prstGeom prst="rect">
                      <a:avLst/>
                    </a:prstGeom>
                  </pic:spPr>
                </pic:pic>
              </a:graphicData>
            </a:graphic>
          </wp:inline>
        </w:drawing>
      </w:r>
    </w:p>
    <w:p w14:paraId="4FD099CF"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根据选文的行文思路，我们可以推测，选文第⑤段横线处，作者会填入：</w:t>
      </w:r>
      <w:r>
        <w:rPr>
          <w:color w:val="000000"/>
          <w:lang w:eastAsia="zh-CN"/>
        </w:rPr>
        <w:t>______</w:t>
      </w:r>
      <w:r>
        <w:rPr>
          <w:rFonts w:ascii="SimSun" w:eastAsia="SimSun" w:hAnsi="SimSun" w:cs="SimSun"/>
          <w:color w:val="000000"/>
          <w:lang w:eastAsia="zh-CN"/>
        </w:rPr>
        <w:t>。</w:t>
      </w:r>
    </w:p>
    <w:p w14:paraId="10A98C51"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阅读《书香作伴》，完成小题。</w:t>
      </w:r>
    </w:p>
    <w:p w14:paraId="5378CB67"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书香作伴</w:t>
      </w:r>
    </w:p>
    <w:p w14:paraId="5C200F4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①年少的时候，我曾热切地做过一个梦，一个有关书的梦：开一家小书店，抬头是书，低头还是书。</w:t>
      </w:r>
    </w:p>
    <w:p w14:paraId="54F7D17E"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②那时家贫，无钱买书。对书的渴望，很像饥寒的人，对一碗热汤的渴盼。偶尔得了几枚硬币，不舍得用。慢慢积攒着，等有一天，走上几十里的土路，到老街上去。</w:t>
      </w:r>
    </w:p>
    <w:p w14:paraId="422CA46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老街上，最诱惑我的，不是酸酸甜甜的糖葫芦，不是香香喷喷的各色糕点，不是喜欢的红绸带，而是小人书。小人书是一个中年男人的，他把书摊摆在某棵大树下，或是巷道的拐角处。书大多破旧得很了，有的甚至连封面都没了，可是，有什么关系呢？它们在我眼里，是散着馨香的，我穿过川流的人群奔过去，我穿过满街的热闹奔过去，远远望见那个男人，望见他脚跟前的书，心里（腾跳出/浮现出）欢喜来，哦，在呢，在呢。我（走/扑）过去，蹲在那里，租了书看，直看到暮色四合，用尽身上最后一枚硬币。</w:t>
      </w:r>
    </w:p>
    <w:p w14:paraId="45AC67F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读小学时，我的班主任家里，订有一些报刊，让我重涎不已。班主任得知我对书的热爱，便允我去他家借书看。不过，他对书也是格外珍爱的，一次只肯借我一本。有时夜晚，借来的书看完了，我又想看另外的。这种欲望一旦产生，便汹涌澎湃起来，势不可当。怕父母阻拦，我偷偷出门，跑去班主任家，一个人走上五六里的路。</w:t>
      </w:r>
      <w:r>
        <w:rPr>
          <w:rFonts w:ascii="KaiTi" w:eastAsia="KaiTi" w:hAnsi="KaiTi" w:cs="KaiTi"/>
          <w:color w:val="000000"/>
          <w:u w:val="single"/>
          <w:lang w:eastAsia="zh-CN"/>
        </w:rPr>
        <w:t>【甲】乡村的夜，空旷得无边无际，偶有一声两声狗吠，叫得格外突兀，让人心惊肉跳</w:t>
      </w:r>
      <w:r>
        <w:rPr>
          <w:rFonts w:ascii="KaiTi" w:eastAsia="KaiTi" w:hAnsi="KaiTi" w:cs="KaiTi"/>
          <w:color w:val="000000"/>
          <w:lang w:eastAsia="zh-CN"/>
        </w:rPr>
        <w:t>。我看着白己小小的影</w:t>
      </w:r>
      <w:r>
        <w:rPr>
          <w:rFonts w:ascii="KaiTi" w:eastAsia="KaiTi" w:hAnsi="KaiTi" w:cs="KaiTi"/>
          <w:color w:val="000000"/>
          <w:lang w:eastAsia="zh-CN"/>
        </w:rPr>
        <w:lastRenderedPageBreak/>
        <w:t>子，在月下行走，像一枚飘着的叶，内心却被一种幸福，填得满满的。新借得的书，安静在我的怀里，温良、敦厚，让我有满怀的欢喜。</w:t>
      </w:r>
    </w:p>
    <w:p w14:paraId="021CAF4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多年后，我想起那些夜晚，还觉得幸福。母亲惊奇，那时候，你还那么小，一个人走夜路，怎么不晓得害怕？我笑，我那时有书作伴呢，哪里想到怕了？那样的月色，漫着，水一样的。一个村庄，在安睡。我走在村庄的梦里面，怀里的书，散发出温暖亲切的气息。</w:t>
      </w:r>
    </w:p>
    <w:p w14:paraId="217CA35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⑥上高中时，语文老师清瘦矍铄，爱书如命。他藏有一壁橱的书。我憋足了劲学好语文，只为讨得他欢喜，好开口问他借书。他也终于答应我，我想读书时，可以去他家借。</w:t>
      </w:r>
    </w:p>
    <w:p w14:paraId="45920536"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⑦他家住在老街上，很旧的平房，木板门上的铜环都生锈了。屋顶上黛青色的瓦缝里，长着一莲一蓬的狗尾巴草。这样的房子，在我眼里，却如童话中的小城堡，只要打开，里面就会跳出无数的美好来。</w:t>
      </w:r>
    </w:p>
    <w:p w14:paraId="0DDECE9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⑧是四五月吧，他屋门前的一棵泡桐树，开了一树紫色的桐花，小花伞似的，撑着。</w:t>
      </w:r>
      <w:r>
        <w:rPr>
          <w:rFonts w:ascii="KaiTi" w:eastAsia="KaiTi" w:hAnsi="KaiTi" w:cs="KaiTi"/>
          <w:color w:val="000000"/>
          <w:u w:val="single"/>
          <w:lang w:eastAsia="zh-CN"/>
        </w:rPr>
        <w:t>【乙】我去借书，看到他在树下坐着，一人，一椅，一本书。读到高兴处，他抚掌大叹，妙啊！</w:t>
      </w:r>
      <w:r>
        <w:rPr>
          <w:rFonts w:ascii="KaiTi" w:eastAsia="KaiTi" w:hAnsi="KaiTi" w:cs="KaiTi"/>
          <w:color w:val="000000"/>
          <w:lang w:eastAsia="zh-CN"/>
        </w:rPr>
        <w:t>他孩子气的大叹，让我看到人生还有另一种活法：单纯，洁净，桐花一般地美好着，与书有关。</w:t>
      </w:r>
    </w:p>
    <w:p w14:paraId="37A87F3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⑨后来，我离开老街，忘了很多的人和事。却常不经意地会想起他：一树的桐花，开得摇摇欲坠，他在树下端坐。如果我的记忆也是一册书，那么，他已成一枚书签，插在这册书里面。</w:t>
      </w:r>
    </w:p>
    <w:p w14:paraId="56259E06"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⑩而今，我早已拥有了自己的书房，也算实现了当初的梦想——抬头是书，低头还是书。若是外出，不管去哪里，我最喜欢逛的，定是当地的书店和书摊。</w:t>
      </w:r>
    </w:p>
    <w:p w14:paraId="7C2C30BB" w14:textId="77777777" w:rsidR="00B475E2" w:rsidRDefault="00B475E2" w:rsidP="00B475E2">
      <w:pPr>
        <w:spacing w:line="360" w:lineRule="auto"/>
        <w:ind w:firstLine="420"/>
        <w:jc w:val="both"/>
        <w:textAlignment w:val="center"/>
        <w:rPr>
          <w:color w:val="000000"/>
          <w:lang w:eastAsia="zh-CN"/>
        </w:rPr>
      </w:pPr>
      <w:r>
        <w:rPr>
          <w:color w:val="000000"/>
          <w:lang w:eastAsia="zh-CN"/>
        </w:rPr>
        <w:t>⑪</w:t>
      </w:r>
      <w:r>
        <w:rPr>
          <w:rFonts w:ascii="KaiTi" w:eastAsia="KaiTi" w:hAnsi="KaiTi" w:cs="KaiTi"/>
          <w:color w:val="000000"/>
          <w:lang w:eastAsia="zh-CN"/>
        </w:rPr>
        <w:t>午后时光，太阳暖暖的，风吹得漫漫的，人在阳台上小憩。随便从书架上抽出一本书。摊膝上，风吹哪页读哪页。我常常觉得，如果书也是一朵花，那么，风吹来，随便吹开的一页，那一页，便是盛开的一瓣花。不错，就是这种淡然悠远的人生妙趣。我永无法忘却。</w:t>
      </w:r>
    </w:p>
    <w:p w14:paraId="46566CF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⑫人和书，就这样在阳光下，在岁月里紧紧相伴，充满着暖人心扉的脉脉温情。</w:t>
      </w:r>
    </w:p>
    <w:p w14:paraId="7CA03E3C"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（取材于丁立梅的文章，有删改）</w:t>
      </w:r>
    </w:p>
    <w:p w14:paraId="2A808E91"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20. </w:t>
      </w:r>
      <w:r>
        <w:rPr>
          <w:rFonts w:ascii="SimSun" w:eastAsia="SimSun" w:hAnsi="SimSun" w:cs="SimSun"/>
          <w:color w:val="000000"/>
          <w:lang w:eastAsia="zh-CN"/>
        </w:rPr>
        <w:t>“我”的每个人生阶段都有“书香作伴”:小时候，“我”无钱买书，只能</w:t>
      </w:r>
      <w:r>
        <w:rPr>
          <w:rFonts w:ascii="SimSun" w:eastAsia="SimSun" w:hAnsi="SimSun" w:cs="SimSun"/>
          <w:color w:val="000000"/>
          <w:u w:val="single"/>
          <w:lang w:eastAsia="zh-CN"/>
        </w:rPr>
        <w:t>①</w:t>
      </w:r>
      <w:r>
        <w:rPr>
          <w:color w:val="000000"/>
          <w:lang w:eastAsia="zh-CN"/>
        </w:rPr>
        <w:t>____</w:t>
      </w:r>
      <w:r>
        <w:rPr>
          <w:rFonts w:ascii="SimSun" w:eastAsia="SimSun" w:hAnsi="SimSun" w:cs="SimSun"/>
          <w:color w:val="000000"/>
          <w:lang w:eastAsia="zh-CN"/>
        </w:rPr>
        <w:t>；小学时，常常走夜路到班主任家借书看；高中时，“我”</w:t>
      </w:r>
      <w:r>
        <w:rPr>
          <w:rFonts w:ascii="SimSun" w:eastAsia="SimSun" w:hAnsi="SimSun" w:cs="SimSun"/>
          <w:color w:val="000000"/>
          <w:u w:val="single"/>
          <w:lang w:eastAsia="zh-CN"/>
        </w:rPr>
        <w:t>②</w:t>
      </w:r>
      <w:r>
        <w:rPr>
          <w:color w:val="000000"/>
          <w:lang w:eastAsia="zh-CN"/>
        </w:rPr>
        <w:t>_____</w:t>
      </w:r>
      <w:r>
        <w:rPr>
          <w:rFonts w:ascii="SimSun" w:eastAsia="SimSun" w:hAnsi="SimSun" w:cs="SimSun"/>
          <w:color w:val="000000"/>
          <w:lang w:eastAsia="zh-CN"/>
        </w:rPr>
        <w:t>，终于能开口问语文老师借书看：而今，有了书房，可以逛书店、书摊，随意看书</w:t>
      </w:r>
    </w:p>
    <w:p w14:paraId="20EA1370"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仔细阅读第③段，并从括号内选择一个最能体现作者当时情感的词语填在横线上，选择准确的一项是（   ）</w:t>
      </w:r>
    </w:p>
    <w:p w14:paraId="4EF88375" w14:textId="77777777" w:rsidR="00B475E2" w:rsidRDefault="00B475E2" w:rsidP="00B475E2">
      <w:pPr>
        <w:tabs>
          <w:tab w:val="left" w:pos="2436"/>
          <w:tab w:val="left" w:pos="4873"/>
          <w:tab w:val="left" w:pos="7309"/>
        </w:tabs>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腾跳出  走</w:t>
      </w:r>
      <w:r>
        <w:rPr>
          <w:color w:val="000000"/>
          <w:lang w:eastAsia="zh-CN"/>
        </w:rPr>
        <w:tab/>
        <w:t xml:space="preserve">B. </w:t>
      </w:r>
      <w:r>
        <w:rPr>
          <w:rFonts w:ascii="SimSun" w:eastAsia="SimSun" w:hAnsi="SimSun" w:cs="SimSun"/>
          <w:color w:val="000000"/>
          <w:lang w:eastAsia="zh-CN"/>
        </w:rPr>
        <w:t>浮现出  走</w:t>
      </w:r>
      <w:r>
        <w:rPr>
          <w:color w:val="000000"/>
          <w:lang w:eastAsia="zh-CN"/>
        </w:rPr>
        <w:tab/>
        <w:t xml:space="preserve">C. </w:t>
      </w:r>
      <w:r>
        <w:rPr>
          <w:rFonts w:ascii="SimSun" w:eastAsia="SimSun" w:hAnsi="SimSun" w:cs="SimSun"/>
          <w:color w:val="000000"/>
          <w:lang w:eastAsia="zh-CN"/>
        </w:rPr>
        <w:t>腾跳出  扑</w:t>
      </w:r>
      <w:r>
        <w:rPr>
          <w:color w:val="000000"/>
          <w:lang w:eastAsia="zh-CN"/>
        </w:rPr>
        <w:tab/>
        <w:t xml:space="preserve">D. </w:t>
      </w:r>
      <w:r>
        <w:rPr>
          <w:rFonts w:ascii="SimSun" w:eastAsia="SimSun" w:hAnsi="SimSun" w:cs="SimSun"/>
          <w:color w:val="000000"/>
          <w:lang w:eastAsia="zh-CN"/>
        </w:rPr>
        <w:t>浮现出  扑</w:t>
      </w:r>
    </w:p>
    <w:p w14:paraId="2ED7FC31"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结合上下文语境，任选一个句子，说说其妙处所在。</w:t>
      </w:r>
    </w:p>
    <w:p w14:paraId="2EF2B1BA"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【甲】乡村的夜，空旷得无边无际，偶有一声两声狗吠，叫得格外突兀，让人心惊肉跳。</w:t>
      </w:r>
    </w:p>
    <w:p w14:paraId="2F9902D0"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【乙】我去借书，看到他在树下坐着，一人，一椅，一本书。读到高兴处，他抚掌大叹，妙啊！</w:t>
      </w:r>
    </w:p>
    <w:p w14:paraId="1C0DC207"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作者在结尾段中说：“人和书，就这样在阳光下，在岁月里紧紧相伴，充满着暖人心扉的脉脉温情。”请结合作者的读书经历，谈谈你对这句话的理解。</w:t>
      </w:r>
    </w:p>
    <w:p w14:paraId="56D93F90" w14:textId="77777777" w:rsidR="00B475E2" w:rsidRDefault="00B475E2" w:rsidP="00B475E2">
      <w:pPr>
        <w:pStyle w:val="Heading3"/>
        <w:rPr>
          <w:lang w:eastAsia="zh-CN"/>
        </w:rPr>
      </w:pPr>
      <w:bookmarkStart w:id="12" w:name="_Toc235355010"/>
      <w:r>
        <w:rPr>
          <w:lang w:eastAsia="zh-CN"/>
        </w:rPr>
        <w:t>第六十六中学</w:t>
      </w:r>
      <w:bookmarkEnd w:id="12"/>
    </w:p>
    <w:p w14:paraId="676859EB"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四、现代文阅读（共15分）</w:t>
      </w:r>
    </w:p>
    <w:p w14:paraId="294E67B6"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阅读《济南的秋天》，完成小题。</w:t>
      </w:r>
    </w:p>
    <w:p w14:paraId="3FED74B4"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济南的秋天</w:t>
      </w:r>
    </w:p>
    <w:p w14:paraId="13A2F117"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老舍</w:t>
      </w:r>
    </w:p>
    <w:p w14:paraId="6D07AEB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济南的秋天是诗境的。设若你的幻想中有个中古的老城，有睡着了的大城楼，有狭窄的古石路，有宽厚的石城墙，环城流着一道清溪，倒映着山影，岸上蹲着红袍绿裤的小妞儿。你的幻想中要是这么个境界，那便是个济南。</w:t>
      </w:r>
    </w:p>
    <w:p w14:paraId="5AC64E2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请你在秋天来。那城，那河，那古路，那山影，是终年给你预备着的。可是，加上济南的秋色，济南由古朴的画境转入静美的诗境中了。这个诗意秋光秋色是济南独有的。上帝把夏天的艺术赐给瑞士，把春天的赐给西湖，秋和冬的全赐给了济南。</w:t>
      </w:r>
    </w:p>
    <w:p w14:paraId="04B1773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③诗的境界中必须有山有水。那么，请看济南吧。那颜色不同，方向不同，高矮不同的山，在秋色中便越发的不同了。以颜色说吧，山腰中的松树是青黑的，加上秋阳的斜射，那片青黑便多出些比灰色深，比黑色浅的颜色，把旁边的黄草盖成一层灰中透黄的阴影。山脚是镶着各色条子的，一层层的，有的黄，有的灰，有的绿，有的似乎是藕荷色儿。山顶上的色儿也随着太阳的转移而不同。山顶的颜色不同还不重要，山腰中的颜色不同才真叫人想作几句诗。山腰中的颜色是永远在那儿变动，特别是在秋天，那阳光能够忽然清凉一会儿，忽然又温暖一会儿，这个变动并不激烈，可是山上的颜色觉得出这个变化，而立刻随着变换。</w:t>
      </w:r>
      <w:r>
        <w:rPr>
          <w:rFonts w:ascii="KaiTi" w:eastAsia="KaiTi" w:hAnsi="KaiTi" w:cs="KaiTi"/>
          <w:color w:val="000000"/>
          <w:u w:val="single"/>
          <w:lang w:eastAsia="zh-CN"/>
        </w:rPr>
        <w:t>忽然黄色更真了一些，忽然又暗了一些，忽然像有层看不见的薄雾在那儿流动，忽然像有股细风替“自然”调合着彩色，轻轻的抹上一层各色俱全而全是淡美的色道儿</w:t>
      </w:r>
      <w:r>
        <w:rPr>
          <w:rFonts w:ascii="KaiTi" w:eastAsia="KaiTi" w:hAnsi="KaiTi" w:cs="KaiTi"/>
          <w:color w:val="000000"/>
          <w:lang w:eastAsia="zh-CN"/>
        </w:rPr>
        <w:t>。有这样的山，再配上那蓝的天，晴暖的阳光；蓝得像要由蓝变绿了，可又没完全绿了；晴暖得要发燥了，可是有点凉风，正像诗一样的温柔；这便是济南的秋。</w:t>
      </w:r>
    </w:p>
    <w:p w14:paraId="2736C67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再看水。以量说，以质说，以形式说，哪儿的水能比济南？有泉——到处是泉。有河，有湖，这是由形式上分。不管是泉是河是湖，全是那么清，全是那么甜，哎呀，济南是“自然”的情人吧？大明湖夏日的莲花，城河的绿柳，自然是美好的了。可是看水，是要看秋水的。济南有秋山，又有秋水，这个秋才算个秋，因为秋神是在济南住家的。先不用说别的，只说水中的绿藻吧。那份儿绿色，除了上帝心中的绿色，恐怕没有别的东西能比拟的。这种鲜绿色借着水的清澄显露出来，好像美人借着镜子鉴赏自己的美。是的，这些绿藻是自己享受那水的甜美呢，不是为谁看的。它们知道它们那点绿的心事，它们终年在那儿吻着水皮，做着绿色的香梦。淘气的鸭子，用黄金的脚掌碰它们一两下。浣女的影儿，吻它们的绿叶一两下。只有这个，是它们的香甜的烦恼。羡慕死诗人呀！</w:t>
      </w:r>
    </w:p>
    <w:p w14:paraId="7B69262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在秋天，水和蓝天一样的清凉。天上微微有些白云，水上微微有些波皱。天水之间，全是清明，温暖的空气，带着一点桂花的香味。山影儿也更真了。秋山秋水虚幻的吻着。山儿不动，水儿微响。那中古的老城，带着这片秋色秋声，是济南，是诗。</w:t>
      </w:r>
    </w:p>
    <w:p w14:paraId="0BEAE08C"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阅读全文，用一句话概括作者笔下济南秋天的特点。</w:t>
      </w:r>
    </w:p>
    <w:p w14:paraId="4CB51DEB"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在朗读第③段中的画线句时，有同学认为四个“忽然”都应该重读，你是否同意，请简要说明理由。</w:t>
      </w:r>
    </w:p>
    <w:p w14:paraId="5B49B003"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根据本文第④段及下面材料，在后面文段中的横线上填写恰当的内容。</w:t>
      </w:r>
    </w:p>
    <w:p w14:paraId="34F255A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那水呢，不但不结冰，反倒在绿萍上冒着点儿热气。水藻真绿，把终年贮蓄的绿色全拿出来了。天儿越晴，水藻越绿，就凭这些绿的精神，水也不忍得冻上；况且那长枝的垂柳还要在水里照个影儿呢。看吧，由澄清的河水慢慢往上看吧，空中，半空中，天上，自上而下全是那么清亮，那么蓝汪汪的，整个的是块空灵的蓝水晶。这块水晶里，包着红屋顶、黄草山，像地毯上的小团花的小灰色树影。</w:t>
      </w:r>
    </w:p>
    <w:p w14:paraId="4FCCDD74"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两段文字都是写济南的水，从</w:t>
      </w:r>
      <w:r>
        <w:rPr>
          <w:rFonts w:ascii="SimSun" w:eastAsia="SimSun" w:hAnsi="SimSun" w:cs="SimSun"/>
          <w:color w:val="000000"/>
          <w:em w:val="dot"/>
          <w:lang w:eastAsia="zh-CN"/>
        </w:rPr>
        <w:t>时令</w:t>
      </w:r>
      <w:r>
        <w:rPr>
          <w:rFonts w:ascii="SimSun" w:eastAsia="SimSun" w:hAnsi="SimSun" w:cs="SimSun"/>
          <w:color w:val="000000"/>
          <w:lang w:eastAsia="zh-CN"/>
        </w:rPr>
        <w:t>上看，第④段写的是</w:t>
      </w:r>
      <w:r>
        <w:rPr>
          <w:color w:val="000000"/>
          <w:lang w:eastAsia="zh-CN"/>
        </w:rPr>
        <w:t>______</w:t>
      </w:r>
      <w:r>
        <w:rPr>
          <w:rFonts w:ascii="SimSun" w:eastAsia="SimSun" w:hAnsi="SimSun" w:cs="SimSun"/>
          <w:color w:val="000000"/>
          <w:lang w:eastAsia="zh-CN"/>
        </w:rPr>
        <w:t>的水，材料写的是</w:t>
      </w:r>
      <w:r>
        <w:rPr>
          <w:color w:val="000000"/>
          <w:lang w:eastAsia="zh-CN"/>
        </w:rPr>
        <w:t>_______</w:t>
      </w:r>
      <w:r>
        <w:rPr>
          <w:rFonts w:ascii="SimSun" w:eastAsia="SimSun" w:hAnsi="SimSun" w:cs="SimSun"/>
          <w:color w:val="000000"/>
          <w:lang w:eastAsia="zh-CN"/>
        </w:rPr>
        <w:t>的水。两段文字突出水的共同特点是</w:t>
      </w:r>
      <w:r>
        <w:rPr>
          <w:color w:val="000000"/>
          <w:lang w:eastAsia="zh-CN"/>
        </w:rPr>
        <w:t>______</w:t>
      </w:r>
      <w:r>
        <w:rPr>
          <w:rFonts w:ascii="SimSun" w:eastAsia="SimSun" w:hAnsi="SimSun" w:cs="SimSun"/>
          <w:color w:val="000000"/>
          <w:lang w:eastAsia="zh-CN"/>
        </w:rPr>
        <w:t>。</w:t>
      </w:r>
    </w:p>
    <w:p w14:paraId="015899AA"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阅读《你远走高飞，我原路返回》，完成小题。</w:t>
      </w:r>
    </w:p>
    <w:p w14:paraId="3F0BBF29"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你远走高飞，我原路返回</w:t>
      </w:r>
    </w:p>
    <w:p w14:paraId="40B16EC6"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赵玙</w:t>
      </w:r>
    </w:p>
    <w:p w14:paraId="71F36FE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①“你远走高飞，我原路返回。”离别的时刻，班主任为我们写下了这样一行板书。与学生的雀跃相比，老师的背影是落寞的，然而老师又是幸福的。</w:t>
      </w:r>
    </w:p>
    <w:p w14:paraId="2319DAA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②对于一个幸运的人来说，冥冥之中，总会有那么一两个人，出现在你生命中的某段路上，或许是不经意间，将你从沉沉暮霭中引向一处明媚之地。</w:t>
      </w:r>
    </w:p>
    <w:p w14:paraId="31E6D0D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新生报到那天，我第一次见到了我们的班主任陈新民。作为老师，我们的班主任显然是“非主流”的。他三十几岁，穿着考究，一身烟草味，声音有些沙哑，许是烟抽多了的缘故。后来发现他的坐骑是当时最时髦的摩托</w:t>
      </w:r>
      <w:r>
        <w:rPr>
          <w:rFonts w:ascii="Times New Roman" w:eastAsia="Times New Roman" w:hAnsi="Times New Roman" w:cs="Times New Roman"/>
          <w:color w:val="000000"/>
          <w:lang w:eastAsia="zh-CN"/>
        </w:rPr>
        <w:t>——</w:t>
      </w:r>
      <w:r>
        <w:rPr>
          <w:rFonts w:ascii="KaiTi" w:eastAsia="KaiTi" w:hAnsi="KaiTi" w:cs="KaiTi"/>
          <w:color w:val="000000"/>
          <w:lang w:eastAsia="zh-CN"/>
        </w:rPr>
        <w:t>“太子车”，车型流线，极其拉风。</w:t>
      </w:r>
    </w:p>
    <w:p w14:paraId="7EE60E6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许是因入学资料特长那一栏填了“手风琴”，就在报到的那一天，班主任委任我为班级文艺委员。我天生个头矮小、内敛少言，在这所学霸如云的重点高中成绩也不算出众。文艺委员的首个任务是在军训期间指导并指挥全班合唱，【甲】</w:t>
      </w:r>
      <w:r>
        <w:rPr>
          <w:rFonts w:ascii="KaiTi" w:eastAsia="KaiTi" w:hAnsi="KaiTi" w:cs="KaiTi"/>
          <w:color w:val="000000"/>
          <w:u w:val="single"/>
          <w:lang w:eastAsia="zh-CN"/>
        </w:rPr>
        <w:t>可以想象我是如何压抑住内心的惊涛骇浪，站在全班甚至全年级面前的</w:t>
      </w:r>
      <w:r>
        <w:rPr>
          <w:rFonts w:ascii="KaiTi" w:eastAsia="KaiTi" w:hAnsi="KaiTi" w:cs="KaiTi"/>
          <w:color w:val="000000"/>
          <w:lang w:eastAsia="zh-CN"/>
        </w:rPr>
        <w:t>，</w:t>
      </w:r>
      <w:r>
        <w:rPr>
          <w:rFonts w:ascii="KaiTi" w:eastAsia="KaiTi" w:hAnsi="KaiTi" w:cs="KaiTi"/>
          <w:color w:val="000000"/>
          <w:em w:val="dot"/>
          <w:lang w:eastAsia="zh-CN"/>
        </w:rPr>
        <w:t>惶惶然</w:t>
      </w:r>
      <w:r>
        <w:rPr>
          <w:rFonts w:ascii="KaiTi" w:eastAsia="KaiTi" w:hAnsi="KaiTi" w:cs="KaiTi"/>
          <w:color w:val="000000"/>
          <w:u w:val="single"/>
          <w:lang w:eastAsia="zh-CN"/>
        </w:rPr>
        <w:t>而又</w:t>
      </w:r>
      <w:r>
        <w:rPr>
          <w:rFonts w:ascii="KaiTi" w:eastAsia="KaiTi" w:hAnsi="KaiTi" w:cs="KaiTi"/>
          <w:color w:val="000000"/>
          <w:em w:val="dot"/>
          <w:lang w:eastAsia="zh-CN"/>
        </w:rPr>
        <w:t>欣欣然</w:t>
      </w:r>
      <w:r>
        <w:rPr>
          <w:rFonts w:ascii="KaiTi" w:eastAsia="KaiTi" w:hAnsi="KaiTi" w:cs="KaiTi"/>
          <w:color w:val="000000"/>
          <w:lang w:eastAsia="zh-CN"/>
        </w:rPr>
        <w:t>。</w:t>
      </w:r>
    </w:p>
    <w:p w14:paraId="5AC3B13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⑤就在开学初的某个晚上，陈老师来到了我家。班主任上门家访，于我是头一遭。我爸见面脱口便以“主任”相称，他露出难得的羞赧：“不敢不敢。”他一坐就是一两个小时，不知他们谈了些什么，【乙】</w:t>
      </w:r>
      <w:r>
        <w:rPr>
          <w:rFonts w:ascii="KaiTi" w:eastAsia="KaiTi" w:hAnsi="KaiTi" w:cs="KaiTi"/>
          <w:color w:val="000000"/>
          <w:u w:val="single"/>
          <w:lang w:eastAsia="zh-CN"/>
        </w:rPr>
        <w:t>总之班主任走后，我并没有迎来预想中一场</w:t>
      </w:r>
      <w:r>
        <w:rPr>
          <w:rFonts w:ascii="KaiTi" w:eastAsia="KaiTi" w:hAnsi="KaiTi" w:cs="KaiTi"/>
          <w:color w:val="000000"/>
          <w:lang w:eastAsia="zh-CN"/>
        </w:rPr>
        <w:t>“</w:t>
      </w:r>
      <w:r>
        <w:rPr>
          <w:rFonts w:ascii="KaiTi" w:eastAsia="KaiTi" w:hAnsi="KaiTi" w:cs="KaiTi"/>
          <w:color w:val="000000"/>
          <w:em w:val="dot"/>
          <w:lang w:eastAsia="zh-CN"/>
        </w:rPr>
        <w:t>腥风血雨</w:t>
      </w:r>
      <w:r>
        <w:rPr>
          <w:rFonts w:ascii="KaiTi" w:eastAsia="KaiTi" w:hAnsi="KaiTi" w:cs="KaiTi"/>
          <w:color w:val="000000"/>
          <w:lang w:eastAsia="zh-CN"/>
        </w:rPr>
        <w:t>”，</w:t>
      </w:r>
      <w:r>
        <w:rPr>
          <w:rFonts w:ascii="KaiTi" w:eastAsia="KaiTi" w:hAnsi="KaiTi" w:cs="KaiTi"/>
          <w:color w:val="000000"/>
          <w:u w:val="single"/>
          <w:lang w:eastAsia="zh-CN"/>
        </w:rPr>
        <w:t>似乎只是爸妈的好友来串了个门</w:t>
      </w:r>
      <w:r>
        <w:rPr>
          <w:rFonts w:ascii="KaiTi" w:eastAsia="KaiTi" w:hAnsi="KaiTi" w:cs="KaiTi"/>
          <w:color w:val="000000"/>
          <w:lang w:eastAsia="zh-CN"/>
        </w:rPr>
        <w:t>，</w:t>
      </w:r>
      <w:r>
        <w:rPr>
          <w:rFonts w:ascii="KaiTi" w:eastAsia="KaiTi" w:hAnsi="KaiTi" w:cs="KaiTi"/>
          <w:color w:val="000000"/>
          <w:em w:val="dot"/>
          <w:lang w:eastAsia="zh-CN"/>
        </w:rPr>
        <w:t>云淡风轻</w:t>
      </w:r>
      <w:r>
        <w:rPr>
          <w:rFonts w:ascii="KaiTi" w:eastAsia="KaiTi" w:hAnsi="KaiTi" w:cs="KaiTi"/>
          <w:color w:val="000000"/>
          <w:lang w:eastAsia="zh-CN"/>
        </w:rPr>
        <w:t>。班主任的家访不止一次。后来得知，</w:t>
      </w:r>
      <w:r>
        <w:rPr>
          <w:rFonts w:ascii="KaiTi" w:eastAsia="KaiTi" w:hAnsi="KaiTi" w:cs="KaiTi"/>
          <w:color w:val="000000"/>
          <w:lang w:eastAsia="zh-CN"/>
        </w:rPr>
        <w:lastRenderedPageBreak/>
        <w:t>在我们这个五六十人的班级，几乎每个学生的家他都走过几趟，与每位家长如老友般熟稔。</w:t>
      </w:r>
    </w:p>
    <w:p w14:paraId="2072EB3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⑥陈老师也爱和我们聊。最熟悉的场景是，夕阳西下，长长的走廊一片金黄，他倚靠着栏杆，手里夹着一根香烟，轻烟袅袅，有一搭没一搭地和几个同学聊天，【丙】</w:t>
      </w:r>
      <w:r>
        <w:rPr>
          <w:rFonts w:ascii="KaiTi" w:eastAsia="KaiTi" w:hAnsi="KaiTi" w:cs="KaiTi"/>
          <w:color w:val="000000"/>
          <w:u w:val="single"/>
          <w:lang w:eastAsia="zh-CN"/>
        </w:rPr>
        <w:t>嘴角是那抹标志性的笑，有些</w:t>
      </w:r>
      <w:r>
        <w:rPr>
          <w:rFonts w:ascii="KaiTi" w:eastAsia="KaiTi" w:hAnsi="KaiTi" w:cs="KaiTi"/>
          <w:color w:val="000000"/>
          <w:em w:val="dot"/>
          <w:lang w:eastAsia="zh-CN"/>
        </w:rPr>
        <w:t>玩世不恭</w:t>
      </w:r>
      <w:r>
        <w:rPr>
          <w:rFonts w:ascii="KaiTi" w:eastAsia="KaiTi" w:hAnsi="KaiTi" w:cs="KaiTi"/>
          <w:color w:val="000000"/>
          <w:lang w:eastAsia="zh-CN"/>
        </w:rPr>
        <w:t>，</w:t>
      </w:r>
      <w:r>
        <w:rPr>
          <w:rFonts w:ascii="KaiTi" w:eastAsia="KaiTi" w:hAnsi="KaiTi" w:cs="KaiTi"/>
          <w:color w:val="000000"/>
          <w:u w:val="single"/>
          <w:lang w:eastAsia="zh-CN"/>
        </w:rPr>
        <w:t>又含着</w:t>
      </w:r>
      <w:r>
        <w:rPr>
          <w:rFonts w:ascii="KaiTi" w:eastAsia="KaiTi" w:hAnsi="KaiTi" w:cs="KaiTi"/>
          <w:color w:val="000000"/>
          <w:em w:val="dot"/>
          <w:lang w:eastAsia="zh-CN"/>
        </w:rPr>
        <w:t>郑重其事</w:t>
      </w:r>
      <w:r>
        <w:rPr>
          <w:rFonts w:ascii="KaiTi" w:eastAsia="KaiTi" w:hAnsi="KaiTi" w:cs="KaiTi"/>
          <w:color w:val="000000"/>
          <w:lang w:eastAsia="zh-CN"/>
        </w:rPr>
        <w:t>。他极少说教，多是聊聊生活，聊聊社会。在那一段敏感而焦躁的日子里，陈老师是最懂我们的。</w:t>
      </w:r>
    </w:p>
    <w:p w14:paraId="73B775F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有一年大年初一，我们在学校执勤。出门走亲戚的陈老师把家中钥匙交给我们，嘱我们中午到他家自己动手做饭，食材已备好。当时陈老师住在学校的教师宿舍，那是一套陈旧狭小的居室，但朴素中透出细致、温馨，屋里的一切布置得那么井井有条。</w:t>
      </w:r>
    </w:p>
    <w:p w14:paraId="6034CF9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高中时代自然是以高考为终结的，许多细节未必有太多意义，却如经年盘绕的葛藤，枝枝蔓蔓，构成了一幅完整的记忆。第一个高考日的下午，我揣着陈老师的手表走进了考场。我是在候考室发现忘了带手表的，却没有丝毫慌乱，径直让陈老师把他的手表摘了下来。金色的机械表，沉甸甸的。高考结束后，他被安排封闭批阅试卷，临行前，他为每个同学留下了参考志愿，字迹郑重而漂亮。给我的建议都是当时比较理想的理科院校，而事实证明，他对我的预估是准确的。有时会想，我经历过成绩的起起伏伏，何以让他始终对我抱有信心，引我在人生最关键的一次抉择上大胆向前</w:t>
      </w:r>
      <w:r>
        <w:rPr>
          <w:rFonts w:ascii="Times New Roman" w:eastAsia="Times New Roman" w:hAnsi="Times New Roman" w:cs="Times New Roman"/>
          <w:color w:val="000000"/>
          <w:lang w:eastAsia="zh-CN"/>
        </w:rPr>
        <w:t>——</w:t>
      </w:r>
      <w:r>
        <w:rPr>
          <w:rFonts w:ascii="KaiTi" w:eastAsia="KaiTi" w:hAnsi="KaiTi" w:cs="KaiTi"/>
          <w:color w:val="000000"/>
          <w:lang w:eastAsia="zh-CN"/>
        </w:rPr>
        <w:t>如当年决定让那个其貌不扬的小姑娘站在舞台中央。</w:t>
      </w:r>
    </w:p>
    <w:p w14:paraId="650D4F8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⑨生命中总有那么一个人，带着你推开一扇门，看到满地的阳光和鲜花。正是从高中开始，我迎来了生命中的阳光与花香，发现了自己身上潜在的各种可能</w:t>
      </w:r>
      <w:r>
        <w:rPr>
          <w:rFonts w:ascii="Times New Roman" w:eastAsia="Times New Roman" w:hAnsi="Times New Roman" w:cs="Times New Roman"/>
          <w:color w:val="000000"/>
          <w:lang w:eastAsia="zh-CN"/>
        </w:rPr>
        <w:t>——</w:t>
      </w:r>
      <w:r>
        <w:rPr>
          <w:rFonts w:ascii="KaiTi" w:eastAsia="KaiTi" w:hAnsi="KaiTi" w:cs="KaiTi"/>
          <w:color w:val="000000"/>
          <w:lang w:eastAsia="zh-CN"/>
        </w:rPr>
        <w:t>可以得到那么多肯定，可以自信地站在聚光灯下，可以在一所重点高中里成为优等生，可以选择留在离家千里的北京，可以去尝试一切未曾尝试的事情。多年后的一次同学聚会，一个同学介绍我说，这是赵玙，还记得吗，是不是和从前完全不一样？那一刻，我微笑着，蓦然想起了陈老师。</w:t>
      </w:r>
    </w:p>
    <w:p w14:paraId="4AB13FF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⑩近</w:t>
      </w:r>
      <w:r>
        <w:rPr>
          <w:rFonts w:ascii="Times New Roman" w:eastAsia="Times New Roman" w:hAnsi="Times New Roman" w:cs="Times New Roman"/>
          <w:color w:val="000000"/>
          <w:lang w:eastAsia="zh-CN"/>
        </w:rPr>
        <w:t>20</w:t>
      </w:r>
      <w:r>
        <w:rPr>
          <w:rFonts w:ascii="KaiTi" w:eastAsia="KaiTi" w:hAnsi="KaiTi" w:cs="KaiTi"/>
          <w:color w:val="000000"/>
          <w:lang w:eastAsia="zh-CN"/>
        </w:rPr>
        <w:t>年了，早已远走高飞的同学们每每回家，仍不忘去看看陈老师，和他无拘无束的叙叙旧，聊聊每位同学的近况。而后我们又离去，同学们又带来关于他的消息。我们常常聊起陈老师，聊起当年的种种逸事，聊着聊着便是一阵静默。</w:t>
      </w:r>
    </w:p>
    <w:p w14:paraId="0CF0CB7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⑪我们想念陈老师了，想念他的身影，在地北天南。</w:t>
      </w:r>
    </w:p>
    <w:p w14:paraId="0CBA660E"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20. </w:t>
      </w:r>
      <w:r>
        <w:rPr>
          <w:rFonts w:ascii="SimSun" w:eastAsia="SimSun" w:hAnsi="SimSun" w:cs="SimSun"/>
          <w:color w:val="000000"/>
          <w:lang w:eastAsia="zh-CN"/>
        </w:rPr>
        <w:t>请你梳理文章内容，把“我们”和陈老师交往的记忆补充完整。</w:t>
      </w:r>
    </w:p>
    <w:p w14:paraId="65E9E80C" w14:textId="77777777" w:rsidR="00B475E2" w:rsidRDefault="00B475E2" w:rsidP="00B475E2">
      <w:pPr>
        <w:spacing w:line="360" w:lineRule="auto"/>
        <w:ind w:firstLine="420"/>
        <w:textAlignment w:val="center"/>
        <w:rPr>
          <w:color w:val="000000"/>
          <w:lang w:eastAsia="zh-CN"/>
        </w:rPr>
      </w:pPr>
      <w:r>
        <w:rPr>
          <w:rFonts w:ascii="SimSun" w:eastAsia="SimSun" w:hAnsi="SimSun" w:cs="SimSun"/>
          <w:color w:val="000000"/>
          <w:lang w:eastAsia="zh-CN"/>
        </w:rPr>
        <w:t>新生报到那天初遇“非主流”的陈老师，</w:t>
      </w:r>
      <w:r>
        <w:rPr>
          <w:color w:val="000000"/>
          <w:lang w:eastAsia="zh-CN"/>
        </w:rPr>
        <w:t>_______</w:t>
      </w:r>
      <w:r>
        <w:rPr>
          <w:rFonts w:ascii="SimSun" w:eastAsia="SimSun" w:hAnsi="SimSun" w:cs="SimSun"/>
          <w:color w:val="000000"/>
          <w:lang w:eastAsia="zh-CN"/>
        </w:rPr>
        <w:t>；陈老师到每一位同学家去家访；</w:t>
      </w:r>
      <w:r>
        <w:rPr>
          <w:color w:val="000000"/>
          <w:lang w:eastAsia="zh-CN"/>
        </w:rPr>
        <w:t>_______</w:t>
      </w:r>
      <w:r>
        <w:rPr>
          <w:rFonts w:ascii="SimSun" w:eastAsia="SimSun" w:hAnsi="SimSun" w:cs="SimSun"/>
          <w:color w:val="000000"/>
          <w:lang w:eastAsia="zh-CN"/>
        </w:rPr>
        <w:t>；大年初一，陈老师嘱咐我们去他家做饭；高考时，“我”拿着陈老师的手表进高考考场，</w:t>
      </w:r>
      <w:r>
        <w:rPr>
          <w:color w:val="000000"/>
          <w:lang w:eastAsia="zh-CN"/>
        </w:rPr>
        <w:t>_______</w:t>
      </w:r>
      <w:r>
        <w:rPr>
          <w:rFonts w:ascii="SimSun" w:eastAsia="SimSun" w:hAnsi="SimSun" w:cs="SimSun"/>
          <w:color w:val="000000"/>
          <w:lang w:eastAsia="zh-CN"/>
        </w:rPr>
        <w:t>，陈老师始终对我抱有信心。</w:t>
      </w:r>
    </w:p>
    <w:p w14:paraId="597800B4"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文中对比的词语运用生动传神，请从三处画线句中任选一句，结合上下文简要分析加点词语的妙处。</w:t>
      </w:r>
    </w:p>
    <w:p w14:paraId="6BBFEC41" w14:textId="77777777" w:rsidR="00B475E2" w:rsidRDefault="00B475E2" w:rsidP="00B475E2">
      <w:pPr>
        <w:pStyle w:val="Heading3"/>
        <w:rPr>
          <w:lang w:eastAsia="zh-CN"/>
        </w:rPr>
      </w:pPr>
      <w:bookmarkStart w:id="13" w:name="_Toc235355011"/>
      <w:r>
        <w:rPr>
          <w:lang w:eastAsia="zh-CN"/>
        </w:rPr>
        <w:t>第十三中学分校</w:t>
      </w:r>
      <w:bookmarkEnd w:id="13"/>
    </w:p>
    <w:p w14:paraId="3CD764E9"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w:t>
      </w:r>
      <w:r>
        <w:rPr>
          <w:rFonts w:ascii="Times New Roman" w:eastAsia="Times New Roman" w:hAnsi="Times New Roman" w:cs="Times New Roman"/>
          <w:b/>
          <w:color w:val="000000"/>
          <w:sz w:val="24"/>
          <w:lang w:eastAsia="zh-CN"/>
        </w:rPr>
        <w:t>18</w:t>
      </w:r>
      <w:r>
        <w:rPr>
          <w:rFonts w:ascii="SimSun" w:eastAsia="SimSun" w:hAnsi="SimSun" w:cs="SimSun"/>
          <w:b/>
          <w:color w:val="000000"/>
          <w:sz w:val="24"/>
          <w:lang w:eastAsia="zh-CN"/>
        </w:rPr>
        <w:t>分）</w:t>
      </w:r>
    </w:p>
    <w:p w14:paraId="2E471CAE"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 （共</w:t>
      </w:r>
      <w:r>
        <w:rPr>
          <w:rFonts w:ascii="Times New Roman" w:eastAsia="Times New Roman" w:hAnsi="Times New Roman" w:cs="Times New Roman"/>
          <w:b/>
          <w:color w:val="000000"/>
          <w:sz w:val="24"/>
          <w:lang w:eastAsia="zh-CN"/>
        </w:rPr>
        <w:t>8</w:t>
      </w:r>
      <w:r>
        <w:rPr>
          <w:rFonts w:ascii="SimSun" w:eastAsia="SimSun" w:hAnsi="SimSun" w:cs="SimSun"/>
          <w:b/>
          <w:color w:val="000000"/>
          <w:sz w:val="24"/>
          <w:lang w:eastAsia="zh-CN"/>
        </w:rPr>
        <w:t>分）</w:t>
      </w:r>
    </w:p>
    <w:p w14:paraId="79241779"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阅读《春鸟喧哗》，完成下面小题。</w:t>
      </w:r>
    </w:p>
    <w:tbl>
      <w:tblPr>
        <w:tblW w:w="7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060"/>
        <w:gridCol w:w="1725"/>
      </w:tblGrid>
      <w:tr w:rsidR="00B475E2" w14:paraId="63EB2C8A" w14:textId="77777777" w:rsidTr="005A467C">
        <w:tc>
          <w:tcPr>
            <w:tcW w:w="6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8A57C1B" w14:textId="77777777" w:rsidR="00B475E2" w:rsidRDefault="00B475E2" w:rsidP="005A467C">
            <w:pPr>
              <w:spacing w:line="360" w:lineRule="auto"/>
              <w:jc w:val="both"/>
              <w:textAlignment w:val="center"/>
              <w:rPr>
                <w:color w:val="000000"/>
              </w:rPr>
            </w:pPr>
            <w:r>
              <w:rPr>
                <w:rFonts w:ascii="SimSun" w:eastAsia="SimSun" w:hAnsi="SimSun" w:cs="SimSun"/>
                <w:color w:val="000000"/>
              </w:rPr>
              <w:t>正文</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F972173" w14:textId="77777777" w:rsidR="00B475E2" w:rsidRDefault="00B475E2" w:rsidP="005A467C">
            <w:pPr>
              <w:spacing w:line="360" w:lineRule="auto"/>
              <w:jc w:val="both"/>
              <w:textAlignment w:val="center"/>
              <w:rPr>
                <w:color w:val="000000"/>
              </w:rPr>
            </w:pPr>
            <w:r>
              <w:rPr>
                <w:rFonts w:ascii="SimSun" w:eastAsia="SimSun" w:hAnsi="SimSun" w:cs="SimSun"/>
                <w:color w:val="000000"/>
              </w:rPr>
              <w:t>旁批</w:t>
            </w:r>
          </w:p>
        </w:tc>
      </w:tr>
      <w:tr w:rsidR="00B475E2" w14:paraId="447274CB" w14:textId="77777777" w:rsidTr="005A467C">
        <w:tc>
          <w:tcPr>
            <w:tcW w:w="606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189C66" w14:textId="77777777" w:rsidR="00B475E2" w:rsidRDefault="00B475E2" w:rsidP="005A467C">
            <w:pPr>
              <w:spacing w:line="360" w:lineRule="auto"/>
              <w:jc w:val="center"/>
              <w:textAlignment w:val="center"/>
              <w:rPr>
                <w:color w:val="000000"/>
                <w:lang w:eastAsia="zh-CN"/>
              </w:rPr>
            </w:pPr>
            <w:r>
              <w:rPr>
                <w:rFonts w:ascii="KaiTi" w:eastAsia="KaiTi" w:hAnsi="KaiTi" w:cs="KaiTi"/>
                <w:color w:val="000000"/>
                <w:lang w:eastAsia="zh-CN"/>
              </w:rPr>
              <w:t>春鸟喧哗</w:t>
            </w:r>
          </w:p>
          <w:p w14:paraId="5B34CEF8" w14:textId="77777777" w:rsidR="00B475E2" w:rsidRDefault="00B475E2" w:rsidP="005A467C">
            <w:pPr>
              <w:spacing w:line="360" w:lineRule="auto"/>
              <w:jc w:val="center"/>
              <w:textAlignment w:val="center"/>
              <w:rPr>
                <w:color w:val="000000"/>
                <w:lang w:eastAsia="zh-CN"/>
              </w:rPr>
            </w:pPr>
            <w:r>
              <w:rPr>
                <w:rFonts w:ascii="KaiTi" w:eastAsia="KaiTi" w:hAnsi="KaiTi" w:cs="KaiTi"/>
                <w:color w:val="000000"/>
                <w:lang w:eastAsia="zh-CN"/>
              </w:rPr>
              <w:t>代蕊</w:t>
            </w:r>
          </w:p>
          <w:p w14:paraId="13F4D8BD"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①在春天。叫醒我的，是鸟，是一只只藏在深山中的春鸟。</w:t>
            </w:r>
          </w:p>
          <w:p w14:paraId="332B7991"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②早起，春山寂寂。躺在床上看青灰色的晨曦流进后窗，鸽群</w:t>
            </w:r>
            <w:r>
              <w:rPr>
                <w:rFonts w:ascii="SimSun" w:eastAsia="SimSun" w:hAnsi="SimSun" w:cs="SimSun"/>
                <w:color w:val="000000"/>
                <w:lang w:eastAsia="zh-CN"/>
              </w:rPr>
              <w:t>“</w:t>
            </w:r>
            <w:r>
              <w:rPr>
                <w:rFonts w:ascii="KaiTi" w:eastAsia="KaiTi" w:hAnsi="KaiTi" w:cs="KaiTi"/>
                <w:color w:val="000000"/>
                <w:lang w:eastAsia="zh-CN"/>
              </w:rPr>
              <w:t>呼啦啦</w:t>
            </w:r>
            <w:r>
              <w:rPr>
                <w:rFonts w:ascii="SimSun" w:eastAsia="SimSun" w:hAnsi="SimSun" w:cs="SimSun"/>
                <w:color w:val="000000"/>
                <w:lang w:eastAsia="zh-CN"/>
              </w:rPr>
              <w:t>”</w:t>
            </w:r>
            <w:r>
              <w:rPr>
                <w:rFonts w:ascii="KaiTi" w:eastAsia="KaiTi" w:hAnsi="KaiTi" w:cs="KaiTi"/>
                <w:color w:val="000000"/>
                <w:lang w:eastAsia="zh-CN"/>
              </w:rPr>
              <w:t>地从窗前飞过，随即一声声清脆的鸟鸣传入耳朵，顿时感觉清醒不少。突然想到曾读过一句话：</w:t>
            </w:r>
            <w:r>
              <w:rPr>
                <w:rFonts w:ascii="SimSun" w:eastAsia="SimSun" w:hAnsi="SimSun" w:cs="SimSun"/>
                <w:color w:val="000000"/>
                <w:lang w:eastAsia="zh-CN"/>
              </w:rPr>
              <w:t>“</w:t>
            </w:r>
            <w:r>
              <w:rPr>
                <w:rFonts w:ascii="KaiTi" w:eastAsia="KaiTi" w:hAnsi="KaiTi" w:cs="KaiTi"/>
                <w:color w:val="000000"/>
                <w:lang w:eastAsia="zh-CN"/>
              </w:rPr>
              <w:t>于清晨极静时，听到鸟鸣，令人不敢堕落。</w:t>
            </w:r>
            <w:r>
              <w:rPr>
                <w:rFonts w:ascii="SimSun" w:eastAsia="SimSun" w:hAnsi="SimSun" w:cs="SimSun"/>
                <w:color w:val="000000"/>
                <w:lang w:eastAsia="zh-CN"/>
              </w:rPr>
              <w:t>”</w:t>
            </w:r>
          </w:p>
          <w:p w14:paraId="25E37E47"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③于是披衣起床。站在走廊上长长久久地听着一声声的鸟叫。彼时横在眼前的山也在顷刻间醒来，墨绿色的山坡上已经长出了许多嫩绿色的新枝。就像一块块墨绿色的布中间拼接着一块块嫩绿色的布一般。比起山坡，田野的颜色拼接</w:t>
            </w:r>
            <w:r>
              <w:rPr>
                <w:rFonts w:ascii="KaiTi" w:eastAsia="KaiTi" w:hAnsi="KaiTi" w:cs="KaiTi"/>
                <w:color w:val="000000"/>
                <w:lang w:eastAsia="zh-CN"/>
              </w:rPr>
              <w:lastRenderedPageBreak/>
              <w:t>得就更为绚丽了。放眼望去。一大片一大片的油菜花发了疯似的</w:t>
            </w:r>
            <w:r>
              <w:rPr>
                <w:rFonts w:ascii="SimSun" w:eastAsia="SimSun" w:hAnsi="SimSun" w:cs="SimSun"/>
                <w:color w:val="000000"/>
                <w:lang w:eastAsia="zh-CN"/>
              </w:rPr>
              <w:t>“</w:t>
            </w:r>
            <w:r>
              <w:rPr>
                <w:rFonts w:ascii="KaiTi" w:eastAsia="KaiTi" w:hAnsi="KaiTi" w:cs="KaiTi"/>
                <w:color w:val="000000"/>
                <w:lang w:eastAsia="zh-CN"/>
              </w:rPr>
              <w:t>黄</w:t>
            </w:r>
            <w:r>
              <w:rPr>
                <w:rFonts w:ascii="SimSun" w:eastAsia="SimSun" w:hAnsi="SimSun" w:cs="SimSun"/>
                <w:color w:val="000000"/>
                <w:lang w:eastAsia="zh-CN"/>
              </w:rPr>
              <w:t>”</w:t>
            </w:r>
            <w:r>
              <w:rPr>
                <w:rFonts w:ascii="KaiTi" w:eastAsia="KaiTi" w:hAnsi="KaiTi" w:cs="KaiTi"/>
                <w:color w:val="000000"/>
                <w:lang w:eastAsia="zh-CN"/>
              </w:rPr>
              <w:t>，一大片一大片的麦苗发了疯似的</w:t>
            </w:r>
            <w:r>
              <w:rPr>
                <w:rFonts w:ascii="SimSun" w:eastAsia="SimSun" w:hAnsi="SimSun" w:cs="SimSun"/>
                <w:color w:val="000000"/>
                <w:lang w:eastAsia="zh-CN"/>
              </w:rPr>
              <w:t>“</w:t>
            </w:r>
            <w:r>
              <w:rPr>
                <w:rFonts w:ascii="KaiTi" w:eastAsia="KaiTi" w:hAnsi="KaiTi" w:cs="KaiTi"/>
                <w:color w:val="000000"/>
                <w:lang w:eastAsia="zh-CN"/>
              </w:rPr>
              <w:t>青</w:t>
            </w:r>
            <w:r>
              <w:rPr>
                <w:rFonts w:ascii="SimSun" w:eastAsia="SimSun" w:hAnsi="SimSun" w:cs="SimSun"/>
                <w:color w:val="000000"/>
                <w:lang w:eastAsia="zh-CN"/>
              </w:rPr>
              <w:t>”</w:t>
            </w:r>
            <w:r>
              <w:rPr>
                <w:rFonts w:ascii="KaiTi" w:eastAsia="KaiTi" w:hAnsi="KaiTi" w:cs="KaiTi"/>
                <w:color w:val="000000"/>
                <w:lang w:eastAsia="zh-CN"/>
              </w:rPr>
              <w:t>，一块儿黄连着一块儿青。一块儿青连着一块儿黄，让人眼里心里全是欢喜</w:t>
            </w:r>
          </w:p>
          <w:p w14:paraId="23703207"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④稍稍站定，吸一口饱含草木气息的空气。顿时神清气爽。而此时。乌儿们也仿佛知道有人在侧耳倾听，此起彼伏的鸟鸣从山涧、树梢、屋顶上传来。似口哨。似溪声。似琴音。更似一曲天赖。</w:t>
            </w:r>
          </w:p>
          <w:p w14:paraId="223BEDEB"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⑤晴日里听鸟叫与雨日里听大为不同。正所谓睛有晴的好，雨有雨的妙。倘若晴天，春山空旷，一草一木都看得清晰。一声声的鸟叫从远天云外传来，让人只觉得更加空旷。年少时读王籍的《人若耶溪》。还不曾有过</w:t>
            </w:r>
            <w:r>
              <w:rPr>
                <w:rFonts w:ascii="SimSun" w:eastAsia="SimSun" w:hAnsi="SimSun" w:cs="SimSun"/>
                <w:color w:val="000000"/>
                <w:lang w:eastAsia="zh-CN"/>
              </w:rPr>
              <w:t>“</w:t>
            </w:r>
            <w:r>
              <w:rPr>
                <w:rFonts w:ascii="KaiTi" w:eastAsia="KaiTi" w:hAnsi="KaiTi" w:cs="KaiTi"/>
                <w:color w:val="000000"/>
                <w:lang w:eastAsia="zh-CN"/>
              </w:rPr>
              <w:t>鸟鸣山更幽</w:t>
            </w:r>
            <w:r>
              <w:rPr>
                <w:rFonts w:ascii="SimSun" w:eastAsia="SimSun" w:hAnsi="SimSun" w:cs="SimSun"/>
                <w:color w:val="000000"/>
                <w:lang w:eastAsia="zh-CN"/>
              </w:rPr>
              <w:t>”</w:t>
            </w:r>
            <w:r>
              <w:rPr>
                <w:rFonts w:ascii="KaiTi" w:eastAsia="KaiTi" w:hAnsi="KaiTi" w:cs="KaiTi"/>
                <w:color w:val="000000"/>
                <w:lang w:eastAsia="zh-CN"/>
              </w:rPr>
              <w:t>的感受。如今听得久了。越发觉得那一个</w:t>
            </w:r>
            <w:r>
              <w:rPr>
                <w:rFonts w:ascii="SimSun" w:eastAsia="SimSun" w:hAnsi="SimSun" w:cs="SimSun"/>
                <w:color w:val="000000"/>
                <w:lang w:eastAsia="zh-CN"/>
              </w:rPr>
              <w:t>“</w:t>
            </w:r>
            <w:r>
              <w:rPr>
                <w:rFonts w:ascii="KaiTi" w:eastAsia="KaiTi" w:hAnsi="KaiTi" w:cs="KaiTi"/>
                <w:color w:val="000000"/>
                <w:lang w:eastAsia="zh-CN"/>
              </w:rPr>
              <w:t>幽</w:t>
            </w:r>
            <w:r>
              <w:rPr>
                <w:rFonts w:ascii="SimSun" w:eastAsia="SimSun" w:hAnsi="SimSun" w:cs="SimSun"/>
                <w:color w:val="000000"/>
                <w:lang w:eastAsia="zh-CN"/>
              </w:rPr>
              <w:t>”</w:t>
            </w:r>
            <w:r>
              <w:rPr>
                <w:rFonts w:ascii="KaiTi" w:eastAsia="KaiTi" w:hAnsi="KaiTi" w:cs="KaiTi"/>
                <w:color w:val="000000"/>
                <w:lang w:eastAsia="zh-CN"/>
              </w:rPr>
              <w:t>是那样的动人。那意境</w:t>
            </w:r>
            <w:r>
              <w:rPr>
                <w:rFonts w:ascii="SimSun" w:eastAsia="SimSun" w:hAnsi="SimSun" w:cs="SimSun"/>
                <w:color w:val="000000"/>
                <w:lang w:eastAsia="zh-CN"/>
              </w:rPr>
              <w:t>“</w:t>
            </w:r>
            <w:r>
              <w:rPr>
                <w:rFonts w:ascii="KaiTi" w:eastAsia="KaiTi" w:hAnsi="KaiTi" w:cs="KaiTi"/>
                <w:color w:val="000000"/>
                <w:lang w:eastAsia="zh-CN"/>
              </w:rPr>
              <w:t>哗</w:t>
            </w:r>
            <w:r>
              <w:rPr>
                <w:rFonts w:ascii="SimSun" w:eastAsia="SimSun" w:hAnsi="SimSun" w:cs="SimSun"/>
                <w:color w:val="000000"/>
                <w:lang w:eastAsia="zh-CN"/>
              </w:rPr>
              <w:t>”</w:t>
            </w:r>
            <w:r>
              <w:rPr>
                <w:rFonts w:ascii="KaiTi" w:eastAsia="KaiTi" w:hAnsi="KaiTi" w:cs="KaiTi"/>
                <w:color w:val="000000"/>
                <w:lang w:eastAsia="zh-CN"/>
              </w:rPr>
              <w:t>的一下子就出来了。</w:t>
            </w:r>
          </w:p>
          <w:p w14:paraId="70230CC3"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⑥若是雨日。就别有一番情趣了。清明前后。雨水颇多，窸窸窣窣的雨声里夹杂着一声声鸟鸣。这声音听着就不是空旷了，而是空灵。一声声的鸟鸣仿佛是抖落了雨水一般，清脆不已。此际。恰是鸟鸣最欢的时候。雨日里端坐屋内看书，竟感觉所有的雨声都挟裹了鸟鸣落到了书页间。顿生春意。</w:t>
            </w:r>
          </w:p>
          <w:p w14:paraId="0BAD7E1E"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⑦《小窗幽记》里写春鸟：</w:t>
            </w:r>
            <w:r>
              <w:rPr>
                <w:rFonts w:ascii="SimSun" w:eastAsia="SimSun" w:hAnsi="SimSun" w:cs="SimSun"/>
                <w:color w:val="000000"/>
                <w:lang w:eastAsia="zh-CN"/>
              </w:rPr>
              <w:t>“</w:t>
            </w:r>
            <w:r>
              <w:rPr>
                <w:rFonts w:ascii="KaiTi" w:eastAsia="KaiTi" w:hAnsi="KaiTi" w:cs="KaiTi"/>
                <w:color w:val="000000"/>
                <w:lang w:eastAsia="zh-CN"/>
              </w:rPr>
              <w:t>清晨林鸟争鸣，唤醒一枕春梦。独黄鹂百舌，抑扬高下，最可人意。</w:t>
            </w:r>
            <w:r>
              <w:rPr>
                <w:rFonts w:ascii="SimSun" w:eastAsia="SimSun" w:hAnsi="SimSun" w:cs="SimSun"/>
                <w:color w:val="000000"/>
                <w:lang w:eastAsia="zh-CN"/>
              </w:rPr>
              <w:t>”</w:t>
            </w:r>
            <w:r>
              <w:rPr>
                <w:rFonts w:ascii="KaiTi" w:eastAsia="KaiTi" w:hAnsi="KaiTi" w:cs="KaiTi"/>
                <w:color w:val="000000"/>
                <w:lang w:eastAsia="zh-CN"/>
              </w:rPr>
              <w:t>山居听得的可不独独是黄鹂，亦有燕子、杜鹃、喜鹊、画眉、布谷这些</w:t>
            </w:r>
            <w:r>
              <w:rPr>
                <w:rFonts w:ascii="SimSun" w:eastAsia="SimSun" w:hAnsi="SimSun" w:cs="SimSun"/>
                <w:color w:val="000000"/>
                <w:lang w:eastAsia="zh-CN"/>
              </w:rPr>
              <w:t>“</w:t>
            </w:r>
            <w:r>
              <w:rPr>
                <w:rFonts w:ascii="KaiTi" w:eastAsia="KaiTi" w:hAnsi="KaiTi" w:cs="KaiTi"/>
                <w:color w:val="000000"/>
                <w:lang w:eastAsia="zh-CN"/>
              </w:rPr>
              <w:t>角儿</w:t>
            </w:r>
            <w:r>
              <w:rPr>
                <w:rFonts w:ascii="SimSun" w:eastAsia="SimSun" w:hAnsi="SimSun" w:cs="SimSun"/>
                <w:color w:val="000000"/>
                <w:lang w:eastAsia="zh-CN"/>
              </w:rPr>
              <w:t>”</w:t>
            </w:r>
            <w:r>
              <w:rPr>
                <w:rFonts w:ascii="KaiTi" w:eastAsia="KaiTi" w:hAnsi="KaiTi" w:cs="KaiTi"/>
                <w:color w:val="000000"/>
                <w:lang w:eastAsia="zh-CN"/>
              </w:rPr>
              <w:t>轮番登台，好不热闹！</w:t>
            </w:r>
          </w:p>
          <w:p w14:paraId="19CC0052" w14:textId="77777777" w:rsidR="00B475E2" w:rsidRDefault="00B475E2" w:rsidP="005A467C">
            <w:pPr>
              <w:spacing w:line="360" w:lineRule="auto"/>
              <w:ind w:firstLine="420"/>
              <w:jc w:val="both"/>
              <w:textAlignment w:val="center"/>
              <w:rPr>
                <w:color w:val="000000"/>
                <w:lang w:eastAsia="zh-CN"/>
              </w:rPr>
            </w:pPr>
            <w:r>
              <w:rPr>
                <w:rFonts w:ascii="KaiTi" w:eastAsia="KaiTi" w:hAnsi="KaiTi" w:cs="KaiTi"/>
                <w:color w:val="000000"/>
                <w:lang w:eastAsia="zh-CN"/>
              </w:rPr>
              <w:t>⑧不得不承认，这些山间的鸟儿确实比人更懂得</w:t>
            </w:r>
            <w:r>
              <w:rPr>
                <w:rFonts w:ascii="SimSun" w:eastAsia="SimSun" w:hAnsi="SimSun" w:cs="SimSun"/>
                <w:color w:val="000000"/>
                <w:lang w:eastAsia="zh-CN"/>
              </w:rPr>
              <w:t>“</w:t>
            </w:r>
            <w:r>
              <w:rPr>
                <w:rFonts w:ascii="KaiTi" w:eastAsia="KaiTi" w:hAnsi="KaiTi" w:cs="KaiTi"/>
                <w:color w:val="000000"/>
                <w:lang w:eastAsia="zh-CN"/>
              </w:rPr>
              <w:t>春光易逝</w:t>
            </w:r>
            <w:r>
              <w:rPr>
                <w:rFonts w:ascii="SimSun" w:eastAsia="SimSun" w:hAnsi="SimSun" w:cs="SimSun"/>
                <w:color w:val="000000"/>
                <w:lang w:eastAsia="zh-CN"/>
              </w:rPr>
              <w:t>”</w:t>
            </w:r>
            <w:r>
              <w:rPr>
                <w:rFonts w:ascii="KaiTi" w:eastAsia="KaiTi" w:hAnsi="KaiTi" w:cs="KaiTi"/>
                <w:color w:val="000000"/>
                <w:lang w:eastAsia="zh-CN"/>
              </w:rPr>
              <w:t>这个词。不信，你听，此时山间群鸟正喧哗，而人间却又有几人在这大好展光中醒来呢？</w:t>
            </w:r>
          </w:p>
        </w:tc>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234FED7" w14:textId="77777777" w:rsidR="00B475E2" w:rsidRDefault="00B475E2" w:rsidP="005A467C">
            <w:pPr>
              <w:spacing w:line="360" w:lineRule="auto"/>
              <w:jc w:val="both"/>
              <w:textAlignment w:val="center"/>
              <w:rPr>
                <w:color w:val="000000"/>
                <w:lang w:eastAsia="zh-CN"/>
              </w:rPr>
            </w:pPr>
            <w:r>
              <w:rPr>
                <w:color w:val="000000"/>
                <w:lang w:eastAsia="zh-CN"/>
              </w:rPr>
              <w:lastRenderedPageBreak/>
              <w:br/>
            </w:r>
          </w:p>
          <w:p w14:paraId="062148AA" w14:textId="77777777" w:rsidR="00B475E2" w:rsidRDefault="00B475E2" w:rsidP="005A467C">
            <w:pPr>
              <w:spacing w:line="360" w:lineRule="auto"/>
              <w:jc w:val="both"/>
              <w:textAlignment w:val="center"/>
              <w:rPr>
                <w:color w:val="000000"/>
                <w:lang w:eastAsia="zh-CN"/>
              </w:rPr>
            </w:pPr>
            <w:r>
              <w:rPr>
                <w:color w:val="000000"/>
                <w:lang w:eastAsia="zh-CN"/>
              </w:rPr>
              <w:br/>
            </w:r>
          </w:p>
          <w:p w14:paraId="45ED4AF8"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“流”字极妙，</w:t>
            </w:r>
          </w:p>
          <w:p w14:paraId="3B61E230"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写出了</w:t>
            </w:r>
            <w:r>
              <w:rPr>
                <w:rFonts w:ascii="SimSun" w:eastAsia="SimSun" w:hAnsi="SimSun" w:cs="SimSun"/>
                <w:color w:val="000000"/>
                <w:u w:val="single"/>
                <w:lang w:eastAsia="zh-CN"/>
              </w:rPr>
              <w:t xml:space="preserve"> ①_</w:t>
            </w:r>
            <w:r>
              <w:rPr>
                <w:rFonts w:ascii="SimSun" w:eastAsia="SimSun" w:hAnsi="SimSun" w:cs="SimSun"/>
                <w:color w:val="000000"/>
                <w:lang w:eastAsia="zh-CN"/>
              </w:rPr>
              <w:t>。</w:t>
            </w:r>
          </w:p>
          <w:p w14:paraId="352F19F7" w14:textId="77777777" w:rsidR="00B475E2" w:rsidRDefault="00B475E2" w:rsidP="005A467C">
            <w:pPr>
              <w:spacing w:line="360" w:lineRule="auto"/>
              <w:jc w:val="both"/>
              <w:textAlignment w:val="center"/>
              <w:rPr>
                <w:color w:val="000000"/>
                <w:lang w:eastAsia="zh-CN"/>
              </w:rPr>
            </w:pPr>
            <w:r>
              <w:rPr>
                <w:color w:val="000000"/>
                <w:lang w:eastAsia="zh-CN"/>
              </w:rPr>
              <w:br/>
            </w:r>
          </w:p>
          <w:p w14:paraId="6B03D9FE" w14:textId="77777777" w:rsidR="00B475E2" w:rsidRDefault="00B475E2" w:rsidP="005A467C">
            <w:pPr>
              <w:spacing w:line="360" w:lineRule="auto"/>
              <w:jc w:val="both"/>
              <w:textAlignment w:val="center"/>
              <w:rPr>
                <w:color w:val="000000"/>
                <w:lang w:eastAsia="zh-CN"/>
              </w:rPr>
            </w:pPr>
            <w:r>
              <w:rPr>
                <w:color w:val="000000"/>
                <w:lang w:eastAsia="zh-CN"/>
              </w:rPr>
              <w:br/>
            </w:r>
          </w:p>
          <w:p w14:paraId="0DCEC722" w14:textId="77777777" w:rsidR="00B475E2" w:rsidRDefault="00B475E2" w:rsidP="005A467C">
            <w:pPr>
              <w:spacing w:line="360" w:lineRule="auto"/>
              <w:jc w:val="both"/>
              <w:textAlignment w:val="center"/>
              <w:rPr>
                <w:color w:val="000000"/>
                <w:lang w:eastAsia="zh-CN"/>
              </w:rPr>
            </w:pPr>
            <w:r>
              <w:rPr>
                <w:color w:val="000000"/>
                <w:lang w:eastAsia="zh-CN"/>
              </w:rPr>
              <w:lastRenderedPageBreak/>
              <w:br/>
            </w:r>
          </w:p>
          <w:p w14:paraId="50BA1F85" w14:textId="77777777" w:rsidR="00B475E2" w:rsidRDefault="00B475E2" w:rsidP="005A467C">
            <w:pPr>
              <w:spacing w:line="360" w:lineRule="auto"/>
              <w:jc w:val="both"/>
              <w:textAlignment w:val="center"/>
              <w:rPr>
                <w:color w:val="000000"/>
                <w:lang w:eastAsia="zh-CN"/>
              </w:rPr>
            </w:pPr>
            <w:r>
              <w:rPr>
                <w:color w:val="000000"/>
                <w:lang w:eastAsia="zh-CN"/>
              </w:rPr>
              <w:br/>
            </w:r>
          </w:p>
          <w:p w14:paraId="0F5805B0" w14:textId="77777777" w:rsidR="00B475E2" w:rsidRDefault="00B475E2" w:rsidP="005A467C">
            <w:pPr>
              <w:spacing w:line="360" w:lineRule="auto"/>
              <w:jc w:val="both"/>
              <w:textAlignment w:val="center"/>
              <w:rPr>
                <w:color w:val="000000"/>
                <w:lang w:eastAsia="zh-CN"/>
              </w:rPr>
            </w:pPr>
            <w:r>
              <w:rPr>
                <w:color w:val="000000"/>
                <w:lang w:eastAsia="zh-CN"/>
              </w:rPr>
              <w:br/>
            </w:r>
          </w:p>
          <w:p w14:paraId="3EDEF8A5"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连用四个比喻，</w:t>
            </w:r>
          </w:p>
          <w:p w14:paraId="0AF5A544"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“似口哨”写出</w:t>
            </w:r>
          </w:p>
          <w:p w14:paraId="0CD1D495"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鸟声响亮，“似溪声，似琴音”表现</w:t>
            </w:r>
            <w:r>
              <w:rPr>
                <w:rFonts w:ascii="SimSun" w:eastAsia="SimSun" w:hAnsi="SimSun" w:cs="SimSun"/>
                <w:color w:val="000000"/>
                <w:u w:val="single"/>
                <w:lang w:eastAsia="zh-CN"/>
              </w:rPr>
              <w:t xml:space="preserve">  ② </w:t>
            </w:r>
            <w:r>
              <w:rPr>
                <w:rFonts w:ascii="SimSun" w:eastAsia="SimSun" w:hAnsi="SimSun" w:cs="SimSun"/>
                <w:color w:val="000000"/>
                <w:lang w:eastAsia="zh-CN"/>
              </w:rPr>
              <w:t>，似</w:t>
            </w:r>
          </w:p>
          <w:p w14:paraId="68D5186A"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一曲天籁”极言鸟声美妙。</w:t>
            </w:r>
          </w:p>
          <w:p w14:paraId="521694DD" w14:textId="77777777" w:rsidR="00B475E2" w:rsidRDefault="00B475E2" w:rsidP="005A467C">
            <w:pPr>
              <w:spacing w:line="360" w:lineRule="auto"/>
              <w:jc w:val="both"/>
              <w:textAlignment w:val="center"/>
              <w:rPr>
                <w:color w:val="000000"/>
                <w:lang w:eastAsia="zh-CN"/>
              </w:rPr>
            </w:pPr>
            <w:r>
              <w:rPr>
                <w:color w:val="000000"/>
                <w:lang w:eastAsia="zh-CN"/>
              </w:rPr>
              <w:br/>
            </w:r>
          </w:p>
          <w:p w14:paraId="4759D3E0" w14:textId="77777777" w:rsidR="00B475E2" w:rsidRDefault="00B475E2" w:rsidP="005A467C">
            <w:pPr>
              <w:spacing w:line="360" w:lineRule="auto"/>
              <w:jc w:val="both"/>
              <w:textAlignment w:val="center"/>
              <w:rPr>
                <w:color w:val="000000"/>
                <w:lang w:eastAsia="zh-CN"/>
              </w:rPr>
            </w:pPr>
            <w:r>
              <w:rPr>
                <w:color w:val="000000"/>
                <w:lang w:eastAsia="zh-CN"/>
              </w:rPr>
              <w:br/>
            </w:r>
          </w:p>
          <w:p w14:paraId="5C22204D" w14:textId="77777777" w:rsidR="00B475E2" w:rsidRDefault="00B475E2" w:rsidP="005A467C">
            <w:pPr>
              <w:spacing w:line="360" w:lineRule="auto"/>
              <w:jc w:val="both"/>
              <w:textAlignment w:val="center"/>
              <w:rPr>
                <w:color w:val="000000"/>
                <w:lang w:eastAsia="zh-CN"/>
              </w:rPr>
            </w:pPr>
            <w:r>
              <w:rPr>
                <w:color w:val="000000"/>
                <w:lang w:eastAsia="zh-CN"/>
              </w:rPr>
              <w:br/>
            </w:r>
          </w:p>
          <w:p w14:paraId="243E0157"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此处用了拟人的手法，我能</w:t>
            </w:r>
            <w:r>
              <w:rPr>
                <w:rFonts w:ascii="SimSun" w:eastAsia="SimSun" w:hAnsi="SimSun" w:cs="SimSun"/>
                <w:color w:val="000000"/>
                <w:lang w:eastAsia="zh-CN"/>
              </w:rPr>
              <w:lastRenderedPageBreak/>
              <w:t>从中感受到</w:t>
            </w:r>
            <w:r>
              <w:rPr>
                <w:rFonts w:ascii="SimSun" w:eastAsia="SimSun" w:hAnsi="SimSun" w:cs="SimSun"/>
                <w:color w:val="000000"/>
                <w:u w:val="single"/>
                <w:lang w:eastAsia="zh-CN"/>
              </w:rPr>
              <w:t>__③__</w:t>
            </w:r>
            <w:r>
              <w:rPr>
                <w:rFonts w:ascii="SimSun" w:eastAsia="SimSun" w:hAnsi="SimSun" w:cs="SimSun"/>
                <w:color w:val="000000"/>
                <w:lang w:eastAsia="zh-CN"/>
              </w:rPr>
              <w:t xml:space="preserve"> 。</w:t>
            </w:r>
          </w:p>
          <w:p w14:paraId="79C63880" w14:textId="77777777" w:rsidR="00B475E2" w:rsidRDefault="00B475E2" w:rsidP="005A467C">
            <w:pPr>
              <w:spacing w:line="360" w:lineRule="auto"/>
              <w:jc w:val="both"/>
              <w:textAlignment w:val="center"/>
              <w:rPr>
                <w:color w:val="000000"/>
                <w:lang w:eastAsia="zh-CN"/>
              </w:rPr>
            </w:pPr>
            <w:r>
              <w:rPr>
                <w:color w:val="000000"/>
                <w:lang w:eastAsia="zh-CN"/>
              </w:rPr>
              <w:br/>
            </w:r>
          </w:p>
        </w:tc>
      </w:tr>
    </w:tbl>
    <w:p w14:paraId="75F777F8"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lastRenderedPageBreak/>
        <w:t>【注释】①[鸟鸣山更幽]语出王籍《入若耶溪》：“躲腔何泛泛，空水共悠悠。阴霞生远岫。阳景逐回流。蝉噪林逾静，鸟鸣山更幽。此地动归念，长年恶倦游。”</w:t>
      </w:r>
    </w:p>
    <w:p w14:paraId="31C25856"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从上文的旁批中任选两处，将其内容补充完整。</w:t>
      </w:r>
    </w:p>
    <w:p w14:paraId="07C39CCF"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①</w:t>
      </w:r>
      <w:r>
        <w:rPr>
          <w:color w:val="000000"/>
          <w:lang w:eastAsia="zh-CN"/>
        </w:rPr>
        <w:t>_________</w:t>
      </w:r>
      <w:r>
        <w:rPr>
          <w:rFonts w:ascii="SimSun" w:eastAsia="SimSun" w:hAnsi="SimSun" w:cs="SimSun"/>
          <w:color w:val="000000"/>
          <w:lang w:eastAsia="zh-CN"/>
        </w:rPr>
        <w:t xml:space="preserve"> ② </w:t>
      </w:r>
      <w:r>
        <w:rPr>
          <w:color w:val="000000"/>
          <w:lang w:eastAsia="zh-CN"/>
        </w:rPr>
        <w:t>_________</w:t>
      </w:r>
      <w:r>
        <w:rPr>
          <w:rFonts w:ascii="SimSun" w:eastAsia="SimSun" w:hAnsi="SimSun" w:cs="SimSun"/>
          <w:color w:val="000000"/>
          <w:lang w:eastAsia="zh-CN"/>
        </w:rPr>
        <w:t xml:space="preserve"> ③ </w:t>
      </w:r>
      <w:r>
        <w:rPr>
          <w:color w:val="000000"/>
          <w:lang w:eastAsia="zh-CN"/>
        </w:rPr>
        <w:t>__________</w:t>
      </w:r>
    </w:p>
    <w:p w14:paraId="76636233"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摘录一处你阅读中有疑惑</w:t>
      </w:r>
      <w:r>
        <w:rPr>
          <w:rFonts w:ascii="SimSun" w:eastAsia="SimSun" w:hAnsi="SimSun" w:cs="SimSun"/>
          <w:noProof/>
          <w:color w:val="000000"/>
        </w:rPr>
        <w:drawing>
          <wp:inline distT="0" distB="0" distL="114300" distR="114300" wp14:anchorId="4873D3C1" wp14:editId="1E8F7A38">
            <wp:extent cx="133350" cy="177800"/>
            <wp:effectExtent l="0" t="0" r="0" b="13335"/>
            <wp:docPr id="126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图片 100007"/>
                    <pic:cNvPicPr>
                      <a:picLocks noChangeAspect="1"/>
                    </pic:cNvPicPr>
                  </pic:nvPicPr>
                  <pic:blipFill>
                    <a:blip r:embed="rId19"/>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地方，并做出批注。</w:t>
      </w:r>
    </w:p>
    <w:p w14:paraId="5DBB36C9"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摘录：</w:t>
      </w:r>
      <w:r>
        <w:rPr>
          <w:color w:val="000000"/>
          <w:lang w:eastAsia="zh-CN"/>
        </w:rPr>
        <w:t>_____________</w:t>
      </w:r>
      <w:r>
        <w:rPr>
          <w:rFonts w:ascii="SimSun" w:eastAsia="SimSun" w:hAnsi="SimSun" w:cs="SimSun"/>
          <w:color w:val="000000"/>
          <w:lang w:eastAsia="zh-CN"/>
        </w:rPr>
        <w:t>批注：</w:t>
      </w:r>
      <w:r>
        <w:rPr>
          <w:color w:val="000000"/>
          <w:lang w:eastAsia="zh-CN"/>
        </w:rPr>
        <w:t>_____________</w:t>
      </w:r>
    </w:p>
    <w:p w14:paraId="7231AB63"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结合全文内容说说，作者借春鸟喧哗意在表达什么？</w:t>
      </w:r>
    </w:p>
    <w:p w14:paraId="7688E428"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（二） （共</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w:t>
      </w:r>
    </w:p>
    <w:p w14:paraId="7CA5C1A6"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阅读《丑婆》，完成下面小题。</w:t>
      </w:r>
    </w:p>
    <w:p w14:paraId="7E02E587"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丑婆</w:t>
      </w:r>
    </w:p>
    <w:p w14:paraId="502C5F5B"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安武林</w:t>
      </w:r>
    </w:p>
    <w:p w14:paraId="515314E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丑婆家的朱漆大门，一年四季都紧紧关着，高高的院墙内，住着无儿无女没有亲人的丑婆。听大人们形容丑婆：矮小，小脚，一脸的麻子，眼睛是一条很小的缝，眼球根本看不见东西，嘴脸的形状和原始人差不多。</w:t>
      </w:r>
    </w:p>
    <w:p w14:paraId="7B54C80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平日里，丑婆的传说村里经常有，我们这些孩子像听鬼怪故事一样，怀着既兴奋又惧怕的心情，渴望多知道一些有关丑婆的一些事情。听得多了，我们把丑婆当成了恐吓女孩子的借口。黄昏时分，我们几个淘气的男孩子，故意躲在暗处，看见胆小的女孩子走来，就出其不意拉长腔调说：我是丑婆，小丫头，让我亲亲你。那些女孩子保准吓得哭鼻子，而我们在背后哈哈大笑。</w:t>
      </w:r>
    </w:p>
    <w:p w14:paraId="7E8A17D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③我们故意吓唬女孩子，其实我们心里也很虚。若是有人像我们一样，在背后给我们来一家伙，没准儿我们也是丑态百出。有几次，我们几个胆大的男孩，轻手轻脚走到丑婆的门前，趴在门缝向里瞧。丑婆的门正对着一堵剥落的照壁，里面什么都看不见。可我们却得意非凡，像玩打仗的游戏得胜了一样，雄赳赳气昂昂回家了。</w:t>
      </w:r>
    </w:p>
    <w:p w14:paraId="12C1A3F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第二天，我们再向其他同学吹嘘。啊，我看见了丑婆。丑婆还冲我乐呢。丑婆还同我说了话。丑婆还邀请我去她家玩。我们各自发挥自己的想象力，绘声绘色地描绘丑婆的形象和神态以及各种细节。我们所说的，不外乎还是大人们常常形容的那样子。尽管这样，其他的同学还是伸长脖子，支愣着耳朵，羡慕地听我们讲丑婆的故事。</w:t>
      </w:r>
    </w:p>
    <w:p w14:paraId="29BB32B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我们都没有见过丑婆，却知道她很丑很可怕，和一个怪物差不多。丑婆很少在村里走动，所以愈发显得神秘。据我母亲讲，丑婆是害怕把孩子吓着，所以她一般在黑夜里走动。到晚上，我们这些孩子就不敢出门，老老实实地呆着父母的身边。真怕晚上会和丑婆偶尔撞上。</w:t>
      </w:r>
    </w:p>
    <w:p w14:paraId="0D963C8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桑葚熟了的时候，我的一个远房亲戚照例会送来肥嘟嘟的桑葚。一年一度从不间断。我很奇怪，我的远房亲戚总是趁我不在家的时候送桑葚来。有一次，我实在忍不住了便去问母亲，何时去看看远方的亲戚。母亲搪塞说，路很远很远，你走不动。再远，也应该去看看呀。人家那么大老远能给我送桑葚来，你们就不能带我去看看人家。母亲的脸一阵红一阵白，但不对我正面的指责做出解释和答复，好像她有难言之隐。</w:t>
      </w:r>
    </w:p>
    <w:p w14:paraId="579BCB0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一天晩上，我正睡得迷糊，突然被一阵剧烈的争吵惊醒了。爸爸说：孩子大了，咱们不能永远瞒着他，再说，这太不公平了。母亲嗫嚅着说：我不是担心咱们的孩子吗？爸爸说：丑婆刚刚来过，你没看见她的神态吗？她多想看看咱们的孩子，多想亲手抚摸一下咱们孩子的脸。可是，她没有，她觉得不配，她害怕弄醒孩子，更怕惊吓着孩子。你认为村里的路好走吗？黑灯瞎火的，丑婆还是一对小脚。母亲不再吱声，显然她被爸爸说服了。</w:t>
      </w:r>
    </w:p>
    <w:p w14:paraId="0EC96F5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爸爸和缓了一下语气，接着又说：孩子每年都吃着丑婆的桑葚，享受着她的爱，我们却不敢向孩子坦白，至少，我们的孩子应该当面谢谢人家才对。咱家的杏子不是熟了吗？挑些个大熟透的，让孩子给丑婆送去。</w:t>
      </w:r>
    </w:p>
    <w:p w14:paraId="60C035B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⑨啊，是丑婆？我惊讶地张大了嘴巴，差点没喊出声来。丑婆刚刚还来过，我在睡梦中的时候她来过了。我很懊悔，没能偷偷看一眼丑婆。她家有一株硕大的桑葚树，我们品尝着桑葚的甜蜜。</w:t>
      </w:r>
      <w:r>
        <w:rPr>
          <w:rFonts w:ascii="KaiTi" w:eastAsia="KaiTi" w:hAnsi="KaiTi" w:cs="KaiTi"/>
          <w:color w:val="000000"/>
          <w:u w:val="single"/>
          <w:lang w:eastAsia="zh-CN"/>
        </w:rPr>
        <w:t>我们这些孩子都是树上的小鸟，丑婆你就是生长着快乐的大树</w:t>
      </w:r>
      <w:r>
        <w:rPr>
          <w:rFonts w:ascii="KaiTi" w:eastAsia="KaiTi" w:hAnsi="KaiTi" w:cs="KaiTi"/>
          <w:color w:val="000000"/>
          <w:lang w:eastAsia="zh-CN"/>
        </w:rPr>
        <w:t>！</w:t>
      </w:r>
    </w:p>
    <w:p w14:paraId="48DA802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⑩父母吹灭了灯，他们休息了。他们商定好了明天由我去送杏子给丑婆。</w:t>
      </w:r>
    </w:p>
    <w:p w14:paraId="017358F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⑪那一夜，我失眠了，翻来覆去想着丑婆……</w:t>
      </w:r>
    </w:p>
    <w:p w14:paraId="4129052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⑫天亮了，我捧着杏子来到丑婆家的朱漆大门前，口中念念有词：丑婆，丑婆，我给你送杏子来了，请你开门。我的声音没有走调。我不害怕！</w:t>
      </w:r>
    </w:p>
    <w:p w14:paraId="5DB76197" w14:textId="77777777" w:rsidR="00B475E2" w:rsidRDefault="00B475E2" w:rsidP="00B475E2">
      <w:pPr>
        <w:spacing w:line="360" w:lineRule="auto"/>
        <w:ind w:firstLine="420"/>
        <w:jc w:val="right"/>
        <w:textAlignment w:val="center"/>
        <w:rPr>
          <w:color w:val="000000"/>
          <w:lang w:eastAsia="zh-CN"/>
        </w:rPr>
      </w:pPr>
      <w:r>
        <w:rPr>
          <w:rFonts w:ascii="KaiTi" w:eastAsia="KaiTi" w:hAnsi="KaiTi" w:cs="KaiTi"/>
          <w:color w:val="000000"/>
          <w:lang w:eastAsia="zh-CN"/>
        </w:rPr>
        <w:t>（有删改）</w:t>
      </w:r>
    </w:p>
    <w:p w14:paraId="5F27BA8A"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阅读文章，摘录文中表明事情发展的时间，概括事件及“我”不同阶段的心理，填写下表。</w:t>
      </w:r>
    </w:p>
    <w:tbl>
      <w:tblPr>
        <w:tblW w:w="5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695"/>
        <w:gridCol w:w="2130"/>
        <w:gridCol w:w="1845"/>
      </w:tblGrid>
      <w:tr w:rsidR="00B475E2" w14:paraId="45C9DD0A"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2C346D" w14:textId="77777777" w:rsidR="00B475E2" w:rsidRDefault="00B475E2" w:rsidP="005A467C">
            <w:pPr>
              <w:spacing w:line="360" w:lineRule="auto"/>
              <w:textAlignment w:val="center"/>
              <w:rPr>
                <w:color w:val="000000"/>
              </w:rPr>
            </w:pPr>
            <w:r>
              <w:rPr>
                <w:rFonts w:ascii="SimSun" w:eastAsia="SimSun" w:hAnsi="SimSun" w:cs="SimSun"/>
                <w:color w:val="000000"/>
              </w:rPr>
              <w:t>时间</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E3E97A" w14:textId="77777777" w:rsidR="00B475E2" w:rsidRDefault="00B475E2" w:rsidP="005A467C">
            <w:pPr>
              <w:spacing w:line="360" w:lineRule="auto"/>
              <w:textAlignment w:val="center"/>
              <w:rPr>
                <w:color w:val="000000"/>
              </w:rPr>
            </w:pPr>
            <w:r>
              <w:rPr>
                <w:rFonts w:ascii="SimSun" w:eastAsia="SimSun" w:hAnsi="SimSun" w:cs="SimSun"/>
                <w:color w:val="000000"/>
              </w:rPr>
              <w:t>事件</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80C9C7" w14:textId="77777777" w:rsidR="00B475E2" w:rsidRDefault="00B475E2" w:rsidP="005A467C">
            <w:pPr>
              <w:spacing w:line="360" w:lineRule="auto"/>
              <w:textAlignment w:val="center"/>
              <w:rPr>
                <w:color w:val="000000"/>
              </w:rPr>
            </w:pPr>
            <w:r>
              <w:rPr>
                <w:rFonts w:ascii="SimSun" w:eastAsia="SimSun" w:hAnsi="SimSun" w:cs="SimSun"/>
                <w:color w:val="000000"/>
              </w:rPr>
              <w:t>心理</w:t>
            </w:r>
          </w:p>
        </w:tc>
      </w:tr>
      <w:tr w:rsidR="00B475E2" w14:paraId="54FBE7E4"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31AB50" w14:textId="77777777" w:rsidR="00B475E2" w:rsidRDefault="00B475E2" w:rsidP="005A467C">
            <w:pPr>
              <w:spacing w:line="360" w:lineRule="auto"/>
              <w:textAlignment w:val="center"/>
              <w:rPr>
                <w:color w:val="000000"/>
              </w:rPr>
            </w:pPr>
            <w:r>
              <w:rPr>
                <w:rFonts w:ascii="SimSun" w:eastAsia="SimSun" w:hAnsi="SimSun" w:cs="SimSun"/>
                <w:color w:val="000000"/>
              </w:rPr>
              <w:t>平日里</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85FE5E" w14:textId="77777777" w:rsidR="00B475E2" w:rsidRDefault="00B475E2" w:rsidP="005A467C">
            <w:pPr>
              <w:spacing w:line="360" w:lineRule="auto"/>
              <w:textAlignment w:val="center"/>
              <w:rPr>
                <w:color w:val="000000"/>
              </w:rPr>
            </w:pPr>
            <w:r>
              <w:rPr>
                <w:rFonts w:ascii="SimSun" w:eastAsia="SimSun" w:hAnsi="SimSun" w:cs="SimSun"/>
                <w:color w:val="000000"/>
              </w:rPr>
              <w:t>听丑婆的传闻</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7C41FA" w14:textId="77777777" w:rsidR="00B475E2" w:rsidRDefault="00B475E2" w:rsidP="005A467C">
            <w:pPr>
              <w:spacing w:line="360" w:lineRule="auto"/>
              <w:textAlignment w:val="center"/>
              <w:rPr>
                <w:color w:val="000000"/>
              </w:rPr>
            </w:pPr>
            <w:r>
              <w:rPr>
                <w:rFonts w:ascii="SimSun" w:eastAsia="SimSun" w:hAnsi="SimSun" w:cs="SimSun"/>
                <w:color w:val="000000"/>
              </w:rPr>
              <w:t>①</w:t>
            </w:r>
          </w:p>
        </w:tc>
      </w:tr>
      <w:tr w:rsidR="00B475E2" w14:paraId="41DF8D42"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FBE806" w14:textId="77777777" w:rsidR="00B475E2" w:rsidRDefault="00B475E2" w:rsidP="005A467C">
            <w:pPr>
              <w:spacing w:line="360" w:lineRule="auto"/>
              <w:textAlignment w:val="center"/>
              <w:rPr>
                <w:color w:val="000000"/>
              </w:rPr>
            </w:pPr>
            <w:r>
              <w:rPr>
                <w:rFonts w:ascii="SimSun" w:eastAsia="SimSun" w:hAnsi="SimSun" w:cs="SimSun"/>
                <w:color w:val="000000"/>
              </w:rPr>
              <w:t>②</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0111FD" w14:textId="77777777" w:rsidR="00B475E2" w:rsidRDefault="00B475E2" w:rsidP="005A467C">
            <w:pPr>
              <w:spacing w:line="360" w:lineRule="auto"/>
              <w:textAlignment w:val="center"/>
              <w:rPr>
                <w:color w:val="000000"/>
              </w:rPr>
            </w:pPr>
            <w:r>
              <w:rPr>
                <w:rFonts w:ascii="SimSun" w:eastAsia="SimSun" w:hAnsi="SimSun" w:cs="SimSun"/>
                <w:color w:val="000000"/>
              </w:rPr>
              <w:t>③</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1BC84A" w14:textId="77777777" w:rsidR="00B475E2" w:rsidRDefault="00B475E2" w:rsidP="005A467C">
            <w:pPr>
              <w:spacing w:line="360" w:lineRule="auto"/>
              <w:textAlignment w:val="center"/>
              <w:rPr>
                <w:color w:val="000000"/>
              </w:rPr>
            </w:pPr>
            <w:r>
              <w:rPr>
                <w:rFonts w:ascii="SimSun" w:eastAsia="SimSun" w:hAnsi="SimSun" w:cs="SimSun"/>
                <w:color w:val="000000"/>
              </w:rPr>
              <w:t>惊讶、懊悔</w:t>
            </w:r>
          </w:p>
        </w:tc>
      </w:tr>
      <w:tr w:rsidR="00B475E2" w14:paraId="25370159" w14:textId="77777777" w:rsidTr="005A467C">
        <w:trPr>
          <w:trHeight w:val="330"/>
        </w:trPr>
        <w:tc>
          <w:tcPr>
            <w:tcW w:w="16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3B022B" w14:textId="77777777" w:rsidR="00B475E2" w:rsidRDefault="00B475E2" w:rsidP="005A467C">
            <w:pPr>
              <w:spacing w:line="360" w:lineRule="auto"/>
              <w:textAlignment w:val="center"/>
              <w:rPr>
                <w:color w:val="000000"/>
              </w:rPr>
            </w:pPr>
            <w:r>
              <w:rPr>
                <w:rFonts w:ascii="SimSun" w:eastAsia="SimSun" w:hAnsi="SimSun" w:cs="SimSun"/>
                <w:color w:val="000000"/>
              </w:rPr>
              <w:t>天亮了</w:t>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CEFE0B" w14:textId="77777777" w:rsidR="00B475E2" w:rsidRDefault="00B475E2" w:rsidP="005A467C">
            <w:pPr>
              <w:spacing w:line="360" w:lineRule="auto"/>
              <w:textAlignment w:val="center"/>
              <w:rPr>
                <w:color w:val="000000"/>
              </w:rPr>
            </w:pPr>
            <w:r>
              <w:rPr>
                <w:rFonts w:ascii="SimSun" w:eastAsia="SimSun" w:hAnsi="SimSun" w:cs="SimSun"/>
                <w:color w:val="000000"/>
              </w:rPr>
              <w:t>④</w:t>
            </w:r>
          </w:p>
        </w:tc>
        <w:tc>
          <w:tcPr>
            <w:tcW w:w="18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F4BE59" w14:textId="77777777" w:rsidR="00B475E2" w:rsidRDefault="00B475E2" w:rsidP="005A467C">
            <w:pPr>
              <w:spacing w:line="360" w:lineRule="auto"/>
              <w:textAlignment w:val="center"/>
              <w:rPr>
                <w:color w:val="000000"/>
              </w:rPr>
            </w:pPr>
            <w:r>
              <w:rPr>
                <w:rFonts w:ascii="SimSun" w:eastAsia="SimSun" w:hAnsi="SimSun" w:cs="SimSun"/>
                <w:color w:val="000000"/>
              </w:rPr>
              <w:t>不害怕</w:t>
            </w:r>
          </w:p>
        </w:tc>
      </w:tr>
    </w:tbl>
    <w:p w14:paraId="4A3B82D5"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仿照第⑨段画线句，在横线处补写合适的内容。</w:t>
      </w:r>
    </w:p>
    <w:p w14:paraId="68170B81"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我们这些孩子都</w:t>
      </w:r>
      <w:r>
        <w:rPr>
          <w:rFonts w:ascii="SimSun" w:eastAsia="SimSun" w:hAnsi="SimSun" w:cs="SimSun"/>
          <w:noProof/>
          <w:color w:val="000000"/>
        </w:rPr>
        <w:drawing>
          <wp:inline distT="0" distB="0" distL="114300" distR="114300" wp14:anchorId="0150676D" wp14:editId="049C731A">
            <wp:extent cx="132080" cy="167640"/>
            <wp:effectExtent l="0" t="0" r="1270" b="3175"/>
            <wp:docPr id="126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图片 100009"/>
                    <pic:cNvPicPr>
                      <a:picLocks noChangeAspect="1"/>
                    </pic:cNvPicPr>
                  </pic:nvPicPr>
                  <pic:blipFill>
                    <a:blip r:embed="rId20"/>
                    <a:stretch>
                      <a:fillRect/>
                    </a:stretch>
                  </pic:blipFill>
                  <pic:spPr>
                    <a:xfrm>
                      <a:off x="0" y="0"/>
                      <a:ext cx="132080" cy="167640"/>
                    </a:xfrm>
                    <a:prstGeom prst="rect">
                      <a:avLst/>
                    </a:prstGeom>
                  </pic:spPr>
                </pic:pic>
              </a:graphicData>
            </a:graphic>
          </wp:inline>
        </w:drawing>
      </w:r>
      <w:r>
        <w:rPr>
          <w:rFonts w:ascii="SimSun" w:eastAsia="SimSun" w:hAnsi="SimSun" w:cs="SimSun"/>
          <w:color w:val="000000"/>
          <w:u w:val="single"/>
          <w:lang w:eastAsia="zh-CN"/>
        </w:rPr>
        <w:t>①</w:t>
      </w:r>
      <w:r>
        <w:rPr>
          <w:color w:val="000000"/>
          <w:lang w:eastAsia="zh-CN"/>
        </w:rPr>
        <w:t>______</w:t>
      </w:r>
      <w:r>
        <w:rPr>
          <w:rFonts w:ascii="SimSun" w:eastAsia="SimSun" w:hAnsi="SimSun" w:cs="SimSun"/>
          <w:color w:val="000000"/>
          <w:lang w:eastAsia="zh-CN"/>
        </w:rPr>
        <w:t>，丑婆你就是</w:t>
      </w:r>
      <w:r>
        <w:rPr>
          <w:rFonts w:ascii="SimSun" w:eastAsia="SimSun" w:hAnsi="SimSun" w:cs="SimSun"/>
          <w:color w:val="000000"/>
          <w:u w:val="single"/>
          <w:lang w:eastAsia="zh-CN"/>
        </w:rPr>
        <w:t>②</w:t>
      </w:r>
      <w:r>
        <w:rPr>
          <w:color w:val="000000"/>
          <w:lang w:eastAsia="zh-CN"/>
        </w:rPr>
        <w:t>______</w:t>
      </w:r>
      <w:r>
        <w:rPr>
          <w:rFonts w:ascii="SimSun" w:eastAsia="SimSun" w:hAnsi="SimSun" w:cs="SimSun"/>
          <w:color w:val="000000"/>
          <w:lang w:eastAsia="zh-CN"/>
        </w:rPr>
        <w:t>！</w:t>
      </w:r>
    </w:p>
    <w:p w14:paraId="572143CE"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第①段写“那一夜，我失眠了，翻来覆去想着丑婆……”请结合上下文，合理想象，补写此刻“我”的心理活动。</w:t>
      </w:r>
    </w:p>
    <w:p w14:paraId="32331DEA"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阅读全文，你认为文中的丑婆丑吗？结合文章内容，谈谈你的理解。</w:t>
      </w:r>
    </w:p>
    <w:p w14:paraId="6E0F58F2" w14:textId="77777777" w:rsidR="00B475E2" w:rsidRDefault="00B475E2" w:rsidP="00B475E2">
      <w:pPr>
        <w:pStyle w:val="Heading3"/>
        <w:rPr>
          <w:lang w:eastAsia="zh-CN"/>
        </w:rPr>
      </w:pPr>
      <w:bookmarkStart w:id="14" w:name="_Toc235355012"/>
      <w:r>
        <w:rPr>
          <w:lang w:eastAsia="zh-CN"/>
        </w:rPr>
        <w:t>第十八中学</w:t>
      </w:r>
      <w:bookmarkEnd w:id="14"/>
    </w:p>
    <w:p w14:paraId="5DD42BEE"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w:t>
      </w:r>
      <w:r>
        <w:rPr>
          <w:rFonts w:ascii="Times New Roman" w:eastAsia="Times New Roman" w:hAnsi="Times New Roman" w:cs="Times New Roman"/>
          <w:b/>
          <w:color w:val="000000"/>
          <w:sz w:val="24"/>
          <w:lang w:eastAsia="zh-CN"/>
        </w:rPr>
        <w:t>22</w:t>
      </w:r>
      <w:r>
        <w:rPr>
          <w:rFonts w:ascii="SimSun" w:eastAsia="SimSun" w:hAnsi="SimSun" w:cs="SimSun"/>
          <w:b/>
          <w:color w:val="000000"/>
          <w:sz w:val="24"/>
          <w:lang w:eastAsia="zh-CN"/>
        </w:rPr>
        <w:t>分）</w:t>
      </w:r>
    </w:p>
    <w:p w14:paraId="2FA63895"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15. </w:t>
      </w:r>
      <w:r>
        <w:rPr>
          <w:rFonts w:ascii="SimSun" w:eastAsia="SimSun" w:hAnsi="SimSun" w:cs="SimSun"/>
          <w:color w:val="000000"/>
          <w:lang w:eastAsia="zh-CN"/>
        </w:rPr>
        <w:t>阅读下面的文章，完成下面问题。</w:t>
      </w:r>
    </w:p>
    <w:p w14:paraId="16D56DEB"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故乡的芦苇</w:t>
      </w:r>
    </w:p>
    <w:p w14:paraId="14E69648"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樊发稼</w:t>
      </w:r>
    </w:p>
    <w:p w14:paraId="6D200DB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①长江口外，东海之滨，有一个美丽的绿色海岛。那就是我的故乡。</w:t>
      </w:r>
    </w:p>
    <w:p w14:paraId="01BA085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②二十几年在北国的大城市里工作，我常常想念我远在南方的故乡。</w:t>
      </w:r>
    </w:p>
    <w:p w14:paraId="58DF68C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生我养我的故乡啊，你给我留下多少梦幻般的、缤纷的记忆——那密如蛛网、纵横交错的清清亮亮的小河；那灿若群星、叫不出名字的各种各样的芬芳的野花；那望去像铺满碎金似的一畦畦油菜花；那朗朗秋空下熠熠耀目、洁白如云的棉花……</w:t>
      </w:r>
    </w:p>
    <w:p w14:paraId="0DC4168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然而，多年来最令我魂牵梦绕、永远不能忘怀的，却是故乡的芦苇——就是那些看来似乎很不起眼的、朴实无华的芦苇。一片片，一簇簇，迎着轻风，摇曳着修长的碧玉似的秀枝，远看犹如一朵朵绿色的轻云，在地平线上飘拂着，给乡村平添几分恬静和飘逸。</w:t>
      </w:r>
    </w:p>
    <w:p w14:paraId="36A02CC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⑤几乎所有的河沟、小湖、池塘，都有绿色的芦苇掩映着。</w:t>
      </w:r>
    </w:p>
    <w:p w14:paraId="39E2A6E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⑥每年，当春风刚刚吹谢雪花，故乡的芦苇就迫不及待地从还未退尽寒意的泥土里探出尖尖的靛青色的脑袋。【甲】</w:t>
      </w:r>
      <w:r>
        <w:rPr>
          <w:rFonts w:ascii="KaiTi" w:eastAsia="KaiTi" w:hAnsi="KaiTi" w:cs="KaiTi"/>
          <w:color w:val="000000"/>
          <w:u w:val="single"/>
          <w:lang w:eastAsia="zh-CN"/>
        </w:rPr>
        <w:t>它长得很快，要不了多少日子，它就可以长到几尺高，快活地舒展出它那扁平的狭长的叶子。</w:t>
      </w:r>
    </w:p>
    <w:p w14:paraId="472AF41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到这时候，我和小伙伴们最喜欢摘一片芦叶，熟练地卷成小小的哨子，放在嘴边，吹出各种悦耳的乐音，孩子们为这美妙的音乐所陶醉，在亮晶晶的小河边，在碧青青的草地上，快乐地奔跑着，忘情地呼唤着……</w:t>
      </w:r>
    </w:p>
    <w:p w14:paraId="55E30B5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⑧我们还喜欢用芦叶折成绿色的芦叶船。手巧的伙伴，还会从旧火柴匣上剪下小片片，当成舵，安在小船的尾部，还用香烟盒里的锡纸做成小小的银色的帆叶。【乙】</w:t>
      </w:r>
      <w:r>
        <w:rPr>
          <w:rFonts w:ascii="KaiTi" w:eastAsia="KaiTi" w:hAnsi="KaiTi" w:cs="KaiTi"/>
          <w:color w:val="000000"/>
          <w:u w:val="single"/>
          <w:lang w:eastAsia="zh-CN"/>
        </w:rPr>
        <w:t>我们一个个光着小脚丫，蹲伏在河滩上，小心翼翼地把各自的小船移到水面上。</w:t>
      </w:r>
      <w:r>
        <w:rPr>
          <w:rFonts w:ascii="SimSun" w:eastAsia="SimSun" w:hAnsi="SimSun" w:cs="SimSun"/>
          <w:color w:val="000000"/>
          <w:lang w:eastAsia="zh-CN"/>
        </w:rPr>
        <w:t>“</w:t>
      </w:r>
      <w:r>
        <w:rPr>
          <w:rFonts w:ascii="KaiTi" w:eastAsia="KaiTi" w:hAnsi="KaiTi" w:cs="KaiTi"/>
          <w:color w:val="000000"/>
          <w:lang w:eastAsia="zh-CN"/>
        </w:rPr>
        <w:t>开船！开船！</w:t>
      </w:r>
      <w:r>
        <w:rPr>
          <w:rFonts w:ascii="SimSun" w:eastAsia="SimSun" w:hAnsi="SimSun" w:cs="SimSun"/>
          <w:color w:val="000000"/>
          <w:lang w:eastAsia="zh-CN"/>
        </w:rPr>
        <w:t>”</w:t>
      </w:r>
      <w:r>
        <w:rPr>
          <w:rFonts w:ascii="KaiTi" w:eastAsia="KaiTi" w:hAnsi="KaiTi" w:cs="KaiTi"/>
          <w:color w:val="000000"/>
          <w:lang w:eastAsia="zh-CN"/>
        </w:rPr>
        <w:t>于是，在一片欢呼声中，绿色的</w:t>
      </w:r>
      <w:r>
        <w:rPr>
          <w:rFonts w:ascii="SimSun" w:eastAsia="SimSun" w:hAnsi="SimSun" w:cs="SimSun"/>
          <w:color w:val="000000"/>
          <w:lang w:eastAsia="zh-CN"/>
        </w:rPr>
        <w:t>“</w:t>
      </w:r>
      <w:r>
        <w:rPr>
          <w:rFonts w:ascii="KaiTi" w:eastAsia="KaiTi" w:hAnsi="KaiTi" w:cs="KaiTi"/>
          <w:color w:val="000000"/>
          <w:lang w:eastAsia="zh-CN"/>
        </w:rPr>
        <w:t>船队</w:t>
      </w:r>
      <w:r>
        <w:rPr>
          <w:rFonts w:ascii="SimSun" w:eastAsia="SimSun" w:hAnsi="SimSun" w:cs="SimSun"/>
          <w:color w:val="000000"/>
          <w:lang w:eastAsia="zh-CN"/>
        </w:rPr>
        <w:t>”</w:t>
      </w:r>
      <w:r>
        <w:rPr>
          <w:rFonts w:ascii="KaiTi" w:eastAsia="KaiTi" w:hAnsi="KaiTi" w:cs="KaiTi"/>
          <w:color w:val="000000"/>
          <w:lang w:eastAsia="zh-CN"/>
        </w:rPr>
        <w:t>便满载着我们纯真的幻想，顺流而去……</w:t>
      </w:r>
    </w:p>
    <w:p w14:paraId="0236110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⑨在那星月交辉的夏季，我最喜欢带着弟弟到芦苇丛中抓纺织娘。纺织娘通体透明，头上长着两根细长的触须，身上裹着两片薄薄的玻璃纸似的羽翼。我们把抓到的纺织娘小</w:t>
      </w:r>
      <w:r>
        <w:rPr>
          <w:rFonts w:ascii="KaiTi" w:eastAsia="KaiTi" w:hAnsi="KaiTi" w:cs="KaiTi"/>
          <w:color w:val="000000"/>
          <w:lang w:eastAsia="zh-CN"/>
        </w:rPr>
        <w:lastRenderedPageBreak/>
        <w:t>心地放进小竹笼子里，怕它们饿，就塞进几朵金红色的南瓜花，然后将笼子挂在蚊帐架上，任纺织娘用好听的歌声伴我们进入甜蜜的梦乡……</w:t>
      </w:r>
    </w:p>
    <w:p w14:paraId="6F37CA8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⑩啊，故乡的芦苇！因为你给过我不少童年的欢乐，所以我一直对你怀有一种特殊的亲切之感。每当想起你，我就会沉浸在童年美好的回忆之中……</w:t>
      </w:r>
    </w:p>
    <w:p w14:paraId="4A6265FB" w14:textId="77777777" w:rsidR="00B475E2" w:rsidRDefault="00B475E2" w:rsidP="00B475E2">
      <w:pPr>
        <w:spacing w:line="360" w:lineRule="auto"/>
        <w:textAlignment w:val="center"/>
        <w:rPr>
          <w:color w:val="000000"/>
          <w:lang w:eastAsia="zh-CN"/>
        </w:rPr>
      </w:pPr>
      <w:r>
        <w:rPr>
          <w:color w:val="000000"/>
          <w:lang w:eastAsia="zh-CN"/>
        </w:rPr>
        <w:t>（1）</w:t>
      </w:r>
      <w:r>
        <w:rPr>
          <w:rFonts w:ascii="SimSun" w:eastAsia="SimSun" w:hAnsi="SimSun" w:cs="SimSun"/>
          <w:color w:val="000000"/>
          <w:lang w:eastAsia="zh-CN"/>
        </w:rPr>
        <w:t>文中多次写到故乡芦苇带给作者的欢乐场景，概括内容，补全下面横线。</w:t>
      </w:r>
    </w:p>
    <w:p w14:paraId="3BEF282C"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当①</w:t>
      </w:r>
      <w:r>
        <w:rPr>
          <w:color w:val="000000"/>
          <w:lang w:eastAsia="zh-CN"/>
        </w:rPr>
        <w:t>___________</w:t>
      </w:r>
      <w:r>
        <w:rPr>
          <w:rFonts w:ascii="SimSun" w:eastAsia="SimSun" w:hAnsi="SimSun" w:cs="SimSun"/>
          <w:color w:val="000000"/>
          <w:lang w:eastAsia="zh-CN"/>
        </w:rPr>
        <w:t>时，美妙的音乐让孩子们陶醉；</w:t>
      </w:r>
    </w:p>
    <w:p w14:paraId="60E4FF97"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当②</w:t>
      </w:r>
      <w:r>
        <w:rPr>
          <w:color w:val="000000"/>
          <w:lang w:eastAsia="zh-CN"/>
        </w:rPr>
        <w:t>____________</w:t>
      </w:r>
      <w:r>
        <w:rPr>
          <w:rFonts w:ascii="SimSun" w:eastAsia="SimSun" w:hAnsi="SimSun" w:cs="SimSun"/>
          <w:color w:val="000000"/>
          <w:lang w:eastAsia="zh-CN"/>
        </w:rPr>
        <w:t>时，绿色的“船队”载着“我们”纯真的幻想，顺流而去；</w:t>
      </w:r>
    </w:p>
    <w:p w14:paraId="4C2E3B5E"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当③</w:t>
      </w:r>
      <w:r>
        <w:rPr>
          <w:color w:val="000000"/>
          <w:lang w:eastAsia="zh-CN"/>
        </w:rPr>
        <w:t>_______________</w:t>
      </w:r>
      <w:r>
        <w:rPr>
          <w:rFonts w:ascii="SimSun" w:eastAsia="SimSun" w:hAnsi="SimSun" w:cs="SimSun"/>
          <w:color w:val="000000"/>
          <w:lang w:eastAsia="zh-CN"/>
        </w:rPr>
        <w:t>时，任好听的歌声伴“我们”进入甜蜜的梦乡。</w:t>
      </w:r>
    </w:p>
    <w:p w14:paraId="24A85420" w14:textId="77777777" w:rsidR="00B475E2" w:rsidRDefault="00B475E2" w:rsidP="00B475E2">
      <w:pPr>
        <w:spacing w:line="360" w:lineRule="auto"/>
        <w:textAlignment w:val="center"/>
        <w:rPr>
          <w:color w:val="000000"/>
          <w:lang w:eastAsia="zh-CN"/>
        </w:rPr>
      </w:pPr>
      <w:r>
        <w:rPr>
          <w:color w:val="000000"/>
          <w:lang w:eastAsia="zh-CN"/>
        </w:rPr>
        <w:t>（2）</w:t>
      </w:r>
      <w:r>
        <w:rPr>
          <w:rFonts w:ascii="SimSun" w:eastAsia="SimSun" w:hAnsi="SimSun" w:cs="SimSun"/>
          <w:color w:val="000000"/>
          <w:lang w:eastAsia="zh-CN"/>
        </w:rPr>
        <w:t>本文生动地表达了作者在芦苇丛中玩耍的体验。请从【甲】【乙】两处画线句中任选一句，结合上下文，简要分析其妙处。</w:t>
      </w:r>
    </w:p>
    <w:p w14:paraId="68B01455"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 xml:space="preserve">选择 </w:t>
      </w:r>
      <w:r>
        <w:rPr>
          <w:rFonts w:ascii="SimSun" w:eastAsia="SimSun" w:hAnsi="SimSun" w:cs="SimSun"/>
          <w:color w:val="000000"/>
          <w:u w:val="single"/>
          <w:lang w:eastAsia="zh-CN"/>
        </w:rPr>
        <w:t xml:space="preserve">　      　</w:t>
      </w:r>
      <w:r>
        <w:rPr>
          <w:rFonts w:ascii="SimSun" w:eastAsia="SimSun" w:hAnsi="SimSun" w:cs="SimSun"/>
          <w:color w:val="000000"/>
          <w:lang w:eastAsia="zh-CN"/>
        </w:rPr>
        <w:t xml:space="preserve">句，理由 </w:t>
      </w:r>
      <w:r>
        <w:rPr>
          <w:rFonts w:ascii="SimSun" w:eastAsia="SimSun" w:hAnsi="SimSun" w:cs="SimSun"/>
          <w:color w:val="000000"/>
          <w:u w:val="single"/>
          <w:lang w:eastAsia="zh-CN"/>
        </w:rPr>
        <w:t xml:space="preserve">　                  　</w:t>
      </w:r>
      <w:r>
        <w:rPr>
          <w:rFonts w:ascii="SimSun" w:eastAsia="SimSun" w:hAnsi="SimSun" w:cs="SimSun"/>
          <w:color w:val="000000"/>
          <w:lang w:eastAsia="zh-CN"/>
        </w:rPr>
        <w:t>。</w:t>
      </w:r>
    </w:p>
    <w:p w14:paraId="4608F05F" w14:textId="77777777" w:rsidR="00B475E2" w:rsidRDefault="00B475E2" w:rsidP="00B475E2">
      <w:pPr>
        <w:spacing w:line="360" w:lineRule="auto"/>
        <w:textAlignment w:val="center"/>
        <w:rPr>
          <w:color w:val="000000"/>
          <w:lang w:eastAsia="zh-CN"/>
        </w:rPr>
      </w:pPr>
      <w:r>
        <w:rPr>
          <w:color w:val="000000"/>
          <w:lang w:eastAsia="zh-CN"/>
        </w:rPr>
        <w:t>（3）</w:t>
      </w:r>
      <w:r>
        <w:rPr>
          <w:rFonts w:ascii="SimSun" w:eastAsia="SimSun" w:hAnsi="SimSun" w:cs="SimSun"/>
          <w:color w:val="000000"/>
          <w:lang w:eastAsia="zh-CN"/>
        </w:rPr>
        <w:t>关于本文的题目，同学们在阅读后展开了讨论。有同学认为可以改为《童年的故乡》，你怎么看？请简述理由。</w:t>
      </w:r>
    </w:p>
    <w:p w14:paraId="5FFA5124"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阅读《老海棠树》，完成问题。</w:t>
      </w:r>
    </w:p>
    <w:p w14:paraId="2107A9BF"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老海棠树</w:t>
      </w:r>
    </w:p>
    <w:p w14:paraId="3E07CBCB"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史铁生</w:t>
      </w:r>
    </w:p>
    <w:p w14:paraId="4C22088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①如果可能，如果有一块空地，不论窗前屋后，要是能随我的心愿种点什么，我就种两棵树：一棵合欢，纪念母亲；一棵海棠，纪念我的奶奶。</w:t>
      </w:r>
    </w:p>
    <w:p w14:paraId="50AF194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②奶奶，和一棵老海棠树，在我的记忆里不能分开，好像她们从来就在一起。</w:t>
      </w:r>
    </w:p>
    <w:p w14:paraId="686AD0D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老海棠树有两条粗壮的枝桠，弯曲如一把躺椅，小时候我常爬上去，一天一天地就在那儿玩。奶奶在树下喊：“下来，下来吧，你就这么一天到晚呆在上头不下来了？”是的，我在那儿看小人书，用弹弓向四处射击，甚至在那儿写作业。“饭也在上头吃吗？”对，在上头吃。奶奶把盛好的饭菜举过头顶，我两腿攀紧树桠，一个海底捞月把碗筷接上</w:t>
      </w:r>
      <w:r>
        <w:rPr>
          <w:rFonts w:ascii="KaiTi" w:eastAsia="KaiTi" w:hAnsi="KaiTi" w:cs="KaiTi"/>
          <w:color w:val="000000"/>
          <w:lang w:eastAsia="zh-CN"/>
        </w:rPr>
        <w:lastRenderedPageBreak/>
        <w:t>来。“觉呢，也在上头睡？”没错。奶奶站在地上，站在屋前，站在老海棠树下，望着我……</w:t>
      </w:r>
    </w:p>
    <w:p w14:paraId="64DB1D4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春天，老海棠树摇动满树繁花，摇落一地雪似的花瓣。我记得奶奶坐在树下糊纸袋，不时地冲我唠叨：“就不下来帮帮我？你那小手儿糊得多快！”我在树上东一句西一句地唱歌。奶奶又说：“我求过你吗？这回活儿紧！”我说：“我爸我妈根本就不想让您糊那破玩意儿，是您自己非要这么累！”奶奶于是不再吭声，直了直腰，又凝神糊她的纸袋。</w:t>
      </w:r>
    </w:p>
    <w:p w14:paraId="44FEFDB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或者夏天，老海棠树枝繁叶茂，奶奶坐在树下的浓荫里，又不知从哪儿找来了补花的活儿，戴着老花镜，埋头于床单或被罩，一针一线地缝。天色暗下来时她冲我喊：“你就不能劳驾去洗洗菜？没见我忙不过来吗？”我跳下树，洗菜，胡乱一洗了事。奶奶生气了：“你们上班上学，就是这么糊弄？”奶奶把手里的活儿推开，一边重新洗菜一边说：“我就一辈子得给你们做饭？就不能有我自己的工作？”这回是我不再吭声。</w:t>
      </w:r>
    </w:p>
    <w:p w14:paraId="055835E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有年秋天，老海棠树照旧果实累累，落叶纷纷。那时我大些了，在外工作，从陕北回来看她，奶奶已经腰弯背驼。早晨，天还昏暗，奶奶就起来去扫院子，“唰啦唰啦”的声音把我惊醒，赶紧跑出去：“您歇着吧，我来，保证用不了三分钟。”可这回奶奶不要我帮：“你刚回来，去歇息着吧。”</w:t>
      </w:r>
    </w:p>
    <w:p w14:paraId="2419231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冬天，窗外，风中，老海棠树枯干的枝条敲打着屋檐，磨擦着窗棂。奶奶常常在灯下学习。她曾经读一本《扫盲识字课本》，再后是一字一句地念报纸上的头版新闻。那一回，奶奶举着一张报纸，小心地凑到我跟前：“这一段，你给我说说，到底什么意思？”我看也不看地就回答：“不知道。再说，您学那玩意儿有用吗？”奶奶立刻不语，惟低头盯着那张报纸，半天半天目光都不移动。我的心一下子收紧，但知已无法弥补。</w:t>
      </w:r>
      <w:r>
        <w:rPr>
          <w:rFonts w:ascii="KaiTi" w:eastAsia="KaiTi" w:hAnsi="KaiTi" w:cs="KaiTi"/>
          <w:color w:val="000000"/>
          <w:u w:val="single"/>
          <w:lang w:eastAsia="zh-CN"/>
        </w:rPr>
        <w:t>“奶奶。”“奶奶！”“奶奶——”</w:t>
      </w:r>
      <w:r>
        <w:rPr>
          <w:rFonts w:ascii="KaiTi" w:eastAsia="KaiTi" w:hAnsi="KaiTi" w:cs="KaiTi"/>
          <w:color w:val="000000"/>
          <w:lang w:eastAsia="zh-CN"/>
        </w:rPr>
        <w:t>我记得她终于抬起头时，眼里竟无对我的责备。</w:t>
      </w:r>
    </w:p>
    <w:p w14:paraId="7363A4A2" w14:textId="77777777" w:rsidR="00B475E2" w:rsidRDefault="00B475E2" w:rsidP="00B475E2">
      <w:pPr>
        <w:spacing w:line="360" w:lineRule="auto"/>
        <w:ind w:firstLine="420"/>
        <w:textAlignment w:val="center"/>
        <w:rPr>
          <w:color w:val="000000"/>
        </w:rPr>
      </w:pPr>
      <w:r>
        <w:rPr>
          <w:rFonts w:ascii="KaiTi" w:eastAsia="KaiTi" w:hAnsi="KaiTi" w:cs="KaiTi"/>
          <w:color w:val="000000"/>
        </w:rPr>
        <w:t>⑧……</w:t>
      </w:r>
    </w:p>
    <w:p w14:paraId="50AFCA0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rPr>
        <w:t>⑨如今，奶奶已离我而去。</w:t>
      </w:r>
      <w:r>
        <w:rPr>
          <w:rFonts w:ascii="KaiTi" w:eastAsia="KaiTi" w:hAnsi="KaiTi" w:cs="KaiTi"/>
          <w:color w:val="000000"/>
          <w:lang w:eastAsia="zh-CN"/>
        </w:rPr>
        <w:t>而在我的梦里，我的祈祷中，老海棠树也便随之飘然而去，跟随着奶奶，陪伴着她，围拢着她；奶奶坐在满树的繁花中，满地的浓荫里，望着我，或不时地要我给她说说：“这一段到底是什么意思？”——这形象，逐年地定格成我的思念，和我永生的痛悔。</w:t>
      </w:r>
    </w:p>
    <w:p w14:paraId="02E6F71E"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lastRenderedPageBreak/>
        <w:t>（有删改）</w:t>
      </w:r>
    </w:p>
    <w:p w14:paraId="71A2FBAF" w14:textId="77777777" w:rsidR="00B475E2" w:rsidRDefault="00B475E2" w:rsidP="00B475E2">
      <w:pPr>
        <w:spacing w:line="360" w:lineRule="auto"/>
        <w:textAlignment w:val="center"/>
        <w:rPr>
          <w:color w:val="000000"/>
          <w:lang w:eastAsia="zh-CN"/>
        </w:rPr>
      </w:pPr>
      <w:r>
        <w:rPr>
          <w:color w:val="000000"/>
          <w:lang w:eastAsia="zh-CN"/>
        </w:rPr>
        <w:t>（1）</w:t>
      </w:r>
      <w:r>
        <w:rPr>
          <w:rFonts w:ascii="SimSun" w:eastAsia="SimSun" w:hAnsi="SimSun" w:cs="SimSun"/>
          <w:color w:val="000000"/>
          <w:lang w:eastAsia="zh-CN"/>
        </w:rPr>
        <w:t>文章讲述了老海棠树下奶奶和“我”的故事，请把下面表格里的内容补充完整。</w:t>
      </w:r>
    </w:p>
    <w:tbl>
      <w:tblPr>
        <w:tblW w:w="7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07"/>
        <w:gridCol w:w="2750"/>
        <w:gridCol w:w="4313"/>
      </w:tblGrid>
      <w:tr w:rsidR="00B475E2" w14:paraId="004B65FD" w14:textId="77777777" w:rsidTr="005A467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9E54DA" w14:textId="77777777" w:rsidR="00B475E2" w:rsidRDefault="00B475E2" w:rsidP="005A467C">
            <w:pPr>
              <w:spacing w:line="360" w:lineRule="auto"/>
              <w:textAlignment w:val="center"/>
              <w:rPr>
                <w:color w:val="000000"/>
              </w:rPr>
            </w:pPr>
            <w:r>
              <w:rPr>
                <w:rFonts w:ascii="SimSun" w:eastAsia="SimSun" w:hAnsi="SimSun" w:cs="SimSun"/>
                <w:color w:val="000000"/>
              </w:rPr>
              <w:t>季节</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29E55F" w14:textId="77777777" w:rsidR="00B475E2" w:rsidRDefault="00B475E2" w:rsidP="005A467C">
            <w:pPr>
              <w:spacing w:line="360" w:lineRule="auto"/>
              <w:textAlignment w:val="center"/>
              <w:rPr>
                <w:color w:val="000000"/>
              </w:rPr>
            </w:pPr>
            <w:r>
              <w:rPr>
                <w:rFonts w:ascii="SimSun" w:eastAsia="SimSun" w:hAnsi="SimSun" w:cs="SimSun"/>
                <w:color w:val="000000"/>
              </w:rPr>
              <w:t>老海棠树</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7512D7F" w14:textId="77777777" w:rsidR="00B475E2" w:rsidRDefault="00B475E2" w:rsidP="005A467C">
            <w:pPr>
              <w:spacing w:line="360" w:lineRule="auto"/>
              <w:textAlignment w:val="center"/>
              <w:rPr>
                <w:color w:val="000000"/>
              </w:rPr>
            </w:pPr>
            <w:r>
              <w:rPr>
                <w:rFonts w:ascii="SimSun" w:eastAsia="SimSun" w:hAnsi="SimSun" w:cs="SimSun"/>
                <w:color w:val="000000"/>
              </w:rPr>
              <w:t>奶奶和“我”</w:t>
            </w:r>
          </w:p>
        </w:tc>
      </w:tr>
      <w:tr w:rsidR="00B475E2" w14:paraId="50D127F9" w14:textId="77777777" w:rsidTr="005A467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945055" w14:textId="77777777" w:rsidR="00B475E2" w:rsidRDefault="00B475E2" w:rsidP="005A467C">
            <w:pPr>
              <w:spacing w:line="360" w:lineRule="auto"/>
              <w:textAlignment w:val="center"/>
              <w:rPr>
                <w:color w:val="000000"/>
              </w:rPr>
            </w:pPr>
            <w:r>
              <w:rPr>
                <w:rFonts w:ascii="SimSun" w:eastAsia="SimSun" w:hAnsi="SimSun" w:cs="SimSun"/>
                <w:color w:val="000000"/>
              </w:rPr>
              <w:t>春</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DABA47" w14:textId="77777777" w:rsidR="00B475E2" w:rsidRDefault="00B475E2" w:rsidP="005A467C">
            <w:pPr>
              <w:spacing w:line="360" w:lineRule="auto"/>
              <w:textAlignment w:val="center"/>
              <w:rPr>
                <w:color w:val="000000"/>
                <w:lang w:eastAsia="zh-CN"/>
              </w:rPr>
            </w:pPr>
            <w:r>
              <w:rPr>
                <w:rFonts w:ascii="SimSun" w:eastAsia="SimSun" w:hAnsi="SimSun" w:cs="SimSun"/>
                <w:color w:val="000000"/>
                <w:lang w:eastAsia="zh-CN"/>
              </w:rPr>
              <w:t>摇动满树繁花，摇落一地雪似的花瓣</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528FF26" w14:textId="77777777" w:rsidR="00B475E2" w:rsidRDefault="00B475E2" w:rsidP="005A467C">
            <w:pPr>
              <w:spacing w:line="360" w:lineRule="auto"/>
              <w:textAlignment w:val="center"/>
              <w:rPr>
                <w:color w:val="000000"/>
              </w:rPr>
            </w:pPr>
            <w:r>
              <w:rPr>
                <w:rFonts w:ascii="SimSun" w:eastAsia="SimSun" w:hAnsi="SimSun" w:cs="SimSun"/>
                <w:color w:val="000000"/>
              </w:rPr>
              <w:t>①</w:t>
            </w:r>
          </w:p>
        </w:tc>
      </w:tr>
      <w:tr w:rsidR="00B475E2" w14:paraId="1614FD92" w14:textId="77777777" w:rsidTr="005A467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F76D21" w14:textId="77777777" w:rsidR="00B475E2" w:rsidRDefault="00B475E2" w:rsidP="005A467C">
            <w:pPr>
              <w:spacing w:line="360" w:lineRule="auto"/>
              <w:textAlignment w:val="center"/>
              <w:rPr>
                <w:color w:val="000000"/>
              </w:rPr>
            </w:pPr>
            <w:r>
              <w:rPr>
                <w:rFonts w:ascii="SimSun" w:eastAsia="SimSun" w:hAnsi="SimSun" w:cs="SimSun"/>
                <w:color w:val="000000"/>
              </w:rPr>
              <w:t>夏</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222D27" w14:textId="77777777" w:rsidR="00B475E2" w:rsidRDefault="00B475E2" w:rsidP="005A467C">
            <w:pPr>
              <w:spacing w:line="360" w:lineRule="auto"/>
              <w:textAlignment w:val="center"/>
              <w:rPr>
                <w:color w:val="000000"/>
              </w:rPr>
            </w:pPr>
            <w:r>
              <w:rPr>
                <w:rFonts w:ascii="SimSun" w:eastAsia="SimSun" w:hAnsi="SimSun" w:cs="SimSun"/>
                <w:color w:val="000000"/>
              </w:rPr>
              <w:t>②</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F2B2AC7" w14:textId="77777777" w:rsidR="00B475E2" w:rsidRDefault="00B475E2" w:rsidP="005A467C">
            <w:pPr>
              <w:spacing w:line="360" w:lineRule="auto"/>
              <w:textAlignment w:val="center"/>
              <w:rPr>
                <w:color w:val="000000"/>
                <w:lang w:eastAsia="zh-CN"/>
              </w:rPr>
            </w:pPr>
            <w:r>
              <w:rPr>
                <w:rFonts w:ascii="SimSun" w:eastAsia="SimSun" w:hAnsi="SimSun" w:cs="SimSun"/>
                <w:color w:val="000000"/>
                <w:lang w:eastAsia="zh-CN"/>
              </w:rPr>
              <w:t>奶奶喊“我”下来帮她洗菜，“我”胡乱一洗</w:t>
            </w:r>
          </w:p>
        </w:tc>
      </w:tr>
      <w:tr w:rsidR="00B475E2" w14:paraId="6DE7B477" w14:textId="77777777" w:rsidTr="005A467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E508562" w14:textId="77777777" w:rsidR="00B475E2" w:rsidRDefault="00B475E2" w:rsidP="005A467C">
            <w:pPr>
              <w:spacing w:line="360" w:lineRule="auto"/>
              <w:textAlignment w:val="center"/>
              <w:rPr>
                <w:color w:val="000000"/>
              </w:rPr>
            </w:pPr>
            <w:r>
              <w:rPr>
                <w:rFonts w:ascii="SimSun" w:eastAsia="SimSun" w:hAnsi="SimSun" w:cs="SimSun"/>
                <w:color w:val="000000"/>
              </w:rPr>
              <w:t>秋</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219D50C" w14:textId="77777777" w:rsidR="00B475E2" w:rsidRDefault="00B475E2" w:rsidP="005A467C">
            <w:pPr>
              <w:spacing w:line="360" w:lineRule="auto"/>
              <w:textAlignment w:val="center"/>
              <w:rPr>
                <w:color w:val="000000"/>
              </w:rPr>
            </w:pPr>
            <w:r>
              <w:rPr>
                <w:rFonts w:ascii="SimSun" w:eastAsia="SimSun" w:hAnsi="SimSun" w:cs="SimSun"/>
                <w:color w:val="000000"/>
              </w:rPr>
              <w:t>③</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0EFC09" w14:textId="77777777" w:rsidR="00B475E2" w:rsidRDefault="00B475E2" w:rsidP="005A467C">
            <w:pPr>
              <w:spacing w:line="360" w:lineRule="auto"/>
              <w:textAlignment w:val="center"/>
              <w:rPr>
                <w:color w:val="000000"/>
                <w:lang w:eastAsia="zh-CN"/>
              </w:rPr>
            </w:pPr>
            <w:r>
              <w:rPr>
                <w:rFonts w:ascii="SimSun" w:eastAsia="SimSun" w:hAnsi="SimSun" w:cs="SimSun"/>
                <w:color w:val="000000"/>
                <w:lang w:eastAsia="zh-CN"/>
              </w:rPr>
              <w:t>听到奶奶扫院子，“我”赶紧去帮忙，可这回奶奶不要我帮</w:t>
            </w:r>
          </w:p>
        </w:tc>
      </w:tr>
      <w:tr w:rsidR="00B475E2" w14:paraId="7CB70207" w14:textId="77777777" w:rsidTr="005A467C">
        <w:tc>
          <w:tcPr>
            <w:tcW w:w="7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033935" w14:textId="77777777" w:rsidR="00B475E2" w:rsidRDefault="00B475E2" w:rsidP="005A467C">
            <w:pPr>
              <w:spacing w:line="360" w:lineRule="auto"/>
              <w:textAlignment w:val="center"/>
              <w:rPr>
                <w:color w:val="000000"/>
              </w:rPr>
            </w:pPr>
            <w:r>
              <w:rPr>
                <w:rFonts w:ascii="SimSun" w:eastAsia="SimSun" w:hAnsi="SimSun" w:cs="SimSun"/>
                <w:color w:val="000000"/>
              </w:rPr>
              <w:t>冬</w:t>
            </w:r>
          </w:p>
        </w:tc>
        <w:tc>
          <w:tcPr>
            <w:tcW w:w="27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B68963" w14:textId="77777777" w:rsidR="00B475E2" w:rsidRDefault="00B475E2" w:rsidP="005A467C">
            <w:pPr>
              <w:spacing w:line="360" w:lineRule="auto"/>
              <w:textAlignment w:val="center"/>
              <w:rPr>
                <w:color w:val="000000"/>
                <w:lang w:eastAsia="zh-CN"/>
              </w:rPr>
            </w:pPr>
            <w:r>
              <w:rPr>
                <w:rFonts w:ascii="SimSun" w:eastAsia="SimSun" w:hAnsi="SimSun" w:cs="SimSun"/>
                <w:color w:val="000000"/>
                <w:lang w:eastAsia="zh-CN"/>
              </w:rPr>
              <w:t>枯干的枝条敲打着屋檐，摩擦着窗棂</w:t>
            </w:r>
          </w:p>
        </w:tc>
        <w:tc>
          <w:tcPr>
            <w:tcW w:w="4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C15A6F" w14:textId="77777777" w:rsidR="00B475E2" w:rsidRDefault="00B475E2" w:rsidP="005A467C">
            <w:pPr>
              <w:spacing w:line="360" w:lineRule="auto"/>
              <w:textAlignment w:val="center"/>
              <w:rPr>
                <w:color w:val="000000"/>
              </w:rPr>
            </w:pPr>
            <w:r>
              <w:rPr>
                <w:rFonts w:ascii="SimSun" w:eastAsia="SimSun" w:hAnsi="SimSun" w:cs="SimSun"/>
                <w:color w:val="000000"/>
              </w:rPr>
              <w:t>④</w:t>
            </w:r>
          </w:p>
        </w:tc>
      </w:tr>
    </w:tbl>
    <w:p w14:paraId="13D5BF1B" w14:textId="77777777" w:rsidR="00B475E2" w:rsidRDefault="00B475E2" w:rsidP="00B475E2">
      <w:pPr>
        <w:spacing w:line="360" w:lineRule="auto"/>
        <w:textAlignment w:val="center"/>
        <w:rPr>
          <w:color w:val="000000"/>
          <w:lang w:eastAsia="zh-CN"/>
        </w:rPr>
      </w:pPr>
      <w:r>
        <w:rPr>
          <w:color w:val="000000"/>
          <w:lang w:eastAsia="zh-CN"/>
        </w:rPr>
        <w:t>（2）</w:t>
      </w:r>
      <w:r>
        <w:rPr>
          <w:rFonts w:ascii="SimSun" w:eastAsia="SimSun" w:hAnsi="SimSun" w:cs="SimSun"/>
          <w:color w:val="000000"/>
          <w:lang w:eastAsia="zh-CN"/>
        </w:rPr>
        <w:t>第⑦段画横线处有三声“奶奶”，但朗读时语气却各不相同，请结合语境加以分析并说明理由。</w:t>
      </w:r>
    </w:p>
    <w:p w14:paraId="0A112C54" w14:textId="77777777" w:rsidR="00B475E2" w:rsidRDefault="00B475E2" w:rsidP="00B475E2">
      <w:pPr>
        <w:spacing w:line="360" w:lineRule="auto"/>
        <w:textAlignment w:val="center"/>
        <w:rPr>
          <w:color w:val="000000"/>
          <w:lang w:eastAsia="zh-CN"/>
        </w:rPr>
      </w:pPr>
      <w:r>
        <w:rPr>
          <w:color w:val="000000"/>
          <w:lang w:eastAsia="zh-CN"/>
        </w:rPr>
        <w:t>（3）</w:t>
      </w:r>
      <w:r>
        <w:rPr>
          <w:rFonts w:ascii="SimSun" w:eastAsia="SimSun" w:hAnsi="SimSun" w:cs="SimSun"/>
          <w:color w:val="000000"/>
          <w:lang w:eastAsia="zh-CN"/>
        </w:rPr>
        <w:t>文章中的奶奶除了疼爱孙子，还是个怎样的人？试用自己的话概括。</w:t>
      </w:r>
    </w:p>
    <w:p w14:paraId="4FDE4ADC" w14:textId="77777777" w:rsidR="00B475E2" w:rsidRDefault="00B475E2" w:rsidP="00B475E2">
      <w:pPr>
        <w:spacing w:line="360" w:lineRule="auto"/>
        <w:textAlignment w:val="center"/>
        <w:rPr>
          <w:color w:val="000000"/>
          <w:lang w:eastAsia="zh-CN"/>
        </w:rPr>
      </w:pPr>
      <w:r>
        <w:rPr>
          <w:color w:val="000000"/>
          <w:lang w:eastAsia="zh-CN"/>
        </w:rPr>
        <w:t>（4）</w:t>
      </w:r>
      <w:r>
        <w:rPr>
          <w:rFonts w:ascii="SimSun" w:eastAsia="SimSun" w:hAnsi="SimSun" w:cs="SimSun"/>
          <w:color w:val="000000"/>
          <w:lang w:eastAsia="zh-CN"/>
        </w:rPr>
        <w:t>结合文章内容说说，你怎样理解结尾的“这形象，逐年地定格成我的思念，和我永生的痛悔”？</w:t>
      </w:r>
    </w:p>
    <w:p w14:paraId="1DEACA8B" w14:textId="77777777" w:rsidR="00B475E2" w:rsidRDefault="00B475E2" w:rsidP="00B475E2">
      <w:pPr>
        <w:pStyle w:val="Heading3"/>
        <w:rPr>
          <w:lang w:eastAsia="zh-CN"/>
        </w:rPr>
      </w:pPr>
      <w:bookmarkStart w:id="15" w:name="_Toc235355013"/>
      <w:r>
        <w:rPr>
          <w:lang w:eastAsia="zh-CN"/>
        </w:rPr>
        <w:t>顺义区仁和中学</w:t>
      </w:r>
      <w:bookmarkEnd w:id="15"/>
    </w:p>
    <w:p w14:paraId="5368EA32"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四、现代文阅读（共18分）</w:t>
      </w:r>
    </w:p>
    <w:p w14:paraId="7AED66BD"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（一）（共9分）</w:t>
      </w:r>
    </w:p>
    <w:p w14:paraId="008B540E"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阅读《一颗丝瓜爬上楼》，完成下面小题。</w:t>
      </w:r>
    </w:p>
    <w:p w14:paraId="7C244612"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一棵丝瓜爬上楼</w:t>
      </w:r>
    </w:p>
    <w:p w14:paraId="16A10818"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lastRenderedPageBreak/>
        <w:t>①搬到小区一年多了，我还不知道一栋楼里邻居们的名字，他们肯定也不知道我的名字和其他基本情况，这在现如今是很正常的事，但我的母亲很不理解——怎么可以这样呢？在村里，谁家的孩子上几年级，谁家的姑娘和哪村的小子订了婚，谁家的老太太该过寿了，有多少亲戚来庆祝……她都一清二楚。同样，村里别的人也知道她有几个孙子，上次回来给她带的啥……可是在这儿，谁与谁也不说话，偶尔碰到了也都端着一副没表情的脸，母亲说：“城里人那么多，怎么住在这里感觉空空的呢？”</w:t>
      </w:r>
    </w:p>
    <w:p w14:paraId="3AC040C8"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②我们住一楼，窗台下面有一块巴掌大的空地，闲不住的母亲在地里种了丝瓜。这怎么行？丝瓜要爬架的，爬上二楼遮了人家窗户怎么办？但是母亲还是不解：“丝瓜蔓子爬上去不好吗？咱村谁家的丝瓜南瓜爬过墙头，谁也不说啥，有菜大家吃嘛！”唉，怎么跟老太太说这个道理呢？不是人人都喜欢别人家的植物爬到自己家的，况且二楼的住户我也不认识，人家会不会生气？</w:t>
      </w:r>
    </w:p>
    <w:p w14:paraId="7C821E1B"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③丝瓜不管我的忐忑，见风就长，很快就爬上了我的窗台。____________，隔着竹帘看过去，就像一幅写意画。</w:t>
      </w:r>
    </w:p>
    <w:p w14:paraId="26C9EFC4"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④但是不管梦能走多远，人总是活在红尘俗世的。我小心翼翼地观察着，只要丝瓜爬到窗户顶部，我就爬上去把它掐掉，迫使它只在我家的墙壁范围内生长。每次掐顶的时候，我都感到自己的残忍，高处的阳光那么强烈明亮，那是每一棵植物的梦想啊。如果丝瓜有知，它会怪我还是会悲叹自己的命运呢？</w:t>
      </w:r>
    </w:p>
    <w:p w14:paraId="2BFFF2B8"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⑤有几天工作很忙，加班到深夜才回家。那几株丝瓜，湮没在一件一件的杂事中，被我忽略了。</w:t>
      </w:r>
    </w:p>
    <w:p w14:paraId="150F3F62"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⑥再次注意到它们，哎呀，它们已经偷偷地蹿到二楼，把人家的窗台都快爬满了！现在再去掐藤蔓，是不是晚了？木已成舟，秧已成片，人家会不会杀下楼来，指责我家的丝瓜“侵占领空”？我想，还是硬着头皮，去做一次敦睦友邻的拜访吧，请他们宽恕主人的管教不严。</w:t>
      </w:r>
    </w:p>
    <w:p w14:paraId="04FF5178"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⑦我还没去，楼上的住户先来拜访我了：“我是你们楼上的，请问方便说话吗？”我赶紧把客人让进来，倒上茶，惴惴不安：“对不起，那些丝瓜……我马上就剪了……”客人却笑嘻嘻地拿出几根脆嫩的小东西：“你们种的丝瓜，结了七八根呢，我们炒了几根，这是给你们留的。”见对方没有兴师问罪的意思，我才放下心来。还没说话，母亲已经热</w:t>
      </w:r>
      <w:r>
        <w:rPr>
          <w:rFonts w:ascii="KaiTi" w:eastAsia="KaiTi" w:hAnsi="KaiTi" w:cs="KaiTi"/>
          <w:color w:val="000000"/>
          <w:lang w:eastAsia="zh-CN"/>
        </w:rPr>
        <w:lastRenderedPageBreak/>
        <w:t>情地唠叨开了：“丝瓜熬汤也很好喝，以前我们农村媳妇坐月子，从河里抓几条鲫鱼，摘几根小丝瓜，喝了奶水足得很呢！”</w:t>
      </w:r>
    </w:p>
    <w:p w14:paraId="51E52B47"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⑧“是呀，丝瓜可是个好东西。嫩了能吃，老了可以刷锅，我家闺女这几天还对着丝瓜画画！”眼见母亲与对方的会谈亲切友好，我才放下心来。</w:t>
      </w:r>
    </w:p>
    <w:p w14:paraId="5FBA35F5"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⑨从此我们与二楼的关系熟络起来，不但见面打招呼，有时候还会约着去散步。这样的转变我始料未及，丝瓜却俨然以外交功臣自居，生长得越发骄傲起来。不仅二楼，又开始往三楼攀爬，我又开始新的惴惴不安。但是有一天，有个人在楼下跟我说，他是三楼的，请我们不要把丝瓜掐掉，“让我们也沾点儿光哈。”</w:t>
      </w:r>
    </w:p>
    <w:p w14:paraId="05B4D8D1"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⑩现在，丝瓜已经爬到了四楼。我们这栋楼的住户，关系也发生了奇妙的变化。不但见面热乎乎地说话，三楼的大姐姐给二楼的小弟弟辅导作业，四楼的奶奶和母亲一起相约去买菜。前几天，母亲神秘地告诉我：“二楼张阿姨的外甥女来摘了一朵丝瓜花，被四楼的小刘看见，小刘托我做媒呢！”</w:t>
      </w:r>
    </w:p>
    <w:p w14:paraId="05EE711E"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（取材于陈晓辉的文章）</w:t>
      </w:r>
    </w:p>
    <w:p w14:paraId="27763F4D" w14:textId="77777777" w:rsidR="00B475E2" w:rsidRDefault="00B475E2" w:rsidP="00B475E2">
      <w:pPr>
        <w:spacing w:line="360" w:lineRule="auto"/>
        <w:textAlignment w:val="center"/>
        <w:rPr>
          <w:color w:val="000000"/>
          <w:lang w:eastAsia="zh-CN"/>
        </w:rPr>
      </w:pPr>
      <w:r>
        <w:rPr>
          <w:color w:val="000000"/>
          <w:lang w:eastAsia="zh-CN"/>
        </w:rPr>
        <w:t xml:space="preserve">13. </w:t>
      </w:r>
      <w:r>
        <w:rPr>
          <w:rFonts w:ascii="SimSun" w:eastAsia="SimSun" w:hAnsi="SimSun" w:cs="SimSun"/>
          <w:color w:val="000000"/>
          <w:lang w:eastAsia="zh-CN"/>
        </w:rPr>
        <w:t>文章情节动人，请在下面的表格上填写适当的内容，补充情节和表明作者在母亲种下丝瓜后的内心情感变化。</w:t>
      </w: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555"/>
        <w:gridCol w:w="2925"/>
      </w:tblGrid>
      <w:tr w:rsidR="00B475E2" w14:paraId="35D32846" w14:textId="77777777" w:rsidTr="005A467C">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6737AC" w14:textId="77777777" w:rsidR="00B475E2" w:rsidRDefault="00B475E2" w:rsidP="005A467C">
            <w:pPr>
              <w:spacing w:line="360" w:lineRule="auto"/>
              <w:textAlignment w:val="center"/>
              <w:rPr>
                <w:color w:val="000000"/>
              </w:rPr>
            </w:pPr>
            <w:r>
              <w:rPr>
                <w:rFonts w:ascii="SimSun" w:eastAsia="SimSun" w:hAnsi="SimSun" w:cs="SimSun"/>
                <w:color w:val="000000"/>
              </w:rPr>
              <w:t>情节</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8CFC55B" w14:textId="77777777" w:rsidR="00B475E2" w:rsidRDefault="00B475E2" w:rsidP="005A467C">
            <w:pPr>
              <w:spacing w:line="360" w:lineRule="auto"/>
              <w:textAlignment w:val="center"/>
              <w:rPr>
                <w:color w:val="000000"/>
              </w:rPr>
            </w:pPr>
            <w:r>
              <w:rPr>
                <w:rFonts w:ascii="SimSun" w:eastAsia="SimSun" w:hAnsi="SimSun" w:cs="SimSun"/>
                <w:color w:val="000000"/>
              </w:rPr>
              <w:t>作者心理</w:t>
            </w:r>
          </w:p>
        </w:tc>
      </w:tr>
      <w:tr w:rsidR="00B475E2" w14:paraId="0BA87879" w14:textId="77777777" w:rsidTr="005A467C">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BCD4B5" w14:textId="77777777" w:rsidR="00B475E2" w:rsidRDefault="00B475E2" w:rsidP="005A467C">
            <w:pPr>
              <w:spacing w:line="360" w:lineRule="auto"/>
              <w:textAlignment w:val="center"/>
              <w:rPr>
                <w:color w:val="000000"/>
              </w:rPr>
            </w:pPr>
            <w:r>
              <w:rPr>
                <w:rFonts w:ascii="SimSun" w:eastAsia="SimSun" w:hAnsi="SimSun" w:cs="SimSun"/>
                <w:color w:val="000000"/>
              </w:rPr>
              <w:t>丝瓜开始生长</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38DDF9" w14:textId="77777777" w:rsidR="00B475E2" w:rsidRDefault="00B475E2" w:rsidP="005A467C">
            <w:pPr>
              <w:spacing w:line="360" w:lineRule="auto"/>
              <w:textAlignment w:val="center"/>
              <w:rPr>
                <w:color w:val="000000"/>
              </w:rPr>
            </w:pPr>
            <w:r>
              <w:rPr>
                <w:rFonts w:ascii="SimSun" w:eastAsia="SimSun" w:hAnsi="SimSun" w:cs="SimSun"/>
                <w:color w:val="000000"/>
              </w:rPr>
              <w:t>①</w:t>
            </w:r>
          </w:p>
        </w:tc>
      </w:tr>
      <w:tr w:rsidR="00B475E2" w14:paraId="0DD5C35A" w14:textId="77777777" w:rsidTr="005A467C">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9225ED2" w14:textId="77777777" w:rsidR="00B475E2" w:rsidRDefault="00B475E2" w:rsidP="005A467C">
            <w:pPr>
              <w:spacing w:line="360" w:lineRule="auto"/>
              <w:textAlignment w:val="center"/>
              <w:rPr>
                <w:color w:val="000000"/>
              </w:rPr>
            </w:pPr>
            <w:r>
              <w:rPr>
                <w:rFonts w:ascii="SimSun" w:eastAsia="SimSun" w:hAnsi="SimSun" w:cs="SimSun"/>
                <w:color w:val="000000"/>
              </w:rPr>
              <w:t>②</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9C8638" w14:textId="77777777" w:rsidR="00B475E2" w:rsidRDefault="00B475E2" w:rsidP="005A467C">
            <w:pPr>
              <w:spacing w:line="360" w:lineRule="auto"/>
              <w:textAlignment w:val="center"/>
              <w:rPr>
                <w:color w:val="000000"/>
              </w:rPr>
            </w:pPr>
            <w:r>
              <w:rPr>
                <w:rFonts w:ascii="SimSun" w:eastAsia="SimSun" w:hAnsi="SimSun" w:cs="SimSun"/>
                <w:color w:val="000000"/>
              </w:rPr>
              <w:t>惴惴不安</w:t>
            </w:r>
          </w:p>
        </w:tc>
      </w:tr>
      <w:tr w:rsidR="00B475E2" w14:paraId="1525D203" w14:textId="77777777" w:rsidTr="005A467C">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B3FF3A" w14:textId="77777777" w:rsidR="00B475E2" w:rsidRDefault="00B475E2" w:rsidP="005A467C">
            <w:pPr>
              <w:spacing w:line="360" w:lineRule="auto"/>
              <w:textAlignment w:val="center"/>
              <w:rPr>
                <w:color w:val="000000"/>
                <w:lang w:eastAsia="zh-CN"/>
              </w:rPr>
            </w:pPr>
            <w:r>
              <w:rPr>
                <w:rFonts w:ascii="SimSun" w:eastAsia="SimSun" w:hAnsi="SimSun" w:cs="SimSun"/>
                <w:color w:val="000000"/>
                <w:lang w:eastAsia="zh-CN"/>
              </w:rPr>
              <w:t>三楼的住户要我们不要把丝瓜掐掉</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53425E" w14:textId="77777777" w:rsidR="00B475E2" w:rsidRDefault="00B475E2" w:rsidP="005A467C">
            <w:pPr>
              <w:spacing w:line="360" w:lineRule="auto"/>
              <w:textAlignment w:val="center"/>
              <w:rPr>
                <w:color w:val="000000"/>
              </w:rPr>
            </w:pPr>
            <w:r>
              <w:rPr>
                <w:rFonts w:ascii="SimSun" w:eastAsia="SimSun" w:hAnsi="SimSun" w:cs="SimSun"/>
                <w:color w:val="000000"/>
              </w:rPr>
              <w:t>③</w:t>
            </w:r>
          </w:p>
        </w:tc>
      </w:tr>
      <w:tr w:rsidR="00B475E2" w14:paraId="790263E0" w14:textId="77777777" w:rsidTr="005A467C">
        <w:trPr>
          <w:trHeight w:val="450"/>
        </w:trPr>
        <w:tc>
          <w:tcPr>
            <w:tcW w:w="35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F689F7" w14:textId="77777777" w:rsidR="00B475E2" w:rsidRDefault="00B475E2" w:rsidP="005A467C">
            <w:pPr>
              <w:spacing w:line="360" w:lineRule="auto"/>
              <w:textAlignment w:val="center"/>
              <w:rPr>
                <w:color w:val="000000"/>
              </w:rPr>
            </w:pPr>
            <w:r>
              <w:rPr>
                <w:rFonts w:ascii="SimSun" w:eastAsia="SimSun" w:hAnsi="SimSun" w:cs="SimSun"/>
                <w:color w:val="000000"/>
              </w:rPr>
              <w:t>④</w:t>
            </w:r>
          </w:p>
        </w:tc>
        <w:tc>
          <w:tcPr>
            <w:tcW w:w="29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B17BEE0" w14:textId="77777777" w:rsidR="00B475E2" w:rsidRDefault="00B475E2" w:rsidP="005A467C">
            <w:pPr>
              <w:spacing w:line="360" w:lineRule="auto"/>
              <w:textAlignment w:val="center"/>
              <w:rPr>
                <w:color w:val="000000"/>
              </w:rPr>
            </w:pPr>
            <w:r>
              <w:rPr>
                <w:rFonts w:ascii="SimSun" w:eastAsia="SimSun" w:hAnsi="SimSun" w:cs="SimSun"/>
                <w:color w:val="000000"/>
              </w:rPr>
              <w:t>内心愉悦</w:t>
            </w:r>
          </w:p>
        </w:tc>
      </w:tr>
    </w:tbl>
    <w:p w14:paraId="6BBE73AC"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结合语境，用恰当的修饰语在第③段横线处补全对丝瓜的细致描写。</w:t>
      </w:r>
    </w:p>
    <w:p w14:paraId="04686B86"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通过文中的故事，你一定在人际交往上有很多感触，请结合文章内容，谈谈你的感想。</w:t>
      </w:r>
    </w:p>
    <w:p w14:paraId="34F1A5A8"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lastRenderedPageBreak/>
        <w:t>（二）（共9分）</w:t>
      </w:r>
    </w:p>
    <w:p w14:paraId="356CFDCA"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阅读《看春》，完成下面小题。</w:t>
      </w:r>
    </w:p>
    <w:p w14:paraId="31510D78"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看春</w:t>
      </w:r>
    </w:p>
    <w:p w14:paraId="0D7E7B54"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①城里的春天，多半是零碎的，小打小闹着的，不过是人家窗台的一盆花，城边河畔的一排柳。乡下的春天却全然不一样，乡下的春天，是极讲排场的，仿佛听到哪里“哗”一下，成桶成桶的颜料，就花花绿绿泼下来，染得满田满坡皆是。这时的乡村，像油画，是最有看头的。</w:t>
      </w:r>
    </w:p>
    <w:p w14:paraId="484E0AF9"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②于是去乡下看春天。</w:t>
      </w:r>
    </w:p>
    <w:p w14:paraId="7507DAE7"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③我们去的地方，是一个叫新曹的小镇，它有五万亩的油菜地。车子在修得平坦宽敞的乡间道上，一路奔去，奔向那菜花深处。</w:t>
      </w:r>
      <w:r>
        <w:rPr>
          <w:rFonts w:ascii="KaiTi" w:eastAsia="KaiTi" w:hAnsi="KaiTi" w:cs="KaiTi"/>
          <w:color w:val="000000"/>
          <w:u w:val="single"/>
          <w:lang w:eastAsia="zh-CN"/>
        </w:rPr>
        <w:t>【甲】以为就到尽头了，哪知车子一拐，竟又撞上一片菜花地，又铺开一片黄色汪洋，绵绵不绝。</w:t>
      </w:r>
      <w:r>
        <w:rPr>
          <w:rFonts w:ascii="KaiTi" w:eastAsia="KaiTi" w:hAnsi="KaiTi" w:cs="KaiTi"/>
          <w:color w:val="000000"/>
          <w:lang w:eastAsia="zh-CN"/>
        </w:rPr>
        <w:t>同行中人问：“美吧？”我笑无语，不堪说，只任一双眼睛掉进那汪洋里。古有女子“对镜帖花黄”，我想这花黄，该是菜花的颜色才对，眉心一点艳，有惊心之感。</w:t>
      </w:r>
    </w:p>
    <w:p w14:paraId="4965D810"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④跟一些植物相认，不是初相识，是久别重逢。牛耳朵、刺艾、乳丁草、三叶草……这一些，我多么熟悉!乡下是草们的天堂，草们是羊的天堂。小时养羊，天天提了篮子去挑羊草。却贪玩，在草地里捉蚱蜢，或扣了篮子玩老鹰捉小鸡的游戏。等到日落西山了，才想起篮子还是空的呢，野地里，随便找几根草秆，把篮子架空，然后割一把青草，摊上面，看上去，就是满满一篮子翠绿了。回家，在大人面前晃一下，让他们看是满篮子青草呢，趁他们不注意，人已溜到羊圈边，把那把青草扔进去。大人问起，草呢？响亮地回答，羊吃了。真是可怜了那些羊，半夜里饿得直叫唤。</w:t>
      </w:r>
    </w:p>
    <w:p w14:paraId="631EB94C"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⑤不知现在的孩子，玩不玩我们小时玩的游戏了。不知现在的羊，还会不会半夜饿得直叫唤。我看到草地上有一群羊，正悠闲地吃着草，同去的惊喜地叫：“羊哦。”同去的老先生神态安详，说：“羊有什么看头？”莞尔。</w:t>
      </w:r>
    </w:p>
    <w:p w14:paraId="2CB7907F"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⑥</w:t>
      </w:r>
      <w:r>
        <w:rPr>
          <w:rFonts w:ascii="KaiTi" w:eastAsia="KaiTi" w:hAnsi="KaiTi" w:cs="KaiTi"/>
          <w:color w:val="000000"/>
          <w:u w:val="single"/>
          <w:lang w:eastAsia="zh-CN"/>
        </w:rPr>
        <w:t>【乙】蚕豆花开了，星星点点，伴在菜花旁，像撒下无数的小眼睛</w:t>
      </w:r>
      <w:r>
        <w:rPr>
          <w:rFonts w:ascii="KaiTi" w:eastAsia="KaiTi" w:hAnsi="KaiTi" w:cs="KaiTi"/>
          <w:color w:val="000000"/>
          <w:lang w:eastAsia="zh-CN"/>
        </w:rPr>
        <w:t>。白萝卜的花，是粉紫的，小蜜蜂们围着它嗡嗡，我好不容易等到一只停在花蕊上，给它拍了一张照。一种叫婆纳头的草，开粉蓝的花，花细小得像米粉。我拉近镜头，拍下那粒粉蓝。再看显示</w:t>
      </w:r>
      <w:r>
        <w:rPr>
          <w:rFonts w:ascii="KaiTi" w:eastAsia="KaiTi" w:hAnsi="KaiTi" w:cs="KaiTi"/>
          <w:color w:val="000000"/>
          <w:lang w:eastAsia="zh-CN"/>
        </w:rPr>
        <w:lastRenderedPageBreak/>
        <w:t>屏上，分明是一朵美得让人心疼的花呵，像乖巧的小女儿。这野地里，到底还藏了多少美？无论卑微与否，它们都认真地绿着，开着花，不辜负春天。我想，这才是活着的真姿态吧。</w:t>
      </w:r>
    </w:p>
    <w:p w14:paraId="192F2398" w14:textId="77777777" w:rsidR="00B475E2" w:rsidRDefault="00B475E2" w:rsidP="00B475E2">
      <w:pPr>
        <w:spacing w:line="360" w:lineRule="auto"/>
        <w:ind w:firstLine="450"/>
        <w:textAlignment w:val="center"/>
        <w:rPr>
          <w:color w:val="000000"/>
          <w:lang w:eastAsia="zh-CN"/>
        </w:rPr>
      </w:pPr>
      <w:r>
        <w:rPr>
          <w:rFonts w:ascii="KaiTi" w:eastAsia="KaiTi" w:hAnsi="KaiTi" w:cs="KaiTi"/>
          <w:color w:val="000000"/>
          <w:lang w:eastAsia="zh-CN"/>
        </w:rPr>
        <w:t>⑦看见养蜂人，正在路边忙碌。头上裹着头巾，脸上刻着岁月沧桑。这些养蜂人，据说是从闽浙那一带来，他们天南地北地追着花跑，此处花谢了，又将迁徙到他方，去寻找花开。一旦成为养蜂人，四处漂泊将贯穿他们一生，他们幸福吗？我看过商场货架上摆放的蜂蜜，一瓶一瓶，盛满甜蜜芳香，想那里面该有多少花的魂蜂的魄，还有养蜂人的颠沛流离？这世上，很多时候，苦乐自知，好好活着，才是本质。我唯愿这个春天，他们是快乐的。</w:t>
      </w:r>
    </w:p>
    <w:p w14:paraId="40752E53"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（选自《阅读与作文》作者：丁立梅）</w:t>
      </w:r>
    </w:p>
    <w:p w14:paraId="6A7EF127"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去乡下看春天，“我”感受到了哪些美好？请结合文章内容具体说一说。</w:t>
      </w:r>
    </w:p>
    <w:p w14:paraId="22F65E8E"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文章的语言很有表现力，请从【甲】【乙】中选择一句，从修辞角度作简要赏析。</w:t>
      </w:r>
    </w:p>
    <w:p w14:paraId="60962AF3"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第⑦段作者写“一旦成为养蜂人，四处漂泊将贯穿他们一生”，联系上下文，你认为他们幸福吗？为什么？</w:t>
      </w:r>
    </w:p>
    <w:p w14:paraId="7BFAA369" w14:textId="77777777" w:rsidR="00B475E2" w:rsidRDefault="00B475E2" w:rsidP="00B475E2">
      <w:pPr>
        <w:pStyle w:val="Heading3"/>
        <w:rPr>
          <w:lang w:eastAsia="zh-CN"/>
        </w:rPr>
      </w:pPr>
      <w:bookmarkStart w:id="16" w:name="_Toc235355014"/>
      <w:r>
        <w:rPr>
          <w:lang w:eastAsia="zh-CN"/>
        </w:rPr>
        <w:t>顺义区第九中学</w:t>
      </w:r>
      <w:bookmarkEnd w:id="16"/>
    </w:p>
    <w:p w14:paraId="595BEC01"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分）</w:t>
      </w:r>
    </w:p>
    <w:p w14:paraId="3679BBC1"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阅读甲、乙两段文字，完成下面小题。</w:t>
      </w:r>
    </w:p>
    <w:p w14:paraId="7724A956"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甲</w:t>
      </w:r>
    </w:p>
    <w:p w14:paraId="54813A5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最妙的是下点儿小雪呀。看吧，山上的矮松越发的青黑，树尖儿上顶着一髻儿白花，好像日本看护妇。山尖全白了，给蓝天</w:t>
      </w:r>
      <w:r>
        <w:rPr>
          <w:rFonts w:ascii="KaiTi" w:eastAsia="KaiTi" w:hAnsi="KaiTi" w:cs="KaiTi"/>
          <w:color w:val="000000"/>
          <w:em w:val="dot"/>
          <w:lang w:eastAsia="zh-CN"/>
        </w:rPr>
        <w:t>镶</w:t>
      </w:r>
      <w:r>
        <w:rPr>
          <w:rFonts w:ascii="KaiTi" w:eastAsia="KaiTi" w:hAnsi="KaiTi" w:cs="KaiTi"/>
          <w:color w:val="000000"/>
          <w:lang w:eastAsia="zh-CN"/>
        </w:rPr>
        <w:t>上一道银边。山坡上有的地方雪厚点儿，有的地方草色还露着；这样，一道儿白，一道儿暗黄，给山们穿上一件带水纹的花衣；看着看着，这件花衣好像被风儿吹动，叫你希望看见一点儿更美的山的肌肤。</w:t>
      </w:r>
      <w:r>
        <w:rPr>
          <w:rFonts w:ascii="KaiTi" w:eastAsia="KaiTi" w:hAnsi="KaiTi" w:cs="KaiTi"/>
          <w:color w:val="000000"/>
          <w:u w:val="single"/>
          <w:lang w:eastAsia="zh-CN"/>
        </w:rPr>
        <w:t>等到快日落的时候，微黄的阳光斜射在山腰上，那点儿薄雪好像忽然害了羞，微微露出点儿粉色。</w:t>
      </w:r>
      <w:r>
        <w:rPr>
          <w:rFonts w:ascii="KaiTi" w:eastAsia="KaiTi" w:hAnsi="KaiTi" w:cs="KaiTi"/>
          <w:color w:val="000000"/>
          <w:lang w:eastAsia="zh-CN"/>
        </w:rPr>
        <w:t>就是下小雪吧，济南是受不住大雪的，那些小山太秀气！</w:t>
      </w:r>
    </w:p>
    <w:p w14:paraId="7CA8A779"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（节选自老舍《济南的冬天》）</w:t>
      </w:r>
    </w:p>
    <w:p w14:paraId="6D2DB4CE"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lastRenderedPageBreak/>
        <w:t>乙</w:t>
      </w:r>
    </w:p>
    <w:p w14:paraId="0D7E39C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不知它是想依恋天空，还是想委身大地。它忽上忽下，是那样的轻盈而自由啊！忽然，它落进了我的颈脖，像个小绒毛，却又摸不到它，产生了甜甜的微痒。我伸出手来，它会安静地落到我的掌心，在我的钟情的眼睛里，慢慢地消失了它的身影。有时候，真愿意伸出舌头，希望能接到一片雪花，那淘气的愉快里</w:t>
      </w:r>
      <w:r>
        <w:rPr>
          <w:rFonts w:ascii="KaiTi" w:eastAsia="KaiTi" w:hAnsi="KaiTi" w:cs="KaiTi"/>
          <w:color w:val="000000"/>
          <w:em w:val="dot"/>
          <w:lang w:eastAsia="zh-CN"/>
        </w:rPr>
        <w:t>绽</w:t>
      </w:r>
      <w:r>
        <w:rPr>
          <w:rFonts w:ascii="KaiTi" w:eastAsia="KaiTi" w:hAnsi="KaiTi" w:cs="KaiTi"/>
          <w:color w:val="000000"/>
          <w:lang w:eastAsia="zh-CN"/>
        </w:rPr>
        <w:t>开了多少天真的梦。</w:t>
      </w:r>
    </w:p>
    <w:p w14:paraId="3E7A386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雪，南国的松软美丽的雪啊！</w:t>
      </w:r>
    </w:p>
    <w:p w14:paraId="71D32727"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忽然，我像一下子变成熟了，往往放弃堆雪人、打雪仗的乐趣，却愿意宁静地默默地走去，翻过废弃的铁路线，来到郊外，默视着广袤的天空和田野。所有的污秽和荒凉全遮掩了，只有雪，白花花的、纯净的雪。</w:t>
      </w:r>
      <w:r>
        <w:rPr>
          <w:rFonts w:ascii="KaiTi" w:eastAsia="KaiTi" w:hAnsi="KaiTi" w:cs="KaiTi"/>
          <w:color w:val="000000"/>
          <w:u w:val="single"/>
          <w:lang w:eastAsia="zh-CN"/>
        </w:rPr>
        <w:t>这大自然创造的最精美的白色拥抱了田野、山岗、房屋和树林。</w:t>
      </w:r>
      <w:r>
        <w:rPr>
          <w:rFonts w:ascii="KaiTi" w:eastAsia="KaiTi" w:hAnsi="KaiTi" w:cs="KaiTi"/>
          <w:color w:val="000000"/>
          <w:lang w:eastAsia="zh-CN"/>
        </w:rPr>
        <w:t>偶尔由于风的吹动，越冬的树和菜斑斑点点闪着一点新绿。</w:t>
      </w:r>
    </w:p>
    <w:p w14:paraId="4C91EB8B"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（节选自刘湛秋《雪》）</w:t>
      </w:r>
    </w:p>
    <w:p w14:paraId="15060E63" w14:textId="77777777" w:rsidR="00B475E2" w:rsidRDefault="00B475E2" w:rsidP="00B475E2">
      <w:pPr>
        <w:spacing w:line="360" w:lineRule="auto"/>
        <w:textAlignment w:val="center"/>
        <w:rPr>
          <w:color w:val="000000"/>
          <w:lang w:eastAsia="zh-CN"/>
        </w:rPr>
      </w:pPr>
      <w:r>
        <w:rPr>
          <w:color w:val="000000"/>
          <w:lang w:eastAsia="zh-CN"/>
        </w:rPr>
        <w:t xml:space="preserve">11. </w:t>
      </w:r>
      <w:r>
        <w:rPr>
          <w:rFonts w:ascii="SimSun" w:eastAsia="SimSun" w:hAnsi="SimSun" w:cs="SimSun"/>
          <w:color w:val="000000"/>
          <w:lang w:eastAsia="zh-CN"/>
        </w:rPr>
        <w:t>请给甲、乙两个文段中加点的字注音。</w:t>
      </w:r>
    </w:p>
    <w:p w14:paraId="2462AC1B"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em w:val="dot"/>
          <w:lang w:eastAsia="zh-CN"/>
        </w:rPr>
        <w:t>镶</w:t>
      </w:r>
      <w:r>
        <w:rPr>
          <w:color w:val="000000"/>
          <w:lang w:eastAsia="zh-CN"/>
        </w:rPr>
        <w:t>（      ）</w:t>
      </w:r>
      <w:r>
        <w:rPr>
          <w:rFonts w:ascii="SimSun" w:eastAsia="SimSun" w:hAnsi="SimSun" w:cs="SimSun"/>
          <w:color w:val="000000"/>
          <w:lang w:eastAsia="zh-CN"/>
        </w:rPr>
        <w:t>上</w:t>
      </w:r>
      <w:r>
        <w:rPr>
          <w:rFonts w:ascii="SimSun" w:eastAsia="SimSun" w:hAnsi="SimSun" w:cs="SimSun"/>
          <w:color w:val="000000"/>
          <w:em w:val="dot"/>
          <w:lang w:eastAsia="zh-CN"/>
        </w:rPr>
        <w:t>绽</w:t>
      </w:r>
      <w:r>
        <w:rPr>
          <w:color w:val="000000"/>
          <w:lang w:eastAsia="zh-CN"/>
        </w:rPr>
        <w:t>（      ）</w:t>
      </w:r>
      <w:r>
        <w:rPr>
          <w:rFonts w:ascii="SimSun" w:eastAsia="SimSun" w:hAnsi="SimSun" w:cs="SimSun"/>
          <w:color w:val="000000"/>
          <w:lang w:eastAsia="zh-CN"/>
        </w:rPr>
        <w:t>开</w:t>
      </w:r>
    </w:p>
    <w:p w14:paraId="78714DDD" w14:textId="77777777" w:rsidR="00B475E2" w:rsidRDefault="00B475E2" w:rsidP="00B475E2">
      <w:pPr>
        <w:spacing w:line="360" w:lineRule="auto"/>
        <w:textAlignment w:val="center"/>
        <w:rPr>
          <w:color w:val="000000"/>
          <w:lang w:eastAsia="zh-CN"/>
        </w:rPr>
      </w:pPr>
      <w:r>
        <w:rPr>
          <w:color w:val="000000"/>
          <w:lang w:eastAsia="zh-CN"/>
        </w:rPr>
        <w:t xml:space="preserve">12. </w:t>
      </w:r>
      <w:r>
        <w:rPr>
          <w:rFonts w:ascii="SimSun" w:eastAsia="SimSun" w:hAnsi="SimSun" w:cs="SimSun"/>
          <w:color w:val="000000"/>
          <w:lang w:eastAsia="zh-CN"/>
        </w:rPr>
        <w:t>甲、乙两个文段都围绕“雪”而写，甲文按照山尖</w:t>
      </w:r>
      <w:r>
        <w:rPr>
          <w:rFonts w:ascii="Times New Roman" w:eastAsia="Times New Roman" w:hAnsi="Times New Roman" w:cs="Times New Roman"/>
          <w:color w:val="000000"/>
          <w:lang w:eastAsia="zh-CN"/>
        </w:rPr>
        <w:t>——</w:t>
      </w:r>
      <w:r>
        <w:rPr>
          <w:rFonts w:ascii="SimSun" w:eastAsia="SimSun" w:hAnsi="SimSun" w:cs="SimSun"/>
          <w:color w:val="000000"/>
          <w:lang w:eastAsia="zh-CN"/>
        </w:rPr>
        <w:t>山坡</w:t>
      </w:r>
      <w:r>
        <w:rPr>
          <w:rFonts w:ascii="Times New Roman" w:eastAsia="Times New Roman" w:hAnsi="Times New Roman" w:cs="Times New Roman"/>
          <w:color w:val="000000"/>
          <w:lang w:eastAsia="zh-CN"/>
        </w:rPr>
        <w:t>——</w:t>
      </w:r>
      <w:r>
        <w:rPr>
          <w:rFonts w:ascii="SimSun" w:eastAsia="SimSun" w:hAnsi="SimSun" w:cs="SimSun"/>
          <w:color w:val="000000"/>
          <w:lang w:eastAsia="zh-CN"/>
        </w:rPr>
        <w:t>山腰的空间顺序，写出了薄雪覆盖下小山</w:t>
      </w:r>
      <w:r>
        <w:rPr>
          <w:color w:val="000000"/>
          <w:lang w:eastAsia="zh-CN"/>
        </w:rPr>
        <w:t>_______</w:t>
      </w:r>
      <w:r>
        <w:rPr>
          <w:rFonts w:ascii="SimSun" w:eastAsia="SimSun" w:hAnsi="SimSun" w:cs="SimSun"/>
          <w:color w:val="000000"/>
          <w:lang w:eastAsia="zh-CN"/>
        </w:rPr>
        <w:t>的特点，而乙文则从视觉、触觉、味觉等多感官的角度，写出了雪</w:t>
      </w:r>
      <w:r>
        <w:rPr>
          <w:color w:val="000000"/>
          <w:lang w:eastAsia="zh-CN"/>
        </w:rPr>
        <w:t>_______</w:t>
      </w:r>
      <w:r>
        <w:rPr>
          <w:rFonts w:ascii="SimSun" w:eastAsia="SimSun" w:hAnsi="SimSun" w:cs="SimSun"/>
          <w:color w:val="000000"/>
          <w:lang w:eastAsia="zh-CN"/>
        </w:rPr>
        <w:t>的特点。</w:t>
      </w:r>
    </w:p>
    <w:p w14:paraId="2DC5111F" w14:textId="77777777" w:rsidR="00B475E2" w:rsidRDefault="00B475E2" w:rsidP="00B475E2">
      <w:pPr>
        <w:spacing w:line="360" w:lineRule="auto"/>
        <w:textAlignment w:val="center"/>
        <w:rPr>
          <w:color w:val="000000"/>
          <w:lang w:eastAsia="zh-CN"/>
        </w:rPr>
      </w:pPr>
      <w:r>
        <w:rPr>
          <w:color w:val="000000"/>
          <w:lang w:eastAsia="zh-CN"/>
        </w:rPr>
        <w:t xml:space="preserve">13. </w:t>
      </w:r>
      <w:r>
        <w:rPr>
          <w:rFonts w:ascii="SimSun" w:eastAsia="SimSun" w:hAnsi="SimSun" w:cs="SimSun"/>
          <w:color w:val="000000"/>
          <w:lang w:eastAsia="zh-CN"/>
        </w:rPr>
        <w:t>我们在朗读时，把握好重音、停连，能感受汉语声韵之美；注意语气、节奏，可以体会文章的感情。下面的表述</w:t>
      </w:r>
      <w:r>
        <w:rPr>
          <w:rFonts w:ascii="SimSun" w:eastAsia="SimSun" w:hAnsi="SimSun" w:cs="SimSun"/>
          <w:color w:val="000000"/>
          <w:em w:val="dot"/>
          <w:lang w:eastAsia="zh-CN"/>
        </w:rPr>
        <w:t>不正确</w:t>
      </w:r>
      <w:r>
        <w:rPr>
          <w:rFonts w:ascii="SimSun" w:eastAsia="SimSun" w:hAnsi="SimSun" w:cs="SimSun"/>
          <w:color w:val="000000"/>
          <w:lang w:eastAsia="zh-CN"/>
        </w:rPr>
        <w:t>的一项是（   ）</w:t>
      </w:r>
    </w:p>
    <w:p w14:paraId="7C2E9339"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甲文写的是雪后初晴的美景，把冬天的“温晴”越发显露了出来。朗读时整体节奏是欢快而热烈的。</w:t>
      </w:r>
    </w:p>
    <w:p w14:paraId="21D2DE0E"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甲文中“山尖全白了，给蓝天镶上一道银边”，朗读时可以重读“全”，表示山尖“白”的范围之广。</w:t>
      </w:r>
    </w:p>
    <w:p w14:paraId="319D8BBD"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乙文中“那淘气的愉快里绽开了多少天真的梦”，写出了作者的童心未泯，要用愉悦的语气去朗读。</w:t>
      </w:r>
    </w:p>
    <w:p w14:paraId="0406A489"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D. </w:t>
      </w:r>
      <w:r>
        <w:rPr>
          <w:rFonts w:ascii="SimSun" w:eastAsia="SimSun" w:hAnsi="SimSun" w:cs="SimSun"/>
          <w:color w:val="000000"/>
          <w:lang w:eastAsia="zh-CN"/>
        </w:rPr>
        <w:t>乙文中“越冬的树和菜斑斑点点闪着一点新绿”，“越冬的树和菜”明确了作者要描绘的对象，朗读时此处要稍作停顿。</w:t>
      </w:r>
    </w:p>
    <w:p w14:paraId="0DE2CB34"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修辞手法的运用能使句子化平淡为生动，突出景物的特点，更好地抒发作者的情感。请你从甲、乙文段的画线句中</w:t>
      </w:r>
      <w:r>
        <w:rPr>
          <w:rFonts w:ascii="SimSun" w:eastAsia="SimSun" w:hAnsi="SimSun" w:cs="SimSun"/>
          <w:color w:val="000000"/>
          <w:em w:val="dot"/>
          <w:lang w:eastAsia="zh-CN"/>
        </w:rPr>
        <w:t>任选一句</w:t>
      </w:r>
      <w:r>
        <w:rPr>
          <w:rFonts w:ascii="SimSun" w:eastAsia="SimSun" w:hAnsi="SimSun" w:cs="SimSun"/>
          <w:color w:val="000000"/>
          <w:lang w:eastAsia="zh-CN"/>
        </w:rPr>
        <w:t>加以赏析。</w:t>
      </w:r>
    </w:p>
    <w:p w14:paraId="509A3C8B"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阅读《童年闻香》，完成下面小题。</w:t>
      </w:r>
    </w:p>
    <w:p w14:paraId="4811723E"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童年闻香</w:t>
      </w:r>
    </w:p>
    <w:p w14:paraId="605894E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①小城酒泉，在盛夏季节是干燥酷热的。</w:t>
      </w:r>
    </w:p>
    <w:p w14:paraId="41546C3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6岁那年的夏天，爸爸妈妈开始给钱让我买冰棍儿吃，只有馋极了我才会偶尔买一根。更多的时候，我把钱压在一个小罐子底下存着，等待那个时刻的到来。终于有一天，我攒够了钱，趁爸爸妈妈午睡时跑出去买回了那本心仪已久的书。当我从热浪滚滚的街上飞奔到家门口时，已经汗流決背，气喘吁吁。推开门的那一瞬间，我开始紧张了，把拿着书的手背在身后，心跳得咚咚响。</w:t>
      </w:r>
    </w:p>
    <w:p w14:paraId="5EC7F96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③当我不得不从背后把拿在手里的东西展示给爸爸妈妈的时候，妈妈笑了，摸了摸我的头。爸爸也笑了，说：“买书是多好的事啊，怎么紧张成这样？”</w:t>
      </w:r>
    </w:p>
    <w:p w14:paraId="38B6ED0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④6岁的我还没有上学，已经认识了不少字。我买回来的书是小学一年级的语文课本。</w:t>
      </w:r>
      <w:r>
        <w:rPr>
          <w:rFonts w:ascii="KaiTi" w:eastAsia="KaiTi" w:hAnsi="KaiTi" w:cs="KaiTi"/>
          <w:color w:val="000000"/>
          <w:u w:val="single"/>
          <w:lang w:eastAsia="zh-CN"/>
        </w:rPr>
        <w:t>每次翻开阅读，我都不由自主地抚摸书页，小心翼翼地把鼻子贴在纸上细闻墨香。</w:t>
      </w:r>
      <w:r>
        <w:rPr>
          <w:rFonts w:ascii="KaiTi" w:eastAsia="KaiTi" w:hAnsi="KaiTi" w:cs="KaiTi"/>
          <w:color w:val="000000"/>
          <w:lang w:eastAsia="zh-CN"/>
        </w:rPr>
        <w:t>那股墨香让我感到幸福。</w:t>
      </w:r>
    </w:p>
    <w:p w14:paraId="5CB124B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一年多后，我终于可以上学了。上学的细节大都模糊了，但我清晰记得我们在一个小院里读书的情形。那时候班里唯有一个女同学的家境相对宽裕，她的父母时常会给她买课外书，而且买的都是经典儿童文学作品，有叶永烈的科幻作品《小灵通漫游未来》，还有国外的儿童文学作品《木偶奇遇记》《格林童话》等。我们经常在下午放学后去她家，一位同学念诵，其他同学搬小凳子围坐成一圈。我当过念诵的那一位，也当过倾听的那一位。小院里总是洒满金色的阳光，我们的头顶和后背都被晒得热烘烘的。书的每一页纸张和那上面的文字，也都在太阳的映晒下散发出一种美妙的馨香，而那些故事里的神奇情节，就随着阳光融进了我们的心里。世界在我们的眼前打开了许多扇新的窗户......</w:t>
      </w:r>
    </w:p>
    <w:p w14:paraId="12DAC9F7"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⑥因为《木偶奇遇记》，我不敢说半句谎话，害怕自己的鼻子在说谎后变长。因为《小灵通漫游未来》，我想象力疯长，对未来世界充满热望。后来的事实证明，叶永烈爷爷在这本书里描述的种种幻想全都在生活中成了现实。叶爷爷多有预见力呀！写书的人多厉害呀！</w:t>
      </w:r>
    </w:p>
    <w:p w14:paraId="6E82CCC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我还迷上了唐诗宋词。我把一首首诗词抄在小纸片上，上下学的路上也一直背。清晨，天还黑着，有风吹过，我背着小纸片上的唐诗。傍晚，纸片上的宋词和一盏盏暖黄色的路灯一起，温暖着回家的路。节假日我也从不睡懒觉，早早起床，带着《唐诗三百首》，穿上白球鞋开始晨跑，一直跑到泉湖公园。公园里有两潭湖水，湖边站着弯弯的垂柳；有一座九曲桥，桥的影子倒映在湖水上，微微颤动。我最爱做的是在湖边来回走动着朗读、背诵唐诗。在那儿我找到了诗里的意境，也闻到了每一句诗的味道，那是与众不同的香味。湖边的一切都让我心潮澎湃，我大声地又读又背，旁若无人，陶然自醉。</w:t>
      </w:r>
    </w:p>
    <w:p w14:paraId="2AF6525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春夏时节的泉湖公园里树木茂盛，郁郁葱葱，还有延伸而去的葡萄架长廊，翠绿的叶片在风中颤动，弯弯曲曲的嫩绿色葡萄丝儿细巧柔软。用心观察，我觉得这里的一草一木都很美。回家之后我把所见所感写成作文，至今我都记得曾经写过的描述盛夏绿树的文字。</w:t>
      </w:r>
    </w:p>
    <w:p w14:paraId="46C1DD66"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⑨我早早地遇见并爱上阅读，才有了后来我和儿童文学写作的一见钟情。童年是盛开的，和童年有关的一切后来都盛开了。</w:t>
      </w:r>
    </w:p>
    <w:p w14:paraId="16576D52"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（取材于张琳的同名文章）</w:t>
      </w:r>
    </w:p>
    <w:p w14:paraId="33099F68"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文章叙述了“我”童年时期“遇见并爱上阅读”的经历。阅读文章，按时间顺序补全下面的表格。</w:t>
      </w:r>
    </w:p>
    <w:tbl>
      <w:tblPr>
        <w:tblW w:w="5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542"/>
        <w:gridCol w:w="2543"/>
      </w:tblGrid>
      <w:tr w:rsidR="00B475E2" w14:paraId="6F2C83AA"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335309A" w14:textId="77777777" w:rsidR="00B475E2" w:rsidRDefault="00B475E2" w:rsidP="005A467C">
            <w:pPr>
              <w:spacing w:line="360" w:lineRule="auto"/>
              <w:jc w:val="center"/>
              <w:textAlignment w:val="center"/>
              <w:rPr>
                <w:color w:val="000000"/>
              </w:rPr>
            </w:pPr>
            <w:r>
              <w:rPr>
                <w:rFonts w:ascii="SimSun" w:eastAsia="SimSun" w:hAnsi="SimSun" w:cs="SimSun"/>
                <w:color w:val="000000"/>
              </w:rPr>
              <w:t>经历</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9632EC" w14:textId="77777777" w:rsidR="00B475E2" w:rsidRDefault="00B475E2" w:rsidP="005A467C">
            <w:pPr>
              <w:spacing w:line="360" w:lineRule="auto"/>
              <w:jc w:val="center"/>
              <w:textAlignment w:val="center"/>
              <w:rPr>
                <w:color w:val="000000"/>
              </w:rPr>
            </w:pPr>
            <w:r>
              <w:rPr>
                <w:rFonts w:ascii="SimSun" w:eastAsia="SimSun" w:hAnsi="SimSun" w:cs="SimSun"/>
                <w:color w:val="000000"/>
              </w:rPr>
              <w:t>感受</w:t>
            </w:r>
          </w:p>
        </w:tc>
      </w:tr>
      <w:tr w:rsidR="00B475E2" w14:paraId="37A13B62"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C3FB62"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t>我努力攒钱，买回心仪已久的书</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8FA45D" w14:textId="77777777" w:rsidR="00B475E2" w:rsidRDefault="00B475E2" w:rsidP="005A467C">
            <w:pPr>
              <w:spacing w:line="360" w:lineRule="auto"/>
              <w:jc w:val="center"/>
              <w:textAlignment w:val="center"/>
              <w:rPr>
                <w:color w:val="000000"/>
              </w:rPr>
            </w:pPr>
            <w:r>
              <w:rPr>
                <w:rFonts w:ascii="SimSun" w:eastAsia="SimSun" w:hAnsi="SimSun" w:cs="SimSun"/>
                <w:color w:val="000000"/>
              </w:rPr>
              <w:t>①</w:t>
            </w:r>
          </w:p>
        </w:tc>
      </w:tr>
      <w:tr w:rsidR="00B475E2" w14:paraId="451DE310"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F6FEFE6"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lastRenderedPageBreak/>
              <w:t>我用心读一年级语文课本</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532777" w14:textId="77777777" w:rsidR="00B475E2" w:rsidRDefault="00B475E2" w:rsidP="005A467C">
            <w:pPr>
              <w:spacing w:line="360" w:lineRule="auto"/>
              <w:jc w:val="center"/>
              <w:textAlignment w:val="center"/>
              <w:rPr>
                <w:color w:val="000000"/>
              </w:rPr>
            </w:pPr>
            <w:r>
              <w:rPr>
                <w:rFonts w:ascii="SimSun" w:eastAsia="SimSun" w:hAnsi="SimSun" w:cs="SimSun"/>
                <w:color w:val="000000"/>
              </w:rPr>
              <w:t>幸福、满足</w:t>
            </w:r>
          </w:p>
        </w:tc>
      </w:tr>
      <w:tr w:rsidR="00B475E2" w14:paraId="22BC2649"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69CA6B2" w14:textId="77777777" w:rsidR="00B475E2" w:rsidRDefault="00B475E2" w:rsidP="005A467C">
            <w:pPr>
              <w:spacing w:line="360" w:lineRule="auto"/>
              <w:jc w:val="center"/>
              <w:textAlignment w:val="center"/>
              <w:rPr>
                <w:color w:val="000000"/>
              </w:rPr>
            </w:pPr>
            <w:r>
              <w:rPr>
                <w:rFonts w:ascii="SimSun" w:eastAsia="SimSun" w:hAnsi="SimSun" w:cs="SimSun"/>
                <w:color w:val="000000"/>
              </w:rPr>
              <w:t>②</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2B3B1E2" w14:textId="77777777" w:rsidR="00B475E2" w:rsidRDefault="00B475E2" w:rsidP="005A467C">
            <w:pPr>
              <w:spacing w:line="360" w:lineRule="auto"/>
              <w:jc w:val="center"/>
              <w:textAlignment w:val="center"/>
              <w:rPr>
                <w:color w:val="000000"/>
              </w:rPr>
            </w:pPr>
            <w:r>
              <w:rPr>
                <w:rFonts w:ascii="SimSun" w:eastAsia="SimSun" w:hAnsi="SimSun" w:cs="SimSun"/>
                <w:color w:val="000000"/>
              </w:rPr>
              <w:t>享受、渴望</w:t>
            </w:r>
          </w:p>
        </w:tc>
      </w:tr>
      <w:tr w:rsidR="00B475E2" w14:paraId="0200068B" w14:textId="77777777" w:rsidTr="005A467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71589AD" w14:textId="77777777" w:rsidR="00B475E2" w:rsidRDefault="00B475E2" w:rsidP="005A467C">
            <w:pPr>
              <w:spacing w:line="360" w:lineRule="auto"/>
              <w:jc w:val="center"/>
              <w:textAlignment w:val="center"/>
              <w:rPr>
                <w:color w:val="000000"/>
              </w:rPr>
            </w:pPr>
            <w:r>
              <w:rPr>
                <w:rFonts w:ascii="SimSun" w:eastAsia="SimSun" w:hAnsi="SimSun" w:cs="SimSun"/>
                <w:color w:val="000000"/>
              </w:rPr>
              <w:t>③</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4F6C72" w14:textId="77777777" w:rsidR="00B475E2" w:rsidRDefault="00B475E2" w:rsidP="005A467C">
            <w:pPr>
              <w:spacing w:line="360" w:lineRule="auto"/>
              <w:jc w:val="center"/>
              <w:textAlignment w:val="center"/>
              <w:rPr>
                <w:color w:val="000000"/>
              </w:rPr>
            </w:pPr>
            <w:r>
              <w:rPr>
                <w:rFonts w:ascii="SimSun" w:eastAsia="SimSun" w:hAnsi="SimSun" w:cs="SimSun"/>
                <w:color w:val="000000"/>
              </w:rPr>
              <w:t>④</w:t>
            </w:r>
          </w:p>
        </w:tc>
      </w:tr>
    </w:tbl>
    <w:p w14:paraId="5607ADA8"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细腻的人物描写可以使形象更丰满。请结合上下文，赏析第④段中的画线句。</w:t>
      </w:r>
    </w:p>
    <w:p w14:paraId="7F9DDFDB"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有人说本文的题目可以改为“盛开的童年”，你是否赞同，请结合文章内容简述理由。</w:t>
      </w:r>
    </w:p>
    <w:p w14:paraId="66A1CCAB" w14:textId="77777777" w:rsidR="00B475E2" w:rsidRDefault="00B475E2" w:rsidP="00B475E2">
      <w:pPr>
        <w:pStyle w:val="Heading2"/>
        <w:rPr>
          <w:lang w:eastAsia="zh-CN"/>
        </w:rPr>
      </w:pPr>
      <w:bookmarkStart w:id="17" w:name="_Toc235355015"/>
      <w:r>
        <w:rPr>
          <w:lang w:eastAsia="zh-CN"/>
        </w:rPr>
        <w:t>期末</w:t>
      </w:r>
      <w:bookmarkEnd w:id="17"/>
    </w:p>
    <w:p w14:paraId="68359C8D" w14:textId="77777777" w:rsidR="00B475E2" w:rsidRDefault="00B475E2" w:rsidP="00B475E2">
      <w:pPr>
        <w:pStyle w:val="Heading3"/>
        <w:rPr>
          <w:lang w:eastAsia="zh-CN"/>
        </w:rPr>
      </w:pPr>
      <w:bookmarkStart w:id="18" w:name="_Toc235355016"/>
      <w:r>
        <w:rPr>
          <w:lang w:eastAsia="zh-CN"/>
        </w:rPr>
        <w:t>东城区</w:t>
      </w:r>
      <w:bookmarkEnd w:id="18"/>
    </w:p>
    <w:p w14:paraId="6BC3C4A8"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三、现代文阅读（共</w:t>
      </w:r>
      <w:r>
        <w:rPr>
          <w:rFonts w:ascii="Times New Roman" w:eastAsia="Times New Roman" w:hAnsi="Times New Roman" w:cs="Times New Roman"/>
          <w:b/>
          <w:color w:val="000000"/>
          <w:sz w:val="24"/>
          <w:lang w:eastAsia="zh-CN"/>
        </w:rPr>
        <w:t>21</w:t>
      </w:r>
      <w:r>
        <w:rPr>
          <w:rFonts w:ascii="SimSun" w:eastAsia="SimSun" w:hAnsi="SimSun" w:cs="SimSun"/>
          <w:b/>
          <w:color w:val="000000"/>
          <w:sz w:val="24"/>
          <w:lang w:eastAsia="zh-CN"/>
        </w:rPr>
        <w:t>分）</w:t>
      </w:r>
    </w:p>
    <w:p w14:paraId="505C4F66"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（一）（共</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005EEB54"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阅读下面议论文段，完成各题。</w:t>
      </w:r>
    </w:p>
    <w:p w14:paraId="54769EE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世间的物有各种方面，各人所见的方面不同。</w:t>
      </w:r>
      <w:r>
        <w:rPr>
          <w:rFonts w:ascii="KaiTi" w:eastAsia="KaiTi" w:hAnsi="KaiTi" w:cs="KaiTi"/>
          <w:color w:val="000000"/>
          <w:u w:val="single"/>
          <w:lang w:eastAsia="zh-CN"/>
        </w:rPr>
        <w:t>譬如一株树，在博物家，在园丁，在木匠，在画家，所见各人不同，博物家见其性状，园丁见其生息，木匠见其材料，画家见其姿态。但画家所见的，与前三者又根本不同。前三者都有目的，都想起树的因果关系，画家只是欣赏目前的树的本身的姿态，而别无目的</w:t>
      </w:r>
      <w:r>
        <w:rPr>
          <w:rFonts w:ascii="KaiTi" w:eastAsia="KaiTi" w:hAnsi="KaiTi" w:cs="KaiTi"/>
          <w:color w:val="000000"/>
          <w:lang w:eastAsia="zh-CN"/>
        </w:rPr>
        <w:t>。所以画家所见的方面，是形式的方面，不是实用的方面。换言之，是美的世界，不是真善的世界。美的世界中的价值标准与真善的世界中全然不同，我们仅就事物的形状、色彩、姿态而欣赏，更不顾问其实用方面的价值了。所以一枝枯木，一块怪石，在实用上全无价值，而在中国画家眼中是很好的题材。无名的野花，在诗人的眼中异常美丽。故艺术家所见的世界。可说是一视同仁的世界，平等的世界。艺术家的心，对于世间一切事物都给以热诚的同情。</w:t>
      </w:r>
    </w:p>
    <w:p w14:paraId="65B9DB6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故普通世间的价值与阶级，入了画中便全部撤销了。画家把自己的心移入于儿童的天真的姿态中而描写儿童，又同样地把自己的心移入乞丐的病苦的表情中而描写乞丐。画家的心，必常与所描写的对象相共鸣共感，共悲共喜，共泣共笑；倘不具备这种深广的同情</w:t>
      </w:r>
      <w:r>
        <w:rPr>
          <w:rFonts w:ascii="KaiTi" w:eastAsia="KaiTi" w:hAnsi="KaiTi" w:cs="KaiTi"/>
          <w:color w:val="000000"/>
          <w:lang w:eastAsia="zh-CN"/>
        </w:rPr>
        <w:lastRenderedPageBreak/>
        <w:t>心，而徒事手指的刻画，决不能成为真的画家。即使他能描画，所描的至多仅抵一幅照相。</w:t>
      </w:r>
    </w:p>
    <w:p w14:paraId="2622F974"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（《美与同情》节选，丰子恺 文。有改动）</w:t>
      </w:r>
    </w:p>
    <w:p w14:paraId="26C8945C" w14:textId="77777777" w:rsidR="00B475E2" w:rsidRDefault="00B475E2" w:rsidP="00B475E2">
      <w:pPr>
        <w:spacing w:line="360" w:lineRule="auto"/>
        <w:textAlignment w:val="center"/>
        <w:rPr>
          <w:color w:val="000000"/>
          <w:lang w:eastAsia="zh-CN"/>
        </w:rPr>
      </w:pPr>
      <w:r>
        <w:rPr>
          <w:color w:val="000000"/>
          <w:lang w:eastAsia="zh-CN"/>
        </w:rPr>
        <w:t xml:space="preserve">13. </w:t>
      </w:r>
      <w:r>
        <w:rPr>
          <w:rFonts w:ascii="SimSun" w:eastAsia="SimSun" w:hAnsi="SimSun" w:cs="SimSun"/>
          <w:color w:val="000000"/>
          <w:lang w:eastAsia="zh-CN"/>
        </w:rPr>
        <w:t>阅读选段，根据原文题目“美与同情”推测这两段文字论证的观点。（用一句话概括）</w:t>
      </w:r>
    </w:p>
    <w:p w14:paraId="77F05041"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说出画线处使用的一种论证方法，并分析其表达效果。</w:t>
      </w:r>
    </w:p>
    <w:p w14:paraId="5943CEB7"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（二）（共</w:t>
      </w:r>
      <w:r>
        <w:rPr>
          <w:rFonts w:ascii="Times New Roman" w:eastAsia="Times New Roman" w:hAnsi="Times New Roman" w:cs="Times New Roman"/>
          <w:b/>
          <w:color w:val="000000"/>
          <w:sz w:val="24"/>
          <w:lang w:eastAsia="zh-CN"/>
        </w:rPr>
        <w:t>6</w:t>
      </w:r>
      <w:r>
        <w:rPr>
          <w:rFonts w:ascii="SimSun" w:eastAsia="SimSun" w:hAnsi="SimSun" w:cs="SimSun"/>
          <w:b/>
          <w:color w:val="000000"/>
          <w:sz w:val="24"/>
          <w:lang w:eastAsia="zh-CN"/>
        </w:rPr>
        <w:t>分）</w:t>
      </w:r>
    </w:p>
    <w:p w14:paraId="195E1B20"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阅读朱自清《春》节选，完成各题。</w:t>
      </w:r>
    </w:p>
    <w:p w14:paraId="4A43498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桃树、杏树、梨树，你不让我，我不让你，都开满了花赶趟儿。【甲】</w:t>
      </w:r>
      <w:r>
        <w:rPr>
          <w:rFonts w:ascii="KaiTi" w:eastAsia="KaiTi" w:hAnsi="KaiTi" w:cs="KaiTi"/>
          <w:color w:val="000000"/>
          <w:u w:val="single"/>
          <w:lang w:eastAsia="zh-CN"/>
        </w:rPr>
        <w:t>红的</w:t>
      </w:r>
      <w:r>
        <w:rPr>
          <w:rFonts w:ascii="KaiTi" w:eastAsia="KaiTi" w:hAnsi="KaiTi" w:cs="KaiTi"/>
          <w:color w:val="000000"/>
          <w:em w:val="dot"/>
          <w:lang w:eastAsia="zh-CN"/>
        </w:rPr>
        <w:t>像</w:t>
      </w:r>
      <w:r>
        <w:rPr>
          <w:rFonts w:ascii="KaiTi" w:eastAsia="KaiTi" w:hAnsi="KaiTi" w:cs="KaiTi"/>
          <w:color w:val="000000"/>
          <w:u w:val="single"/>
          <w:lang w:eastAsia="zh-CN"/>
        </w:rPr>
        <w:t>火，粉的</w:t>
      </w:r>
      <w:r>
        <w:rPr>
          <w:rFonts w:ascii="KaiTi" w:eastAsia="KaiTi" w:hAnsi="KaiTi" w:cs="KaiTi"/>
          <w:color w:val="000000"/>
          <w:em w:val="dot"/>
          <w:lang w:eastAsia="zh-CN"/>
        </w:rPr>
        <w:t>像</w:t>
      </w:r>
      <w:r>
        <w:rPr>
          <w:rFonts w:ascii="KaiTi" w:eastAsia="KaiTi" w:hAnsi="KaiTi" w:cs="KaiTi"/>
          <w:color w:val="000000"/>
          <w:u w:val="single"/>
          <w:lang w:eastAsia="zh-CN"/>
        </w:rPr>
        <w:t>霞，白的</w:t>
      </w:r>
      <w:r>
        <w:rPr>
          <w:rFonts w:ascii="KaiTi" w:eastAsia="KaiTi" w:hAnsi="KaiTi" w:cs="KaiTi"/>
          <w:color w:val="000000"/>
          <w:em w:val="dot"/>
          <w:lang w:eastAsia="zh-CN"/>
        </w:rPr>
        <w:t>像</w:t>
      </w:r>
      <w:r>
        <w:rPr>
          <w:rFonts w:ascii="KaiTi" w:eastAsia="KaiTi" w:hAnsi="KaiTi" w:cs="KaiTi"/>
          <w:color w:val="000000"/>
          <w:u w:val="single"/>
          <w:lang w:eastAsia="zh-CN"/>
        </w:rPr>
        <w:t>雪</w:t>
      </w:r>
      <w:r>
        <w:rPr>
          <w:rFonts w:ascii="KaiTi" w:eastAsia="KaiTi" w:hAnsi="KaiTi" w:cs="KaiTi"/>
          <w:color w:val="000000"/>
          <w:lang w:eastAsia="zh-CN"/>
        </w:rPr>
        <w:t>。花里带着甜味儿；闭了眼，树上仿佛已经满是桃儿、杏儿、梨儿。花下成千成百的蜜蜂嗡嗡地闹着，大小的蝴蝶飞来飞去。野花遍地是：杂样儿，有名字的，没名字的，散在草丛里，像眼睛，像星星，还眨呀眨的。</w:t>
      </w:r>
    </w:p>
    <w:p w14:paraId="1268B502" w14:textId="77777777" w:rsidR="00B475E2" w:rsidRDefault="00B475E2" w:rsidP="00B475E2">
      <w:pPr>
        <w:spacing w:line="360" w:lineRule="auto"/>
        <w:ind w:firstLine="420"/>
        <w:textAlignment w:val="center"/>
        <w:rPr>
          <w:color w:val="000000"/>
          <w:lang w:eastAsia="zh-CN"/>
        </w:rPr>
      </w:pPr>
      <w:r>
        <w:rPr>
          <w:rFonts w:ascii="SimSun" w:eastAsia="SimSun" w:hAnsi="SimSun" w:cs="SimSun"/>
          <w:color w:val="000000"/>
          <w:lang w:eastAsia="zh-CN"/>
        </w:rPr>
        <w:t>“</w:t>
      </w:r>
      <w:r>
        <w:rPr>
          <w:rFonts w:ascii="KaiTi" w:eastAsia="KaiTi" w:hAnsi="KaiTi" w:cs="KaiTi"/>
          <w:color w:val="000000"/>
          <w:lang w:eastAsia="zh-CN"/>
        </w:rPr>
        <w:t>吹面不寒杨柳风</w:t>
      </w:r>
      <w:r>
        <w:rPr>
          <w:rFonts w:ascii="SimSun" w:eastAsia="SimSun" w:hAnsi="SimSun" w:cs="SimSun"/>
          <w:color w:val="000000"/>
          <w:lang w:eastAsia="zh-CN"/>
        </w:rPr>
        <w:t>”</w:t>
      </w:r>
      <w:r>
        <w:rPr>
          <w:rFonts w:ascii="KaiTi" w:eastAsia="KaiTi" w:hAnsi="KaiTi" w:cs="KaiTi"/>
          <w:color w:val="000000"/>
          <w:lang w:eastAsia="zh-CN"/>
        </w:rPr>
        <w:t>，不错的，像母亲的手抚摸着你。风里带来些新翻的泥土的气息，混着青草味儿，还有各种花的香，都在微微润湿的空气里酝酿。鸟儿将巢安在繁花嫩叶当中，高兴起来了，呼朋引伴地卖弄清脆的喉咙，唱出宛转的曲子，与轻风流水应和着。牛背上牧童的短笛，这时候也成天嘹亮地响。</w:t>
      </w:r>
    </w:p>
    <w:p w14:paraId="55F4D5F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【乙】</w:t>
      </w:r>
      <w:r>
        <w:rPr>
          <w:rFonts w:ascii="KaiTi" w:eastAsia="KaiTi" w:hAnsi="KaiTi" w:cs="KaiTi"/>
          <w:color w:val="000000"/>
          <w:u w:val="single"/>
          <w:lang w:eastAsia="zh-CN"/>
        </w:rPr>
        <w:t>雨</w:t>
      </w:r>
      <w:r>
        <w:rPr>
          <w:rFonts w:ascii="KaiTi" w:eastAsia="KaiTi" w:hAnsi="KaiTi" w:cs="KaiTi"/>
          <w:color w:val="000000"/>
          <w:em w:val="dot"/>
          <w:lang w:eastAsia="zh-CN"/>
        </w:rPr>
        <w:t>是</w:t>
      </w:r>
      <w:r>
        <w:rPr>
          <w:rFonts w:ascii="KaiTi" w:eastAsia="KaiTi" w:hAnsi="KaiTi" w:cs="KaiTi"/>
          <w:color w:val="000000"/>
          <w:u w:val="single"/>
          <w:lang w:eastAsia="zh-CN"/>
        </w:rPr>
        <w:t>最寻常的，一下</w:t>
      </w:r>
      <w:r>
        <w:rPr>
          <w:rFonts w:ascii="KaiTi" w:eastAsia="KaiTi" w:hAnsi="KaiTi" w:cs="KaiTi"/>
          <w:color w:val="000000"/>
          <w:em w:val="dot"/>
          <w:lang w:eastAsia="zh-CN"/>
        </w:rPr>
        <w:t>就是</w:t>
      </w:r>
      <w:r>
        <w:rPr>
          <w:rFonts w:ascii="KaiTi" w:eastAsia="KaiTi" w:hAnsi="KaiTi" w:cs="KaiTi"/>
          <w:color w:val="000000"/>
          <w:u w:val="single"/>
          <w:lang w:eastAsia="zh-CN"/>
        </w:rPr>
        <w:t>三两天</w:t>
      </w:r>
      <w:r>
        <w:rPr>
          <w:rFonts w:ascii="KaiTi" w:eastAsia="KaiTi" w:hAnsi="KaiTi" w:cs="KaiTi"/>
          <w:color w:val="000000"/>
          <w:lang w:eastAsia="zh-CN"/>
        </w:rPr>
        <w:t>。可别恼。看，像牛毛，像花针，像细丝，密密地斜织着，人家屋顶上全笼着一层薄烟。树叶儿却绿得发亮，小草也青得逼你的眼。傍晚时候，上灯了，一点点黄晕的光，烘托出一片这安静而和平的夜。在乡下，小路上，石桥边，有撑起伞慢慢走着的人；还有地里工作的农夫，披着蓑戴着笠。他们的草屋，稀稀疏疏的，在雨里静默着。</w:t>
      </w:r>
    </w:p>
    <w:p w14:paraId="2CC0F5BE"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选段为我们描绘了三幅春日图景：先用比喻、拟人、排比等修辞手法写春花的繁多、艳丽、味甜，再从（</w:t>
      </w:r>
      <w:r>
        <w:rPr>
          <w:rFonts w:ascii="Times New Roman" w:eastAsia="Times New Roman" w:hAnsi="Times New Roman" w:cs="Times New Roman"/>
          <w:color w:val="000000"/>
          <w:lang w:eastAsia="zh-CN"/>
        </w:rPr>
        <w:t>1</w:t>
      </w:r>
      <w:r>
        <w:rPr>
          <w:rFonts w:ascii="SimSun" w:eastAsia="SimSun" w:hAnsi="SimSun" w:cs="SimSun"/>
          <w:color w:val="000000"/>
          <w:lang w:eastAsia="zh-CN"/>
        </w:rPr>
        <w:t>）</w:t>
      </w:r>
      <w:r>
        <w:rPr>
          <w:color w:val="000000"/>
          <w:lang w:eastAsia="zh-CN"/>
        </w:rPr>
        <w:t>____</w:t>
      </w:r>
      <w:r>
        <w:rPr>
          <w:rFonts w:ascii="SimSun" w:eastAsia="SimSun" w:hAnsi="SimSun" w:cs="SimSun"/>
          <w:color w:val="000000"/>
          <w:lang w:eastAsia="zh-CN"/>
        </w:rPr>
        <w:t>等感官角度写春风温暖、芳香、悦耳的特点，最后用正侧面结合的手法写（</w:t>
      </w:r>
      <w:r>
        <w:rPr>
          <w:rFonts w:ascii="Times New Roman" w:eastAsia="Times New Roman" w:hAnsi="Times New Roman" w:cs="Times New Roman"/>
          <w:color w:val="000000"/>
          <w:lang w:eastAsia="zh-CN"/>
        </w:rPr>
        <w:t>2</w:t>
      </w:r>
      <w:r>
        <w:rPr>
          <w:rFonts w:ascii="SimSun" w:eastAsia="SimSun" w:hAnsi="SimSun" w:cs="SimSun"/>
          <w:color w:val="000000"/>
          <w:lang w:eastAsia="zh-CN"/>
        </w:rPr>
        <w:t>）</w:t>
      </w:r>
      <w:r>
        <w:rPr>
          <w:color w:val="000000"/>
          <w:lang w:eastAsia="zh-CN"/>
        </w:rPr>
        <w:t>____</w:t>
      </w:r>
      <w:r>
        <w:rPr>
          <w:rFonts w:ascii="SimSun" w:eastAsia="SimSun" w:hAnsi="SimSun" w:cs="SimSun"/>
          <w:color w:val="000000"/>
          <w:lang w:eastAsia="zh-CN"/>
        </w:rPr>
        <w:t>的特点，表达了（</w:t>
      </w:r>
      <w:r>
        <w:rPr>
          <w:rFonts w:ascii="Times New Roman" w:eastAsia="Times New Roman" w:hAnsi="Times New Roman" w:cs="Times New Roman"/>
          <w:color w:val="000000"/>
          <w:lang w:eastAsia="zh-CN"/>
        </w:rPr>
        <w:t>3</w:t>
      </w:r>
      <w:r>
        <w:rPr>
          <w:rFonts w:ascii="SimSun" w:eastAsia="SimSun" w:hAnsi="SimSun" w:cs="SimSun"/>
          <w:color w:val="000000"/>
          <w:lang w:eastAsia="zh-CN"/>
        </w:rPr>
        <w:t>）</w:t>
      </w:r>
      <w:r>
        <w:rPr>
          <w:color w:val="000000"/>
          <w:lang w:eastAsia="zh-CN"/>
        </w:rPr>
        <w:t>____</w:t>
      </w:r>
      <w:r>
        <w:rPr>
          <w:rFonts w:ascii="SimSun" w:eastAsia="SimSun" w:hAnsi="SimSun" w:cs="SimSun"/>
          <w:color w:val="000000"/>
          <w:lang w:eastAsia="zh-CN"/>
        </w:rPr>
        <w:t>之情。（第二空不超过</w:t>
      </w:r>
      <w:r>
        <w:rPr>
          <w:rFonts w:ascii="Times New Roman" w:eastAsia="Times New Roman" w:hAnsi="Times New Roman" w:cs="Times New Roman"/>
          <w:color w:val="000000"/>
          <w:lang w:eastAsia="zh-CN"/>
        </w:rPr>
        <w:t>20</w:t>
      </w:r>
      <w:r>
        <w:rPr>
          <w:rFonts w:ascii="SimSun" w:eastAsia="SimSun" w:hAnsi="SimSun" w:cs="SimSun"/>
          <w:color w:val="000000"/>
          <w:lang w:eastAsia="zh-CN"/>
        </w:rPr>
        <w:t>个字，第三空不超过</w:t>
      </w:r>
      <w:r>
        <w:rPr>
          <w:rFonts w:ascii="Times New Roman" w:eastAsia="Times New Roman" w:hAnsi="Times New Roman" w:cs="Times New Roman"/>
          <w:color w:val="000000"/>
          <w:lang w:eastAsia="zh-CN"/>
        </w:rPr>
        <w:t>10</w:t>
      </w:r>
      <w:r>
        <w:rPr>
          <w:rFonts w:ascii="SimSun" w:eastAsia="SimSun" w:hAnsi="SimSun" w:cs="SimSun"/>
          <w:color w:val="000000"/>
          <w:lang w:eastAsia="zh-CN"/>
        </w:rPr>
        <w:t>个字）</w:t>
      </w:r>
    </w:p>
    <w:p w14:paraId="01A0366B"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16. </w:t>
      </w:r>
      <w:r>
        <w:rPr>
          <w:rFonts w:ascii="SimSun" w:eastAsia="SimSun" w:hAnsi="SimSun" w:cs="SimSun"/>
          <w:color w:val="000000"/>
          <w:lang w:eastAsia="zh-CN"/>
        </w:rPr>
        <w:t>学习这则材料后，你想为自己在班会课上主题是“热爱生活”的发言补写一个精彩的句子。请从【甲】【乙】两个划线句中</w:t>
      </w:r>
      <w:r>
        <w:rPr>
          <w:rFonts w:ascii="SimSun" w:eastAsia="SimSun" w:hAnsi="SimSun" w:cs="SimSun"/>
          <w:color w:val="000000"/>
          <w:em w:val="dot"/>
          <w:lang w:eastAsia="zh-CN"/>
        </w:rPr>
        <w:t>任选一句</w:t>
      </w:r>
      <w:r>
        <w:rPr>
          <w:rFonts w:ascii="SimSun" w:eastAsia="SimSun" w:hAnsi="SimSun" w:cs="SimSun"/>
          <w:color w:val="000000"/>
          <w:lang w:eastAsia="zh-CN"/>
        </w:rPr>
        <w:t>进行仿写。（用上句中加点词语）</w:t>
      </w:r>
    </w:p>
    <w:p w14:paraId="7A5469C7"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（三）（共</w:t>
      </w:r>
      <w:r>
        <w:rPr>
          <w:rFonts w:ascii="Times New Roman" w:eastAsia="Times New Roman" w:hAnsi="Times New Roman" w:cs="Times New Roman"/>
          <w:b/>
          <w:color w:val="000000"/>
          <w:sz w:val="24"/>
          <w:lang w:eastAsia="zh-CN"/>
        </w:rPr>
        <w:t>9</w:t>
      </w:r>
      <w:r>
        <w:rPr>
          <w:rFonts w:ascii="SimSun" w:eastAsia="SimSun" w:hAnsi="SimSun" w:cs="SimSun"/>
          <w:b/>
          <w:color w:val="000000"/>
          <w:sz w:val="24"/>
          <w:lang w:eastAsia="zh-CN"/>
        </w:rPr>
        <w:t>分）</w:t>
      </w:r>
    </w:p>
    <w:p w14:paraId="136AFF5E"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阅读下文，完成各题</w:t>
      </w:r>
      <w:r>
        <w:rPr>
          <w:rFonts w:ascii="SimSun" w:eastAsia="SimSun" w:hAnsi="SimSun" w:cs="SimSun"/>
          <w:noProof/>
          <w:color w:val="000000"/>
          <w:position w:val="-12"/>
        </w:rPr>
        <w:drawing>
          <wp:inline distT="0" distB="0" distL="114300" distR="114300" wp14:anchorId="00F87043" wp14:editId="55F761B5">
            <wp:extent cx="127000" cy="76200"/>
            <wp:effectExtent l="0" t="0" r="0" b="0"/>
            <wp:docPr id="1271"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图片 100013"/>
                    <pic:cNvPicPr>
                      <a:picLocks noChangeAspect="1"/>
                    </pic:cNvPicPr>
                  </pic:nvPicPr>
                  <pic:blipFill>
                    <a:blip r:embed="rId21"/>
                    <a:stretch>
                      <a:fillRect/>
                    </a:stretch>
                  </pic:blipFill>
                  <pic:spPr>
                    <a:xfrm>
                      <a:off x="0" y="0"/>
                      <a:ext cx="127000" cy="76200"/>
                    </a:xfrm>
                    <a:prstGeom prst="rect">
                      <a:avLst/>
                    </a:prstGeom>
                  </pic:spPr>
                </pic:pic>
              </a:graphicData>
            </a:graphic>
          </wp:inline>
        </w:drawing>
      </w:r>
    </w:p>
    <w:p w14:paraId="0AD372C6"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万千声音纳于耳</w:t>
      </w:r>
    </w:p>
    <w:p w14:paraId="6CE6BD31"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周大新</w:t>
      </w:r>
    </w:p>
    <w:p w14:paraId="6AF4E188" w14:textId="77777777" w:rsidR="00B475E2" w:rsidRDefault="00B475E2" w:rsidP="00B475E2">
      <w:pPr>
        <w:spacing w:line="360" w:lineRule="auto"/>
        <w:ind w:firstLine="420"/>
        <w:textAlignment w:val="center"/>
        <w:rPr>
          <w:color w:val="000000"/>
          <w:lang w:eastAsia="zh-CN"/>
        </w:rPr>
      </w:pPr>
      <w:r>
        <w:rPr>
          <w:color w:val="000000"/>
          <w:lang w:eastAsia="zh-CN"/>
        </w:rPr>
        <w:t>①</w:t>
      </w:r>
      <w:r>
        <w:rPr>
          <w:rFonts w:ascii="KaiTi" w:eastAsia="KaiTi" w:hAnsi="KaiTi" w:cs="KaiTi"/>
          <w:color w:val="000000"/>
          <w:lang w:eastAsia="zh-CN"/>
        </w:rPr>
        <w:t>一个人能听到声音，相比那些先天和后天的失聪者，应该算是一种幸运。</w:t>
      </w:r>
    </w:p>
    <w:p w14:paraId="4F7D0B6D" w14:textId="77777777" w:rsidR="00B475E2" w:rsidRDefault="00B475E2" w:rsidP="00B475E2">
      <w:pPr>
        <w:spacing w:line="360" w:lineRule="auto"/>
        <w:ind w:firstLine="420"/>
        <w:jc w:val="both"/>
        <w:textAlignment w:val="center"/>
        <w:rPr>
          <w:color w:val="000000"/>
          <w:lang w:eastAsia="zh-CN"/>
        </w:rPr>
      </w:pPr>
      <w:r>
        <w:rPr>
          <w:color w:val="000000"/>
          <w:lang w:eastAsia="zh-CN"/>
        </w:rPr>
        <w:t>②</w:t>
      </w:r>
      <w:r>
        <w:rPr>
          <w:rFonts w:ascii="KaiTi" w:eastAsia="KaiTi" w:hAnsi="KaiTi" w:cs="KaiTi"/>
          <w:color w:val="000000"/>
          <w:lang w:eastAsia="zh-CN"/>
        </w:rPr>
        <w:t>幼年时，我最留意听的是自然之音。雷声，是我非常恐惧的一种声音，我曾仔细地去区分过闷雷、轰雷和炸雷的种类，每次一听见就慌慌地问母亲：这是哪儿的声音？母亲几乎每次都抱住我安慰：这是老天爷生气发怒了，要用雷声劈死天下的坏人，但你不会有事的。我在母亲的话声里朝天上看去，心中暗猜老天爷为了什么人在发怒。雨声，是我幼年留意到的另一种声音，我尤其爱听细雨发出的响声，淅淅沥沥、不紧不慢、不大不小，持续地响在人的耳边，让人有一种昏昏欲睡的感觉，我常常在细雨声中睡熟在母亲的怀里。雨一变为中雨、大雨，那声音就容易让人紧张，暴雨发出的声音会让我心里害怕。水的流动声也是我常听到的一种声音，可我只爱听小溪、小河的流动声，那种潺潺的声响让我着迷；我讨厌去听暴涨的河水呼啸滚动的声音，那声音让我常常想爬到树顶上去。</w:t>
      </w:r>
    </w:p>
    <w:p w14:paraId="0B2C3988" w14:textId="77777777" w:rsidR="00B475E2" w:rsidRDefault="00B475E2" w:rsidP="00B475E2">
      <w:pPr>
        <w:spacing w:line="360" w:lineRule="auto"/>
        <w:ind w:firstLine="420"/>
        <w:jc w:val="both"/>
        <w:textAlignment w:val="center"/>
        <w:rPr>
          <w:color w:val="000000"/>
          <w:lang w:eastAsia="zh-CN"/>
        </w:rPr>
      </w:pPr>
      <w:r>
        <w:rPr>
          <w:color w:val="000000"/>
          <w:lang w:eastAsia="zh-CN"/>
        </w:rPr>
        <w:t>③</w:t>
      </w:r>
      <w:r>
        <w:rPr>
          <w:rFonts w:ascii="KaiTi" w:eastAsia="KaiTi" w:hAnsi="KaiTi" w:cs="KaiTi"/>
          <w:color w:val="000000"/>
          <w:lang w:eastAsia="zh-CN"/>
        </w:rPr>
        <w:t>少年时，我最留意听的是动物们发出的声音。每天早上，都是讨厌的鸡叫把我惊醒，它们一遍一遍地叫着，不把你搞醒决不罢休，为此，我曾建议母亲不要养鸡，狗的叫声让人心安，每次摸黑由学校回家，只要一听到狗的叫声，我就知道离村子不远了。平日在家，只要一听到狗的叫声，就晓得有伙伴或客人来了。牛的叫声很好听，哞——很长，对谁都没威胁。马的叫声咴儿咴儿的，没有驴的叫声好玩，每次一听到驴夯哧夯哧的长叫，我就想笑，有时笑得停不住。我最想听的是鸟鸣。啄木鸟啄树的声音最早引起了我的好奇。叫天子在田野里鸣叫着飞上高空，令我惊异。猫头鹰在夜晚的叫声，容易让人身上的汗毛竖起来。一个堂哥告诉我，蛇也会叫，这让我毛骨悚然，所幸我没听过。瞎爷爷说：豹叫、熊叫、虎叫特别难听，所幸我们那里是平原，没有这些动物。</w:t>
      </w:r>
    </w:p>
    <w:p w14:paraId="3AA7BD38" w14:textId="77777777" w:rsidR="00B475E2" w:rsidRDefault="00B475E2" w:rsidP="00B475E2">
      <w:pPr>
        <w:spacing w:line="360" w:lineRule="auto"/>
        <w:ind w:firstLine="420"/>
        <w:jc w:val="both"/>
        <w:textAlignment w:val="center"/>
        <w:rPr>
          <w:color w:val="000000"/>
          <w:lang w:eastAsia="zh-CN"/>
        </w:rPr>
      </w:pPr>
      <w:r>
        <w:rPr>
          <w:color w:val="000000"/>
          <w:lang w:eastAsia="zh-CN"/>
        </w:rPr>
        <w:lastRenderedPageBreak/>
        <w:t>④</w:t>
      </w:r>
      <w:r>
        <w:rPr>
          <w:rFonts w:ascii="KaiTi" w:eastAsia="KaiTi" w:hAnsi="KaiTi" w:cs="KaiTi"/>
          <w:color w:val="000000"/>
          <w:lang w:eastAsia="zh-CN"/>
        </w:rPr>
        <w:t>长成小伙子以后，我随父亲去田里干活，已能听到植物发出的声音。绿豆将熟时，我在绿豆地里屏息细听，能听到豆荚开裂的声音。后来在西瓜地里，我听到了熟了的西瓜自动崩开肚皮的声音。在瞎爷爷的指导下，</w:t>
      </w:r>
      <w:r>
        <w:rPr>
          <w:rFonts w:ascii="KaiTi" w:eastAsia="KaiTi" w:hAnsi="KaiTi" w:cs="KaiTi"/>
          <w:color w:val="000000"/>
          <w:u w:val="wave"/>
          <w:lang w:eastAsia="zh-CN"/>
        </w:rPr>
        <w:t>我屏息站在荷塘边，能听到荷花花瓣打开的声音；站在竹丛旁边，能听到竹笋拱出土的声音。</w:t>
      </w:r>
      <w:r>
        <w:rPr>
          <w:rFonts w:ascii="KaiTi" w:eastAsia="KaiTi" w:hAnsi="KaiTi" w:cs="KaiTi"/>
          <w:color w:val="000000"/>
          <w:lang w:eastAsia="zh-CN"/>
        </w:rPr>
        <w:t>植物们真的会发出声音。</w:t>
      </w:r>
    </w:p>
    <w:p w14:paraId="5012EAA1" w14:textId="77777777" w:rsidR="00B475E2" w:rsidRDefault="00B475E2" w:rsidP="00B475E2">
      <w:pPr>
        <w:spacing w:line="360" w:lineRule="auto"/>
        <w:ind w:firstLine="420"/>
        <w:jc w:val="both"/>
        <w:textAlignment w:val="center"/>
        <w:rPr>
          <w:color w:val="000000"/>
          <w:lang w:eastAsia="zh-CN"/>
        </w:rPr>
      </w:pPr>
      <w:r>
        <w:rPr>
          <w:color w:val="000000"/>
          <w:lang w:eastAsia="zh-CN"/>
        </w:rPr>
        <w:t>⑤</w:t>
      </w:r>
      <w:r>
        <w:rPr>
          <w:rFonts w:ascii="KaiTi" w:eastAsia="KaiTi" w:hAnsi="KaiTi" w:cs="KaiTi"/>
          <w:color w:val="000000"/>
          <w:lang w:eastAsia="zh-CN"/>
        </w:rPr>
        <w:t>我这一生听到的最多的声音，是人发出的。</w:t>
      </w:r>
    </w:p>
    <w:p w14:paraId="00C001CD" w14:textId="77777777" w:rsidR="00B475E2" w:rsidRDefault="00B475E2" w:rsidP="00B475E2">
      <w:pPr>
        <w:spacing w:line="360" w:lineRule="auto"/>
        <w:ind w:firstLine="420"/>
        <w:jc w:val="both"/>
        <w:textAlignment w:val="center"/>
        <w:rPr>
          <w:color w:val="000000"/>
          <w:lang w:eastAsia="zh-CN"/>
        </w:rPr>
      </w:pPr>
      <w:r>
        <w:rPr>
          <w:color w:val="000000"/>
          <w:lang w:eastAsia="zh-CN"/>
        </w:rPr>
        <w:t>⑥</w:t>
      </w:r>
      <w:r>
        <w:rPr>
          <w:rFonts w:ascii="KaiTi" w:eastAsia="KaiTi" w:hAnsi="KaiTi" w:cs="KaiTi"/>
          <w:color w:val="000000"/>
          <w:lang w:eastAsia="zh-CN"/>
        </w:rPr>
        <w:t>在人类凭本能凭需要发出的声音中，我最想听的是笑声、嬉闹声和亲吻声。我不愿听的是哭声、呻吟声和斥责声。我最烦听的是吼声、恐吓声和献媚声。</w:t>
      </w:r>
    </w:p>
    <w:p w14:paraId="6111CABF" w14:textId="77777777" w:rsidR="00B475E2" w:rsidRDefault="00B475E2" w:rsidP="00B475E2">
      <w:pPr>
        <w:spacing w:line="360" w:lineRule="auto"/>
        <w:ind w:firstLine="420"/>
        <w:jc w:val="both"/>
        <w:textAlignment w:val="center"/>
        <w:rPr>
          <w:color w:val="000000"/>
          <w:lang w:eastAsia="zh-CN"/>
        </w:rPr>
      </w:pPr>
      <w:r>
        <w:rPr>
          <w:color w:val="000000"/>
          <w:lang w:eastAsia="zh-CN"/>
        </w:rPr>
        <w:t>⑦</w:t>
      </w:r>
      <w:r>
        <w:rPr>
          <w:rFonts w:ascii="KaiTi" w:eastAsia="KaiTi" w:hAnsi="KaiTi" w:cs="KaiTi"/>
          <w:color w:val="000000"/>
          <w:lang w:eastAsia="zh-CN"/>
        </w:rPr>
        <w:t>在人有意制造的声音中，我特别爱听悠扬的器乐声、婉转的歌唱声和人们舞蹈时发出的声响。每次听到二胡和箫的声音，我的心就会颤动；听到降央卓玛的中音歌声和豫剧演员的唱腔，我会陶醉其中；在悉尼歌剧院听到踢踏舞的声音，我心中快乐无比。我觉得人类能制造出这些声音真是高明，在漫长而充满烦恼和苦痛的人生过程中，有这些声音相伴会让人感觉轻松许多。</w:t>
      </w:r>
    </w:p>
    <w:p w14:paraId="029BE0DA" w14:textId="77777777" w:rsidR="00B475E2" w:rsidRDefault="00B475E2" w:rsidP="00B475E2">
      <w:pPr>
        <w:spacing w:line="360" w:lineRule="auto"/>
        <w:ind w:firstLine="420"/>
        <w:jc w:val="both"/>
        <w:textAlignment w:val="center"/>
        <w:rPr>
          <w:color w:val="000000"/>
          <w:lang w:eastAsia="zh-CN"/>
        </w:rPr>
      </w:pPr>
      <w:r>
        <w:rPr>
          <w:color w:val="000000"/>
          <w:lang w:eastAsia="zh-CN"/>
        </w:rPr>
        <w:t>⑧</w:t>
      </w:r>
      <w:r>
        <w:rPr>
          <w:rFonts w:ascii="KaiTi" w:eastAsia="KaiTi" w:hAnsi="KaiTi" w:cs="KaiTi"/>
          <w:color w:val="000000"/>
          <w:lang w:eastAsia="zh-CN"/>
        </w:rPr>
        <w:t>在人有意制造的声音中，我不想听又粗又糙的搅拌机声，讨厌听铁器在水泥地板上的拖曳声；很烦大型挖掘机和拖拉机的轰鸣声；特别愤恨房屋装修时发出的声音。</w:t>
      </w:r>
    </w:p>
    <w:p w14:paraId="310DB382" w14:textId="77777777" w:rsidR="00B475E2" w:rsidRDefault="00B475E2" w:rsidP="00B475E2">
      <w:pPr>
        <w:spacing w:line="360" w:lineRule="auto"/>
        <w:ind w:firstLine="420"/>
        <w:jc w:val="both"/>
        <w:textAlignment w:val="center"/>
        <w:rPr>
          <w:color w:val="000000"/>
          <w:lang w:eastAsia="zh-CN"/>
        </w:rPr>
      </w:pPr>
      <w:r>
        <w:rPr>
          <w:color w:val="000000"/>
          <w:lang w:eastAsia="zh-CN"/>
        </w:rPr>
        <w:t>⑨</w:t>
      </w:r>
      <w:r>
        <w:rPr>
          <w:rFonts w:ascii="KaiTi" w:eastAsia="KaiTi" w:hAnsi="KaiTi" w:cs="KaiTi"/>
          <w:color w:val="000000"/>
          <w:lang w:eastAsia="zh-CN"/>
        </w:rPr>
        <w:t>声音是一种看不见摸不着的东西，却是地球上的一种重要存在。</w:t>
      </w:r>
    </w:p>
    <w:p w14:paraId="75AC516D" w14:textId="77777777" w:rsidR="00B475E2" w:rsidRDefault="00B475E2" w:rsidP="00B475E2">
      <w:pPr>
        <w:spacing w:line="360" w:lineRule="auto"/>
        <w:ind w:firstLine="420"/>
        <w:jc w:val="both"/>
        <w:textAlignment w:val="center"/>
        <w:rPr>
          <w:color w:val="000000"/>
          <w:lang w:eastAsia="zh-CN"/>
        </w:rPr>
      </w:pPr>
      <w:r>
        <w:rPr>
          <w:color w:val="000000"/>
          <w:lang w:eastAsia="zh-CN"/>
        </w:rPr>
        <w:t>⑩</w:t>
      </w:r>
      <w:r>
        <w:rPr>
          <w:rFonts w:ascii="KaiTi" w:eastAsia="KaiTi" w:hAnsi="KaiTi" w:cs="KaiTi"/>
          <w:color w:val="000000"/>
          <w:lang w:eastAsia="zh-CN"/>
        </w:rPr>
        <w:t>地球上正是有了如此众多的声音，才使其充满了活力和对我们的诱惑力。听说有人做过试验：把一个人放进一个发不出一丝声音的空间，他在短暂的安静之后就会显出烦躁和不安，并随着时间的持续会最终走向精神崩溃。静寂到极致和音噪到极致，对人的伤害其实是一样的。</w:t>
      </w:r>
      <w:r>
        <w:rPr>
          <w:rFonts w:ascii="KaiTi" w:eastAsia="KaiTi" w:hAnsi="KaiTi" w:cs="KaiTi"/>
          <w:color w:val="000000"/>
          <w:u w:val="single"/>
          <w:lang w:eastAsia="zh-CN"/>
        </w:rPr>
        <w:t>声音是外部世界显示正常的一个标志，也是我们活着的一个证明。</w:t>
      </w:r>
    </w:p>
    <w:p w14:paraId="6EBCB336" w14:textId="77777777" w:rsidR="00B475E2" w:rsidRDefault="00B475E2" w:rsidP="00B475E2">
      <w:pPr>
        <w:spacing w:line="360" w:lineRule="auto"/>
        <w:ind w:firstLine="420"/>
        <w:jc w:val="both"/>
        <w:textAlignment w:val="center"/>
        <w:rPr>
          <w:color w:val="000000"/>
          <w:lang w:eastAsia="zh-CN"/>
        </w:rPr>
      </w:pPr>
      <w:r>
        <w:rPr>
          <w:color w:val="000000"/>
          <w:lang w:eastAsia="zh-CN"/>
        </w:rPr>
        <w:t>⑪</w:t>
      </w:r>
      <w:r>
        <w:rPr>
          <w:rFonts w:ascii="KaiTi" w:eastAsia="KaiTi" w:hAnsi="KaiTi" w:cs="KaiTi"/>
          <w:color w:val="000000"/>
          <w:lang w:eastAsia="zh-CN"/>
        </w:rPr>
        <w:t>不管我们对有些声音的出现是多么反感，我们都要感谢这世界上还有声音！</w:t>
      </w:r>
    </w:p>
    <w:p w14:paraId="58341F1E" w14:textId="77777777" w:rsidR="00B475E2" w:rsidRDefault="00B475E2" w:rsidP="00B475E2">
      <w:pPr>
        <w:spacing w:line="360" w:lineRule="auto"/>
        <w:ind w:firstLine="420"/>
        <w:jc w:val="both"/>
        <w:textAlignment w:val="center"/>
        <w:rPr>
          <w:color w:val="000000"/>
          <w:lang w:eastAsia="zh-CN"/>
        </w:rPr>
      </w:pPr>
      <w:r>
        <w:rPr>
          <w:color w:val="000000"/>
          <w:lang w:eastAsia="zh-CN"/>
        </w:rPr>
        <w:t>⑫</w:t>
      </w:r>
      <w:r>
        <w:rPr>
          <w:rFonts w:ascii="KaiTi" w:eastAsia="KaiTi" w:hAnsi="KaiTi" w:cs="KaiTi"/>
          <w:color w:val="000000"/>
          <w:lang w:eastAsia="zh-CN"/>
        </w:rPr>
        <w:t>人对于声音，在当下，除了极小一部分是主动去听的以外，比如买票去听音乐会、去听戏曲、去看歌剧、去参加舞会，其实绝大部分都是被动听到的。随着社会的发展，随着人类文明程度的提高，随着人对声音控制能力的增强，人类能够创造出一个美好的声音世界。在那个世界里，人们都会尽最大努力，首先是不发出难听的声音，其次是不制造人不愿听的声音，再就是想办法屏蔽一些令人厌烦的声音。在那个世界里，人们治理声音污染会像今天治理空气污染一样认真严厉。到那时，我们的耳朵就会感到更多的舒适。</w:t>
      </w:r>
    </w:p>
    <w:p w14:paraId="629AAF84" w14:textId="77777777" w:rsidR="00B475E2" w:rsidRDefault="00B475E2" w:rsidP="00B475E2">
      <w:pPr>
        <w:spacing w:line="360" w:lineRule="auto"/>
        <w:ind w:firstLine="420"/>
        <w:jc w:val="both"/>
        <w:textAlignment w:val="center"/>
        <w:rPr>
          <w:color w:val="000000"/>
          <w:lang w:eastAsia="zh-CN"/>
        </w:rPr>
      </w:pPr>
      <w:r>
        <w:rPr>
          <w:color w:val="000000"/>
          <w:lang w:eastAsia="zh-CN"/>
        </w:rPr>
        <w:lastRenderedPageBreak/>
        <w:t>⑬</w:t>
      </w:r>
      <w:r>
        <w:rPr>
          <w:rFonts w:ascii="KaiTi" w:eastAsia="KaiTi" w:hAnsi="KaiTi" w:cs="KaiTi"/>
          <w:color w:val="000000"/>
          <w:lang w:eastAsia="zh-CN"/>
        </w:rPr>
        <w:t>我期待着那个声音世界的早日到来。</w:t>
      </w:r>
    </w:p>
    <w:p w14:paraId="634C5130"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（《人民文学》</w:t>
      </w:r>
      <w:r>
        <w:rPr>
          <w:rFonts w:ascii="Times New Roman" w:eastAsia="Times New Roman" w:hAnsi="Times New Roman" w:cs="Times New Roman"/>
          <w:color w:val="000000"/>
          <w:lang w:eastAsia="zh-CN"/>
        </w:rPr>
        <w:t>2023</w:t>
      </w:r>
      <w:r>
        <w:rPr>
          <w:rFonts w:ascii="SimSun" w:eastAsia="SimSun" w:hAnsi="SimSun" w:cs="SimSun"/>
          <w:color w:val="000000"/>
          <w:lang w:eastAsia="zh-CN"/>
        </w:rPr>
        <w:t>年</w:t>
      </w:r>
      <w:r>
        <w:rPr>
          <w:rFonts w:ascii="Times New Roman" w:eastAsia="Times New Roman" w:hAnsi="Times New Roman" w:cs="Times New Roman"/>
          <w:color w:val="000000"/>
          <w:lang w:eastAsia="zh-CN"/>
        </w:rPr>
        <w:t>02</w:t>
      </w:r>
      <w:r>
        <w:rPr>
          <w:rFonts w:ascii="SimSun" w:eastAsia="SimSun" w:hAnsi="SimSun" w:cs="SimSun"/>
          <w:color w:val="000000"/>
          <w:lang w:eastAsia="zh-CN"/>
        </w:rPr>
        <w:t>期，有删改）</w:t>
      </w:r>
    </w:p>
    <w:p w14:paraId="01D39068" w14:textId="77777777" w:rsidR="00B475E2" w:rsidRDefault="00B475E2" w:rsidP="00B475E2">
      <w:pPr>
        <w:spacing w:line="360" w:lineRule="auto"/>
        <w:textAlignment w:val="center"/>
        <w:rPr>
          <w:color w:val="000000"/>
        </w:rPr>
      </w:pPr>
      <w:r>
        <w:rPr>
          <w:color w:val="000000"/>
          <w:lang w:eastAsia="zh-CN"/>
        </w:rPr>
        <w:t xml:space="preserve">17. </w:t>
      </w:r>
      <w:r>
        <w:rPr>
          <w:rFonts w:ascii="SimSun" w:eastAsia="SimSun" w:hAnsi="SimSun" w:cs="SimSun"/>
          <w:color w:val="000000"/>
          <w:lang w:eastAsia="zh-CN"/>
        </w:rPr>
        <w:t>作者用简白而又饱含深情的笔触写出了他将万千声音纳入耳的过程、认识及感受，带有较强的反思精神。阅读全文，完成下面的行文思路框架图。</w:t>
      </w:r>
      <w:r>
        <w:rPr>
          <w:rFonts w:ascii="SimSun" w:eastAsia="SimSun" w:hAnsi="SimSun" w:cs="SimSun"/>
          <w:color w:val="000000"/>
        </w:rPr>
        <w:t>（每空不超过</w:t>
      </w:r>
      <w:r>
        <w:rPr>
          <w:rFonts w:ascii="Times New Roman" w:eastAsia="Times New Roman" w:hAnsi="Times New Roman" w:cs="Times New Roman"/>
          <w:color w:val="000000"/>
        </w:rPr>
        <w:t>15</w:t>
      </w:r>
      <w:r>
        <w:rPr>
          <w:rFonts w:ascii="SimSun" w:eastAsia="SimSun" w:hAnsi="SimSun" w:cs="SimSun"/>
          <w:color w:val="000000"/>
        </w:rPr>
        <w:t>字）</w:t>
      </w:r>
    </w:p>
    <w:p w14:paraId="2C57A3D3" w14:textId="77777777" w:rsidR="00B475E2" w:rsidRDefault="00B475E2" w:rsidP="00B475E2">
      <w:pPr>
        <w:spacing w:line="360" w:lineRule="auto"/>
        <w:textAlignment w:val="center"/>
        <w:rPr>
          <w:color w:val="000000"/>
        </w:rPr>
      </w:pPr>
      <w:r>
        <w:rPr>
          <w:noProof/>
          <w:color w:val="000000"/>
        </w:rPr>
        <w:drawing>
          <wp:inline distT="0" distB="0" distL="114300" distR="114300" wp14:anchorId="0E6C537F" wp14:editId="6CCBEA7A">
            <wp:extent cx="4248150" cy="1333500"/>
            <wp:effectExtent l="0" t="0" r="0" b="0"/>
            <wp:docPr id="127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图片 100003"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4248150" cy="1333500"/>
                    </a:xfrm>
                    <a:prstGeom prst="rect">
                      <a:avLst/>
                    </a:prstGeom>
                  </pic:spPr>
                </pic:pic>
              </a:graphicData>
            </a:graphic>
          </wp:inline>
        </w:drawing>
      </w:r>
    </w:p>
    <w:p w14:paraId="3934986B"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根据上下文，对文中画横线句“声音是外部世界显示正常的一个标志，也是我们活着的一个证明”的理解有误的一项是（   ）</w:t>
      </w:r>
    </w:p>
    <w:p w14:paraId="31C80548"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万千声音的存在标志着外部世界的正常。</w:t>
      </w:r>
    </w:p>
    <w:p w14:paraId="617F6EC6"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如果没有声音存在，我们就无法证明我们还活着。</w:t>
      </w:r>
    </w:p>
    <w:p w14:paraId="70C9970A"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这句话写出了声音对于外部世界和我们的重要价值和意义。</w:t>
      </w:r>
    </w:p>
    <w:p w14:paraId="00B4572B"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这句话与本段第一句话相呼应，表明声音是地球上的“重要存在”。</w:t>
      </w:r>
    </w:p>
    <w:p w14:paraId="2180BBE7"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结合上下文，自选角度整体赏析文中画波浪线句的表达效果。（可从用词、句式、修辞、写法等角度赏析）</w:t>
      </w:r>
    </w:p>
    <w:p w14:paraId="62B557FF"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四、名著阅读</w:t>
      </w:r>
    </w:p>
    <w:p w14:paraId="61FDB720"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下面两则文字分别是巴金和林庚先生对《朝花夕拾》和《西游记》的评价：</w:t>
      </w:r>
    </w:p>
    <w:p w14:paraId="5D6734E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《朝花夕拾》是鲁迅先生用优美的散文，描绘了自己童年的生活，展现了一位伟大的文学家的心灵世界。</w:t>
      </w:r>
    </w:p>
    <w:p w14:paraId="5B660398" w14:textId="77777777" w:rsidR="00B475E2" w:rsidRDefault="00B475E2" w:rsidP="00B475E2">
      <w:pPr>
        <w:spacing w:line="360" w:lineRule="auto"/>
        <w:jc w:val="right"/>
        <w:textAlignment w:val="center"/>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巴金</w:t>
      </w:r>
    </w:p>
    <w:p w14:paraId="73A4D17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动物世界、儿童的游戏性、天真的童心与非逻辑的想象，这一切形成了弥散在《西游记》中的童话的气氛。</w:t>
      </w:r>
    </w:p>
    <w:p w14:paraId="15045D48" w14:textId="77777777" w:rsidR="00B475E2" w:rsidRDefault="00B475E2" w:rsidP="00B475E2">
      <w:pPr>
        <w:spacing w:line="360" w:lineRule="auto"/>
        <w:jc w:val="right"/>
        <w:textAlignment w:val="center"/>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林庚</w:t>
      </w:r>
    </w:p>
    <w:p w14:paraId="637B5CA9"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我们发现，两部作品虽一部为回忆性散文集，一部为“神魔小说”，但都有“童心和童真”。请以一部作品为例，结合其具体内容，简要谈谈该作品是如何体现“童心和童真”的。（</w:t>
      </w:r>
      <w:r>
        <w:rPr>
          <w:rFonts w:ascii="Times New Roman" w:eastAsia="Times New Roman" w:hAnsi="Times New Roman" w:cs="Times New Roman"/>
          <w:color w:val="000000"/>
          <w:lang w:eastAsia="zh-CN"/>
        </w:rPr>
        <w:t>70</w:t>
      </w:r>
      <w:r>
        <w:rPr>
          <w:rFonts w:ascii="SimSun" w:eastAsia="SimSun" w:hAnsi="SimSun" w:cs="SimSun"/>
          <w:color w:val="000000"/>
          <w:lang w:eastAsia="zh-CN"/>
        </w:rPr>
        <w:t>〜</w:t>
      </w:r>
      <w:r>
        <w:rPr>
          <w:rFonts w:ascii="Times New Roman" w:eastAsia="Times New Roman" w:hAnsi="Times New Roman" w:cs="Times New Roman"/>
          <w:color w:val="000000"/>
          <w:lang w:eastAsia="zh-CN"/>
        </w:rPr>
        <w:t>150</w:t>
      </w:r>
      <w:r>
        <w:rPr>
          <w:rFonts w:ascii="SimSun" w:eastAsia="SimSun" w:hAnsi="SimSun" w:cs="SimSun"/>
          <w:color w:val="000000"/>
          <w:lang w:eastAsia="zh-CN"/>
        </w:rPr>
        <w:t>字）</w:t>
      </w:r>
    </w:p>
    <w:p w14:paraId="0E9EA081" w14:textId="77777777" w:rsidR="00B475E2" w:rsidRDefault="00B475E2" w:rsidP="00B475E2">
      <w:pPr>
        <w:pStyle w:val="Heading3"/>
        <w:rPr>
          <w:lang w:eastAsia="zh-CN"/>
        </w:rPr>
      </w:pPr>
      <w:bookmarkStart w:id="19" w:name="_Toc235355017"/>
      <w:r>
        <w:rPr>
          <w:lang w:eastAsia="zh-CN"/>
        </w:rPr>
        <w:t>丰台区</w:t>
      </w:r>
      <w:bookmarkEnd w:id="19"/>
    </w:p>
    <w:p w14:paraId="768037EC"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四、现代文阅读（共21分）</w:t>
      </w:r>
    </w:p>
    <w:p w14:paraId="2FEE4861"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阅读《冰雪素描》，完成小题。</w:t>
      </w:r>
    </w:p>
    <w:p w14:paraId="635B7D97"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冰雪素描</w:t>
      </w:r>
    </w:p>
    <w:p w14:paraId="47EDE737"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雪花天上来</w:t>
      </w:r>
    </w:p>
    <w:p w14:paraId="0CCC0F4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①软软的鹅毛大雪，干爽，舒适，凉津津，</w:t>
      </w:r>
      <w:r>
        <w:rPr>
          <w:rFonts w:ascii="KaiTi" w:eastAsia="KaiTi" w:hAnsi="KaiTi" w:cs="KaiTi"/>
          <w:color w:val="000000"/>
          <w:em w:val="dot"/>
          <w:lang w:eastAsia="zh-CN"/>
        </w:rPr>
        <w:t>甚至有些暖</w:t>
      </w:r>
      <w:r>
        <w:rPr>
          <w:rFonts w:ascii="KaiTi" w:eastAsia="KaiTi" w:hAnsi="KaiTi" w:cs="KaiTi"/>
          <w:color w:val="000000"/>
          <w:lang w:eastAsia="zh-CN"/>
        </w:rPr>
        <w:t>。大片的雪花飘落时，天地间是没有风的，整个城市都揣着暖宝。汽车有规矩地行走，灯光温馨地亮起。雪的世界里，整个日常起居都被软化了。</w:t>
      </w:r>
    </w:p>
    <w:p w14:paraId="0B722E7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②这样的天气适合表达感情。邀三五朋友喝酒，去你家他家闲坐；大街上碰着面，停下来抽袋烟；跑到歌厅唱唱歌，或站在公园吼几嗓子。只要心里有美，会发觉世间万千都美。</w:t>
      </w:r>
    </w:p>
    <w:p w14:paraId="366E779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③鹅毛雪静静地飘落。这样的鹅毛大雪只属于这个纬度。它多了一层清爽，也多了一层飘柔。雪的飘柔，不是水的飘柔。以雪的形式，表达水的飘柔。</w:t>
      </w:r>
    </w:p>
    <w:p w14:paraId="46EF5B5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④可以坐在旷野之上，感受它的无声，但是别坐太久了。所有的生灵都猫起来了，隔着角门、院门、窗子看你，直到心生寂寞。</w:t>
      </w:r>
    </w:p>
    <w:p w14:paraId="6790C165"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凛冬里盛开</w:t>
      </w:r>
    </w:p>
    <w:p w14:paraId="37582BE4"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⑤常常是一夜醒来的时候，雾凇出现了。【甲】</w:t>
      </w:r>
      <w:r>
        <w:rPr>
          <w:rFonts w:ascii="KaiTi" w:eastAsia="KaiTi" w:hAnsi="KaiTi" w:cs="KaiTi"/>
          <w:color w:val="000000"/>
          <w:u w:val="single"/>
          <w:lang w:eastAsia="zh-CN"/>
        </w:rPr>
        <w:t>它们像极了怒放的花，傲雪凌霜。不在严寒中盛开。</w:t>
      </w:r>
    </w:p>
    <w:p w14:paraId="4C98886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⑥江边的水汽大，雾凇就好。但农田边、村屯中的雾凇也很好。村头坡上，三棵两棵，同样眼目一新。只是没有人看，看了也不围观、拍照、吟诗。村民们看它一眼，惊顿了一下，然后忙更重要的和不重要的事情去了。</w:t>
      </w:r>
    </w:p>
    <w:p w14:paraId="12B557D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雾凇出现，未必一定是晴天，但以晴天居多。空气质量不好，缺少林木，尤其水汽少，是不会产生雾凇的。温差小的地方也不会产生。林木、水汽、温差，这些个因素，几乎是相辅相成。还有一样，它要求静风或者风速很小。大风总能把形成过程中那些结构松散的冰晶吹散。即便已簇拥在一起的，也会吹弹得无影无踪。</w:t>
      </w:r>
    </w:p>
    <w:p w14:paraId="51F8BCE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⑧所以东北的城市常常是可以下厚雪，但不容易形成雾凇。吉林市的江堤雾凇，依赖了美丽的不冻江，温差大、水汽足，加上优质的空气，形成数十里的冰雪花堤。一碧天空之下，堪称瑰丽神奇。</w:t>
      </w:r>
    </w:p>
    <w:p w14:paraId="4E74FC22"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那冰雪世界</w:t>
      </w:r>
    </w:p>
    <w:p w14:paraId="78F97FF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⑨【乙】</w:t>
      </w:r>
      <w:r>
        <w:rPr>
          <w:rFonts w:ascii="KaiTi" w:eastAsia="KaiTi" w:hAnsi="KaiTi" w:cs="KaiTi"/>
          <w:color w:val="000000"/>
          <w:u w:val="single"/>
          <w:lang w:eastAsia="zh-CN"/>
        </w:rPr>
        <w:t>连续几场大雪后，房顶上仿佛有层厚厚的带有神韵的柳絮，线条散漫地铺坠。</w:t>
      </w:r>
      <w:r>
        <w:rPr>
          <w:rFonts w:ascii="KaiTi" w:eastAsia="KaiTi" w:hAnsi="KaiTi" w:cs="KaiTi"/>
          <w:color w:val="000000"/>
          <w:lang w:eastAsia="zh-CN"/>
        </w:rPr>
        <w:t>大路两旁的沟渠找不到了，需凭借路边的树木和稀落的房屋，大致辨识方位轮廓。通往菜园中酱缸或柴堆的小径，被男人或主妇，拓开刚好容足的一条线。看不到村民，一到冬天就任其逍遥的家禽也不知藏到哪里。屋顶的炊烟却袅袅着。每个屋顶下都有一些人热闹地娱乐玩耍，或准备各式菜肴。</w:t>
      </w:r>
    </w:p>
    <w:p w14:paraId="16AFEC5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人在雪地上吱嘎吱嘎地走着。公路边的两排积年大杨树，阻隔车辆噪声的同吱时，为各家院落增添了许多风景，也使幢幢氏屋显得别致。耳畔是远近此起彼伏的鞭炮声和阵阵惊起的犬吠。欣赏门檐张贴的对联挂笺、金色福字，嗅闻隐隐飘出的水汽以及厚门帘依然阻挡不住的饭菜香。作为游子，</w:t>
      </w:r>
      <w:r>
        <w:rPr>
          <w:rFonts w:ascii="KaiTi" w:eastAsia="KaiTi" w:hAnsi="KaiTi" w:cs="KaiTi"/>
          <w:color w:val="000000"/>
          <w:em w:val="dot"/>
          <w:lang w:eastAsia="zh-CN"/>
        </w:rPr>
        <w:t>霎时暖意涌上心头</w:t>
      </w:r>
      <w:r>
        <w:rPr>
          <w:rFonts w:ascii="KaiTi" w:eastAsia="KaiTi" w:hAnsi="KaiTi" w:cs="KaiTi"/>
          <w:color w:val="000000"/>
          <w:lang w:eastAsia="zh-CN"/>
        </w:rPr>
        <w:t>，眼眶有些湿润，内心里有个声音不断重复着，亲人们，我回来了…………</w:t>
      </w:r>
    </w:p>
    <w:p w14:paraId="760BBBDF" w14:textId="77777777" w:rsidR="00B475E2" w:rsidRDefault="00B475E2" w:rsidP="00B475E2">
      <w:pPr>
        <w:spacing w:line="360" w:lineRule="auto"/>
        <w:ind w:firstLine="420"/>
        <w:jc w:val="right"/>
        <w:textAlignment w:val="center"/>
        <w:rPr>
          <w:color w:val="000000"/>
          <w:lang w:eastAsia="zh-CN"/>
        </w:rPr>
      </w:pPr>
      <w:r>
        <w:rPr>
          <w:rFonts w:ascii="SimSun" w:eastAsia="SimSun" w:hAnsi="SimSun" w:cs="SimSun"/>
          <w:color w:val="000000"/>
          <w:lang w:eastAsia="zh-CN"/>
        </w:rPr>
        <w:t>（取材于景凤鸣的同名文章）</w:t>
      </w:r>
    </w:p>
    <w:p w14:paraId="3B333F2A" w14:textId="77777777" w:rsidR="00B475E2" w:rsidRDefault="00B475E2" w:rsidP="00B475E2">
      <w:pPr>
        <w:spacing w:line="360" w:lineRule="auto"/>
        <w:textAlignment w:val="center"/>
        <w:rPr>
          <w:color w:val="000000"/>
          <w:lang w:eastAsia="zh-CN"/>
        </w:rPr>
      </w:pPr>
      <w:r>
        <w:rPr>
          <w:color w:val="000000"/>
          <w:lang w:eastAsia="zh-CN"/>
        </w:rPr>
        <w:t xml:space="preserve">13. </w:t>
      </w:r>
      <w:r>
        <w:rPr>
          <w:rFonts w:ascii="SimSun" w:eastAsia="SimSun" w:hAnsi="SimSun" w:cs="SimSun"/>
          <w:color w:val="000000"/>
          <w:lang w:eastAsia="zh-CN"/>
        </w:rPr>
        <w:t>文章描绘了一个冰雪世界：先写了①</w:t>
      </w:r>
      <w:r>
        <w:rPr>
          <w:color w:val="000000"/>
          <w:lang w:eastAsia="zh-CN"/>
        </w:rPr>
        <w:t>________</w:t>
      </w:r>
      <w:r>
        <w:rPr>
          <w:rFonts w:ascii="SimSun" w:eastAsia="SimSun" w:hAnsi="SimSun" w:cs="SimSun"/>
          <w:color w:val="000000"/>
          <w:lang w:eastAsia="zh-CN"/>
        </w:rPr>
        <w:t>的雪，再写瑰丽神奇的②</w:t>
      </w:r>
      <w:r>
        <w:rPr>
          <w:color w:val="000000"/>
          <w:lang w:eastAsia="zh-CN"/>
        </w:rPr>
        <w:t>________</w:t>
      </w:r>
      <w:r>
        <w:rPr>
          <w:rFonts w:ascii="SimSun" w:eastAsia="SimSun" w:hAnsi="SimSun" w:cs="SimSun"/>
          <w:color w:val="000000"/>
          <w:lang w:eastAsia="zh-CN"/>
        </w:rPr>
        <w:t>，接着写了过年时③</w:t>
      </w:r>
      <w:r>
        <w:rPr>
          <w:color w:val="000000"/>
          <w:lang w:eastAsia="zh-CN"/>
        </w:rPr>
        <w:t>________</w:t>
      </w:r>
      <w:r>
        <w:rPr>
          <w:rFonts w:ascii="SimSun" w:eastAsia="SimSun" w:hAnsi="SimSun" w:cs="SimSun"/>
          <w:color w:val="000000"/>
          <w:lang w:eastAsia="zh-CN"/>
        </w:rPr>
        <w:t>的景象。</w:t>
      </w:r>
    </w:p>
    <w:p w14:paraId="380B107D"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从文中甲、乙两处画线句中任选一句，结合文意，简要分析其表达效果。</w:t>
      </w:r>
    </w:p>
    <w:p w14:paraId="1B846A46"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15. </w:t>
      </w:r>
      <w:r>
        <w:rPr>
          <w:rFonts w:ascii="SimSun" w:eastAsia="SimSun" w:hAnsi="SimSun" w:cs="SimSun"/>
          <w:color w:val="000000"/>
          <w:lang w:eastAsia="zh-CN"/>
        </w:rPr>
        <w:t>文章题目为“冰雪素描”，冰天雪地的世界本会给人带来冷意，但文中却充满了暖意。请你结合全文内容，说说第①段和第⑩段中加点词句各表达了作者怎样的情感。</w:t>
      </w:r>
    </w:p>
    <w:p w14:paraId="41EDB142"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阅读《我的读书摘记》，完成小题。</w:t>
      </w:r>
    </w:p>
    <w:p w14:paraId="56B602CC"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我的读书摘记</w:t>
      </w:r>
    </w:p>
    <w:p w14:paraId="1F96337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①我读书的习惯，每本书都要做大量的摘记。</w:t>
      </w:r>
    </w:p>
    <w:p w14:paraId="604015A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碧玉年华，女伴们都在打扮自己，我却把省下的一点钱交给书店，每一本书都让我爱不释手，丢不开，放不下，不可能重复翻看，便大量摘抄。那时候，塑料皮的日记本对我来说绝对是奢侈品，我只能望而却步。最便宜的是大张的白纸，买回来裁成16开，再对折，找一个硬纸壳作封面，便可以装订成一个独具特色的小本子。用没有油的圆珠笔给每一页打上暗格，白纸上整整齐齐地摘抄。当时，这是最值得我炫耀的事。</w:t>
      </w:r>
    </w:p>
    <w:p w14:paraId="158C33F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③硬纸壳的封面要用黑色墨水画一幅自我感觉特艺术的钢笔画，或者煞有介事地写上“读书笔记”四个大字。所谓读书笔记，其实就是摘抄。</w:t>
      </w:r>
    </w:p>
    <w:p w14:paraId="3EB335D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摘抄的内容完全跟着感觉走。精妙的语言、错落有致的段落、情真意切的对话、跌宕起伏的故事……有整篇文章，也有整个段落，有部分对话，也有让人心动的句子。每一本书读完，我都意犹未尽。跟着不同人物，出入不同环境，经历不同故事，我随时都在穿越。一本书就是一个时间黑洞，我进进出出，全无阻碍。</w:t>
      </w:r>
    </w:p>
    <w:p w14:paraId="7C257D8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⑤好书那么多，没有足够的时间重复阅读，好在我有读书摘记。没有书读的日子，我可以捧着我的读书摘记幸福地</w:t>
      </w:r>
      <w:r>
        <w:rPr>
          <w:rFonts w:ascii="KaiTi" w:eastAsia="KaiTi" w:hAnsi="KaiTi" w:cs="KaiTi"/>
          <w:color w:val="000000"/>
          <w:em w:val="dot"/>
          <w:lang w:eastAsia="zh-CN"/>
        </w:rPr>
        <w:t>反刍</w:t>
      </w:r>
      <w:r>
        <w:rPr>
          <w:rFonts w:ascii="KaiTi" w:eastAsia="KaiTi" w:hAnsi="KaiTi" w:cs="KaiTi"/>
          <w:color w:val="000000"/>
          <w:lang w:eastAsia="zh-CN"/>
        </w:rPr>
        <w:t>。</w:t>
      </w:r>
    </w:p>
    <w:p w14:paraId="454C962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上班之后，终于可以买像样的笔记本了。喜欢那种硬纸壳封面的本子，装帧设计简单文艺，颜色温暖，里面的纸张印制了朦胧的人物或是风景，成为文字的背景。浅灰、淡蓝或是淡粉、淡紫的大横格，厚厚的纸张泛着熟宣一样古旧的色彩，每一个字落上去，都好像要变成精灵。</w:t>
      </w:r>
    </w:p>
    <w:p w14:paraId="262848EE"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纸页上一定要写满字，必定要正反面同时写。小时候穷，买不起本子，那时候不但要写了正面写反面，用铅笔写过的本子，有时会用橡皮擦一遍再写，或者用钢笔在铅笔字上覆盖一层演算。如今，笔记本纸张的厚度和柔韧性要比当年的作业本多出几倍，即使用</w:t>
      </w:r>
      <w:r>
        <w:rPr>
          <w:rFonts w:ascii="KaiTi" w:eastAsia="KaiTi" w:hAnsi="KaiTi" w:cs="KaiTi"/>
          <w:color w:val="000000"/>
          <w:lang w:eastAsia="zh-CN"/>
        </w:rPr>
        <w:lastRenderedPageBreak/>
        <w:t>钢笔，正反面同时写也不会洇染。倘若只写一面，就感觉自己无端扔了半个本子，暴殄了天物。</w:t>
      </w:r>
    </w:p>
    <w:p w14:paraId="72829D3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正反面都写上字，那字也是有体积有分量的，笔记本的厚度仿佛一下子翻了一番，拿在手上沉甸甸的。一本书被浓缩在一个小小的笔记本中，这些珍贵的本子，有的被我放到皮包里，有的放到枕头下。写满了字的笔记本有血有肉有灵魂，是我精心搜集的文字的仓廪。阅读这些摘记，让我的内心感到丰盈与富足。</w:t>
      </w:r>
    </w:p>
    <w:p w14:paraId="17D711A4"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近年，我还保持着做摘记的习惯。学校里倒是也要求大家写读书摘记，我检查过那些“作品”，基本上没有人像我那样写双面，每一页摘抄的内容有限，不但段与段，甚至句与句之间都要空行，还要画一个大大方方的题花。我猜测，画题花的时间要比摘抄的时间还长吧。</w:t>
      </w:r>
    </w:p>
    <w:p w14:paraId="30CC8A6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⑩最重要的是，我不知道那些摘抄有什么意义，既没有让人惊艳的句子，也没有让人沉思的哲理，哪怕让人心动一下、悲哀一下或是会心地笑一下，都没有，仅仅是为了完成读书任务。</w:t>
      </w:r>
    </w:p>
    <w:p w14:paraId="31E5A83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⑪因此，我的摘抄被大家诟病</w:t>
      </w:r>
      <w:r>
        <w:rPr>
          <w:rFonts w:ascii="Times New Roman" w:eastAsia="Times New Roman" w:hAnsi="Times New Roman" w:cs="Times New Roman"/>
          <w:color w:val="000000"/>
          <w:lang w:eastAsia="zh-CN"/>
        </w:rPr>
        <w:t>——</w:t>
      </w:r>
      <w:r>
        <w:rPr>
          <w:rFonts w:ascii="KaiTi" w:eastAsia="KaiTi" w:hAnsi="KaiTi" w:cs="KaiTi"/>
          <w:color w:val="000000"/>
          <w:lang w:eastAsia="zh-CN"/>
        </w:rPr>
        <w:t>明明没有摘抄任务，何必多此一举。</w:t>
      </w:r>
    </w:p>
    <w:p w14:paraId="5273454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⑫也是，现在网络这么发达，手机上想看什么随时可以翻阅。带一个笔记本，这是多么麻烦的事！</w:t>
      </w:r>
    </w:p>
    <w:p w14:paraId="2B35CC4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⑬我曾经在微信上收藏了很多好文章，前几天想回顾一下，打开网页，看到的却是“该内容已被发布者删除”“该公众号已迁移”“此账号已被屏蔽，内容无法查看”……</w:t>
      </w:r>
    </w:p>
    <w:p w14:paraId="49EB6417"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⑭我赶紧在零落的书本中寻找我的读书摘记们，还好，它们懒懒地藏在案头，藏在我的书堆里，藏在时间深处。</w:t>
      </w:r>
    </w:p>
    <w:p w14:paraId="666B901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⑮稍有闲暇，我总是习惯取出我的读书摘记，品咂深藏在精妙文字里的韵致，通过零散的文字一次次回到书中，回到故事和人物当中，踏着这些文字享受穿越时空的快乐，真是余香袅袅，回味悠长。</w:t>
      </w:r>
    </w:p>
    <w:p w14:paraId="47836BA4" w14:textId="77777777" w:rsidR="00B475E2" w:rsidRDefault="00B475E2" w:rsidP="00B475E2">
      <w:pPr>
        <w:spacing w:line="360" w:lineRule="auto"/>
        <w:ind w:firstLine="420"/>
        <w:jc w:val="right"/>
        <w:textAlignment w:val="center"/>
        <w:rPr>
          <w:color w:val="000000"/>
          <w:lang w:eastAsia="zh-CN"/>
        </w:rPr>
      </w:pPr>
      <w:r>
        <w:rPr>
          <w:rFonts w:ascii="SimSun" w:eastAsia="SimSun" w:hAnsi="SimSun" w:cs="SimSun"/>
          <w:color w:val="000000"/>
          <w:lang w:eastAsia="zh-CN"/>
        </w:rPr>
        <w:t>（取材于卢海娟的同名文章）</w:t>
      </w:r>
    </w:p>
    <w:p w14:paraId="17C54FA4"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文章写了“我”做读书摘记的经历和阅读摘记的感受。阅读全文，完成下面表格。</w:t>
      </w:r>
    </w:p>
    <w:tbl>
      <w:tblPr>
        <w:tblW w:w="6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33"/>
        <w:gridCol w:w="2496"/>
        <w:gridCol w:w="2496"/>
      </w:tblGrid>
      <w:tr w:rsidR="00B475E2" w14:paraId="520AEBEB" w14:textId="77777777" w:rsidTr="005A467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8D10FC" w14:textId="77777777" w:rsidR="00B475E2" w:rsidRDefault="00B475E2" w:rsidP="005A467C">
            <w:pPr>
              <w:spacing w:line="360" w:lineRule="auto"/>
              <w:jc w:val="both"/>
              <w:textAlignment w:val="center"/>
              <w:rPr>
                <w:color w:val="000000"/>
              </w:rPr>
            </w:pPr>
            <w:r>
              <w:rPr>
                <w:rFonts w:ascii="SimSun" w:eastAsia="SimSun" w:hAnsi="SimSun" w:cs="SimSun"/>
                <w:color w:val="000000"/>
              </w:rPr>
              <w:lastRenderedPageBreak/>
              <w:t>时间</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9D1552F" w14:textId="77777777" w:rsidR="00B475E2" w:rsidRDefault="00B475E2" w:rsidP="005A467C">
            <w:pPr>
              <w:spacing w:line="360" w:lineRule="auto"/>
              <w:jc w:val="both"/>
              <w:textAlignment w:val="center"/>
              <w:rPr>
                <w:color w:val="000000"/>
              </w:rPr>
            </w:pPr>
            <w:r>
              <w:rPr>
                <w:rFonts w:ascii="SimSun" w:eastAsia="SimSun" w:hAnsi="SimSun" w:cs="SimSun"/>
                <w:color w:val="000000"/>
              </w:rPr>
              <w:t>做摘记的经历</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EBDCA68" w14:textId="77777777" w:rsidR="00B475E2" w:rsidRDefault="00B475E2" w:rsidP="005A467C">
            <w:pPr>
              <w:spacing w:line="360" w:lineRule="auto"/>
              <w:jc w:val="both"/>
              <w:textAlignment w:val="center"/>
              <w:rPr>
                <w:color w:val="000000"/>
              </w:rPr>
            </w:pPr>
            <w:r>
              <w:rPr>
                <w:rFonts w:ascii="SimSun" w:eastAsia="SimSun" w:hAnsi="SimSun" w:cs="SimSun"/>
                <w:color w:val="000000"/>
              </w:rPr>
              <w:t>阅读摘记的感受</w:t>
            </w:r>
          </w:p>
        </w:tc>
      </w:tr>
      <w:tr w:rsidR="00B475E2" w14:paraId="7E005580" w14:textId="77777777" w:rsidTr="005A467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8098532" w14:textId="77777777" w:rsidR="00B475E2" w:rsidRDefault="00B475E2" w:rsidP="005A467C">
            <w:pPr>
              <w:spacing w:line="360" w:lineRule="auto"/>
              <w:jc w:val="both"/>
              <w:textAlignment w:val="center"/>
              <w:rPr>
                <w:color w:val="000000"/>
              </w:rPr>
            </w:pPr>
            <w:r>
              <w:rPr>
                <w:rFonts w:ascii="SimSun" w:eastAsia="SimSun" w:hAnsi="SimSun" w:cs="SimSun"/>
                <w:color w:val="000000"/>
              </w:rPr>
              <w:t>碧玉年华</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477513" w14:textId="77777777" w:rsidR="00B475E2" w:rsidRDefault="00B475E2" w:rsidP="005A467C">
            <w:pPr>
              <w:spacing w:line="360" w:lineRule="auto"/>
              <w:jc w:val="both"/>
              <w:textAlignment w:val="center"/>
              <w:rPr>
                <w:color w:val="000000"/>
              </w:rPr>
            </w:pPr>
            <w:r>
              <w:rPr>
                <w:rFonts w:ascii="SimSun" w:eastAsia="SimSun" w:hAnsi="SimSun" w:cs="SimSun"/>
                <w:color w:val="000000"/>
              </w:rPr>
              <w:t>自制小本子进行摘抄</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06356AA" w14:textId="77777777" w:rsidR="00B475E2" w:rsidRDefault="00B475E2" w:rsidP="005A467C">
            <w:pPr>
              <w:spacing w:line="360" w:lineRule="auto"/>
              <w:jc w:val="both"/>
              <w:textAlignment w:val="center"/>
              <w:rPr>
                <w:color w:val="000000"/>
              </w:rPr>
            </w:pPr>
            <w:r>
              <w:rPr>
                <w:rFonts w:ascii="SimSun" w:eastAsia="SimSun" w:hAnsi="SimSun" w:cs="SimSun"/>
                <w:color w:val="000000"/>
              </w:rPr>
              <w:t>①</w:t>
            </w:r>
            <w:r>
              <w:rPr>
                <w:color w:val="000000"/>
              </w:rPr>
              <w:t>____</w:t>
            </w:r>
          </w:p>
        </w:tc>
      </w:tr>
      <w:tr w:rsidR="00B475E2" w14:paraId="01EF508E" w14:textId="77777777" w:rsidTr="005A467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DD13F9" w14:textId="77777777" w:rsidR="00B475E2" w:rsidRDefault="00B475E2" w:rsidP="005A467C">
            <w:pPr>
              <w:spacing w:line="360" w:lineRule="auto"/>
              <w:jc w:val="both"/>
              <w:textAlignment w:val="center"/>
              <w:rPr>
                <w:color w:val="000000"/>
              </w:rPr>
            </w:pPr>
            <w:r>
              <w:rPr>
                <w:rFonts w:ascii="SimSun" w:eastAsia="SimSun" w:hAnsi="SimSun" w:cs="SimSun"/>
                <w:color w:val="000000"/>
              </w:rPr>
              <w:t>上班后</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542513"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用硬纸壳封面本正反面写</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81F4038" w14:textId="77777777" w:rsidR="00B475E2" w:rsidRDefault="00B475E2" w:rsidP="005A467C">
            <w:pPr>
              <w:spacing w:line="360" w:lineRule="auto"/>
              <w:jc w:val="both"/>
              <w:textAlignment w:val="center"/>
              <w:rPr>
                <w:color w:val="000000"/>
              </w:rPr>
            </w:pPr>
            <w:r>
              <w:rPr>
                <w:rFonts w:ascii="SimSun" w:eastAsia="SimSun" w:hAnsi="SimSun" w:cs="SimSun"/>
                <w:color w:val="000000"/>
              </w:rPr>
              <w:t>②</w:t>
            </w:r>
            <w:r>
              <w:rPr>
                <w:color w:val="000000"/>
              </w:rPr>
              <w:t>_____</w:t>
            </w:r>
          </w:p>
        </w:tc>
      </w:tr>
      <w:tr w:rsidR="00B475E2" w14:paraId="14D15CA7" w14:textId="77777777" w:rsidTr="005A467C">
        <w:tc>
          <w:tcPr>
            <w:tcW w:w="12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F21181" w14:textId="77777777" w:rsidR="00B475E2" w:rsidRDefault="00B475E2" w:rsidP="005A467C">
            <w:pPr>
              <w:spacing w:line="360" w:lineRule="auto"/>
              <w:jc w:val="both"/>
              <w:textAlignment w:val="center"/>
              <w:rPr>
                <w:color w:val="000000"/>
              </w:rPr>
            </w:pPr>
            <w:r>
              <w:rPr>
                <w:rFonts w:ascii="SimSun" w:eastAsia="SimSun" w:hAnsi="SimSun" w:cs="SimSun"/>
                <w:color w:val="000000"/>
              </w:rPr>
              <w:t>近年</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5966B5D" w14:textId="77777777" w:rsidR="00B475E2" w:rsidRDefault="00B475E2" w:rsidP="005A467C">
            <w:pPr>
              <w:spacing w:line="360" w:lineRule="auto"/>
              <w:jc w:val="both"/>
              <w:textAlignment w:val="center"/>
              <w:rPr>
                <w:color w:val="000000"/>
              </w:rPr>
            </w:pPr>
            <w:r>
              <w:rPr>
                <w:rFonts w:ascii="SimSun" w:eastAsia="SimSun" w:hAnsi="SimSun" w:cs="SimSun"/>
                <w:color w:val="000000"/>
              </w:rPr>
              <w:t>③</w:t>
            </w:r>
            <w:r>
              <w:rPr>
                <w:color w:val="000000"/>
              </w:rPr>
              <w:t>______</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6A1B609" w14:textId="77777777" w:rsidR="00B475E2" w:rsidRDefault="00B475E2" w:rsidP="005A467C">
            <w:pPr>
              <w:spacing w:line="360" w:lineRule="auto"/>
              <w:jc w:val="both"/>
              <w:textAlignment w:val="center"/>
              <w:rPr>
                <w:color w:val="000000"/>
              </w:rPr>
            </w:pPr>
            <w:r>
              <w:rPr>
                <w:rFonts w:ascii="SimSun" w:eastAsia="SimSun" w:hAnsi="SimSun" w:cs="SimSun"/>
                <w:color w:val="000000"/>
              </w:rPr>
              <w:t>享受、快乐</w:t>
            </w:r>
          </w:p>
        </w:tc>
      </w:tr>
    </w:tbl>
    <w:p w14:paraId="3EDC1CEE"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结合上下文，说说第⑤段中加点词语“反刍”的含义。</w:t>
      </w:r>
    </w:p>
    <w:p w14:paraId="1D4E9B06"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有人认为⑩⑪两段和写“我”的读书摘记没有关系，没必要写。你是否同意？简要说明理由。</w:t>
      </w:r>
    </w:p>
    <w:p w14:paraId="6B9DF05F"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结合全文，谈谈你对结尾“踏着这些文字享受跨越时空的快乐”的理解。</w:t>
      </w:r>
    </w:p>
    <w:p w14:paraId="251B5962" w14:textId="77777777" w:rsidR="00B475E2" w:rsidRDefault="00B475E2" w:rsidP="00B475E2">
      <w:pPr>
        <w:pStyle w:val="Heading3"/>
        <w:rPr>
          <w:lang w:eastAsia="zh-CN"/>
        </w:rPr>
      </w:pPr>
      <w:bookmarkStart w:id="20" w:name="_Toc235355018"/>
      <w:r>
        <w:rPr>
          <w:lang w:eastAsia="zh-CN"/>
        </w:rPr>
        <w:t>大兴区</w:t>
      </w:r>
      <w:bookmarkEnd w:id="20"/>
    </w:p>
    <w:p w14:paraId="2540DB98"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四、现代文阅读（共21分）</w:t>
      </w:r>
    </w:p>
    <w:p w14:paraId="44352BA3"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（一）（共10分）</w:t>
      </w:r>
    </w:p>
    <w:p w14:paraId="46D7E8C0"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阅读《高贵的生命不卑微》，完成下面小题。</w:t>
      </w:r>
    </w:p>
    <w:p w14:paraId="6408F41A"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高贵的生命不卑微</w:t>
      </w:r>
    </w:p>
    <w:p w14:paraId="468967EE"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朱国勇</w:t>
      </w:r>
    </w:p>
    <w:p w14:paraId="2064F12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①他是黑人，1963年出生于纽约布鲁克林贫民区。贫寒的家境，卑微的社会地位，使他对于未来看不到任何希望。</w:t>
      </w:r>
    </w:p>
    <w:p w14:paraId="5B850B6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十三岁的那一年，有一天，父亲突然递给他一件旧衣服：“这件衣服能值多少钱？”“大概一美元。”他回答。“你能将它卖到两美元吗？”父亲用探询的目光看着他。“傻子才会买！”他赌着气说。父亲的目光真诚又透着渴求：“你为什么不试一试呢？要是你卖掉了，也算帮了我和你的妈妈。”他这才点了点头：“我可以试一试，但是不一定能卖掉。”他很小心地把衣服洗净，没有熨斗，他就用刷子把衣服刷平，铺在一块平板上</w:t>
      </w:r>
      <w:r>
        <w:rPr>
          <w:rFonts w:ascii="KaiTi" w:eastAsia="KaiTi" w:hAnsi="KaiTi" w:cs="KaiTi"/>
          <w:color w:val="000000"/>
          <w:lang w:eastAsia="zh-CN"/>
        </w:rPr>
        <w:lastRenderedPageBreak/>
        <w:t>晾干。第二天，他带着这件衣服来到一个人流密集的地铁站，经过六个多小时的叫卖，他终于卖出了这件衣服。</w:t>
      </w:r>
    </w:p>
    <w:p w14:paraId="1A13A09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过了十多天，父亲突然又递给他一件旧衣服：“你想想，这件衣服怎样才能卖到二十美元？”“怎么可能？这么一件旧衣服怎么能卖到二十美元，它最多只值两美元。”“你为什么不试一试呢？”父亲启发他，“好好想想，总会有办法的。”终于，他想到了一个好办法。他请自己学画画的表哥在衣服上画了一只可爱的唐老鸭与一只顽皮的米老鼠。他选择在一个贵族子弟学校的门口叫卖。不一会儿，一个开车接少爷放学的管家为他的小少爷买下了这件衣服。那个十来岁的孩子十分喜爱衣服上的图案，一高兴，又给了他五美元的小费。二十五美元，这无疑是一笔巨款！</w:t>
      </w:r>
    </w:p>
    <w:p w14:paraId="7E04E52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④回到家后，父亲又递给他一件旧衣服：“你能把他卖到两百美元吗？”父亲目光深邃，像一口老井幽幽地闪着光。这一回，他没有犹豫，接过了衣服，开始了思索。</w:t>
      </w:r>
    </w:p>
    <w:p w14:paraId="1CD8AFC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两个月后，机会终于来了。当红电影《霹雳娇娃》的女主演拉佛西来到了纽约宣传。记者招待会结束后，他猛地推开身边的保安，扑到了拉佛西身边，举着旧衣服请她签个名。拉佛西先是一愣，但是马上就笑了。没有人会拒绝一个纯真的孩子。拉佛西流畅地签完名。</w:t>
      </w:r>
    </w:p>
    <w:p w14:paraId="3FDC93F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他笑了，黝黑的面庞，洁白的牙齿，“拉佛西女士，我能把这件衣服卖掉吗？”“当然，这是你的衣服，怎么处理完全是你的自由！”他“哈”的一声欢呼起来：“拉佛西小姐亲笔签名的运动衫，售价两百美元！”经过现场竞价，一名石油商人以一千两百美元的高价收购了这件运动衫。</w:t>
      </w:r>
    </w:p>
    <w:p w14:paraId="0C24BAA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回到家里，他和父亲，还有一大家人陷入了狂欢。父亲感动得泪水横流，不断地亲吻着他的额头，“我原本打算，你要是卖不掉，我就派人买下这件衣服。没想到你真的做到了！你真棒！我的孩子，你真的很棒……”父亲接着说道，“我只是想告诉你，一件只值一美元的旧衣服，都有办法高贵起来，何况我们这些活生生的人呢？我们有什么理由对生活丧失信心呢？”就在这一刹那间，</w:t>
      </w:r>
      <w:r>
        <w:rPr>
          <w:rFonts w:ascii="KaiTi" w:eastAsia="KaiTi" w:hAnsi="KaiTi" w:cs="KaiTi"/>
          <w:color w:val="000000"/>
          <w:u w:val="single"/>
          <w:lang w:eastAsia="zh-CN"/>
        </w:rPr>
        <w:t>他的心中，有一轮灿烂的太阳升了起来，照亮了他的全身和眼前的世界。</w:t>
      </w:r>
      <w:r>
        <w:rPr>
          <w:rFonts w:ascii="KaiTi" w:eastAsia="KaiTi" w:hAnsi="KaiTi" w:cs="KaiTi"/>
          <w:color w:val="000000"/>
          <w:lang w:eastAsia="zh-CN"/>
        </w:rPr>
        <w:t>“连一件旧衣服都有办法高贵，我还有什么理由妄自菲薄呢！”</w:t>
      </w:r>
    </w:p>
    <w:p w14:paraId="781874C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⑧从此，他开始努力地学习、刻苦地锻炼，时刻对未来充满着希望！二十年后，他的名字传遍了世界的每一个角落。他的名字叫——迈克尔·乔丹！</w:t>
      </w:r>
    </w:p>
    <w:p w14:paraId="5D45ACCB"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（选自朱国勇同名文章，有删改）</w:t>
      </w:r>
    </w:p>
    <w:p w14:paraId="5502DD28"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14. </w:t>
      </w:r>
      <w:r>
        <w:rPr>
          <w:rFonts w:ascii="SimSun" w:eastAsia="SimSun" w:hAnsi="SimSun" w:cs="SimSun"/>
          <w:color w:val="000000"/>
          <w:lang w:eastAsia="zh-CN"/>
        </w:rPr>
        <w:t>简要分析第①段的作用。</w:t>
      </w:r>
    </w:p>
    <w:p w14:paraId="69EB3992"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文中两次出现“笑了”，请结合上下文分别分析“笑”的原因。</w:t>
      </w:r>
    </w:p>
    <w:p w14:paraId="000C816A"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请结合文章内容，分析父亲</w:t>
      </w:r>
      <w:r>
        <w:rPr>
          <w:rFonts w:ascii="SimSun" w:eastAsia="SimSun" w:hAnsi="SimSun" w:cs="SimSun"/>
          <w:noProof/>
          <w:color w:val="000000"/>
        </w:rPr>
        <w:drawing>
          <wp:inline distT="0" distB="0" distL="114300" distR="114300" wp14:anchorId="65EF4520" wp14:editId="273BD1BD">
            <wp:extent cx="133350" cy="177800"/>
            <wp:effectExtent l="0" t="0" r="0" b="13335"/>
            <wp:docPr id="127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图片 100015"/>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形象。</w:t>
      </w:r>
    </w:p>
    <w:p w14:paraId="7ACD7E25"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联系上下文，谈谈你对“他的心中，有一轮灿烂的太阳升了起来，照亮了他的全身和眼前的世界”这句话的理解，并写出你从文中得到的启示。</w:t>
      </w:r>
    </w:p>
    <w:p w14:paraId="386D4BF4"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（二）（共11分）</w:t>
      </w:r>
    </w:p>
    <w:p w14:paraId="54079027"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阅读《燕子》，完成下面小题。</w:t>
      </w:r>
    </w:p>
    <w:p w14:paraId="4132111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不见了燕子，已是七八年的光景。我常在城里寻觅，但每每却都失望了。商场的大厅里它自然不肯去的，那高达十几层的楼顶上，我爬上去了，也不曾见它的巢儿筑着，我也专意到公园寻过了一次，那水光山色里，也没它的足迹。啊，可亲的燕子，难道你是在地球上灭绝了吗？还是不肯到大城市里来？这么苦着我，使我夜夜梦着你的倩影和呢喃的低吟，哀愁不能自已！</w:t>
      </w:r>
    </w:p>
    <w:p w14:paraId="38C59E6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记得在乡里的时候，天一暖和，它就来了，住在我家低低的草屋梁上，一直到天气变冷的深秋了，才要离去。它是穿着一件黑外衣的，总是把头裹得严严，似乎是一个寡妇，整日呢呢喃喃，一副懦弱而固执的模样。我刚刚会爬，光着屁股在土窝里滚。后来，稍稍大点，就去放牛；我摘过草莓子吃，也趴在河里喝水，也坐在阳坡上捉虱，甚至跟着奶奶，一块儿去山坡上的庙中烧香磕头呢。可走到哪里，燕子总陪伴我，它是懂得我们的，常常只要学着一声呢喃的叫声，它就会飞到我们手掌上来呢。</w:t>
      </w:r>
    </w:p>
    <w:p w14:paraId="105ABE7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在我的童年幼年里，饲养过猫儿狗儿，但猫儿容易背叛，狗儿又多恶事，唯有燕子是最好的了。在这四山之间的地方，它给了我乐趣，也给了我得意。我年年盼着它来，它果然也就来了。一直过了好多年，它还是它的老样儿，年年还记得这么个草屋呢。</w:t>
      </w:r>
    </w:p>
    <w:p w14:paraId="0449CE66"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我长成大人了，从乡里到大城市里求学，却深深地羞愧起儿时的愚昧，时常想起来，就感到脸红。那时，我觉得故乡贫困落后，一心想逃离，离得越远越好。想想我家的燕子，这么多年来始终不离不弃，一到春天就如约而至。我很长一段时间没有回到老家了，燕子它还住在我家的木梁上吗？它还在说着那永不改音的古老的话吗？我想把这一切的变化，一切的见识，诉说给它，但却再也寻不着它了。</w:t>
      </w:r>
    </w:p>
    <w:p w14:paraId="1E7FD98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⑤终有一日，市里开会，会址是一座七层楼的大会议室，摆设十分讲究。我靠近那面一人多高的玻璃窗前，正听着报告，突然有了一片呢呢喃喃的叫声，神经立即触动了。举头看时，那窗外的半空，灰白色里，翻动着无数的黑点。啊，燕子，是我可亲的燕子！它竟到城市里来了，来得又是那么的多！在这个世界上，它是无处不去的；往日我怨恨它的不来，原来是我的少见多怪了！</w:t>
      </w:r>
    </w:p>
    <w:p w14:paraId="29C7D10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燕子越来越多了，组成了一个燕子阵，使夕阳晚照的天，也不明朗起来。但是，却没有一只是冲着这座七层楼来的。我探出头看去，四面都是高楼大厦，燕子盘旋成团，全是绕着右侧的一座并不高大的鼓楼飞的，在那鼓楼的顶上，檐下，栏里，阶内，出出进进，鸣叫不已。</w:t>
      </w:r>
    </w:p>
    <w:p w14:paraId="71ABB97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⑦这竟使我疑惑不解了。会议刚一休息，我就走到凉台上，想：鼓楼并不高大，也不艳丽，因年久失修，梁上已没了雕，栋上也没了画，连那临风叮当的挂铃也没有了，哪有什么可吸引的呢？</w:t>
      </w:r>
    </w:p>
    <w:p w14:paraId="63F7BB1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⑧“它为什么不到四周的高楼大厦上来？”</w:t>
      </w:r>
    </w:p>
    <w:p w14:paraId="31D2251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⑨“高楼大厦是现代化的。”旁边有人说。</w:t>
      </w:r>
    </w:p>
    <w:p w14:paraId="65E6EB14"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⑩“现代化的为什么它就不来？”</w:t>
      </w:r>
    </w:p>
    <w:p w14:paraId="66D54FC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 xml:space="preserve">⑪“它是留恋古老的。” </w:t>
      </w:r>
    </w:p>
    <w:p w14:paraId="20628C9E"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⑫我不大理会，便嘬起嘴来，作弄出儿时学会的燕鸣声，但它们纷纷从我身边飞过，却没有一只落下来，尽趋着鼓楼而去了。</w:t>
      </w:r>
    </w:p>
    <w:p w14:paraId="7FB93E8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⑬“咳，”我长叹了一口气，“它们把我也忘了。”</w:t>
      </w:r>
    </w:p>
    <w:p w14:paraId="00A06C3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⑭“是你忘了你。”</w:t>
      </w:r>
    </w:p>
    <w:p w14:paraId="2563D25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⑮是的，是我忘了我了，我再不是那么个流着黄涕的孩子了，我长成大人，我有了知识，它认得的只是过去的我！但我自豪，我得意，我终究不是往日的我了。可它，我的燕子，面对这现代化的建筑，无动于衷，疯狂恋着鼓楼。是因为只有这一处鼓楼，才是它们的有情物，它们呢呢喃喃，只有将这永世不变的语言说给鼓楼，控诉、抗议这么大个城市里，再没有了它们的去处吗？</w:t>
      </w:r>
    </w:p>
    <w:p w14:paraId="0189507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⑯啊，燕子，我不禁悲伤起来了：</w:t>
      </w:r>
      <w:r>
        <w:rPr>
          <w:rFonts w:ascii="KaiTi" w:eastAsia="KaiTi" w:hAnsi="KaiTi" w:cs="KaiTi"/>
          <w:color w:val="000000"/>
          <w:u w:val="single"/>
          <w:lang w:eastAsia="zh-CN"/>
        </w:rPr>
        <w:t>时至今日，还那么</w:t>
      </w:r>
      <w:r>
        <w:rPr>
          <w:rFonts w:ascii="KaiTi" w:eastAsia="KaiTi" w:hAnsi="KaiTi" w:cs="KaiTi"/>
          <w:color w:val="000000"/>
          <w:em w:val="dot"/>
          <w:lang w:eastAsia="zh-CN"/>
        </w:rPr>
        <w:t>固执</w:t>
      </w:r>
      <w:r>
        <w:rPr>
          <w:rFonts w:ascii="KaiTi" w:eastAsia="KaiTi" w:hAnsi="KaiTi" w:cs="KaiTi"/>
          <w:color w:val="000000"/>
          <w:u w:val="single"/>
          <w:lang w:eastAsia="zh-CN"/>
        </w:rPr>
        <w:t>，这么偏见，不肯落脚在新的建筑，硬要向腐朽欲倾的鼓楼飞去。</w:t>
      </w:r>
      <w:r>
        <w:rPr>
          <w:rFonts w:ascii="KaiTi" w:eastAsia="KaiTi" w:hAnsi="KaiTi" w:cs="KaiTi"/>
          <w:color w:val="000000"/>
          <w:lang w:eastAsia="zh-CN"/>
        </w:rPr>
        <w:t>那么，城市将永远不会是你的天地了，现代建筑愈来愈多，你不是便要真的消亡了吗？咳，我该怎么说呢，我可怜的燕子，我可悲的燕子！</w:t>
      </w:r>
    </w:p>
    <w:p w14:paraId="0BDFAF3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 xml:space="preserve"> ⑰在我的童年里，依然有每年都来梁下筑巢的燕子，如今它们依然还会去吗？我也不得而知。我已有多年没有见过故乡的春天，我的燕子们，也是多年不见了。我也会在这个陌生的城市，在某个角落遇到它们吗？不得而知，却又盼望着一次偶遇。</w:t>
      </w:r>
    </w:p>
    <w:p w14:paraId="1F50CC79"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（选自贾平凹散文集《自在独行》）</w:t>
      </w:r>
    </w:p>
    <w:p w14:paraId="79C1073C"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文章围“我”与燕子叙事行文，请根据文章内容，填写下面表格。</w:t>
      </w:r>
    </w:p>
    <w:tbl>
      <w:tblPr>
        <w:tblW w:w="5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35"/>
        <w:gridCol w:w="2805"/>
      </w:tblGrid>
      <w:tr w:rsidR="00B475E2" w14:paraId="65CFB5B7" w14:textId="77777777" w:rsidTr="005A467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D3F7B5C" w14:textId="77777777" w:rsidR="00B475E2" w:rsidRDefault="00B475E2" w:rsidP="005A467C">
            <w:pPr>
              <w:spacing w:line="360" w:lineRule="auto"/>
              <w:jc w:val="both"/>
              <w:textAlignment w:val="center"/>
              <w:rPr>
                <w:color w:val="000000"/>
              </w:rPr>
            </w:pPr>
            <w:r>
              <w:rPr>
                <w:rFonts w:ascii="SimSun" w:eastAsia="SimSun" w:hAnsi="SimSun" w:cs="SimSun"/>
                <w:color w:val="000000"/>
              </w:rPr>
              <w:t>“我”与燕子</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76C6E4A" w14:textId="77777777" w:rsidR="00B475E2" w:rsidRDefault="00B475E2" w:rsidP="005A467C">
            <w:pPr>
              <w:spacing w:line="360" w:lineRule="auto"/>
              <w:jc w:val="both"/>
              <w:textAlignment w:val="center"/>
              <w:rPr>
                <w:color w:val="000000"/>
              </w:rPr>
            </w:pPr>
            <w:r>
              <w:rPr>
                <w:rFonts w:ascii="SimSun" w:eastAsia="SimSun" w:hAnsi="SimSun" w:cs="SimSun"/>
                <w:color w:val="000000"/>
              </w:rPr>
              <w:t>“我”对燕子的情感</w:t>
            </w:r>
          </w:p>
        </w:tc>
      </w:tr>
      <w:tr w:rsidR="00B475E2" w14:paraId="290360AE" w14:textId="77777777" w:rsidTr="005A467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C7B2D75" w14:textId="77777777" w:rsidR="00B475E2" w:rsidRDefault="00B475E2" w:rsidP="005A467C">
            <w:pPr>
              <w:spacing w:line="360" w:lineRule="auto"/>
              <w:jc w:val="both"/>
              <w:textAlignment w:val="center"/>
              <w:rPr>
                <w:color w:val="000000"/>
              </w:rPr>
            </w:pPr>
            <w:r>
              <w:rPr>
                <w:color w:val="000000"/>
              </w:rPr>
              <w:t>_______</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C8BC4A2" w14:textId="77777777" w:rsidR="00B475E2" w:rsidRDefault="00B475E2" w:rsidP="005A467C">
            <w:pPr>
              <w:spacing w:line="360" w:lineRule="auto"/>
              <w:jc w:val="both"/>
              <w:textAlignment w:val="center"/>
              <w:rPr>
                <w:color w:val="000000"/>
              </w:rPr>
            </w:pPr>
            <w:r>
              <w:rPr>
                <w:rFonts w:ascii="SimSun" w:eastAsia="SimSun" w:hAnsi="SimSun" w:cs="SimSun"/>
                <w:color w:val="000000"/>
              </w:rPr>
              <w:t>感激</w:t>
            </w:r>
          </w:p>
        </w:tc>
      </w:tr>
      <w:tr w:rsidR="00B475E2" w14:paraId="66FD4B80" w14:textId="77777777" w:rsidTr="005A467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A0C749" w14:textId="77777777" w:rsidR="00B475E2" w:rsidRDefault="00B475E2" w:rsidP="005A467C">
            <w:pPr>
              <w:spacing w:line="360" w:lineRule="auto"/>
              <w:jc w:val="both"/>
              <w:textAlignment w:val="center"/>
              <w:rPr>
                <w:color w:val="000000"/>
                <w:lang w:eastAsia="zh-CN"/>
              </w:rPr>
            </w:pPr>
            <w:r>
              <w:rPr>
                <w:rFonts w:ascii="SimSun" w:eastAsia="SimSun" w:hAnsi="SimSun" w:cs="SimSun"/>
                <w:color w:val="000000"/>
                <w:lang w:eastAsia="zh-CN"/>
              </w:rPr>
              <w:t>到城里后很久没看到燕子</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009E75B" w14:textId="77777777" w:rsidR="00B475E2" w:rsidRDefault="00B475E2" w:rsidP="005A467C">
            <w:pPr>
              <w:spacing w:line="360" w:lineRule="auto"/>
              <w:jc w:val="both"/>
              <w:textAlignment w:val="center"/>
              <w:rPr>
                <w:color w:val="000000"/>
              </w:rPr>
            </w:pPr>
            <w:r>
              <w:rPr>
                <w:color w:val="000000"/>
              </w:rPr>
              <w:t>______</w:t>
            </w:r>
          </w:p>
        </w:tc>
      </w:tr>
      <w:tr w:rsidR="00B475E2" w14:paraId="7A1D2465" w14:textId="77777777" w:rsidTr="005A467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E4650BF" w14:textId="77777777" w:rsidR="00B475E2" w:rsidRDefault="00B475E2" w:rsidP="005A467C">
            <w:pPr>
              <w:spacing w:line="360" w:lineRule="auto"/>
              <w:jc w:val="both"/>
              <w:textAlignment w:val="center"/>
              <w:rPr>
                <w:color w:val="000000"/>
              </w:rPr>
            </w:pPr>
            <w:r>
              <w:rPr>
                <w:rFonts w:ascii="SimSun" w:eastAsia="SimSun" w:hAnsi="SimSun" w:cs="SimSun"/>
                <w:noProof/>
                <w:color w:val="000000"/>
                <w:position w:val="-1"/>
              </w:rPr>
              <w:drawing>
                <wp:inline distT="0" distB="0" distL="114300" distR="114300" wp14:anchorId="3CEA15D4" wp14:editId="7B543B81">
                  <wp:extent cx="139700" cy="190500"/>
                  <wp:effectExtent l="0" t="0" r="12700" b="0"/>
                  <wp:docPr id="1277" name="图片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图片 100023"/>
                          <pic:cNvPicPr>
                            <a:picLocks noChangeAspect="1"/>
                          </pic:cNvPicPr>
                        </pic:nvPicPr>
                        <pic:blipFill>
                          <a:blip r:embed="rId24"/>
                          <a:stretch>
                            <a:fillRect/>
                          </a:stretch>
                        </pic:blipFill>
                        <pic:spPr>
                          <a:xfrm>
                            <a:off x="0" y="0"/>
                            <a:ext cx="139700" cy="190500"/>
                          </a:xfrm>
                          <a:prstGeom prst="rect">
                            <a:avLst/>
                          </a:prstGeom>
                        </pic:spPr>
                      </pic:pic>
                    </a:graphicData>
                  </a:graphic>
                </wp:inline>
              </w:drawing>
            </w:r>
            <w:r>
              <w:rPr>
                <w:rFonts w:ascii="SimSun" w:eastAsia="SimSun" w:hAnsi="SimSun" w:cs="SimSun"/>
                <w:color w:val="000000"/>
              </w:rPr>
              <w:t>城里后看见很多燕子</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A946617" w14:textId="77777777" w:rsidR="00B475E2" w:rsidRDefault="00B475E2" w:rsidP="005A467C">
            <w:pPr>
              <w:spacing w:line="360" w:lineRule="auto"/>
              <w:jc w:val="both"/>
              <w:textAlignment w:val="center"/>
              <w:rPr>
                <w:color w:val="000000"/>
              </w:rPr>
            </w:pPr>
            <w:r>
              <w:rPr>
                <w:rFonts w:ascii="SimSun" w:eastAsia="SimSun" w:hAnsi="SimSun" w:cs="SimSun"/>
                <w:color w:val="000000"/>
              </w:rPr>
              <w:t>惊喜</w:t>
            </w:r>
          </w:p>
        </w:tc>
      </w:tr>
      <w:tr w:rsidR="00B475E2" w14:paraId="16641CFE" w14:textId="77777777" w:rsidTr="005A467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B0A1EB1" w14:textId="77777777" w:rsidR="00B475E2" w:rsidRDefault="00B475E2" w:rsidP="005A467C">
            <w:pPr>
              <w:spacing w:line="360" w:lineRule="auto"/>
              <w:jc w:val="both"/>
              <w:textAlignment w:val="center"/>
              <w:rPr>
                <w:color w:val="000000"/>
              </w:rPr>
            </w:pPr>
            <w:r>
              <w:rPr>
                <w:color w:val="000000"/>
              </w:rPr>
              <w:t>_______</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484AA2" w14:textId="77777777" w:rsidR="00B475E2" w:rsidRDefault="00B475E2" w:rsidP="005A467C">
            <w:pPr>
              <w:spacing w:line="360" w:lineRule="auto"/>
              <w:jc w:val="both"/>
              <w:textAlignment w:val="center"/>
              <w:rPr>
                <w:color w:val="000000"/>
              </w:rPr>
            </w:pPr>
            <w:r>
              <w:rPr>
                <w:rFonts w:ascii="SimSun" w:eastAsia="SimSun" w:hAnsi="SimSun" w:cs="SimSun"/>
                <w:color w:val="000000"/>
              </w:rPr>
              <w:t>疑惑不解</w:t>
            </w:r>
          </w:p>
        </w:tc>
      </w:tr>
      <w:tr w:rsidR="00B475E2" w14:paraId="71C0883A" w14:textId="77777777" w:rsidTr="005A467C">
        <w:trPr>
          <w:trHeight w:val="330"/>
        </w:trPr>
        <w:tc>
          <w:tcPr>
            <w:tcW w:w="2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B90495" w14:textId="77777777" w:rsidR="00B475E2" w:rsidRDefault="00B475E2" w:rsidP="005A467C">
            <w:pPr>
              <w:spacing w:line="360" w:lineRule="auto"/>
              <w:jc w:val="both"/>
              <w:textAlignment w:val="center"/>
              <w:rPr>
                <w:color w:val="000000"/>
              </w:rPr>
            </w:pPr>
            <w:r>
              <w:rPr>
                <w:rFonts w:ascii="SimSun" w:eastAsia="SimSun" w:hAnsi="SimSun" w:cs="SimSun"/>
                <w:color w:val="000000"/>
              </w:rPr>
              <w:t>听了旁人的解释</w:t>
            </w:r>
          </w:p>
        </w:tc>
        <w:tc>
          <w:tcPr>
            <w:tcW w:w="28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F18678" w14:textId="77777777" w:rsidR="00B475E2" w:rsidRDefault="00B475E2" w:rsidP="005A467C">
            <w:pPr>
              <w:spacing w:line="360" w:lineRule="auto"/>
              <w:jc w:val="both"/>
              <w:textAlignment w:val="center"/>
              <w:rPr>
                <w:color w:val="000000"/>
              </w:rPr>
            </w:pPr>
            <w:r>
              <w:rPr>
                <w:rFonts w:ascii="SimSun" w:eastAsia="SimSun" w:hAnsi="SimSun" w:cs="SimSun"/>
                <w:color w:val="000000"/>
              </w:rPr>
              <w:t>悲伤</w:t>
            </w:r>
          </w:p>
        </w:tc>
      </w:tr>
    </w:tbl>
    <w:p w14:paraId="023702B9"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请结合上下文，体会下列句中“固执”的含义。</w:t>
      </w:r>
    </w:p>
    <w:p w14:paraId="13702B2E"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时至今日，还这么</w:t>
      </w:r>
      <w:r>
        <w:rPr>
          <w:rFonts w:ascii="SimSun" w:eastAsia="SimSun" w:hAnsi="SimSun" w:cs="SimSun"/>
          <w:color w:val="000000"/>
          <w:em w:val="dot"/>
          <w:lang w:eastAsia="zh-CN"/>
        </w:rPr>
        <w:t>固执</w:t>
      </w:r>
      <w:r>
        <w:rPr>
          <w:rFonts w:ascii="SimSun" w:eastAsia="SimSun" w:hAnsi="SimSun" w:cs="SimSun"/>
          <w:color w:val="000000"/>
          <w:lang w:eastAsia="zh-CN"/>
        </w:rPr>
        <w:t>，这么偏见，不肯落脚在新的建筑，硬要向腐朽欲倾的鼓楼飞去。</w:t>
      </w:r>
    </w:p>
    <w:p w14:paraId="5135517D"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请结合具体内容从描写</w:t>
      </w:r>
      <w:r>
        <w:rPr>
          <w:rFonts w:ascii="SimSun" w:eastAsia="SimSun" w:hAnsi="SimSun" w:cs="SimSun"/>
          <w:noProof/>
          <w:color w:val="000000"/>
        </w:rPr>
        <w:drawing>
          <wp:inline distT="0" distB="0" distL="114300" distR="114300" wp14:anchorId="697BCDBB" wp14:editId="4D90612A">
            <wp:extent cx="133350" cy="177800"/>
            <wp:effectExtent l="0" t="0" r="0" b="13335"/>
            <wp:docPr id="1279" name="图片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图片 100019"/>
                    <pic:cNvPicPr>
                      <a:picLocks noChangeAspect="1"/>
                    </pic:cNvPicPr>
                  </pic:nvPicPr>
                  <pic:blipFill>
                    <a:blip r:embed="rId23"/>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角度赏析下面句子的表达效果。</w:t>
      </w:r>
    </w:p>
    <w:p w14:paraId="058407B9"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我不大理会，便嘬起嘴来，作弄出儿时学会的燕鸣声，但它们纷纷从我身边飞过，却没有一只落下来，尽趋着鼓楼而去了。</w:t>
      </w:r>
    </w:p>
    <w:p w14:paraId="3528F97B"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 xml:space="preserve">学校“读书角”公众号欲将本文推荐给读者，编者在概括文章主旨时，产生了不同的看法。请你从以下三种看法中任选一种，结合文章内容，谈谈你的理解。 </w:t>
      </w:r>
    </w:p>
    <w:p w14:paraId="7FF7C323"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lastRenderedPageBreak/>
        <w:t>【甲】表达作者对再遇燕子的期待；</w:t>
      </w:r>
    </w:p>
    <w:p w14:paraId="5F0625A7"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【乙】应大力保护动物的生存环境；</w:t>
      </w:r>
    </w:p>
    <w:p w14:paraId="09DF4EF7" w14:textId="77777777" w:rsidR="00B475E2" w:rsidRDefault="00B475E2" w:rsidP="00B475E2">
      <w:pPr>
        <w:spacing w:line="360" w:lineRule="auto"/>
        <w:jc w:val="both"/>
        <w:textAlignment w:val="center"/>
        <w:rPr>
          <w:color w:val="000000"/>
          <w:lang w:eastAsia="zh-CN"/>
        </w:rPr>
      </w:pPr>
      <w:r>
        <w:rPr>
          <w:rFonts w:ascii="SimSun" w:eastAsia="SimSun" w:hAnsi="SimSun" w:cs="SimSun"/>
          <w:noProof/>
          <w:color w:val="000000"/>
        </w:rPr>
        <w:drawing>
          <wp:inline distT="0" distB="0" distL="114300" distR="114300" wp14:anchorId="36EC671E" wp14:editId="263CC217">
            <wp:extent cx="95250" cy="171450"/>
            <wp:effectExtent l="0" t="0" r="0" b="0"/>
            <wp:docPr id="1281" name="图片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图片 100021"/>
                    <pic:cNvPicPr>
                      <a:picLocks noChangeAspect="1"/>
                    </pic:cNvPicPr>
                  </pic:nvPicPr>
                  <pic:blipFill>
                    <a:blip r:embed="rId25"/>
                    <a:stretch>
                      <a:fillRect/>
                    </a:stretch>
                  </pic:blipFill>
                  <pic:spPr>
                    <a:xfrm>
                      <a:off x="0" y="0"/>
                      <a:ext cx="95250" cy="171450"/>
                    </a:xfrm>
                    <a:prstGeom prst="rect">
                      <a:avLst/>
                    </a:prstGeom>
                  </pic:spPr>
                </pic:pic>
              </a:graphicData>
            </a:graphic>
          </wp:inline>
        </w:drawing>
      </w:r>
      <w:r>
        <w:rPr>
          <w:rFonts w:ascii="SimSun" w:eastAsia="SimSun" w:hAnsi="SimSun" w:cs="SimSun"/>
          <w:color w:val="000000"/>
          <w:lang w:eastAsia="zh-CN"/>
        </w:rPr>
        <w:t>丙】作者呼吁人与自然和谐共处；</w:t>
      </w:r>
    </w:p>
    <w:p w14:paraId="56E4FE4B" w14:textId="77777777" w:rsidR="00B475E2" w:rsidRDefault="00B475E2" w:rsidP="00B475E2">
      <w:pPr>
        <w:pStyle w:val="Heading3"/>
        <w:rPr>
          <w:lang w:eastAsia="zh-CN"/>
        </w:rPr>
      </w:pPr>
      <w:bookmarkStart w:id="21" w:name="_Toc235355019"/>
      <w:r>
        <w:rPr>
          <w:lang w:eastAsia="zh-CN"/>
        </w:rPr>
        <w:t>延庆区</w:t>
      </w:r>
      <w:bookmarkEnd w:id="21"/>
    </w:p>
    <w:p w14:paraId="29FC75AA"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四、现代文阅读（共22分</w:t>
      </w:r>
      <w:r>
        <w:rPr>
          <w:rFonts w:ascii="SimSun" w:eastAsia="SimSun" w:hAnsi="SimSun" w:cs="SimSun"/>
          <w:color w:val="000000"/>
          <w:sz w:val="21"/>
          <w:lang w:eastAsia="zh-CN"/>
        </w:rPr>
        <w:t>）</w:t>
      </w:r>
    </w:p>
    <w:p w14:paraId="553ABC3F" w14:textId="77777777" w:rsidR="00B475E2" w:rsidRDefault="00B475E2" w:rsidP="00B475E2">
      <w:pPr>
        <w:spacing w:line="360" w:lineRule="auto"/>
        <w:rPr>
          <w:color w:val="000000"/>
          <w:lang w:eastAsia="zh-CN"/>
        </w:rPr>
      </w:pPr>
      <w:r>
        <w:rPr>
          <w:rFonts w:ascii="SimSun" w:eastAsia="SimSun" w:hAnsi="SimSun" w:cs="SimSun"/>
          <w:color w:val="000000"/>
          <w:lang w:eastAsia="zh-CN"/>
        </w:rPr>
        <w:t>阅读下面的材料，完成小题。</w:t>
      </w:r>
    </w:p>
    <w:p w14:paraId="49548D49" w14:textId="77777777" w:rsidR="00B475E2" w:rsidRDefault="00B475E2" w:rsidP="00B475E2">
      <w:pPr>
        <w:spacing w:line="360" w:lineRule="auto"/>
        <w:rPr>
          <w:color w:val="000000"/>
          <w:lang w:eastAsia="zh-CN"/>
        </w:rPr>
      </w:pPr>
      <w:r>
        <w:rPr>
          <w:rFonts w:ascii="KaiTi" w:eastAsia="KaiTi" w:hAnsi="KaiTi" w:cs="KaiTi"/>
          <w:color w:val="000000"/>
          <w:lang w:eastAsia="zh-CN"/>
        </w:rPr>
        <w:t>材料一</w:t>
      </w:r>
    </w:p>
    <w:p w14:paraId="4BBCFF89"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在绵延5000多年的文明发展进程中，中华民族创造了闻名于世的科技成果。近代以后，由于国内外各种原因，我国屡次与科技革命失之交臂，从世界强国变为任人欺凌的半殖民地，半封建国家。</w:t>
      </w:r>
    </w:p>
    <w:p w14:paraId="2CA418B1"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经过新中国成立以来特别是改革开放以来不懈努力，我国科技整体能力持续提升，一些重要领域方向跻身世界先进行列，某些前沿方向开始进入并行、领跑阶段，正处于从量的积累向质的飞跃、点的突破向系统能力提升的重要时期。</w:t>
      </w:r>
    </w:p>
    <w:p w14:paraId="2E5403B0"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科技兴则民族兴，科技强则国家强。</w:t>
      </w:r>
      <w:r>
        <w:rPr>
          <w:rFonts w:ascii="KaiTi" w:eastAsia="KaiTi" w:hAnsi="KaiTi" w:cs="KaiTi"/>
          <w:color w:val="000000"/>
          <w:u w:val="single"/>
          <w:lang w:eastAsia="zh-CN"/>
        </w:rPr>
        <w:t xml:space="preserve">       </w:t>
      </w:r>
      <w:r>
        <w:rPr>
          <w:rFonts w:ascii="KaiTi" w:eastAsia="KaiTi" w:hAnsi="KaiTi" w:cs="KaiTi"/>
          <w:color w:val="000000"/>
          <w:lang w:eastAsia="zh-CN"/>
        </w:rPr>
        <w:t>。实现“两个一百年”奋斗目标，实现中华民族伟大复兴的中国梦，必须坚持走中国特色自主创新道路。</w:t>
      </w:r>
    </w:p>
    <w:p w14:paraId="681E320E" w14:textId="77777777" w:rsidR="00B475E2" w:rsidRDefault="00B475E2" w:rsidP="00B475E2">
      <w:pPr>
        <w:spacing w:line="360" w:lineRule="auto"/>
        <w:jc w:val="right"/>
        <w:rPr>
          <w:color w:val="000000"/>
          <w:lang w:eastAsia="zh-CN"/>
        </w:rPr>
      </w:pPr>
      <w:r>
        <w:rPr>
          <w:rFonts w:ascii="KaiTi" w:eastAsia="KaiTi" w:hAnsi="KaiTi" w:cs="KaiTi"/>
          <w:color w:val="000000"/>
          <w:lang w:eastAsia="zh-CN"/>
        </w:rPr>
        <w:t>（摘自《习近平总书记在全国科技创新大会上的讲话》）</w:t>
      </w:r>
    </w:p>
    <w:p w14:paraId="697328FC" w14:textId="77777777" w:rsidR="00B475E2" w:rsidRDefault="00B475E2" w:rsidP="00B475E2">
      <w:pPr>
        <w:spacing w:line="360" w:lineRule="auto"/>
        <w:rPr>
          <w:color w:val="000000"/>
        </w:rPr>
      </w:pPr>
      <w:r>
        <w:rPr>
          <w:noProof/>
          <w:color w:val="000000"/>
        </w:rPr>
        <w:drawing>
          <wp:inline distT="0" distB="0" distL="114300" distR="114300" wp14:anchorId="03EEBE2E" wp14:editId="7902ABAC">
            <wp:extent cx="3067050" cy="1476375"/>
            <wp:effectExtent l="0" t="0" r="0" b="9525"/>
            <wp:docPr id="1283"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图片 100007" descr="学科网(www.zxxk.com)--教育资源门户，提供试卷、教案、课件、论文、素材以及各类教学资源下载，还有大量而丰富的教学相关资讯！"/>
                    <pic:cNvPicPr>
                      <a:picLocks noChangeAspect="1"/>
                    </pic:cNvPicPr>
                  </pic:nvPicPr>
                  <pic:blipFill>
                    <a:blip r:embed="rId26"/>
                    <a:stretch>
                      <a:fillRect/>
                    </a:stretch>
                  </pic:blipFill>
                  <pic:spPr>
                    <a:xfrm>
                      <a:off x="0" y="0"/>
                      <a:ext cx="3067050" cy="1476375"/>
                    </a:xfrm>
                    <a:prstGeom prst="rect">
                      <a:avLst/>
                    </a:prstGeom>
                  </pic:spPr>
                </pic:pic>
              </a:graphicData>
            </a:graphic>
          </wp:inline>
        </w:drawing>
      </w:r>
    </w:p>
    <w:p w14:paraId="01F84CF4" w14:textId="77777777" w:rsidR="00B475E2" w:rsidRDefault="00B475E2" w:rsidP="00B475E2">
      <w:pPr>
        <w:spacing w:line="360" w:lineRule="auto"/>
        <w:rPr>
          <w:color w:val="000000"/>
          <w:lang w:eastAsia="zh-CN"/>
        </w:rPr>
      </w:pPr>
      <w:r>
        <w:rPr>
          <w:rFonts w:ascii="KaiTi" w:eastAsia="KaiTi" w:hAnsi="KaiTi" w:cs="KaiTi"/>
          <w:color w:val="000000"/>
          <w:lang w:eastAsia="zh-CN"/>
        </w:rPr>
        <w:t>图：2013-2022年中国科技发展经费支出情况（单位：亿元）</w:t>
      </w:r>
    </w:p>
    <w:p w14:paraId="2DACD45B" w14:textId="77777777" w:rsidR="00B475E2" w:rsidRDefault="00B475E2" w:rsidP="00B475E2">
      <w:pPr>
        <w:spacing w:line="360" w:lineRule="auto"/>
        <w:rPr>
          <w:color w:val="000000"/>
          <w:lang w:eastAsia="zh-CN"/>
        </w:rPr>
      </w:pPr>
      <w:r>
        <w:rPr>
          <w:rFonts w:ascii="SimSun" w:eastAsia="SimSun" w:hAnsi="SimSun" w:cs="SimSun"/>
          <w:color w:val="000000"/>
          <w:lang w:eastAsia="zh-CN"/>
        </w:rPr>
        <w:t>材料二</w:t>
      </w:r>
    </w:p>
    <w:p w14:paraId="5A5B64E0"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中国航天经过六十多年的发展，取得了一系列举世瞩目的成就，也积淀形成了深厚博大的航天精神，特别是培养造就了一批优秀的人才。</w:t>
      </w:r>
    </w:p>
    <w:p w14:paraId="7F39D09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据统计，中国航天科技集团平均年龄约为42岁，一线科研人员平均年龄35岁。如：北斗团队平均年龄35岁，月宫团队平均年龄35岁，墨子号量子卫星、神舟载人航天和嫦娥探月团队平均年龄33岁，长征5号成功发射时它的科研团队平均年龄仅32岁，天问一号控制团队平均年龄更是只有30岁……“80后”和“90后”已经成为托举中国未来航天事业的中坚力量。</w:t>
      </w:r>
    </w:p>
    <w:p w14:paraId="680454A6" w14:textId="77777777" w:rsidR="00B475E2" w:rsidRDefault="00B475E2" w:rsidP="00B475E2">
      <w:pPr>
        <w:spacing w:line="360" w:lineRule="auto"/>
        <w:rPr>
          <w:color w:val="000000"/>
          <w:lang w:eastAsia="zh-CN"/>
        </w:rPr>
      </w:pPr>
      <w:r>
        <w:rPr>
          <w:rFonts w:ascii="SimSun" w:eastAsia="SimSun" w:hAnsi="SimSun" w:cs="SimSun"/>
          <w:color w:val="000000"/>
          <w:lang w:eastAsia="zh-CN"/>
        </w:rPr>
        <w:t>材料三</w:t>
      </w:r>
    </w:p>
    <w:p w14:paraId="093040D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1992年9月，我国载人航天工程正式起步，规划“三步走”发展战略。</w:t>
      </w:r>
    </w:p>
    <w:p w14:paraId="1B345E76"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第一步，发射载人飞船，建成初步配套的试验性载人飞船工程，开展空间应用实验。</w:t>
      </w:r>
    </w:p>
    <w:p w14:paraId="43188CFD"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第二步，突破航天员出舱活动技术、空间飞行器交会对接技术，发射空间实验室，解决有一定规模的、短期有人照料的空间应用问题。十八大以来，载人航天工程全线奋力拼搏，突破和掌握大量关键技术，取得众多创新成果，实现载人航天工程第二步全部既定任务目标，为空间站建造和运营积累了重要经验，推动着我国从航天大国迈向航天强国。</w:t>
      </w:r>
    </w:p>
    <w:p w14:paraId="1FE5A1A0"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接着，我国载人航天工程开启第三步，转入空间站阶段。自2021年4月底天和核心舱发射以来，仅用不到20个月时间，完成了空间站全面建造。</w:t>
      </w:r>
    </w:p>
    <w:p w14:paraId="47763730"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中国空间站，这个中华民族的新的独特标识，闪耀着中国载人航天事业的自信与自豪，鼓舞着为航天梦、中国梦而前行的每一个人。</w:t>
      </w:r>
    </w:p>
    <w:p w14:paraId="1D3011E5" w14:textId="77777777" w:rsidR="00B475E2" w:rsidRDefault="00B475E2" w:rsidP="00B475E2">
      <w:pPr>
        <w:spacing w:line="360" w:lineRule="auto"/>
        <w:rPr>
          <w:color w:val="000000"/>
          <w:lang w:eastAsia="zh-CN"/>
        </w:rPr>
      </w:pPr>
      <w:r>
        <w:rPr>
          <w:color w:val="000000"/>
          <w:lang w:eastAsia="zh-CN"/>
        </w:rPr>
        <w:t xml:space="preserve">15. </w:t>
      </w:r>
      <w:r>
        <w:rPr>
          <w:rFonts w:ascii="SimSun" w:eastAsia="SimSun" w:hAnsi="SimSun" w:cs="SimSun"/>
          <w:color w:val="000000"/>
          <w:lang w:eastAsia="zh-CN"/>
        </w:rPr>
        <w:t>根据三则材料的内容，下列说法</w:t>
      </w:r>
      <w:r>
        <w:rPr>
          <w:rFonts w:ascii="SimSun" w:eastAsia="SimSun" w:hAnsi="SimSun" w:cs="SimSun"/>
          <w:color w:val="000000"/>
          <w:em w:val="dot"/>
          <w:lang w:eastAsia="zh-CN"/>
        </w:rPr>
        <w:t>不符合</w:t>
      </w:r>
      <w:r>
        <w:rPr>
          <w:rFonts w:ascii="SimSun" w:eastAsia="SimSun" w:hAnsi="SimSun" w:cs="SimSun"/>
          <w:color w:val="000000"/>
          <w:lang w:eastAsia="zh-CN"/>
        </w:rPr>
        <w:t>文意的一项是（   ）</w:t>
      </w:r>
    </w:p>
    <w:p w14:paraId="582B2F6B"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近代以后，我国屡次与科技革命失之交臂，原因众多。</w:t>
      </w:r>
    </w:p>
    <w:p w14:paraId="0BC702AD"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中国航天六十多年来不仅成就举世瞩目，而且培养了大批优秀的人才。</w:t>
      </w:r>
    </w:p>
    <w:p w14:paraId="6CBE626A"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实现载人航天工程第二步全部既定任务目标后，我国已成功跻身航天强国。</w:t>
      </w:r>
    </w:p>
    <w:p w14:paraId="5ED265DB"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我国用了不到20个月的时间全面建造了空间站。</w:t>
      </w:r>
    </w:p>
    <w:p w14:paraId="489A6B62" w14:textId="77777777" w:rsidR="00B475E2" w:rsidRDefault="00B475E2" w:rsidP="00B475E2">
      <w:pPr>
        <w:spacing w:line="360" w:lineRule="auto"/>
        <w:rPr>
          <w:color w:val="000000"/>
          <w:lang w:eastAsia="zh-CN"/>
        </w:rPr>
      </w:pPr>
      <w:r>
        <w:rPr>
          <w:color w:val="000000"/>
          <w:lang w:eastAsia="zh-CN"/>
        </w:rPr>
        <w:t xml:space="preserve">16. </w:t>
      </w:r>
      <w:r>
        <w:rPr>
          <w:rFonts w:ascii="SimSun" w:eastAsia="SimSun" w:hAnsi="SimSun" w:cs="SimSun"/>
          <w:color w:val="000000"/>
          <w:lang w:eastAsia="zh-CN"/>
        </w:rPr>
        <w:t>依据材料一中的统计图，填写文段横线处的内容，恰当的一项是</w:t>
      </w:r>
      <w:r>
        <w:rPr>
          <w:color w:val="000000"/>
          <w:lang w:eastAsia="zh-CN"/>
        </w:rPr>
        <w:t>（     ）</w:t>
      </w:r>
    </w:p>
    <w:p w14:paraId="67166CDC" w14:textId="77777777" w:rsidR="00B475E2" w:rsidRDefault="00B475E2" w:rsidP="00B475E2">
      <w:pPr>
        <w:spacing w:line="360" w:lineRule="auto"/>
        <w:rPr>
          <w:color w:val="000000"/>
          <w:lang w:eastAsia="zh-CN"/>
        </w:rPr>
      </w:pPr>
      <w:r>
        <w:rPr>
          <w:rFonts w:ascii="SimSun" w:eastAsia="SimSun" w:hAnsi="SimSun" w:cs="SimSun"/>
          <w:color w:val="000000"/>
          <w:lang w:eastAsia="zh-CN"/>
        </w:rPr>
        <w:lastRenderedPageBreak/>
        <w:t>【甲】十年来，中国科技发展经费支出不断增加，彰显了国家对科技创新的高度重视。</w:t>
      </w:r>
    </w:p>
    <w:p w14:paraId="625B2117" w14:textId="77777777" w:rsidR="00B475E2" w:rsidRDefault="00B475E2" w:rsidP="00B475E2">
      <w:pPr>
        <w:spacing w:line="360" w:lineRule="auto"/>
        <w:rPr>
          <w:color w:val="000000"/>
          <w:lang w:eastAsia="zh-CN"/>
        </w:rPr>
      </w:pPr>
      <w:r>
        <w:rPr>
          <w:rFonts w:ascii="SimSun" w:eastAsia="SimSun" w:hAnsi="SimSun" w:cs="SimSun"/>
          <w:color w:val="000000"/>
          <w:lang w:eastAsia="zh-CN"/>
        </w:rPr>
        <w:t>【乙】国家对科技创新的高度重视，十年来，科技发展经费支出逐年飞快增加。</w:t>
      </w:r>
    </w:p>
    <w:p w14:paraId="5D116225" w14:textId="77777777" w:rsidR="00B475E2" w:rsidRDefault="00B475E2" w:rsidP="00B475E2">
      <w:pPr>
        <w:spacing w:line="360" w:lineRule="auto"/>
        <w:rPr>
          <w:color w:val="000000"/>
          <w:lang w:eastAsia="zh-CN"/>
        </w:rPr>
      </w:pPr>
      <w:r>
        <w:rPr>
          <w:color w:val="000000"/>
          <w:lang w:eastAsia="zh-CN"/>
        </w:rPr>
        <w:t xml:space="preserve">17. </w:t>
      </w:r>
      <w:r>
        <w:rPr>
          <w:rFonts w:ascii="SimSun" w:eastAsia="SimSun" w:hAnsi="SimSun" w:cs="SimSun"/>
          <w:color w:val="000000"/>
          <w:lang w:eastAsia="zh-CN"/>
        </w:rPr>
        <w:t>阅读这三则资料，我们了解到中国航天事业取得了辉煌的成就，是因为我们的国家在整体发展上有着明确的</w:t>
      </w:r>
      <w:r>
        <w:rPr>
          <w:color w:val="000000"/>
          <w:lang w:eastAsia="zh-CN"/>
        </w:rPr>
        <w:t>________</w:t>
      </w:r>
      <w:r>
        <w:rPr>
          <w:rFonts w:ascii="SimSun" w:eastAsia="SimSun" w:hAnsi="SimSun" w:cs="SimSun"/>
          <w:color w:val="000000"/>
          <w:lang w:eastAsia="zh-CN"/>
        </w:rPr>
        <w:t>、特别注重</w:t>
      </w:r>
      <w:r>
        <w:rPr>
          <w:color w:val="000000"/>
          <w:lang w:eastAsia="zh-CN"/>
        </w:rPr>
        <w:t>_________</w:t>
      </w:r>
      <w:r>
        <w:rPr>
          <w:rFonts w:ascii="SimSun" w:eastAsia="SimSun" w:hAnsi="SimSun" w:cs="SimSun"/>
          <w:color w:val="000000"/>
          <w:lang w:eastAsia="zh-CN"/>
        </w:rPr>
        <w:t>、中国载人航天起步就规划</w:t>
      </w:r>
      <w:r>
        <w:rPr>
          <w:color w:val="000000"/>
          <w:lang w:eastAsia="zh-CN"/>
        </w:rPr>
        <w:t>_______</w:t>
      </w:r>
      <w:r>
        <w:rPr>
          <w:rFonts w:ascii="SimSun" w:eastAsia="SimSun" w:hAnsi="SimSun" w:cs="SimSun"/>
          <w:color w:val="000000"/>
          <w:lang w:eastAsia="zh-CN"/>
        </w:rPr>
        <w:t>。（每空请用四字概括）</w:t>
      </w:r>
    </w:p>
    <w:p w14:paraId="7EEF09C4" w14:textId="77777777" w:rsidR="00B475E2" w:rsidRDefault="00B475E2" w:rsidP="00B475E2">
      <w:pPr>
        <w:spacing w:line="360" w:lineRule="auto"/>
        <w:rPr>
          <w:color w:val="000000"/>
          <w:lang w:eastAsia="zh-CN"/>
        </w:rPr>
      </w:pPr>
      <w:r>
        <w:rPr>
          <w:rFonts w:ascii="SimSun" w:eastAsia="SimSun" w:hAnsi="SimSun" w:cs="SimSun"/>
          <w:color w:val="000000"/>
          <w:lang w:eastAsia="zh-CN"/>
        </w:rPr>
        <w:t>阅读《一粒孕育真善美的种子》，回答小题。</w:t>
      </w:r>
    </w:p>
    <w:p w14:paraId="3356ACB9"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一粒孕育真善美的种子</w:t>
      </w:r>
    </w:p>
    <w:p w14:paraId="1F2D0D40"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周勇</w:t>
      </w:r>
    </w:p>
    <w:p w14:paraId="1E621423"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我们一家住在湖南农业大学，紧挨着湖南省杂交水稻研究中心，天气好的时候，常可以在附近的田间地头见到袁隆平院士的身影，感觉与袁隆平一家就像左邻右舍一样亲近。每每有亲戚朋友聊起袁隆平院士，我们一家都会因为住在袁院士的隔壁而感到特别自豪。</w:t>
      </w:r>
    </w:p>
    <w:p w14:paraId="33AB4BE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2018年上半年，我决定采写一篇袁隆平院士在安江农业学校教书育人的故事。女儿听说我要去见袁老师，很是惊讶，像倒豆子一般地问我：“袁隆平爷爷真的就住在我们隔壁吗？他真的会见你吗？他是不是很老了？我也好想去！”在女儿的心里，袁院士这么大的科学家，怎么可能会近在咫尺！</w:t>
      </w:r>
    </w:p>
    <w:p w14:paraId="4D8C61F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③2018年5月16日大清早，我就带着女儿提前来到了湖南省杂交水稻研究中心大楼前坪，父女俩心情都是无比激动。在杨秘书的带领下，我们走进了袁院士的办公室。袁院士见了我们，马上起立和我们打招呼，并与我们一一热情握手，当他把手伸向我女儿时，女儿迟疑了一下才伸出手，并礼貌地问袁爷爷好。握了手，袁院士慈祥地问女儿：“小朋友，读几年级了？”“五年级。”女儿显得有些拘谨，第一次见到这么大的科学家，她还真有些蒙了。</w:t>
      </w:r>
    </w:p>
    <w:p w14:paraId="1D973AA4"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袁院士见我女儿身材单薄，就关心地对她说：“现在咱们国家粮食年年大丰收，不像以前了，你要多吃一点米饭，有了健康的体魄才能更好地学习。”女儿频频点头，阳光透过薄薄的纱窗，洒满整个房间，正好映照在她的脸上，整个房间溢满了阳光的味道。</w:t>
      </w:r>
    </w:p>
    <w:p w14:paraId="4DB16D5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⑤当我们问起袁院士在安江农业学校当老师的经历时，袁院士的话匣子一下子就打开了。他告诉我们，他教书时就是一个爱“鼓捣”的教书匠。当年党号召向科学进军，他就决定在教学之余，真正搞点研究。在他的组织下，安江农业学校成立了第一个科研小组，他们把西红柿嫁接到马铃薯上，希望地下长出马铃薯，枝上结西红柿；把西瓜嫁接到南瓜上，希望得到新型的瓜种，嫁接的作物成活了，长势也不错。讲起在安江农业学校的往事，袁院士兴致特别好，不知不觉半个小时就过去了。</w:t>
      </w:r>
    </w:p>
    <w:p w14:paraId="2ABD3CB6"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⑥临别时，我和女儿提出和袁院士照一张合影，我们自觉地站在了袁院士的两侧。袁院士见状，笑呵呵地对我说：“小朋友是国家的未来，是民族的希望，他们才是最重要的，应该站在中间。”说完，就把我女儿往中间的位置拉，一张袁院士站在后排，小朋友居中的照片就这样定格了。从那以后，女儿只要看到有关袁爷爷的新闻就会格外关注，俨然成了袁院士的铁粉。</w:t>
      </w:r>
    </w:p>
    <w:p w14:paraId="38CEE73D"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⑦2021年5月22日，我参加完全省职业教育活动周的活动，中午赶回家陪女儿吃饭，刚一开门，女儿就哭着问我：“网上说袁爷爷去世了，是真的吗？”我见女儿哭得稀里哗啦，就安慰她：“袁爷爷身体很好。”女儿见我说得很坚决，这才擦了擦眼泪说：“袁爷爷身体这么好，肯定可以活过100岁。”在女儿的心里，像袁爷爷这样的科学家应该永远活着才对！让人悲痛欲绝的是，下午一点多，官网还是发布了袁院士离开我们的消息。那一刻，女儿正在书房学习，我知道，她很快就会得到消息，我不忍心将这一切告诉女儿，于是找了个借口，匆匆下了楼。</w:t>
      </w:r>
    </w:p>
    <w:p w14:paraId="7489CFD2"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⑧回到家里，女儿异常的平静，我在她的书桌上看见她正在写的一篇短文，写的正是她敬爱的袁爷爷，题目是《一面》。就在这一瞬间，我感觉到女儿长大了！</w:t>
      </w:r>
    </w:p>
    <w:p w14:paraId="65F6A220"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⑨我常想，我和女儿之所以将袁院士视为自己的亲人和学习的榜样，一定是因为2018年5月16日的这一天。</w:t>
      </w:r>
      <w:r>
        <w:rPr>
          <w:rFonts w:ascii="KaiTi" w:eastAsia="KaiTi" w:hAnsi="KaiTi" w:cs="KaiTi"/>
          <w:color w:val="000000"/>
          <w:u w:val="single"/>
          <w:lang w:eastAsia="zh-CN"/>
        </w:rPr>
        <w:t xml:space="preserve">这一天，袁院士在我们心里种下了一粒真善美的种子，我相信这一粒种子，就如同袁老师研究的杂交水稻种子一样，已经在我们的心田生根、发芽！ </w:t>
      </w:r>
    </w:p>
    <w:p w14:paraId="41B682C3" w14:textId="77777777" w:rsidR="00B475E2" w:rsidRDefault="00B475E2" w:rsidP="00B475E2">
      <w:pPr>
        <w:spacing w:line="360" w:lineRule="auto"/>
        <w:jc w:val="right"/>
        <w:rPr>
          <w:color w:val="000000"/>
          <w:lang w:eastAsia="zh-CN"/>
        </w:rPr>
      </w:pPr>
      <w:r>
        <w:rPr>
          <w:rFonts w:ascii="SimSun" w:eastAsia="SimSun" w:hAnsi="SimSun" w:cs="SimSun"/>
          <w:color w:val="000000"/>
          <w:lang w:eastAsia="zh-CN"/>
        </w:rPr>
        <w:t>（原文有改动）</w:t>
      </w:r>
    </w:p>
    <w:p w14:paraId="11C34437"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通读全文，根据提示，将“我”和女儿与袁隆平院士相关的几件事补充完整。</w:t>
      </w:r>
    </w:p>
    <w:p w14:paraId="0B1CAF80" w14:textId="77777777" w:rsidR="00B475E2" w:rsidRDefault="00B475E2" w:rsidP="00B475E2">
      <w:pPr>
        <w:spacing w:line="360" w:lineRule="auto"/>
        <w:rPr>
          <w:color w:val="000000"/>
          <w:lang w:eastAsia="zh-CN"/>
        </w:rPr>
      </w:pPr>
      <w:r>
        <w:rPr>
          <w:rFonts w:ascii="SimSun" w:eastAsia="SimSun" w:hAnsi="SimSun" w:cs="SimSun"/>
          <w:color w:val="000000"/>
          <w:lang w:eastAsia="zh-CN"/>
        </w:rPr>
        <w:t>①</w:t>
      </w:r>
      <w:r>
        <w:rPr>
          <w:color w:val="000000"/>
          <w:lang w:eastAsia="zh-CN"/>
        </w:rPr>
        <w:t>____________</w:t>
      </w:r>
      <w:r>
        <w:rPr>
          <w:rFonts w:ascii="SimSun" w:eastAsia="SimSun" w:hAnsi="SimSun" w:cs="SimSun"/>
          <w:color w:val="000000"/>
          <w:lang w:eastAsia="zh-CN"/>
        </w:rPr>
        <w:t>，女儿很是惊讶；</w:t>
      </w:r>
    </w:p>
    <w:p w14:paraId="668579D8" w14:textId="77777777" w:rsidR="00B475E2" w:rsidRDefault="00B475E2" w:rsidP="00B475E2">
      <w:pPr>
        <w:spacing w:line="360" w:lineRule="auto"/>
        <w:rPr>
          <w:color w:val="000000"/>
          <w:lang w:eastAsia="zh-CN"/>
        </w:rPr>
      </w:pPr>
      <w:r>
        <w:rPr>
          <w:rFonts w:ascii="SimSun" w:eastAsia="SimSun" w:hAnsi="SimSun" w:cs="SimSun"/>
          <w:color w:val="000000"/>
          <w:lang w:eastAsia="zh-CN"/>
        </w:rPr>
        <w:lastRenderedPageBreak/>
        <w:t>②来到了湖南省杂交水稻研究中心大楼前坪，女儿无比激动；</w:t>
      </w:r>
    </w:p>
    <w:p w14:paraId="29A04416" w14:textId="77777777" w:rsidR="00B475E2" w:rsidRDefault="00B475E2" w:rsidP="00B475E2">
      <w:pPr>
        <w:spacing w:line="360" w:lineRule="auto"/>
        <w:rPr>
          <w:color w:val="000000"/>
          <w:lang w:eastAsia="zh-CN"/>
        </w:rPr>
      </w:pPr>
      <w:r>
        <w:rPr>
          <w:rFonts w:ascii="SimSun" w:eastAsia="SimSun" w:hAnsi="SimSun" w:cs="SimSun"/>
          <w:color w:val="000000"/>
          <w:lang w:eastAsia="zh-CN"/>
        </w:rPr>
        <w:t>③与袁隆平院士握手、交谈，</w:t>
      </w:r>
      <w:r>
        <w:rPr>
          <w:color w:val="000000"/>
          <w:lang w:eastAsia="zh-CN"/>
        </w:rPr>
        <w:t>__________________</w:t>
      </w:r>
      <w:r>
        <w:rPr>
          <w:rFonts w:ascii="SimSun" w:eastAsia="SimSun" w:hAnsi="SimSun" w:cs="SimSun"/>
          <w:color w:val="000000"/>
          <w:lang w:eastAsia="zh-CN"/>
        </w:rPr>
        <w:t>；</w:t>
      </w:r>
    </w:p>
    <w:p w14:paraId="0460DA0F" w14:textId="77777777" w:rsidR="00B475E2" w:rsidRDefault="00B475E2" w:rsidP="00B475E2">
      <w:pPr>
        <w:spacing w:line="360" w:lineRule="auto"/>
        <w:rPr>
          <w:color w:val="000000"/>
          <w:lang w:eastAsia="zh-CN"/>
        </w:rPr>
      </w:pPr>
      <w:r>
        <w:rPr>
          <w:rFonts w:ascii="SimSun" w:eastAsia="SimSun" w:hAnsi="SimSun" w:cs="SimSun"/>
          <w:color w:val="000000"/>
          <w:lang w:eastAsia="zh-CN"/>
        </w:rPr>
        <w:t>④</w:t>
      </w:r>
      <w:r>
        <w:rPr>
          <w:color w:val="000000"/>
          <w:lang w:eastAsia="zh-CN"/>
        </w:rPr>
        <w:t>____________</w:t>
      </w:r>
      <w:r>
        <w:rPr>
          <w:rFonts w:ascii="SimSun" w:eastAsia="SimSun" w:hAnsi="SimSun" w:cs="SimSun"/>
          <w:color w:val="000000"/>
          <w:lang w:eastAsia="zh-CN"/>
        </w:rPr>
        <w:t>，女儿非常难过；</w:t>
      </w:r>
    </w:p>
    <w:p w14:paraId="129A31AA" w14:textId="77777777" w:rsidR="00B475E2" w:rsidRDefault="00B475E2" w:rsidP="00B475E2">
      <w:pPr>
        <w:spacing w:line="360" w:lineRule="auto"/>
        <w:rPr>
          <w:color w:val="000000"/>
          <w:lang w:eastAsia="zh-CN"/>
        </w:rPr>
      </w:pPr>
      <w:r>
        <w:rPr>
          <w:rFonts w:ascii="SimSun" w:eastAsia="SimSun" w:hAnsi="SimSun" w:cs="SimSun"/>
          <w:color w:val="000000"/>
          <w:lang w:eastAsia="zh-CN"/>
        </w:rPr>
        <w:t>⑤官网发布袁隆平院士去世的消息，</w:t>
      </w:r>
      <w:r>
        <w:rPr>
          <w:color w:val="000000"/>
          <w:lang w:eastAsia="zh-CN"/>
        </w:rPr>
        <w:t>______________</w:t>
      </w:r>
      <w:r>
        <w:rPr>
          <w:rFonts w:ascii="SimSun" w:eastAsia="SimSun" w:hAnsi="SimSun" w:cs="SimSun"/>
          <w:color w:val="000000"/>
          <w:lang w:eastAsia="zh-CN"/>
        </w:rPr>
        <w:t>。</w:t>
      </w:r>
    </w:p>
    <w:p w14:paraId="407013C9"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阅读全文，请从结构和内容的角度，简要说说你对文章结尾画线句的理解。</w:t>
      </w:r>
    </w:p>
    <w:p w14:paraId="26B3D55F"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请你运用叙事、抒情、议论的方式（至少选择两种），结合选文，表达自己对袁隆平院士的崇敬之情。（不得少于30字）</w:t>
      </w:r>
    </w:p>
    <w:p w14:paraId="5C0D5EB3"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阅读《纪念白求恩》选段，完成小题。</w:t>
      </w:r>
    </w:p>
    <w:p w14:paraId="07F6D3E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白求恩同志毫不利己专门利人的精神，表现在他对工作的极端的负责任，对同志对人民的极端的热忱。每个共产党员都要学习他。不少的人对工作不负责任，拈轻怕重，把重担子推给人家，自己挑轻的。一事当前，先替自己打算，然后再替别人打算。出了一点力就觉得了不起，喜欢自吹，生怕人家不知道。对同志对人民不是满腔热忱，而是冷冷清清，漠不关心，麻木不仁。这种人其实不是共产党员，至少不能算一个纯粹的共产党员。</w:t>
      </w:r>
      <w:r>
        <w:rPr>
          <w:rFonts w:ascii="KaiTi" w:eastAsia="KaiTi" w:hAnsi="KaiTi" w:cs="KaiTi"/>
          <w:color w:val="000000"/>
          <w:u w:val="single"/>
          <w:lang w:eastAsia="zh-CN"/>
        </w:rPr>
        <w:t xml:space="preserve">     </w:t>
      </w:r>
      <w:r>
        <w:rPr>
          <w:rFonts w:ascii="KaiTi" w:eastAsia="KaiTi" w:hAnsi="KaiTi" w:cs="KaiTi"/>
          <w:color w:val="000000"/>
          <w:lang w:eastAsia="zh-CN"/>
        </w:rPr>
        <w:t>。晋察冀边区的军民，凡亲身受过白求恩医生的治疗和亲眼看过白求恩医生的工作的，无不为之感动。每一个共产党员，一定要学习白求恩同志的这种真正共产主义者的精神。</w:t>
      </w:r>
    </w:p>
    <w:p w14:paraId="232C9E83"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根据选文内容，从【甲】【乙】中选择一句填入文中横线处，你认为哪句更好，并说明理由</w:t>
      </w:r>
    </w:p>
    <w:p w14:paraId="01C9CDA7"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【甲】从前线回来的人说到白求恩，没有一个不佩服，没有一个不为他的精神所感动。</w:t>
      </w:r>
    </w:p>
    <w:p w14:paraId="35E32CC7"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 xml:space="preserve">【乙】从前线回来的人说到白求恩，都很佩服他，都为他的精神所感动。 </w:t>
      </w:r>
    </w:p>
    <w:p w14:paraId="67398F1B"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请你阅读下面的文字，回答问题。</w:t>
      </w:r>
    </w:p>
    <w:p w14:paraId="2633F439"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每次班级值日的时候，小明总是借口自己有事或身体不舒服，逃避打扫卫生。请你结合上面《纪念白求恩》选文内容，写一段文字，对小明的行为进行劝说。</w:t>
      </w:r>
    </w:p>
    <w:p w14:paraId="322CFA63" w14:textId="77777777" w:rsidR="00B475E2" w:rsidRDefault="00B475E2" w:rsidP="00B475E2">
      <w:pPr>
        <w:pStyle w:val="Heading3"/>
        <w:rPr>
          <w:lang w:eastAsia="zh-CN"/>
        </w:rPr>
      </w:pPr>
      <w:bookmarkStart w:id="22" w:name="_Toc235355020"/>
      <w:r>
        <w:rPr>
          <w:lang w:eastAsia="zh-CN"/>
        </w:rPr>
        <w:lastRenderedPageBreak/>
        <w:t>怀柔区</w:t>
      </w:r>
      <w:bookmarkEnd w:id="22"/>
    </w:p>
    <w:p w14:paraId="028E6CFA"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四、现代文阅读（共22分）</w:t>
      </w:r>
    </w:p>
    <w:p w14:paraId="2CF77176"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阅读《猫的故事》，完成小题。</w:t>
      </w:r>
    </w:p>
    <w:p w14:paraId="2BC89004"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猫的故事</w:t>
      </w:r>
    </w:p>
    <w:p w14:paraId="4849B342"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梁实秋</w:t>
      </w:r>
    </w:p>
    <w:p w14:paraId="4E6EC198"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①我的家在北平的一个深巷里。有一天，冬夜荒寒，卖水萝卜的，卖硬面饽饽的，都过去了，除了值更的梆子遥远的响声可以说是万籁俱寂。这时候屋瓦上嗥的一声猫叫了起来，时而如怨如诉，时而如诟如詈</w:t>
      </w:r>
      <w:r>
        <w:rPr>
          <w:rFonts w:ascii="Cambria Math" w:eastAsia="Cambria Math" w:hAnsi="Cambria Math" w:cs="Cambria Math"/>
          <w:color w:val="000000"/>
          <w:vertAlign w:val="superscript"/>
          <w:lang w:eastAsia="zh-CN"/>
        </w:rPr>
        <w:t>①</w:t>
      </w:r>
      <w:r>
        <w:rPr>
          <w:rFonts w:ascii="KaiTi" w:eastAsia="KaiTi" w:hAnsi="KaiTi" w:cs="KaiTi"/>
          <w:color w:val="000000"/>
          <w:lang w:eastAsia="zh-CN"/>
        </w:rPr>
        <w:t>，然后一阵跳踉，窜到另外一间房上去了，往返跳跃，搅得一家不安。</w:t>
      </w:r>
    </w:p>
    <w:p w14:paraId="0A05BD2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北平的窗子是糊纸的，窗棂不宽不窄正好容一只猫儿出入，只消他用爪一划即可通往无阻。在春暖时节，有一夜，我在睡梦中好像听到小院书房的窗纸响，第二天发现窗棂上果然撕破了一个洞，显然是有野猫钻了进去。大概是饿极了，进去捉老鼠。我把窗纸补好，不料第二天猫又来，仍从原处出入，这就使我有些不耐烦，第三天又发生同样情形，而且把书桌书架都弄得凌乱不堪，书桌上印了无数的梅花印，我按捺不住了。</w:t>
      </w:r>
    </w:p>
    <w:p w14:paraId="193698A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③我家的厨师是一个足智多谋的人，除了调和鼎鼐</w:t>
      </w:r>
      <w:r>
        <w:rPr>
          <w:rFonts w:ascii="Cambria Math" w:eastAsia="Cambria Math" w:hAnsi="Cambria Math" w:cs="Cambria Math"/>
          <w:color w:val="000000"/>
          <w:vertAlign w:val="superscript"/>
          <w:lang w:eastAsia="zh-CN"/>
        </w:rPr>
        <w:t>②</w:t>
      </w:r>
      <w:r>
        <w:rPr>
          <w:rFonts w:ascii="KaiTi" w:eastAsia="KaiTi" w:hAnsi="KaiTi" w:cs="KaiTi"/>
          <w:color w:val="000000"/>
          <w:lang w:eastAsia="zh-CN"/>
        </w:rPr>
        <w:t>之外还贯通不少的旁门左道，他因为厨房里的肉常常被猫拖拉到灶下，鱼常被猫叨着上了墙头，怀恨于心，于是殚智竭力，发明了一个简单而有效的捕猫方法。他用铁丝一根，在窗棂上猫经常出入之处钉一个铁钉，铁丝一端系牢在铁钉之上，另一端在铁丝上做一活扣，使铁丝作圆箍形，把圆箍伸缩到适度放在窗棂上，便诸事完备，静待活捉。猫窜进屋的时候前腿伸入之后身躯势必触到铁丝圆箍，于是正好套在身上，活生生悬在半空，愈挣扎则圆箍愈紧。厨师看我为猫所苦无计可施，遂自告奋勇为我在书房窗上装置了这么一个机关。我对他起初并无信心，姑妄从之。但是当天夜里居然有了动静，早晨起来一看，一只瘦猫奄奄一息的赫然挂在那里！</w:t>
      </w:r>
    </w:p>
    <w:p w14:paraId="5E8BE2F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厨师对于捉到的猫向来执法如山，不稍宽容，我看了猫的那副可怜相儿，直为她婉言求情。结果是从轻发落予以开释，但是厨师坚持不能不惩戒，即在猫身上用原来的铁丝系上一只空罐头，开启街门放她一条生路。</w:t>
      </w:r>
      <w:r>
        <w:rPr>
          <w:rFonts w:ascii="KaiTi" w:eastAsia="KaiTi" w:hAnsi="KaiTi" w:cs="KaiTi"/>
          <w:color w:val="000000"/>
          <w:u w:val="single"/>
          <w:lang w:eastAsia="zh-CN"/>
        </w:rPr>
        <w:t>【甲】只见猫一溜烟似的唏哩哗喇地拖着罐头绝尘而去，像是新婚夫妻的汽车驶离教堂去度蜜月。</w:t>
      </w:r>
      <w:r>
        <w:rPr>
          <w:rFonts w:ascii="KaiTi" w:eastAsia="KaiTi" w:hAnsi="KaiTi" w:cs="KaiTi"/>
          <w:color w:val="000000"/>
          <w:lang w:eastAsia="zh-CN"/>
        </w:rPr>
        <w:t>跑得愈快，罐头响声愈大，猫受惊乃</w:t>
      </w:r>
      <w:r>
        <w:rPr>
          <w:rFonts w:ascii="KaiTi" w:eastAsia="KaiTi" w:hAnsi="KaiTi" w:cs="KaiTi"/>
          <w:color w:val="000000"/>
          <w:lang w:eastAsia="zh-CN"/>
        </w:rPr>
        <w:lastRenderedPageBreak/>
        <w:t>跑得更快，惊动了好几条野狗跟在后面追赶，黄尘滚滚，一瞬间出了巷口往北而去。她以后的遭遇如何我不知道，我心想她吃了这个苦头以后绝对不会再光顾我的书房。窗户纸从新糊好，我准备高枕而眠。</w:t>
      </w:r>
    </w:p>
    <w:p w14:paraId="378EE77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当天夜里，听见铁罐响，起初是在后院砖地上哗啷哗啷的响，随后像是有东西提着铁罐攀爬枣树，终乃在我的屋瓦上作响。屋瓦是一垅一垅的，中有小沟，所以铁罐越过瓦垅的声音是格登格登的清晰可辨。我打了一个冷战：难道是那只猫的阴魂不散？她拖着铁罐子跑了一天，藏躲在什么地方，终于深夜又复光临寒舍，我家究竟有什么东西值得使她这样的念念不忘？</w:t>
      </w:r>
    </w:p>
    <w:p w14:paraId="0052698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⑥“哗啷”一声，铁罐坠地，显然的是铁丝断了。几乎同时，“噗”的一声，猫顺着我窗前的丁香树也落了地。</w:t>
      </w:r>
      <w:r>
        <w:rPr>
          <w:rFonts w:ascii="KaiTi" w:eastAsia="KaiTi" w:hAnsi="KaiTi" w:cs="KaiTi"/>
          <w:color w:val="000000"/>
          <w:u w:val="single"/>
          <w:lang w:eastAsia="zh-CN"/>
        </w:rPr>
        <w:t>【乙】她低声地呻吟了一声，那是初释重负后的一声叹息。</w:t>
      </w:r>
      <w:r>
        <w:rPr>
          <w:rFonts w:ascii="KaiTi" w:eastAsia="KaiTi" w:hAnsi="KaiTi" w:cs="KaiTi"/>
          <w:color w:val="000000"/>
          <w:lang w:eastAsia="zh-CN"/>
        </w:rPr>
        <w:t>随后我的书房窗纸又撕破了——历史重演。</w:t>
      </w:r>
    </w:p>
    <w:p w14:paraId="74A6CA0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这一回我下了决心，我如果再度把她活捉，要用重刑，不是系一个铁罐就能了事。我先到书房里去查看现场，情况有一些异样，大书架接近顶棚最高的一格有几本书洒落在地上。倾耳细听，书架上有呼噜呼噜的声音。怎么猫找到了这个地方来酣睡？我搬了高凳爬上去窥视，吓我一大跳，原来是那只瘦猫拥着四只小猫在喂奶！</w:t>
      </w:r>
    </w:p>
    <w:p w14:paraId="3DA0C5D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四只小猫是黑白花的，咕咕容容的在猫的怀里乱挤，好像眼睛还没有睁开，显然是出生不久。在车船上遇到有妇人生产，照例被视为喜事，母子好像都可以享受好多的优待。我的书房里如今喜事候门，而且一胎四个，原来的一腔怒火消去了不少。天地之大德曰生，这道理本该普及于一切生灵。猫为了她的四只小猫，不顾一切的冒着危险回来喂奶，伟大的母爱实在是无以复加！</w:t>
      </w:r>
    </w:p>
    <w:p w14:paraId="5BD3590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⑨猫的秘密被我发现，感觉安全受了威胁，一夜的功夫她把四只小猫都叼离书房，不知运到什么地方去了。</w:t>
      </w:r>
    </w:p>
    <w:p w14:paraId="560AF553"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（有删改）</w:t>
      </w:r>
    </w:p>
    <w:p w14:paraId="7D724931"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①【如诟（</w:t>
      </w:r>
      <w:r>
        <w:rPr>
          <w:rFonts w:ascii="Times New Roman" w:eastAsia="Times New Roman" w:hAnsi="Times New Roman" w:cs="Times New Roman"/>
          <w:color w:val="000000"/>
          <w:lang w:eastAsia="zh-CN"/>
        </w:rPr>
        <w:t>gòu</w:t>
      </w:r>
      <w:r>
        <w:rPr>
          <w:rFonts w:ascii="SimSun" w:eastAsia="SimSun" w:hAnsi="SimSun" w:cs="SimSun"/>
          <w:color w:val="000000"/>
          <w:lang w:eastAsia="zh-CN"/>
        </w:rPr>
        <w:t>）如詈（</w:t>
      </w:r>
      <w:r>
        <w:rPr>
          <w:rFonts w:ascii="Times New Roman" w:eastAsia="Times New Roman" w:hAnsi="Times New Roman" w:cs="Times New Roman"/>
          <w:color w:val="000000"/>
          <w:lang w:eastAsia="zh-CN"/>
        </w:rPr>
        <w:t>lì</w:t>
      </w:r>
      <w:r>
        <w:rPr>
          <w:rFonts w:ascii="SimSun" w:eastAsia="SimSun" w:hAnsi="SimSun" w:cs="SimSun"/>
          <w:color w:val="000000"/>
          <w:lang w:eastAsia="zh-CN"/>
        </w:rPr>
        <w:t>）】意思是像指责又像辱骂。②【鼎（</w:t>
      </w:r>
      <w:r>
        <w:rPr>
          <w:rFonts w:ascii="Times New Roman" w:eastAsia="Times New Roman" w:hAnsi="Times New Roman" w:cs="Times New Roman"/>
          <w:color w:val="000000"/>
          <w:lang w:eastAsia="zh-CN"/>
        </w:rPr>
        <w:t>dǐng</w:t>
      </w:r>
      <w:r>
        <w:rPr>
          <w:rFonts w:ascii="SimSun" w:eastAsia="SimSun" w:hAnsi="SimSun" w:cs="SimSun"/>
          <w:color w:val="000000"/>
          <w:lang w:eastAsia="zh-CN"/>
        </w:rPr>
        <w:t>）鼐（</w:t>
      </w:r>
      <w:r>
        <w:rPr>
          <w:rFonts w:ascii="Times New Roman" w:eastAsia="Times New Roman" w:hAnsi="Times New Roman" w:cs="Times New Roman"/>
          <w:color w:val="000000"/>
          <w:lang w:eastAsia="zh-CN"/>
        </w:rPr>
        <w:t>nài</w:t>
      </w:r>
      <w:r>
        <w:rPr>
          <w:rFonts w:ascii="SimSun" w:eastAsia="SimSun" w:hAnsi="SimSun" w:cs="SimSun"/>
          <w:color w:val="000000"/>
          <w:lang w:eastAsia="zh-CN"/>
        </w:rPr>
        <w:t>）】是指古代两种烹调食物的器具。</w:t>
      </w:r>
    </w:p>
    <w:p w14:paraId="246EC70D"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13. </w:t>
      </w:r>
      <w:r>
        <w:rPr>
          <w:rFonts w:ascii="SimSun" w:eastAsia="SimSun" w:hAnsi="SimSun" w:cs="SimSun"/>
          <w:color w:val="000000"/>
          <w:lang w:eastAsia="zh-CN"/>
        </w:rPr>
        <w:t>文章以时间和故事的发展为顺序来写，脉络清晰，请阅读全文，将故事情节补充完整。</w:t>
      </w:r>
    </w:p>
    <w:p w14:paraId="48D70714" w14:textId="77777777" w:rsidR="00B475E2" w:rsidRDefault="00B475E2" w:rsidP="00B475E2">
      <w:pPr>
        <w:spacing w:line="360" w:lineRule="auto"/>
        <w:ind w:firstLine="420"/>
        <w:textAlignment w:val="center"/>
        <w:rPr>
          <w:color w:val="000000"/>
          <w:lang w:eastAsia="zh-CN"/>
        </w:rPr>
      </w:pPr>
      <w:r>
        <w:rPr>
          <w:rFonts w:ascii="SimSun" w:eastAsia="SimSun" w:hAnsi="SimSun" w:cs="SimSun"/>
          <w:color w:val="000000"/>
          <w:lang w:eastAsia="zh-CN"/>
        </w:rPr>
        <w:t>本文紧紧围绕猫的举动和“我”对猫的态度变化来写：猫在夜间嗥叫，弄破“我”的窗户纸，让“我”讨厌而憎恶→</w:t>
      </w:r>
      <w:r>
        <w:rPr>
          <w:color w:val="000000"/>
          <w:lang w:eastAsia="zh-CN"/>
        </w:rPr>
        <w:t>______</w:t>
      </w:r>
      <w:r>
        <w:rPr>
          <w:rFonts w:ascii="SimSun" w:eastAsia="SimSun" w:hAnsi="SimSun" w:cs="SimSun"/>
          <w:color w:val="000000"/>
          <w:lang w:eastAsia="zh-CN"/>
        </w:rPr>
        <w:t>，“我”又心生同情→一天夜里，猫又撕破了书房窗纸，“我”</w:t>
      </w:r>
      <w:r>
        <w:rPr>
          <w:color w:val="000000"/>
          <w:lang w:eastAsia="zh-CN"/>
        </w:rPr>
        <w:t>_____</w:t>
      </w:r>
      <w:r>
        <w:rPr>
          <w:rFonts w:ascii="SimSun" w:eastAsia="SimSun" w:hAnsi="SimSun" w:cs="SimSun"/>
          <w:color w:val="000000"/>
          <w:lang w:eastAsia="zh-CN"/>
        </w:rPr>
        <w:t>→后来</w:t>
      </w:r>
      <w:r>
        <w:rPr>
          <w:color w:val="000000"/>
          <w:lang w:eastAsia="zh-CN"/>
        </w:rPr>
        <w:t>______</w:t>
      </w:r>
      <w:r>
        <w:rPr>
          <w:rFonts w:ascii="SimSun" w:eastAsia="SimSun" w:hAnsi="SimSun" w:cs="SimSun"/>
          <w:color w:val="000000"/>
          <w:lang w:eastAsia="zh-CN"/>
        </w:rPr>
        <w:t>，</w:t>
      </w:r>
      <w:r>
        <w:rPr>
          <w:color w:val="000000"/>
          <w:lang w:eastAsia="zh-CN"/>
        </w:rPr>
        <w:t>_______</w:t>
      </w:r>
      <w:r>
        <w:rPr>
          <w:rFonts w:ascii="SimSun" w:eastAsia="SimSun" w:hAnsi="SimSun" w:cs="SimSun"/>
          <w:color w:val="000000"/>
          <w:lang w:eastAsia="zh-CN"/>
        </w:rPr>
        <w:t>。</w:t>
      </w:r>
    </w:p>
    <w:p w14:paraId="7C375D6F"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梁实秋散文善用修辞，这使其语言具有生动形象、幽默风趣的特点。请你从画线句中</w:t>
      </w:r>
      <w:r>
        <w:rPr>
          <w:rFonts w:ascii="SimSun" w:eastAsia="SimSun" w:hAnsi="SimSun" w:cs="SimSun"/>
          <w:color w:val="000000"/>
          <w:em w:val="dot"/>
          <w:lang w:eastAsia="zh-CN"/>
        </w:rPr>
        <w:t>任选一句</w:t>
      </w:r>
      <w:r>
        <w:rPr>
          <w:rFonts w:ascii="SimSun" w:eastAsia="SimSun" w:hAnsi="SimSun" w:cs="SimSun"/>
          <w:color w:val="000000"/>
          <w:lang w:eastAsia="zh-CN"/>
        </w:rPr>
        <w:t>，结合具体内容，说说是如何体现这一语言特点的。</w:t>
      </w:r>
    </w:p>
    <w:p w14:paraId="73085CFD"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【甲】只见猫一溜烟似</w:t>
      </w:r>
      <w:r>
        <w:rPr>
          <w:rFonts w:ascii="SimSun" w:eastAsia="SimSun" w:hAnsi="SimSun" w:cs="SimSun"/>
          <w:noProof/>
          <w:color w:val="000000"/>
        </w:rPr>
        <w:drawing>
          <wp:inline distT="0" distB="0" distL="114300" distR="114300" wp14:anchorId="7680D1D4" wp14:editId="46FEA508">
            <wp:extent cx="133350" cy="177800"/>
            <wp:effectExtent l="0" t="0" r="0" b="13335"/>
            <wp:docPr id="1285" name="图片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图片 100003"/>
                    <pic:cNvPicPr>
                      <a:picLocks noChangeAspect="1"/>
                    </pic:cNvPicPr>
                  </pic:nvPicPr>
                  <pic:blipFill>
                    <a:blip r:embed="rId27"/>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唏哩哗喇地拖着罐头绝尘而去，像是新婚夫妻的汽车驶离教堂去度蜜月。</w:t>
      </w:r>
    </w:p>
    <w:p w14:paraId="22E444E2"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【乙】她低声地呻吟了一声，那是初释重负后</w:t>
      </w:r>
      <w:r>
        <w:rPr>
          <w:rFonts w:ascii="SimSun" w:eastAsia="SimSun" w:hAnsi="SimSun" w:cs="SimSun"/>
          <w:noProof/>
          <w:color w:val="000000"/>
        </w:rPr>
        <w:drawing>
          <wp:inline distT="0" distB="0" distL="114300" distR="114300" wp14:anchorId="320DF6DA" wp14:editId="5CC3E5F5">
            <wp:extent cx="133350" cy="177800"/>
            <wp:effectExtent l="0" t="0" r="0" b="13335"/>
            <wp:docPr id="1287"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图片 100011"/>
                    <pic:cNvPicPr>
                      <a:picLocks noChangeAspect="1"/>
                    </pic:cNvPicPr>
                  </pic:nvPicPr>
                  <pic:blipFill>
                    <a:blip r:embed="rId27"/>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一声叹息。</w:t>
      </w:r>
    </w:p>
    <w:p w14:paraId="2A334607"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“天地之大德曰生，这道理本该普及于一切生灵。”结合文章内容，简要分析其中蕴藏的深意。</w:t>
      </w:r>
    </w:p>
    <w:p w14:paraId="0C124FAA"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阅读《是谁爱着你的背影》，完成小题。</w:t>
      </w:r>
    </w:p>
    <w:p w14:paraId="3586ED6C"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是谁爱着你的背影</w:t>
      </w:r>
    </w:p>
    <w:p w14:paraId="144F18B6"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邓迎雷</w:t>
      </w:r>
    </w:p>
    <w:p w14:paraId="3973B4B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①周末回家，临走时，母亲将我送到门口。</w:t>
      </w:r>
    </w:p>
    <w:p w14:paraId="26E9A07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②我走了一段，即将拐进小巷时，发现母亲竟然在身后跟了过来。我催她回去：“妈，快回吧，大门敞着呢。”她说：“没事，我就站在这路口。”</w:t>
      </w:r>
    </w:p>
    <w:p w14:paraId="6BBD94A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我知道，母亲是要站在路口看我远去的背影。带着一种温暖的滋味，我走进小巷，再回头看母亲，只见她站在原地，正一动不动地看着我走去的方向。因为隔着一段距离，我看不清她的表情，但我能感觉到她殷殷期望的眼神里满是留恋不舍。</w:t>
      </w:r>
    </w:p>
    <w:p w14:paraId="62FB9C1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④近些年，母亲越来越显老了。孩子们像小鸟一样，离开她温暖的羽翼，有了自己的家，也有了各自的事业和前程，陪伴她的日子少了许多。母亲不止一次地感叹：“还是你</w:t>
      </w:r>
      <w:r>
        <w:rPr>
          <w:rFonts w:ascii="KaiTi" w:eastAsia="KaiTi" w:hAnsi="KaiTi" w:cs="KaiTi"/>
          <w:color w:val="000000"/>
          <w:lang w:eastAsia="zh-CN"/>
        </w:rPr>
        <w:lastRenderedPageBreak/>
        <w:t>们小时最好，天天在一起，现在你们姊妹几个天南海北四下分散，团聚一回可真不容易。”</w:t>
      </w:r>
    </w:p>
    <w:p w14:paraId="699FC97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⑤每听见她这样说，我总</w:t>
      </w:r>
      <w:r>
        <w:rPr>
          <w:rFonts w:ascii="KaiTi" w:eastAsia="KaiTi" w:hAnsi="KaiTi" w:cs="KaiTi"/>
          <w:color w:val="000000"/>
          <w:em w:val="dot"/>
          <w:lang w:eastAsia="zh-CN"/>
        </w:rPr>
        <w:t>不以为然</w:t>
      </w:r>
      <w:r>
        <w:rPr>
          <w:rFonts w:ascii="KaiTi" w:eastAsia="KaiTi" w:hAnsi="KaiTi" w:cs="KaiTi"/>
          <w:color w:val="000000"/>
          <w:lang w:eastAsia="zh-CN"/>
        </w:rPr>
        <w:t>，没品味出她话里面的孤单和失落。直到有一天，我</w:t>
      </w:r>
      <w:r>
        <w:rPr>
          <w:rFonts w:ascii="KaiTi" w:eastAsia="KaiTi" w:hAnsi="KaiTi" w:cs="KaiTi"/>
          <w:color w:val="000000"/>
          <w:em w:val="dot"/>
          <w:lang w:eastAsia="zh-CN"/>
        </w:rPr>
        <w:t>猝不及防</w:t>
      </w:r>
      <w:r>
        <w:rPr>
          <w:rFonts w:ascii="KaiTi" w:eastAsia="KaiTi" w:hAnsi="KaiTi" w:cs="KaiTi"/>
          <w:color w:val="000000"/>
          <w:lang w:eastAsia="zh-CN"/>
        </w:rPr>
        <w:t>地发现，在我远去的身后，母亲追随的目光是那样爱意深沉。</w:t>
      </w:r>
    </w:p>
    <w:p w14:paraId="31FFB88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⑥那是个夏天，母亲住在弟弟家。有次我去看她，告别时，她又送到门外。直到我从五楼下到四楼，看不见我的身影，我才听见她关门的声音。</w:t>
      </w:r>
    </w:p>
    <w:p w14:paraId="3A573A5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我出了楼，绕过一片绿地，走过小区院子。快走到小区门口时，我偶然间向后望去，忽然被身后的一幕惊呆了——只见弟弟家那个小小的窗框里，母亲正趴在窗口，向我望着，就像一只守在巢里的老鸟，眼巴巴地看着小鸟的远去。看见我回头，她向我不停地挥手，依稀又在说着什么。</w:t>
      </w:r>
    </w:p>
    <w:p w14:paraId="3F66A60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⑧那一刻，我心里酸酸的，眼泪不由得落了下来。如果不是我偶然回头，我哪里知道，就在我一路走去的时候，身后会有母亲__________的</w:t>
      </w:r>
      <w:r>
        <w:rPr>
          <w:rFonts w:ascii="KaiTi" w:eastAsia="KaiTi" w:hAnsi="KaiTi" w:cs="KaiTi"/>
          <w:color w:val="000000"/>
          <w:em w:val="dot"/>
          <w:lang w:eastAsia="zh-CN"/>
        </w:rPr>
        <w:t>目光</w:t>
      </w:r>
      <w:r>
        <w:rPr>
          <w:rFonts w:ascii="KaiTi" w:eastAsia="KaiTi" w:hAnsi="KaiTi" w:cs="KaiTi"/>
          <w:color w:val="000000"/>
          <w:lang w:eastAsia="zh-CN"/>
        </w:rPr>
        <w:t>。</w:t>
      </w:r>
    </w:p>
    <w:p w14:paraId="5FFD174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⑨也是从那时起，我才发现母亲是多么痴恋和孩子在一起的时光，哪怕只是渐渐远去的背影，她也想多看几眼，不愿错过。</w:t>
      </w:r>
    </w:p>
    <w:p w14:paraId="0B725DA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⑩去年秋天，母亲患病住院。我在医院陪她，午后下起了雨，天色阴暗，母亲催我回去。她说：“我好好的，没有什么事，你妹妹也快来了，你快回去吧，别等雨下大了。”</w:t>
      </w:r>
    </w:p>
    <w:p w14:paraId="3D8084B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⑪我收拾东西回去，母亲送我上电梯。</w:t>
      </w:r>
    </w:p>
    <w:p w14:paraId="0671777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⑫很快，电梯从八楼下到一楼。我穿过病房楼大厅，走到院子里，看雨下得不大，我没有打伞。就在这时，电话忽然响了。只听母亲在电话里说：“你怎么不打伞呢，快把伞打起来，别冻感冒了。”</w:t>
      </w:r>
    </w:p>
    <w:p w14:paraId="4A01EA0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⑬原来，母亲又在隔窗望着我的背影。</w:t>
      </w:r>
    </w:p>
    <w:p w14:paraId="467BCC6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⑭病房楼的电梯间没有窗户，想望向我出门的这个方向，需要出了电梯间，穿过病房长长的走廊。我能想象到，当电梯门关上的那一刹那，母亲是怎样拖着行动迟缓的腿，努力加快脚步，快速占领那个窗口。然后，老眼昏花地她透过蒙蒙细雨，努力向外望着，只为了看女儿在院子里经过的那一分钟。</w:t>
      </w:r>
    </w:p>
    <w:p w14:paraId="165E998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⑮雨天里没有打伞，淋湿的是母亲的心。我连忙撑起了伞，在连绵不断的冷雨里一步步走得很稳。我知道身后有双爱我的眼睛，而母亲不知道的是，伞下的我，眼泪早已不知不觉地流了下来。</w:t>
      </w:r>
    </w:p>
    <w:p w14:paraId="4634129A"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（选自《慢品语文》，有改动）</w:t>
      </w:r>
    </w:p>
    <w:p w14:paraId="56BA79E2"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文章重点描述了母亲目送“我”背影时的场景，以及“我”的感受。阅读全文，根据提示，填写下表。</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305"/>
        <w:gridCol w:w="3795"/>
        <w:gridCol w:w="2550"/>
      </w:tblGrid>
      <w:tr w:rsidR="00B475E2" w14:paraId="63F98720" w14:textId="77777777" w:rsidTr="005A467C">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AE2A812" w14:textId="77777777" w:rsidR="00B475E2" w:rsidRDefault="00B475E2" w:rsidP="005A467C">
            <w:pPr>
              <w:spacing w:line="360" w:lineRule="auto"/>
              <w:jc w:val="center"/>
              <w:textAlignment w:val="center"/>
              <w:rPr>
                <w:color w:val="000000"/>
              </w:rPr>
            </w:pPr>
            <w:r>
              <w:rPr>
                <w:rFonts w:ascii="SimSun" w:eastAsia="SimSun" w:hAnsi="SimSun" w:cs="SimSun"/>
                <w:color w:val="000000"/>
              </w:rPr>
              <w:t>时间</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45693A0" w14:textId="77777777" w:rsidR="00B475E2" w:rsidRDefault="00B475E2" w:rsidP="005A467C">
            <w:pPr>
              <w:spacing w:line="360" w:lineRule="auto"/>
              <w:jc w:val="center"/>
              <w:textAlignment w:val="center"/>
              <w:rPr>
                <w:color w:val="000000"/>
              </w:rPr>
            </w:pPr>
            <w:r>
              <w:rPr>
                <w:rFonts w:ascii="SimSun" w:eastAsia="SimSun" w:hAnsi="SimSun" w:cs="SimSun"/>
                <w:color w:val="000000"/>
              </w:rPr>
              <w:t>目送“我”的场景</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86A6034" w14:textId="77777777" w:rsidR="00B475E2" w:rsidRDefault="00B475E2" w:rsidP="005A467C">
            <w:pPr>
              <w:spacing w:line="360" w:lineRule="auto"/>
              <w:jc w:val="center"/>
              <w:textAlignment w:val="center"/>
              <w:rPr>
                <w:color w:val="000000"/>
              </w:rPr>
            </w:pPr>
            <w:r>
              <w:rPr>
                <w:rFonts w:ascii="SimSun" w:eastAsia="SimSun" w:hAnsi="SimSun" w:cs="SimSun"/>
                <w:color w:val="000000"/>
              </w:rPr>
              <w:t>“我”的感受</w:t>
            </w:r>
          </w:p>
        </w:tc>
      </w:tr>
      <w:tr w:rsidR="00B475E2" w14:paraId="746EB40B" w14:textId="77777777" w:rsidTr="005A467C">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6C1C777" w14:textId="77777777" w:rsidR="00B475E2" w:rsidRDefault="00B475E2" w:rsidP="005A467C">
            <w:pPr>
              <w:spacing w:line="360" w:lineRule="auto"/>
              <w:jc w:val="center"/>
              <w:textAlignment w:val="center"/>
              <w:rPr>
                <w:color w:val="000000"/>
              </w:rPr>
            </w:pPr>
            <w:r>
              <w:rPr>
                <w:rFonts w:ascii="SimSun" w:eastAsia="SimSun" w:hAnsi="SimSun" w:cs="SimSun"/>
                <w:color w:val="000000"/>
              </w:rPr>
              <w:t>周末回家</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30E0F34" w14:textId="77777777" w:rsidR="00B475E2" w:rsidRDefault="00B475E2" w:rsidP="005A467C">
            <w:pPr>
              <w:spacing w:line="360" w:lineRule="auto"/>
              <w:jc w:val="center"/>
              <w:textAlignment w:val="center"/>
              <w:rPr>
                <w:color w:val="000000"/>
              </w:rPr>
            </w:pPr>
            <w:r>
              <w:rPr>
                <w:rFonts w:ascii="SimSun" w:eastAsia="SimSun" w:hAnsi="SimSun" w:cs="SimSun"/>
                <w:color w:val="000000"/>
              </w:rPr>
              <w:t>（1）</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D69F1D1" w14:textId="77777777" w:rsidR="00B475E2" w:rsidRDefault="00B475E2" w:rsidP="005A467C">
            <w:pPr>
              <w:spacing w:line="360" w:lineRule="auto"/>
              <w:jc w:val="center"/>
              <w:textAlignment w:val="center"/>
              <w:rPr>
                <w:color w:val="000000"/>
              </w:rPr>
            </w:pPr>
            <w:r>
              <w:rPr>
                <w:rFonts w:ascii="SimSun" w:eastAsia="SimSun" w:hAnsi="SimSun" w:cs="SimSun"/>
                <w:color w:val="000000"/>
              </w:rPr>
              <w:t>温暖</w:t>
            </w:r>
          </w:p>
        </w:tc>
      </w:tr>
      <w:tr w:rsidR="00B475E2" w14:paraId="450C047F" w14:textId="77777777" w:rsidTr="005A467C">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5FE0806" w14:textId="77777777" w:rsidR="00B475E2" w:rsidRDefault="00B475E2" w:rsidP="005A467C">
            <w:pPr>
              <w:spacing w:line="360" w:lineRule="auto"/>
              <w:jc w:val="center"/>
              <w:textAlignment w:val="center"/>
              <w:rPr>
                <w:color w:val="000000"/>
              </w:rPr>
            </w:pPr>
            <w:r>
              <w:rPr>
                <w:rFonts w:ascii="SimSun" w:eastAsia="SimSun" w:hAnsi="SimSun" w:cs="SimSun"/>
                <w:color w:val="000000"/>
              </w:rPr>
              <w:t>那个夏天</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D86BC1A"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t>母亲趴在弟弟家的窗口望着我离开的背影</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4EAF6D5" w14:textId="77777777" w:rsidR="00B475E2" w:rsidRDefault="00B475E2" w:rsidP="005A467C">
            <w:pPr>
              <w:spacing w:line="360" w:lineRule="auto"/>
              <w:jc w:val="center"/>
              <w:textAlignment w:val="center"/>
              <w:rPr>
                <w:color w:val="000000"/>
              </w:rPr>
            </w:pPr>
            <w:r>
              <w:rPr>
                <w:rFonts w:ascii="SimSun" w:eastAsia="SimSun" w:hAnsi="SimSun" w:cs="SimSun"/>
                <w:color w:val="000000"/>
              </w:rPr>
              <w:t>（2）</w:t>
            </w:r>
          </w:p>
        </w:tc>
      </w:tr>
      <w:tr w:rsidR="00B475E2" w14:paraId="06D28A01" w14:textId="77777777" w:rsidTr="005A467C">
        <w:trPr>
          <w:trHeight w:val="480"/>
        </w:trPr>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156209" w14:textId="77777777" w:rsidR="00B475E2" w:rsidRDefault="00B475E2" w:rsidP="005A467C">
            <w:pPr>
              <w:spacing w:line="360" w:lineRule="auto"/>
              <w:jc w:val="center"/>
              <w:textAlignment w:val="center"/>
              <w:rPr>
                <w:color w:val="000000"/>
              </w:rPr>
            </w:pPr>
            <w:r>
              <w:rPr>
                <w:rFonts w:ascii="SimSun" w:eastAsia="SimSun" w:hAnsi="SimSun" w:cs="SimSun"/>
                <w:color w:val="000000"/>
              </w:rPr>
              <w:t>去年秋天</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5EF4AC" w14:textId="77777777" w:rsidR="00B475E2" w:rsidRDefault="00B475E2" w:rsidP="005A467C">
            <w:pPr>
              <w:spacing w:line="360" w:lineRule="auto"/>
              <w:jc w:val="center"/>
              <w:textAlignment w:val="center"/>
              <w:rPr>
                <w:color w:val="000000"/>
              </w:rPr>
            </w:pPr>
            <w:r>
              <w:rPr>
                <w:rFonts w:ascii="SimSun" w:eastAsia="SimSun" w:hAnsi="SimSun" w:cs="SimSun"/>
                <w:color w:val="000000"/>
              </w:rPr>
              <w:t>（3）</w:t>
            </w:r>
          </w:p>
        </w:tc>
        <w:tc>
          <w:tcPr>
            <w:tcW w:w="25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DD38A3" w14:textId="77777777" w:rsidR="00B475E2" w:rsidRDefault="00B475E2" w:rsidP="005A467C">
            <w:pPr>
              <w:spacing w:line="360" w:lineRule="auto"/>
              <w:jc w:val="center"/>
              <w:textAlignment w:val="center"/>
              <w:rPr>
                <w:color w:val="000000"/>
              </w:rPr>
            </w:pPr>
            <w:r>
              <w:rPr>
                <w:rFonts w:ascii="SimSun" w:eastAsia="SimSun" w:hAnsi="SimSun" w:cs="SimSun"/>
                <w:color w:val="000000"/>
              </w:rPr>
              <w:t>感动</w:t>
            </w:r>
          </w:p>
        </w:tc>
      </w:tr>
    </w:tbl>
    <w:p w14:paraId="5604F219"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请从文中第⑤段两个加点词中</w:t>
      </w:r>
      <w:r>
        <w:rPr>
          <w:rFonts w:ascii="SimSun" w:eastAsia="SimSun" w:hAnsi="SimSun" w:cs="SimSun"/>
          <w:color w:val="000000"/>
          <w:em w:val="dot"/>
          <w:lang w:eastAsia="zh-CN"/>
        </w:rPr>
        <w:t>任选一个</w:t>
      </w:r>
      <w:r>
        <w:rPr>
          <w:rFonts w:ascii="SimSun" w:eastAsia="SimSun" w:hAnsi="SimSun" w:cs="SimSun"/>
          <w:color w:val="000000"/>
          <w:lang w:eastAsia="zh-CN"/>
        </w:rPr>
        <w:t>，结合上下文，说说其表达效果。</w:t>
      </w:r>
    </w:p>
    <w:p w14:paraId="16C88998"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（1）我总</w:t>
      </w:r>
      <w:r>
        <w:rPr>
          <w:rFonts w:ascii="SimSun" w:eastAsia="SimSun" w:hAnsi="SimSun" w:cs="SimSun"/>
          <w:color w:val="000000"/>
          <w:em w:val="dot"/>
          <w:lang w:eastAsia="zh-CN"/>
        </w:rPr>
        <w:t>不以为然</w:t>
      </w:r>
      <w:r>
        <w:rPr>
          <w:rFonts w:ascii="SimSun" w:eastAsia="SimSun" w:hAnsi="SimSun" w:cs="SimSun"/>
          <w:color w:val="000000"/>
          <w:lang w:eastAsia="zh-CN"/>
        </w:rPr>
        <w:t>，没品味出她深深的孤单和失落。</w:t>
      </w:r>
    </w:p>
    <w:p w14:paraId="26533DE6"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（2）我</w:t>
      </w:r>
      <w:r>
        <w:rPr>
          <w:rFonts w:ascii="SimSun" w:eastAsia="SimSun" w:hAnsi="SimSun" w:cs="SimSun"/>
          <w:color w:val="000000"/>
          <w:em w:val="dot"/>
          <w:lang w:eastAsia="zh-CN"/>
        </w:rPr>
        <w:t>猝不及防</w:t>
      </w:r>
      <w:r>
        <w:rPr>
          <w:rFonts w:ascii="SimSun" w:eastAsia="SimSun" w:hAnsi="SimSun" w:cs="SimSun"/>
          <w:color w:val="000000"/>
          <w:lang w:eastAsia="zh-CN"/>
        </w:rPr>
        <w:t>地发现，在我远去的身后，母亲追随的目光是那样爱意深沉。</w:t>
      </w:r>
    </w:p>
    <w:p w14:paraId="627A6470"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如果在第⑧段加点词“目光”前填一个修饰词，你会填什么词？请结合文章内容简要说明理由。</w:t>
      </w:r>
    </w:p>
    <w:p w14:paraId="0C6C0C42"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文章以《是谁爱着你的背影》为题，请结合全文内容，说说这个题目的作用。</w:t>
      </w:r>
    </w:p>
    <w:p w14:paraId="281F0536" w14:textId="77777777" w:rsidR="00B475E2" w:rsidRDefault="00B475E2" w:rsidP="00B475E2">
      <w:pPr>
        <w:pStyle w:val="Heading3"/>
        <w:rPr>
          <w:lang w:eastAsia="zh-CN"/>
        </w:rPr>
      </w:pPr>
      <w:bookmarkStart w:id="23" w:name="_Toc235355021"/>
      <w:r>
        <w:rPr>
          <w:lang w:eastAsia="zh-CN"/>
        </w:rPr>
        <w:t>房山区</w:t>
      </w:r>
      <w:bookmarkEnd w:id="23"/>
    </w:p>
    <w:p w14:paraId="4917BC29" w14:textId="77777777" w:rsidR="00B475E2" w:rsidRDefault="00B475E2" w:rsidP="00B475E2">
      <w:pPr>
        <w:spacing w:line="360" w:lineRule="auto"/>
        <w:jc w:val="both"/>
        <w:rPr>
          <w:color w:val="000000"/>
          <w:lang w:eastAsia="zh-CN"/>
        </w:rPr>
      </w:pPr>
      <w:r>
        <w:rPr>
          <w:rFonts w:ascii="SimSun" w:eastAsia="SimSun" w:hAnsi="SimSun" w:cs="SimSun"/>
          <w:b/>
          <w:color w:val="000000"/>
          <w:sz w:val="24"/>
          <w:lang w:eastAsia="zh-CN"/>
        </w:rPr>
        <w:t>四、现代文阅读（共23分）</w:t>
      </w:r>
    </w:p>
    <w:p w14:paraId="2E9A5F0A" w14:textId="77777777" w:rsidR="00B475E2" w:rsidRDefault="00B475E2" w:rsidP="00B475E2">
      <w:pPr>
        <w:spacing w:line="360" w:lineRule="auto"/>
        <w:jc w:val="both"/>
        <w:rPr>
          <w:color w:val="000000"/>
          <w:lang w:eastAsia="zh-CN"/>
        </w:rPr>
      </w:pPr>
      <w:r>
        <w:rPr>
          <w:rFonts w:ascii="SimSun" w:eastAsia="SimSun" w:hAnsi="SimSun" w:cs="SimSun"/>
          <w:b/>
          <w:color w:val="000000"/>
          <w:sz w:val="24"/>
          <w:lang w:eastAsia="zh-CN"/>
        </w:rPr>
        <w:t>（一）（共7分）</w:t>
      </w:r>
    </w:p>
    <w:p w14:paraId="733CDCEB"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阅读下面材料，完成下面小题。</w:t>
      </w:r>
    </w:p>
    <w:p w14:paraId="00F41EDB"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lastRenderedPageBreak/>
        <w:t>材料一</w:t>
      </w:r>
    </w:p>
    <w:p w14:paraId="30507839"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吉祥图案作为我国历史文化传统中的一种文艺表现形式，与人们的生活、习俗以及文化背景有着极为密切的关联。它的起源可以追溯到原始社会的部落图腾以及当时一些器皿上的装饰性图案。随着社会的发展，一些装饰性的图形逐步完善，构成具有某种寓意的标志或象征，产生相应固定的表现形式，这便出现了吉祥图案。</w:t>
      </w:r>
    </w:p>
    <w:p w14:paraId="1A20F32F"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材料二</w:t>
      </w:r>
    </w:p>
    <w:p w14:paraId="7D1E1432"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总观我国各个不同时期的吉祥图案，多由图画和文字共同组成，且图文之间的关系存在多种形式。第一类：文字是对图画的解释；第二类：文字是借用了画中事物的谐音；第三类：以吉祥的字、词的变形为图案，如福、寿等。正是上述几方面的构图形式，使得中国传统吉祥图案很丰富，种类十分鲜明，寓意非常明确。</w:t>
      </w:r>
    </w:p>
    <w:p w14:paraId="05F9BA9D"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中国吉祥图案示例</w:t>
      </w:r>
    </w:p>
    <w:p w14:paraId="5878DF3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（图1）</w:t>
      </w:r>
      <w:r>
        <w:rPr>
          <w:noProof/>
          <w:color w:val="000000"/>
        </w:rPr>
        <w:drawing>
          <wp:inline distT="0" distB="0" distL="114300" distR="114300" wp14:anchorId="6259BCE5" wp14:editId="27B095AE">
            <wp:extent cx="2219325" cy="1647825"/>
            <wp:effectExtent l="0" t="0" r="9525" b="9525"/>
            <wp:docPr id="1289"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图片 100005" descr="学科网(www.zxxk.com)--教育资源门户，提供试卷、教案、课件、论文、素材以及各类教学资源下载，还有大量而丰富的教学相关资讯！"/>
                    <pic:cNvPicPr>
                      <a:picLocks noChangeAspect="1"/>
                    </pic:cNvPicPr>
                  </pic:nvPicPr>
                  <pic:blipFill>
                    <a:blip r:embed="rId28"/>
                    <a:stretch>
                      <a:fillRect/>
                    </a:stretch>
                  </pic:blipFill>
                  <pic:spPr>
                    <a:xfrm>
                      <a:off x="0" y="0"/>
                      <a:ext cx="2219325" cy="1647825"/>
                    </a:xfrm>
                    <a:prstGeom prst="rect">
                      <a:avLst/>
                    </a:prstGeom>
                  </pic:spPr>
                </pic:pic>
              </a:graphicData>
            </a:graphic>
          </wp:inline>
        </w:drawing>
      </w:r>
      <w:r>
        <w:rPr>
          <w:rFonts w:ascii="KaiTi" w:eastAsia="KaiTi" w:hAnsi="KaiTi" w:cs="KaiTi"/>
          <w:color w:val="000000"/>
          <w:lang w:eastAsia="zh-CN"/>
        </w:rPr>
        <w:t>（图2）</w:t>
      </w:r>
      <w:r>
        <w:rPr>
          <w:noProof/>
          <w:color w:val="000000"/>
        </w:rPr>
        <w:drawing>
          <wp:inline distT="0" distB="0" distL="114300" distR="114300" wp14:anchorId="3C6AEAAF" wp14:editId="6CBA176F">
            <wp:extent cx="2209800" cy="1628775"/>
            <wp:effectExtent l="0" t="0" r="0" b="9525"/>
            <wp:docPr id="1290"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图片 100007" descr="学科网(www.zxxk.com)--教育资源门户，提供试卷、教案、课件、论文、素材以及各类教学资源下载，还有大量而丰富的教学相关资讯！"/>
                    <pic:cNvPicPr>
                      <a:picLocks noChangeAspect="1"/>
                    </pic:cNvPicPr>
                  </pic:nvPicPr>
                  <pic:blipFill>
                    <a:blip r:embed="rId29"/>
                    <a:stretch>
                      <a:fillRect/>
                    </a:stretch>
                  </pic:blipFill>
                  <pic:spPr>
                    <a:xfrm>
                      <a:off x="0" y="0"/>
                      <a:ext cx="2209800" cy="1628775"/>
                    </a:xfrm>
                    <a:prstGeom prst="rect">
                      <a:avLst/>
                    </a:prstGeom>
                  </pic:spPr>
                </pic:pic>
              </a:graphicData>
            </a:graphic>
          </wp:inline>
        </w:drawing>
      </w:r>
    </w:p>
    <w:p w14:paraId="30192EE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（图3）</w:t>
      </w:r>
      <w:r>
        <w:rPr>
          <w:noProof/>
          <w:color w:val="000000"/>
        </w:rPr>
        <w:drawing>
          <wp:inline distT="0" distB="0" distL="114300" distR="114300" wp14:anchorId="3A21F1B0" wp14:editId="4341CA39">
            <wp:extent cx="2257425" cy="1657350"/>
            <wp:effectExtent l="0" t="0" r="9525" b="0"/>
            <wp:docPr id="1293"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图片 100009" descr="学科网(www.zxxk.com)--教育资源门户，提供试卷、教案、课件、论文、素材以及各类教学资源下载，还有大量而丰富的教学相关资讯！"/>
                    <pic:cNvPicPr>
                      <a:picLocks noChangeAspect="1"/>
                    </pic:cNvPicPr>
                  </pic:nvPicPr>
                  <pic:blipFill>
                    <a:blip r:embed="rId30"/>
                    <a:stretch>
                      <a:fillRect/>
                    </a:stretch>
                  </pic:blipFill>
                  <pic:spPr>
                    <a:xfrm>
                      <a:off x="0" y="0"/>
                      <a:ext cx="2257425" cy="1657350"/>
                    </a:xfrm>
                    <a:prstGeom prst="rect">
                      <a:avLst/>
                    </a:prstGeom>
                  </pic:spPr>
                </pic:pic>
              </a:graphicData>
            </a:graphic>
          </wp:inline>
        </w:drawing>
      </w:r>
      <w:r>
        <w:rPr>
          <w:rFonts w:ascii="KaiTi" w:eastAsia="KaiTi" w:hAnsi="KaiTi" w:cs="KaiTi"/>
          <w:color w:val="000000"/>
          <w:lang w:eastAsia="zh-CN"/>
        </w:rPr>
        <w:t>（图4）</w:t>
      </w:r>
      <w:r>
        <w:rPr>
          <w:noProof/>
          <w:color w:val="000000"/>
        </w:rPr>
        <w:drawing>
          <wp:inline distT="0" distB="0" distL="114300" distR="114300" wp14:anchorId="4DF7CC04" wp14:editId="365A9117">
            <wp:extent cx="2276475" cy="1666875"/>
            <wp:effectExtent l="0" t="0" r="9525" b="9525"/>
            <wp:docPr id="1294"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图片 10001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2276475" cy="1666875"/>
                    </a:xfrm>
                    <a:prstGeom prst="rect">
                      <a:avLst/>
                    </a:prstGeom>
                  </pic:spPr>
                </pic:pic>
              </a:graphicData>
            </a:graphic>
          </wp:inline>
        </w:drawing>
      </w:r>
    </w:p>
    <w:p w14:paraId="512A3F65"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材料三</w:t>
      </w:r>
    </w:p>
    <w:p w14:paraId="5CCEE4D9" w14:textId="77777777" w:rsidR="00B475E2" w:rsidRDefault="00B475E2" w:rsidP="00B475E2">
      <w:pPr>
        <w:spacing w:line="360" w:lineRule="auto"/>
        <w:ind w:firstLine="420"/>
        <w:jc w:val="both"/>
        <w:rPr>
          <w:color w:val="000000"/>
          <w:lang w:eastAsia="zh-CN"/>
        </w:rPr>
      </w:pPr>
      <w:r>
        <w:rPr>
          <w:rFonts w:ascii="KaiTi" w:eastAsia="KaiTi" w:hAnsi="KaiTi" w:cs="KaiTi"/>
          <w:color w:val="000000"/>
          <w:lang w:eastAsia="zh-CN"/>
        </w:rPr>
        <w:t>传统的吉祥图案在人们的生活中使用广泛，比如盛大庆典、重大节日以及祭祀、祈祷仪式、婚丧嫁娶，都有吉祥图案的出现。不管是宫廷王府，还是民宅茅舍都需要有吉祥图案点缀。举目观望传统建筑的墙壁、护栏、藻井、窗棂、瓦当等很多地方都能看到寓意丰富的吉祥图案。</w:t>
      </w:r>
    </w:p>
    <w:p w14:paraId="082E4CE6" w14:textId="77777777" w:rsidR="00B475E2" w:rsidRDefault="00B475E2" w:rsidP="00B475E2">
      <w:pPr>
        <w:spacing w:line="360" w:lineRule="auto"/>
        <w:rPr>
          <w:color w:val="000000"/>
          <w:lang w:eastAsia="zh-CN"/>
        </w:rPr>
      </w:pPr>
      <w:r>
        <w:rPr>
          <w:color w:val="000000"/>
          <w:lang w:eastAsia="zh-CN"/>
        </w:rPr>
        <w:t xml:space="preserve">15. </w:t>
      </w:r>
      <w:r>
        <w:rPr>
          <w:rFonts w:ascii="SimSun" w:eastAsia="SimSun" w:hAnsi="SimSun" w:cs="SimSun"/>
          <w:color w:val="000000"/>
          <w:lang w:eastAsia="zh-CN"/>
        </w:rPr>
        <w:t>根据以上三则材料，下列说法</w:t>
      </w:r>
      <w:r>
        <w:rPr>
          <w:rFonts w:ascii="SimSun" w:eastAsia="SimSun" w:hAnsi="SimSun" w:cs="SimSun"/>
          <w:color w:val="000000"/>
          <w:em w:val="dot"/>
          <w:lang w:eastAsia="zh-CN"/>
        </w:rPr>
        <w:t>不符合</w:t>
      </w:r>
      <w:r>
        <w:rPr>
          <w:rFonts w:ascii="SimSun" w:eastAsia="SimSun" w:hAnsi="SimSun" w:cs="SimSun"/>
          <w:color w:val="000000"/>
          <w:lang w:eastAsia="zh-CN"/>
        </w:rPr>
        <w:t>文意的一项是</w:t>
      </w:r>
      <w:r>
        <w:rPr>
          <w:color w:val="000000"/>
          <w:lang w:eastAsia="zh-CN"/>
        </w:rPr>
        <w:t>（     ）</w:t>
      </w:r>
    </w:p>
    <w:p w14:paraId="7348D4E4"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【甲】吉祥图案和人们的生活、习俗及文化背景有着密切的关系。</w:t>
      </w:r>
    </w:p>
    <w:p w14:paraId="4C1C17A7"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【乙】吉祥图案因为图文组合有多种形式，所以图案变得丰富多彩。</w:t>
      </w:r>
    </w:p>
    <w:p w14:paraId="6CC44000"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【丙】吉祥图案在人们</w:t>
      </w:r>
      <w:r>
        <w:rPr>
          <w:rFonts w:ascii="SimSun" w:eastAsia="SimSun" w:hAnsi="SimSun" w:cs="SimSun"/>
          <w:noProof/>
          <w:color w:val="000000"/>
        </w:rPr>
        <w:drawing>
          <wp:inline distT="0" distB="0" distL="114300" distR="114300" wp14:anchorId="4B7CFED0" wp14:editId="15485B24">
            <wp:extent cx="133350" cy="177800"/>
            <wp:effectExtent l="0" t="0" r="0" b="13335"/>
            <wp:docPr id="1297"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图片 100015"/>
                    <pic:cNvPicPr>
                      <a:picLocks noChangeAspect="1"/>
                    </pic:cNvPicPr>
                  </pic:nvPicPr>
                  <pic:blipFill>
                    <a:blip r:embed="rId32"/>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生活中到处可见，不管走到哪里都能见到。</w:t>
      </w:r>
    </w:p>
    <w:p w14:paraId="3FD83424" w14:textId="77777777" w:rsidR="00B475E2" w:rsidRDefault="00B475E2" w:rsidP="00B475E2">
      <w:pPr>
        <w:spacing w:line="360" w:lineRule="auto"/>
        <w:rPr>
          <w:color w:val="000000"/>
          <w:lang w:eastAsia="zh-CN"/>
        </w:rPr>
      </w:pPr>
      <w:r>
        <w:rPr>
          <w:color w:val="000000"/>
          <w:lang w:eastAsia="zh-CN"/>
        </w:rPr>
        <w:t xml:space="preserve">16. </w:t>
      </w:r>
      <w:r>
        <w:rPr>
          <w:rFonts w:ascii="SimSun" w:eastAsia="SimSun" w:hAnsi="SimSun" w:cs="SimSun"/>
          <w:color w:val="000000"/>
          <w:lang w:eastAsia="zh-CN"/>
        </w:rPr>
        <w:t>根据材料二中的文字内容，对 “中国吉祥图案示例”中的四幅图判断分析正确的一项是（   ）</w:t>
      </w:r>
    </w:p>
    <w:p w14:paraId="64551188"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图1“花开富贵”属于第一类，牡丹二字变为图案，寓意富贵将要到来。</w:t>
      </w:r>
    </w:p>
    <w:p w14:paraId="2E8E810C"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图2“福禄双全”属于第二类，借用谐音，以表达对幸福与爵禄的向往。</w:t>
      </w:r>
    </w:p>
    <w:p w14:paraId="2BF97FC1"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C. </w:t>
      </w:r>
      <w:r>
        <w:rPr>
          <w:rFonts w:ascii="SimSun" w:eastAsia="SimSun" w:hAnsi="SimSun" w:cs="SimSun"/>
          <w:color w:val="000000"/>
          <w:lang w:eastAsia="zh-CN"/>
        </w:rPr>
        <w:t>图3“松鹤延年”属于第三类，以吉祥字词的变形为图案，表达长寿之意。</w:t>
      </w:r>
    </w:p>
    <w:p w14:paraId="1DA6D327"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图4“一帆风顺”属于第二类，借用“帆”的谐音，表达一切顺利之意。</w:t>
      </w:r>
    </w:p>
    <w:p w14:paraId="23FF2FF3" w14:textId="77777777" w:rsidR="00B475E2" w:rsidRDefault="00B475E2" w:rsidP="00B475E2">
      <w:pPr>
        <w:spacing w:line="360" w:lineRule="auto"/>
        <w:rPr>
          <w:color w:val="000000"/>
          <w:lang w:eastAsia="zh-CN"/>
        </w:rPr>
      </w:pPr>
      <w:r>
        <w:rPr>
          <w:color w:val="000000"/>
          <w:lang w:eastAsia="zh-CN"/>
        </w:rPr>
        <w:t xml:space="preserve">17. </w:t>
      </w:r>
      <w:r>
        <w:rPr>
          <w:rFonts w:ascii="SimSun" w:eastAsia="SimSun" w:hAnsi="SimSun" w:cs="SimSun"/>
          <w:color w:val="000000"/>
          <w:lang w:eastAsia="zh-CN"/>
        </w:rPr>
        <w:t>请分别概括上面三则材料</w:t>
      </w:r>
      <w:r>
        <w:rPr>
          <w:rFonts w:ascii="SimSun" w:eastAsia="SimSun" w:hAnsi="SimSun" w:cs="SimSun"/>
          <w:noProof/>
          <w:color w:val="000000"/>
        </w:rPr>
        <w:drawing>
          <wp:inline distT="0" distB="0" distL="114300" distR="114300" wp14:anchorId="13DD24EF" wp14:editId="25DEA8C9">
            <wp:extent cx="133350" cy="177800"/>
            <wp:effectExtent l="0" t="0" r="0" b="13335"/>
            <wp:docPr id="1299" name="图片 231122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图片 231122585"/>
                    <pic:cNvPicPr>
                      <a:picLocks noChangeAspect="1"/>
                    </pic:cNvPicPr>
                  </pic:nvPicPr>
                  <pic:blipFill>
                    <a:blip r:embed="rId32"/>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主要内容。</w:t>
      </w:r>
    </w:p>
    <w:p w14:paraId="0FDF3A46" w14:textId="77777777" w:rsidR="00B475E2" w:rsidRDefault="00B475E2" w:rsidP="00B475E2">
      <w:pPr>
        <w:spacing w:line="360" w:lineRule="auto"/>
        <w:jc w:val="both"/>
        <w:rPr>
          <w:color w:val="000000"/>
          <w:lang w:eastAsia="zh-CN"/>
        </w:rPr>
      </w:pPr>
      <w:r>
        <w:rPr>
          <w:rFonts w:ascii="SimSun" w:eastAsia="SimSun" w:hAnsi="SimSun" w:cs="SimSun"/>
          <w:b/>
          <w:color w:val="000000"/>
          <w:sz w:val="24"/>
          <w:lang w:eastAsia="zh-CN"/>
        </w:rPr>
        <w:t>（二）（共8分）</w:t>
      </w:r>
    </w:p>
    <w:p w14:paraId="01CB3D5D"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阅读《捕猎》，完成下面小题。</w:t>
      </w:r>
    </w:p>
    <w:p w14:paraId="6CFDD985"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捕  猎</w:t>
      </w:r>
    </w:p>
    <w:p w14:paraId="618EC11F"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①姨夫的家，在离市区几十里外的一个小山村。与姨夫一起去放夹子捕猎，是那个小山村留给我童年最美好的回忆。</w:t>
      </w:r>
    </w:p>
    <w:p w14:paraId="3C93B221"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姨夫是个勤劳、朴实的山里汉子，劳作之余，放铁夹子是他的爱好。铁夹子是指由粗钢丝制成的捕猎工具，由两个平面组成，合起时口部有锯齿般的夹齿。两个平面中间有轴连接，轴中安置有两只弹簧，克服弹簧的阻力，拉开夹子后，由一卡子卡住，使其保持张开的姿态。卡子中间有小孔，小孔中间则有一根如鱼线般的铁丝扣着，铁丝的另一头拴在自制的小竹竿上，当猎物碰到拉紧的铁丝时，卡子即被拉开，在弹簧的作用力下，两个平面便死死地咬合到了一起。</w:t>
      </w:r>
    </w:p>
    <w:p w14:paraId="09257D19"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③在一个冬日的黄昏，夕阳挂在不远处那座熟悉的山头，懒洋洋地不愿离去，那通红的脸庞映红了西天的云彩。姨夫背着装有大小夹子的竹篓，我跟在他后面，朝那座大山走去。我们沿着布满杂草的小径朝山的深处走去。在一段潺潺流动的小溪旁，姨夫蹲下来，并向后缩动着肩膀，把竹篓放到了地上。姨夫说，这里靠着小溪，经常有动物到这里来喝水。只要寻到它们的脚印或茅草折断的痕迹，就可以知道它们经常行走的路线。我们把夹子放在它们行走路线的狭窄路段，就能捕捉到它们。听了姨夫的叙述，我不由得从心里佩服姨夫的捕猎技巧。用“一夫当关，万夫莫开”来形容他的布局是再恰当不过了，也更加期盼能有丰厚的收获。我们找到了几处有动物脚印和茅草折断的小路，并放好了夹子，然后在夹子上面铺了一层薄薄的茅草加以伪装。回家时夜幕早已降临，幽蓝幽蓝的苍穹中，闪亮的星星正快乐地朝我们眨着眼睛，月亮清辉下的山显得格外静谧、安详。到家后，我一边吃晚饭，一边兴奋地向姨父询问：“动物会不会从我们放的夹子上面走呢？假如走的</w:t>
      </w:r>
      <w:r>
        <w:rPr>
          <w:rFonts w:ascii="KaiTi" w:eastAsia="KaiTi" w:hAnsi="KaiTi" w:cs="KaiTi"/>
          <w:color w:val="000000"/>
          <w:lang w:eastAsia="zh-CN"/>
        </w:rPr>
        <w:lastRenderedPageBreak/>
        <w:t>话，会不会被夹住……”伴着众多的疑虑与激动，我们一直聊到了很晚。看着窗外皎洁的月光，我迷迷糊糊地进入了梦乡。在梦里，我梦见了我们的夹子夹到很多野鸡、野兔……</w:t>
      </w:r>
    </w:p>
    <w:p w14:paraId="7E3CEB24"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外面公鸡的打鸣声把我从梦中惊醒。东方的旭日正冉冉升起，小山村又从夜的宁静中醒了过来。匆匆吃过早饭，姨夫便背着竹篓和蛇皮袋，带着我，朝那座大山走去。一路上姨夫跟我讲了不少关于他与这座大山的故事，不知不觉间我们就到了昨天放夹子的小溪旁。远远的，我们看到一只硕大的灰白色兔子，被夹在夹子上，正拼命地挣扎着。听到了我们的声音，加大了挣扎力度，两只惊恐的眼睛正直直地注视着我们。我们加快了步伐。就在我们快接近它时，它突然挣脱夹子逃跑了。夹子锯齿般的边缘，留下了一截它那血淋淋、花瓣样的前爪。那一刻，时间仿佛凝固了，姨夫竟然没有去追，我也一动没动。其实我们俩两头包抄是完全可以逮住这只受伤的兔子的。也许，它壮士断腕式的悲壮瞬间震撼了我们。斑斑血迹染红了旁边大片的杂草，我想，到底怎样强烈的求生信念，才能支撑着这可怜的兔子这样逃脱。</w:t>
      </w:r>
      <w:r>
        <w:rPr>
          <w:rFonts w:ascii="KaiTi" w:eastAsia="KaiTi" w:hAnsi="KaiTi" w:cs="KaiTi"/>
          <w:color w:val="000000"/>
          <w:u w:val="single"/>
          <w:lang w:eastAsia="zh-CN"/>
        </w:rPr>
        <w:t>我心里不由得对这只兔子产生了一种敬畏之情</w:t>
      </w:r>
      <w:r>
        <w:rPr>
          <w:rFonts w:ascii="KaiTi" w:eastAsia="KaiTi" w:hAnsi="KaiTi" w:cs="KaiTi"/>
          <w:color w:val="000000"/>
          <w:lang w:eastAsia="zh-CN"/>
        </w:rPr>
        <w:t>。我看着夹子上，那一小截被血染红了的兔爪，我仿佛看到了它前夜被夹时，那惊恐、挣扎的场面。我甚至又开始担忧这只可怜的兔子到了大山里是否还能活下去。姨夫用力拉开了夹子，小心翼翼地取出了那一小截兔爪</w:t>
      </w:r>
      <w:r>
        <w:rPr>
          <w:rFonts w:ascii="Times New Roman" w:eastAsia="Times New Roman" w:hAnsi="Times New Roman" w:cs="Times New Roman"/>
          <w:color w:val="000000"/>
          <w:lang w:eastAsia="zh-CN"/>
        </w:rPr>
        <w:t>——</w:t>
      </w:r>
      <w:r>
        <w:rPr>
          <w:rFonts w:ascii="KaiTi" w:eastAsia="KaiTi" w:hAnsi="KaiTi" w:cs="KaiTi"/>
          <w:color w:val="000000"/>
          <w:lang w:eastAsia="zh-CN"/>
        </w:rPr>
        <w:t>我清楚地记得，当时他的眼里噙着泪花。姨夫用篓子里常备的一把柴刀，在那块染满血迹的地上，仔仔细细地挖了一个坑，皱着眉，一脸凝重地把那只兔爪给埋了。</w:t>
      </w:r>
    </w:p>
    <w:p w14:paraId="0215B3B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⑤回来的途中我们都没有说话，山风吹到脸上生疼生疼的。后来，听姨妈说，姨夫自那次以后丢掉了所有的捕猎夹子……</w:t>
      </w:r>
    </w:p>
    <w:p w14:paraId="159C8C90" w14:textId="77777777" w:rsidR="00B475E2" w:rsidRDefault="00B475E2" w:rsidP="00B475E2">
      <w:pPr>
        <w:spacing w:line="360" w:lineRule="auto"/>
        <w:jc w:val="right"/>
        <w:rPr>
          <w:color w:val="000000"/>
          <w:lang w:eastAsia="zh-CN"/>
        </w:rPr>
      </w:pPr>
      <w:r>
        <w:rPr>
          <w:rFonts w:ascii="SimSun" w:eastAsia="SimSun" w:hAnsi="SimSun" w:cs="SimSun"/>
          <w:color w:val="000000"/>
          <w:lang w:eastAsia="zh-CN"/>
        </w:rPr>
        <w:t>（取材于徐志俊的文章，有删改）</w:t>
      </w:r>
    </w:p>
    <w:p w14:paraId="31C92750" w14:textId="77777777" w:rsidR="00B475E2" w:rsidRDefault="00B475E2" w:rsidP="00B475E2">
      <w:pPr>
        <w:spacing w:line="360" w:lineRule="auto"/>
        <w:rPr>
          <w:color w:val="000000"/>
          <w:lang w:eastAsia="zh-CN"/>
        </w:rPr>
      </w:pPr>
      <w:r>
        <w:rPr>
          <w:color w:val="000000"/>
          <w:lang w:eastAsia="zh-CN"/>
        </w:rPr>
        <w:t xml:space="preserve">18. </w:t>
      </w:r>
      <w:r>
        <w:rPr>
          <w:rFonts w:ascii="SimSun" w:eastAsia="SimSun" w:hAnsi="SimSun" w:cs="SimSun"/>
          <w:color w:val="000000"/>
          <w:lang w:eastAsia="zh-CN"/>
        </w:rPr>
        <w:t>文章围绕我和姨夫捕猎的事情展开叙述，依据相关内容填写下表。</w:t>
      </w:r>
    </w:p>
    <w:tbl>
      <w:tblPr>
        <w:tblW w:w="7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012"/>
        <w:gridCol w:w="2892"/>
        <w:gridCol w:w="3326"/>
      </w:tblGrid>
      <w:tr w:rsidR="00B475E2" w14:paraId="2D3C8535" w14:textId="77777777" w:rsidTr="005A467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CF5FEFC" w14:textId="77777777" w:rsidR="00B475E2" w:rsidRDefault="00B475E2" w:rsidP="005A467C">
            <w:pPr>
              <w:spacing w:line="360" w:lineRule="auto"/>
              <w:jc w:val="center"/>
              <w:rPr>
                <w:color w:val="000000"/>
              </w:rPr>
            </w:pPr>
            <w:r>
              <w:rPr>
                <w:rFonts w:ascii="SimSun" w:eastAsia="SimSun" w:hAnsi="SimSun" w:cs="SimSun"/>
                <w:color w:val="000000"/>
              </w:rPr>
              <w:t>时间</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443B1A2" w14:textId="77777777" w:rsidR="00B475E2" w:rsidRDefault="00B475E2" w:rsidP="005A467C">
            <w:pPr>
              <w:spacing w:line="360" w:lineRule="auto"/>
              <w:jc w:val="center"/>
              <w:rPr>
                <w:color w:val="000000"/>
              </w:rPr>
            </w:pPr>
            <w:r>
              <w:rPr>
                <w:rFonts w:ascii="SimSun" w:eastAsia="SimSun" w:hAnsi="SimSun" w:cs="SimSun"/>
                <w:color w:val="000000"/>
              </w:rPr>
              <w:t>内容</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4027482" w14:textId="77777777" w:rsidR="00B475E2" w:rsidRDefault="00B475E2" w:rsidP="005A467C">
            <w:pPr>
              <w:spacing w:line="360" w:lineRule="auto"/>
              <w:jc w:val="center"/>
              <w:rPr>
                <w:color w:val="000000"/>
              </w:rPr>
            </w:pPr>
            <w:r>
              <w:rPr>
                <w:rFonts w:ascii="SimSun" w:eastAsia="SimSun" w:hAnsi="SimSun" w:cs="SimSun"/>
                <w:color w:val="000000"/>
              </w:rPr>
              <w:t>我的感受</w:t>
            </w:r>
          </w:p>
        </w:tc>
      </w:tr>
      <w:tr w:rsidR="00B475E2" w14:paraId="57D14681" w14:textId="77777777" w:rsidTr="005A467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CEFDE7" w14:textId="77777777" w:rsidR="00B475E2" w:rsidRDefault="00B475E2" w:rsidP="005A467C">
            <w:pPr>
              <w:spacing w:line="360" w:lineRule="auto"/>
              <w:jc w:val="center"/>
              <w:rPr>
                <w:color w:val="000000"/>
              </w:rPr>
            </w:pPr>
            <w:r>
              <w:rPr>
                <w:rFonts w:ascii="SimSun" w:eastAsia="SimSun" w:hAnsi="SimSun" w:cs="SimSun"/>
                <w:color w:val="000000"/>
              </w:rPr>
              <w:t>冬日黄昏</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0EF2A82" w14:textId="77777777" w:rsidR="00B475E2" w:rsidRDefault="00B475E2" w:rsidP="005A467C">
            <w:pPr>
              <w:spacing w:line="360" w:lineRule="auto"/>
              <w:jc w:val="center"/>
              <w:rPr>
                <w:color w:val="000000"/>
                <w:lang w:eastAsia="zh-CN"/>
              </w:rPr>
            </w:pPr>
            <w:r>
              <w:rPr>
                <w:rFonts w:ascii="SimSun" w:eastAsia="SimSun" w:hAnsi="SimSun" w:cs="SimSun"/>
                <w:color w:val="000000"/>
                <w:lang w:eastAsia="zh-CN"/>
              </w:rPr>
              <w:t>我和姨夫放夹子并将其伪装。</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23EA1C8" w14:textId="77777777" w:rsidR="00B475E2" w:rsidRDefault="00B475E2" w:rsidP="005A467C">
            <w:pPr>
              <w:spacing w:line="360" w:lineRule="auto"/>
              <w:jc w:val="center"/>
              <w:rPr>
                <w:color w:val="000000"/>
              </w:rPr>
            </w:pPr>
            <w:r>
              <w:rPr>
                <w:rFonts w:ascii="SimSun" w:eastAsia="SimSun" w:hAnsi="SimSun" w:cs="SimSun"/>
                <w:color w:val="000000"/>
              </w:rPr>
              <w:t>敬佩、期盼</w:t>
            </w:r>
          </w:p>
        </w:tc>
      </w:tr>
      <w:tr w:rsidR="00B475E2" w14:paraId="052D5A1B" w14:textId="77777777" w:rsidTr="005A467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8A9C55" w14:textId="77777777" w:rsidR="00B475E2" w:rsidRDefault="00B475E2" w:rsidP="005A467C">
            <w:pPr>
              <w:spacing w:line="360" w:lineRule="auto"/>
              <w:jc w:val="center"/>
              <w:rPr>
                <w:color w:val="000000"/>
              </w:rPr>
            </w:pPr>
            <w:r>
              <w:rPr>
                <w:rFonts w:ascii="SimSun" w:eastAsia="SimSun" w:hAnsi="SimSun" w:cs="SimSun"/>
                <w:color w:val="000000"/>
              </w:rPr>
              <w:lastRenderedPageBreak/>
              <w:t>夜幕降临</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A9C17B5" w14:textId="77777777" w:rsidR="00B475E2" w:rsidRDefault="00B475E2" w:rsidP="005A467C">
            <w:pPr>
              <w:spacing w:line="360" w:lineRule="auto"/>
              <w:jc w:val="center"/>
              <w:rPr>
                <w:color w:val="000000"/>
                <w:lang w:eastAsia="zh-CN"/>
              </w:rPr>
            </w:pPr>
            <w:r>
              <w:rPr>
                <w:rFonts w:ascii="SimSun" w:eastAsia="SimSun" w:hAnsi="SimSun" w:cs="SimSun"/>
                <w:color w:val="000000"/>
                <w:lang w:eastAsia="zh-CN"/>
              </w:rPr>
              <w:t>我和姨父谈论捕猎的事情。</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14668C1" w14:textId="77777777" w:rsidR="00B475E2" w:rsidRDefault="00B475E2" w:rsidP="005A467C">
            <w:pPr>
              <w:spacing w:line="360" w:lineRule="auto"/>
              <w:jc w:val="center"/>
              <w:rPr>
                <w:color w:val="000000"/>
              </w:rPr>
            </w:pPr>
            <w:r>
              <w:rPr>
                <w:rFonts w:ascii="SimSun" w:eastAsia="SimSun" w:hAnsi="SimSun" w:cs="SimSun"/>
                <w:color w:val="000000"/>
              </w:rPr>
              <w:t>①</w:t>
            </w:r>
          </w:p>
        </w:tc>
      </w:tr>
      <w:tr w:rsidR="00B475E2" w14:paraId="74B1311C" w14:textId="77777777" w:rsidTr="005A467C">
        <w:tc>
          <w:tcPr>
            <w:tcW w:w="7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7E674CF" w14:textId="77777777" w:rsidR="00B475E2" w:rsidRDefault="00B475E2" w:rsidP="005A467C">
            <w:pPr>
              <w:spacing w:line="360" w:lineRule="auto"/>
              <w:jc w:val="center"/>
              <w:rPr>
                <w:color w:val="000000"/>
              </w:rPr>
            </w:pPr>
            <w:r>
              <w:rPr>
                <w:rFonts w:ascii="SimSun" w:eastAsia="SimSun" w:hAnsi="SimSun" w:cs="SimSun"/>
                <w:color w:val="000000"/>
              </w:rPr>
              <w:t>旭日升起</w:t>
            </w:r>
          </w:p>
        </w:tc>
        <w:tc>
          <w:tcPr>
            <w:tcW w:w="20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F1BF49D" w14:textId="77777777" w:rsidR="00B475E2" w:rsidRDefault="00B475E2" w:rsidP="005A467C">
            <w:pPr>
              <w:spacing w:line="360" w:lineRule="auto"/>
              <w:jc w:val="center"/>
              <w:rPr>
                <w:color w:val="000000"/>
              </w:rPr>
            </w:pPr>
            <w:r>
              <w:rPr>
                <w:rFonts w:ascii="SimSun" w:eastAsia="SimSun" w:hAnsi="SimSun" w:cs="SimSun"/>
                <w:color w:val="000000"/>
              </w:rPr>
              <w:t>②</w:t>
            </w:r>
          </w:p>
        </w:tc>
        <w:tc>
          <w:tcPr>
            <w:tcW w:w="2300" w:type="pc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83E33C" w14:textId="77777777" w:rsidR="00B475E2" w:rsidRDefault="00B475E2" w:rsidP="005A467C">
            <w:pPr>
              <w:spacing w:line="360" w:lineRule="auto"/>
              <w:jc w:val="center"/>
              <w:rPr>
                <w:color w:val="000000"/>
              </w:rPr>
            </w:pPr>
            <w:r>
              <w:rPr>
                <w:rFonts w:ascii="SimSun" w:eastAsia="SimSun" w:hAnsi="SimSun" w:cs="SimSun"/>
                <w:color w:val="000000"/>
              </w:rPr>
              <w:t>震撼、担忧</w:t>
            </w:r>
          </w:p>
        </w:tc>
      </w:tr>
    </w:tbl>
    <w:p w14:paraId="4CB607D7" w14:textId="77777777" w:rsidR="00B475E2" w:rsidRDefault="00B475E2" w:rsidP="00B475E2">
      <w:pPr>
        <w:spacing w:line="360" w:lineRule="auto"/>
        <w:rPr>
          <w:color w:val="000000"/>
          <w:lang w:eastAsia="zh-CN"/>
        </w:rPr>
      </w:pPr>
      <w:r>
        <w:rPr>
          <w:color w:val="000000"/>
          <w:lang w:eastAsia="zh-CN"/>
        </w:rPr>
        <w:t xml:space="preserve">19. </w:t>
      </w:r>
      <w:r>
        <w:rPr>
          <w:rFonts w:ascii="SimSun" w:eastAsia="SimSun" w:hAnsi="SimSun" w:cs="SimSun"/>
          <w:color w:val="000000"/>
          <w:lang w:eastAsia="zh-CN"/>
        </w:rPr>
        <w:t>请结合文章内容，分析下面语句在文章中的作用。</w:t>
      </w:r>
    </w:p>
    <w:p w14:paraId="7E57A8EE" w14:textId="77777777" w:rsidR="00B475E2" w:rsidRDefault="00B475E2" w:rsidP="00B475E2">
      <w:pPr>
        <w:spacing w:line="360" w:lineRule="auto"/>
        <w:rPr>
          <w:color w:val="000000"/>
          <w:lang w:eastAsia="zh-CN"/>
        </w:rPr>
      </w:pPr>
      <w:r>
        <w:rPr>
          <w:rFonts w:ascii="SimSun" w:eastAsia="SimSun" w:hAnsi="SimSun" w:cs="SimSun"/>
          <w:color w:val="000000"/>
          <w:lang w:eastAsia="zh-CN"/>
        </w:rPr>
        <w:t>姨夫用篓子里常备的一把柴刀，在那块染满血迹的地上，仔仔细细地挖了一个坑，皱着眉，一脸凝重地把那只兔爪给埋了。</w:t>
      </w:r>
    </w:p>
    <w:p w14:paraId="03F8ACE6" w14:textId="77777777" w:rsidR="00B475E2" w:rsidRDefault="00B475E2" w:rsidP="00B475E2">
      <w:pPr>
        <w:spacing w:line="360" w:lineRule="auto"/>
        <w:rPr>
          <w:color w:val="000000"/>
          <w:lang w:eastAsia="zh-CN"/>
        </w:rPr>
      </w:pPr>
      <w:r>
        <w:rPr>
          <w:color w:val="000000"/>
          <w:lang w:eastAsia="zh-CN"/>
        </w:rPr>
        <w:t xml:space="preserve">20. </w:t>
      </w:r>
      <w:r>
        <w:rPr>
          <w:rFonts w:ascii="SimSun" w:eastAsia="SimSun" w:hAnsi="SimSun" w:cs="SimSun"/>
          <w:color w:val="000000"/>
          <w:lang w:eastAsia="zh-CN"/>
        </w:rPr>
        <w:t>结合本文和下面文段内容，谈谈你对文中第④段画线句的理解。</w:t>
      </w:r>
    </w:p>
    <w:p w14:paraId="760D9F89" w14:textId="77777777" w:rsidR="00B475E2" w:rsidRDefault="00B475E2" w:rsidP="00B475E2">
      <w:pPr>
        <w:spacing w:line="360" w:lineRule="auto"/>
        <w:ind w:firstLine="420"/>
        <w:rPr>
          <w:color w:val="000000"/>
          <w:lang w:eastAsia="zh-CN"/>
        </w:rPr>
      </w:pPr>
      <w:r>
        <w:rPr>
          <w:color w:val="000000"/>
          <w:lang w:eastAsia="zh-CN"/>
        </w:rPr>
        <w:t>①</w:t>
      </w:r>
      <w:r>
        <w:rPr>
          <w:rFonts w:ascii="KaiTi" w:eastAsia="KaiTi" w:hAnsi="KaiTi" w:cs="KaiTi"/>
          <w:color w:val="000000"/>
          <w:lang w:eastAsia="zh-CN"/>
        </w:rPr>
        <w:t>我心里十分地难过，真的，我的良心受伤了，我没有判断明白，便妄下断语，冤枉了一只不能说话辩诉的动物。想到它的无抵抗的逃避，益使我感到我的暴怒、我的虐待，都是针，刺我良心的针！</w:t>
      </w:r>
    </w:p>
    <w:p w14:paraId="03AE3C84" w14:textId="77777777" w:rsidR="00B475E2" w:rsidRDefault="00B475E2" w:rsidP="00B475E2">
      <w:pPr>
        <w:spacing w:line="360" w:lineRule="auto"/>
        <w:ind w:firstLine="420"/>
        <w:rPr>
          <w:color w:val="000000"/>
          <w:lang w:eastAsia="zh-CN"/>
        </w:rPr>
      </w:pPr>
      <w:r>
        <w:rPr>
          <w:color w:val="000000"/>
          <w:lang w:eastAsia="zh-CN"/>
        </w:rPr>
        <w:t>②</w:t>
      </w:r>
      <w:r>
        <w:rPr>
          <w:rFonts w:ascii="KaiTi" w:eastAsia="KaiTi" w:hAnsi="KaiTi" w:cs="KaiTi"/>
          <w:color w:val="000000"/>
          <w:lang w:eastAsia="zh-CN"/>
        </w:rPr>
        <w:t>我很想补救我的过失，但它是不能说话的，我将怎样地对它表白我的误解呢？</w:t>
      </w:r>
    </w:p>
    <w:p w14:paraId="4E543D3D" w14:textId="77777777" w:rsidR="00B475E2" w:rsidRDefault="00B475E2" w:rsidP="00B475E2">
      <w:pPr>
        <w:spacing w:line="360" w:lineRule="auto"/>
        <w:ind w:firstLine="420"/>
        <w:rPr>
          <w:color w:val="000000"/>
          <w:lang w:eastAsia="zh-CN"/>
        </w:rPr>
      </w:pPr>
      <w:r>
        <w:rPr>
          <w:color w:val="000000"/>
          <w:lang w:eastAsia="zh-CN"/>
        </w:rPr>
        <w:t>③</w:t>
      </w:r>
      <w:r>
        <w:rPr>
          <w:rFonts w:ascii="KaiTi" w:eastAsia="KaiTi" w:hAnsi="KaiTi" w:cs="KaiTi"/>
          <w:color w:val="000000"/>
          <w:lang w:eastAsia="zh-CN"/>
        </w:rPr>
        <w:t>两个月后，我们的猫忽然死在邻家的屋脊上，我对于它的亡失，比以前的两只猫的亡失，更难过得多。</w:t>
      </w:r>
    </w:p>
    <w:p w14:paraId="10BE2A39" w14:textId="77777777" w:rsidR="00B475E2" w:rsidRDefault="00B475E2" w:rsidP="00B475E2">
      <w:pPr>
        <w:spacing w:line="360" w:lineRule="auto"/>
        <w:ind w:firstLine="420"/>
        <w:rPr>
          <w:color w:val="000000"/>
          <w:lang w:eastAsia="zh-CN"/>
        </w:rPr>
      </w:pPr>
      <w:r>
        <w:rPr>
          <w:color w:val="000000"/>
          <w:lang w:eastAsia="zh-CN"/>
        </w:rPr>
        <w:t>④</w:t>
      </w:r>
      <w:r>
        <w:rPr>
          <w:rFonts w:ascii="KaiTi" w:eastAsia="KaiTi" w:hAnsi="KaiTi" w:cs="KaiTi"/>
          <w:color w:val="000000"/>
          <w:lang w:eastAsia="zh-CN"/>
        </w:rPr>
        <w:t>我永无改正我的过失的机会了！</w:t>
      </w:r>
    </w:p>
    <w:p w14:paraId="6A66971C" w14:textId="77777777" w:rsidR="00B475E2" w:rsidRDefault="00B475E2" w:rsidP="00B475E2">
      <w:pPr>
        <w:spacing w:line="360" w:lineRule="auto"/>
        <w:jc w:val="right"/>
        <w:rPr>
          <w:color w:val="000000"/>
          <w:lang w:eastAsia="zh-CN"/>
        </w:rPr>
      </w:pPr>
      <w:r>
        <w:rPr>
          <w:rFonts w:ascii="Times New Roman" w:eastAsia="Times New Roman" w:hAnsi="Times New Roman" w:cs="Times New Roman"/>
          <w:color w:val="000000"/>
          <w:lang w:eastAsia="zh-CN"/>
        </w:rPr>
        <w:t>——</w:t>
      </w:r>
      <w:r>
        <w:rPr>
          <w:rFonts w:ascii="SimSun" w:eastAsia="SimSun" w:hAnsi="SimSun" w:cs="SimSun"/>
          <w:color w:val="000000"/>
          <w:lang w:eastAsia="zh-CN"/>
        </w:rPr>
        <w:t>郑振铎《猫》</w:t>
      </w:r>
    </w:p>
    <w:p w14:paraId="7CBFF52B" w14:textId="77777777" w:rsidR="00B475E2" w:rsidRDefault="00B475E2" w:rsidP="00B475E2">
      <w:pPr>
        <w:spacing w:line="360" w:lineRule="auto"/>
        <w:jc w:val="both"/>
        <w:rPr>
          <w:color w:val="000000"/>
          <w:lang w:eastAsia="zh-CN"/>
        </w:rPr>
      </w:pPr>
      <w:r>
        <w:rPr>
          <w:rFonts w:ascii="SimSun" w:eastAsia="SimSun" w:hAnsi="SimSun" w:cs="SimSun"/>
          <w:b/>
          <w:color w:val="000000"/>
          <w:sz w:val="24"/>
          <w:lang w:eastAsia="zh-CN"/>
        </w:rPr>
        <w:t>（三）（共8分）</w:t>
      </w:r>
    </w:p>
    <w:p w14:paraId="6B2D7751"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阅读《换衣服》，完成下面小题。</w:t>
      </w:r>
    </w:p>
    <w:p w14:paraId="4A4752A4"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换衣服</w:t>
      </w:r>
    </w:p>
    <w:p w14:paraId="2D3A2CE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①小男孩的T恤太薄了，起风的时候，他结结实实地打了三个喷嚏。</w:t>
      </w:r>
    </w:p>
    <w:p w14:paraId="2BDA67A6"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②“好冷啊！”他缩起脖子，想跟谁借一件衣服。特别爱钻研数学题的同桌很大方地拿出了自己的外套。</w:t>
      </w:r>
    </w:p>
    <w:p w14:paraId="74C72631"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③今天有期中考试，上午考数学，下午考语文。小男孩穿着同桌的外套写卷子。</w:t>
      </w:r>
    </w:p>
    <w:p w14:paraId="17110C4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④快写完的时候，他忽然觉得今天好像哪里不太对劲儿：“奇怪，从头到尾，居然没一道题难倒我！是题目太简单了吗？”他看看四周，同学们却都皱着眉头咬着笔杆，连最擅长数学的同桌也不例外。</w:t>
      </w:r>
    </w:p>
    <w:p w14:paraId="0411D266"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⑤小男孩把所有题都做了出来。交卷的时候，他看到老师惊讶得嘴巴都张成了一个大大的“O”。</w:t>
      </w:r>
    </w:p>
    <w:p w14:paraId="3AC1402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⑥中午，同桌把外套收回去了，小男孩又借了正在绞尽脑汁写作文的语文课代表的校服披在身上。</w:t>
      </w:r>
    </w:p>
    <w:p w14:paraId="22C74C13"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⑦下午考语文的时候，他洋洋洒洒写了很长的作文，以前绞尽脑汁也填不满的一个个小方格，这次居然不够用！</w:t>
      </w:r>
    </w:p>
    <w:p w14:paraId="52BE2CF3"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⑧放学路上，小男孩琢磨着今天发生的怪事：“怎么会这样？我忽然变聪明了吗？”</w:t>
      </w:r>
    </w:p>
    <w:p w14:paraId="64CF3B05"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⑨快到家时，他又打了一个喷嚏，这才想起考试时穿了别人的衣服。他灵光一闪：“难道穿谁的衣服就会拥有谁的特长？”这想法让他兴奋得喘不过气。他想，以后我也有特长了，老师们肯定会夸奖我，同学们肯定会羡慕我。</w:t>
      </w:r>
    </w:p>
    <w:p w14:paraId="7D18195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⑩他迫不及待想要验证这个大胆的猜想。回到家，他立刻换上妹妹的连衣裙。妹妹从小就爱跳舞，平时练习特别刻苦，还在比赛中得过奖呢。“哎哟！”裙子有点紧，险些撑坏。</w:t>
      </w:r>
    </w:p>
    <w:p w14:paraId="2091E9D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⑪果然，一穿上妹妹的裙子，他就不由自主地踮着脚尖跳起舞来！幸好家里没别人，不然，看到他这样子肯定会吓一跳。</w:t>
      </w:r>
    </w:p>
    <w:p w14:paraId="18C59E7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⑫他脱下裙子，套上爸爸的大背心。爸爸平时热衷锻炼，是个有很多肌肉的大力士。奇迹再次发生了：瘦小的他，竟能轻轻松松地抬起一张桌子！</w:t>
      </w:r>
    </w:p>
    <w:p w14:paraId="705D63F7"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⑬他脱掉背心，披上妈妈的披肩。妈妈是学校里的英语教师，同学们都很佩服她的才华。不可思议啊，只学了半年英语的小男孩，立刻就能用英语流利地讲故事了！</w:t>
      </w:r>
    </w:p>
    <w:p w14:paraId="49D0FD0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⑭“太棒了！”他惊喜地大叫，为这个天大的秘密兴奋不已。他想，这下我也有特长了，爸爸妈妈肯定会夸奖我，妹妹肯定会羡慕我。</w:t>
      </w:r>
    </w:p>
    <w:p w14:paraId="7187F0F2"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⑮小男孩跑到街上，遇到一只被狗追赶的流浪猫。他急忙上前把狗赶走。“能不能跟它换换衣服呢？”他想了想，蹲下来，跟猫说了刚刚发现的秘密。</w:t>
      </w:r>
    </w:p>
    <w:p w14:paraId="07337A57"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⑯流浪猫费了很大劲儿才弄明白他的意思，“喵呜”叫了一声，答应了。</w:t>
      </w:r>
    </w:p>
    <w:p w14:paraId="5CE909F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⑰猫穿上小男孩的T恤，小男孩套上猫的皮毛。</w:t>
      </w:r>
    </w:p>
    <w:p w14:paraId="7330F31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⑱“嘿！四条腿走路的感觉真棒！”小男孩“喵”了几声，“噌”地一下蹿上墙头，又敏捷地跳上了街边的树。他从没想过自己能爬上这么高的树，从树上俯视来往行人，哇，感觉好酷！</w:t>
      </w:r>
    </w:p>
    <w:p w14:paraId="37EAC4C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⑲小男孩在树上遇到一只鸽子。“跟它换换衣服怎么样？”他想，然后对鸽子说出了这个秘密。鸽子也想体验一下在大地上跳跃奔跑的感觉，就愉快地同意了。</w:t>
      </w:r>
    </w:p>
    <w:p w14:paraId="448CA14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⑳鸽子穿上猫的皮毛，小男孩穿上鸽子的羽毛。</w:t>
      </w:r>
    </w:p>
    <w:p w14:paraId="6214BC9F"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㉑“哇！有翅膀的感觉妙极了！”他扑闪着翅膀，飞上了天，在风中滑行盘旋，太刺激了！天空真开阔，没有马路也没有红绿灯，更不用担心撞到汽车和路人。他自由自在地飞了很久。</w:t>
      </w:r>
    </w:p>
    <w:p w14:paraId="5094FBB3"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㉒飞累了，他落在一根电线杆上。“刚才我听鸽子讲了那个秘密，”电线杆说，“你能跟我换换衣服吗？我已经站在这儿很多年了，真想去远方看看啊。”电线杆请求道。</w:t>
      </w:r>
    </w:p>
    <w:p w14:paraId="7E88D6F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㉓小男孩说：“好的。不过我快该回家了，我们只能交换一个小时。一小时后你一定要回来哦。”电线杆答应了。</w:t>
      </w:r>
    </w:p>
    <w:p w14:paraId="62ACCDB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㉔就这样，电线杆插上鸽子的翅膀，小男孩穿上电线杆的水泥外套。</w:t>
      </w:r>
    </w:p>
    <w:p w14:paraId="1A5D315D"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㉕小男孩收起手脚，直挺挺地立在那儿，连头也不能扭动一下。“好无聊啊！”不到五分钟，他就着急了。不到半小时，他就觉得腰酸腿疼。“唉，能跑能跳的生活多么好！没想到不起眼的电线杆平时这么辛苦，这么有耐心。”</w:t>
      </w:r>
    </w:p>
    <w:p w14:paraId="043B79A2"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㉖苦苦挨过一小时，电线杆、鸽子和流浪猫一起回来了。大家互相道了声“谢谢，辛苦了”，各自换上自己的衣服。</w:t>
      </w:r>
    </w:p>
    <w:p w14:paraId="78B5DBD8" w14:textId="77777777" w:rsidR="00B475E2" w:rsidRDefault="00B475E2" w:rsidP="00B475E2">
      <w:pPr>
        <w:spacing w:line="360" w:lineRule="auto"/>
        <w:ind w:firstLine="420"/>
        <w:rPr>
          <w:color w:val="000000"/>
          <w:lang w:eastAsia="zh-CN"/>
        </w:rPr>
      </w:pPr>
      <w:r>
        <w:rPr>
          <w:rFonts w:ascii="KaiTi" w:eastAsia="KaiTi" w:hAnsi="KaiTi" w:cs="KaiTi"/>
          <w:color w:val="000000"/>
        </w:rPr>
        <w:lastRenderedPageBreak/>
        <w:t>㉗小男孩又穿回了自己的T恤。他想，“</w:t>
      </w:r>
      <w:r>
        <w:rPr>
          <w:rFonts w:ascii="KaiTi" w:eastAsia="KaiTi" w:hAnsi="KaiTi" w:cs="KaiTi"/>
          <w:color w:val="000000"/>
          <w:u w:val="single"/>
        </w:rPr>
        <w:t xml:space="preserve">            </w:t>
      </w:r>
      <w:r>
        <w:rPr>
          <w:rFonts w:ascii="KaiTi" w:eastAsia="KaiTi" w:hAnsi="KaiTi" w:cs="KaiTi"/>
          <w:color w:val="000000"/>
        </w:rPr>
        <w:t>。</w:t>
      </w:r>
      <w:r>
        <w:rPr>
          <w:rFonts w:ascii="KaiTi" w:eastAsia="KaiTi" w:hAnsi="KaiTi" w:cs="KaiTi"/>
          <w:color w:val="000000"/>
          <w:lang w:eastAsia="zh-CN"/>
        </w:rPr>
        <w:t>”</w:t>
      </w:r>
    </w:p>
    <w:p w14:paraId="73BFDCCF"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㉘夕阳的余晖里，他开开心心，朝家的方向跑去。</w:t>
      </w:r>
    </w:p>
    <w:p w14:paraId="2286EE68" w14:textId="77777777" w:rsidR="00B475E2" w:rsidRDefault="00B475E2" w:rsidP="00B475E2">
      <w:pPr>
        <w:spacing w:line="360" w:lineRule="auto"/>
        <w:jc w:val="right"/>
        <w:rPr>
          <w:color w:val="000000"/>
          <w:lang w:eastAsia="zh-CN"/>
        </w:rPr>
      </w:pPr>
      <w:r>
        <w:rPr>
          <w:rFonts w:ascii="SimSun" w:eastAsia="SimSun" w:hAnsi="SimSun" w:cs="SimSun"/>
          <w:color w:val="000000"/>
          <w:lang w:eastAsia="zh-CN"/>
        </w:rPr>
        <w:t>（取材于高源的文章，有删改）</w:t>
      </w:r>
    </w:p>
    <w:p w14:paraId="2D74D357"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通读全文，梳理文章内容，将横线处的内容补充完整。</w:t>
      </w:r>
    </w:p>
    <w:p w14:paraId="75DC75FC" w14:textId="77777777" w:rsidR="00B475E2" w:rsidRDefault="00B475E2" w:rsidP="00B475E2">
      <w:pPr>
        <w:spacing w:line="360" w:lineRule="auto"/>
        <w:jc w:val="both"/>
        <w:rPr>
          <w:color w:val="000000"/>
          <w:lang w:eastAsia="zh-CN"/>
        </w:rPr>
      </w:pPr>
      <w:r>
        <w:rPr>
          <w:rFonts w:ascii="SimSun" w:eastAsia="SimSun" w:hAnsi="SimSun" w:cs="SimSun"/>
          <w:color w:val="000000"/>
          <w:lang w:eastAsia="zh-CN"/>
        </w:rPr>
        <w:t>（1）在学校，小男孩穿了同桌和语文课代表的衣服，会做数学难题和写很长的作文。</w:t>
      </w:r>
    </w:p>
    <w:p w14:paraId="25A74C65" w14:textId="77777777" w:rsidR="00B475E2" w:rsidRDefault="00B475E2" w:rsidP="00B475E2">
      <w:pPr>
        <w:spacing w:line="360" w:lineRule="auto"/>
        <w:jc w:val="both"/>
        <w:rPr>
          <w:color w:val="000000"/>
        </w:rPr>
      </w:pPr>
      <w:r>
        <w:rPr>
          <w:rFonts w:ascii="SimSun" w:eastAsia="SimSun" w:hAnsi="SimSun" w:cs="SimSun"/>
          <w:color w:val="000000"/>
        </w:rPr>
        <w:t>（2）在家里，</w:t>
      </w:r>
      <w:r>
        <w:rPr>
          <w:color w:val="000000"/>
        </w:rPr>
        <w:t>_________________</w:t>
      </w:r>
      <w:r>
        <w:rPr>
          <w:rFonts w:ascii="SimSun" w:eastAsia="SimSun" w:hAnsi="SimSun" w:cs="SimSun"/>
          <w:color w:val="000000"/>
        </w:rPr>
        <w:t>。</w:t>
      </w:r>
    </w:p>
    <w:p w14:paraId="1E2A7E4F" w14:textId="77777777" w:rsidR="00B475E2" w:rsidRDefault="00B475E2" w:rsidP="00B475E2">
      <w:pPr>
        <w:spacing w:line="360" w:lineRule="auto"/>
        <w:jc w:val="both"/>
        <w:rPr>
          <w:color w:val="000000"/>
        </w:rPr>
      </w:pPr>
      <w:r>
        <w:rPr>
          <w:rFonts w:ascii="SimSun" w:eastAsia="SimSun" w:hAnsi="SimSun" w:cs="SimSun"/>
          <w:color w:val="000000"/>
        </w:rPr>
        <w:t>（3）在外面，</w:t>
      </w:r>
      <w:r>
        <w:rPr>
          <w:color w:val="000000"/>
        </w:rPr>
        <w:t>_________________</w:t>
      </w:r>
      <w:r>
        <w:rPr>
          <w:rFonts w:ascii="SimSun" w:eastAsia="SimSun" w:hAnsi="SimSun" w:cs="SimSun"/>
          <w:color w:val="000000"/>
        </w:rPr>
        <w:t>。</w:t>
      </w:r>
    </w:p>
    <w:p w14:paraId="5F3C5857"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请结合全文内容，在第㉗段画线处填上合适的语句。</w:t>
      </w:r>
    </w:p>
    <w:p w14:paraId="2915F1ED"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除了文章中出现的各个人物（或事物），小男孩还有可能会穿谁的衣服？请你发挥想象把它写下来。（不少于80字）</w:t>
      </w:r>
    </w:p>
    <w:p w14:paraId="49EECF4A" w14:textId="77777777" w:rsidR="00B475E2" w:rsidRDefault="00B475E2" w:rsidP="00B475E2">
      <w:pPr>
        <w:pStyle w:val="Heading3"/>
        <w:rPr>
          <w:lang w:eastAsia="zh-CN"/>
        </w:rPr>
      </w:pPr>
      <w:bookmarkStart w:id="24" w:name="_Toc235355022"/>
      <w:r>
        <w:rPr>
          <w:lang w:eastAsia="zh-CN"/>
        </w:rPr>
        <w:t>昌平区</w:t>
      </w:r>
      <w:bookmarkEnd w:id="24"/>
    </w:p>
    <w:p w14:paraId="69931A94"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四、现代文阅读（共20分）</w:t>
      </w:r>
    </w:p>
    <w:p w14:paraId="4B6F91A8"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（一）（共10分）</w:t>
      </w:r>
    </w:p>
    <w:p w14:paraId="1233B778"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阅读《山里的春天》，完成小题。</w:t>
      </w:r>
    </w:p>
    <w:p w14:paraId="65123D79"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山里的春天</w:t>
      </w:r>
    </w:p>
    <w:p w14:paraId="07CD44B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又是一年春天，我登上山巅。此时山外小草成片成片地绿了，山里却是“草色遥看近却无”；山外桃花开得如粉红色的云霞一般，山里的桃花却刚有孕育花蕾的心情。这让我不禁想起，当兵第一年的那个春天，想起弹药库站哨的刘老兵。</w:t>
      </w:r>
    </w:p>
    <w:p w14:paraId="68D200B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那时，刘老兵在哨所的威信很高，而且爱管闲事。来哨所不久，我就让他“收拾”了一回。那次午饭后我去接哨，见路上没有人，便走得有些随意，不料偏偏被刘老兵看见了。他板着脸对我说：“你走得松松垮垮的，这哪是去站哨的样子啊。精气神不足，站哨</w:t>
      </w:r>
      <w:r>
        <w:rPr>
          <w:rFonts w:ascii="KaiTi" w:eastAsia="KaiTi" w:hAnsi="KaiTi" w:cs="KaiTi"/>
          <w:color w:val="000000"/>
          <w:lang w:eastAsia="zh-CN"/>
        </w:rPr>
        <w:lastRenderedPageBreak/>
        <w:t>时咋能确保全神贯注呢？”没办法，我只得挺胸抬头、目光炯炯地重新走了一遍。谁知刘老兵折腾我这回后，还不善罢甘休，没事时就让我练养成。</w:t>
      </w:r>
    </w:p>
    <w:p w14:paraId="5B71427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一天，我正在看书，刘老兵走过来看着我说：“你是不是想考军校？”这句话像一只大手将我的心脏猛地攥了一下，我吞吞吐吐地说：“是，我差几分没有考上大学，想着……”刘老兵喜滋滋地拍了拍我的肩膀：“我看好你。”</w:t>
      </w:r>
    </w:p>
    <w:p w14:paraId="230FC9F7"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一连几天，刘老兵带着我训练。训练强度之大，练得我双腿跟木棍子似的。我的业余时间就这样被刘老兵给“侵占”了。那天，我心里产生了抵触情绪，刘老兵咋这么缠人呀？我想彻底断了他继续折腾我的念头，就不管不顾地说道：“刘老兵，你的军事素质是公认的，怎么没成为干部呢？”这话刚说出口，我就后悔了。刘老兵的脸气得发青，什么也没说，噔噔噔地走了。刘老兵不再纠缠我，我也终于可以自由支配业余时间了，但我却对什么事都提不起兴趣。</w:t>
      </w:r>
    </w:p>
    <w:p w14:paraId="2FC3D07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⑤我多次想向刘老兵道歉，可嘴像是被缝上了似的，就是没能张开。于是一天晚上的自由活动时间，我来到班长跟前，红着脸把自己伤害刘老兵的过程跟他全都说了出来。</w:t>
      </w:r>
    </w:p>
    <w:p w14:paraId="06202C03"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你呀，真是不识好歹，枉费了他一片苦心。”班长重重地看了我一眼，“他是我们的老班长，自入伍后训练成绩一直是领跑者，可就是因为文化底子薄，他才没能考上军校。不过，他想考军校，可不是为了当干部，而是想学更多的知识为部队、为国家做更多的事……”好一阵沉默后，班长又继续说道：“后来啊，他就一直留在了这里。你刚来这里没几天，他就对我说：‘这个新战士只差几分就考上大学了，考军校准是板上钉钉的事，不过他的军事素质欠火候，我给他当教练吧。’就这样，他开始方方面面严格约束你！”</w:t>
      </w:r>
    </w:p>
    <w:p w14:paraId="1B4521F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⑦突然，刘老兵出现在我们旁边，这让我的</w:t>
      </w:r>
      <w:r>
        <w:rPr>
          <w:rFonts w:ascii="KaiTi" w:eastAsia="KaiTi" w:hAnsi="KaiTi" w:cs="KaiTi"/>
          <w:color w:val="000000"/>
          <w:em w:val="dot"/>
          <w:lang w:eastAsia="zh-CN"/>
        </w:rPr>
        <w:t>脸更红</w:t>
      </w:r>
      <w:r>
        <w:rPr>
          <w:rFonts w:ascii="KaiTi" w:eastAsia="KaiTi" w:hAnsi="KaiTi" w:cs="KaiTi"/>
          <w:color w:val="000000"/>
          <w:lang w:eastAsia="zh-CN"/>
        </w:rPr>
        <w:t>了。</w:t>
      </w:r>
    </w:p>
    <w:p w14:paraId="4634E76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⑧“山里春天的夜晚气味真好闻啊！”班长边说边嘶嘶地嗅着空气。</w:t>
      </w:r>
    </w:p>
    <w:p w14:paraId="769D6E9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⑨这些天由于我心不在焉，根本没有感觉到天气的变化，经班长这么一说，我也用力地嗅了嗅空气，我闻到了泥土芬芳的气息。</w:t>
      </w:r>
    </w:p>
    <w:p w14:paraId="10A8AED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⑩“山南坡的春花开得到处都是，香味扑鼻。”刘老兵说道。</w:t>
      </w:r>
    </w:p>
    <w:p w14:paraId="3247232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⑪“明天倒出空来，我一定去看看。”我赶忙说道。</w:t>
      </w:r>
    </w:p>
    <w:p w14:paraId="6E1B59F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⑫“我们一起去！”刘老兵看着我说。</w:t>
      </w:r>
    </w:p>
    <w:p w14:paraId="2A58372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⑬当兵第一年的这个春天，给我留下了难以磨灭的记忆。</w:t>
      </w:r>
    </w:p>
    <w:p w14:paraId="15495AFE"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⑭第二年的春天，我离开哨所到补习班里学习。送我走时，刘老兵笑逐颜开地对我说：“你没有让我失望，我很高兴。”</w:t>
      </w:r>
    </w:p>
    <w:p w14:paraId="3A348B1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⑮我的眼睛潮湿了：“老班长，今后我不会让你失望的。”</w:t>
      </w:r>
    </w:p>
    <w:p w14:paraId="0CC9539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⑯后来，我考上了一所军事指挥院校。由于刘老兵帮助我打下了坚实的底子，在上学期间，我的军事素质一直让我引以为豪。</w:t>
      </w:r>
    </w:p>
    <w:p w14:paraId="2297A377"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⑰这些年，我一直与刘老兵保持着联系，刘老兵始终坚守在哨所。</w:t>
      </w:r>
    </w:p>
    <w:p w14:paraId="2E66D224"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⑱我也在自己走过的部队里，发现有不少像刘老兵那样默默无闻的战士。我感觉，</w:t>
      </w:r>
      <w:r>
        <w:rPr>
          <w:rFonts w:ascii="KaiTi" w:eastAsia="KaiTi" w:hAnsi="KaiTi" w:cs="KaiTi"/>
          <w:color w:val="000000"/>
          <w:u w:val="single"/>
          <w:lang w:eastAsia="zh-CN"/>
        </w:rPr>
        <w:t>他们是兵魂，是巍巍长城上最坚实的砖。</w:t>
      </w:r>
    </w:p>
    <w:p w14:paraId="3998749D"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（取材于韩光《山里的春天》）</w:t>
      </w:r>
    </w:p>
    <w:p w14:paraId="28BE7418"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请你阅读文章第②-⑬段，补充括号里的内容。</w:t>
      </w:r>
    </w:p>
    <w:p w14:paraId="2D787404" w14:textId="77777777" w:rsidR="00B475E2" w:rsidRDefault="00B475E2" w:rsidP="00B475E2">
      <w:pPr>
        <w:spacing w:line="360" w:lineRule="auto"/>
        <w:jc w:val="both"/>
        <w:textAlignment w:val="center"/>
        <w:rPr>
          <w:color w:val="000000"/>
          <w:lang w:eastAsia="zh-CN"/>
        </w:rPr>
      </w:pPr>
      <w:r>
        <w:rPr>
          <w:color w:val="000000"/>
          <w:lang w:eastAsia="zh-CN"/>
        </w:rPr>
        <w:t>（       ）</w:t>
      </w:r>
      <w:r>
        <w:rPr>
          <w:rFonts w:ascii="SimSun" w:eastAsia="SimSun" w:hAnsi="SimSun" w:cs="SimSun"/>
          <w:color w:val="000000"/>
          <w:lang w:eastAsia="zh-CN"/>
        </w:rPr>
        <w:t>，刘老兵给我正走姿</w:t>
      </w:r>
      <w:r>
        <w:rPr>
          <w:rFonts w:ascii="Times New Roman" w:eastAsia="Times New Roman" w:hAnsi="Times New Roman" w:cs="Times New Roman"/>
          <w:color w:val="000000"/>
          <w:lang w:eastAsia="zh-CN"/>
        </w:rPr>
        <w:t>——</w:t>
      </w:r>
      <w:r>
        <w:rPr>
          <w:rFonts w:ascii="SimSun" w:eastAsia="SimSun" w:hAnsi="SimSun" w:cs="SimSun"/>
          <w:color w:val="000000"/>
          <w:lang w:eastAsia="zh-CN"/>
        </w:rPr>
        <w:t>我想考军校，刘老兵鼓励我</w:t>
      </w:r>
      <w:r>
        <w:rPr>
          <w:rFonts w:ascii="Times New Roman" w:eastAsia="Times New Roman" w:hAnsi="Times New Roman" w:cs="Times New Roman"/>
          <w:color w:val="000000"/>
          <w:lang w:eastAsia="zh-CN"/>
        </w:rPr>
        <w:t>——</w:t>
      </w:r>
      <w:r>
        <w:rPr>
          <w:color w:val="000000"/>
          <w:lang w:eastAsia="zh-CN"/>
        </w:rPr>
        <w:t>（      ）</w:t>
      </w:r>
      <w:r>
        <w:rPr>
          <w:rFonts w:ascii="SimSun" w:eastAsia="SimSun" w:hAnsi="SimSun" w:cs="SimSun"/>
          <w:color w:val="000000"/>
          <w:lang w:eastAsia="zh-CN"/>
        </w:rPr>
        <w:t>，</w:t>
      </w:r>
      <w:r>
        <w:rPr>
          <w:color w:val="000000"/>
          <w:lang w:eastAsia="zh-CN"/>
        </w:rPr>
        <w:t>（      ）</w:t>
      </w:r>
      <w:r>
        <w:rPr>
          <w:rFonts w:ascii="Times New Roman" w:eastAsia="Times New Roman" w:hAnsi="Times New Roman" w:cs="Times New Roman"/>
          <w:color w:val="000000"/>
          <w:lang w:eastAsia="zh-CN"/>
        </w:rPr>
        <w:t>——</w:t>
      </w:r>
      <w:r>
        <w:rPr>
          <w:rFonts w:ascii="SimSun" w:eastAsia="SimSun" w:hAnsi="SimSun" w:cs="SimSun"/>
          <w:color w:val="000000"/>
          <w:lang w:eastAsia="zh-CN"/>
        </w:rPr>
        <w:t>我想道歉，并从班长处得知刘老兵的良苦用心，</w:t>
      </w:r>
      <w:r>
        <w:rPr>
          <w:color w:val="000000"/>
          <w:lang w:eastAsia="zh-CN"/>
        </w:rPr>
        <w:t>（      ）</w:t>
      </w:r>
      <w:r>
        <w:rPr>
          <w:rFonts w:ascii="SimSun" w:eastAsia="SimSun" w:hAnsi="SimSun" w:cs="SimSun"/>
          <w:color w:val="000000"/>
          <w:lang w:eastAsia="zh-CN"/>
        </w:rPr>
        <w:t>。</w:t>
      </w:r>
    </w:p>
    <w:p w14:paraId="0107993F"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结合文章内容，分析第⑦段“脸更红”的原因。</w:t>
      </w:r>
    </w:p>
    <w:p w14:paraId="1B8EA68F"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文章第⑱段画线句直抒胸臆，表达了作者</w:t>
      </w:r>
      <w:r>
        <w:rPr>
          <w:rFonts w:ascii="SimSun" w:eastAsia="SimSun" w:hAnsi="SimSun" w:cs="SimSun"/>
          <w:noProof/>
          <w:color w:val="000000"/>
        </w:rPr>
        <w:drawing>
          <wp:inline distT="0" distB="0" distL="114300" distR="114300" wp14:anchorId="69FDF731" wp14:editId="4F00FA47">
            <wp:extent cx="133350" cy="177800"/>
            <wp:effectExtent l="0" t="0" r="0" b="13335"/>
            <wp:docPr id="1301"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图片 100005"/>
                    <pic:cNvPicPr>
                      <a:picLocks noChangeAspect="1"/>
                    </pic:cNvPicPr>
                  </pic:nvPicPr>
                  <pic:blipFill>
                    <a:blip r:embed="rId33"/>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情感。请结合文章具体内容谈谈你的理解。</w:t>
      </w:r>
    </w:p>
    <w:p w14:paraId="4A9876EB"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（二）（共10分）</w:t>
      </w:r>
    </w:p>
    <w:p w14:paraId="5616F8D6"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阅读《成全一棵树》，完成下面小题。</w:t>
      </w:r>
    </w:p>
    <w:p w14:paraId="4A551BA2"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成全一棵树</w:t>
      </w:r>
    </w:p>
    <w:p w14:paraId="3E11F34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①一个平常的春天，一位母亲向别人讨了几棵树苗。她要把树苗栽在门前。</w:t>
      </w:r>
    </w:p>
    <w:p w14:paraId="51AF24C4"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②母亲栽完树，她的孩子手里拿着一棵树苗，一拐一拐地走过来:“娘，把这棵小树也栽上吧!”那树苗是她丢弃的，又细又小，甚至还有一些枯萎。那孩子是她最小的孩子，</w:t>
      </w:r>
      <w:r>
        <w:rPr>
          <w:rFonts w:ascii="KaiTi" w:eastAsia="KaiTi" w:hAnsi="KaiTi" w:cs="KaiTi"/>
          <w:color w:val="000000"/>
          <w:lang w:eastAsia="zh-CN"/>
        </w:rPr>
        <w:lastRenderedPageBreak/>
        <w:t>一出生腿就残疾了。孩子擎着那棵树苗，眼里都是渴求的光芒。母亲望着孩子站立不稳的腿，她犹豫了。她认为孩子要做的是一件没有结果也没有意义的事，但看到孩子眼里的那片灼灼的光芒，母亲终于点点头——就算它最终长不成一棵大树。</w:t>
      </w:r>
    </w:p>
    <w:p w14:paraId="4722469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③孩子高兴极了，他小心翼翼地放下树苗，抢着去挖树坑。他人小力气弱，挖得很吃力。母亲要替他挖，他不肯，硬是自己挖成了。孩子挖的树坑比母亲挖得都大、都深。</w:t>
      </w:r>
    </w:p>
    <w:p w14:paraId="08FB3BC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④树苗栽种下了，孩子一拐一拐地拎着水桶，给每一棵树浇水。母亲看着，心里想：这棵树能长大吗？母亲的目光是复杂的，她真的不相信那棵树苗会活过来，会长成一棵大树。</w:t>
      </w:r>
    </w:p>
    <w:p w14:paraId="293196EA"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⑤可是不久，那棵树苗和其他树苗一样，也鼓出了叶子。只不过稍迟了几天，叶片稍细小了些。可不管怎么说，它活过来了，它也长成一棵树了。</w:t>
      </w:r>
    </w:p>
    <w:p w14:paraId="6E776360"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⑥每一天，孩子都要拎着水桶浇树苗。孩子是认真的。他浇水也不厚此薄彼，一棵小树一桶水。那棵由他乞求母亲允许亲手挖坑栽种的小树苗，孩子也只浇一桶水。</w:t>
      </w:r>
    </w:p>
    <w:p w14:paraId="752C47F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⑦小树一天一天长大了。开始的时候，那棵小树明显地不如其他的树壮实，显得有些楚楚可怜。可是第二年夏天，它竟然慢慢地赶上了它们。</w:t>
      </w:r>
    </w:p>
    <w:p w14:paraId="3ED0E24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这一年冬天，母亲做出了一项重大决定，送她这个残疾的孩子去读书。而在此之前，她没有想过，也没有能力让这个孩子进学校。孩子背着母亲用布片为他缝制的书包，高高兴兴上学去了。他一拐一拐地走向学校，他的笑容就像春天一样明丽灿烂！孩子每天都是高高兴兴的。别人送给他一个绰号：阳光。</w:t>
      </w:r>
    </w:p>
    <w:p w14:paraId="6E86D0FB"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⑨上了学的孩子还总是惦记着那几棵树，经常一拐一拐地拎着水桶，奔走在水塘和树之间。春去秋来，那棵小树，已经长得比别的树更茂盛、更挺拔。</w:t>
      </w:r>
    </w:p>
    <w:p w14:paraId="450C16A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⑩许多年以后，拐腿的孩子已经成了一位著名的作家。</w:t>
      </w:r>
    </w:p>
    <w:p w14:paraId="7BCF07D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⑪一年，他回到了家乡，儿子归来的消息使母亲分外高兴。这一天她早早候在门口迎接儿子。</w:t>
      </w:r>
    </w:p>
    <w:p w14:paraId="506BF1B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⑫远远地，他就看到了家门口的那棵树——高大的、快有一抱粗的树。他看见了自己的母亲。她依着树。他心里一热，急急地奔了过去。在那棵他亲手栽种的树下，他抱住了母亲。母亲真的老了，身子轻得像一片树叶。他叫了一声娘，就再也说不出话来。</w:t>
      </w:r>
    </w:p>
    <w:p w14:paraId="5825893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⑬他在老屋住了半个月，每天都一拐一拐地扶着母亲坐到树下的青石板上，陪着母亲说话。有一天，说起身边的树，他忽然神秘地说：“娘啊，你知道这棵树为什么比别的树长得快吗？这里面，有一个秘密呢！”</w:t>
      </w:r>
    </w:p>
    <w:p w14:paraId="330F087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⑭母亲望着已到中年的儿子，望着他那一脸的得意，平静地笑了，点点头说：“其实娘早就知道了。那树长得高，长得快，还不是你每天半夜起来喂它一泡童子尿？开始我也纳闷。后来有一天半夜我悄悄地跟着你，看见你一边喂它，一边说：‘小树快快长大吧！’……孩子，你知道我为什么改变了主意，让你上学堂吗？就是因为我知道你偷偷地喂那棵树啊！”</w:t>
      </w:r>
    </w:p>
    <w:p w14:paraId="62C450C9" w14:textId="77777777" w:rsidR="00B475E2" w:rsidRDefault="00B475E2" w:rsidP="00B475E2">
      <w:pPr>
        <w:spacing w:line="360" w:lineRule="auto"/>
        <w:ind w:firstLine="420"/>
        <w:jc w:val="both"/>
        <w:textAlignment w:val="center"/>
        <w:rPr>
          <w:color w:val="000000"/>
        </w:rPr>
      </w:pPr>
      <w:r>
        <w:rPr>
          <w:rFonts w:ascii="KaiTi" w:eastAsia="KaiTi" w:hAnsi="KaiTi" w:cs="KaiTi"/>
          <w:color w:val="000000"/>
        </w:rPr>
        <w:t>⑮他一下子怔住了。</w:t>
      </w:r>
    </w:p>
    <w:p w14:paraId="205C1885"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rPr>
        <w:t>⑯他</w:t>
      </w:r>
      <w:r>
        <w:rPr>
          <w:rFonts w:ascii="KaiTi" w:eastAsia="KaiTi" w:hAnsi="KaiTi" w:cs="KaiTi"/>
          <w:color w:val="000000"/>
          <w:em w:val="dot"/>
        </w:rPr>
        <w:t>百感交集</w:t>
      </w:r>
      <w:r>
        <w:rPr>
          <w:rFonts w:ascii="KaiTi" w:eastAsia="KaiTi" w:hAnsi="KaiTi" w:cs="KaiTi"/>
          <w:color w:val="000000"/>
        </w:rPr>
        <w:t>。</w:t>
      </w:r>
      <w:r>
        <w:rPr>
          <w:rFonts w:ascii="KaiTi" w:eastAsia="KaiTi" w:hAnsi="KaiTi" w:cs="KaiTi"/>
          <w:color w:val="000000"/>
          <w:lang w:eastAsia="zh-CN"/>
        </w:rPr>
        <w:t>许久许久，他噗通一声跪了下来，跪在了母亲的面前。</w:t>
      </w:r>
    </w:p>
    <w:p w14:paraId="08257691"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⑰他明白了，母亲的心永远是一颗母亲的心。</w:t>
      </w:r>
    </w:p>
    <w:p w14:paraId="204260C2"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（取材于凌可新《成全一棵树》）</w:t>
      </w:r>
    </w:p>
    <w:p w14:paraId="2D86C247"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文中“他”和小树有着相似的境遇。请你阅读文章，填写表格。</w:t>
      </w:r>
    </w:p>
    <w:tbl>
      <w:tblPr>
        <w:tblW w:w="6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010"/>
        <w:gridCol w:w="2010"/>
        <w:gridCol w:w="2010"/>
      </w:tblGrid>
      <w:tr w:rsidR="00B475E2" w14:paraId="5A04F861" w14:textId="77777777" w:rsidTr="005A467C">
        <w:trPr>
          <w:trHeight w:val="39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5D7E26E" w14:textId="77777777" w:rsidR="00B475E2" w:rsidRDefault="00B475E2" w:rsidP="005A467C">
            <w:pPr>
              <w:spacing w:line="360" w:lineRule="auto"/>
              <w:jc w:val="center"/>
              <w:textAlignment w:val="center"/>
              <w:rPr>
                <w:color w:val="000000"/>
              </w:rPr>
            </w:pPr>
            <w:r>
              <w:rPr>
                <w:rFonts w:ascii="SimSun" w:eastAsia="SimSun" w:hAnsi="SimSun" w:cs="SimSun"/>
                <w:color w:val="000000"/>
              </w:rPr>
              <w:t xml:space="preserve">境遇  </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616581F" w14:textId="77777777" w:rsidR="00B475E2" w:rsidRDefault="00B475E2" w:rsidP="005A467C">
            <w:pPr>
              <w:spacing w:line="360" w:lineRule="auto"/>
              <w:jc w:val="center"/>
              <w:textAlignment w:val="center"/>
              <w:rPr>
                <w:color w:val="000000"/>
              </w:rPr>
            </w:pPr>
            <w:r>
              <w:rPr>
                <w:rFonts w:ascii="SimSun" w:eastAsia="SimSun" w:hAnsi="SimSun" w:cs="SimSun"/>
                <w:color w:val="000000"/>
              </w:rPr>
              <w:t>他</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23F8604" w14:textId="77777777" w:rsidR="00B475E2" w:rsidRDefault="00B475E2" w:rsidP="005A467C">
            <w:pPr>
              <w:spacing w:line="360" w:lineRule="auto"/>
              <w:jc w:val="center"/>
              <w:textAlignment w:val="center"/>
              <w:rPr>
                <w:color w:val="000000"/>
              </w:rPr>
            </w:pPr>
            <w:r>
              <w:rPr>
                <w:rFonts w:ascii="SimSun" w:eastAsia="SimSun" w:hAnsi="SimSun" w:cs="SimSun"/>
                <w:color w:val="000000"/>
              </w:rPr>
              <w:t>小树</w:t>
            </w:r>
          </w:p>
        </w:tc>
      </w:tr>
      <w:tr w:rsidR="00B475E2" w14:paraId="212F4EE4" w14:textId="77777777" w:rsidTr="005A467C">
        <w:trPr>
          <w:trHeight w:val="39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B99289" w14:textId="77777777" w:rsidR="00B475E2" w:rsidRDefault="00B475E2" w:rsidP="005A467C">
            <w:pPr>
              <w:spacing w:line="360" w:lineRule="auto"/>
              <w:jc w:val="center"/>
              <w:textAlignment w:val="center"/>
              <w:rPr>
                <w:color w:val="000000"/>
              </w:rPr>
            </w:pPr>
            <w:r>
              <w:rPr>
                <w:rFonts w:ascii="SimSun" w:eastAsia="SimSun" w:hAnsi="SimSun" w:cs="SimSun"/>
                <w:color w:val="000000"/>
              </w:rPr>
              <w:t>自身条件</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9374E76" w14:textId="77777777" w:rsidR="00B475E2" w:rsidRDefault="00B475E2" w:rsidP="005A467C">
            <w:pPr>
              <w:spacing w:line="360" w:lineRule="auto"/>
              <w:jc w:val="center"/>
              <w:textAlignment w:val="center"/>
              <w:rPr>
                <w:color w:val="000000"/>
              </w:rPr>
            </w:pPr>
            <w:r>
              <w:rPr>
                <w:rFonts w:ascii="SimSun" w:eastAsia="SimSun" w:hAnsi="SimSun" w:cs="SimSun"/>
                <w:color w:val="000000"/>
              </w:rPr>
              <w:t>①</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C9E3A8"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t>又细又小，有一些枯萎</w:t>
            </w:r>
          </w:p>
        </w:tc>
      </w:tr>
      <w:tr w:rsidR="00B475E2" w14:paraId="2B2F4E66" w14:textId="77777777" w:rsidTr="005A467C">
        <w:trPr>
          <w:trHeight w:val="390"/>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EF256C6" w14:textId="77777777" w:rsidR="00B475E2" w:rsidRDefault="00B475E2" w:rsidP="005A467C">
            <w:pPr>
              <w:spacing w:line="360" w:lineRule="auto"/>
              <w:jc w:val="center"/>
              <w:textAlignment w:val="center"/>
              <w:rPr>
                <w:color w:val="000000"/>
              </w:rPr>
            </w:pPr>
            <w:r>
              <w:rPr>
                <w:rFonts w:ascii="SimSun" w:eastAsia="SimSun" w:hAnsi="SimSun" w:cs="SimSun"/>
                <w:color w:val="000000"/>
              </w:rPr>
              <w:t>成长经历</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1F7AA85" w14:textId="77777777" w:rsidR="00B475E2" w:rsidRDefault="00B475E2" w:rsidP="005A467C">
            <w:pPr>
              <w:spacing w:line="360" w:lineRule="auto"/>
              <w:jc w:val="center"/>
              <w:textAlignment w:val="center"/>
              <w:rPr>
                <w:color w:val="000000"/>
                <w:lang w:eastAsia="zh-CN"/>
              </w:rPr>
            </w:pPr>
            <w:r>
              <w:rPr>
                <w:rFonts w:ascii="SimSun" w:eastAsia="SimSun" w:hAnsi="SimSun" w:cs="SimSun"/>
                <w:color w:val="000000"/>
                <w:lang w:eastAsia="zh-CN"/>
              </w:rPr>
              <w:t>被母亲送去读书，快乐成长</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55579D2" w14:textId="77777777" w:rsidR="00B475E2" w:rsidRDefault="00B475E2" w:rsidP="005A467C">
            <w:pPr>
              <w:spacing w:line="360" w:lineRule="auto"/>
              <w:jc w:val="center"/>
              <w:textAlignment w:val="center"/>
              <w:rPr>
                <w:color w:val="000000"/>
              </w:rPr>
            </w:pPr>
            <w:r>
              <w:rPr>
                <w:rFonts w:ascii="SimSun" w:eastAsia="SimSun" w:hAnsi="SimSun" w:cs="SimSun"/>
                <w:color w:val="000000"/>
              </w:rPr>
              <w:t>②</w:t>
            </w:r>
          </w:p>
        </w:tc>
      </w:tr>
      <w:tr w:rsidR="00B475E2" w14:paraId="771D426E" w14:textId="77777777" w:rsidTr="005A467C">
        <w:trPr>
          <w:trHeight w:val="375"/>
        </w:trPr>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DF621D" w14:textId="77777777" w:rsidR="00B475E2" w:rsidRDefault="00B475E2" w:rsidP="005A467C">
            <w:pPr>
              <w:spacing w:line="360" w:lineRule="auto"/>
              <w:jc w:val="center"/>
              <w:textAlignment w:val="center"/>
              <w:rPr>
                <w:color w:val="000000"/>
              </w:rPr>
            </w:pPr>
            <w:r>
              <w:rPr>
                <w:rFonts w:ascii="SimSun" w:eastAsia="SimSun" w:hAnsi="SimSun" w:cs="SimSun"/>
                <w:color w:val="000000"/>
              </w:rPr>
              <w:t>成长结果</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4C3E22E" w14:textId="77777777" w:rsidR="00B475E2" w:rsidRDefault="00B475E2" w:rsidP="005A467C">
            <w:pPr>
              <w:spacing w:line="360" w:lineRule="auto"/>
              <w:jc w:val="center"/>
              <w:textAlignment w:val="center"/>
              <w:rPr>
                <w:color w:val="000000"/>
              </w:rPr>
            </w:pPr>
            <w:r>
              <w:rPr>
                <w:rFonts w:ascii="SimSun" w:eastAsia="SimSun" w:hAnsi="SimSun" w:cs="SimSun"/>
                <w:color w:val="000000"/>
              </w:rPr>
              <w:t>③</w:t>
            </w:r>
          </w:p>
        </w:tc>
        <w:tc>
          <w:tcPr>
            <w:tcW w:w="20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9C8CAEB" w14:textId="77777777" w:rsidR="00B475E2" w:rsidRDefault="00B475E2" w:rsidP="005A467C">
            <w:pPr>
              <w:spacing w:line="360" w:lineRule="auto"/>
              <w:jc w:val="center"/>
              <w:textAlignment w:val="center"/>
              <w:rPr>
                <w:color w:val="000000"/>
              </w:rPr>
            </w:pPr>
            <w:r>
              <w:rPr>
                <w:rFonts w:ascii="SimSun" w:eastAsia="SimSun" w:hAnsi="SimSun" w:cs="SimSun"/>
                <w:color w:val="000000"/>
              </w:rPr>
              <w:t>高大，快有一抱粗</w:t>
            </w:r>
          </w:p>
        </w:tc>
      </w:tr>
    </w:tbl>
    <w:p w14:paraId="388A647B"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结合文章内容，说说第⑯段“百感交集”包含了怎样的心理或情感。</w:t>
      </w:r>
    </w:p>
    <w:p w14:paraId="303D9987"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22. </w:t>
      </w:r>
      <w:r>
        <w:rPr>
          <w:rFonts w:ascii="SimSun" w:eastAsia="SimSun" w:hAnsi="SimSun" w:cs="SimSun"/>
          <w:color w:val="000000"/>
          <w:lang w:eastAsia="zh-CN"/>
        </w:rPr>
        <w:t>阅读文章，请你说说题目“成全一棵树”有哪几层含义。</w:t>
      </w:r>
    </w:p>
    <w:p w14:paraId="46379786" w14:textId="77777777" w:rsidR="00B475E2" w:rsidRDefault="00B475E2" w:rsidP="00B475E2">
      <w:pPr>
        <w:pStyle w:val="Heading3"/>
        <w:rPr>
          <w:lang w:eastAsia="zh-CN"/>
        </w:rPr>
      </w:pPr>
      <w:bookmarkStart w:id="25" w:name="_Toc235355023"/>
      <w:r>
        <w:rPr>
          <w:lang w:eastAsia="zh-CN"/>
        </w:rPr>
        <w:t>朝阳区</w:t>
      </w:r>
      <w:bookmarkEnd w:id="25"/>
    </w:p>
    <w:p w14:paraId="5DBCD475"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四、现代文阅读（共24分）</w:t>
      </w:r>
    </w:p>
    <w:p w14:paraId="302F721C"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（一）（共12分）</w:t>
      </w:r>
    </w:p>
    <w:p w14:paraId="27395B57" w14:textId="77777777" w:rsidR="00B475E2" w:rsidRDefault="00B475E2" w:rsidP="00B475E2">
      <w:pPr>
        <w:spacing w:line="360" w:lineRule="auto"/>
        <w:rPr>
          <w:color w:val="000000"/>
          <w:lang w:eastAsia="zh-CN"/>
        </w:rPr>
      </w:pPr>
      <w:r>
        <w:rPr>
          <w:rFonts w:ascii="SimSun" w:eastAsia="SimSun" w:hAnsi="SimSun" w:cs="SimSun"/>
          <w:color w:val="000000"/>
          <w:lang w:eastAsia="zh-CN"/>
        </w:rPr>
        <w:t>阅读《湖畔风景》，借助旁批理解其内容，完成各题。</w:t>
      </w:r>
    </w:p>
    <w:p w14:paraId="5E71D0CD" w14:textId="77777777" w:rsidR="00B475E2" w:rsidRDefault="00B475E2" w:rsidP="00B475E2">
      <w:pPr>
        <w:spacing w:line="360" w:lineRule="auto"/>
        <w:jc w:val="center"/>
        <w:rPr>
          <w:color w:val="000000"/>
        </w:rPr>
      </w:pPr>
      <w:r>
        <w:rPr>
          <w:rFonts w:ascii="KaiTi" w:eastAsia="KaiTi" w:hAnsi="KaiTi" w:cs="KaiTi"/>
          <w:color w:val="000000"/>
        </w:rPr>
        <w:t>湖畔风景</w:t>
      </w:r>
    </w:p>
    <w:p w14:paraId="4F642B27" w14:textId="77777777" w:rsidR="00B475E2" w:rsidRDefault="00B475E2" w:rsidP="00B475E2">
      <w:pPr>
        <w:spacing w:line="360" w:lineRule="auto"/>
        <w:jc w:val="center"/>
        <w:rPr>
          <w:color w:val="000000"/>
        </w:rPr>
      </w:pPr>
      <w:r>
        <w:rPr>
          <w:rFonts w:ascii="KaiTi" w:eastAsia="KaiTi" w:hAnsi="KaiTi" w:cs="KaiTi"/>
          <w:color w:val="000000"/>
        </w:rPr>
        <w:t>刘成章</w:t>
      </w:r>
    </w:p>
    <w:tbl>
      <w:tblPr>
        <w:tblW w:w="6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692"/>
        <w:gridCol w:w="803"/>
        <w:gridCol w:w="2330"/>
      </w:tblGrid>
      <w:tr w:rsidR="00B475E2" w14:paraId="67C55006" w14:textId="77777777" w:rsidTr="005A467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0D85979"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①上善若水。自古以来，人类都是逐水而居，对水有着一种天然的喜爱之情。而我住的小区里，就有一汪碧湛湛的湖水。</w:t>
            </w:r>
          </w:p>
          <w:p w14:paraId="16ED5CCA"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②这片湖水满足了人们对它的期待：春有春的明媚，夏有夏的清凉，秋有秋的旖旎，即使到了冬天，也会给我们捧来一湖冰的____。</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B0D5F17" w14:textId="77777777" w:rsidR="00B475E2" w:rsidRDefault="00B475E2" w:rsidP="005A467C">
            <w:pPr>
              <w:spacing w:line="360" w:lineRule="auto"/>
              <w:rPr>
                <w:color w:val="000000"/>
                <w:lang w:eastAsia="zh-CN"/>
              </w:rPr>
            </w:pPr>
            <w:r>
              <w:rPr>
                <w:color w:val="000000"/>
                <w:lang w:eastAsia="zh-CN"/>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B05C78D" w14:textId="77777777" w:rsidR="00B475E2" w:rsidRDefault="00B475E2" w:rsidP="005A467C">
            <w:pPr>
              <w:spacing w:line="360" w:lineRule="auto"/>
              <w:rPr>
                <w:color w:val="000000"/>
                <w:lang w:eastAsia="zh-CN"/>
              </w:rPr>
            </w:pPr>
            <w:r>
              <w:rPr>
                <w:rFonts w:ascii="SimSun" w:eastAsia="SimSun" w:hAnsi="SimSun" w:cs="SimSun"/>
                <w:color w:val="000000"/>
                <w:lang w:eastAsia="zh-CN"/>
              </w:rPr>
              <w:t>叠词“湛湛”用的好，写出了湖水清澈</w:t>
            </w:r>
          </w:p>
        </w:tc>
      </w:tr>
      <w:tr w:rsidR="00B475E2" w14:paraId="1BDC4C96" w14:textId="77777777" w:rsidTr="005A467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79BF449"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③工人们辛劳付出，湖里先后有了荷花的清幽，水草的蓊郁，金鱼摆尾巴和吐泡泡的灵动。一朵朵大荷花，花香四溢，吸引来了好多蝴蝶。整个大湖，似乎是要招待远方来的贵客高朋。于是又有不知从哪里来的青蛙，又是打鼓，又是唱着“呱呱呱”的歌谣。听见它们的声响，我的童年便重现于眼前，我</w:t>
            </w:r>
            <w:r>
              <w:rPr>
                <w:rFonts w:ascii="KaiTi" w:eastAsia="KaiTi" w:hAnsi="KaiTi" w:cs="KaiTi"/>
                <w:color w:val="000000"/>
                <w:lang w:eastAsia="zh-CN"/>
              </w:rPr>
              <w:lastRenderedPageBreak/>
              <w:t>每天都要去童年里走上一遭。再后来，又飞来了两只野鸭子。它们苗条秀气，想飞就飞，轻捷自如，让人发自内心地喜欢。据说，那两只野鸭子是一对恩爱夫妻呢。这湖面便又多了些浪漫的气息。</w:t>
            </w:r>
          </w:p>
          <w:p w14:paraId="54F762E5"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④一个清晨，正当旭日照着蓝玻璃似的湖面，忽然，九只小精灵，出现在人们的视野里——那是九只小野鸭！一个个毛茸茸的，羽毛黑黄相间，宛若举办童装秀。这一窝小精灵！</w:t>
            </w:r>
          </w:p>
          <w:p w14:paraId="3199C4E2"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⑤九只小野鸭啊，一窝会游泳的花骨朵！</w:t>
            </w:r>
          </w:p>
          <w:p w14:paraId="7322D5D5"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⑥这些花骨朵，是大野鸭从空中背过来的吗？</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725460" w14:textId="77777777" w:rsidR="00B475E2" w:rsidRDefault="00B475E2" w:rsidP="005A467C">
            <w:pPr>
              <w:spacing w:line="360" w:lineRule="auto"/>
              <w:rPr>
                <w:color w:val="000000"/>
                <w:lang w:eastAsia="zh-CN"/>
              </w:rPr>
            </w:pPr>
            <w:r>
              <w:rPr>
                <w:color w:val="000000"/>
                <w:lang w:eastAsia="zh-CN"/>
              </w:rPr>
              <w:lastRenderedPageBreak/>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F1BB46D" w14:textId="77777777" w:rsidR="00B475E2" w:rsidRDefault="00B475E2" w:rsidP="005A467C">
            <w:pPr>
              <w:spacing w:line="360" w:lineRule="auto"/>
              <w:rPr>
                <w:color w:val="000000"/>
              </w:rPr>
            </w:pPr>
            <w:r>
              <w:rPr>
                <w:rFonts w:ascii="SimSun" w:eastAsia="SimSun" w:hAnsi="SimSun" w:cs="SimSun"/>
                <w:color w:val="000000"/>
              </w:rPr>
              <w:t>___________________</w:t>
            </w:r>
          </w:p>
          <w:p w14:paraId="54E5935C" w14:textId="77777777" w:rsidR="00B475E2" w:rsidRDefault="00B475E2" w:rsidP="005A467C">
            <w:pPr>
              <w:spacing w:line="360" w:lineRule="auto"/>
              <w:rPr>
                <w:color w:val="000000"/>
              </w:rPr>
            </w:pPr>
            <w:r>
              <w:rPr>
                <w:rFonts w:ascii="SimSun" w:eastAsia="SimSun" w:hAnsi="SimSun" w:cs="SimSun"/>
                <w:color w:val="000000"/>
              </w:rPr>
              <w:t>___________________</w:t>
            </w:r>
          </w:p>
          <w:p w14:paraId="0653217E" w14:textId="77777777" w:rsidR="00B475E2" w:rsidRDefault="00B475E2" w:rsidP="005A467C">
            <w:pPr>
              <w:spacing w:line="360" w:lineRule="auto"/>
              <w:rPr>
                <w:color w:val="000000"/>
              </w:rPr>
            </w:pPr>
            <w:r>
              <w:rPr>
                <w:rFonts w:ascii="SimSun" w:eastAsia="SimSun" w:hAnsi="SimSun" w:cs="SimSun"/>
                <w:color w:val="000000"/>
              </w:rPr>
              <w:t>___________________</w:t>
            </w:r>
          </w:p>
          <w:p w14:paraId="3E3895EC" w14:textId="77777777" w:rsidR="00B475E2" w:rsidRDefault="00B475E2" w:rsidP="005A467C">
            <w:pPr>
              <w:spacing w:line="360" w:lineRule="auto"/>
              <w:rPr>
                <w:color w:val="000000"/>
              </w:rPr>
            </w:pPr>
            <w:r>
              <w:rPr>
                <w:color w:val="000000"/>
              </w:rPr>
              <w:br/>
            </w:r>
          </w:p>
        </w:tc>
      </w:tr>
      <w:tr w:rsidR="00B475E2" w14:paraId="2EAF61D4" w14:textId="77777777" w:rsidTr="005A467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D72E5C4"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⑦后来经过多方打听才知道，它们的孵化之地是在小区的楼后面。出世后，它们极小极弱，但它们也有自己梦想中的天地，于是鸭妈妈领着它们去作寻水之旅。</w:t>
            </w:r>
          </w:p>
          <w:p w14:paraId="6BE570C9"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⑧这些小野鸭，这些难逢的小贵客,它们的降临，给我们这个小区平添了无限的生机、情致、喜气、趣味和诗意。这些花骨朵，给小区</w:t>
            </w:r>
            <w:r>
              <w:rPr>
                <w:rFonts w:ascii="KaiTi" w:eastAsia="KaiTi" w:hAnsi="KaiTi" w:cs="KaiTi"/>
                <w:color w:val="000000"/>
                <w:lang w:eastAsia="zh-CN"/>
              </w:rPr>
              <w:lastRenderedPageBreak/>
              <w:t>里人们，带来了无尽的愉悦和欣喜。</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24AE1A" w14:textId="77777777" w:rsidR="00B475E2" w:rsidRDefault="00B475E2" w:rsidP="005A467C">
            <w:pPr>
              <w:spacing w:line="360" w:lineRule="auto"/>
              <w:rPr>
                <w:color w:val="000000"/>
                <w:lang w:eastAsia="zh-CN"/>
              </w:rPr>
            </w:pPr>
            <w:r>
              <w:rPr>
                <w:color w:val="000000"/>
                <w:lang w:eastAsia="zh-CN"/>
              </w:rPr>
              <w:lastRenderedPageBreak/>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638089F" w14:textId="77777777" w:rsidR="00B475E2" w:rsidRDefault="00B475E2" w:rsidP="005A467C">
            <w:pPr>
              <w:spacing w:line="360" w:lineRule="auto"/>
              <w:rPr>
                <w:color w:val="000000"/>
                <w:lang w:eastAsia="zh-CN"/>
              </w:rPr>
            </w:pPr>
            <w:r>
              <w:rPr>
                <w:rFonts w:ascii="SimSun" w:eastAsia="SimSun" w:hAnsi="SimSun" w:cs="SimSun"/>
                <w:color w:val="000000"/>
                <w:lang w:eastAsia="zh-CN"/>
              </w:rPr>
              <w:t>小野鸭也有自己的梦想，你呢？</w:t>
            </w:r>
          </w:p>
        </w:tc>
      </w:tr>
      <w:tr w:rsidR="00B475E2" w14:paraId="6EF91372" w14:textId="77777777" w:rsidTr="005A467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48BFFC"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⑨湖畔的所有目光，都被小野鸭所吸引；湖畔的所有脚步，都因小野鸭而慢了下来；湖畔的所有议题，都和小野鸭有关。小野鸭是开心果，人们为它们而喜笑颜开；小野鸭是调音器，人们心上的管弦也因它们而愈加和谐动听。</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F9E258" w14:textId="77777777" w:rsidR="00B475E2" w:rsidRDefault="00B475E2" w:rsidP="005A467C">
            <w:pPr>
              <w:spacing w:line="360" w:lineRule="auto"/>
              <w:rPr>
                <w:color w:val="000000"/>
                <w:lang w:eastAsia="zh-CN"/>
              </w:rPr>
            </w:pPr>
            <w:r>
              <w:rPr>
                <w:color w:val="000000"/>
                <w:lang w:eastAsia="zh-CN"/>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6CFB80" w14:textId="77777777" w:rsidR="00B475E2" w:rsidRDefault="00B475E2" w:rsidP="005A467C">
            <w:pPr>
              <w:spacing w:line="360" w:lineRule="auto"/>
              <w:rPr>
                <w:color w:val="000000"/>
                <w:lang w:eastAsia="zh-CN"/>
              </w:rPr>
            </w:pPr>
            <w:r>
              <w:rPr>
                <w:rFonts w:ascii="SimSun" w:eastAsia="SimSun" w:hAnsi="SimSun" w:cs="SimSun"/>
                <w:color w:val="000000"/>
                <w:lang w:eastAsia="zh-CN"/>
              </w:rPr>
              <w:t>这里为什么连续使用“所有……都……”的句式呢？</w:t>
            </w:r>
          </w:p>
        </w:tc>
      </w:tr>
      <w:tr w:rsidR="00B475E2" w14:paraId="4D074548" w14:textId="77777777" w:rsidTr="005A467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46BF439"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⑩为了让小野鸭生活得更加安全、舒适，人们在湖面的一丛荷花旁，给它们盖了一座瓦房似的绿顶小屋。这美丽的小建筑让孩子们欢呼：这活脱脱是一个童话的世界！</w:t>
            </w:r>
          </w:p>
          <w:p w14:paraId="1C8519A2"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 xml:space="preserve">⑪望着小野鸭和眼前的景象，我心里默默地说：“___________。” </w:t>
            </w:r>
          </w:p>
          <w:p w14:paraId="3935170C"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⑫就这样，这片湖水，以那些小野鸭为焦点，每天都好戏连台。人们路过湖畔时，再也不埋头看手机，而是将目光投向湖面，寻找小野鸭的身影。孩子们凑近小野鸭，谈论它们，问候它们，也有淘气的孩子,随手捡一些树枝，向它们轻轻掷去,逗它们玩。小野鸭呢，却一点也不害怕，依然在孩子们面前自在地游来晃去，还要唱上几声。于是</w:t>
            </w:r>
            <w:r>
              <w:rPr>
                <w:rFonts w:ascii="KaiTi" w:eastAsia="KaiTi" w:hAnsi="KaiTi" w:cs="KaiTi"/>
                <w:color w:val="000000"/>
                <w:lang w:eastAsia="zh-CN"/>
              </w:rPr>
              <w:lastRenderedPageBreak/>
              <w:t>人们又不禁赞叹道：“太可爱了！”“真是些花骨朵!”……</w:t>
            </w:r>
          </w:p>
          <w:p w14:paraId="44C1EDDE" w14:textId="77777777" w:rsidR="00B475E2" w:rsidRDefault="00B475E2" w:rsidP="005A467C">
            <w:pPr>
              <w:spacing w:line="360" w:lineRule="auto"/>
              <w:ind w:firstLine="420"/>
              <w:rPr>
                <w:color w:val="000000"/>
                <w:lang w:eastAsia="zh-CN"/>
              </w:rPr>
            </w:pPr>
            <w:r>
              <w:rPr>
                <w:color w:val="000000"/>
                <w:lang w:eastAsia="zh-CN"/>
              </w:rPr>
              <w:br/>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ECF3490" w14:textId="77777777" w:rsidR="00B475E2" w:rsidRDefault="00B475E2" w:rsidP="005A467C">
            <w:pPr>
              <w:spacing w:line="360" w:lineRule="auto"/>
              <w:rPr>
                <w:color w:val="000000"/>
                <w:lang w:eastAsia="zh-CN"/>
              </w:rPr>
            </w:pPr>
            <w:r>
              <w:rPr>
                <w:color w:val="000000"/>
                <w:lang w:eastAsia="zh-CN"/>
              </w:rPr>
              <w:lastRenderedPageBreak/>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E206D20" w14:textId="77777777" w:rsidR="00B475E2" w:rsidRDefault="00B475E2" w:rsidP="005A467C">
            <w:pPr>
              <w:spacing w:line="360" w:lineRule="auto"/>
              <w:rPr>
                <w:color w:val="000000"/>
                <w:lang w:eastAsia="zh-CN"/>
              </w:rPr>
            </w:pPr>
            <w:r>
              <w:rPr>
                <w:rFonts w:ascii="SimSun" w:eastAsia="SimSun" w:hAnsi="SimSun" w:cs="SimSun"/>
                <w:color w:val="000000"/>
                <w:lang w:eastAsia="zh-CN"/>
              </w:rPr>
              <w:t>这里，“我”会对小野鸭说些什么呢？</w:t>
            </w:r>
          </w:p>
        </w:tc>
      </w:tr>
      <w:tr w:rsidR="00B475E2" w14:paraId="1C7C2000" w14:textId="77777777" w:rsidTr="005A467C">
        <w:tc>
          <w:tcPr>
            <w:tcW w:w="3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AF9C123" w14:textId="77777777" w:rsidR="00B475E2" w:rsidRDefault="00B475E2" w:rsidP="005A467C">
            <w:pPr>
              <w:spacing w:line="360" w:lineRule="auto"/>
              <w:ind w:firstLine="420"/>
              <w:rPr>
                <w:color w:val="000000"/>
                <w:lang w:eastAsia="zh-CN"/>
              </w:rPr>
            </w:pPr>
            <w:r>
              <w:rPr>
                <w:rFonts w:ascii="KaiTi" w:eastAsia="KaiTi" w:hAnsi="KaiTi" w:cs="KaiTi"/>
                <w:color w:val="000000"/>
                <w:lang w:eastAsia="zh-CN"/>
              </w:rPr>
              <w:t>⑬它们在人们的欣赏、疼爱中，在人们的赞美声中，幸福地成长着。是的，大鸭领着小鸭，居然可以上到更高的那片湖面啦。</w:t>
            </w:r>
          </w:p>
          <w:p w14:paraId="4A73175C" w14:textId="77777777" w:rsidR="00B475E2" w:rsidRDefault="00B475E2" w:rsidP="005A467C">
            <w:pPr>
              <w:spacing w:line="360" w:lineRule="auto"/>
              <w:ind w:firstLine="420"/>
              <w:rPr>
                <w:color w:val="000000"/>
              </w:rPr>
            </w:pPr>
            <w:r>
              <w:rPr>
                <w:rFonts w:ascii="KaiTi" w:eastAsia="KaiTi" w:hAnsi="KaiTi" w:cs="KaiTi"/>
                <w:color w:val="000000"/>
                <w:lang w:eastAsia="zh-CN"/>
              </w:rPr>
              <w:t>⑭大家心里都明白，总有一天,这一窝花骨朵，会扑噜噜地展翅高飞。人们在心里默默叮嘱：“小野鸭啊，小可爱啊,你们将来不管飞到哪里去，都别忘了这里。要是累了倦了，就毫不犹疑地飞回来，回到这一汪蓝莹莹的湖水中，这里永远是你们的故乡。</w:t>
            </w:r>
            <w:r>
              <w:rPr>
                <w:rFonts w:ascii="KaiTi" w:eastAsia="KaiTi" w:hAnsi="KaiTi" w:cs="KaiTi"/>
                <w:color w:val="000000"/>
              </w:rPr>
              <w:t>”</w:t>
            </w:r>
          </w:p>
          <w:p w14:paraId="3C53EE60" w14:textId="77777777" w:rsidR="00B475E2" w:rsidRDefault="00B475E2" w:rsidP="005A467C">
            <w:pPr>
              <w:spacing w:line="360" w:lineRule="auto"/>
              <w:ind w:firstLine="420"/>
              <w:jc w:val="right"/>
              <w:rPr>
                <w:color w:val="000000"/>
              </w:rPr>
            </w:pPr>
            <w:r>
              <w:rPr>
                <w:rFonts w:ascii="SimSun" w:eastAsia="SimSun" w:hAnsi="SimSun" w:cs="SimSun"/>
                <w:color w:val="000000"/>
              </w:rPr>
              <w:t>（有删节）</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AECBD6D" w14:textId="77777777" w:rsidR="00B475E2" w:rsidRDefault="00B475E2" w:rsidP="005A467C">
            <w:pPr>
              <w:spacing w:line="360" w:lineRule="auto"/>
              <w:rPr>
                <w:color w:val="000000"/>
              </w:rPr>
            </w:pPr>
            <w:r>
              <w:rPr>
                <w:color w:val="000000"/>
              </w:rPr>
              <w:br/>
            </w:r>
          </w:p>
        </w:tc>
        <w:tc>
          <w:tcPr>
            <w:tcW w:w="21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672BF5A8" w14:textId="77777777" w:rsidR="00B475E2" w:rsidRDefault="00B475E2" w:rsidP="005A467C">
            <w:pPr>
              <w:spacing w:line="360" w:lineRule="auto"/>
              <w:rPr>
                <w:color w:val="000000"/>
                <w:lang w:eastAsia="zh-CN"/>
              </w:rPr>
            </w:pPr>
            <w:r>
              <w:rPr>
                <w:rFonts w:ascii="SimSun" w:eastAsia="SimSun" w:hAnsi="SimSun" w:cs="SimSun"/>
                <w:color w:val="000000"/>
                <w:lang w:eastAsia="zh-CN"/>
              </w:rPr>
              <w:t>可爱的小野鸭长大了！</w:t>
            </w:r>
          </w:p>
        </w:tc>
      </w:tr>
    </w:tbl>
    <w:p w14:paraId="60E45E0A" w14:textId="77777777" w:rsidR="00B475E2" w:rsidRDefault="00B475E2" w:rsidP="00B475E2">
      <w:pPr>
        <w:spacing w:line="360" w:lineRule="auto"/>
        <w:rPr>
          <w:color w:val="000000"/>
          <w:lang w:eastAsia="zh-CN"/>
        </w:rPr>
      </w:pPr>
      <w:r>
        <w:rPr>
          <w:color w:val="000000"/>
          <w:lang w:eastAsia="zh-CN"/>
        </w:rPr>
        <w:t xml:space="preserve">12. </w:t>
      </w:r>
      <w:r>
        <w:rPr>
          <w:rFonts w:ascii="SimSun" w:eastAsia="SimSun" w:hAnsi="SimSun" w:cs="SimSun"/>
          <w:color w:val="000000"/>
          <w:lang w:eastAsia="zh-CN"/>
        </w:rPr>
        <w:t>阅读第②段内容，在横线处补写合适的词语。</w:t>
      </w:r>
    </w:p>
    <w:p w14:paraId="33F88EC2" w14:textId="77777777" w:rsidR="00B475E2" w:rsidRDefault="00B475E2" w:rsidP="00B475E2">
      <w:pPr>
        <w:spacing w:line="360" w:lineRule="auto"/>
        <w:rPr>
          <w:color w:val="000000"/>
          <w:lang w:eastAsia="zh-CN"/>
        </w:rPr>
      </w:pPr>
      <w:r>
        <w:rPr>
          <w:color w:val="000000"/>
          <w:lang w:eastAsia="zh-CN"/>
        </w:rPr>
        <w:t xml:space="preserve">13. </w:t>
      </w:r>
      <w:r>
        <w:rPr>
          <w:rFonts w:ascii="SimSun" w:eastAsia="SimSun" w:hAnsi="SimSun" w:cs="SimSun"/>
          <w:color w:val="000000"/>
          <w:lang w:eastAsia="zh-CN"/>
        </w:rPr>
        <w:t>结合你</w:t>
      </w:r>
      <w:r>
        <w:rPr>
          <w:rFonts w:ascii="SimSun" w:eastAsia="SimSun" w:hAnsi="SimSun" w:cs="SimSun"/>
          <w:noProof/>
          <w:color w:val="000000"/>
        </w:rPr>
        <w:drawing>
          <wp:inline distT="0" distB="0" distL="114300" distR="114300" wp14:anchorId="738E49B6" wp14:editId="34AEB5BE">
            <wp:extent cx="133350" cy="177800"/>
            <wp:effectExtent l="0" t="0" r="0" b="0"/>
            <wp:docPr id="1303"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图片 100035"/>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阅读体验，为第③段文字写一个旁批。</w:t>
      </w:r>
    </w:p>
    <w:p w14:paraId="61897C3F" w14:textId="77777777" w:rsidR="00B475E2" w:rsidRDefault="00B475E2" w:rsidP="00B475E2">
      <w:pPr>
        <w:spacing w:line="360" w:lineRule="auto"/>
        <w:rPr>
          <w:color w:val="000000"/>
          <w:lang w:eastAsia="zh-CN"/>
        </w:rPr>
      </w:pPr>
      <w:r>
        <w:rPr>
          <w:color w:val="000000"/>
          <w:lang w:eastAsia="zh-CN"/>
        </w:rPr>
        <w:t xml:space="preserve">14. </w:t>
      </w:r>
      <w:r>
        <w:rPr>
          <w:rFonts w:ascii="SimSun" w:eastAsia="SimSun" w:hAnsi="SimSun" w:cs="SimSun"/>
          <w:color w:val="000000"/>
          <w:lang w:eastAsia="zh-CN"/>
        </w:rPr>
        <w:t>作者不断变换对小野鸭的称呼。摘录其中一种称呼，结合语境体会其中蕴含的情感。</w:t>
      </w:r>
    </w:p>
    <w:p w14:paraId="72705992" w14:textId="77777777" w:rsidR="00B475E2" w:rsidRDefault="00B475E2" w:rsidP="00B475E2">
      <w:pPr>
        <w:spacing w:line="360" w:lineRule="auto"/>
        <w:rPr>
          <w:color w:val="000000"/>
          <w:lang w:eastAsia="zh-CN"/>
        </w:rPr>
      </w:pPr>
      <w:r>
        <w:rPr>
          <w:color w:val="000000"/>
          <w:lang w:eastAsia="zh-CN"/>
        </w:rPr>
        <w:t xml:space="preserve">15. </w:t>
      </w:r>
      <w:r>
        <w:rPr>
          <w:rFonts w:ascii="SimSun" w:eastAsia="SimSun" w:hAnsi="SimSun" w:cs="SimSun"/>
          <w:color w:val="000000"/>
          <w:lang w:eastAsia="zh-CN"/>
        </w:rPr>
        <w:t>结合语境，揣摩“我”此时的心理活动，在第</w:t>
      </w:r>
      <w:r>
        <w:rPr>
          <w:color w:val="000000"/>
          <w:lang w:eastAsia="zh-CN"/>
        </w:rPr>
        <w:t>⑪</w:t>
      </w:r>
      <w:r>
        <w:rPr>
          <w:rFonts w:ascii="SimSun" w:eastAsia="SimSun" w:hAnsi="SimSun" w:cs="SimSun"/>
          <w:color w:val="000000"/>
          <w:lang w:eastAsia="zh-CN"/>
        </w:rPr>
        <w:t>段横线处补写合适的内容。（不少于40字）</w:t>
      </w:r>
    </w:p>
    <w:p w14:paraId="5B292A54" w14:textId="77777777" w:rsidR="00B475E2" w:rsidRDefault="00B475E2" w:rsidP="00B475E2">
      <w:pPr>
        <w:spacing w:line="360" w:lineRule="auto"/>
        <w:rPr>
          <w:color w:val="000000"/>
          <w:lang w:eastAsia="zh-CN"/>
        </w:rPr>
      </w:pPr>
      <w:r>
        <w:rPr>
          <w:color w:val="000000"/>
          <w:lang w:eastAsia="zh-CN"/>
        </w:rPr>
        <w:t xml:space="preserve">16. </w:t>
      </w:r>
      <w:r>
        <w:rPr>
          <w:rFonts w:ascii="SimSun" w:eastAsia="SimSun" w:hAnsi="SimSun" w:cs="SimSun"/>
          <w:color w:val="000000"/>
          <w:lang w:eastAsia="zh-CN"/>
        </w:rPr>
        <w:t>阅读全文，说说“湖畔风景”指的是什么。</w:t>
      </w:r>
    </w:p>
    <w:p w14:paraId="5549AEC2"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（二）（共12分）</w:t>
      </w:r>
    </w:p>
    <w:p w14:paraId="06C224F1" w14:textId="77777777" w:rsidR="00B475E2" w:rsidRDefault="00B475E2" w:rsidP="00B475E2">
      <w:pPr>
        <w:spacing w:line="360" w:lineRule="auto"/>
        <w:rPr>
          <w:color w:val="000000"/>
          <w:lang w:eastAsia="zh-CN"/>
        </w:rPr>
      </w:pPr>
      <w:r>
        <w:rPr>
          <w:rFonts w:ascii="SimSun" w:eastAsia="SimSun" w:hAnsi="SimSun" w:cs="SimSun"/>
          <w:color w:val="000000"/>
          <w:lang w:eastAsia="zh-CN"/>
        </w:rPr>
        <w:lastRenderedPageBreak/>
        <w:t>阅读下面的文字，完成各题。</w:t>
      </w:r>
    </w:p>
    <w:p w14:paraId="610FEA92" w14:textId="77777777" w:rsidR="00B475E2" w:rsidRDefault="00B475E2" w:rsidP="00B475E2">
      <w:pPr>
        <w:spacing w:line="360" w:lineRule="auto"/>
        <w:jc w:val="center"/>
        <w:rPr>
          <w:color w:val="000000"/>
          <w:lang w:eastAsia="zh-CN"/>
        </w:rPr>
      </w:pPr>
      <w:r>
        <w:rPr>
          <w:rFonts w:ascii="SimSun" w:eastAsia="SimSun" w:hAnsi="SimSun" w:cs="SimSun"/>
          <w:color w:val="000000"/>
          <w:lang w:eastAsia="zh-CN"/>
        </w:rPr>
        <w:t>一</w:t>
      </w:r>
    </w:p>
    <w:p w14:paraId="3AA6C5A5"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①小时候，去过颐和园，却从没有去过里头的谐趣园。第一次去谐趣园，是1970年的夏天。我和弟弟约好，分别从北大荒和青海回北京探亲。我们俩人已经有两年多没有回北京了。那一年，我23岁，弟弟20岁。</w:t>
      </w:r>
    </w:p>
    <w:p w14:paraId="2AF9264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有塞外风雪和戈壁滩风沙做参照物，颐和园的皇家园林风光，显得是那样的不真实，亮丽得有些刺眼睛。第一次到谐趣园，留在记忆里的是满园荷花怒放，才发现小时候语文课本里学过的古诗“接天莲叶无穷碧，映日荷花别样红”并非夸张。那时候见识浅陋，从没见过这样多的荷花。</w:t>
      </w:r>
    </w:p>
    <w:p w14:paraId="333E5BB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③我和弟弟在荷花池边照了张合影。两年多未见，他高出我半头。</w:t>
      </w:r>
    </w:p>
    <w:p w14:paraId="7A525BB7"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④我们都穿着流行的的确良衬衫，在王府井百货大楼新买的，每件12元，灰色，长袖。</w:t>
      </w:r>
    </w:p>
    <w:p w14:paraId="44957790"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⑤晚上回到家。脱衣服睡觉时候，看见父亲穿着一件背心，母亲穿着一件汗衫，都是我和弟弟前些年读中学时穿过的，已经洗旧，洗薄，后背露出几个不小的窟窿眼儿。</w:t>
      </w:r>
    </w:p>
    <w:p w14:paraId="3518A15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⑥父亲、母亲都没有去过谐趣园。</w:t>
      </w:r>
    </w:p>
    <w:p w14:paraId="0CF31C4B" w14:textId="77777777" w:rsidR="00B475E2" w:rsidRDefault="00B475E2" w:rsidP="00B475E2">
      <w:pPr>
        <w:spacing w:line="360" w:lineRule="auto"/>
        <w:jc w:val="center"/>
        <w:rPr>
          <w:color w:val="000000"/>
          <w:lang w:eastAsia="zh-CN"/>
        </w:rPr>
      </w:pPr>
      <w:r>
        <w:rPr>
          <w:rFonts w:ascii="SimSun" w:eastAsia="SimSun" w:hAnsi="SimSun" w:cs="SimSun"/>
          <w:color w:val="000000"/>
          <w:lang w:eastAsia="zh-CN"/>
        </w:rPr>
        <w:t>二</w:t>
      </w:r>
    </w:p>
    <w:p w14:paraId="659122DD"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①秋深时分，谐趣园中的湛清轩很漂亮。东西两侧密密的树叶，黄的如金，红的似霞，红黄绿相间的，像三色堇花。来照相的人特别多，来晒太阳的人也特别多。照相的，大多是年轻人；晒太阳的，大多是老人。</w:t>
      </w:r>
    </w:p>
    <w:p w14:paraId="0BF36C47"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②湛清轩朝南，有高高的台阶，坐在两边的长椅上晒太阳最合适，而且居高临下，可以把谐趣园一览无余。</w:t>
      </w:r>
    </w:p>
    <w:p w14:paraId="148D9A2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③那天中午，在湛清轩，已经找不到可坐之地。看到一对老夫妇，正打开饭盒准备吃饭，饭盒热气腾腾,我禁不住说了一声：“您够讲究的，吃的还是热乎的呢！”</w:t>
      </w:r>
    </w:p>
    <w:p w14:paraId="176003D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④我和他们聊了几句，得知老两口比我大两岁，以前是小学老师，家住朝阳，不近，得倒两回车，这两年常到这里。北京所有的公园都逛了，他们觉得还是颐和园风景最好，</w:t>
      </w:r>
      <w:r>
        <w:rPr>
          <w:rFonts w:ascii="KaiTi" w:eastAsia="KaiTi" w:hAnsi="KaiTi" w:cs="KaiTi"/>
          <w:color w:val="000000"/>
          <w:lang w:eastAsia="zh-CN"/>
        </w:rPr>
        <w:lastRenderedPageBreak/>
        <w:t>颐和园里，谐趣园最好。每次来，都带好吃的喝的，天凉了，就带热的，在这里坐半天，下午打道回府。</w:t>
      </w:r>
    </w:p>
    <w:p w14:paraId="59802CFD"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⑤看着他们美美地吃完，老奶奶打开一个保温杯,递给老爷子。我冲老爷子说：“看您多美呀，有吃的，还有喝的呢！您这是喝的什么宝贝呀？”</w:t>
      </w:r>
    </w:p>
    <w:p w14:paraId="254AD69B"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⑥老爷子举着杯子，兴奋地对我说：“老婆子熬的莲子银耳汤！”</w:t>
      </w:r>
    </w:p>
    <w:p w14:paraId="4317B2F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⑦“今年的新莲子，女儿从湖南湘潭寄来的湘莲!”老奶奶说话了，有几分得意。</w:t>
      </w:r>
    </w:p>
    <w:p w14:paraId="7F3A0346"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⑧一问，女儿远嫁湖南，一直想接他们去湖南，老两口却枯守北京。</w:t>
      </w:r>
    </w:p>
    <w:p w14:paraId="6F9C8831"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⑨“看我们每天能到这里来走走,女儿也就放心了。”老奶奶说完，轻轻叹了口气。</w:t>
      </w:r>
    </w:p>
    <w:p w14:paraId="6321B211" w14:textId="77777777" w:rsidR="00B475E2" w:rsidRDefault="00B475E2" w:rsidP="00B475E2">
      <w:pPr>
        <w:spacing w:line="360" w:lineRule="auto"/>
        <w:ind w:firstLine="420"/>
        <w:jc w:val="center"/>
        <w:rPr>
          <w:color w:val="000000"/>
          <w:lang w:eastAsia="zh-CN"/>
        </w:rPr>
      </w:pPr>
      <w:r>
        <w:rPr>
          <w:rFonts w:ascii="SimSun" w:eastAsia="SimSun" w:hAnsi="SimSun" w:cs="SimSun"/>
          <w:color w:val="000000"/>
          <w:lang w:eastAsia="zh-CN"/>
        </w:rPr>
        <w:t>三</w:t>
      </w:r>
    </w:p>
    <w:p w14:paraId="1EB9102B"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①一年四季，夏天的谐趣园最漂亮。</w:t>
      </w:r>
    </w:p>
    <w:p w14:paraId="3CADFAD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今年暑假，两个孙子从国外回北京。四年未见，两个孩子都长高了，老大已经一米八多，快认不得了。来到谐趣园，特意带他们从知春堂沿着游廊往下走，从高到低，在知鱼桥处拐了直角的大弯儿。穿过澹碧亭，一直往西下去。</w:t>
      </w:r>
    </w:p>
    <w:p w14:paraId="797DE7CB"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③我问老大：“你还记得这里吗？”</w:t>
      </w:r>
    </w:p>
    <w:p w14:paraId="6E324C15"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④他点点头。</w:t>
      </w:r>
    </w:p>
    <w:p w14:paraId="1A9DACDB"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⑤我又问：“记得三岁半那年夏天，你就是从这里往下跑，我在下面的长廊等你。拐过弯儿之后，看见你跑下来了，‘扑通’一声摔了个大跟头，你哭着跑到我面前，我心疼地（</w:t>
      </w:r>
      <w:r>
        <w:rPr>
          <w:color w:val="000000"/>
          <w:lang w:eastAsia="zh-CN"/>
        </w:rPr>
        <w:t>A</w:t>
      </w:r>
      <w:r>
        <w:rPr>
          <w:rFonts w:ascii="KaiTi" w:eastAsia="KaiTi" w:hAnsi="KaiTi" w:cs="KaiTi"/>
          <w:color w:val="000000"/>
          <w:lang w:eastAsia="zh-CN"/>
        </w:rPr>
        <w:t>）</w:t>
      </w:r>
      <w:r>
        <w:rPr>
          <w:rFonts w:ascii="KaiTi" w:eastAsia="KaiTi" w:hAnsi="KaiTi" w:cs="KaiTi"/>
          <w:color w:val="000000"/>
          <w:u w:val="single"/>
          <w:lang w:eastAsia="zh-CN"/>
        </w:rPr>
        <w:t>一把搂住</w:t>
      </w:r>
      <w:r>
        <w:rPr>
          <w:rFonts w:ascii="KaiTi" w:eastAsia="KaiTi" w:hAnsi="KaiTi" w:cs="KaiTi"/>
          <w:color w:val="000000"/>
          <w:lang w:eastAsia="zh-CN"/>
        </w:rPr>
        <w:t>了你。”</w:t>
      </w:r>
    </w:p>
    <w:p w14:paraId="2DFCFE57"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⑥他望着我，没说话。</w:t>
      </w:r>
    </w:p>
    <w:p w14:paraId="5DB60C9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⑦我接着说：“就在这个澹碧亭前面的长椅上，坐着一个女的，她告诉我，你从这椅子上一路跑下来，遇见柱子，就抱着柱子跳过去，然后调皮地接着跑。在这拐弯儿的地方，不小心，从椅子上掉了下来。”</w:t>
      </w:r>
    </w:p>
    <w:p w14:paraId="2C0E1DE1"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⑧他摇摇头，说记不得了。</w:t>
      </w:r>
    </w:p>
    <w:p w14:paraId="349D017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⑨我说：“爷爷每一次来这里，都会想起这事</w:t>
      </w:r>
      <w:r>
        <w:rPr>
          <w:color w:val="000000"/>
          <w:lang w:eastAsia="zh-CN"/>
        </w:rPr>
        <w:t>——</w:t>
      </w:r>
      <w:r>
        <w:rPr>
          <w:rFonts w:ascii="KaiTi" w:eastAsia="KaiTi" w:hAnsi="KaiTi" w:cs="KaiTi"/>
          <w:color w:val="000000"/>
          <w:lang w:eastAsia="zh-CN"/>
        </w:rPr>
        <w:t>三岁半的你从这里跑下来，摔了个大跟头。日子过得多快呀，现在，你都十三岁半了……”</w:t>
      </w:r>
    </w:p>
    <w:p w14:paraId="064E7CC4"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⑩没等我说完，他（</w:t>
      </w:r>
      <w:r>
        <w:rPr>
          <w:color w:val="000000"/>
          <w:lang w:eastAsia="zh-CN"/>
        </w:rPr>
        <w:t>B</w:t>
      </w:r>
      <w:r>
        <w:rPr>
          <w:rFonts w:ascii="KaiTi" w:eastAsia="KaiTi" w:hAnsi="KaiTi" w:cs="KaiTi"/>
          <w:color w:val="000000"/>
          <w:lang w:eastAsia="zh-CN"/>
        </w:rPr>
        <w:t>）一把搂住了我。</w:t>
      </w:r>
    </w:p>
    <w:p w14:paraId="0C151DB5" w14:textId="77777777" w:rsidR="00B475E2" w:rsidRDefault="00B475E2" w:rsidP="00B475E2">
      <w:pPr>
        <w:spacing w:line="360" w:lineRule="auto"/>
        <w:ind w:firstLine="420"/>
        <w:jc w:val="right"/>
        <w:rPr>
          <w:color w:val="000000"/>
          <w:lang w:eastAsia="zh-CN"/>
        </w:rPr>
      </w:pPr>
      <w:r>
        <w:rPr>
          <w:color w:val="000000"/>
          <w:lang w:eastAsia="zh-CN"/>
        </w:rPr>
        <w:t>（取材于肖复兴文章，有删节）</w:t>
      </w:r>
    </w:p>
    <w:p w14:paraId="21216C91" w14:textId="77777777" w:rsidR="00B475E2" w:rsidRDefault="00B475E2" w:rsidP="00B475E2">
      <w:pPr>
        <w:spacing w:line="360" w:lineRule="auto"/>
        <w:rPr>
          <w:color w:val="000000"/>
          <w:lang w:eastAsia="zh-CN"/>
        </w:rPr>
      </w:pPr>
      <w:r>
        <w:rPr>
          <w:color w:val="000000"/>
          <w:lang w:eastAsia="zh-CN"/>
        </w:rPr>
        <w:t xml:space="preserve">17. </w:t>
      </w:r>
      <w:r>
        <w:rPr>
          <w:rFonts w:ascii="SimSun" w:eastAsia="SimSun" w:hAnsi="SimSun" w:cs="SimSun"/>
          <w:color w:val="000000"/>
          <w:lang w:eastAsia="zh-CN"/>
        </w:rPr>
        <w:t>这篇文章在编选时删节了许多内容。如果请你给它拟一个题目，你会以什么为题？如参看下图篇目拟题，请完成第（1）题：如自拟题目，请完成第（2）题。</w:t>
      </w:r>
    </w:p>
    <w:tbl>
      <w:tblPr>
        <w:tblW w:w="2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970"/>
      </w:tblGrid>
      <w:tr w:rsidR="00B475E2" w14:paraId="41579BAE" w14:textId="77777777" w:rsidTr="005A467C">
        <w:tc>
          <w:tcPr>
            <w:tcW w:w="29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A4EB8EA" w14:textId="77777777" w:rsidR="00B475E2" w:rsidRDefault="00B475E2" w:rsidP="005A467C">
            <w:pPr>
              <w:spacing w:line="360" w:lineRule="auto"/>
              <w:rPr>
                <w:color w:val="000000"/>
                <w:lang w:eastAsia="zh-CN"/>
              </w:rPr>
            </w:pPr>
            <w:r>
              <w:rPr>
                <w:rFonts w:ascii="SimSun" w:eastAsia="SimSun" w:hAnsi="SimSun" w:cs="SimSun"/>
                <w:color w:val="000000"/>
                <w:lang w:eastAsia="zh-CN"/>
              </w:rPr>
              <w:t>秋天的怀念/史铁生</w:t>
            </w:r>
          </w:p>
          <w:p w14:paraId="5918B25D" w14:textId="77777777" w:rsidR="00B475E2" w:rsidRDefault="00B475E2" w:rsidP="005A467C">
            <w:pPr>
              <w:spacing w:line="360" w:lineRule="auto"/>
              <w:rPr>
                <w:color w:val="000000"/>
                <w:lang w:eastAsia="zh-CN"/>
              </w:rPr>
            </w:pPr>
            <w:r>
              <w:rPr>
                <w:rFonts w:ascii="SimSun" w:eastAsia="SimSun" w:hAnsi="SimSun" w:cs="SimSun"/>
                <w:color w:val="000000"/>
                <w:lang w:eastAsia="zh-CN"/>
              </w:rPr>
              <w:t>散步/莫怀戚</w:t>
            </w:r>
          </w:p>
          <w:p w14:paraId="237F6CF5" w14:textId="77777777" w:rsidR="00B475E2" w:rsidRDefault="00B475E2" w:rsidP="005A467C">
            <w:pPr>
              <w:spacing w:line="360" w:lineRule="auto"/>
              <w:rPr>
                <w:color w:val="000000"/>
                <w:lang w:eastAsia="zh-CN"/>
              </w:rPr>
            </w:pPr>
            <w:r>
              <w:rPr>
                <w:rFonts w:ascii="SimSun" w:eastAsia="SimSun" w:hAnsi="SimSun" w:cs="SimSun"/>
                <w:color w:val="000000"/>
                <w:lang w:eastAsia="zh-CN"/>
              </w:rPr>
              <w:t>金色花/泰戈尔</w:t>
            </w:r>
          </w:p>
          <w:p w14:paraId="6A83BE4E" w14:textId="77777777" w:rsidR="00B475E2" w:rsidRDefault="00B475E2" w:rsidP="005A467C">
            <w:pPr>
              <w:spacing w:line="360" w:lineRule="auto"/>
              <w:rPr>
                <w:color w:val="000000"/>
                <w:lang w:eastAsia="zh-CN"/>
              </w:rPr>
            </w:pPr>
            <w:r>
              <w:rPr>
                <w:rFonts w:ascii="SimSun" w:eastAsia="SimSun" w:hAnsi="SimSun" w:cs="SimSun"/>
                <w:color w:val="000000"/>
                <w:lang w:eastAsia="zh-CN"/>
              </w:rPr>
              <w:t>荷叶·母亲/冰心</w:t>
            </w:r>
          </w:p>
          <w:p w14:paraId="5B28A53A" w14:textId="77777777" w:rsidR="00B475E2" w:rsidRDefault="00B475E2" w:rsidP="005A467C">
            <w:pPr>
              <w:spacing w:line="360" w:lineRule="auto"/>
              <w:rPr>
                <w:color w:val="000000"/>
              </w:rPr>
            </w:pPr>
            <w:r>
              <w:rPr>
                <w:rFonts w:ascii="SimSun" w:eastAsia="SimSun" w:hAnsi="SimSun" w:cs="SimSun"/>
                <w:color w:val="000000"/>
              </w:rPr>
              <w:t>天上的街市/郭沫若</w:t>
            </w:r>
          </w:p>
        </w:tc>
      </w:tr>
    </w:tbl>
    <w:p w14:paraId="58FC347B" w14:textId="77777777" w:rsidR="00B475E2" w:rsidRDefault="00B475E2" w:rsidP="00B475E2">
      <w:pPr>
        <w:spacing w:line="360" w:lineRule="auto"/>
        <w:rPr>
          <w:color w:val="000000"/>
          <w:lang w:eastAsia="zh-CN"/>
        </w:rPr>
      </w:pPr>
      <w:r>
        <w:rPr>
          <w:rFonts w:ascii="SimSun" w:eastAsia="SimSun" w:hAnsi="SimSun" w:cs="SimSun"/>
          <w:color w:val="000000"/>
          <w:lang w:eastAsia="zh-CN"/>
        </w:rPr>
        <w:t>（1）我参照《</w:t>
      </w:r>
      <w:r>
        <w:rPr>
          <w:rFonts w:ascii="SimSun" w:eastAsia="SimSun" w:hAnsi="SimSun" w:cs="SimSun"/>
          <w:color w:val="000000"/>
          <w:u w:val="single"/>
          <w:lang w:eastAsia="zh-CN"/>
        </w:rPr>
        <w:t>①</w:t>
      </w:r>
      <w:r>
        <w:rPr>
          <w:color w:val="000000"/>
          <w:lang w:eastAsia="zh-CN"/>
        </w:rPr>
        <w:t>_________</w:t>
      </w:r>
      <w:r>
        <w:rPr>
          <w:rFonts w:ascii="SimSun" w:eastAsia="SimSun" w:hAnsi="SimSun" w:cs="SimSun"/>
          <w:color w:val="000000"/>
          <w:lang w:eastAsia="zh-CN"/>
        </w:rPr>
        <w:t>》，拟题为</w:t>
      </w:r>
      <w:r>
        <w:rPr>
          <w:rFonts w:ascii="SimSun" w:eastAsia="SimSun" w:hAnsi="SimSun" w:cs="SimSun"/>
          <w:color w:val="000000"/>
          <w:u w:val="single"/>
          <w:lang w:eastAsia="zh-CN"/>
        </w:rPr>
        <w:t xml:space="preserve"> ②</w:t>
      </w:r>
      <w:r>
        <w:rPr>
          <w:color w:val="000000"/>
          <w:lang w:eastAsia="zh-CN"/>
        </w:rPr>
        <w:t>___________</w:t>
      </w:r>
      <w:r>
        <w:rPr>
          <w:rFonts w:ascii="SimSun" w:eastAsia="SimSun" w:hAnsi="SimSun" w:cs="SimSun"/>
          <w:color w:val="000000"/>
          <w:lang w:eastAsia="zh-CN"/>
        </w:rPr>
        <w:t xml:space="preserve"> </w:t>
      </w:r>
    </w:p>
    <w:p w14:paraId="5E763D74" w14:textId="77777777" w:rsidR="00B475E2" w:rsidRDefault="00B475E2" w:rsidP="00B475E2">
      <w:pPr>
        <w:spacing w:line="360" w:lineRule="auto"/>
        <w:rPr>
          <w:color w:val="000000"/>
          <w:lang w:eastAsia="zh-CN"/>
        </w:rPr>
      </w:pPr>
      <w:r>
        <w:rPr>
          <w:rFonts w:ascii="SimSun" w:eastAsia="SimSun" w:hAnsi="SimSun" w:cs="SimSun"/>
          <w:color w:val="000000"/>
          <w:lang w:eastAsia="zh-CN"/>
        </w:rPr>
        <w:t>（2）自拟题目：</w:t>
      </w:r>
      <w:r>
        <w:rPr>
          <w:rFonts w:ascii="SimSun" w:eastAsia="SimSun" w:hAnsi="SimSun" w:cs="SimSun"/>
          <w:color w:val="000000"/>
          <w:u w:val="single"/>
          <w:lang w:eastAsia="zh-CN"/>
        </w:rPr>
        <w:t>①</w:t>
      </w:r>
      <w:r>
        <w:rPr>
          <w:color w:val="000000"/>
          <w:lang w:eastAsia="zh-CN"/>
        </w:rPr>
        <w:t>_________</w:t>
      </w:r>
      <w:r>
        <w:rPr>
          <w:rFonts w:ascii="SimSun" w:eastAsia="SimSun" w:hAnsi="SimSun" w:cs="SimSun"/>
          <w:color w:val="000000"/>
          <w:lang w:eastAsia="zh-CN"/>
        </w:rPr>
        <w:t>，理由：</w:t>
      </w:r>
      <w:r>
        <w:rPr>
          <w:rFonts w:ascii="SimSun" w:eastAsia="SimSun" w:hAnsi="SimSun" w:cs="SimSun"/>
          <w:color w:val="000000"/>
          <w:u w:val="single"/>
          <w:lang w:eastAsia="zh-CN"/>
        </w:rPr>
        <w:t>②</w:t>
      </w:r>
      <w:r>
        <w:rPr>
          <w:color w:val="000000"/>
          <w:lang w:eastAsia="zh-CN"/>
        </w:rPr>
        <w:t>____________</w:t>
      </w:r>
    </w:p>
    <w:p w14:paraId="7920851F" w14:textId="77777777" w:rsidR="00B475E2" w:rsidRDefault="00B475E2" w:rsidP="00B475E2">
      <w:pPr>
        <w:spacing w:line="360" w:lineRule="auto"/>
        <w:rPr>
          <w:color w:val="000000"/>
          <w:lang w:eastAsia="zh-CN"/>
        </w:rPr>
      </w:pPr>
      <w:r>
        <w:rPr>
          <w:color w:val="000000"/>
          <w:lang w:eastAsia="zh-CN"/>
        </w:rPr>
        <w:t xml:space="preserve">18. </w:t>
      </w:r>
      <w:r>
        <w:rPr>
          <w:rFonts w:ascii="SimSun" w:eastAsia="SimSun" w:hAnsi="SimSun" w:cs="SimSun"/>
          <w:color w:val="000000"/>
          <w:lang w:eastAsia="zh-CN"/>
        </w:rPr>
        <w:t>文章平静的叙述中蕴含着感人的力量。第一、二部分中哪个细节最让你感动？为什么？</w:t>
      </w:r>
    </w:p>
    <w:p w14:paraId="6F9FEB5F" w14:textId="77777777" w:rsidR="00B475E2" w:rsidRDefault="00B475E2" w:rsidP="00B475E2">
      <w:pPr>
        <w:spacing w:line="360" w:lineRule="auto"/>
        <w:rPr>
          <w:color w:val="000000"/>
          <w:lang w:eastAsia="zh-CN"/>
        </w:rPr>
      </w:pPr>
      <w:r>
        <w:rPr>
          <w:color w:val="000000"/>
          <w:lang w:eastAsia="zh-CN"/>
        </w:rPr>
        <w:t xml:space="preserve">19. </w:t>
      </w:r>
      <w:r>
        <w:rPr>
          <w:rFonts w:ascii="SimSun" w:eastAsia="SimSun" w:hAnsi="SimSun" w:cs="SimSun"/>
          <w:color w:val="000000"/>
          <w:lang w:eastAsia="zh-CN"/>
        </w:rPr>
        <w:t>文章第三部分两次出现“一把搂住”，结合语境，具体谈谈你对这个词语</w:t>
      </w:r>
      <w:r>
        <w:rPr>
          <w:rFonts w:ascii="SimSun" w:eastAsia="SimSun" w:hAnsi="SimSun" w:cs="SimSun"/>
          <w:noProof/>
          <w:color w:val="000000"/>
        </w:rPr>
        <w:drawing>
          <wp:inline distT="0" distB="0" distL="114300" distR="114300" wp14:anchorId="2D7EFFC8" wp14:editId="7C27799D">
            <wp:extent cx="133350" cy="177800"/>
            <wp:effectExtent l="0" t="0" r="0" b="0"/>
            <wp:docPr id="1305" name="图片 10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图片 100033"/>
                    <pic:cNvPicPr>
                      <a:picLocks noChangeAspect="1"/>
                    </pic:cNvPicPr>
                  </pic:nvPicPr>
                  <pic:blipFill>
                    <a:blip r:embed="rId34"/>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理解。</w:t>
      </w:r>
    </w:p>
    <w:p w14:paraId="6515981E" w14:textId="77777777" w:rsidR="00B475E2" w:rsidRDefault="00B475E2" w:rsidP="00B475E2">
      <w:pPr>
        <w:spacing w:line="360" w:lineRule="auto"/>
        <w:rPr>
          <w:color w:val="000000"/>
          <w:lang w:eastAsia="zh-CN"/>
        </w:rPr>
      </w:pPr>
      <w:r>
        <w:rPr>
          <w:color w:val="000000"/>
          <w:lang w:eastAsia="zh-CN"/>
        </w:rPr>
        <w:t xml:space="preserve">20. </w:t>
      </w:r>
      <w:r>
        <w:rPr>
          <w:rFonts w:ascii="SimSun" w:eastAsia="SimSun" w:hAnsi="SimSun" w:cs="SimSun"/>
          <w:color w:val="000000"/>
          <w:lang w:eastAsia="zh-CN"/>
        </w:rPr>
        <w:t>有评论说：“这篇文章的感情基调与“谐趣”一词极为吻合。”下列与评论中“谐趣”一词表意相近的是</w:t>
      </w:r>
    </w:p>
    <w:p w14:paraId="08799370" w14:textId="77777777" w:rsidR="00B475E2" w:rsidRDefault="00B475E2" w:rsidP="00B475E2">
      <w:pPr>
        <w:spacing w:line="360" w:lineRule="auto"/>
        <w:rPr>
          <w:color w:val="000000"/>
          <w:lang w:eastAsia="zh-CN"/>
        </w:rPr>
      </w:pPr>
      <w:r>
        <w:rPr>
          <w:rFonts w:ascii="SimSun" w:eastAsia="SimSun" w:hAnsi="SimSun" w:cs="SimSun"/>
          <w:color w:val="000000"/>
          <w:lang w:eastAsia="zh-CN"/>
        </w:rPr>
        <w:t>【甲】诙谐风趣          【乙】和谐恬淡         【丙】沉痛感伤</w:t>
      </w:r>
    </w:p>
    <w:p w14:paraId="3B19EFAD" w14:textId="77777777" w:rsidR="00B475E2" w:rsidRDefault="00B475E2" w:rsidP="00B475E2">
      <w:pPr>
        <w:pStyle w:val="Heading3"/>
        <w:rPr>
          <w:lang w:eastAsia="zh-CN"/>
        </w:rPr>
      </w:pPr>
      <w:bookmarkStart w:id="26" w:name="_Toc235355024"/>
      <w:r>
        <w:rPr>
          <w:lang w:eastAsia="zh-CN"/>
        </w:rPr>
        <w:t>石景山区</w:t>
      </w:r>
      <w:bookmarkEnd w:id="26"/>
    </w:p>
    <w:p w14:paraId="6D0C9E54"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四、现代文阅读（共16分）</w:t>
      </w:r>
    </w:p>
    <w:p w14:paraId="1822FE98"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lastRenderedPageBreak/>
        <w:t xml:space="preserve">同学们准备制作关于汉字文化的宣传片，搜集到以下资料，请你与他们一起探究，完成下面小题。 </w:t>
      </w:r>
    </w:p>
    <w:p w14:paraId="118DCD49" w14:textId="77777777" w:rsidR="00B475E2" w:rsidRDefault="00B475E2" w:rsidP="00B475E2">
      <w:pPr>
        <w:spacing w:line="360" w:lineRule="auto"/>
        <w:ind w:firstLine="420"/>
        <w:jc w:val="both"/>
        <w:textAlignment w:val="center"/>
        <w:rPr>
          <w:color w:val="000000"/>
          <w:lang w:eastAsia="zh-CN"/>
        </w:rPr>
      </w:pPr>
      <w:r>
        <w:rPr>
          <w:rFonts w:ascii="SimSun" w:eastAsia="SimSun" w:hAnsi="SimSun" w:cs="SimSun"/>
          <w:color w:val="000000"/>
          <w:lang w:eastAsia="zh-CN"/>
        </w:rPr>
        <w:t>材料一</w:t>
      </w:r>
    </w:p>
    <w:p w14:paraId="0809289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①我们来看这个图标</w:t>
      </w:r>
      <w:r>
        <w:rPr>
          <w:noProof/>
          <w:color w:val="000000"/>
        </w:rPr>
        <w:drawing>
          <wp:inline distT="0" distB="0" distL="114300" distR="114300" wp14:anchorId="117173B3" wp14:editId="487050A6">
            <wp:extent cx="419100" cy="314325"/>
            <wp:effectExtent l="0" t="0" r="0" b="9525"/>
            <wp:docPr id="1307"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图片 100021" descr="学科网(www.zxxk.com)--教育资源门户，提供试卷、教案、课件、论文、素材以及各类教学资源下载，还有大量而丰富的教学相关资讯！"/>
                    <pic:cNvPicPr>
                      <a:picLocks noChangeAspect="1"/>
                    </pic:cNvPicPr>
                  </pic:nvPicPr>
                  <pic:blipFill>
                    <a:blip r:embed="rId35"/>
                    <a:stretch>
                      <a:fillRect/>
                    </a:stretch>
                  </pic:blipFill>
                  <pic:spPr>
                    <a:xfrm>
                      <a:off x="0" y="0"/>
                      <a:ext cx="419100" cy="314325"/>
                    </a:xfrm>
                    <a:prstGeom prst="rect">
                      <a:avLst/>
                    </a:prstGeom>
                  </pic:spPr>
                </pic:pic>
              </a:graphicData>
            </a:graphic>
          </wp:inline>
        </w:drawing>
      </w:r>
      <w:r>
        <w:rPr>
          <w:rFonts w:ascii="KaiTi" w:eastAsia="KaiTi" w:hAnsi="KaiTi" w:cs="KaiTi"/>
          <w:color w:val="000000"/>
          <w:lang w:eastAsia="zh-CN"/>
        </w:rPr>
        <w:t>，上面是太阳，下面是云，如果我们把它写成汉字是“昙”你认为它的意思是“时间短”，还是“看不见”？如果你的脑海里想到“昙花一现”，很自然地就会认为前者是它的意思。但事实上，昙花是看不见的花，它晚上开放，很多人看不到，所以命名“昙花”。这个问题启示我们。要建立一种重要的思维方式——汉字思维。</w:t>
      </w:r>
    </w:p>
    <w:p w14:paraId="6267C04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首先要把字词分开。字和词的关系，就像一个人，他可以有各种身份。但是达个人是唯一的。所以我们要记住汉字只有一个意思，这个意思就是汉字被写成这个样子的道理。例如，仔细观察这些汉字：“雀”“售”“雇”“维”，会发现它们有一个共同的构件“隹”。这是一只鸟，</w:t>
      </w:r>
      <w:r>
        <w:rPr>
          <w:noProof/>
          <w:color w:val="000000"/>
        </w:rPr>
        <w:drawing>
          <wp:inline distT="0" distB="0" distL="114300" distR="114300" wp14:anchorId="17D2DA1B" wp14:editId="0F060392">
            <wp:extent cx="238125" cy="342900"/>
            <wp:effectExtent l="0" t="0" r="9525" b="0"/>
            <wp:docPr id="1309"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图片 100023" descr="学科网(www.zxxk.com)--教育资源门户，提供试卷、教案、课件、论文、素材以及各类教学资源下载，还有大量而丰富的教学相关资讯！"/>
                    <pic:cNvPicPr>
                      <a:picLocks noChangeAspect="1"/>
                    </pic:cNvPicPr>
                  </pic:nvPicPr>
                  <pic:blipFill>
                    <a:blip r:embed="rId36"/>
                    <a:stretch>
                      <a:fillRect/>
                    </a:stretch>
                  </pic:blipFill>
                  <pic:spPr>
                    <a:xfrm>
                      <a:off x="0" y="0"/>
                      <a:ext cx="238125" cy="342900"/>
                    </a:xfrm>
                    <a:prstGeom prst="rect">
                      <a:avLst/>
                    </a:prstGeom>
                  </pic:spPr>
                </pic:pic>
              </a:graphicData>
            </a:graphic>
          </wp:inline>
        </w:drawing>
      </w:r>
      <w:r>
        <w:rPr>
          <w:rFonts w:ascii="KaiTi" w:eastAsia="KaiTi" w:hAnsi="KaiTi" w:cs="KaiTi"/>
          <w:color w:val="000000"/>
          <w:lang w:eastAsia="zh-CN"/>
        </w:rPr>
        <w:t>，读作“zhuī”，当我们知道它是“鸟”以后，就明白“雀”是小鸟，“售”是小鸟张开喉咙，卖力地歌唱。“雇”是候鸟在门窗外鸣叫，在春耕时节提醒农人及时耕种，多么有趣而和谐的场景！所以，汉字积累要学会理解意思。如果我们对汉字都没有画面感，写出来的文章怎么能让人有画面感？</w:t>
      </w:r>
    </w:p>
    <w:p w14:paraId="4147B124"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其次，文和字要分开。文是图案，“字”上面是一个房子，下面是一个婴儿，“字”是生育的意思。文字就是“图案所生的孩子”。我们的祖先告诉我们要识文断字。识文，就是要知道每一个文的特点。我们中国人只创造了两百个不同的基本构件，中国人用这两百个构件可以解释整个宇宙，然后就可以断字，怎么断？靠思考。“思”，“心”上面是一个脑子，人的脑子是管逻辑的。我们的想法很多，天马行空地飘在空中，需要有一个东西把它连在手里，这就是“维”。“维”是用绳子把乌套住，让它受到约束。</w:t>
      </w:r>
    </w:p>
    <w:p w14:paraId="7663940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汉字是有情感的，它传递的是我们祖先的所见所闻、所思所想。我们中国有句话是“日用而人不知”。我们的文字每天都在用，但我们却不能确切的了解它。所以，我们要让大脑经过有效的训练，建立汉字思维，亲近古老的文，理解古老的字。</w:t>
      </w:r>
    </w:p>
    <w:p w14:paraId="6531FA13" w14:textId="77777777" w:rsidR="00B475E2" w:rsidRDefault="00B475E2" w:rsidP="00B475E2">
      <w:pPr>
        <w:spacing w:line="360" w:lineRule="auto"/>
        <w:ind w:firstLine="420"/>
        <w:jc w:val="both"/>
        <w:textAlignment w:val="center"/>
        <w:rPr>
          <w:color w:val="000000"/>
          <w:lang w:eastAsia="zh-CN"/>
        </w:rPr>
      </w:pPr>
      <w:r>
        <w:rPr>
          <w:rFonts w:ascii="SimSun" w:eastAsia="SimSun" w:hAnsi="SimSun" w:cs="SimSun"/>
          <w:color w:val="000000"/>
          <w:lang w:eastAsia="zh-CN"/>
        </w:rPr>
        <w:t>材料二</w:t>
      </w:r>
    </w:p>
    <w:p w14:paraId="495393B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①书法是一种汉字造型艺术。汉字因书法而有无限生动的形式之美，书法因汉字而有无比丰富的内涵之美。梁启超说：“美术一种要素是发挥个性。而发挥个性，最真确的莫如写字。”</w:t>
      </w:r>
    </w:p>
    <w:p w14:paraId="265724D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书法艺术的个性在于能体现人的情感。书者的感情状态会直接表现在字的线条、结体和布局当中。古人陈绎在《翰林要诀》中说：“喜怒哀乐，各有分数。喜则气和而字舒，怒则气粗而字险，哀则气郁而字敛，乐则气平而字丽。”可见感情因素在书法艺术中非常重要。</w:t>
      </w:r>
    </w:p>
    <w:p w14:paraId="782CC62F"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书法极美，亦极难，难在文化积累上。文化是书法的根脉和源泉。苏东坡说：“作字之法，识浅、见狭、学不足三者，终不能尽妙。”黄庭坚说：“学书须要胸中有道义，又广圣哲之学，书乃可贵。”先贤们的这些经验之谈，实质讲的都是文化，是学书者的深根固本之道。</w:t>
      </w:r>
    </w:p>
    <w:p w14:paraId="68BBEBDD" w14:textId="77777777" w:rsidR="00B475E2" w:rsidRDefault="00B475E2" w:rsidP="00B475E2">
      <w:pPr>
        <w:spacing w:line="360" w:lineRule="auto"/>
        <w:ind w:firstLine="420"/>
        <w:jc w:val="both"/>
        <w:textAlignment w:val="center"/>
        <w:rPr>
          <w:color w:val="000000"/>
          <w:lang w:eastAsia="zh-CN"/>
        </w:rPr>
      </w:pPr>
      <w:r>
        <w:rPr>
          <w:rFonts w:ascii="SimSun" w:eastAsia="SimSun" w:hAnsi="SimSun" w:cs="SimSun"/>
          <w:color w:val="000000"/>
          <w:lang w:eastAsia="zh-CN"/>
        </w:rPr>
        <w:t>材料三</w:t>
      </w:r>
    </w:p>
    <w:p w14:paraId="0C54619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①大家在练字的时候，可能都有一个想法：练楷书、行书，什么时候能有我自己的字体呢？现在，这个梦想可以落地了！AI造字功能告诉你：用三五分钟时间，手写十二个字，就能诞生你的独门字体！</w:t>
      </w:r>
    </w:p>
    <w:p w14:paraId="1C31A63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AI造字的个人专属字体生成，在实际体验上“源于真实、高于真实”。所谓源于真实，就是专属字体，确实来自个人的书写习惯。它特别妥帖地针对中国人的习惯，设定了“笔锋”的选择，甚至毛笔字都要区分狼毫与羊毫。在创作字体的书写过程中，手指的“笔触”可以根据笔锋的不同、力度的不同而呈现不一样的字体风格。这种体验可以比较完美地满足书法爱好者对个性化字体的需求。据称，AI造字可以根据不同用户手写字体的大小、宽窄、书写速度和371种连笔风格等，进行完整记录和最终生产。“高于真实”则是另一种体验。在字库里还有很多好看的书法家和名人的字体，如AI造字成功还原了唐玄宗字体，让一代帝王之字再现，让每一个使用者在日常输入时可以沉浸体验帝王挥毫的气度。</w:t>
      </w:r>
    </w:p>
    <w:p w14:paraId="37C17DB1"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阅读材料一，从下列任选一个字，想象古人造字时看到的画面，推测它最初的意思。</w:t>
      </w:r>
    </w:p>
    <w:tbl>
      <w:tblPr>
        <w:tblW w:w="7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795"/>
        <w:gridCol w:w="3795"/>
      </w:tblGrid>
      <w:tr w:rsidR="00B475E2" w14:paraId="2718B488" w14:textId="77777777" w:rsidTr="005A467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4FFCB9E" w14:textId="77777777" w:rsidR="00B475E2" w:rsidRDefault="00B475E2" w:rsidP="005A467C">
            <w:pPr>
              <w:spacing w:line="360" w:lineRule="auto"/>
              <w:textAlignment w:val="center"/>
              <w:rPr>
                <w:color w:val="000000"/>
              </w:rPr>
            </w:pPr>
            <w:r>
              <w:rPr>
                <w:rFonts w:ascii="SimSun" w:eastAsia="SimSun" w:hAnsi="SimSun" w:cs="SimSun"/>
                <w:color w:val="000000"/>
              </w:rPr>
              <w:t>古字</w:t>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433177C" w14:textId="77777777" w:rsidR="00B475E2" w:rsidRDefault="00B475E2" w:rsidP="005A467C">
            <w:pPr>
              <w:spacing w:line="360" w:lineRule="auto"/>
              <w:textAlignment w:val="center"/>
              <w:rPr>
                <w:color w:val="000000"/>
              </w:rPr>
            </w:pPr>
            <w:r>
              <w:rPr>
                <w:rFonts w:ascii="SimSun" w:eastAsia="SimSun" w:hAnsi="SimSun" w:cs="SimSun"/>
                <w:color w:val="000000"/>
              </w:rPr>
              <w:t>今字</w:t>
            </w:r>
          </w:p>
        </w:tc>
      </w:tr>
      <w:tr w:rsidR="00B475E2" w14:paraId="55863B3F" w14:textId="77777777" w:rsidTr="005A467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9D29FFE" w14:textId="77777777" w:rsidR="00B475E2" w:rsidRDefault="00B475E2" w:rsidP="005A467C">
            <w:pPr>
              <w:spacing w:line="360" w:lineRule="auto"/>
              <w:textAlignment w:val="center"/>
              <w:rPr>
                <w:color w:val="000000"/>
              </w:rPr>
            </w:pPr>
            <w:r>
              <w:rPr>
                <w:noProof/>
                <w:color w:val="000000"/>
              </w:rPr>
              <w:lastRenderedPageBreak/>
              <w:drawing>
                <wp:inline distT="0" distB="0" distL="114300" distR="114300" wp14:anchorId="74C3AFA2" wp14:editId="1235D184">
                  <wp:extent cx="238125" cy="419100"/>
                  <wp:effectExtent l="0" t="0" r="9525" b="0"/>
                  <wp:docPr id="1311"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图片 100025" descr="学科网(www.zxxk.com)--教育资源门户，提供试卷、教案、课件、论文、素材以及各类教学资源下载，还有大量而丰富的教学相关资讯！"/>
                          <pic:cNvPicPr>
                            <a:picLocks noChangeAspect="1"/>
                          </pic:cNvPicPr>
                        </pic:nvPicPr>
                        <pic:blipFill>
                          <a:blip r:embed="rId37"/>
                          <a:stretch>
                            <a:fillRect/>
                          </a:stretch>
                        </pic:blipFill>
                        <pic:spPr>
                          <a:xfrm>
                            <a:off x="0" y="0"/>
                            <a:ext cx="238125" cy="419100"/>
                          </a:xfrm>
                          <a:prstGeom prst="rect">
                            <a:avLst/>
                          </a:prstGeom>
                        </pic:spPr>
                      </pic:pic>
                    </a:graphicData>
                  </a:graphic>
                </wp:inline>
              </w:drawing>
            </w:r>
          </w:p>
        </w:t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2050C444" w14:textId="77777777" w:rsidR="00B475E2" w:rsidRDefault="00B475E2" w:rsidP="005A467C">
            <w:pPr>
              <w:spacing w:line="360" w:lineRule="auto"/>
              <w:textAlignment w:val="center"/>
              <w:rPr>
                <w:color w:val="000000"/>
              </w:rPr>
            </w:pPr>
            <w:r>
              <w:rPr>
                <w:rFonts w:ascii="SimSun" w:eastAsia="SimSun" w:hAnsi="SimSun" w:cs="SimSun"/>
                <w:color w:val="000000"/>
              </w:rPr>
              <w:t>集</w:t>
            </w:r>
          </w:p>
        </w:tc>
      </w:tr>
      <w:tr w:rsidR="00B475E2" w14:paraId="621C4364" w14:textId="77777777" w:rsidTr="005A467C">
        <w:tc>
          <w:tcPr>
            <w:tcW w:w="3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99BB1DC" w14:textId="77777777" w:rsidR="00B475E2" w:rsidRDefault="00B475E2" w:rsidP="005A467C">
            <w:pPr>
              <w:spacing w:line="360" w:lineRule="auto"/>
              <w:textAlignment w:val="center"/>
              <w:rPr>
                <w:color w:val="000000"/>
              </w:rPr>
            </w:pPr>
            <w:r>
              <w:rPr>
                <w:noProof/>
                <w:color w:val="000000"/>
              </w:rPr>
              <w:drawing>
                <wp:inline distT="0" distB="0" distL="114300" distR="114300" wp14:anchorId="35B36B94" wp14:editId="3F32D034">
                  <wp:extent cx="247650" cy="342900"/>
                  <wp:effectExtent l="0" t="0" r="0" b="0"/>
                  <wp:docPr id="1312"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图片 100027" descr="学科网(www.zxxk.com)--教育资源门户，提供试卷、教案、课件、论文、素材以及各类教学资源下载，还有大量而丰富的教学相关资讯！"/>
                          <pic:cNvPicPr>
                            <a:picLocks noChangeAspect="1"/>
                          </pic:cNvPicPr>
                        </pic:nvPicPr>
                        <pic:blipFill>
                          <a:blip r:embed="rId38"/>
                          <a:stretch>
                            <a:fillRect/>
                          </a:stretch>
                        </pic:blipFill>
                        <pic:spPr>
                          <a:xfrm>
                            <a:off x="0" y="0"/>
                            <a:ext cx="247650" cy="342900"/>
                          </a:xfrm>
                          <a:prstGeom prst="rect">
                            <a:avLst/>
                          </a:prstGeom>
                        </pic:spPr>
                      </pic:pic>
                    </a:graphicData>
                  </a:graphic>
                </wp:inline>
              </w:drawing>
            </w:r>
            <w:r>
              <w:rPr>
                <w:rFonts w:ascii="Times New Roman" w:eastAsia="Times New Roman" w:hAnsi="Times New Roman" w:cs="Times New Roman"/>
                <w:color w:val="000000"/>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50313D3" w14:textId="77777777" w:rsidR="00B475E2" w:rsidRDefault="00B475E2" w:rsidP="005A467C">
            <w:pPr>
              <w:spacing w:line="360" w:lineRule="auto"/>
              <w:textAlignment w:val="center"/>
              <w:rPr>
                <w:color w:val="000000"/>
              </w:rPr>
            </w:pPr>
            <w:r>
              <w:rPr>
                <w:rFonts w:ascii="SimSun" w:eastAsia="SimSun" w:hAnsi="SimSun" w:cs="SimSun"/>
                <w:color w:val="000000"/>
              </w:rPr>
              <w:t>霍</w:t>
            </w:r>
          </w:p>
        </w:tc>
      </w:tr>
    </w:tbl>
    <w:p w14:paraId="715246F1"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阅读材料二，结合《祭侄文稿》的创作背景，下列对该书法作品理解不正确的一项是（   ）</w:t>
      </w:r>
    </w:p>
    <w:p w14:paraId="7C786FCD"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创作背景：</w:t>
      </w:r>
    </w:p>
    <w:p w14:paraId="33660D2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安史之乱时，镇守常山的颜真卿堂兄颜杲卿和侄子颜季明，起兵抗击叛军，兵败被捕，先后罹难，颜氏一门30余口遇害。颜真卿多方寻找亲人遗骸，最终只找到颜杲卿的一只脚和侄子颜季明的头骨，悲从中来，提笔写下《祭侄文稿》。</w:t>
      </w:r>
    </w:p>
    <w:p w14:paraId="6D143B01" w14:textId="77777777" w:rsidR="00B475E2" w:rsidRDefault="00B475E2" w:rsidP="00B475E2">
      <w:pPr>
        <w:spacing w:line="360" w:lineRule="auto"/>
        <w:textAlignment w:val="center"/>
        <w:rPr>
          <w:color w:val="000000"/>
        </w:rPr>
      </w:pPr>
      <w:r>
        <w:rPr>
          <w:noProof/>
          <w:color w:val="000000"/>
        </w:rPr>
        <w:drawing>
          <wp:inline distT="0" distB="0" distL="114300" distR="114300" wp14:anchorId="1B6A20A7" wp14:editId="51735E44">
            <wp:extent cx="5238750" cy="1790700"/>
            <wp:effectExtent l="0" t="0" r="0" b="0"/>
            <wp:docPr id="1315"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图片 100029" descr="学科网(www.zxxk.com)--教育资源门户，提供试卷、教案、课件、论文、素材以及各类教学资源下载，还有大量而丰富的教学相关资讯！"/>
                    <pic:cNvPicPr>
                      <a:picLocks noChangeAspect="1"/>
                    </pic:cNvPicPr>
                  </pic:nvPicPr>
                  <pic:blipFill>
                    <a:blip r:embed="rId39"/>
                    <a:stretch>
                      <a:fillRect/>
                    </a:stretch>
                  </pic:blipFill>
                  <pic:spPr>
                    <a:xfrm>
                      <a:off x="0" y="0"/>
                      <a:ext cx="5238750" cy="1790700"/>
                    </a:xfrm>
                    <a:prstGeom prst="rect">
                      <a:avLst/>
                    </a:prstGeom>
                  </pic:spPr>
                </pic:pic>
              </a:graphicData>
            </a:graphic>
          </wp:inline>
        </w:drawing>
      </w:r>
    </w:p>
    <w:p w14:paraId="3C289664"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作品文字瘦长、飘逸，运笔行云流水，可见作者内心的激动澎湃。</w:t>
      </w:r>
    </w:p>
    <w:p w14:paraId="7C1E4C12" w14:textId="77777777" w:rsidR="00B475E2" w:rsidRDefault="00B475E2" w:rsidP="00B475E2">
      <w:pPr>
        <w:spacing w:line="360" w:lineRule="auto"/>
        <w:textAlignment w:val="center"/>
        <w:rPr>
          <w:color w:val="000000"/>
          <w:lang w:eastAsia="zh-CN"/>
        </w:rPr>
      </w:pPr>
      <w:r>
        <w:rPr>
          <w:color w:val="000000"/>
          <w:lang w:eastAsia="zh-CN"/>
        </w:rPr>
        <w:t xml:space="preserve">B. </w:t>
      </w:r>
      <w:r>
        <w:rPr>
          <w:rFonts w:ascii="SimSun" w:eastAsia="SimSun" w:hAnsi="SimSun" w:cs="SimSun"/>
          <w:color w:val="000000"/>
          <w:lang w:eastAsia="zh-CN"/>
        </w:rPr>
        <w:t>作者内心悲愤交加，字间行气，随情而变，时疏时密，毫无雕饰。</w:t>
      </w:r>
    </w:p>
    <w:p w14:paraId="31595543"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作品圈点涂改随处可见，可以强烈感受到作者感情的起伏和渲泄。</w:t>
      </w:r>
    </w:p>
    <w:p w14:paraId="4B28B598"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作品墨色浓重而枯涩，与作者当时撕心裂肺的悲恸情感高度一致。</w:t>
      </w:r>
    </w:p>
    <w:p w14:paraId="73CB6248"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根据材料三的文字和下列图表的信息，预测中国字库行业的发展趋势。</w:t>
      </w:r>
    </w:p>
    <w:p w14:paraId="5C864ABB" w14:textId="77777777" w:rsidR="00B475E2" w:rsidRDefault="00B475E2" w:rsidP="00B475E2">
      <w:pPr>
        <w:spacing w:line="360" w:lineRule="auto"/>
        <w:textAlignment w:val="center"/>
        <w:rPr>
          <w:color w:val="000000"/>
        </w:rPr>
      </w:pPr>
      <w:r>
        <w:rPr>
          <w:noProof/>
          <w:color w:val="000000"/>
        </w:rPr>
        <w:lastRenderedPageBreak/>
        <w:drawing>
          <wp:inline distT="0" distB="0" distL="114300" distR="114300" wp14:anchorId="51F42800" wp14:editId="1EAF64EA">
            <wp:extent cx="4819650" cy="1809750"/>
            <wp:effectExtent l="0" t="0" r="0" b="0"/>
            <wp:docPr id="1317" name="图片 88562661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图片 885626618" descr="学科网(www.zxxk.com)--教育资源门户，提供试卷、教案、课件、论文、素材以及各类教学资源下载，还有大量而丰富的教学相关资讯！"/>
                    <pic:cNvPicPr>
                      <a:picLocks noChangeAspect="1"/>
                    </pic:cNvPicPr>
                  </pic:nvPicPr>
                  <pic:blipFill>
                    <a:blip r:embed="rId40"/>
                    <a:stretch>
                      <a:fillRect/>
                    </a:stretch>
                  </pic:blipFill>
                  <pic:spPr>
                    <a:xfrm>
                      <a:off x="0" y="0"/>
                      <a:ext cx="4819650" cy="1809750"/>
                    </a:xfrm>
                    <a:prstGeom prst="rect">
                      <a:avLst/>
                    </a:prstGeom>
                  </pic:spPr>
                </pic:pic>
              </a:graphicData>
            </a:graphic>
          </wp:inline>
        </w:drawing>
      </w:r>
    </w:p>
    <w:p w14:paraId="26EDDB66"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结合以上材料，说说我们应该从哪三个方面传承和发展汉字文化</w:t>
      </w:r>
      <w:r>
        <w:rPr>
          <w:rFonts w:ascii="SimSun" w:eastAsia="SimSun" w:hAnsi="SimSun" w:cs="SimSun"/>
          <w:noProof/>
          <w:color w:val="000000"/>
          <w:position w:val="-12"/>
        </w:rPr>
        <w:drawing>
          <wp:inline distT="0" distB="0" distL="114300" distR="114300" wp14:anchorId="49BF217A" wp14:editId="44740F33">
            <wp:extent cx="127000" cy="76200"/>
            <wp:effectExtent l="0" t="0" r="0" b="0"/>
            <wp:docPr id="1319" name="图片 100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图片 100041"/>
                    <pic:cNvPicPr>
                      <a:picLocks noChangeAspect="1"/>
                    </pic:cNvPicPr>
                  </pic:nvPicPr>
                  <pic:blipFill>
                    <a:blip r:embed="rId41"/>
                    <a:stretch>
                      <a:fillRect/>
                    </a:stretch>
                  </pic:blipFill>
                  <pic:spPr>
                    <a:xfrm>
                      <a:off x="0" y="0"/>
                      <a:ext cx="127000" cy="76200"/>
                    </a:xfrm>
                    <a:prstGeom prst="rect">
                      <a:avLst/>
                    </a:prstGeom>
                  </pic:spPr>
                </pic:pic>
              </a:graphicData>
            </a:graphic>
          </wp:inline>
        </w:drawing>
      </w:r>
    </w:p>
    <w:p w14:paraId="0E06AE60"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阅读《文字的神奇魅力》，完成下面小题。</w:t>
      </w:r>
    </w:p>
    <w:p w14:paraId="315C55F1" w14:textId="77777777" w:rsidR="00B475E2" w:rsidRDefault="00B475E2" w:rsidP="00B475E2">
      <w:pPr>
        <w:spacing w:line="360" w:lineRule="auto"/>
        <w:ind w:firstLine="420"/>
        <w:jc w:val="center"/>
        <w:textAlignment w:val="center"/>
        <w:rPr>
          <w:color w:val="000000"/>
          <w:lang w:eastAsia="zh-CN"/>
        </w:rPr>
      </w:pPr>
      <w:r>
        <w:rPr>
          <w:rFonts w:ascii="KaiTi" w:eastAsia="KaiTi" w:hAnsi="KaiTi" w:cs="KaiTi"/>
          <w:color w:val="000000"/>
          <w:lang w:eastAsia="zh-CN"/>
        </w:rPr>
        <w:t>文字的神奇魅力</w:t>
      </w:r>
    </w:p>
    <w:p w14:paraId="3E59D9D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那天和臻儿聊天，聊到开心处，我情不自禁打出了两个字“呵呵”，感觉臻儿有点不开心，但也没多大情绪反应，母子继续聊天，这时臻儿告诉我一件很意外的事情，我又打出了一个经常用的语气词“哦”表示知道。这下，屏幕对面的臻儿很恼火地对我说：“妈，您什么意思啊！不和您说话了！”当时我一头雾水，摸不着头脑，问他：“怎么了？”臻儿只扔给我一句：“您自己去网上查查它们是什么意思！”</w:t>
      </w:r>
    </w:p>
    <w:p w14:paraId="1805E38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我怀着疑惑的心情去网上一查，疑窦顿开，原来这两个词都是网络流行语。“呵呵”出自中国科学院对“熟蛋返生孵小鸡”事件的回复，有两分讥笑、三分凉薄、四分漫不经心。“哦”则是不想继续聊天的意思。</w:t>
      </w:r>
    </w:p>
    <w:p w14:paraId="34F7235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③儿子是零零后，我是七零后，差不多隔了三十年，这是代沟，更是鸿沟。唯一能连通母子的，只有文字。现在看来，文字也丧失了这种功能。但真是这样吗？</w:t>
      </w:r>
    </w:p>
    <w:p w14:paraId="0812896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我想起近几年很流行的网络用语，它们有许多约定俗成的固定语，有几年还成为校园的主流，甚至某些教辅和试卷当中都有它们的身影。诸如前两年最流行的“干饭人”，后来又出现的“奥利给”，包括现在人们的口头禅“神兽”……这些网络用语有一个很明显的特点，那就是生命周期非常短暂。前几年流行起来的网络用语似乎早已被人们遗忘，新的网络用语正在兴起的路上，然而，一段时间后也会销声匿迹。为什么会这样呢？因为网络用语没有文化的滋养，缺少底蕴，所以它们生存的时间也不会长久。</w:t>
      </w:r>
    </w:p>
    <w:p w14:paraId="4A2E305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⑤我们中华民族的文字，历经甲骨文、金文、篆文、隶书、楷书、行书的演变，承载了千年的文化内涵，经久不衰，至今依然散发着熠熠的光辉。</w:t>
      </w:r>
    </w:p>
    <w:p w14:paraId="6901B0CE"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时间的洪流将繁华的尘世席卷，当逝去的一切都成为尘封的记忆时，阅读楚辞、汉赋、唐诗、宋词……那一个个熟悉的名字立刻出现在脑海，那一个个鲜活的生命仿佛就在你眼前，那一桩桩事件就像刚刚发生过。“路漫漫其修远兮，吾将上下而求索”，屈原拳拳的爱国之心鼓舞着我们；“长风破浪会有时，直挂云帆济沧海”，李白潇洒的人生态度影响着我们；“但愿人长久，千里共婵娟”，苏轼豁达的精神指引着我们……几千年后，这些文字依然历历在目，散发着历久弥新的生命力。文人墨客们的生命，也因文字而得到延续。</w:t>
      </w:r>
    </w:p>
    <w:p w14:paraId="00E8ACF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通过文字，我们可以窥到文字书写者内心丰富的情感。“烽火连三月，家书抵万金”，是万两黄金都无法换取的亲情；“洛阳亲友如相问，一片冰心在玉壶”，是表明心态，宽慰亲友的真情；“欲为圣明除弊事，肯将衰朽惜残年”，是无罪遭贬，仕宦蹉跎的悲情。有人说，喜欢文字的人一定是多愁善感的人，是多情的人。我感觉真正喜欢文字的人，不仅多情，而且很多都有大爱。像鲁迅先生那样，为了民族觉醒毅然弃医从文，用文字唤醒沉睡的国人。他的“多情”是大爱无疆。</w:t>
      </w:r>
    </w:p>
    <w:p w14:paraId="793F9F2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打小我就喜欢文字。高兴了，撰出笔写写；忧伤了，坐来前记记。如此一来，文字就成了我形影不离的知己，始终不离不弃。不管经历什么，文字都可以帮我记录，不论生活怎样不如意，在文字里面，我都能敞开心扉，大胆书写我的过往。而</w:t>
      </w:r>
      <w:r>
        <w:rPr>
          <w:rFonts w:ascii="KaiTi" w:eastAsia="KaiTi" w:hAnsi="KaiTi" w:cs="KaiTi"/>
          <w:color w:val="000000"/>
          <w:u w:val="single"/>
          <w:lang w:eastAsia="zh-CN"/>
        </w:rPr>
        <w:t>文字也会替我收藏心情，捡拾情绪，如一座接收站，默默为我承受。</w:t>
      </w:r>
    </w:p>
    <w:p w14:paraId="18C9497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⑨我觉得自己是幸运的，虽然我没有多大成就，也未必能写出多么深刻的文字，但能在文字中结识朋友、寻找寄托，也是一件极为幸福的事。所以，我总是希望自己能在文字中尽情遨游，在文字中安放心灵。</w:t>
      </w:r>
    </w:p>
    <w:p w14:paraId="7D14961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最后，回到开始的话题。不同时代有不同的流行语。如今，海量信息传输和移动阅读方式培养了人们新的阅读习惯，使阅读产生了快阅读、浅阅读的转向。结构简单、语义夸张、活泼生动的网络流行语是这一阅读潮流的结果。但它们似乎少了一点质感，更少了传承延续的特点，在博大精深的汉语词库里，我还是钟情这些有生命的、温情的、亘古不变的中国文字。</w:t>
      </w:r>
    </w:p>
    <w:p w14:paraId="19CE3F0E" w14:textId="77777777" w:rsidR="00B475E2" w:rsidRDefault="00B475E2" w:rsidP="00B475E2">
      <w:pPr>
        <w:spacing w:line="360" w:lineRule="auto"/>
        <w:ind w:firstLine="420"/>
        <w:jc w:val="right"/>
        <w:textAlignment w:val="center"/>
        <w:rPr>
          <w:color w:val="000000"/>
          <w:lang w:eastAsia="zh-CN"/>
        </w:rPr>
      </w:pPr>
      <w:r>
        <w:rPr>
          <w:rFonts w:ascii="SimSun" w:eastAsia="SimSun" w:hAnsi="SimSun" w:cs="SimSun"/>
          <w:color w:val="000000"/>
          <w:lang w:eastAsia="zh-CN"/>
        </w:rPr>
        <w:lastRenderedPageBreak/>
        <w:t>（取材于张颖的文章）</w:t>
      </w:r>
    </w:p>
    <w:p w14:paraId="1855C226"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在文章中，作者先叙述了</w:t>
      </w:r>
      <w:r>
        <w:rPr>
          <w:color w:val="000000"/>
          <w:lang w:eastAsia="zh-CN"/>
        </w:rPr>
        <w:t>__________</w:t>
      </w:r>
      <w:r>
        <w:rPr>
          <w:rFonts w:ascii="SimSun" w:eastAsia="SimSun" w:hAnsi="SimSun" w:cs="SimSun"/>
          <w:color w:val="000000"/>
          <w:lang w:eastAsia="zh-CN"/>
        </w:rPr>
        <w:t>，接着谈起近几年流行的网络用语，而后又详细描述了</w:t>
      </w:r>
      <w:r>
        <w:rPr>
          <w:color w:val="000000"/>
          <w:lang w:eastAsia="zh-CN"/>
        </w:rPr>
        <w:t>__________</w:t>
      </w:r>
      <w:r>
        <w:rPr>
          <w:rFonts w:ascii="SimSun" w:eastAsia="SimSun" w:hAnsi="SimSun" w:cs="SimSun"/>
          <w:color w:val="000000"/>
          <w:lang w:eastAsia="zh-CN"/>
        </w:rPr>
        <w:t>，最后表达了自己对文字的热爱。</w:t>
      </w:r>
    </w:p>
    <w:p w14:paraId="2D05D8EA"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第</w:t>
      </w:r>
      <w:r>
        <w:rPr>
          <w:rFonts w:ascii="KaiTi" w:eastAsia="KaiTi" w:hAnsi="KaiTi" w:cs="KaiTi"/>
          <w:color w:val="000000"/>
          <w:lang w:eastAsia="zh-CN"/>
        </w:rPr>
        <w:t>⑧</w:t>
      </w:r>
      <w:r>
        <w:rPr>
          <w:rFonts w:ascii="SimSun" w:eastAsia="SimSun" w:hAnsi="SimSun" w:cs="SimSun"/>
          <w:color w:val="000000"/>
          <w:lang w:eastAsia="zh-CN"/>
        </w:rPr>
        <w:t>段写到“文字也会替我收藏心情，捡拾情绪，如一座接收站，默默为我承受”。结合上下文，谈谈这句话的表达效果．</w:t>
      </w:r>
    </w:p>
    <w:p w14:paraId="545F49D2"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文字在作者的眼中具有“神奇的魅力”，她为什么会有这样的感受？结合文章内容，谈谈你的理解。</w:t>
      </w:r>
    </w:p>
    <w:p w14:paraId="669FDBB2" w14:textId="77777777" w:rsidR="00B475E2" w:rsidRDefault="00B475E2" w:rsidP="00B475E2">
      <w:pPr>
        <w:pStyle w:val="Heading3"/>
        <w:rPr>
          <w:lang w:eastAsia="zh-CN"/>
        </w:rPr>
      </w:pPr>
      <w:bookmarkStart w:id="27" w:name="_Toc235355025"/>
      <w:r>
        <w:rPr>
          <w:lang w:eastAsia="zh-CN"/>
        </w:rPr>
        <w:t>西城区</w:t>
      </w:r>
      <w:bookmarkEnd w:id="27"/>
    </w:p>
    <w:p w14:paraId="1DBC36C6"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四、现代文阅读（共</w:t>
      </w:r>
      <w:r>
        <w:rPr>
          <w:rFonts w:ascii="Times New Roman" w:eastAsia="Times New Roman" w:hAnsi="Times New Roman" w:cs="Times New Roman"/>
          <w:b/>
          <w:color w:val="000000"/>
          <w:sz w:val="24"/>
          <w:lang w:eastAsia="zh-CN"/>
        </w:rPr>
        <w:t>20</w:t>
      </w:r>
      <w:r>
        <w:rPr>
          <w:rFonts w:ascii="SimSun" w:eastAsia="SimSun" w:hAnsi="SimSun" w:cs="SimSun"/>
          <w:b/>
          <w:color w:val="000000"/>
          <w:sz w:val="24"/>
          <w:lang w:eastAsia="zh-CN"/>
        </w:rPr>
        <w:t>分）</w:t>
      </w:r>
    </w:p>
    <w:p w14:paraId="588E0E1D"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（一）（共</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w:t>
      </w:r>
    </w:p>
    <w:p w14:paraId="5CC0539D" w14:textId="77777777" w:rsidR="00B475E2" w:rsidRDefault="00B475E2" w:rsidP="00B475E2">
      <w:pPr>
        <w:spacing w:line="360" w:lineRule="auto"/>
        <w:rPr>
          <w:color w:val="000000"/>
          <w:lang w:eastAsia="zh-CN"/>
        </w:rPr>
      </w:pPr>
      <w:r>
        <w:rPr>
          <w:rFonts w:ascii="SimSun" w:eastAsia="SimSun" w:hAnsi="SimSun" w:cs="SimSun"/>
          <w:color w:val="000000"/>
          <w:lang w:eastAsia="zh-CN"/>
        </w:rPr>
        <w:t>阅读《爱的“内卷”》，完成各题。</w:t>
      </w:r>
    </w:p>
    <w:p w14:paraId="59548926"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爱的</w:t>
      </w:r>
      <w:r>
        <w:rPr>
          <w:rFonts w:ascii="SimSun" w:eastAsia="SimSun" w:hAnsi="SimSun" w:cs="SimSun"/>
          <w:color w:val="000000"/>
          <w:lang w:eastAsia="zh-CN"/>
        </w:rPr>
        <w:t>“</w:t>
      </w:r>
      <w:r>
        <w:rPr>
          <w:rFonts w:ascii="KaiTi" w:eastAsia="KaiTi" w:hAnsi="KaiTi" w:cs="KaiTi"/>
          <w:color w:val="000000"/>
          <w:lang w:eastAsia="zh-CN"/>
        </w:rPr>
        <w:t>内卷</w:t>
      </w:r>
      <w:r>
        <w:rPr>
          <w:rFonts w:ascii="SimSun" w:eastAsia="SimSun" w:hAnsi="SimSun" w:cs="SimSun"/>
          <w:color w:val="000000"/>
          <w:lang w:eastAsia="zh-CN"/>
        </w:rPr>
        <w:t>”</w:t>
      </w:r>
    </w:p>
    <w:p w14:paraId="1B1E4BDA" w14:textId="77777777" w:rsidR="00B475E2" w:rsidRDefault="00B475E2" w:rsidP="00B475E2">
      <w:pPr>
        <w:spacing w:line="360" w:lineRule="auto"/>
        <w:ind w:firstLine="420"/>
        <w:rPr>
          <w:color w:val="000000"/>
          <w:lang w:eastAsia="zh-CN"/>
        </w:rPr>
      </w:pPr>
      <w:r>
        <w:rPr>
          <w:color w:val="000000"/>
          <w:lang w:eastAsia="zh-CN"/>
        </w:rPr>
        <w:t>①</w:t>
      </w:r>
      <w:r>
        <w:rPr>
          <w:rFonts w:ascii="KaiTi" w:eastAsia="KaiTi" w:hAnsi="KaiTi" w:cs="KaiTi"/>
          <w:color w:val="000000"/>
          <w:lang w:eastAsia="zh-CN"/>
        </w:rPr>
        <w:t>前段时间，我父母从合肥去济南旅游，执意</w:t>
      </w:r>
      <w:r>
        <w:rPr>
          <w:rFonts w:ascii="SimSun" w:eastAsia="SimSun" w:hAnsi="SimSun" w:cs="SimSun"/>
          <w:color w:val="000000"/>
          <w:lang w:eastAsia="zh-CN"/>
        </w:rPr>
        <w:t>“</w:t>
      </w:r>
      <w:r>
        <w:rPr>
          <w:rFonts w:ascii="KaiTi" w:eastAsia="KaiTi" w:hAnsi="KaiTi" w:cs="KaiTi"/>
          <w:color w:val="000000"/>
          <w:lang w:eastAsia="zh-CN"/>
        </w:rPr>
        <w:t>顺路</w:t>
      </w:r>
      <w:r>
        <w:rPr>
          <w:rFonts w:ascii="SimSun" w:eastAsia="SimSun" w:hAnsi="SimSun" w:cs="SimSun"/>
          <w:color w:val="000000"/>
          <w:lang w:eastAsia="zh-CN"/>
        </w:rPr>
        <w:t>”</w:t>
      </w:r>
      <w:r>
        <w:rPr>
          <w:rFonts w:ascii="KaiTi" w:eastAsia="KaiTi" w:hAnsi="KaiTi" w:cs="KaiTi"/>
          <w:color w:val="000000"/>
          <w:lang w:eastAsia="zh-CN"/>
        </w:rPr>
        <w:t>来北京一趟。他们停留的时间不长，只两天。</w:t>
      </w:r>
      <w:r>
        <w:rPr>
          <w:rFonts w:ascii="SimSun" w:eastAsia="SimSun" w:hAnsi="SimSun" w:cs="SimSun"/>
          <w:color w:val="000000"/>
          <w:lang w:eastAsia="zh-CN"/>
        </w:rPr>
        <w:t>“</w:t>
      </w:r>
      <w:r>
        <w:rPr>
          <w:rFonts w:ascii="KaiTi" w:eastAsia="KaiTi" w:hAnsi="KaiTi" w:cs="KaiTi"/>
          <w:color w:val="000000"/>
          <w:lang w:eastAsia="zh-CN"/>
        </w:rPr>
        <w:t>顺路</w:t>
      </w:r>
      <w:r>
        <w:rPr>
          <w:rFonts w:ascii="SimSun" w:eastAsia="SimSun" w:hAnsi="SimSun" w:cs="SimSun"/>
          <w:color w:val="000000"/>
          <w:lang w:eastAsia="zh-CN"/>
        </w:rPr>
        <w:t>”</w:t>
      </w:r>
      <w:r>
        <w:rPr>
          <w:rFonts w:ascii="KaiTi" w:eastAsia="KaiTi" w:hAnsi="KaiTi" w:cs="KaiTi"/>
          <w:color w:val="000000"/>
          <w:lang w:eastAsia="zh-CN"/>
        </w:rPr>
        <w:t>来的原因有二。</w:t>
      </w:r>
      <w:r>
        <w:rPr>
          <w:rFonts w:ascii="SimSun" w:eastAsia="SimSun" w:hAnsi="SimSun" w:cs="SimSun"/>
          <w:color w:val="000000"/>
          <w:lang w:eastAsia="zh-CN"/>
        </w:rPr>
        <w:t>“</w:t>
      </w:r>
      <w:r>
        <w:rPr>
          <w:rFonts w:ascii="KaiTi" w:eastAsia="KaiTi" w:hAnsi="KaiTi" w:cs="KaiTi"/>
          <w:color w:val="000000"/>
          <w:lang w:eastAsia="zh-CN"/>
        </w:rPr>
        <w:t>省得你们赶国庆回乡挤来挤去多累！</w:t>
      </w:r>
      <w:r>
        <w:rPr>
          <w:rFonts w:ascii="SimSun" w:eastAsia="SimSun" w:hAnsi="SimSun" w:cs="SimSun"/>
          <w:color w:val="000000"/>
          <w:lang w:eastAsia="zh-CN"/>
        </w:rPr>
        <w:t>”</w:t>
      </w:r>
      <w:r>
        <w:rPr>
          <w:rFonts w:ascii="KaiTi" w:eastAsia="KaiTi" w:hAnsi="KaiTi" w:cs="KaiTi"/>
          <w:color w:val="000000"/>
          <w:lang w:eastAsia="zh-CN"/>
        </w:rPr>
        <w:t>我妈说。</w:t>
      </w:r>
      <w:r>
        <w:rPr>
          <w:rFonts w:ascii="SimSun" w:eastAsia="SimSun" w:hAnsi="SimSun" w:cs="SimSun"/>
          <w:color w:val="000000"/>
          <w:lang w:eastAsia="zh-CN"/>
        </w:rPr>
        <w:t>“</w:t>
      </w:r>
      <w:r>
        <w:rPr>
          <w:rFonts w:ascii="KaiTi" w:eastAsia="KaiTi" w:hAnsi="KaiTi" w:cs="KaiTi"/>
          <w:color w:val="000000"/>
          <w:lang w:eastAsia="zh-CN"/>
        </w:rPr>
        <w:t>给我小外孙做点儿吃的喝的！</w:t>
      </w:r>
      <w:r>
        <w:rPr>
          <w:rFonts w:ascii="SimSun" w:eastAsia="SimSun" w:hAnsi="SimSun" w:cs="SimSun"/>
          <w:color w:val="000000"/>
          <w:lang w:eastAsia="zh-CN"/>
        </w:rPr>
        <w:t>”</w:t>
      </w:r>
      <w:r>
        <w:rPr>
          <w:rFonts w:ascii="KaiTi" w:eastAsia="KaiTi" w:hAnsi="KaiTi" w:cs="KaiTi"/>
          <w:color w:val="000000"/>
          <w:lang w:eastAsia="zh-CN"/>
        </w:rPr>
        <w:t>我爸说。后者比重显然大于前者。</w:t>
      </w:r>
    </w:p>
    <w:p w14:paraId="7450A3E3" w14:textId="77777777" w:rsidR="00B475E2" w:rsidRDefault="00B475E2" w:rsidP="00B475E2">
      <w:pPr>
        <w:spacing w:line="360" w:lineRule="auto"/>
        <w:ind w:firstLine="420"/>
        <w:rPr>
          <w:color w:val="000000"/>
          <w:lang w:eastAsia="zh-CN"/>
        </w:rPr>
      </w:pPr>
      <w:r>
        <w:rPr>
          <w:color w:val="000000"/>
          <w:lang w:eastAsia="zh-CN"/>
        </w:rPr>
        <w:t>②</w:t>
      </w:r>
      <w:r>
        <w:rPr>
          <w:rFonts w:ascii="KaiTi" w:eastAsia="KaiTi" w:hAnsi="KaiTi" w:cs="KaiTi"/>
          <w:color w:val="000000"/>
          <w:lang w:eastAsia="zh-CN"/>
        </w:rPr>
        <w:t>我爸妈的行李中三分之一是自己的衣物和用品，三分之二塞满了炸好的圆子、自制咸肉、自制蒿子粑粑、我爱喝的黄山毛峰，还有新鲜母鸡两只，每只切成四份，独立包装。当我妈拿出一粒酒曲，我爸问我有没有红薯粉丝和面粉时，我终于知道了他们来北京的真实目的。我似乎随口说过，饭店的米酒汤圆，酒没酒味，米又碎又烂。我娃则不止一次在视频通话中告诉我爸：</w:t>
      </w:r>
      <w:r>
        <w:rPr>
          <w:rFonts w:ascii="SimSun" w:eastAsia="SimSun" w:hAnsi="SimSun" w:cs="SimSun"/>
          <w:color w:val="000000"/>
          <w:lang w:eastAsia="zh-CN"/>
        </w:rPr>
        <w:t>“</w:t>
      </w:r>
      <w:r>
        <w:rPr>
          <w:rFonts w:ascii="KaiTi" w:eastAsia="KaiTi" w:hAnsi="KaiTi" w:cs="KaiTi"/>
          <w:color w:val="000000"/>
          <w:lang w:eastAsia="zh-CN"/>
        </w:rPr>
        <w:t>姥爷，我想吃你蒸的粉丝肉包。外面卖的包子没有粉丝和肉在一起的馅儿。</w:t>
      </w:r>
      <w:r>
        <w:rPr>
          <w:rFonts w:ascii="SimSun" w:eastAsia="SimSun" w:hAnsi="SimSun" w:cs="SimSun"/>
          <w:color w:val="000000"/>
          <w:lang w:eastAsia="zh-CN"/>
        </w:rPr>
        <w:t>”</w:t>
      </w:r>
      <w:r>
        <w:rPr>
          <w:rFonts w:ascii="KaiTi" w:eastAsia="KaiTi" w:hAnsi="KaiTi" w:cs="KaiTi"/>
          <w:color w:val="000000"/>
          <w:lang w:eastAsia="zh-CN"/>
        </w:rPr>
        <w:t>现在，我爸</w:t>
      </w:r>
      <w:r>
        <w:rPr>
          <w:rFonts w:ascii="SimSun" w:eastAsia="SimSun" w:hAnsi="SimSun" w:cs="SimSun"/>
          <w:color w:val="000000"/>
          <w:lang w:eastAsia="zh-CN"/>
        </w:rPr>
        <w:t>“</w:t>
      </w:r>
      <w:r>
        <w:rPr>
          <w:rFonts w:ascii="KaiTi" w:eastAsia="KaiTi" w:hAnsi="KaiTi" w:cs="KaiTi"/>
          <w:color w:val="000000"/>
          <w:lang w:eastAsia="zh-CN"/>
        </w:rPr>
        <w:t>人肉快递</w:t>
      </w:r>
      <w:r>
        <w:rPr>
          <w:rFonts w:ascii="SimSun" w:eastAsia="SimSun" w:hAnsi="SimSun" w:cs="SimSun"/>
          <w:color w:val="000000"/>
          <w:lang w:eastAsia="zh-CN"/>
        </w:rPr>
        <w:t>”</w:t>
      </w:r>
      <w:r>
        <w:rPr>
          <w:rFonts w:ascii="KaiTi" w:eastAsia="KaiTi" w:hAnsi="KaiTi" w:cs="KaiTi"/>
          <w:color w:val="000000"/>
          <w:lang w:eastAsia="zh-CN"/>
        </w:rPr>
        <w:t>，将厨师本人空投来了。爸妈把带来的吃食塞进冰箱，就大刀阔斧，</w:t>
      </w:r>
      <w:r>
        <w:rPr>
          <w:rFonts w:ascii="SimSun" w:eastAsia="SimSun" w:hAnsi="SimSun" w:cs="SimSun"/>
          <w:color w:val="000000"/>
          <w:lang w:eastAsia="zh-CN"/>
        </w:rPr>
        <w:t>“</w:t>
      </w:r>
      <w:r>
        <w:rPr>
          <w:rFonts w:ascii="KaiTi" w:eastAsia="KaiTi" w:hAnsi="KaiTi" w:cs="KaiTi"/>
          <w:color w:val="000000"/>
          <w:lang w:eastAsia="zh-CN"/>
        </w:rPr>
        <w:t>咚咚咚</w:t>
      </w:r>
      <w:r>
        <w:rPr>
          <w:rFonts w:ascii="SimSun" w:eastAsia="SimSun" w:hAnsi="SimSun" w:cs="SimSun"/>
          <w:color w:val="000000"/>
          <w:lang w:eastAsia="zh-CN"/>
        </w:rPr>
        <w:t>”“</w:t>
      </w:r>
      <w:r>
        <w:rPr>
          <w:rFonts w:ascii="KaiTi" w:eastAsia="KaiTi" w:hAnsi="KaiTi" w:cs="KaiTi"/>
          <w:color w:val="000000"/>
          <w:lang w:eastAsia="zh-CN"/>
        </w:rPr>
        <w:t>锵锵锵</w:t>
      </w:r>
      <w:r>
        <w:rPr>
          <w:rFonts w:ascii="SimSun" w:eastAsia="SimSun" w:hAnsi="SimSun" w:cs="SimSun"/>
          <w:color w:val="000000"/>
          <w:lang w:eastAsia="zh-CN"/>
        </w:rPr>
        <w:t>”</w:t>
      </w:r>
      <w:r>
        <w:rPr>
          <w:rFonts w:ascii="KaiTi" w:eastAsia="KaiTi" w:hAnsi="KaiTi" w:cs="KaiTi"/>
          <w:color w:val="000000"/>
          <w:lang w:eastAsia="zh-CN"/>
        </w:rPr>
        <w:t>地忙活开了。</w:t>
      </w:r>
    </w:p>
    <w:p w14:paraId="54AC366C" w14:textId="77777777" w:rsidR="00B475E2" w:rsidRDefault="00B475E2" w:rsidP="00B475E2">
      <w:pPr>
        <w:spacing w:line="360" w:lineRule="auto"/>
        <w:ind w:firstLine="420"/>
        <w:rPr>
          <w:color w:val="000000"/>
          <w:lang w:eastAsia="zh-CN"/>
        </w:rPr>
      </w:pPr>
      <w:r>
        <w:rPr>
          <w:color w:val="000000"/>
          <w:lang w:eastAsia="zh-CN"/>
        </w:rPr>
        <w:t>③</w:t>
      </w:r>
      <w:r>
        <w:rPr>
          <w:rFonts w:ascii="KaiTi" w:eastAsia="KaiTi" w:hAnsi="KaiTi" w:cs="KaiTi"/>
          <w:color w:val="000000"/>
          <w:lang w:eastAsia="zh-CN"/>
        </w:rPr>
        <w:t>我娃放学一进门，还没放下书包，就已经捕捉到饭香，眼神充满了惊喜。</w:t>
      </w:r>
    </w:p>
    <w:p w14:paraId="6DB0A9EB" w14:textId="77777777" w:rsidR="00B475E2" w:rsidRDefault="00B475E2" w:rsidP="00B475E2">
      <w:pPr>
        <w:spacing w:line="360" w:lineRule="auto"/>
        <w:ind w:firstLine="420"/>
        <w:rPr>
          <w:color w:val="000000"/>
          <w:lang w:eastAsia="zh-CN"/>
        </w:rPr>
      </w:pPr>
      <w:r>
        <w:rPr>
          <w:color w:val="000000"/>
          <w:lang w:eastAsia="zh-CN"/>
        </w:rPr>
        <w:lastRenderedPageBreak/>
        <w:t>④</w:t>
      </w:r>
      <w:r>
        <w:rPr>
          <w:rFonts w:ascii="KaiTi" w:eastAsia="KaiTi" w:hAnsi="KaiTi" w:cs="KaiTi"/>
          <w:color w:val="000000"/>
          <w:u w:val="single"/>
          <w:lang w:eastAsia="zh-CN"/>
        </w:rPr>
        <w:t>锅里炖着鸡汤，黄澄澄的，油汪了一片；圆子回锅重炸了一遍，穿了盔甲般，罩着略焦的壳；包子新鲜出炉，蓬松、软弹，最上面的褶儿像咧开的小嘴，仿佛笑着对看客说：</w:t>
      </w:r>
      <w:r>
        <w:rPr>
          <w:rFonts w:ascii="SimSun" w:eastAsia="SimSun" w:hAnsi="SimSun" w:cs="SimSun"/>
          <w:color w:val="000000"/>
          <w:u w:val="single"/>
          <w:lang w:eastAsia="zh-CN"/>
        </w:rPr>
        <w:t>“</w:t>
      </w:r>
      <w:r>
        <w:rPr>
          <w:rFonts w:ascii="KaiTi" w:eastAsia="KaiTi" w:hAnsi="KaiTi" w:cs="KaiTi"/>
          <w:color w:val="000000"/>
          <w:u w:val="single"/>
          <w:lang w:eastAsia="zh-CN"/>
        </w:rPr>
        <w:t>猜猜我是什么馅儿的？</w:t>
      </w:r>
      <w:r>
        <w:rPr>
          <w:rFonts w:ascii="SimSun" w:eastAsia="SimSun" w:hAnsi="SimSun" w:cs="SimSun"/>
          <w:color w:val="000000"/>
          <w:u w:val="single"/>
          <w:lang w:eastAsia="zh-CN"/>
        </w:rPr>
        <w:t>”</w:t>
      </w:r>
    </w:p>
    <w:p w14:paraId="2D7390A9" w14:textId="77777777" w:rsidR="00B475E2" w:rsidRDefault="00B475E2" w:rsidP="00B475E2">
      <w:pPr>
        <w:spacing w:line="360" w:lineRule="auto"/>
        <w:ind w:firstLine="420"/>
        <w:rPr>
          <w:color w:val="000000"/>
          <w:lang w:eastAsia="zh-CN"/>
        </w:rPr>
      </w:pPr>
      <w:r>
        <w:rPr>
          <w:color w:val="000000"/>
          <w:lang w:eastAsia="zh-CN"/>
        </w:rPr>
        <w:t>⑤</w:t>
      </w:r>
      <w:r>
        <w:rPr>
          <w:rFonts w:ascii="KaiTi" w:eastAsia="KaiTi" w:hAnsi="KaiTi" w:cs="KaiTi"/>
          <w:color w:val="000000"/>
          <w:lang w:eastAsia="zh-CN"/>
        </w:rPr>
        <w:t>孩子扑抢食物，这一口、那一口，喝汤、咬包子，有多少手指、多少牙齿都不够用，完美抚慰了姥姥、姥爷车马劳顿的辛苦，让他们觉得不虚此行：</w:t>
      </w:r>
      <w:r>
        <w:rPr>
          <w:rFonts w:ascii="SimSun" w:eastAsia="SimSun" w:hAnsi="SimSun" w:cs="SimSun"/>
          <w:color w:val="000000"/>
          <w:lang w:eastAsia="zh-CN"/>
        </w:rPr>
        <w:t>“</w:t>
      </w:r>
      <w:r>
        <w:rPr>
          <w:rFonts w:ascii="KaiTi" w:eastAsia="KaiTi" w:hAnsi="KaiTi" w:cs="KaiTi"/>
          <w:color w:val="000000"/>
          <w:lang w:eastAsia="zh-CN"/>
        </w:rPr>
        <w:t>看！我们来得正是时候！</w:t>
      </w:r>
      <w:r>
        <w:rPr>
          <w:rFonts w:ascii="SimSun" w:eastAsia="SimSun" w:hAnsi="SimSun" w:cs="SimSun"/>
          <w:color w:val="000000"/>
          <w:lang w:eastAsia="zh-CN"/>
        </w:rPr>
        <w:t>”</w:t>
      </w:r>
    </w:p>
    <w:p w14:paraId="458179A3" w14:textId="77777777" w:rsidR="00B475E2" w:rsidRDefault="00B475E2" w:rsidP="00B475E2">
      <w:pPr>
        <w:spacing w:line="360" w:lineRule="auto"/>
        <w:ind w:firstLine="420"/>
        <w:rPr>
          <w:color w:val="000000"/>
          <w:lang w:eastAsia="zh-CN"/>
        </w:rPr>
      </w:pPr>
      <w:r>
        <w:rPr>
          <w:color w:val="000000"/>
          <w:lang w:eastAsia="zh-CN"/>
        </w:rPr>
        <w:t>⑥</w:t>
      </w:r>
      <w:r>
        <w:rPr>
          <w:rFonts w:ascii="KaiTi" w:eastAsia="KaiTi" w:hAnsi="KaiTi" w:cs="KaiTi"/>
          <w:color w:val="000000"/>
          <w:lang w:eastAsia="zh-CN"/>
        </w:rPr>
        <w:t>第二天晚上，睡足二十四小时的米酒上场，闻起来喷香，煮开，加鸡蛋，呷一口，荡气回肠。</w:t>
      </w:r>
      <w:r>
        <w:rPr>
          <w:rFonts w:ascii="SimSun" w:eastAsia="SimSun" w:hAnsi="SimSun" w:cs="SimSun"/>
          <w:color w:val="000000"/>
          <w:lang w:eastAsia="zh-CN"/>
        </w:rPr>
        <w:t>“</w:t>
      </w:r>
      <w:r>
        <w:rPr>
          <w:rFonts w:ascii="KaiTi" w:eastAsia="KaiTi" w:hAnsi="KaiTi" w:cs="KaiTi"/>
          <w:color w:val="000000"/>
          <w:lang w:eastAsia="zh-CN"/>
        </w:rPr>
        <w:t>留一份冷藏，你三天内得吃完。</w:t>
      </w:r>
      <w:r>
        <w:rPr>
          <w:rFonts w:ascii="SimSun" w:eastAsia="SimSun" w:hAnsi="SimSun" w:cs="SimSun"/>
          <w:color w:val="000000"/>
          <w:lang w:eastAsia="zh-CN"/>
        </w:rPr>
        <w:t>”</w:t>
      </w:r>
      <w:r>
        <w:rPr>
          <w:rFonts w:ascii="KaiTi" w:eastAsia="KaiTi" w:hAnsi="KaiTi" w:cs="KaiTi"/>
          <w:color w:val="000000"/>
          <w:lang w:eastAsia="zh-CN"/>
        </w:rPr>
        <w:t>我妈交代，</w:t>
      </w:r>
      <w:r>
        <w:rPr>
          <w:rFonts w:ascii="SimSun" w:eastAsia="SimSun" w:hAnsi="SimSun" w:cs="SimSun"/>
          <w:color w:val="000000"/>
          <w:lang w:eastAsia="zh-CN"/>
        </w:rPr>
        <w:t>“</w:t>
      </w:r>
      <w:r>
        <w:rPr>
          <w:rFonts w:ascii="KaiTi" w:eastAsia="KaiTi" w:hAnsi="KaiTi" w:cs="KaiTi"/>
          <w:color w:val="000000"/>
          <w:lang w:eastAsia="zh-CN"/>
        </w:rPr>
        <w:t>剩下的，冷冻一个月没问题。</w:t>
      </w:r>
      <w:r>
        <w:rPr>
          <w:rFonts w:ascii="SimSun" w:eastAsia="SimSun" w:hAnsi="SimSun" w:cs="SimSun"/>
          <w:color w:val="000000"/>
          <w:lang w:eastAsia="zh-CN"/>
        </w:rPr>
        <w:t>”“</w:t>
      </w:r>
      <w:r>
        <w:rPr>
          <w:rFonts w:ascii="KaiTi" w:eastAsia="KaiTi" w:hAnsi="KaiTi" w:cs="KaiTi"/>
          <w:color w:val="000000"/>
          <w:lang w:eastAsia="zh-CN"/>
        </w:rPr>
        <w:t>做了五斤面条，还有六十个包子，搭配着喝的，这两个月早餐够了。</w:t>
      </w:r>
      <w:r>
        <w:rPr>
          <w:rFonts w:ascii="SimSun" w:eastAsia="SimSun" w:hAnsi="SimSun" w:cs="SimSun"/>
          <w:color w:val="000000"/>
          <w:lang w:eastAsia="zh-CN"/>
        </w:rPr>
        <w:t>”</w:t>
      </w:r>
      <w:r>
        <w:rPr>
          <w:rFonts w:ascii="KaiTi" w:eastAsia="KaiTi" w:hAnsi="KaiTi" w:cs="KaiTi"/>
          <w:color w:val="000000"/>
          <w:lang w:eastAsia="zh-CN"/>
        </w:rPr>
        <w:t>我爸将包子排列得整整齐齐，每五个一队，每四队装满一个保鲜袋，足足三大袋。他对外孙子说：</w:t>
      </w:r>
      <w:r>
        <w:rPr>
          <w:rFonts w:ascii="SimSun" w:eastAsia="SimSun" w:hAnsi="SimSun" w:cs="SimSun"/>
          <w:color w:val="000000"/>
          <w:lang w:eastAsia="zh-CN"/>
        </w:rPr>
        <w:t>“</w:t>
      </w:r>
      <w:r>
        <w:rPr>
          <w:rFonts w:ascii="KaiTi" w:eastAsia="KaiTi" w:hAnsi="KaiTi" w:cs="KaiTi"/>
          <w:color w:val="000000"/>
          <w:lang w:eastAsia="zh-CN"/>
        </w:rPr>
        <w:t>吃完还想吃，就给姥爷打电话，姥爷去别的地方玩，再顺路过来一趟！</w:t>
      </w:r>
      <w:r>
        <w:rPr>
          <w:rFonts w:ascii="SimSun" w:eastAsia="SimSun" w:hAnsi="SimSun" w:cs="SimSun"/>
          <w:color w:val="000000"/>
          <w:lang w:eastAsia="zh-CN"/>
        </w:rPr>
        <w:t>”</w:t>
      </w:r>
    </w:p>
    <w:p w14:paraId="13243EAE" w14:textId="77777777" w:rsidR="00B475E2" w:rsidRDefault="00B475E2" w:rsidP="00B475E2">
      <w:pPr>
        <w:spacing w:line="360" w:lineRule="auto"/>
        <w:ind w:firstLine="420"/>
        <w:rPr>
          <w:color w:val="000000"/>
          <w:lang w:eastAsia="zh-CN"/>
        </w:rPr>
      </w:pPr>
      <w:r>
        <w:rPr>
          <w:color w:val="000000"/>
          <w:lang w:eastAsia="zh-CN"/>
        </w:rPr>
        <w:t>⑦</w:t>
      </w:r>
      <w:r>
        <w:rPr>
          <w:rFonts w:ascii="SimSun" w:eastAsia="SimSun" w:hAnsi="SimSun" w:cs="SimSun"/>
          <w:color w:val="000000"/>
          <w:lang w:eastAsia="zh-CN"/>
        </w:rPr>
        <w:t>“</w:t>
      </w:r>
      <w:r>
        <w:rPr>
          <w:rFonts w:ascii="KaiTi" w:eastAsia="KaiTi" w:hAnsi="KaiTi" w:cs="KaiTi"/>
          <w:color w:val="000000"/>
          <w:lang w:eastAsia="zh-CN"/>
        </w:rPr>
        <w:t>姥爷，我怎么感觉，您不管去哪儿都和北京顺路啊！</w:t>
      </w:r>
      <w:r>
        <w:rPr>
          <w:rFonts w:ascii="SimSun" w:eastAsia="SimSun" w:hAnsi="SimSun" w:cs="SimSun"/>
          <w:color w:val="000000"/>
          <w:lang w:eastAsia="zh-CN"/>
        </w:rPr>
        <w:t>”</w:t>
      </w:r>
      <w:r>
        <w:rPr>
          <w:rFonts w:ascii="KaiTi" w:eastAsia="KaiTi" w:hAnsi="KaiTi" w:cs="KaiTi"/>
          <w:color w:val="000000"/>
          <w:lang w:eastAsia="zh-CN"/>
        </w:rPr>
        <w:t>我娃天真地以为我们在世界地图的中心。第三天下午，我爸妈启程去济南。</w:t>
      </w:r>
    </w:p>
    <w:p w14:paraId="7085523B" w14:textId="77777777" w:rsidR="00B475E2" w:rsidRDefault="00B475E2" w:rsidP="00B475E2">
      <w:pPr>
        <w:spacing w:line="360" w:lineRule="auto"/>
        <w:ind w:firstLine="420"/>
        <w:rPr>
          <w:color w:val="000000"/>
          <w:lang w:eastAsia="zh-CN"/>
        </w:rPr>
      </w:pPr>
      <w:r>
        <w:rPr>
          <w:color w:val="000000"/>
          <w:lang w:eastAsia="zh-CN"/>
        </w:rPr>
        <w:t>⑧</w:t>
      </w:r>
      <w:r>
        <w:rPr>
          <w:rFonts w:ascii="KaiTi" w:eastAsia="KaiTi" w:hAnsi="KaiTi" w:cs="KaiTi"/>
          <w:color w:val="000000"/>
          <w:lang w:eastAsia="zh-CN"/>
        </w:rPr>
        <w:t>第四天是个周末，丰盛又便捷的早餐后，我们打车送娃去训练场。车是网约车，我对司机说：</w:t>
      </w:r>
      <w:r>
        <w:rPr>
          <w:rFonts w:ascii="SimSun" w:eastAsia="SimSun" w:hAnsi="SimSun" w:cs="SimSun"/>
          <w:color w:val="000000"/>
          <w:lang w:eastAsia="zh-CN"/>
        </w:rPr>
        <w:t>“</w:t>
      </w:r>
      <w:r>
        <w:rPr>
          <w:rFonts w:ascii="KaiTi" w:eastAsia="KaiTi" w:hAnsi="KaiTi" w:cs="KaiTi"/>
          <w:color w:val="000000"/>
          <w:lang w:eastAsia="zh-CN"/>
        </w:rPr>
        <w:t>师傅，待会儿把孩子送到，我们原路返回，您先别接其他单，我到时候改终点。</w:t>
      </w:r>
      <w:r>
        <w:rPr>
          <w:rFonts w:ascii="SimSun" w:eastAsia="SimSun" w:hAnsi="SimSun" w:cs="SimSun"/>
          <w:color w:val="000000"/>
          <w:lang w:eastAsia="zh-CN"/>
        </w:rPr>
        <w:t>”</w:t>
      </w:r>
    </w:p>
    <w:p w14:paraId="45B0840A" w14:textId="77777777" w:rsidR="00B475E2" w:rsidRDefault="00B475E2" w:rsidP="00B475E2">
      <w:pPr>
        <w:spacing w:line="360" w:lineRule="auto"/>
        <w:ind w:firstLine="420"/>
        <w:rPr>
          <w:color w:val="000000"/>
          <w:lang w:eastAsia="zh-CN"/>
        </w:rPr>
      </w:pPr>
      <w:r>
        <w:rPr>
          <w:color w:val="000000"/>
          <w:lang w:eastAsia="zh-CN"/>
        </w:rPr>
        <w:t>⑨</w:t>
      </w:r>
      <w:r>
        <w:rPr>
          <w:rFonts w:ascii="SimSun" w:eastAsia="SimSun" w:hAnsi="SimSun" w:cs="SimSun"/>
          <w:color w:val="000000"/>
          <w:lang w:eastAsia="zh-CN"/>
        </w:rPr>
        <w:t>“</w:t>
      </w:r>
      <w:r>
        <w:rPr>
          <w:rFonts w:ascii="KaiTi" w:eastAsia="KaiTi" w:hAnsi="KaiTi" w:cs="KaiTi"/>
          <w:color w:val="000000"/>
          <w:lang w:eastAsia="zh-CN"/>
        </w:rPr>
        <w:t>抱歉啊！</w:t>
      </w:r>
      <w:r>
        <w:rPr>
          <w:rFonts w:ascii="SimSun" w:eastAsia="SimSun" w:hAnsi="SimSun" w:cs="SimSun"/>
          <w:color w:val="000000"/>
          <w:lang w:eastAsia="zh-CN"/>
        </w:rPr>
        <w:t>”</w:t>
      </w:r>
      <w:r>
        <w:rPr>
          <w:rFonts w:ascii="KaiTi" w:eastAsia="KaiTi" w:hAnsi="KaiTi" w:cs="KaiTi"/>
          <w:color w:val="000000"/>
          <w:lang w:eastAsia="zh-CN"/>
        </w:rPr>
        <w:t>司机六十岁左右，一口京腔。</w:t>
      </w:r>
      <w:r>
        <w:rPr>
          <w:rFonts w:ascii="SimSun" w:eastAsia="SimSun" w:hAnsi="SimSun" w:cs="SimSun"/>
          <w:color w:val="000000"/>
          <w:lang w:eastAsia="zh-CN"/>
        </w:rPr>
        <w:t>“</w:t>
      </w:r>
      <w:r>
        <w:rPr>
          <w:rFonts w:ascii="KaiTi" w:eastAsia="KaiTi" w:hAnsi="KaiTi" w:cs="KaiTi"/>
          <w:color w:val="000000"/>
          <w:lang w:eastAsia="zh-CN"/>
        </w:rPr>
        <w:t>我不是专门跑网约车的。</w:t>
      </w:r>
      <w:r>
        <w:rPr>
          <w:rFonts w:ascii="SimSun" w:eastAsia="SimSun" w:hAnsi="SimSun" w:cs="SimSun"/>
          <w:color w:val="000000"/>
          <w:lang w:eastAsia="zh-CN"/>
        </w:rPr>
        <w:t>”</w:t>
      </w:r>
      <w:r>
        <w:rPr>
          <w:rFonts w:ascii="KaiTi" w:eastAsia="KaiTi" w:hAnsi="KaiTi" w:cs="KaiTi"/>
          <w:color w:val="000000"/>
          <w:lang w:eastAsia="zh-CN"/>
        </w:rPr>
        <w:t>司机笑笑，</w:t>
      </w:r>
      <w:r>
        <w:rPr>
          <w:rFonts w:ascii="SimSun" w:eastAsia="SimSun" w:hAnsi="SimSun" w:cs="SimSun"/>
          <w:color w:val="000000"/>
          <w:lang w:eastAsia="zh-CN"/>
        </w:rPr>
        <w:t>“</w:t>
      </w:r>
      <w:r>
        <w:rPr>
          <w:rFonts w:ascii="KaiTi" w:eastAsia="KaiTi" w:hAnsi="KaiTi" w:cs="KaiTi"/>
          <w:color w:val="000000"/>
          <w:lang w:eastAsia="zh-CN"/>
        </w:rPr>
        <w:t>我家住平谷，接您的单，是因为闺女住这附近，我送您去的地方又是我回家的必经之地。我到那儿，不再回头，得回家啦！</w:t>
      </w:r>
      <w:r>
        <w:rPr>
          <w:rFonts w:ascii="SimSun" w:eastAsia="SimSun" w:hAnsi="SimSun" w:cs="SimSun"/>
          <w:color w:val="000000"/>
          <w:lang w:eastAsia="zh-CN"/>
        </w:rPr>
        <w:t>”</w:t>
      </w:r>
    </w:p>
    <w:p w14:paraId="1FC64EF9" w14:textId="77777777" w:rsidR="00B475E2" w:rsidRDefault="00B475E2" w:rsidP="00B475E2">
      <w:pPr>
        <w:spacing w:line="360" w:lineRule="auto"/>
        <w:ind w:firstLine="420"/>
        <w:rPr>
          <w:color w:val="000000"/>
          <w:lang w:eastAsia="zh-CN"/>
        </w:rPr>
      </w:pPr>
      <w:r>
        <w:rPr>
          <w:color w:val="000000"/>
          <w:lang w:eastAsia="zh-CN"/>
        </w:rPr>
        <w:t xml:space="preserve">⑩ </w:t>
      </w:r>
      <w:r>
        <w:rPr>
          <w:rFonts w:ascii="KaiTi" w:eastAsia="KaiTi" w:hAnsi="KaiTi" w:cs="KaiTi"/>
          <w:color w:val="000000"/>
          <w:lang w:eastAsia="zh-CN"/>
        </w:rPr>
        <w:t>我看看表，八点五十。我问司机，从平谷到朝阳，大概几点出发。司机答，五点多起床，六点出发，七点半到。他嘿嘿一笑，解释说，他闺女刚结婚，不太会做饭，姑爷比闺女强点儿有限。</w:t>
      </w:r>
      <w:r>
        <w:rPr>
          <w:rFonts w:ascii="SimSun" w:eastAsia="SimSun" w:hAnsi="SimSun" w:cs="SimSun"/>
          <w:color w:val="000000"/>
          <w:lang w:eastAsia="zh-CN"/>
        </w:rPr>
        <w:t>“</w:t>
      </w:r>
      <w:r>
        <w:rPr>
          <w:rFonts w:ascii="KaiTi" w:eastAsia="KaiTi" w:hAnsi="KaiTi" w:cs="KaiTi"/>
          <w:color w:val="000000"/>
          <w:lang w:eastAsia="zh-CN"/>
        </w:rPr>
        <w:t>所以，我那口子昨天在家忙活一天，今天一大早就把我叫起来，大包小包装得满满当当。</w:t>
      </w:r>
      <w:r>
        <w:rPr>
          <w:rFonts w:ascii="SimSun" w:eastAsia="SimSun" w:hAnsi="SimSun" w:cs="SimSun"/>
          <w:color w:val="000000"/>
          <w:lang w:eastAsia="zh-CN"/>
        </w:rPr>
        <w:t>”“</w:t>
      </w:r>
      <w:r>
        <w:rPr>
          <w:rFonts w:ascii="KaiTi" w:eastAsia="KaiTi" w:hAnsi="KaiTi" w:cs="KaiTi"/>
          <w:color w:val="000000"/>
          <w:lang w:eastAsia="zh-CN"/>
        </w:rPr>
        <w:t>七点半到朝阳，这都几点了？</w:t>
      </w:r>
      <w:r>
        <w:rPr>
          <w:rFonts w:ascii="SimSun" w:eastAsia="SimSun" w:hAnsi="SimSun" w:cs="SimSun"/>
          <w:color w:val="000000"/>
          <w:lang w:eastAsia="zh-CN"/>
        </w:rPr>
        <w:t>”</w:t>
      </w:r>
      <w:r>
        <w:rPr>
          <w:rFonts w:ascii="KaiTi" w:eastAsia="KaiTi" w:hAnsi="KaiTi" w:cs="KaiTi"/>
          <w:color w:val="000000"/>
          <w:lang w:eastAsia="zh-CN"/>
        </w:rPr>
        <w:t>我忽然发现了疑点。</w:t>
      </w:r>
    </w:p>
    <w:p w14:paraId="15D06A0C" w14:textId="77777777" w:rsidR="00B475E2" w:rsidRDefault="00B475E2" w:rsidP="00B475E2">
      <w:pPr>
        <w:spacing w:line="360" w:lineRule="auto"/>
        <w:ind w:firstLine="420"/>
        <w:rPr>
          <w:color w:val="000000"/>
          <w:lang w:eastAsia="zh-CN"/>
        </w:rPr>
      </w:pPr>
      <w:r>
        <w:rPr>
          <w:color w:val="000000"/>
          <w:lang w:eastAsia="zh-CN"/>
        </w:rPr>
        <w:t>⑪</w:t>
      </w:r>
      <w:r>
        <w:rPr>
          <w:rFonts w:ascii="KaiTi" w:eastAsia="KaiTi" w:hAnsi="KaiTi" w:cs="KaiTi"/>
          <w:color w:val="000000"/>
          <w:lang w:eastAsia="zh-CN"/>
        </w:rPr>
        <w:t>原来，他天没亮便启程，开车一个多小时到朝阳，抵达闺女家，还不到八点。</w:t>
      </w:r>
      <w:r>
        <w:rPr>
          <w:rFonts w:ascii="SimSun" w:eastAsia="SimSun" w:hAnsi="SimSun" w:cs="SimSun"/>
          <w:color w:val="000000"/>
          <w:lang w:eastAsia="zh-CN"/>
        </w:rPr>
        <w:t>“</w:t>
      </w:r>
      <w:r>
        <w:rPr>
          <w:rFonts w:ascii="KaiTi" w:eastAsia="KaiTi" w:hAnsi="KaiTi" w:cs="KaiTi"/>
          <w:color w:val="000000"/>
          <w:lang w:eastAsia="zh-CN"/>
        </w:rPr>
        <w:t>怕打扰闺女休息，我绕他们小区走了五圈，打了一套拳。实在无聊，看他们楼道有把扫帚，还帮他们清扫了下。</w:t>
      </w:r>
      <w:r>
        <w:rPr>
          <w:rFonts w:ascii="SimSun" w:eastAsia="SimSun" w:hAnsi="SimSun" w:cs="SimSun"/>
          <w:color w:val="000000"/>
          <w:lang w:eastAsia="zh-CN"/>
        </w:rPr>
        <w:t>”“</w:t>
      </w:r>
      <w:r>
        <w:rPr>
          <w:rFonts w:ascii="KaiTi" w:eastAsia="KaiTi" w:hAnsi="KaiTi" w:cs="KaiTi"/>
          <w:color w:val="000000"/>
          <w:lang w:eastAsia="zh-CN"/>
        </w:rPr>
        <w:t>您等闺女、姑爷睡醒，才往回走的？</w:t>
      </w:r>
      <w:r>
        <w:rPr>
          <w:rFonts w:ascii="SimSun" w:eastAsia="SimSun" w:hAnsi="SimSun" w:cs="SimSun"/>
          <w:color w:val="000000"/>
          <w:lang w:eastAsia="zh-CN"/>
        </w:rPr>
        <w:t>”</w:t>
      </w:r>
      <w:r>
        <w:rPr>
          <w:rFonts w:ascii="KaiTi" w:eastAsia="KaiTi" w:hAnsi="KaiTi" w:cs="KaiTi"/>
          <w:color w:val="000000"/>
          <w:lang w:eastAsia="zh-CN"/>
        </w:rPr>
        <w:t>我意识到。</w:t>
      </w:r>
      <w:r>
        <w:rPr>
          <w:rFonts w:ascii="SimSun" w:eastAsia="SimSun" w:hAnsi="SimSun" w:cs="SimSun"/>
          <w:color w:val="000000"/>
          <w:lang w:eastAsia="zh-CN"/>
        </w:rPr>
        <w:t>“</w:t>
      </w:r>
      <w:r>
        <w:rPr>
          <w:rFonts w:ascii="KaiTi" w:eastAsia="KaiTi" w:hAnsi="KaiTi" w:cs="KaiTi"/>
          <w:color w:val="000000"/>
          <w:lang w:eastAsia="zh-CN"/>
        </w:rPr>
        <w:t>没，我在楼</w:t>
      </w:r>
      <w:r>
        <w:rPr>
          <w:rFonts w:ascii="KaiTi" w:eastAsia="KaiTi" w:hAnsi="KaiTi" w:cs="KaiTi"/>
          <w:color w:val="000000"/>
          <w:lang w:eastAsia="zh-CN"/>
        </w:rPr>
        <w:lastRenderedPageBreak/>
        <w:t>下转到八点半，心想算了不等了，就把大包小包放门口，发条消息：爸爸来过，菜在门外。</w:t>
      </w:r>
      <w:r>
        <w:rPr>
          <w:rFonts w:ascii="SimSun" w:eastAsia="SimSun" w:hAnsi="SimSun" w:cs="SimSun"/>
          <w:color w:val="000000"/>
          <w:lang w:eastAsia="zh-CN"/>
        </w:rPr>
        <w:t>”</w:t>
      </w:r>
    </w:p>
    <w:p w14:paraId="7780FBB0" w14:textId="77777777" w:rsidR="00B475E2" w:rsidRDefault="00B475E2" w:rsidP="00B475E2">
      <w:pPr>
        <w:spacing w:line="360" w:lineRule="auto"/>
        <w:ind w:firstLine="420"/>
        <w:rPr>
          <w:color w:val="000000"/>
          <w:lang w:eastAsia="zh-CN"/>
        </w:rPr>
      </w:pPr>
      <w:r>
        <w:rPr>
          <w:color w:val="000000"/>
          <w:lang w:eastAsia="zh-CN"/>
        </w:rPr>
        <w:t>⑫</w:t>
      </w:r>
      <w:r>
        <w:rPr>
          <w:rFonts w:ascii="SimSun" w:eastAsia="SimSun" w:hAnsi="SimSun" w:cs="SimSun"/>
          <w:color w:val="000000"/>
          <w:lang w:eastAsia="zh-CN"/>
        </w:rPr>
        <w:t>“</w:t>
      </w:r>
      <w:r>
        <w:rPr>
          <w:rFonts w:ascii="KaiTi" w:eastAsia="KaiTi" w:hAnsi="KaiTi" w:cs="KaiTi"/>
          <w:color w:val="000000"/>
          <w:lang w:eastAsia="zh-CN"/>
        </w:rPr>
        <w:t>您这不算什么！您从平谷到朝阳，</w:t>
      </w:r>
      <w:r>
        <w:rPr>
          <w:rFonts w:ascii="SimSun" w:eastAsia="SimSun" w:hAnsi="SimSun" w:cs="SimSun"/>
          <w:color w:val="000000"/>
          <w:lang w:eastAsia="zh-CN"/>
        </w:rPr>
        <w:t>”</w:t>
      </w:r>
      <w:r>
        <w:rPr>
          <w:rFonts w:ascii="KaiTi" w:eastAsia="KaiTi" w:hAnsi="KaiTi" w:cs="KaiTi"/>
          <w:color w:val="000000"/>
          <w:lang w:eastAsia="zh-CN"/>
        </w:rPr>
        <w:t>我娃突然插嘴，</w:t>
      </w:r>
      <w:r>
        <w:rPr>
          <w:rFonts w:ascii="SimSun" w:eastAsia="SimSun" w:hAnsi="SimSun" w:cs="SimSun"/>
          <w:color w:val="000000"/>
          <w:lang w:eastAsia="zh-CN"/>
        </w:rPr>
        <w:t>“</w:t>
      </w:r>
      <w:r>
        <w:rPr>
          <w:rFonts w:ascii="KaiTi" w:eastAsia="KaiTi" w:hAnsi="KaiTi" w:cs="KaiTi"/>
          <w:color w:val="000000"/>
          <w:lang w:eastAsia="zh-CN"/>
        </w:rPr>
        <w:t>我姥姥、姥爷从安徽来北京，专门来给我蒸包子！给我蒸了六十个包子，给我妈做了一锅米酒，是不是比您还……</w:t>
      </w:r>
      <w:r>
        <w:rPr>
          <w:rFonts w:ascii="SimSun" w:eastAsia="SimSun" w:hAnsi="SimSun" w:cs="SimSun"/>
          <w:color w:val="000000"/>
          <w:lang w:eastAsia="zh-CN"/>
        </w:rPr>
        <w:t>”</w:t>
      </w:r>
      <w:r>
        <w:rPr>
          <w:rFonts w:ascii="KaiTi" w:eastAsia="KaiTi" w:hAnsi="KaiTi" w:cs="KaiTi"/>
          <w:color w:val="000000"/>
          <w:lang w:eastAsia="zh-CN"/>
        </w:rPr>
        <w:t>他找不出词形容了。</w:t>
      </w:r>
      <w:r>
        <w:rPr>
          <w:rFonts w:ascii="SimSun" w:eastAsia="SimSun" w:hAnsi="SimSun" w:cs="SimSun"/>
          <w:color w:val="000000"/>
          <w:lang w:eastAsia="zh-CN"/>
        </w:rPr>
        <w:t>“</w:t>
      </w:r>
      <w:r>
        <w:rPr>
          <w:rFonts w:ascii="KaiTi" w:eastAsia="KaiTi" w:hAnsi="KaiTi" w:cs="KaiTi"/>
          <w:color w:val="000000"/>
          <w:lang w:eastAsia="zh-CN"/>
        </w:rPr>
        <w:t>哈哈！</w:t>
      </w:r>
      <w:r>
        <w:rPr>
          <w:rFonts w:ascii="SimSun" w:eastAsia="SimSun" w:hAnsi="SimSun" w:cs="SimSun"/>
          <w:color w:val="000000"/>
          <w:lang w:eastAsia="zh-CN"/>
        </w:rPr>
        <w:t>”</w:t>
      </w:r>
      <w:r>
        <w:rPr>
          <w:rFonts w:ascii="KaiTi" w:eastAsia="KaiTi" w:hAnsi="KaiTi" w:cs="KaiTi"/>
          <w:color w:val="000000"/>
          <w:lang w:eastAsia="zh-CN"/>
        </w:rPr>
        <w:t>司机大笑，</w:t>
      </w:r>
      <w:r>
        <w:rPr>
          <w:rFonts w:ascii="SimSun" w:eastAsia="SimSun" w:hAnsi="SimSun" w:cs="SimSun"/>
          <w:color w:val="000000"/>
          <w:lang w:eastAsia="zh-CN"/>
        </w:rPr>
        <w:t>“</w:t>
      </w:r>
      <w:r>
        <w:rPr>
          <w:rFonts w:ascii="KaiTi" w:eastAsia="KaiTi" w:hAnsi="KaiTi" w:cs="KaiTi"/>
          <w:color w:val="000000"/>
          <w:lang w:eastAsia="zh-CN"/>
        </w:rPr>
        <w:t>那我是比不过你姥姥、姥爷，不过我要是有个外孙，也会这样。用你们年轻人的话说，太‘卷’了！</w:t>
      </w:r>
      <w:r>
        <w:rPr>
          <w:rFonts w:ascii="SimSun" w:eastAsia="SimSun" w:hAnsi="SimSun" w:cs="SimSun"/>
          <w:color w:val="000000"/>
          <w:lang w:eastAsia="zh-CN"/>
        </w:rPr>
        <w:t>”</w:t>
      </w:r>
    </w:p>
    <w:p w14:paraId="2A448B05" w14:textId="77777777" w:rsidR="00B475E2" w:rsidRDefault="00B475E2" w:rsidP="00B475E2">
      <w:pPr>
        <w:spacing w:line="360" w:lineRule="auto"/>
        <w:ind w:firstLine="420"/>
        <w:rPr>
          <w:color w:val="000000"/>
          <w:lang w:eastAsia="zh-CN"/>
        </w:rPr>
      </w:pPr>
      <w:r>
        <w:rPr>
          <w:color w:val="000000"/>
          <w:lang w:eastAsia="zh-CN"/>
        </w:rPr>
        <w:t>⑬</w:t>
      </w:r>
      <w:r>
        <w:rPr>
          <w:rFonts w:ascii="SimSun" w:eastAsia="SimSun" w:hAnsi="SimSun" w:cs="SimSun"/>
          <w:color w:val="000000"/>
          <w:lang w:eastAsia="zh-CN"/>
        </w:rPr>
        <w:t>“</w:t>
      </w:r>
      <w:r>
        <w:rPr>
          <w:rFonts w:ascii="KaiTi" w:eastAsia="KaiTi" w:hAnsi="KaiTi" w:cs="KaiTi"/>
          <w:color w:val="000000"/>
          <w:lang w:eastAsia="zh-CN"/>
        </w:rPr>
        <w:t>妈妈，刚才那个爷爷说太‘卷’了，什么太‘卷’了？</w:t>
      </w:r>
      <w:r>
        <w:rPr>
          <w:rFonts w:ascii="SimSun" w:eastAsia="SimSun" w:hAnsi="SimSun" w:cs="SimSun"/>
          <w:color w:val="000000"/>
          <w:lang w:eastAsia="zh-CN"/>
        </w:rPr>
        <w:t>”</w:t>
      </w:r>
      <w:r>
        <w:rPr>
          <w:rFonts w:ascii="KaiTi" w:eastAsia="KaiTi" w:hAnsi="KaiTi" w:cs="KaiTi"/>
          <w:color w:val="000000"/>
          <w:lang w:eastAsia="zh-CN"/>
        </w:rPr>
        <w:t>下车后，我娃刨根问底。</w:t>
      </w:r>
      <w:r>
        <w:rPr>
          <w:rFonts w:ascii="SimSun" w:eastAsia="SimSun" w:hAnsi="SimSun" w:cs="SimSun"/>
          <w:color w:val="000000"/>
          <w:lang w:eastAsia="zh-CN"/>
        </w:rPr>
        <w:t>“</w:t>
      </w:r>
      <w:r>
        <w:rPr>
          <w:rFonts w:ascii="KaiTi" w:eastAsia="KaiTi" w:hAnsi="KaiTi" w:cs="KaiTi"/>
          <w:color w:val="000000"/>
          <w:em w:val="dot"/>
          <w:lang w:eastAsia="zh-CN"/>
        </w:rPr>
        <w:t>爱的‘内卷’</w:t>
      </w:r>
      <w:r>
        <w:rPr>
          <w:rFonts w:ascii="KaiTi" w:eastAsia="KaiTi" w:hAnsi="KaiTi" w:cs="KaiTi"/>
          <w:color w:val="000000"/>
          <w:lang w:eastAsia="zh-CN"/>
        </w:rPr>
        <w:t>。</w:t>
      </w:r>
      <w:r>
        <w:rPr>
          <w:rFonts w:ascii="SimSun" w:eastAsia="SimSun" w:hAnsi="SimSun" w:cs="SimSun"/>
          <w:color w:val="000000"/>
          <w:lang w:eastAsia="zh-CN"/>
        </w:rPr>
        <w:t>”</w:t>
      </w:r>
      <w:r>
        <w:rPr>
          <w:rFonts w:ascii="KaiTi" w:eastAsia="KaiTi" w:hAnsi="KaiTi" w:cs="KaiTi"/>
          <w:color w:val="000000"/>
          <w:lang w:eastAsia="zh-CN"/>
        </w:rPr>
        <w:t>我故作神秘地回答。</w:t>
      </w:r>
    </w:p>
    <w:p w14:paraId="229610DD" w14:textId="77777777" w:rsidR="00B475E2" w:rsidRDefault="00B475E2" w:rsidP="00B475E2">
      <w:pPr>
        <w:spacing w:line="360" w:lineRule="auto"/>
        <w:jc w:val="right"/>
        <w:rPr>
          <w:color w:val="000000"/>
          <w:lang w:eastAsia="zh-CN"/>
        </w:rPr>
      </w:pPr>
      <w:r>
        <w:rPr>
          <w:rFonts w:ascii="SimSun" w:eastAsia="SimSun" w:hAnsi="SimSun" w:cs="SimSun"/>
          <w:color w:val="000000"/>
          <w:lang w:eastAsia="zh-CN"/>
        </w:rPr>
        <w:t>（取材于</w:t>
      </w:r>
      <w:r>
        <w:rPr>
          <w:rFonts w:ascii="Times New Roman" w:eastAsia="Times New Roman" w:hAnsi="Times New Roman" w:cs="Times New Roman"/>
          <w:color w:val="000000"/>
          <w:lang w:eastAsia="zh-CN"/>
        </w:rPr>
        <w:t>2023</w:t>
      </w:r>
      <w:r>
        <w:rPr>
          <w:rFonts w:ascii="SimSun" w:eastAsia="SimSun" w:hAnsi="SimSun" w:cs="SimSun"/>
          <w:color w:val="000000"/>
          <w:lang w:eastAsia="zh-CN"/>
        </w:rPr>
        <w:t>年</w:t>
      </w:r>
      <w:r>
        <w:rPr>
          <w:rFonts w:ascii="Times New Roman" w:eastAsia="Times New Roman" w:hAnsi="Times New Roman" w:cs="Times New Roman"/>
          <w:color w:val="000000"/>
          <w:lang w:eastAsia="zh-CN"/>
        </w:rPr>
        <w:t>11</w:t>
      </w:r>
      <w:r>
        <w:rPr>
          <w:rFonts w:ascii="SimSun" w:eastAsia="SimSun" w:hAnsi="SimSun" w:cs="SimSun"/>
          <w:color w:val="000000"/>
          <w:lang w:eastAsia="zh-CN"/>
        </w:rPr>
        <w:t>月《读者（原创版）》林特特同名文章）</w:t>
      </w:r>
    </w:p>
    <w:p w14:paraId="7211C426" w14:textId="77777777" w:rsidR="00B475E2" w:rsidRDefault="00B475E2" w:rsidP="00B475E2">
      <w:pPr>
        <w:spacing w:line="360" w:lineRule="auto"/>
        <w:rPr>
          <w:color w:val="000000"/>
          <w:lang w:eastAsia="zh-CN"/>
        </w:rPr>
      </w:pPr>
      <w:r>
        <w:rPr>
          <w:color w:val="000000"/>
          <w:lang w:eastAsia="zh-CN"/>
        </w:rPr>
        <w:t xml:space="preserve">17. </w:t>
      </w:r>
      <w:r>
        <w:rPr>
          <w:rFonts w:ascii="SimSun" w:eastAsia="SimSun" w:hAnsi="SimSun" w:cs="SimSun"/>
          <w:color w:val="000000"/>
          <w:lang w:eastAsia="zh-CN"/>
        </w:rPr>
        <w:t>文章记述了两个家庭</w:t>
      </w:r>
      <w:r>
        <w:rPr>
          <w:rFonts w:ascii="SimSun" w:eastAsia="SimSun" w:hAnsi="SimSun" w:cs="SimSun"/>
          <w:noProof/>
          <w:color w:val="000000"/>
        </w:rPr>
        <w:drawing>
          <wp:inline distT="0" distB="0" distL="114300" distR="114300" wp14:anchorId="3377F51D" wp14:editId="1C032E5B">
            <wp:extent cx="133350" cy="177800"/>
            <wp:effectExtent l="0" t="0" r="0" b="13335"/>
            <wp:docPr id="1321"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图片 100005"/>
                    <pic:cNvPicPr>
                      <a:picLocks noChangeAspect="1"/>
                    </pic:cNvPicPr>
                  </pic:nvPicPr>
                  <pic:blipFill>
                    <a:blip r:embed="rId42"/>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生活片段：第一家，“我”父母由合肥到济南旅游，“顺路”来北京，为的是</w:t>
      </w:r>
      <w:r>
        <w:rPr>
          <w:rFonts w:ascii="SimSun" w:eastAsia="SimSun" w:hAnsi="SimSun" w:cs="SimSun"/>
          <w:color w:val="000000"/>
          <w:u w:val="single"/>
          <w:lang w:eastAsia="zh-CN"/>
        </w:rPr>
        <w:t>①</w:t>
      </w:r>
      <w:r>
        <w:rPr>
          <w:color w:val="000000"/>
          <w:lang w:eastAsia="zh-CN"/>
        </w:rPr>
        <w:t>______</w:t>
      </w:r>
      <w:r>
        <w:rPr>
          <w:rFonts w:ascii="SimSun" w:eastAsia="SimSun" w:hAnsi="SimSun" w:cs="SimSun"/>
          <w:color w:val="000000"/>
          <w:lang w:eastAsia="zh-CN"/>
        </w:rPr>
        <w:t>；第二家，</w:t>
      </w:r>
      <w:r>
        <w:rPr>
          <w:rFonts w:ascii="SimSun" w:eastAsia="SimSun" w:hAnsi="SimSun" w:cs="SimSun"/>
          <w:color w:val="000000"/>
          <w:u w:val="single"/>
          <w:lang w:eastAsia="zh-CN"/>
        </w:rPr>
        <w:t>②</w:t>
      </w:r>
      <w:r>
        <w:rPr>
          <w:color w:val="000000"/>
          <w:lang w:eastAsia="zh-CN"/>
        </w:rPr>
        <w:t>______</w:t>
      </w:r>
      <w:r>
        <w:rPr>
          <w:rFonts w:ascii="SimSun" w:eastAsia="SimSun" w:hAnsi="SimSun" w:cs="SimSun"/>
          <w:color w:val="000000"/>
          <w:lang w:eastAsia="zh-CN"/>
        </w:rPr>
        <w:t>，为的是给女儿女婿送菜。</w:t>
      </w:r>
    </w:p>
    <w:p w14:paraId="2E9EEC27" w14:textId="77777777" w:rsidR="00B475E2" w:rsidRDefault="00B475E2" w:rsidP="00B475E2">
      <w:pPr>
        <w:spacing w:line="360" w:lineRule="auto"/>
        <w:rPr>
          <w:color w:val="000000"/>
          <w:lang w:eastAsia="zh-CN"/>
        </w:rPr>
      </w:pPr>
      <w:r>
        <w:rPr>
          <w:color w:val="000000"/>
          <w:lang w:eastAsia="zh-CN"/>
        </w:rPr>
        <w:t xml:space="preserve">18. </w:t>
      </w:r>
      <w:r>
        <w:rPr>
          <w:rFonts w:ascii="SimSun" w:eastAsia="SimSun" w:hAnsi="SimSun" w:cs="SimSun"/>
          <w:color w:val="000000"/>
          <w:lang w:eastAsia="zh-CN"/>
        </w:rPr>
        <w:t>本文语言富有表现力，请在画线句中</w:t>
      </w:r>
      <w:r>
        <w:rPr>
          <w:rFonts w:ascii="SimSun" w:eastAsia="SimSun" w:hAnsi="SimSun" w:cs="SimSun"/>
          <w:color w:val="000000"/>
          <w:em w:val="dot"/>
          <w:lang w:eastAsia="zh-CN"/>
        </w:rPr>
        <w:t>任选一处</w:t>
      </w:r>
      <w:r>
        <w:rPr>
          <w:rFonts w:ascii="SimSun" w:eastAsia="SimSun" w:hAnsi="SimSun" w:cs="SimSun"/>
          <w:color w:val="000000"/>
          <w:lang w:eastAsia="zh-CN"/>
        </w:rPr>
        <w:t>，从词语或修辞的角度简要赏析其表达效果。</w:t>
      </w:r>
    </w:p>
    <w:p w14:paraId="21D661DF" w14:textId="77777777" w:rsidR="00B475E2" w:rsidRDefault="00B475E2" w:rsidP="00B475E2">
      <w:pPr>
        <w:spacing w:line="360" w:lineRule="auto"/>
        <w:rPr>
          <w:color w:val="000000"/>
          <w:lang w:eastAsia="zh-CN"/>
        </w:rPr>
      </w:pPr>
      <w:r>
        <w:rPr>
          <w:color w:val="000000"/>
          <w:lang w:eastAsia="zh-CN"/>
        </w:rPr>
        <w:t xml:space="preserve">19. </w:t>
      </w:r>
      <w:r>
        <w:rPr>
          <w:rFonts w:ascii="SimSun" w:eastAsia="SimSun" w:hAnsi="SimSun" w:cs="SimSun"/>
          <w:color w:val="000000"/>
          <w:lang w:eastAsia="zh-CN"/>
        </w:rPr>
        <w:t>文章在叙述两家故事时分别运用了很多数字，请结合相关数字和文章最后三段内容，说说你对文章结尾“爱的‘内卷’”的理解。</w:t>
      </w:r>
    </w:p>
    <w:p w14:paraId="3875695A" w14:textId="77777777" w:rsidR="00B475E2" w:rsidRDefault="00B475E2" w:rsidP="00B475E2">
      <w:pPr>
        <w:spacing w:line="360" w:lineRule="auto"/>
        <w:rPr>
          <w:color w:val="000000"/>
          <w:lang w:eastAsia="zh-CN"/>
        </w:rPr>
      </w:pPr>
      <w:r>
        <w:rPr>
          <w:rFonts w:ascii="SimSun" w:eastAsia="SimSun" w:hAnsi="SimSun" w:cs="SimSun"/>
          <w:b/>
          <w:color w:val="000000"/>
          <w:sz w:val="24"/>
          <w:lang w:eastAsia="zh-CN"/>
        </w:rPr>
        <w:t>（二）（共</w:t>
      </w:r>
      <w:r>
        <w:rPr>
          <w:rFonts w:ascii="Times New Roman" w:eastAsia="Times New Roman" w:hAnsi="Times New Roman" w:cs="Times New Roman"/>
          <w:b/>
          <w:color w:val="000000"/>
          <w:sz w:val="24"/>
          <w:lang w:eastAsia="zh-CN"/>
        </w:rPr>
        <w:t>10</w:t>
      </w:r>
      <w:r>
        <w:rPr>
          <w:rFonts w:ascii="SimSun" w:eastAsia="SimSun" w:hAnsi="SimSun" w:cs="SimSun"/>
          <w:b/>
          <w:color w:val="000000"/>
          <w:sz w:val="24"/>
          <w:lang w:eastAsia="zh-CN"/>
        </w:rPr>
        <w:t>分）</w:t>
      </w:r>
    </w:p>
    <w:p w14:paraId="0B576429" w14:textId="77777777" w:rsidR="00B475E2" w:rsidRDefault="00B475E2" w:rsidP="00B475E2">
      <w:pPr>
        <w:spacing w:line="360" w:lineRule="auto"/>
        <w:rPr>
          <w:color w:val="000000"/>
          <w:lang w:eastAsia="zh-CN"/>
        </w:rPr>
      </w:pPr>
      <w:r>
        <w:rPr>
          <w:rFonts w:ascii="SimSun" w:eastAsia="SimSun" w:hAnsi="SimSun" w:cs="SimSun"/>
          <w:color w:val="000000"/>
          <w:lang w:eastAsia="zh-CN"/>
        </w:rPr>
        <w:t>阅读《雪白》，完成各题。</w:t>
      </w:r>
    </w:p>
    <w:p w14:paraId="32AA30CB" w14:textId="77777777" w:rsidR="00B475E2" w:rsidRDefault="00B475E2" w:rsidP="00B475E2">
      <w:pPr>
        <w:spacing w:line="360" w:lineRule="auto"/>
        <w:jc w:val="center"/>
        <w:rPr>
          <w:color w:val="000000"/>
          <w:lang w:eastAsia="zh-CN"/>
        </w:rPr>
      </w:pPr>
      <w:r>
        <w:rPr>
          <w:rFonts w:ascii="KaiTi" w:eastAsia="KaiTi" w:hAnsi="KaiTi" w:cs="KaiTi"/>
          <w:color w:val="000000"/>
          <w:lang w:eastAsia="zh-CN"/>
        </w:rPr>
        <w:t>雪白</w:t>
      </w:r>
    </w:p>
    <w:p w14:paraId="461EA28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①清晨，潘晟昱（</w:t>
      </w:r>
      <w:r>
        <w:rPr>
          <w:rFonts w:ascii="Times New Roman" w:eastAsia="Times New Roman" w:hAnsi="Times New Roman" w:cs="Times New Roman"/>
          <w:color w:val="000000"/>
          <w:lang w:eastAsia="zh-CN"/>
        </w:rPr>
        <w:t>shèng</w:t>
      </w:r>
      <w:r>
        <w:rPr>
          <w:rFonts w:ascii="KaiTi" w:eastAsia="KaiTi" w:hAnsi="KaiTi" w:cs="KaiTi"/>
          <w:color w:val="000000"/>
          <w:lang w:eastAsia="zh-CN"/>
        </w:rPr>
        <w:t xml:space="preserve"> </w:t>
      </w:r>
      <w:r>
        <w:rPr>
          <w:rFonts w:ascii="Times New Roman" w:eastAsia="Times New Roman" w:hAnsi="Times New Roman" w:cs="Times New Roman"/>
          <w:color w:val="000000"/>
          <w:lang w:eastAsia="zh-CN"/>
        </w:rPr>
        <w:t>yù</w:t>
      </w:r>
      <w:r>
        <w:rPr>
          <w:rFonts w:ascii="KaiTi" w:eastAsia="KaiTi" w:hAnsi="KaiTi" w:cs="KaiTi"/>
          <w:color w:val="000000"/>
          <w:lang w:eastAsia="zh-CN"/>
        </w:rPr>
        <w:t>）便动身赶赴莫莫格湿地。如常的一天开始了。</w:t>
      </w:r>
    </w:p>
    <w:p w14:paraId="204EEE04"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②芦花摇曳，嫩水潺潺。浮动的晨霞和蔼蔼的月波交替升起，排列整齐的白杨俯瞰着众生，湿地边缘鸟群留下的脚印深深浅浅。白鹤成群结队，在潮湿的空气中高蹈轻歌。袅袅炊烟里，村民日出而作日落而息。数不清的日日夜夜过去了，而这里仿佛一切都未发生。</w:t>
      </w:r>
    </w:p>
    <w:p w14:paraId="0F0DCD6C"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lastRenderedPageBreak/>
        <w:t>③冬天的残冰还没有消融，潘晟昱的老朋友便迫不及待地赶回来了。五千余只白鹤、灰鹤、白枕鹤和数万只大雁、野鸭等水鸟在此停歇、休养。莫莫格迎来了北归的候鸟。放眼望去，鹤舞莺飞，生机盎然。潘晟显拿出望远镜，支好三脚架，将长焦镜头对准了湿地里的鸟群。他这辈子最得意的，就是定格镜头里的这些美丽生灵。</w:t>
      </w:r>
    </w:p>
    <w:p w14:paraId="1F8E6408"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④潘晟昱原本是一名摄影爱好者。这些年，莫莫格生态保护做得好，大量候鸟回归。</w:t>
      </w:r>
      <w:r>
        <w:rPr>
          <w:rFonts w:ascii="Times New Roman" w:eastAsia="Times New Roman" w:hAnsi="Times New Roman" w:cs="Times New Roman"/>
          <w:color w:val="000000"/>
          <w:lang w:eastAsia="zh-CN"/>
        </w:rPr>
        <w:t>2003</w:t>
      </w:r>
      <w:r>
        <w:rPr>
          <w:rFonts w:ascii="KaiTi" w:eastAsia="KaiTi" w:hAnsi="KaiTi" w:cs="KaiTi"/>
          <w:color w:val="000000"/>
          <w:lang w:eastAsia="zh-CN"/>
        </w:rPr>
        <w:t>年，潘晟昱萌生了生态摄影的念头，于是他开始以这些候鸟为对象拍摄。渐渐地，他发现莫莫格竟然有不少世界罕见的珍贵鸟种，最珍稀的要数白鹤。</w:t>
      </w:r>
    </w:p>
    <w:p w14:paraId="34A0386F"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⑤现在对这些鸟儿，潘晟昱可是如数家珍，甚至还没等鸟儿亮出翅膀，他便能够脱口而出它们的名字。白鹤更成了潘晟昱相机里的嘉宾：一只雪白的白鹤站立在湖边，像一位亭亭玉立的少女，展现着婉约的风姿，超凡脱俗；湖面上，一群白鹤轻轻掠过，它们伸长脖颈，扇动着美丽的翅膀，宛如仙女在舞动长袖飞翔。</w:t>
      </w:r>
    </w:p>
    <w:p w14:paraId="01A1D6A4"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⑥每当用相机捕捉到白鹤振翅时的丰满羽翼、美丽长喙，看到它们无拘无束地欢歌、翱翔，潘晟昱的心里就充满了感动。白鹤每年都要万里跋涉，但是不论经历怎样的磨砺，它们同人一样，遵循群体规则，尊重手足之情，对幸福生活充满向往。越是对鸟类多了解一分，潘晟昱就越觉得应该倾心记录它们，尽力保护它们。</w:t>
      </w:r>
    </w:p>
    <w:p w14:paraId="38B3FCAA"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⑦二十年来，潘晟昱用相机记录下白鹤在莫莫格的珍贵瞬间，在全国各大媒体发表了大量稿件和照片，呼吁人们爱护生态、关注白鹤。现在，潘晟昱不仅拍鸟，还被聘为中国野生动物保护协会科学考察委员会委员、吉林白城护飞队队长。</w:t>
      </w:r>
      <w:r>
        <w:rPr>
          <w:rFonts w:ascii="KaiTi" w:eastAsia="KaiTi" w:hAnsi="KaiTi" w:cs="KaiTi"/>
          <w:color w:val="000000"/>
          <w:u w:val="single"/>
          <w:lang w:eastAsia="zh-CN"/>
        </w:rPr>
        <w:t>懂鸟，拍鸟，护鸟</w:t>
      </w:r>
      <w:r>
        <w:rPr>
          <w:rFonts w:ascii="KaiTi" w:eastAsia="KaiTi" w:hAnsi="KaiTi" w:cs="KaiTi"/>
          <w:color w:val="000000"/>
          <w:lang w:eastAsia="zh-CN"/>
        </w:rPr>
        <w:t>……潘晟昱肩上的担子更重了，他的名声越来越响亮。哪里有鸟受伤了，哪里又发现新的鸟群了，哪里的鸟有什么不对劲了……大家都第一时间想到潘晟昱。</w:t>
      </w:r>
    </w:p>
    <w:p w14:paraId="6BF0CA3E"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⑧</w:t>
      </w:r>
      <w:r>
        <w:rPr>
          <w:rFonts w:ascii="SimSun" w:eastAsia="SimSun" w:hAnsi="SimSun" w:cs="SimSun"/>
          <w:color w:val="000000"/>
          <w:lang w:eastAsia="zh-CN"/>
        </w:rPr>
        <w:t>“</w:t>
      </w:r>
      <w:r>
        <w:rPr>
          <w:rFonts w:ascii="KaiTi" w:eastAsia="KaiTi" w:hAnsi="KaiTi" w:cs="KaiTi"/>
          <w:color w:val="000000"/>
          <w:lang w:eastAsia="zh-CN"/>
        </w:rPr>
        <w:t>这个</w:t>
      </w:r>
      <w:r>
        <w:rPr>
          <w:rFonts w:ascii="KaiTi" w:eastAsia="KaiTi" w:hAnsi="KaiTi" w:cs="KaiTi"/>
          <w:color w:val="000000"/>
          <w:em w:val="dot"/>
          <w:lang w:eastAsia="zh-CN"/>
        </w:rPr>
        <w:t>鸟叔</w:t>
      </w:r>
      <w:r>
        <w:rPr>
          <w:rFonts w:ascii="KaiTi" w:eastAsia="KaiTi" w:hAnsi="KaiTi" w:cs="KaiTi"/>
          <w:color w:val="000000"/>
          <w:lang w:eastAsia="zh-CN"/>
        </w:rPr>
        <w:t>，不干人事，净干鸟事。</w:t>
      </w:r>
      <w:r>
        <w:rPr>
          <w:rFonts w:ascii="SimSun" w:eastAsia="SimSun" w:hAnsi="SimSun" w:cs="SimSun"/>
          <w:color w:val="000000"/>
          <w:lang w:eastAsia="zh-CN"/>
        </w:rPr>
        <w:t>”</w:t>
      </w:r>
      <w:r>
        <w:rPr>
          <w:rFonts w:ascii="KaiTi" w:eastAsia="KaiTi" w:hAnsi="KaiTi" w:cs="KaiTi"/>
          <w:color w:val="000000"/>
          <w:lang w:eastAsia="zh-CN"/>
        </w:rPr>
        <w:t>刚开始时，还有些人不理解潘晟昱。他们认为，鸟嘛，又不是人，哪儿都有，管得了这只还管得了那只？潘晟昱就想办法给他们做工作：白鹤，自古以来就是我们的吉祥鸟，在中国象征着长寿、福瑞。白鹤是世界濒临灭绝的动物之一，它们濒危的最重要原因就是栖息地遭到破坏和改变。莫莫格，是白鹤眷恋的土地，全世界百分之九十的白鹤都会在这里停留。</w:t>
      </w:r>
      <w:r>
        <w:rPr>
          <w:rFonts w:ascii="KaiTi" w:eastAsia="KaiTi" w:hAnsi="KaiTi" w:cs="KaiTi"/>
          <w:color w:val="000000"/>
          <w:em w:val="dot"/>
          <w:lang w:eastAsia="zh-CN"/>
        </w:rPr>
        <w:t>这</w:t>
      </w:r>
      <w:r>
        <w:rPr>
          <w:rFonts w:ascii="KaiTi" w:eastAsia="KaiTi" w:hAnsi="KaiTi" w:cs="KaiTi"/>
          <w:color w:val="000000"/>
          <w:lang w:eastAsia="zh-CN"/>
        </w:rPr>
        <w:t>对我们是多么大的信任！</w:t>
      </w:r>
    </w:p>
    <w:p w14:paraId="0F8B9294"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⑨几年来，很多对立者、旁观者变成了志愿者，志愿者又去给更多的人做工作。以前质疑的人没有了疑问，以前不懂的人变成了宣讲员，村民们</w:t>
      </w:r>
      <w:r>
        <w:rPr>
          <w:rFonts w:ascii="KaiTi" w:eastAsia="KaiTi" w:hAnsi="KaiTi" w:cs="KaiTi"/>
          <w:color w:val="000000"/>
          <w:em w:val="dot"/>
          <w:lang w:eastAsia="zh-CN"/>
        </w:rPr>
        <w:t>不仅</w:t>
      </w:r>
      <w:r>
        <w:rPr>
          <w:rFonts w:ascii="KaiTi" w:eastAsia="KaiTi" w:hAnsi="KaiTi" w:cs="KaiTi"/>
          <w:color w:val="000000"/>
          <w:lang w:eastAsia="zh-CN"/>
        </w:rPr>
        <w:t>帮助潘晟昱宣传、巡查，</w:t>
      </w:r>
      <w:r>
        <w:rPr>
          <w:rFonts w:ascii="KaiTi" w:eastAsia="KaiTi" w:hAnsi="KaiTi" w:cs="KaiTi"/>
          <w:color w:val="000000"/>
          <w:em w:val="dot"/>
          <w:lang w:eastAsia="zh-CN"/>
        </w:rPr>
        <w:lastRenderedPageBreak/>
        <w:t>还</w:t>
      </w:r>
      <w:r>
        <w:rPr>
          <w:rFonts w:ascii="KaiTi" w:eastAsia="KaiTi" w:hAnsi="KaiTi" w:cs="KaiTi"/>
          <w:color w:val="000000"/>
          <w:lang w:eastAsia="zh-CN"/>
        </w:rPr>
        <w:t>同潘晟昱一道，组建了近两百人的</w:t>
      </w:r>
      <w:r>
        <w:rPr>
          <w:rFonts w:ascii="SimSun" w:eastAsia="SimSun" w:hAnsi="SimSun" w:cs="SimSun"/>
          <w:color w:val="000000"/>
          <w:lang w:eastAsia="zh-CN"/>
        </w:rPr>
        <w:t>“</w:t>
      </w:r>
      <w:r>
        <w:rPr>
          <w:rFonts w:ascii="KaiTi" w:eastAsia="KaiTi" w:hAnsi="KaiTi" w:cs="KaiTi"/>
          <w:color w:val="000000"/>
          <w:lang w:eastAsia="zh-CN"/>
        </w:rPr>
        <w:t>白城护飞志愿者团队</w:t>
      </w:r>
      <w:r>
        <w:rPr>
          <w:rFonts w:ascii="SimSun" w:eastAsia="SimSun" w:hAnsi="SimSun" w:cs="SimSun"/>
          <w:color w:val="000000"/>
          <w:lang w:eastAsia="zh-CN"/>
        </w:rPr>
        <w:t>”</w:t>
      </w:r>
      <w:r>
        <w:rPr>
          <w:rFonts w:ascii="KaiTi" w:eastAsia="KaiTi" w:hAnsi="KaiTi" w:cs="KaiTi"/>
          <w:color w:val="000000"/>
          <w:lang w:eastAsia="zh-CN"/>
        </w:rPr>
        <w:t>。每年春秋两季，队员们把大部分的精力都放在护飞上，伴朝晖、沐夕阳，用心守护这群精灵，为它们保驾护航。</w:t>
      </w:r>
    </w:p>
    <w:p w14:paraId="7882FA86" w14:textId="77777777" w:rsidR="00B475E2" w:rsidRDefault="00B475E2" w:rsidP="00B475E2">
      <w:pPr>
        <w:spacing w:line="360" w:lineRule="auto"/>
        <w:ind w:firstLine="420"/>
        <w:rPr>
          <w:color w:val="000000"/>
          <w:lang w:eastAsia="zh-CN"/>
        </w:rPr>
      </w:pPr>
      <w:r>
        <w:rPr>
          <w:rFonts w:ascii="KaiTi" w:eastAsia="KaiTi" w:hAnsi="KaiTi" w:cs="KaiTi"/>
          <w:color w:val="000000"/>
          <w:lang w:eastAsia="zh-CN"/>
        </w:rPr>
        <w:t>⑩现在，越来越多的人亲切地叫潘晟昱</w:t>
      </w:r>
      <w:r>
        <w:rPr>
          <w:rFonts w:ascii="SimSun" w:eastAsia="SimSun" w:hAnsi="SimSun" w:cs="SimSun"/>
          <w:color w:val="000000"/>
          <w:lang w:eastAsia="zh-CN"/>
        </w:rPr>
        <w:t>“</w:t>
      </w:r>
      <w:r>
        <w:rPr>
          <w:rFonts w:ascii="KaiTi" w:eastAsia="KaiTi" w:hAnsi="KaiTi" w:cs="KaiTi"/>
          <w:color w:val="000000"/>
          <w:em w:val="dot"/>
          <w:lang w:eastAsia="zh-CN"/>
        </w:rPr>
        <w:t>鸟叔</w:t>
      </w:r>
      <w:r>
        <w:rPr>
          <w:rFonts w:ascii="SimSun" w:eastAsia="SimSun" w:hAnsi="SimSun" w:cs="SimSun"/>
          <w:color w:val="000000"/>
          <w:lang w:eastAsia="zh-CN"/>
        </w:rPr>
        <w:t>”</w:t>
      </w:r>
      <w:r>
        <w:rPr>
          <w:rFonts w:ascii="KaiTi" w:eastAsia="KaiTi" w:hAnsi="KaiTi" w:cs="KaiTi"/>
          <w:color w:val="000000"/>
          <w:lang w:eastAsia="zh-CN"/>
        </w:rPr>
        <w:t>，潘晟昱觉得：做一个爱管鸟事的</w:t>
      </w:r>
      <w:r>
        <w:rPr>
          <w:rFonts w:ascii="SimSun" w:eastAsia="SimSun" w:hAnsi="SimSun" w:cs="SimSun"/>
          <w:color w:val="000000"/>
          <w:lang w:eastAsia="zh-CN"/>
        </w:rPr>
        <w:t>“</w:t>
      </w:r>
      <w:r>
        <w:rPr>
          <w:rFonts w:ascii="KaiTi" w:eastAsia="KaiTi" w:hAnsi="KaiTi" w:cs="KaiTi"/>
          <w:color w:val="000000"/>
          <w:lang w:eastAsia="zh-CN"/>
        </w:rPr>
        <w:t>鸟叔</w:t>
      </w:r>
      <w:r>
        <w:rPr>
          <w:rFonts w:ascii="SimSun" w:eastAsia="SimSun" w:hAnsi="SimSun" w:cs="SimSun"/>
          <w:color w:val="000000"/>
          <w:lang w:eastAsia="zh-CN"/>
        </w:rPr>
        <w:t>”</w:t>
      </w:r>
      <w:r>
        <w:rPr>
          <w:rFonts w:ascii="KaiTi" w:eastAsia="KaiTi" w:hAnsi="KaiTi" w:cs="KaiTi"/>
          <w:color w:val="000000"/>
          <w:lang w:eastAsia="zh-CN"/>
        </w:rPr>
        <w:t>，很开心！这个外号可以带动其他人一起关注、保护野生动物。后来，参与的人越来越多：在我们莫莫格，绿水青山、冰天雪地都是金山银山！</w:t>
      </w:r>
    </w:p>
    <w:p w14:paraId="53D1E0D0" w14:textId="77777777" w:rsidR="00B475E2" w:rsidRDefault="00B475E2" w:rsidP="00B475E2">
      <w:pPr>
        <w:spacing w:line="360" w:lineRule="auto"/>
        <w:jc w:val="right"/>
        <w:rPr>
          <w:color w:val="000000"/>
          <w:lang w:eastAsia="zh-CN"/>
        </w:rPr>
      </w:pPr>
      <w:r>
        <w:rPr>
          <w:rFonts w:ascii="SimSun" w:eastAsia="SimSun" w:hAnsi="SimSun" w:cs="SimSun"/>
          <w:color w:val="000000"/>
          <w:lang w:eastAsia="zh-CN"/>
        </w:rPr>
        <w:t>（取材于李舫同名文章）</w:t>
      </w:r>
    </w:p>
    <w:p w14:paraId="35AA6866"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阅读第⑦段画线句，结合全文，简要说说潘晟昱“懂鸟，拍鸟，护鸟”的具体表现。</w:t>
      </w:r>
    </w:p>
    <w:p w14:paraId="6573ECEA"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下列对文意理解</w:t>
      </w:r>
      <w:r>
        <w:rPr>
          <w:rFonts w:ascii="SimSun" w:eastAsia="SimSun" w:hAnsi="SimSun" w:cs="SimSun"/>
          <w:color w:val="000000"/>
          <w:em w:val="dot"/>
          <w:lang w:eastAsia="zh-CN"/>
        </w:rPr>
        <w:t>有误</w:t>
      </w:r>
      <w:r>
        <w:rPr>
          <w:rFonts w:ascii="SimSun" w:eastAsia="SimSun" w:hAnsi="SimSun" w:cs="SimSun"/>
          <w:color w:val="000000"/>
          <w:lang w:eastAsia="zh-CN"/>
        </w:rPr>
        <w:t>的一项是</w:t>
      </w:r>
      <w:r>
        <w:rPr>
          <w:color w:val="000000"/>
          <w:lang w:eastAsia="zh-CN"/>
        </w:rPr>
        <w:t>（     ）</w:t>
      </w:r>
    </w:p>
    <w:p w14:paraId="2B54C15F" w14:textId="77777777" w:rsidR="00B475E2" w:rsidRDefault="00B475E2" w:rsidP="00B475E2">
      <w:pPr>
        <w:spacing w:line="360" w:lineRule="auto"/>
        <w:rPr>
          <w:color w:val="000000"/>
          <w:lang w:eastAsia="zh-CN"/>
        </w:rPr>
      </w:pPr>
      <w:r>
        <w:rPr>
          <w:rFonts w:ascii="SimSun" w:eastAsia="SimSun" w:hAnsi="SimSun" w:cs="SimSun"/>
          <w:color w:val="000000"/>
          <w:lang w:eastAsia="zh-CN"/>
        </w:rPr>
        <w:t>【甲】第②段写了白鹤喜欢的生存环境、悠然幸福的生存状态，以及村民与它们和谐共处的现状，为下文潘晟昱的爱白鹤、护白鹤做了铺垫。</w:t>
      </w:r>
    </w:p>
    <w:p w14:paraId="6D8B36B8" w14:textId="77777777" w:rsidR="00B475E2" w:rsidRDefault="00B475E2" w:rsidP="00B475E2">
      <w:pPr>
        <w:spacing w:line="360" w:lineRule="auto"/>
        <w:rPr>
          <w:color w:val="000000"/>
          <w:lang w:eastAsia="zh-CN"/>
        </w:rPr>
      </w:pPr>
      <w:r>
        <w:rPr>
          <w:rFonts w:ascii="SimSun" w:eastAsia="SimSun" w:hAnsi="SimSun" w:cs="SimSun"/>
          <w:color w:val="000000"/>
          <w:lang w:eastAsia="zh-CN"/>
        </w:rPr>
        <w:t>【乙】第⑧段最后一句“这对我们是多么大的信任”中的“这”字，指白鹤自古以来象征吉祥，濒临灭绝，栖息地遭到破坏后，依然眷恋莫莫格。</w:t>
      </w:r>
    </w:p>
    <w:p w14:paraId="10BF2F8D" w14:textId="77777777" w:rsidR="00B475E2" w:rsidRDefault="00B475E2" w:rsidP="00B475E2">
      <w:pPr>
        <w:spacing w:line="360" w:lineRule="auto"/>
        <w:rPr>
          <w:color w:val="000000"/>
          <w:lang w:eastAsia="zh-CN"/>
        </w:rPr>
      </w:pPr>
      <w:r>
        <w:rPr>
          <w:rFonts w:ascii="SimSun" w:eastAsia="SimSun" w:hAnsi="SimSun" w:cs="SimSun"/>
          <w:color w:val="000000"/>
          <w:lang w:eastAsia="zh-CN"/>
        </w:rPr>
        <w:t>【丙】第⑨段的加点词“不仅……还……”写出了村民对白鹤态度的进一步变化：</w:t>
      </w:r>
    </w:p>
    <w:p w14:paraId="118FEDB2" w14:textId="77777777" w:rsidR="00B475E2" w:rsidRDefault="00B475E2" w:rsidP="00B475E2">
      <w:pPr>
        <w:spacing w:line="360" w:lineRule="auto"/>
        <w:rPr>
          <w:color w:val="000000"/>
          <w:lang w:eastAsia="zh-CN"/>
        </w:rPr>
      </w:pPr>
      <w:r>
        <w:rPr>
          <w:rFonts w:ascii="SimSun" w:eastAsia="SimSun" w:hAnsi="SimSun" w:cs="SimSun"/>
          <w:color w:val="000000"/>
          <w:lang w:eastAsia="zh-CN"/>
        </w:rPr>
        <w:t>从宣传、巡查，到组建志愿者护飞团队，为白鹤保驾护航。</w:t>
      </w:r>
    </w:p>
    <w:p w14:paraId="599E855A" w14:textId="77777777" w:rsidR="00B475E2" w:rsidRDefault="00B475E2" w:rsidP="00B475E2">
      <w:pPr>
        <w:spacing w:line="360" w:lineRule="auto"/>
        <w:textAlignment w:val="center"/>
        <w:rPr>
          <w:color w:val="000000"/>
          <w:lang w:eastAsia="zh-CN"/>
        </w:rPr>
      </w:pPr>
      <w:r>
        <w:rPr>
          <w:color w:val="000000"/>
          <w:lang w:eastAsia="zh-CN"/>
        </w:rPr>
        <w:t xml:space="preserve">22. </w:t>
      </w:r>
      <w:r>
        <w:rPr>
          <w:rFonts w:ascii="SimSun" w:eastAsia="SimSun" w:hAnsi="SimSun" w:cs="SimSun"/>
          <w:color w:val="000000"/>
          <w:lang w:eastAsia="zh-CN"/>
        </w:rPr>
        <w:t>第⑧段的“鸟叔”和第⑩段的“鸟叔”，两个词的感情色彩不同。结合语境，具体说明。</w:t>
      </w:r>
    </w:p>
    <w:p w14:paraId="316EB6AC" w14:textId="77777777" w:rsidR="00B475E2" w:rsidRDefault="00B475E2" w:rsidP="00B475E2">
      <w:pPr>
        <w:spacing w:line="360" w:lineRule="auto"/>
        <w:textAlignment w:val="center"/>
        <w:rPr>
          <w:color w:val="000000"/>
          <w:lang w:eastAsia="zh-CN"/>
        </w:rPr>
      </w:pPr>
      <w:r>
        <w:rPr>
          <w:color w:val="000000"/>
          <w:lang w:eastAsia="zh-CN"/>
        </w:rPr>
        <w:t xml:space="preserve">23. </w:t>
      </w:r>
      <w:r>
        <w:rPr>
          <w:rFonts w:ascii="SimSun" w:eastAsia="SimSun" w:hAnsi="SimSun" w:cs="SimSun"/>
          <w:color w:val="000000"/>
          <w:lang w:eastAsia="zh-CN"/>
        </w:rPr>
        <w:t>你喜欢本文的标题“雪白”吗？如果喜欢，结合文章说说喜欢的理由有哪些；如果不喜欢，就另拟一个标题，说说为什么起这个名字。</w:t>
      </w:r>
    </w:p>
    <w:p w14:paraId="7F62AA50" w14:textId="77777777" w:rsidR="00B475E2" w:rsidRDefault="00B475E2" w:rsidP="00B475E2">
      <w:pPr>
        <w:pStyle w:val="Heading3"/>
        <w:rPr>
          <w:lang w:eastAsia="zh-CN"/>
        </w:rPr>
      </w:pPr>
      <w:bookmarkStart w:id="28" w:name="_Toc235355026"/>
      <w:r>
        <w:rPr>
          <w:lang w:eastAsia="zh-CN"/>
        </w:rPr>
        <w:t>门头沟区</w:t>
      </w:r>
      <w:bookmarkEnd w:id="28"/>
    </w:p>
    <w:p w14:paraId="072CCA5C" w14:textId="77777777" w:rsidR="00B475E2" w:rsidRDefault="00B475E2" w:rsidP="00B475E2">
      <w:pPr>
        <w:spacing w:line="360" w:lineRule="auto"/>
        <w:textAlignment w:val="center"/>
        <w:rPr>
          <w:color w:val="000000"/>
          <w:lang w:eastAsia="zh-CN"/>
        </w:rPr>
      </w:pPr>
      <w:r>
        <w:rPr>
          <w:rFonts w:ascii="SimSun" w:eastAsia="SimSun" w:hAnsi="SimSun" w:cs="SimSun"/>
          <w:b/>
          <w:color w:val="000000"/>
          <w:sz w:val="24"/>
          <w:lang w:eastAsia="zh-CN"/>
        </w:rPr>
        <w:t>四、现代文阅读（共20分）</w:t>
      </w:r>
    </w:p>
    <w:p w14:paraId="5C5BD24F"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阅读《升旗》，完成下面小题。</w:t>
      </w:r>
    </w:p>
    <w:p w14:paraId="49A004F4"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升旗</w:t>
      </w:r>
    </w:p>
    <w:p w14:paraId="1AEADFD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①阳光抚在屋顶的青瓦上，早起的鸟儿已经高歌着展开双翼，迎接清晨的第一缕微风。乡村的空气总是那么的清新，充满了令人舒适的气味。每当这时，我的耳畔总会响起雄壮高昂的《义勇军进行曲》，想起他。</w:t>
      </w:r>
    </w:p>
    <w:p w14:paraId="3F99A40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仲春时节，我们这个坐落在万山围子中的小村庄，便被漫山遍野的映山红包裹成一片鲜红。映山红，也就是杜鹃花，它们的颜色真像在血水中浸泡过一样，重叠的火红、深红、鲜红、浅红，把延绵的山染成了一片红色的晚霞。在映山红的海洋中，最醒目的并非青瓦白墙，也并非是蓝得高邈的天穹，而是同为红色的、每天五点准时升起的五星红旗，</w:t>
      </w:r>
      <w:r>
        <w:rPr>
          <w:rFonts w:ascii="KaiTi" w:eastAsia="KaiTi" w:hAnsi="KaiTi" w:cs="KaiTi"/>
          <w:color w:val="000000"/>
          <w:em w:val="dot"/>
          <w:lang w:eastAsia="zh-CN"/>
        </w:rPr>
        <w:t>风雨无阻</w:t>
      </w:r>
      <w:r>
        <w:rPr>
          <w:rFonts w:ascii="KaiTi" w:eastAsia="KaiTi" w:hAnsi="KaiTi" w:cs="KaiTi"/>
          <w:color w:val="000000"/>
          <w:lang w:eastAsia="zh-CN"/>
        </w:rPr>
        <w:t>！升旗手就是我记忆中的这位耄耋（mào dié）老人。</w:t>
      </w:r>
    </w:p>
    <w:p w14:paraId="04367C7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天还未亮，老人在他同样银丝如雪的老伴儿的搀扶下，手捧那面叠得整整齐齐的红旗，来到了村子前高高竖立的旗杆下，在威武雄壮的《义勇军进行曲》中，目送国旗冉冉升上蓝天。老人颤颤地举起了右手，挺直脊梁，一个标准的军礼使漫山的杜鹃花都黯然失色。盯着冉冉升起的红旗，老人的眼中充满了孩童般的热望。每每这时，他的老伴儿——那个慈祥的妇人，便端坐在一旁的青石上，微眯着双眼，见证着这一神圣的时刻，目光中流露出无法掩饰的自豪与骄傲。</w:t>
      </w:r>
    </w:p>
    <w:p w14:paraId="39524FA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④老伴常会以一种嗔怪的口气道：“老头子就是倔驴脾气，要是一天不让他去，还跟我置气呢！”但其实大家都听得出来，老妇人的嗔怪语气中更多的是自豪，她正以这种方式向众人炫耀着她那位“退伍不褪色”的军人丈夫呢！</w:t>
      </w:r>
    </w:p>
    <w:p w14:paraId="25C692C2"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升旗的老人身体尚还健朗，只是有些记事不清了。但每每孩子们围着他要听故事时，老人总能很清晰地说出一句：“当年在部队……”于是滔滔不绝，如溪水般的故事，便从这里开始。孩子们静静地倾听着，老人这看似无头无尾，却真挚感人的故事。“那时候条件很不好，去当边防兵，整个班我最小，只18岁……”老人讲着故事，眼中闪着光，“那时大雪封路啊！里面出不去，外面进不来。班长照顾我，把他的干粮给我，一直坚持到雪化掉，外面的给养送上来。我活了下来，而班长却因为营养不良体质衰弱，被高原反应夺去了生命……”讲着讲着老人语塞了，转过头偷偷地抹去了眼角的浊泪，“班长临死前只留下了一句话：</w:t>
      </w:r>
      <w:r>
        <w:rPr>
          <w:rFonts w:ascii="KaiTi" w:eastAsia="KaiTi" w:hAnsi="KaiTi" w:cs="KaiTi"/>
          <w:color w:val="000000"/>
          <w:u w:val="single"/>
          <w:lang w:eastAsia="zh-CN"/>
        </w:rPr>
        <w:t>一日为兵，终生为兵……</w:t>
      </w:r>
      <w:r>
        <w:rPr>
          <w:rFonts w:ascii="KaiTi" w:eastAsia="KaiTi" w:hAnsi="KaiTi" w:cs="KaiTi"/>
          <w:color w:val="000000"/>
          <w:lang w:eastAsia="zh-CN"/>
        </w:rPr>
        <w:t>”</w:t>
      </w:r>
    </w:p>
    <w:p w14:paraId="4DF8F53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⑥我问老人：“爷爷，每天这样您不乏味吗？”老人笑了，摇摇头。</w:t>
      </w:r>
    </w:p>
    <w:p w14:paraId="62E3350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⑦村民问老人：“老头，怎么？还想回部队啊？”老人笑了，点点头。</w:t>
      </w:r>
    </w:p>
    <w:p w14:paraId="41768B1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⑧记者问老人：“您这么做是为了什么？是出于什么目的吗？”老人笑了，既不摇头也不点头。</w:t>
      </w:r>
    </w:p>
    <w:p w14:paraId="7BC3A023"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⑨还有许多形形色色的人会问他各式各样的问题，但老人只是笑，那种笑容没有任何刻意的着色，只是一个军人本色的微笑。</w:t>
      </w:r>
    </w:p>
    <w:p w14:paraId="1AE35F4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老人去世那天，漫山遍野的杜鹃花开得正艳。村民们自发地给老人举行一个简单而庄重的追思会，老人安卧在血红的杜鹃丛中，身上覆盖着他那面升了四十年的国旗。村口的大喇叭里，《义勇军进行曲》高亢而嘹亮，一遍又一遍。</w:t>
      </w:r>
    </w:p>
    <w:p w14:paraId="1FCB8E6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⑪安葬老人的第二天，村门口那根高高的旗杆上，又升起一面五星红旗。那鲜亮而光辉的色彩，像一枚火炬，点燃了山村的这片蓝天。</w:t>
      </w:r>
    </w:p>
    <w:p w14:paraId="5F22A3D6"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文章先回忆了五彩斑斓的小村庄中每天五点准时升起的五星红旗，再由此引出一位耄耋老人，重点回忆他</w:t>
      </w:r>
      <w:r>
        <w:rPr>
          <w:color w:val="000000"/>
          <w:lang w:eastAsia="zh-CN"/>
        </w:rPr>
        <w:t>______</w:t>
      </w:r>
      <w:r>
        <w:rPr>
          <w:rFonts w:ascii="SimSun" w:eastAsia="SimSun" w:hAnsi="SimSun" w:cs="SimSun"/>
          <w:color w:val="000000"/>
          <w:lang w:eastAsia="zh-CN"/>
        </w:rPr>
        <w:t>和</w:t>
      </w:r>
      <w:r>
        <w:rPr>
          <w:color w:val="000000"/>
          <w:lang w:eastAsia="zh-CN"/>
        </w:rPr>
        <w:t>______</w:t>
      </w:r>
      <w:r>
        <w:rPr>
          <w:rFonts w:ascii="SimSun" w:eastAsia="SimSun" w:hAnsi="SimSun" w:cs="SimSun"/>
          <w:color w:val="000000"/>
          <w:lang w:eastAsia="zh-CN"/>
        </w:rPr>
        <w:t>的内容；老人去世时，身上覆盖着那面升了四十年的国旗；崭新的五星红旗升起后，像一枚火炬，点燃了小村庄的蓝天。</w:t>
      </w:r>
    </w:p>
    <w:p w14:paraId="4EF43F34"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结合文意，简要分析第②段中“风雨无阻”一词</w:t>
      </w:r>
      <w:r>
        <w:rPr>
          <w:rFonts w:ascii="SimSun" w:eastAsia="SimSun" w:hAnsi="SimSun" w:cs="SimSun"/>
          <w:noProof/>
          <w:color w:val="000000"/>
        </w:rPr>
        <w:drawing>
          <wp:inline distT="0" distB="0" distL="114300" distR="114300" wp14:anchorId="41162436" wp14:editId="09780C94">
            <wp:extent cx="133350" cy="177800"/>
            <wp:effectExtent l="0" t="0" r="0" b="13335"/>
            <wp:docPr id="1323"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图片 100011"/>
                    <pic:cNvPicPr>
                      <a:picLocks noChangeAspect="1"/>
                    </pic:cNvPicPr>
                  </pic:nvPicPr>
                  <pic:blipFill>
                    <a:blip r:embed="rId43"/>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表达效果。</w:t>
      </w:r>
    </w:p>
    <w:p w14:paraId="0B298E67"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联系上下文，说说你对第⑤段“一日为兵，终生为兵……”的理解。</w:t>
      </w:r>
    </w:p>
    <w:p w14:paraId="5448B718"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“杜鹃花”在第②段、第③段和第⑩段中反复出现。解释它们各自的含义，分析它们对表达作者情感的作用。</w:t>
      </w:r>
    </w:p>
    <w:p w14:paraId="04A4FDF9" w14:textId="77777777" w:rsidR="00B475E2" w:rsidRDefault="00B475E2" w:rsidP="00B475E2">
      <w:pPr>
        <w:spacing w:line="360" w:lineRule="auto"/>
        <w:textAlignment w:val="center"/>
        <w:rPr>
          <w:color w:val="000000"/>
          <w:lang w:eastAsia="zh-CN"/>
        </w:rPr>
      </w:pPr>
      <w:r>
        <w:rPr>
          <w:rFonts w:ascii="SimSun" w:eastAsia="SimSun" w:hAnsi="SimSun" w:cs="SimSun"/>
          <w:color w:val="000000"/>
          <w:lang w:eastAsia="zh-CN"/>
        </w:rPr>
        <w:t>阅读《宝贝噶尔》，完成下面小题。</w:t>
      </w:r>
    </w:p>
    <w:p w14:paraId="48AFDC4C"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宝贝噶尔</w:t>
      </w:r>
    </w:p>
    <w:p w14:paraId="1DA33B3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①邻居拉珍姐姐家的母狗生了几只狗崽崽，其中一只闭着眼睛吃奶的棕色小狗，胖乎乎的样子像小熊，可爱极了。洛桑喜欢上了这只小狗，他把小狗抱在怀里，小狗伸出舌头舔舔他的手。洛桑想要这只小狗，拉珍姐姐舍不得，这可是一只小獒啊！</w:t>
      </w:r>
    </w:p>
    <w:p w14:paraId="1A2333C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②洛桑说他愿意用小羊换这只小狗，拉珍姐姐想了想说：“我们是邻居，我不要你的小羊，等小狗满月后，我把这只送给你。”</w:t>
      </w:r>
    </w:p>
    <w:p w14:paraId="53870741"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③洛桑高兴地跳起来，他跑出村庄，采了一大束蓝蓝的马兰花送给拉珍姐姐。</w:t>
      </w:r>
    </w:p>
    <w:p w14:paraId="7E2E22E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④洛桑给小狗取名宝贝噶尔，汉语的意思是熊。小噶尔很黏人，洛桑走到哪儿，它就跟到哪儿。洛桑给它喂牛奶和羊肉，它一边吃，一边抬起头看看洛桑，摇着尾巴撒娇。</w:t>
      </w:r>
    </w:p>
    <w:p w14:paraId="4AFDCD09"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⑤</w:t>
      </w:r>
      <w:r>
        <w:rPr>
          <w:rFonts w:ascii="KaiTi" w:eastAsia="KaiTi" w:hAnsi="KaiTi" w:cs="KaiTi"/>
          <w:color w:val="000000"/>
          <w:u w:val="single"/>
          <w:lang w:eastAsia="zh-CN"/>
        </w:rPr>
        <w:t>快乐的日子像风一样掠过</w:t>
      </w:r>
      <w:r>
        <w:rPr>
          <w:rFonts w:ascii="KaiTi" w:eastAsia="KaiTi" w:hAnsi="KaiTi" w:cs="KaiTi"/>
          <w:color w:val="000000"/>
          <w:lang w:eastAsia="zh-CN"/>
        </w:rPr>
        <w:t>，转瞬就是一年。噶尔长成了一头威风凛凛的藏獒，它看上去就像一头健壮的小棕熊，大大的脑袋，厚实的皮毛。洛桑也长大了一岁。</w:t>
      </w:r>
    </w:p>
    <w:p w14:paraId="05AFB94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⑥这个周末的清晨，洛桑去草地放牧。碧蓝的天空飘着朵朵白云，草地像一张绣满五颜六色花朵的绿地毯。洛桑抱着噶尔在草地上打着滚儿，碾碎了几朵娇艳的蓝莲花。雀鸟啁啾，黄鸭与鸥鸟游弋在碧蓝的湖泊里，一群藏羚羊一阵风似的跑过去。洛桑跑，噶尔也跑。一只雪白的鸥鸟停驻在噶尔的背上，几只蓝羽毛的鸟儿飞落草地觅食。洛桑掏出爷爷送他的口琴，吹起悦耳的音乐。</w:t>
      </w:r>
    </w:p>
    <w:p w14:paraId="41646915"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⑦天空被乌云遮盖，夏天的高原孩子的脸，说变就变。洛桑骑上一头牦牛，噶尔帮他把羊赶到一起。大雨哗啦啦下起来，牛羊惊慌失措，四处奔跑，噶尔汪汪叫着，把跑远的牦牛赶回来。</w:t>
      </w:r>
    </w:p>
    <w:p w14:paraId="4420279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⑧一会儿工夫，乌云散去，又是蓝天白云，阳光金灿灿的，牛羊又</w:t>
      </w:r>
      <w:r>
        <w:rPr>
          <w:rFonts w:ascii="KaiTi" w:eastAsia="KaiTi" w:hAnsi="KaiTi" w:cs="KaiTi"/>
          <w:color w:val="000000"/>
          <w:u w:val="single"/>
          <w:lang w:eastAsia="zh-CN"/>
        </w:rPr>
        <w:t>悠闲地</w:t>
      </w:r>
      <w:r>
        <w:rPr>
          <w:rFonts w:ascii="KaiTi" w:eastAsia="KaiTi" w:hAnsi="KaiTi" w:cs="KaiTi"/>
          <w:color w:val="000000"/>
          <w:lang w:eastAsia="zh-CN"/>
        </w:rPr>
        <w:t>啃食青草，鸟儿飞落在花丛。洛桑脱下藏袍，铺在草地上晒干。这时，他像一尾鱼儿在湖里</w:t>
      </w:r>
      <w:r>
        <w:rPr>
          <w:rFonts w:ascii="KaiTi" w:eastAsia="KaiTi" w:hAnsi="KaiTi" w:cs="KaiTi"/>
          <w:color w:val="000000"/>
          <w:u w:val="single"/>
          <w:lang w:eastAsia="zh-CN"/>
        </w:rPr>
        <w:t>畅快地</w:t>
      </w:r>
      <w:r>
        <w:rPr>
          <w:rFonts w:ascii="KaiTi" w:eastAsia="KaiTi" w:hAnsi="KaiTi" w:cs="KaiTi"/>
          <w:color w:val="000000"/>
          <w:lang w:eastAsia="zh-CN"/>
        </w:rPr>
        <w:t>游弋。哦，在芦苇荡里，他捡到了一枚温热的野鸭蛋，想到这枚鸭蛋不久就会变成一只可爱的小野鸭，他把蛋放回了芦苇里。噶尔在草地上走来走去，</w:t>
      </w:r>
      <w:r>
        <w:rPr>
          <w:rFonts w:ascii="KaiTi" w:eastAsia="KaiTi" w:hAnsi="KaiTi" w:cs="KaiTi"/>
          <w:color w:val="000000"/>
          <w:u w:val="single"/>
          <w:lang w:eastAsia="zh-CN"/>
        </w:rPr>
        <w:t>安静地</w:t>
      </w:r>
      <w:r>
        <w:rPr>
          <w:rFonts w:ascii="KaiTi" w:eastAsia="KaiTi" w:hAnsi="KaiTi" w:cs="KaiTi"/>
          <w:color w:val="000000"/>
          <w:lang w:eastAsia="zh-CN"/>
        </w:rPr>
        <w:t>守护着羊群和牦牛。</w:t>
      </w:r>
    </w:p>
    <w:p w14:paraId="209C9BD6"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⑨第二天，洛桑去牧区学校上学，噶尔追在后面送他一程。</w:t>
      </w:r>
    </w:p>
    <w:p w14:paraId="33132680"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⑩阿爸赶着牛羊带上噶尔去放牧，一辆黑色的越野车开过来，开车的中年男人停下车，端详着噶尔。他被这只像棕熊一样的藏獒迷住了。男人想买这只藏獒。阿爸摇摇头。男人伸出5个手指，阿爸以为是5000，男人说是5万。阿爸的心像平静的湖面搅起了一串串涟漪。</w:t>
      </w:r>
    </w:p>
    <w:p w14:paraId="00B8DA77"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⑪傍晚，洛桑放学回家，不见了宝贝噶尔。洛桑哭了，他哭着跑出村庄，呼唤着噶尔的名字。一连几天，洛桑都不和阿爸说一句话。又是周末，满天星子的夜晚，洛桑骑着小红马，奔跑在开了朵朵蓝莲花与马兰花的湿地，他脑子里全是噶尔：噶尔像道棕色的闪电，跳起来，一口叼住一只土拨鼠……</w:t>
      </w:r>
    </w:p>
    <w:p w14:paraId="4EA1B22A"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lastRenderedPageBreak/>
        <w:t>⑫星月隐入漆黑的天幕，狂风席卷而来，几只黑影闪着绿莹莹的幽光。是野狼！野狼发出长啸，小红马吓坏了，驮着洛桑狂奔，野狼紧紧追在小红马后面。一道棕色的闪电扑了过来，伴随着霹雳般的叫声。啊，是噶尔！风吹拂着孤傲的噶尔，它屹立着，目光炯炯。头狼发出长啸，狼群消失在远方。</w:t>
      </w:r>
    </w:p>
    <w:p w14:paraId="2C3CD22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⑬“宝贝噶尔！”洛桑抱住噶尔的脖子，噶尔把头埋在洛桑怀里，像个受了委屈的孩子。洛桑呜呜地哭了，宝贝噶尔是如何从城里流浪到这里的呀！今夜，宝贝噶尔救了他和小红马！</w:t>
      </w:r>
    </w:p>
    <w:p w14:paraId="3457A9EB"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⑭夜色中传来阿爸呼唤洛桑的声音，洛桑躲在林卡里不出声，他担心阿爸再次卖掉噶尔。噶尔听见阿爸熟悉的声音，亢奋地跳起来，小红马也发出欢快的嘶鸣。</w:t>
      </w:r>
    </w:p>
    <w:p w14:paraId="221E5E3C"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⑮阿爸骑着马冲进林卡，当他看见洛桑和噶尔在一起时，惊呆了。噶尔摇着尾巴扑上来，孩子似的亲热他，听了洛桑的讲述，他才知道噶尔救了洛桑。是啊，在雄鹰飞翔的高原，一头勇敢的藏獒是可以打败一群狼的！阿爸抱住噶尔，发誓这就把钱还回去，再也不卖宝贝噶尔了！</w:t>
      </w:r>
    </w:p>
    <w:p w14:paraId="0211F0AD" w14:textId="77777777" w:rsidR="00B475E2" w:rsidRDefault="00B475E2" w:rsidP="00B475E2">
      <w:pPr>
        <w:spacing w:line="360" w:lineRule="auto"/>
        <w:ind w:firstLine="420"/>
        <w:textAlignment w:val="center"/>
        <w:rPr>
          <w:color w:val="000000"/>
          <w:lang w:eastAsia="zh-CN"/>
        </w:rPr>
      </w:pPr>
      <w:r>
        <w:rPr>
          <w:rFonts w:ascii="KaiTi" w:eastAsia="KaiTi" w:hAnsi="KaiTi" w:cs="KaiTi"/>
          <w:color w:val="000000"/>
          <w:lang w:eastAsia="zh-CN"/>
        </w:rPr>
        <w:t>⑯洛桑骑上小红马，嗒嗒的马蹄声近了，近了，当噶尔看见熟悉的村庄，高兴地跑到了小红马的前面。洛桑乐得呵呵笑，从今以后，他不会再与他的宝贝噶尔分开！</w:t>
      </w:r>
    </w:p>
    <w:p w14:paraId="054ADE44"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文章记述了洛桑与宝贝噶尔相处的事情。先写拉珍姐姐送给洛桑小獒，再写洛桑与小獒噶尔在一起的</w:t>
      </w:r>
      <w:r>
        <w:rPr>
          <w:color w:val="000000"/>
          <w:lang w:eastAsia="zh-CN"/>
        </w:rPr>
        <w:t>_______</w:t>
      </w:r>
      <w:r>
        <w:rPr>
          <w:rFonts w:ascii="SimSun" w:eastAsia="SimSun" w:hAnsi="SimSun" w:cs="SimSun"/>
          <w:color w:val="000000"/>
          <w:lang w:eastAsia="zh-CN"/>
        </w:rPr>
        <w:t>和他找不到噶尔时的悲伤；最后，描写了洛桑被噶尔搭救，他们重新相聚时的</w:t>
      </w:r>
      <w:r>
        <w:rPr>
          <w:color w:val="000000"/>
          <w:lang w:eastAsia="zh-CN"/>
        </w:rPr>
        <w:t>_______</w:t>
      </w:r>
      <w:r>
        <w:rPr>
          <w:rFonts w:ascii="SimSun" w:eastAsia="SimSun" w:hAnsi="SimSun" w:cs="SimSun"/>
          <w:color w:val="000000"/>
          <w:lang w:eastAsia="zh-CN"/>
        </w:rPr>
        <w:t>。</w:t>
      </w:r>
    </w:p>
    <w:p w14:paraId="243D79C6"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联系上下文，说说你对第⑤段画线句“快乐的日子像风一样掠过”的理解。</w:t>
      </w:r>
    </w:p>
    <w:p w14:paraId="65756BB2"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结合文意，简要分析第⑧段中“悠闲地、畅快地、安静地”的表达效果。</w:t>
      </w:r>
    </w:p>
    <w:p w14:paraId="64B18742" w14:textId="77777777" w:rsidR="00B475E2" w:rsidRDefault="00B475E2" w:rsidP="00B475E2">
      <w:pPr>
        <w:spacing w:line="360" w:lineRule="auto"/>
        <w:textAlignment w:val="center"/>
        <w:rPr>
          <w:color w:val="000000"/>
          <w:lang w:eastAsia="zh-CN"/>
        </w:rPr>
      </w:pPr>
      <w:r>
        <w:rPr>
          <w:color w:val="000000"/>
          <w:lang w:eastAsia="zh-CN"/>
        </w:rPr>
        <w:t xml:space="preserve">21. </w:t>
      </w:r>
      <w:r>
        <w:rPr>
          <w:rFonts w:ascii="SimSun" w:eastAsia="SimSun" w:hAnsi="SimSun" w:cs="SimSun"/>
          <w:color w:val="000000"/>
          <w:lang w:eastAsia="zh-CN"/>
        </w:rPr>
        <w:t>第⑥段和第⑪段都有环境描写。结合其中</w:t>
      </w:r>
      <w:r>
        <w:rPr>
          <w:rFonts w:ascii="SimSun" w:eastAsia="SimSun" w:hAnsi="SimSun" w:cs="SimSun"/>
          <w:noProof/>
          <w:color w:val="000000"/>
        </w:rPr>
        <w:drawing>
          <wp:inline distT="0" distB="0" distL="114300" distR="114300" wp14:anchorId="5D873EE3" wp14:editId="2884825A">
            <wp:extent cx="133350" cy="177800"/>
            <wp:effectExtent l="0" t="0" r="0" b="13335"/>
            <wp:docPr id="1325"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图片 100005"/>
                    <pic:cNvPicPr>
                      <a:picLocks noChangeAspect="1"/>
                    </pic:cNvPicPr>
                  </pic:nvPicPr>
                  <pic:blipFill>
                    <a:blip r:embed="rId43"/>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景物特点，分析它们对表达情感的作用。</w:t>
      </w:r>
    </w:p>
    <w:p w14:paraId="099ECD3D" w14:textId="77777777" w:rsidR="00B475E2" w:rsidRDefault="00B475E2" w:rsidP="00B475E2">
      <w:pPr>
        <w:pStyle w:val="Heading3"/>
        <w:rPr>
          <w:lang w:eastAsia="zh-CN"/>
        </w:rPr>
      </w:pPr>
      <w:bookmarkStart w:id="29" w:name="_Toc235355027"/>
      <w:r>
        <w:rPr>
          <w:lang w:eastAsia="zh-CN"/>
        </w:rPr>
        <w:t>顺义区</w:t>
      </w:r>
      <w:bookmarkEnd w:id="29"/>
    </w:p>
    <w:p w14:paraId="2C3463F8" w14:textId="77777777" w:rsidR="00B475E2" w:rsidRDefault="00B475E2" w:rsidP="00B475E2">
      <w:pPr>
        <w:spacing w:line="360" w:lineRule="auto"/>
        <w:jc w:val="both"/>
        <w:textAlignment w:val="center"/>
        <w:rPr>
          <w:color w:val="000000"/>
          <w:lang w:eastAsia="zh-CN"/>
        </w:rPr>
      </w:pPr>
      <w:r>
        <w:rPr>
          <w:rFonts w:ascii="SimSun" w:eastAsia="SimSun" w:hAnsi="SimSun" w:cs="SimSun"/>
          <w:b/>
          <w:color w:val="000000"/>
          <w:sz w:val="24"/>
          <w:lang w:eastAsia="zh-CN"/>
        </w:rPr>
        <w:t>四、现代文阅读（共21分）</w:t>
      </w:r>
    </w:p>
    <w:p w14:paraId="70EBED85"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阅读《猫》选段，完成问题。</w:t>
      </w:r>
    </w:p>
    <w:p w14:paraId="2603EBA6" w14:textId="77777777" w:rsidR="00B475E2" w:rsidRDefault="00B475E2" w:rsidP="00B475E2">
      <w:pPr>
        <w:spacing w:line="360" w:lineRule="auto"/>
        <w:ind w:firstLine="420"/>
        <w:jc w:val="both"/>
        <w:textAlignment w:val="center"/>
        <w:rPr>
          <w:color w:val="000000"/>
          <w:lang w:eastAsia="zh-CN"/>
        </w:rPr>
      </w:pPr>
      <w:r>
        <w:rPr>
          <w:color w:val="000000"/>
          <w:lang w:eastAsia="zh-CN"/>
        </w:rPr>
        <w:lastRenderedPageBreak/>
        <w:t>①</w:t>
      </w:r>
      <w:r>
        <w:rPr>
          <w:rFonts w:ascii="KaiTi" w:eastAsia="KaiTi" w:hAnsi="KaiTi" w:cs="KaiTi"/>
          <w:color w:val="000000"/>
          <w:lang w:eastAsia="zh-CN"/>
        </w:rPr>
        <w:t>冬天的早晨，门口蜷伏着一只很可怜的小猫，毛色是花白的，但并不好看，又很瘦。它伏着不去。我们如不取来留养，至少也要为冬寒与饥饿所杀。张妈把它拾了进来，每天给它饭吃。但大家都不大喜欢它，它不活泼，也不像别的小猫之喜欢玩游，好像是具着天生的忧郁性似的，</w:t>
      </w:r>
      <w:r>
        <w:rPr>
          <w:rFonts w:ascii="KaiTi" w:eastAsia="KaiTi" w:hAnsi="KaiTi" w:cs="KaiTi"/>
          <w:color w:val="000000"/>
          <w:u w:val="wave"/>
          <w:lang w:eastAsia="zh-CN"/>
        </w:rPr>
        <w:t>连三妹那样爱猫的，对于它，也不加注意</w:t>
      </w:r>
      <w:r>
        <w:rPr>
          <w:rFonts w:ascii="KaiTi" w:eastAsia="KaiTi" w:hAnsi="KaiTi" w:cs="KaiTi"/>
          <w:color w:val="000000"/>
          <w:lang w:eastAsia="zh-CN"/>
        </w:rPr>
        <w:t>。如此地，过了几个月，它在我家仍是一只若有若无的动物。它渐渐地肥胖了，但仍不活泼。大家在廊前晒太阳闲谈着时，它也常来蜷伏在母亲或三妹的足下。三妹有时也逗着它玩，但并没有像对前几只小猫那样感兴趣。有一天，它因夜里冷，钻到火炉底下去，毛被烧脱好几块，更觉得难看了。</w:t>
      </w:r>
    </w:p>
    <w:p w14:paraId="7F73FB2B" w14:textId="77777777" w:rsidR="00B475E2" w:rsidRDefault="00B475E2" w:rsidP="00B475E2">
      <w:pPr>
        <w:spacing w:line="360" w:lineRule="auto"/>
        <w:ind w:firstLine="420"/>
        <w:jc w:val="both"/>
        <w:textAlignment w:val="center"/>
        <w:rPr>
          <w:color w:val="000000"/>
          <w:lang w:eastAsia="zh-CN"/>
        </w:rPr>
      </w:pPr>
      <w:r>
        <w:rPr>
          <w:color w:val="000000"/>
          <w:lang w:eastAsia="zh-CN"/>
        </w:rPr>
        <w:t>②</w:t>
      </w:r>
      <w:r>
        <w:rPr>
          <w:rFonts w:ascii="KaiTi" w:eastAsia="KaiTi" w:hAnsi="KaiTi" w:cs="KaiTi"/>
          <w:color w:val="000000"/>
          <w:lang w:eastAsia="zh-CN"/>
        </w:rPr>
        <w:t>春天来了，它成了一只壮猫了，却仍不改它的忧郁性，也不去捉鼠，终日懒惰地伏着，吃得胖胖的。</w:t>
      </w:r>
    </w:p>
    <w:p w14:paraId="1F77A5D9" w14:textId="77777777" w:rsidR="00B475E2" w:rsidRDefault="00B475E2" w:rsidP="00B475E2">
      <w:pPr>
        <w:spacing w:line="360" w:lineRule="auto"/>
        <w:ind w:firstLine="420"/>
        <w:jc w:val="both"/>
        <w:textAlignment w:val="center"/>
        <w:rPr>
          <w:color w:val="000000"/>
          <w:lang w:eastAsia="zh-CN"/>
        </w:rPr>
      </w:pPr>
      <w:r>
        <w:rPr>
          <w:color w:val="000000"/>
          <w:lang w:eastAsia="zh-CN"/>
        </w:rPr>
        <w:t>③</w:t>
      </w:r>
      <w:r>
        <w:rPr>
          <w:rFonts w:ascii="KaiTi" w:eastAsia="KaiTi" w:hAnsi="KaiTi" w:cs="KaiTi"/>
          <w:color w:val="000000"/>
          <w:lang w:eastAsia="zh-CN"/>
        </w:rPr>
        <w:t>这时，妻买了一对黄色的芙蓉鸟来，挂在廊前，叫得很好听。妻常常叮嘱着张妈换水，加鸟粮，洗刷笼子。那只花白猫对于这一对黄鸟，似乎也特别注意，常常跳在桌上，对鸟笼凝望着。</w:t>
      </w:r>
    </w:p>
    <w:p w14:paraId="4C2227CF" w14:textId="77777777" w:rsidR="00B475E2" w:rsidRDefault="00B475E2" w:rsidP="00B475E2">
      <w:pPr>
        <w:spacing w:line="360" w:lineRule="auto"/>
        <w:ind w:firstLine="420"/>
        <w:jc w:val="both"/>
        <w:textAlignment w:val="center"/>
        <w:rPr>
          <w:color w:val="000000"/>
          <w:lang w:eastAsia="zh-CN"/>
        </w:rPr>
      </w:pPr>
      <w:r>
        <w:rPr>
          <w:color w:val="000000"/>
          <w:lang w:eastAsia="zh-CN"/>
        </w:rPr>
        <w:t>④</w:t>
      </w:r>
      <w:r>
        <w:rPr>
          <w:rFonts w:ascii="KaiTi" w:eastAsia="KaiTi" w:hAnsi="KaiTi" w:cs="KaiTi"/>
          <w:color w:val="000000"/>
          <w:lang w:eastAsia="zh-CN"/>
        </w:rPr>
        <w:t>妻道：“张妈，留心猫，它会吃鸟呢。”</w:t>
      </w:r>
    </w:p>
    <w:p w14:paraId="555E0FF5" w14:textId="77777777" w:rsidR="00B475E2" w:rsidRDefault="00B475E2" w:rsidP="00B475E2">
      <w:pPr>
        <w:spacing w:line="360" w:lineRule="auto"/>
        <w:ind w:firstLine="420"/>
        <w:jc w:val="both"/>
        <w:textAlignment w:val="center"/>
        <w:rPr>
          <w:color w:val="000000"/>
          <w:lang w:eastAsia="zh-CN"/>
        </w:rPr>
      </w:pPr>
      <w:r>
        <w:rPr>
          <w:color w:val="000000"/>
          <w:lang w:eastAsia="zh-CN"/>
        </w:rPr>
        <w:t>⑤</w:t>
      </w:r>
      <w:r>
        <w:rPr>
          <w:rFonts w:ascii="KaiTi" w:eastAsia="KaiTi" w:hAnsi="KaiTi" w:cs="KaiTi"/>
          <w:color w:val="000000"/>
          <w:lang w:eastAsia="zh-CN"/>
        </w:rPr>
        <w:t>张妈便跑来把猫捉了去。隔一会儿，它又跳上桌子对鸟笼凝望着了。</w:t>
      </w:r>
    </w:p>
    <w:p w14:paraId="14970917" w14:textId="77777777" w:rsidR="00B475E2" w:rsidRDefault="00B475E2" w:rsidP="00B475E2">
      <w:pPr>
        <w:spacing w:line="360" w:lineRule="auto"/>
        <w:ind w:firstLine="420"/>
        <w:jc w:val="both"/>
        <w:textAlignment w:val="center"/>
        <w:rPr>
          <w:color w:val="000000"/>
          <w:lang w:eastAsia="zh-CN"/>
        </w:rPr>
      </w:pPr>
      <w:r>
        <w:rPr>
          <w:color w:val="000000"/>
          <w:lang w:eastAsia="zh-CN"/>
        </w:rPr>
        <w:t>⑥</w:t>
      </w:r>
      <w:r>
        <w:rPr>
          <w:rFonts w:ascii="KaiTi" w:eastAsia="KaiTi" w:hAnsi="KaiTi" w:cs="KaiTi"/>
          <w:color w:val="000000"/>
          <w:lang w:eastAsia="zh-CN"/>
        </w:rPr>
        <w:t>一天，我下楼时，听见张妈在叫道：“鸟死了一只，一条腿被咬去了，笼板上都是血。是什么东西把它咬死的？”</w:t>
      </w:r>
    </w:p>
    <w:p w14:paraId="01447E18" w14:textId="77777777" w:rsidR="00B475E2" w:rsidRDefault="00B475E2" w:rsidP="00B475E2">
      <w:pPr>
        <w:spacing w:line="360" w:lineRule="auto"/>
        <w:ind w:firstLine="420"/>
        <w:jc w:val="both"/>
        <w:textAlignment w:val="center"/>
        <w:rPr>
          <w:color w:val="000000"/>
          <w:lang w:eastAsia="zh-CN"/>
        </w:rPr>
      </w:pPr>
      <w:r>
        <w:rPr>
          <w:color w:val="000000"/>
          <w:lang w:eastAsia="zh-CN"/>
        </w:rPr>
        <w:t>⑦</w:t>
      </w:r>
      <w:r>
        <w:rPr>
          <w:rFonts w:ascii="KaiTi" w:eastAsia="KaiTi" w:hAnsi="KaiTi" w:cs="KaiTi"/>
          <w:color w:val="000000"/>
          <w:lang w:eastAsia="zh-CN"/>
        </w:rPr>
        <w:t>我匆匆跑下去看，果然一只鸟是死了，羽毛松散着，好像曾与它的敌人挣扎了许久。</w:t>
      </w:r>
    </w:p>
    <w:p w14:paraId="3BA5FDD1" w14:textId="77777777" w:rsidR="00B475E2" w:rsidRDefault="00B475E2" w:rsidP="00B475E2">
      <w:pPr>
        <w:spacing w:line="360" w:lineRule="auto"/>
        <w:ind w:firstLine="420"/>
        <w:jc w:val="both"/>
        <w:textAlignment w:val="center"/>
        <w:rPr>
          <w:color w:val="000000"/>
          <w:lang w:eastAsia="zh-CN"/>
        </w:rPr>
      </w:pPr>
      <w:r>
        <w:rPr>
          <w:color w:val="000000"/>
          <w:lang w:eastAsia="zh-CN"/>
        </w:rPr>
        <w:t>⑧</w:t>
      </w:r>
      <w:r>
        <w:rPr>
          <w:rFonts w:ascii="KaiTi" w:eastAsia="KaiTi" w:hAnsi="KaiTi" w:cs="KaiTi"/>
          <w:color w:val="000000"/>
          <w:lang w:eastAsia="zh-CN"/>
        </w:rPr>
        <w:t>我很愤怒，叫道：“一定是猫，一定是猫！”于是立刻便去找它。</w:t>
      </w:r>
    </w:p>
    <w:p w14:paraId="6A06FD03" w14:textId="77777777" w:rsidR="00B475E2" w:rsidRDefault="00B475E2" w:rsidP="00B475E2">
      <w:pPr>
        <w:spacing w:line="360" w:lineRule="auto"/>
        <w:ind w:firstLine="420"/>
        <w:jc w:val="both"/>
        <w:textAlignment w:val="center"/>
        <w:rPr>
          <w:color w:val="000000"/>
          <w:lang w:eastAsia="zh-CN"/>
        </w:rPr>
      </w:pPr>
      <w:r>
        <w:rPr>
          <w:color w:val="000000"/>
          <w:lang w:eastAsia="zh-CN"/>
        </w:rPr>
        <w:t>⑨</w:t>
      </w:r>
      <w:r>
        <w:rPr>
          <w:rFonts w:ascii="KaiTi" w:eastAsia="KaiTi" w:hAnsi="KaiTi" w:cs="KaiTi"/>
          <w:color w:val="000000"/>
          <w:lang w:eastAsia="zh-CN"/>
        </w:rPr>
        <w:t>妻听见了，也匆匆地跑下来，看了死鸟，很难过，便道：“不是这猫咬死的还有谁？它常常对鸟笼望着，我早就叫张妈要小心了。张妈！你为什么不小心？！”</w:t>
      </w:r>
    </w:p>
    <w:p w14:paraId="29254956" w14:textId="77777777" w:rsidR="00B475E2" w:rsidRDefault="00B475E2" w:rsidP="00B475E2">
      <w:pPr>
        <w:spacing w:line="360" w:lineRule="auto"/>
        <w:ind w:firstLine="420"/>
        <w:jc w:val="both"/>
        <w:textAlignment w:val="center"/>
        <w:rPr>
          <w:color w:val="000000"/>
          <w:lang w:eastAsia="zh-CN"/>
        </w:rPr>
      </w:pPr>
      <w:r>
        <w:rPr>
          <w:color w:val="000000"/>
          <w:lang w:eastAsia="zh-CN"/>
        </w:rPr>
        <w:t>⑩</w:t>
      </w:r>
      <w:r>
        <w:rPr>
          <w:rFonts w:ascii="KaiTi" w:eastAsia="KaiTi" w:hAnsi="KaiTi" w:cs="KaiTi"/>
          <w:color w:val="000000"/>
          <w:lang w:eastAsia="zh-CN"/>
        </w:rPr>
        <w:t>张妈默默无言，不能有什么话来辩护。</w:t>
      </w:r>
    </w:p>
    <w:p w14:paraId="167B3BA4" w14:textId="77777777" w:rsidR="00B475E2" w:rsidRDefault="00B475E2" w:rsidP="00B475E2">
      <w:pPr>
        <w:spacing w:line="360" w:lineRule="auto"/>
        <w:ind w:firstLine="420"/>
        <w:jc w:val="both"/>
        <w:textAlignment w:val="center"/>
        <w:rPr>
          <w:color w:val="000000"/>
          <w:lang w:eastAsia="zh-CN"/>
        </w:rPr>
      </w:pPr>
      <w:r>
        <w:rPr>
          <w:color w:val="000000"/>
          <w:lang w:eastAsia="zh-CN"/>
        </w:rPr>
        <w:t>⑪</w:t>
      </w:r>
      <w:r>
        <w:rPr>
          <w:rFonts w:ascii="KaiTi" w:eastAsia="KaiTi" w:hAnsi="KaiTi" w:cs="KaiTi"/>
          <w:color w:val="000000"/>
          <w:lang w:eastAsia="zh-CN"/>
        </w:rPr>
        <w:t>于是猫的罪状证实了。大家都去找这可厌的猫，想给它以一顿惩戒。找了半天，却没找到。真是“畏罪潜逃”了，我以为。</w:t>
      </w:r>
    </w:p>
    <w:p w14:paraId="10ABBC6D" w14:textId="77777777" w:rsidR="00B475E2" w:rsidRDefault="00B475E2" w:rsidP="00B475E2">
      <w:pPr>
        <w:spacing w:line="360" w:lineRule="auto"/>
        <w:ind w:firstLine="420"/>
        <w:jc w:val="both"/>
        <w:textAlignment w:val="center"/>
        <w:rPr>
          <w:color w:val="000000"/>
          <w:lang w:eastAsia="zh-CN"/>
        </w:rPr>
      </w:pPr>
      <w:r>
        <w:rPr>
          <w:color w:val="000000"/>
          <w:lang w:eastAsia="zh-CN"/>
        </w:rPr>
        <w:t>⑫</w:t>
      </w:r>
      <w:r>
        <w:rPr>
          <w:rFonts w:ascii="KaiTi" w:eastAsia="KaiTi" w:hAnsi="KaiTi" w:cs="KaiTi"/>
          <w:color w:val="000000"/>
          <w:lang w:eastAsia="zh-CN"/>
        </w:rPr>
        <w:t>三妹在楼上叫道：“猫在这里了。”</w:t>
      </w:r>
    </w:p>
    <w:p w14:paraId="27685DC4" w14:textId="77777777" w:rsidR="00B475E2" w:rsidRDefault="00B475E2" w:rsidP="00B475E2">
      <w:pPr>
        <w:spacing w:line="360" w:lineRule="auto"/>
        <w:ind w:firstLine="420"/>
        <w:jc w:val="both"/>
        <w:textAlignment w:val="center"/>
        <w:rPr>
          <w:color w:val="000000"/>
          <w:lang w:eastAsia="zh-CN"/>
        </w:rPr>
      </w:pPr>
      <w:r>
        <w:rPr>
          <w:color w:val="000000"/>
          <w:lang w:eastAsia="zh-CN"/>
        </w:rPr>
        <w:lastRenderedPageBreak/>
        <w:t>⑬</w:t>
      </w:r>
      <w:r>
        <w:rPr>
          <w:rFonts w:ascii="KaiTi" w:eastAsia="KaiTi" w:hAnsi="KaiTi" w:cs="KaiTi"/>
          <w:color w:val="000000"/>
          <w:lang w:eastAsia="zh-CN"/>
        </w:rPr>
        <w:t>它躺在露台板上晒太阳，态度很安详，嘴里好像还在吃着什么。我想，它一定是在吃着这可怜的鸟的腿了，一时怒气冲天，拿起楼门旁倚着的一根木棒，追过去打了一下。它很悲楚地叫了一声“咪呜”，便逃到屋瓦上了。</w:t>
      </w:r>
    </w:p>
    <w:p w14:paraId="69E1FC92" w14:textId="77777777" w:rsidR="00B475E2" w:rsidRDefault="00B475E2" w:rsidP="00B475E2">
      <w:pPr>
        <w:spacing w:line="360" w:lineRule="auto"/>
        <w:ind w:firstLine="420"/>
        <w:jc w:val="both"/>
        <w:textAlignment w:val="center"/>
        <w:rPr>
          <w:color w:val="000000"/>
          <w:lang w:eastAsia="zh-CN"/>
        </w:rPr>
      </w:pPr>
      <w:r>
        <w:rPr>
          <w:color w:val="000000"/>
          <w:lang w:eastAsia="zh-CN"/>
        </w:rPr>
        <w:t>⑭</w:t>
      </w:r>
      <w:r>
        <w:rPr>
          <w:rFonts w:ascii="KaiTi" w:eastAsia="KaiTi" w:hAnsi="KaiTi" w:cs="KaiTi"/>
          <w:color w:val="000000"/>
          <w:lang w:eastAsia="zh-CN"/>
        </w:rPr>
        <w:t>我心里还愤愤的，以为惩戒得还没有快意。</w:t>
      </w:r>
    </w:p>
    <w:p w14:paraId="1DA35B1C" w14:textId="77777777" w:rsidR="00B475E2" w:rsidRDefault="00B475E2" w:rsidP="00B475E2">
      <w:pPr>
        <w:spacing w:line="360" w:lineRule="auto"/>
        <w:ind w:firstLine="420"/>
        <w:jc w:val="both"/>
        <w:textAlignment w:val="center"/>
        <w:rPr>
          <w:color w:val="000000"/>
          <w:lang w:eastAsia="zh-CN"/>
        </w:rPr>
      </w:pPr>
      <w:r>
        <w:rPr>
          <w:color w:val="000000"/>
          <w:lang w:eastAsia="zh-CN"/>
        </w:rPr>
        <w:t>⑮</w:t>
      </w:r>
      <w:r>
        <w:rPr>
          <w:rFonts w:ascii="KaiTi" w:eastAsia="KaiTi" w:hAnsi="KaiTi" w:cs="KaiTi"/>
          <w:color w:val="000000"/>
          <w:lang w:eastAsia="zh-CN"/>
        </w:rPr>
        <w:t>隔了几天，李妈在楼下叫道：“猫，猫！又来吃鸟了！”同时我看见一只黑猫飞快地逃过露</w:t>
      </w:r>
    </w:p>
    <w:p w14:paraId="1EEB147F" w14:textId="77777777" w:rsidR="00B475E2" w:rsidRDefault="00B475E2" w:rsidP="00B475E2">
      <w:pPr>
        <w:spacing w:line="360" w:lineRule="auto"/>
        <w:ind w:firstLine="420"/>
        <w:jc w:val="both"/>
        <w:textAlignment w:val="center"/>
        <w:rPr>
          <w:color w:val="000000"/>
          <w:lang w:eastAsia="zh-CN"/>
        </w:rPr>
      </w:pPr>
      <w:r>
        <w:rPr>
          <w:color w:val="000000"/>
          <w:lang w:eastAsia="zh-CN"/>
        </w:rPr>
        <w:t>⑯</w:t>
      </w:r>
      <w:r>
        <w:rPr>
          <w:rFonts w:ascii="KaiTi" w:eastAsia="KaiTi" w:hAnsi="KaiTi" w:cs="KaiTi"/>
          <w:color w:val="000000"/>
          <w:lang w:eastAsia="zh-CN"/>
        </w:rPr>
        <w:t>我心里十分地难过，真的，我的良心受伤了，我没有判断明白，便妄下断语，冤枉了一只不能说话辩诉的动物。</w:t>
      </w:r>
      <w:r>
        <w:rPr>
          <w:rFonts w:ascii="KaiTi" w:eastAsia="KaiTi" w:hAnsi="KaiTi" w:cs="KaiTi"/>
          <w:color w:val="000000"/>
          <w:u w:val="single"/>
          <w:lang w:eastAsia="zh-CN"/>
        </w:rPr>
        <w:t>想到它的无抵抗的逃避，益使我感到我的暴怒、我的虐待，都是针，刺我良心的针</w:t>
      </w:r>
      <w:r>
        <w:rPr>
          <w:rFonts w:ascii="KaiTi" w:eastAsia="KaiTi" w:hAnsi="KaiTi" w:cs="KaiTi"/>
          <w:color w:val="000000"/>
          <w:lang w:eastAsia="zh-CN"/>
        </w:rPr>
        <w:t>！</w:t>
      </w:r>
    </w:p>
    <w:p w14:paraId="3B7DFF03" w14:textId="77777777" w:rsidR="00B475E2" w:rsidRDefault="00B475E2" w:rsidP="00B475E2">
      <w:pPr>
        <w:spacing w:line="360" w:lineRule="auto"/>
        <w:ind w:firstLine="420"/>
        <w:jc w:val="both"/>
        <w:textAlignment w:val="center"/>
        <w:rPr>
          <w:color w:val="000000"/>
          <w:lang w:eastAsia="zh-CN"/>
        </w:rPr>
      </w:pPr>
      <w:r>
        <w:rPr>
          <w:color w:val="000000"/>
          <w:lang w:eastAsia="zh-CN"/>
        </w:rPr>
        <w:t>⑰</w:t>
      </w:r>
      <w:r>
        <w:rPr>
          <w:rFonts w:ascii="KaiTi" w:eastAsia="KaiTi" w:hAnsi="KaiTi" w:cs="KaiTi"/>
          <w:color w:val="000000"/>
          <w:lang w:eastAsia="zh-CN"/>
        </w:rPr>
        <w:t>我很想补救我的过失，但它是不能说话的，我将怎样地对它表白我的误解呢？</w:t>
      </w:r>
    </w:p>
    <w:p w14:paraId="6BACFCBD" w14:textId="77777777" w:rsidR="00B475E2" w:rsidRDefault="00B475E2" w:rsidP="00B475E2">
      <w:pPr>
        <w:spacing w:line="360" w:lineRule="auto"/>
        <w:ind w:firstLine="420"/>
        <w:jc w:val="both"/>
        <w:textAlignment w:val="center"/>
        <w:rPr>
          <w:color w:val="000000"/>
          <w:lang w:eastAsia="zh-CN"/>
        </w:rPr>
      </w:pPr>
      <w:r>
        <w:rPr>
          <w:color w:val="000000"/>
          <w:lang w:eastAsia="zh-CN"/>
        </w:rPr>
        <w:t>⑱</w:t>
      </w:r>
      <w:r>
        <w:rPr>
          <w:rFonts w:ascii="KaiTi" w:eastAsia="KaiTi" w:hAnsi="KaiTi" w:cs="KaiTi"/>
          <w:color w:val="000000"/>
          <w:lang w:eastAsia="zh-CN"/>
        </w:rPr>
        <w:t>两个月后，我们的猫忽然死在邻家的屋脊上，我对于它的亡失，比以前的两只猫的亡失，更难过得多。</w:t>
      </w:r>
    </w:p>
    <w:p w14:paraId="6668D904" w14:textId="77777777" w:rsidR="00B475E2" w:rsidRDefault="00B475E2" w:rsidP="00B475E2">
      <w:pPr>
        <w:spacing w:line="360" w:lineRule="auto"/>
        <w:ind w:firstLine="420"/>
        <w:jc w:val="both"/>
        <w:textAlignment w:val="center"/>
        <w:rPr>
          <w:color w:val="000000"/>
          <w:lang w:eastAsia="zh-CN"/>
        </w:rPr>
      </w:pPr>
      <w:r>
        <w:rPr>
          <w:color w:val="000000"/>
          <w:lang w:eastAsia="zh-CN"/>
        </w:rPr>
        <w:t>⑲</w:t>
      </w:r>
      <w:r>
        <w:rPr>
          <w:rFonts w:ascii="KaiTi" w:eastAsia="KaiTi" w:hAnsi="KaiTi" w:cs="KaiTi"/>
          <w:color w:val="000000"/>
          <w:lang w:eastAsia="zh-CN"/>
        </w:rPr>
        <w:t>我永无改正我的过失的机会了！</w:t>
      </w:r>
    </w:p>
    <w:p w14:paraId="5F5A601E" w14:textId="77777777" w:rsidR="00B475E2" w:rsidRDefault="00B475E2" w:rsidP="00B475E2">
      <w:pPr>
        <w:spacing w:line="360" w:lineRule="auto"/>
        <w:ind w:firstLine="420"/>
        <w:jc w:val="both"/>
        <w:textAlignment w:val="center"/>
        <w:rPr>
          <w:color w:val="000000"/>
          <w:lang w:eastAsia="zh-CN"/>
        </w:rPr>
      </w:pPr>
      <w:r>
        <w:rPr>
          <w:color w:val="000000"/>
          <w:lang w:eastAsia="zh-CN"/>
        </w:rPr>
        <w:t>⑳</w:t>
      </w:r>
      <w:r>
        <w:rPr>
          <w:rFonts w:ascii="KaiTi" w:eastAsia="KaiTi" w:hAnsi="KaiTi" w:cs="KaiTi"/>
          <w:color w:val="000000"/>
          <w:lang w:eastAsia="zh-CN"/>
        </w:rPr>
        <w:t>自此，我家永不养猫。</w:t>
      </w:r>
    </w:p>
    <w:p w14:paraId="29264DCB" w14:textId="77777777" w:rsidR="00B475E2" w:rsidRDefault="00B475E2" w:rsidP="00B475E2">
      <w:pPr>
        <w:spacing w:line="360" w:lineRule="auto"/>
        <w:textAlignment w:val="center"/>
        <w:rPr>
          <w:color w:val="000000"/>
          <w:lang w:eastAsia="zh-CN"/>
        </w:rPr>
      </w:pPr>
      <w:r>
        <w:rPr>
          <w:color w:val="000000"/>
          <w:lang w:eastAsia="zh-CN"/>
        </w:rPr>
        <w:t xml:space="preserve">14. </w:t>
      </w:r>
      <w:r>
        <w:rPr>
          <w:rFonts w:ascii="SimSun" w:eastAsia="SimSun" w:hAnsi="SimSun" w:cs="SimSun"/>
          <w:color w:val="000000"/>
          <w:lang w:eastAsia="zh-CN"/>
        </w:rPr>
        <w:t>文中画曲线的句子可否改成“连那样爱猫的三妹也不注意它”？请简述你的理由。</w:t>
      </w:r>
    </w:p>
    <w:p w14:paraId="3D8337FE" w14:textId="77777777" w:rsidR="00B475E2" w:rsidRDefault="00B475E2" w:rsidP="00B475E2">
      <w:pPr>
        <w:spacing w:line="360" w:lineRule="auto"/>
        <w:textAlignment w:val="center"/>
        <w:rPr>
          <w:color w:val="000000"/>
          <w:lang w:eastAsia="zh-CN"/>
        </w:rPr>
      </w:pPr>
      <w:r>
        <w:rPr>
          <w:color w:val="000000"/>
          <w:lang w:eastAsia="zh-CN"/>
        </w:rPr>
        <w:t xml:space="preserve">15. </w:t>
      </w:r>
      <w:r>
        <w:rPr>
          <w:rFonts w:ascii="SimSun" w:eastAsia="SimSun" w:hAnsi="SimSun" w:cs="SimSun"/>
          <w:color w:val="000000"/>
          <w:lang w:eastAsia="zh-CN"/>
        </w:rPr>
        <w:t>对第三只猫，“大家都不大喜欢它”，但它亡失之后，“我”却“更难过得多”。请写出“我”难过的原因并结合生活实际谈谈这对你的启示。</w:t>
      </w:r>
    </w:p>
    <w:p w14:paraId="6E07DD8B" w14:textId="77777777" w:rsidR="00B475E2" w:rsidRDefault="00B475E2" w:rsidP="00B475E2">
      <w:pPr>
        <w:spacing w:line="360" w:lineRule="auto"/>
        <w:textAlignment w:val="center"/>
        <w:rPr>
          <w:color w:val="000000"/>
          <w:lang w:eastAsia="zh-CN"/>
        </w:rPr>
      </w:pPr>
      <w:r>
        <w:rPr>
          <w:color w:val="000000"/>
          <w:lang w:eastAsia="zh-CN"/>
        </w:rPr>
        <w:t xml:space="preserve">16. </w:t>
      </w:r>
      <w:r>
        <w:rPr>
          <w:rFonts w:ascii="SimSun" w:eastAsia="SimSun" w:hAnsi="SimSun" w:cs="SimSun"/>
          <w:color w:val="000000"/>
          <w:lang w:eastAsia="zh-CN"/>
        </w:rPr>
        <w:t>品味文中画横线语句，分析其表达效果。</w:t>
      </w:r>
    </w:p>
    <w:p w14:paraId="3ECB0845"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阅读《扁担那头的父亲》，完成问题。</w:t>
      </w:r>
    </w:p>
    <w:p w14:paraId="0E0912C4"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扁担那头的父亲</w:t>
      </w:r>
    </w:p>
    <w:p w14:paraId="0D219890" w14:textId="77777777" w:rsidR="00B475E2" w:rsidRDefault="00B475E2" w:rsidP="00B475E2">
      <w:pPr>
        <w:spacing w:line="360" w:lineRule="auto"/>
        <w:jc w:val="center"/>
        <w:textAlignment w:val="center"/>
        <w:rPr>
          <w:color w:val="000000"/>
          <w:lang w:eastAsia="zh-CN"/>
        </w:rPr>
      </w:pPr>
      <w:r>
        <w:rPr>
          <w:rFonts w:ascii="KaiTi" w:eastAsia="KaiTi" w:hAnsi="KaiTi" w:cs="KaiTi"/>
          <w:color w:val="000000"/>
          <w:lang w:eastAsia="zh-CN"/>
        </w:rPr>
        <w:t>卞毓方</w:t>
      </w:r>
    </w:p>
    <w:p w14:paraId="5CE677FF"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①人说“有其父，必有其子”。可小时候，</w:t>
      </w:r>
      <w:r>
        <w:rPr>
          <w:rFonts w:ascii="KaiTi" w:eastAsia="KaiTi" w:hAnsi="KaiTi" w:cs="KaiTi"/>
          <w:color w:val="000000"/>
          <w:u w:val="single"/>
          <w:lang w:eastAsia="zh-CN"/>
        </w:rPr>
        <w:t>没人说我长得像父亲</w:t>
      </w:r>
      <w:r>
        <w:rPr>
          <w:rFonts w:ascii="KaiTi" w:eastAsia="KaiTi" w:hAnsi="KaiTi" w:cs="KaiTi"/>
          <w:color w:val="000000"/>
          <w:lang w:eastAsia="zh-CN"/>
        </w:rPr>
        <w:t>。除了身高不及，脸型也不像，父亲的脸明显偏长，我的脸则近似于圆；五官也不像，父亲的线条是儒家的，</w:t>
      </w:r>
      <w:r>
        <w:rPr>
          <w:rFonts w:ascii="KaiTi" w:eastAsia="KaiTi" w:hAnsi="KaiTi" w:cs="KaiTi"/>
          <w:color w:val="000000"/>
          <w:lang w:eastAsia="zh-CN"/>
        </w:rPr>
        <w:lastRenderedPageBreak/>
        <w:t>外柔而内刚，我的线条却是刚的，更准确地说，是粗糙的；脾性也不像，父亲诙谐、幽默，我则木讷、无趣。</w:t>
      </w:r>
    </w:p>
    <w:p w14:paraId="10964782"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②父亲有顶礼帽，深灰色的，冠高而圆，帽檐宽大而略微翘起。我偶见父亲戴过一次，其余日子，礼帽一直放在纸盒里，纸盒搁在竹棚上。我曾无数次偷着试戴，可我的脑瓜太小，往头上一套，禁不住想起成语“沐猴而冠[1]”。从此只能仰望父亲高大的背影兴叹，那顶礼帽或许在竹棚上窃笑。是的，它属于魁梧、伟岸的父亲。</w:t>
      </w:r>
    </w:p>
    <w:p w14:paraId="7041FFD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③夏日晚间，一帮小孩捉迷藏，玩得兴起，夜深了也不归宿。这时，各家大人就会出来找。找着了，还赖着，不肯回，大人出手就打：“让你疯！让你疯！”父亲也会出来找我，他号准我的脉，料定我会往哪儿躲，一下子就找个正着。见了面，老远扬起右手，作狠抽狠揍状。我晓得，那是“</w:t>
      </w:r>
      <w:r>
        <w:rPr>
          <w:rFonts w:ascii="KaiTi" w:eastAsia="KaiTi" w:hAnsi="KaiTi" w:cs="KaiTi"/>
          <w:color w:val="000000"/>
          <w:u w:val="wave"/>
          <w:lang w:eastAsia="zh-CN"/>
        </w:rPr>
        <w:t>唱戏的吹胡子——假生气</w:t>
      </w:r>
      <w:r>
        <w:rPr>
          <w:rFonts w:ascii="KaiTi" w:eastAsia="KaiTi" w:hAnsi="KaiTi" w:cs="KaiTi"/>
          <w:color w:val="000000"/>
          <w:lang w:eastAsia="zh-CN"/>
        </w:rPr>
        <w:t>”，父亲的巴掌不会落下，吓唬而已。父亲从来没有打过我，也没有打过弟弟。四弟生性顽皮，走路总是乱跑乱撞，一不小心，不是把墙角的暖瓶踢倒了，就是把桌上的酱油瓶碰翻了……然而父亲对四弟的“劣行”没有呵斥，只是温和劝诫。他有一句挂在嘴边的话：“</w:t>
      </w:r>
      <w:r>
        <w:rPr>
          <w:rFonts w:ascii="KaiTi" w:eastAsia="KaiTi" w:hAnsi="KaiTi" w:cs="KaiTi"/>
          <w:color w:val="000000"/>
          <w:u w:val="wave"/>
          <w:lang w:eastAsia="zh-CN"/>
        </w:rPr>
        <w:t>牛大自耕田</w:t>
      </w:r>
      <w:r>
        <w:rPr>
          <w:rFonts w:ascii="KaiTi" w:eastAsia="KaiTi" w:hAnsi="KaiTi" w:cs="KaiTi"/>
          <w:color w:val="000000"/>
          <w:lang w:eastAsia="zh-CN"/>
        </w:rPr>
        <w:t>。”因此，对一时过错无须责打，重在以身作则，言传身教。果然，四弟上学后，各方面表现皆优。</w:t>
      </w:r>
    </w:p>
    <w:p w14:paraId="2F00F576"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④父亲在家里，从来不发脾气；对外人，更是笑颜相对，真诚相待。父亲对邻里关系是看得很重的，“</w:t>
      </w:r>
      <w:r>
        <w:rPr>
          <w:rFonts w:ascii="KaiTi" w:eastAsia="KaiTi" w:hAnsi="KaiTi" w:cs="KaiTi"/>
          <w:color w:val="000000"/>
          <w:u w:val="wave"/>
          <w:lang w:eastAsia="zh-CN"/>
        </w:rPr>
        <w:t>行要好伴，住要好邻</w:t>
      </w:r>
      <w:r>
        <w:rPr>
          <w:rFonts w:ascii="KaiTi" w:eastAsia="KaiTi" w:hAnsi="KaiTi" w:cs="KaiTi"/>
          <w:color w:val="000000"/>
          <w:lang w:eastAsia="zh-CN"/>
        </w:rPr>
        <w:t>”“</w:t>
      </w:r>
      <w:r>
        <w:rPr>
          <w:rFonts w:ascii="KaiTi" w:eastAsia="KaiTi" w:hAnsi="KaiTi" w:cs="KaiTi"/>
          <w:color w:val="000000"/>
          <w:u w:val="wave"/>
          <w:lang w:eastAsia="zh-CN"/>
        </w:rPr>
        <w:t>恼个邻居瞎只眼</w:t>
      </w:r>
      <w:r>
        <w:rPr>
          <w:rFonts w:ascii="KaiTi" w:eastAsia="KaiTi" w:hAnsi="KaiTi" w:cs="KaiTi"/>
          <w:color w:val="000000"/>
          <w:lang w:eastAsia="zh-CN"/>
        </w:rPr>
        <w:t>”是他的口头禅。因此，远近邻居都非常敬重父亲。</w:t>
      </w:r>
    </w:p>
    <w:p w14:paraId="52D56A3C"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⑤为人处世，父亲常讲，“</w:t>
      </w:r>
      <w:r>
        <w:rPr>
          <w:rFonts w:ascii="KaiTi" w:eastAsia="KaiTi" w:hAnsi="KaiTi" w:cs="KaiTi"/>
          <w:color w:val="000000"/>
          <w:u w:val="wave"/>
          <w:lang w:eastAsia="zh-CN"/>
        </w:rPr>
        <w:t>宰相肚里能撑船</w:t>
      </w:r>
      <w:r>
        <w:rPr>
          <w:rFonts w:ascii="KaiTi" w:eastAsia="KaiTi" w:hAnsi="KaiTi" w:cs="KaiTi"/>
          <w:color w:val="000000"/>
          <w:lang w:eastAsia="zh-CN"/>
        </w:rPr>
        <w:t>”，小肚鸡肠成不了大事。他跟我讲过一个故事，特别强调，是祖上传下来的。</w:t>
      </w:r>
    </w:p>
    <w:p w14:paraId="60596CBE"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⑥这个故事叫“秦穆饮盗马”。秦穆公丢了几匹马，派负责养马的官员去找。官员回报：“马儿已经被三百多个农夫杀了分吃，我把这帮不知好歹的家伙统统抓了来，国君您看如何处治？”秦穆公说：“别，别，哪儿能因为几匹马，就把这么多百姓都抓起来呢？我听说马肉不是寻常食物，吃它时必须喝点儿酒，否则会伤肠胃。赶紧给每人都喝点儿酒吧，然后放他们回家。”三年后，秦国与晋国爆发战争。秦穆公被围，身负重伤。节骨眼上，那三百个农夫赶了来，舍命将秦穆公救出。</w:t>
      </w:r>
    </w:p>
    <w:p w14:paraId="61AD92E8"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lastRenderedPageBreak/>
        <w:t>⑦这个故事，令我想到祖父的待人接物，原来这是“家学”。祖上传下来的还有诸多。竹棚上，在礼帽盒的旁边，还搁着一根扁担。这也是文物级的古董，串联着父亲前半生的许多故事。父亲说，这扁担是曾祖父留下的。祖父用过，父亲接过。</w:t>
      </w:r>
    </w:p>
    <w:p w14:paraId="5AE9BEF9"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⑧父亲还说，自己去上海打工，在码头上装货卸货，用的也是它。船与码头之间，搭着一尺宽的跳板，挑着担子走在上面，没经验的，腿会发抖，一不小心，就会栽下河。经验从哪里来？练呀。巷子里放几条长板凳，连在一起，权当跳板。徒手走，挑着担子走，闭了眼睛走，练腿劲，练胆量。</w:t>
      </w:r>
    </w:p>
    <w:p w14:paraId="5450377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⑨后来，我去北京念大学，因事陷入困境，我写信给父亲，说不想念书了，干脆回家种田。父亲回信：“人都有七灾八难，捆起来经住打，‘</w:t>
      </w:r>
      <w:r>
        <w:rPr>
          <w:rFonts w:ascii="KaiTi" w:eastAsia="KaiTi" w:hAnsi="KaiTi" w:cs="KaiTi"/>
          <w:color w:val="000000"/>
          <w:u w:val="wave"/>
          <w:lang w:eastAsia="zh-CN"/>
        </w:rPr>
        <w:t>牙打碎了往肚子里咽</w:t>
      </w:r>
      <w:r>
        <w:rPr>
          <w:rFonts w:ascii="KaiTi" w:eastAsia="KaiTi" w:hAnsi="KaiTi" w:cs="KaiTi"/>
          <w:color w:val="000000"/>
          <w:lang w:eastAsia="zh-CN"/>
        </w:rPr>
        <w:t>’，挺一挺就过去了。大丈夫要能伸能屈，‘</w:t>
      </w:r>
      <w:r>
        <w:rPr>
          <w:rFonts w:ascii="KaiTi" w:eastAsia="KaiTi" w:hAnsi="KaiTi" w:cs="KaiTi"/>
          <w:color w:val="000000"/>
          <w:u w:val="wave"/>
          <w:lang w:eastAsia="zh-CN"/>
        </w:rPr>
        <w:t>一根扁担能睡三个人</w:t>
      </w:r>
      <w:r>
        <w:rPr>
          <w:rFonts w:ascii="KaiTi" w:eastAsia="KaiTi" w:hAnsi="KaiTi" w:cs="KaiTi"/>
          <w:color w:val="000000"/>
          <w:lang w:eastAsia="zh-CN"/>
        </w:rPr>
        <w:t>’，天无绝人之路。”</w:t>
      </w:r>
    </w:p>
    <w:p w14:paraId="246D98DE"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⑩“一根扁担能睡三个人”，这句话给了我力量。我后来遇到过更难的苦境、逆境，也都是凭了这种信念，咬牙度过。</w:t>
      </w:r>
    </w:p>
    <w:p w14:paraId="1B8E4A0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⑪</w:t>
      </w:r>
      <w:r>
        <w:rPr>
          <w:rFonts w:ascii="KaiTi" w:eastAsia="KaiTi" w:hAnsi="KaiTi" w:cs="KaiTi"/>
          <w:color w:val="000000"/>
          <w:u w:val="single"/>
          <w:lang w:eastAsia="zh-CN"/>
        </w:rPr>
        <w:t>晚岁揽镜，发现我和父亲竟然有几分相像，而且是愈老愈挂相</w:t>
      </w:r>
      <w:r>
        <w:rPr>
          <w:rFonts w:ascii="KaiTi" w:eastAsia="KaiTi" w:hAnsi="KaiTi" w:cs="KaiTi"/>
          <w:color w:val="000000"/>
          <w:lang w:eastAsia="zh-CN"/>
        </w:rPr>
        <w:t>。当初为什么觉得不像呢？这是因为，那时我面对的是父亲的不惑之年或天命之秋，以我之稚嫩，去比照岁月的沧桑，当然是合不上辙的。如今我已迈入耄耋[2]，五官逐渐向父亲趋同，总归是基因相承，血浓于水，繁华落尽，露了本色。</w:t>
      </w:r>
    </w:p>
    <w:p w14:paraId="3CBBA08D" w14:textId="77777777" w:rsidR="00B475E2" w:rsidRDefault="00B475E2" w:rsidP="00B475E2">
      <w:pPr>
        <w:spacing w:line="360" w:lineRule="auto"/>
        <w:ind w:firstLine="420"/>
        <w:jc w:val="both"/>
        <w:textAlignment w:val="center"/>
        <w:rPr>
          <w:color w:val="000000"/>
          <w:lang w:eastAsia="zh-CN"/>
        </w:rPr>
      </w:pPr>
      <w:r>
        <w:rPr>
          <w:rFonts w:ascii="KaiTi" w:eastAsia="KaiTi" w:hAnsi="KaiTi" w:cs="KaiTi"/>
          <w:color w:val="000000"/>
          <w:lang w:eastAsia="zh-CN"/>
        </w:rPr>
        <w:t>⑫岁月是一根长长的扁担，父亲在那头，我在这头。</w:t>
      </w:r>
    </w:p>
    <w:p w14:paraId="050B142C" w14:textId="77777777" w:rsidR="00B475E2" w:rsidRDefault="00B475E2" w:rsidP="00B475E2">
      <w:pPr>
        <w:spacing w:line="360" w:lineRule="auto"/>
        <w:jc w:val="right"/>
        <w:textAlignment w:val="center"/>
        <w:rPr>
          <w:color w:val="000000"/>
          <w:lang w:eastAsia="zh-CN"/>
        </w:rPr>
      </w:pPr>
      <w:r>
        <w:rPr>
          <w:rFonts w:ascii="SimSun" w:eastAsia="SimSun" w:hAnsi="SimSun" w:cs="SimSun"/>
          <w:color w:val="000000"/>
          <w:lang w:eastAsia="zh-CN"/>
        </w:rPr>
        <w:t>（节选自《光明日报》，有删改）</w:t>
      </w:r>
    </w:p>
    <w:p w14:paraId="15119263"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注：[1]沐猴而冠：沐猴（猕猴）戴帽子，装成人的样子比喻表面上装扮得像个人物，而实际并不像。[2]耄耋：指老年；高龄。</w:t>
      </w:r>
    </w:p>
    <w:p w14:paraId="5E298E7E" w14:textId="77777777" w:rsidR="00B475E2" w:rsidRDefault="00B475E2" w:rsidP="00B475E2">
      <w:pPr>
        <w:spacing w:line="360" w:lineRule="auto"/>
        <w:textAlignment w:val="center"/>
        <w:rPr>
          <w:color w:val="000000"/>
          <w:lang w:eastAsia="zh-CN"/>
        </w:rPr>
      </w:pPr>
      <w:r>
        <w:rPr>
          <w:color w:val="000000"/>
          <w:lang w:eastAsia="zh-CN"/>
        </w:rPr>
        <w:t xml:space="preserve">17. </w:t>
      </w:r>
      <w:r>
        <w:rPr>
          <w:rFonts w:ascii="SimSun" w:eastAsia="SimSun" w:hAnsi="SimSun" w:cs="SimSun"/>
          <w:color w:val="000000"/>
          <w:lang w:eastAsia="zh-CN"/>
        </w:rPr>
        <w:t>本文作者回忆了父亲一生中对我有重要影响的事情，依次为：</w:t>
      </w:r>
    </w:p>
    <w:p w14:paraId="7B4C7041" w14:textId="77777777" w:rsidR="00B475E2" w:rsidRDefault="00B475E2" w:rsidP="00B475E2">
      <w:pPr>
        <w:spacing w:line="360" w:lineRule="auto"/>
        <w:jc w:val="both"/>
        <w:textAlignment w:val="center"/>
        <w:rPr>
          <w:color w:val="000000"/>
          <w:lang w:eastAsia="zh-CN"/>
        </w:rPr>
      </w:pPr>
      <w:r>
        <w:rPr>
          <w:rFonts w:ascii="SimSun" w:eastAsia="SimSun" w:hAnsi="SimSun" w:cs="SimSun"/>
          <w:color w:val="000000"/>
          <w:lang w:eastAsia="zh-CN"/>
        </w:rPr>
        <w:t xml:space="preserve">①佯装打“我”→② </w:t>
      </w:r>
      <w:r>
        <w:rPr>
          <w:color w:val="000000"/>
          <w:lang w:eastAsia="zh-CN"/>
        </w:rPr>
        <w:t>________</w:t>
      </w:r>
      <w:r>
        <w:rPr>
          <w:rFonts w:ascii="SimSun" w:eastAsia="SimSun" w:hAnsi="SimSun" w:cs="SimSun"/>
          <w:color w:val="000000"/>
          <w:lang w:eastAsia="zh-CN"/>
        </w:rPr>
        <w:t>→③</w:t>
      </w:r>
      <w:r>
        <w:rPr>
          <w:color w:val="000000"/>
          <w:lang w:eastAsia="zh-CN"/>
        </w:rPr>
        <w:t>________</w:t>
      </w:r>
      <w:r>
        <w:rPr>
          <w:rFonts w:ascii="SimSun" w:eastAsia="SimSun" w:hAnsi="SimSun" w:cs="SimSun"/>
          <w:color w:val="000000"/>
          <w:lang w:eastAsia="zh-CN"/>
        </w:rPr>
        <w:t xml:space="preserve"> →④</w:t>
      </w:r>
      <w:r>
        <w:rPr>
          <w:color w:val="000000"/>
          <w:lang w:eastAsia="zh-CN"/>
        </w:rPr>
        <w:t>________</w:t>
      </w:r>
      <w:r>
        <w:rPr>
          <w:rFonts w:ascii="SimSun" w:eastAsia="SimSun" w:hAnsi="SimSun" w:cs="SimSun"/>
          <w:color w:val="000000"/>
          <w:lang w:eastAsia="zh-CN"/>
        </w:rPr>
        <w:t xml:space="preserve"> →⑤回信鼓励“我”</w:t>
      </w:r>
    </w:p>
    <w:p w14:paraId="3E7B70D0" w14:textId="77777777" w:rsidR="00B475E2" w:rsidRDefault="00B475E2" w:rsidP="00B475E2">
      <w:pPr>
        <w:spacing w:line="360" w:lineRule="auto"/>
        <w:textAlignment w:val="center"/>
        <w:rPr>
          <w:color w:val="000000"/>
          <w:lang w:eastAsia="zh-CN"/>
        </w:rPr>
      </w:pPr>
      <w:r>
        <w:rPr>
          <w:color w:val="000000"/>
          <w:lang w:eastAsia="zh-CN"/>
        </w:rPr>
        <w:t xml:space="preserve">18. </w:t>
      </w:r>
      <w:r>
        <w:rPr>
          <w:rFonts w:ascii="SimSun" w:eastAsia="SimSun" w:hAnsi="SimSun" w:cs="SimSun"/>
          <w:color w:val="000000"/>
          <w:lang w:eastAsia="zh-CN"/>
        </w:rPr>
        <w:t>下列对文章内容的理解有误的一项是（   ）</w:t>
      </w:r>
    </w:p>
    <w:p w14:paraId="20A3B780" w14:textId="77777777" w:rsidR="00B475E2" w:rsidRDefault="00B475E2" w:rsidP="00B475E2">
      <w:pPr>
        <w:spacing w:line="360" w:lineRule="auto"/>
        <w:textAlignment w:val="center"/>
        <w:rPr>
          <w:color w:val="000000"/>
          <w:lang w:eastAsia="zh-CN"/>
        </w:rPr>
      </w:pPr>
      <w:r>
        <w:rPr>
          <w:color w:val="000000"/>
          <w:lang w:eastAsia="zh-CN"/>
        </w:rPr>
        <w:t xml:space="preserve">A. </w:t>
      </w:r>
      <w:r>
        <w:rPr>
          <w:rFonts w:ascii="SimSun" w:eastAsia="SimSun" w:hAnsi="SimSun" w:cs="SimSun"/>
          <w:color w:val="000000"/>
          <w:lang w:eastAsia="zh-CN"/>
        </w:rPr>
        <w:t>“我”出于好奇心，曾无数次偷着试戴父亲的礼帽。</w:t>
      </w:r>
    </w:p>
    <w:p w14:paraId="43C37E78" w14:textId="77777777" w:rsidR="00B475E2" w:rsidRDefault="00B475E2" w:rsidP="00B475E2">
      <w:pPr>
        <w:spacing w:line="360" w:lineRule="auto"/>
        <w:textAlignment w:val="center"/>
        <w:rPr>
          <w:color w:val="000000"/>
          <w:lang w:eastAsia="zh-CN"/>
        </w:rPr>
      </w:pPr>
      <w:r>
        <w:rPr>
          <w:color w:val="000000"/>
          <w:lang w:eastAsia="zh-CN"/>
        </w:rPr>
        <w:lastRenderedPageBreak/>
        <w:t xml:space="preserve">B. </w:t>
      </w:r>
      <w:r>
        <w:rPr>
          <w:rFonts w:ascii="SimSun" w:eastAsia="SimSun" w:hAnsi="SimSun" w:cs="SimSun"/>
          <w:color w:val="000000"/>
          <w:lang w:eastAsia="zh-CN"/>
        </w:rPr>
        <w:t>父亲对四弟</w:t>
      </w:r>
      <w:r>
        <w:rPr>
          <w:rFonts w:ascii="SimSun" w:eastAsia="SimSun" w:hAnsi="SimSun" w:cs="SimSun"/>
          <w:noProof/>
          <w:color w:val="000000"/>
        </w:rPr>
        <w:drawing>
          <wp:inline distT="0" distB="0" distL="114300" distR="114300" wp14:anchorId="7E898225" wp14:editId="7C52C245">
            <wp:extent cx="133350" cy="177800"/>
            <wp:effectExtent l="0" t="0" r="0" b="13335"/>
            <wp:docPr id="1327" name="图片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图片 100005"/>
                    <pic:cNvPicPr>
                      <a:picLocks noChangeAspect="1"/>
                    </pic:cNvPicPr>
                  </pic:nvPicPr>
                  <pic:blipFill>
                    <a:blip r:embed="rId44"/>
                    <a:stretch>
                      <a:fillRect/>
                    </a:stretch>
                  </pic:blipFill>
                  <pic:spPr>
                    <a:xfrm>
                      <a:off x="0" y="0"/>
                      <a:ext cx="133350" cy="177800"/>
                    </a:xfrm>
                    <a:prstGeom prst="rect">
                      <a:avLst/>
                    </a:prstGeom>
                  </pic:spPr>
                </pic:pic>
              </a:graphicData>
            </a:graphic>
          </wp:inline>
        </w:drawing>
      </w:r>
      <w:r>
        <w:rPr>
          <w:rFonts w:ascii="SimSun" w:eastAsia="SimSun" w:hAnsi="SimSun" w:cs="SimSun"/>
          <w:color w:val="000000"/>
          <w:lang w:eastAsia="zh-CN"/>
        </w:rPr>
        <w:t>“劣行”没有呵斥，是因为父亲认为对孩子一时的过错无须理会。</w:t>
      </w:r>
    </w:p>
    <w:p w14:paraId="3DD79AAF" w14:textId="77777777" w:rsidR="00B475E2" w:rsidRDefault="00B475E2" w:rsidP="00B475E2">
      <w:pPr>
        <w:spacing w:line="360" w:lineRule="auto"/>
        <w:textAlignment w:val="center"/>
        <w:rPr>
          <w:color w:val="000000"/>
          <w:lang w:eastAsia="zh-CN"/>
        </w:rPr>
      </w:pPr>
      <w:r>
        <w:rPr>
          <w:color w:val="000000"/>
          <w:lang w:eastAsia="zh-CN"/>
        </w:rPr>
        <w:t xml:space="preserve">C. </w:t>
      </w:r>
      <w:r>
        <w:rPr>
          <w:rFonts w:ascii="SimSun" w:eastAsia="SimSun" w:hAnsi="SimSun" w:cs="SimSun"/>
          <w:color w:val="000000"/>
          <w:lang w:eastAsia="zh-CN"/>
        </w:rPr>
        <w:t>第⑥段父亲讲述“秦穆饮盗马”的故事，告诉“我”做人要宽厚仁德，与人为善。</w:t>
      </w:r>
    </w:p>
    <w:p w14:paraId="1356044B" w14:textId="77777777" w:rsidR="00B475E2" w:rsidRDefault="00B475E2" w:rsidP="00B475E2">
      <w:pPr>
        <w:spacing w:line="360" w:lineRule="auto"/>
        <w:textAlignment w:val="center"/>
        <w:rPr>
          <w:color w:val="000000"/>
          <w:lang w:eastAsia="zh-CN"/>
        </w:rPr>
      </w:pPr>
      <w:r>
        <w:rPr>
          <w:color w:val="000000"/>
          <w:lang w:eastAsia="zh-CN"/>
        </w:rPr>
        <w:t xml:space="preserve">D. </w:t>
      </w:r>
      <w:r>
        <w:rPr>
          <w:rFonts w:ascii="SimSun" w:eastAsia="SimSun" w:hAnsi="SimSun" w:cs="SimSun"/>
          <w:color w:val="000000"/>
          <w:lang w:eastAsia="zh-CN"/>
        </w:rPr>
        <w:t>父亲在回信中说“一根扁担能睡三个人”，勉励“我”面对困难要积极乐观，不退缩。</w:t>
      </w:r>
    </w:p>
    <w:p w14:paraId="65EF671E" w14:textId="77777777" w:rsidR="00B475E2" w:rsidRDefault="00B475E2" w:rsidP="00B475E2">
      <w:pPr>
        <w:spacing w:line="360" w:lineRule="auto"/>
        <w:textAlignment w:val="center"/>
        <w:rPr>
          <w:color w:val="000000"/>
          <w:lang w:eastAsia="zh-CN"/>
        </w:rPr>
      </w:pPr>
      <w:r>
        <w:rPr>
          <w:color w:val="000000"/>
          <w:lang w:eastAsia="zh-CN"/>
        </w:rPr>
        <w:t xml:space="preserve">19. </w:t>
      </w:r>
      <w:r>
        <w:rPr>
          <w:rFonts w:ascii="SimSun" w:eastAsia="SimSun" w:hAnsi="SimSun" w:cs="SimSun"/>
          <w:color w:val="000000"/>
          <w:lang w:eastAsia="zh-CN"/>
        </w:rPr>
        <w:t>文章开头写到，小时候“没人说我长得像父亲”；末尾则说“晚岁揽镜，发现我和父亲竟然有几分相像，而且是愈老愈挂相”。你是如何理解“我”外貌的变化的？</w:t>
      </w:r>
    </w:p>
    <w:p w14:paraId="2C53DABE" w14:textId="77777777" w:rsidR="00B475E2" w:rsidRDefault="00B475E2" w:rsidP="00B475E2">
      <w:pPr>
        <w:spacing w:line="360" w:lineRule="auto"/>
        <w:textAlignment w:val="center"/>
        <w:rPr>
          <w:color w:val="000000"/>
          <w:lang w:eastAsia="zh-CN"/>
        </w:rPr>
      </w:pPr>
      <w:r>
        <w:rPr>
          <w:color w:val="000000"/>
          <w:lang w:eastAsia="zh-CN"/>
        </w:rPr>
        <w:t xml:space="preserve">20. </w:t>
      </w:r>
      <w:r>
        <w:rPr>
          <w:rFonts w:ascii="SimSun" w:eastAsia="SimSun" w:hAnsi="SimSun" w:cs="SimSun"/>
          <w:color w:val="000000"/>
          <w:lang w:eastAsia="zh-CN"/>
        </w:rPr>
        <w:t>文中作者引用了很多俗语，语言诙谐幽默，通俗易懂又蕴含人生哲理。请从文中画曲线的句子中任选一句，结合文中具体内容，谈谈你的理解。</w:t>
      </w:r>
    </w:p>
    <w:p w14:paraId="29E50E63" w14:textId="77777777" w:rsidR="00526D81" w:rsidRDefault="00526D81">
      <w:pPr>
        <w:rPr>
          <w:lang w:eastAsia="zh-CN"/>
        </w:rPr>
      </w:pPr>
    </w:p>
    <w:sectPr w:rsidR="00526D81" w:rsidSect="00B475E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929A3" w14:textId="77777777" w:rsidR="0032140B" w:rsidRDefault="0032140B" w:rsidP="00B475E2">
      <w:pPr>
        <w:spacing w:after="0" w:line="240" w:lineRule="auto"/>
      </w:pPr>
      <w:r>
        <w:separator/>
      </w:r>
    </w:p>
  </w:endnote>
  <w:endnote w:type="continuationSeparator" w:id="0">
    <w:p w14:paraId="608525EC" w14:textId="77777777" w:rsidR="0032140B" w:rsidRDefault="0032140B" w:rsidP="00B47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FangSong">
    <w:altName w:val="仿宋"/>
    <w:panose1 w:val="0201060906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B394A" w14:textId="77777777" w:rsidR="0032140B" w:rsidRDefault="0032140B" w:rsidP="00B475E2">
      <w:pPr>
        <w:spacing w:after="0" w:line="240" w:lineRule="auto"/>
      </w:pPr>
      <w:r>
        <w:separator/>
      </w:r>
    </w:p>
  </w:footnote>
  <w:footnote w:type="continuationSeparator" w:id="0">
    <w:p w14:paraId="6C0A7494" w14:textId="77777777" w:rsidR="0032140B" w:rsidRDefault="0032140B" w:rsidP="00B47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63719632">
    <w:abstractNumId w:val="8"/>
  </w:num>
  <w:num w:numId="2" w16cid:durableId="2052068147">
    <w:abstractNumId w:val="6"/>
  </w:num>
  <w:num w:numId="3" w16cid:durableId="1427381783">
    <w:abstractNumId w:val="5"/>
  </w:num>
  <w:num w:numId="4" w16cid:durableId="1890216148">
    <w:abstractNumId w:val="4"/>
  </w:num>
  <w:num w:numId="5" w16cid:durableId="1549947970">
    <w:abstractNumId w:val="7"/>
  </w:num>
  <w:num w:numId="6" w16cid:durableId="2036075584">
    <w:abstractNumId w:val="3"/>
  </w:num>
  <w:num w:numId="7" w16cid:durableId="944966339">
    <w:abstractNumId w:val="2"/>
  </w:num>
  <w:num w:numId="8" w16cid:durableId="1165781572">
    <w:abstractNumId w:val="1"/>
  </w:num>
  <w:num w:numId="9" w16cid:durableId="66165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006"/>
    <w:rsid w:val="0032140B"/>
    <w:rsid w:val="00526D81"/>
    <w:rsid w:val="00650006"/>
    <w:rsid w:val="008852F8"/>
    <w:rsid w:val="00AC5FD1"/>
    <w:rsid w:val="00B36D9C"/>
    <w:rsid w:val="00B475E2"/>
    <w:rsid w:val="00CD03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0100C"/>
  <w15:chartTrackingRefBased/>
  <w15:docId w15:val="{CC07F273-1061-48C5-A1B2-821F9D40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5E2"/>
    <w:pPr>
      <w:spacing w:after="200" w:line="276" w:lineRule="auto"/>
    </w:pPr>
    <w:rPr>
      <w:rFonts w:ascii="FangSong" w:eastAsia="FangSong" w:hAnsi="FangSong"/>
      <w:kern w:val="0"/>
      <w:sz w:val="22"/>
      <w:szCs w:val="22"/>
      <w:lang w:eastAsia="en-US"/>
      <w14:ligatures w14:val="none"/>
    </w:rPr>
  </w:style>
  <w:style w:type="paragraph" w:styleId="Heading1">
    <w:name w:val="heading 1"/>
    <w:basedOn w:val="Normal"/>
    <w:next w:val="Normal"/>
    <w:link w:val="Heading1Char"/>
    <w:uiPriority w:val="9"/>
    <w:qFormat/>
    <w:rsid w:val="006500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00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00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00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00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00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00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00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00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00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00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00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00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00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00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00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00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0006"/>
    <w:rPr>
      <w:rFonts w:eastAsiaTheme="majorEastAsia" w:cstheme="majorBidi"/>
      <w:color w:val="272727" w:themeColor="text1" w:themeTint="D8"/>
    </w:rPr>
  </w:style>
  <w:style w:type="paragraph" w:styleId="Title">
    <w:name w:val="Title"/>
    <w:basedOn w:val="Normal"/>
    <w:next w:val="Normal"/>
    <w:link w:val="TitleChar"/>
    <w:uiPriority w:val="10"/>
    <w:qFormat/>
    <w:rsid w:val="006500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00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00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00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0006"/>
    <w:pPr>
      <w:spacing w:before="160"/>
      <w:jc w:val="center"/>
    </w:pPr>
    <w:rPr>
      <w:i/>
      <w:iCs/>
      <w:color w:val="404040" w:themeColor="text1" w:themeTint="BF"/>
    </w:rPr>
  </w:style>
  <w:style w:type="character" w:customStyle="1" w:styleId="QuoteChar">
    <w:name w:val="Quote Char"/>
    <w:basedOn w:val="DefaultParagraphFont"/>
    <w:link w:val="Quote"/>
    <w:uiPriority w:val="29"/>
    <w:rsid w:val="00650006"/>
    <w:rPr>
      <w:i/>
      <w:iCs/>
      <w:color w:val="404040" w:themeColor="text1" w:themeTint="BF"/>
    </w:rPr>
  </w:style>
  <w:style w:type="paragraph" w:styleId="ListParagraph">
    <w:name w:val="List Paragraph"/>
    <w:basedOn w:val="Normal"/>
    <w:uiPriority w:val="34"/>
    <w:qFormat/>
    <w:rsid w:val="00650006"/>
    <w:pPr>
      <w:ind w:left="720"/>
      <w:contextualSpacing/>
    </w:pPr>
  </w:style>
  <w:style w:type="character" w:styleId="IntenseEmphasis">
    <w:name w:val="Intense Emphasis"/>
    <w:basedOn w:val="DefaultParagraphFont"/>
    <w:uiPriority w:val="21"/>
    <w:qFormat/>
    <w:rsid w:val="00650006"/>
    <w:rPr>
      <w:i/>
      <w:iCs/>
      <w:color w:val="0F4761" w:themeColor="accent1" w:themeShade="BF"/>
    </w:rPr>
  </w:style>
  <w:style w:type="paragraph" w:styleId="IntenseQuote">
    <w:name w:val="Intense Quote"/>
    <w:basedOn w:val="Normal"/>
    <w:next w:val="Normal"/>
    <w:link w:val="IntenseQuoteChar"/>
    <w:uiPriority w:val="30"/>
    <w:qFormat/>
    <w:rsid w:val="006500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0006"/>
    <w:rPr>
      <w:i/>
      <w:iCs/>
      <w:color w:val="0F4761" w:themeColor="accent1" w:themeShade="BF"/>
    </w:rPr>
  </w:style>
  <w:style w:type="character" w:styleId="IntenseReference">
    <w:name w:val="Intense Reference"/>
    <w:basedOn w:val="DefaultParagraphFont"/>
    <w:uiPriority w:val="32"/>
    <w:qFormat/>
    <w:rsid w:val="00650006"/>
    <w:rPr>
      <w:b/>
      <w:bCs/>
      <w:smallCaps/>
      <w:color w:val="0F4761" w:themeColor="accent1" w:themeShade="BF"/>
      <w:spacing w:val="5"/>
    </w:rPr>
  </w:style>
  <w:style w:type="paragraph" w:styleId="Header">
    <w:name w:val="header"/>
    <w:basedOn w:val="Normal"/>
    <w:link w:val="HeaderChar"/>
    <w:uiPriority w:val="99"/>
    <w:unhideWhenUsed/>
    <w:rsid w:val="00B47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5E2"/>
  </w:style>
  <w:style w:type="paragraph" w:styleId="Footer">
    <w:name w:val="footer"/>
    <w:basedOn w:val="Normal"/>
    <w:link w:val="FooterChar"/>
    <w:uiPriority w:val="99"/>
    <w:unhideWhenUsed/>
    <w:rsid w:val="00B475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5E2"/>
  </w:style>
  <w:style w:type="paragraph" w:styleId="NoSpacing">
    <w:name w:val="No Spacing"/>
    <w:uiPriority w:val="1"/>
    <w:qFormat/>
    <w:rsid w:val="00B475E2"/>
    <w:pPr>
      <w:spacing w:after="0" w:line="240" w:lineRule="auto"/>
    </w:pPr>
    <w:rPr>
      <w:kern w:val="0"/>
      <w:sz w:val="22"/>
      <w:szCs w:val="22"/>
      <w:lang w:eastAsia="en-US"/>
      <w14:ligatures w14:val="none"/>
    </w:rPr>
  </w:style>
  <w:style w:type="paragraph" w:styleId="BodyText">
    <w:name w:val="Body Text"/>
    <w:basedOn w:val="Normal"/>
    <w:link w:val="BodyTextChar"/>
    <w:uiPriority w:val="99"/>
    <w:unhideWhenUsed/>
    <w:rsid w:val="00B475E2"/>
    <w:pPr>
      <w:spacing w:after="120"/>
    </w:pPr>
  </w:style>
  <w:style w:type="character" w:customStyle="1" w:styleId="BodyTextChar">
    <w:name w:val="Body Text Char"/>
    <w:basedOn w:val="DefaultParagraphFont"/>
    <w:link w:val="BodyText"/>
    <w:uiPriority w:val="99"/>
    <w:rsid w:val="00B475E2"/>
    <w:rPr>
      <w:rFonts w:ascii="FangSong" w:eastAsia="FangSong" w:hAnsi="FangSong"/>
      <w:kern w:val="0"/>
      <w:sz w:val="22"/>
      <w:szCs w:val="22"/>
      <w:lang w:eastAsia="en-US"/>
      <w14:ligatures w14:val="none"/>
    </w:rPr>
  </w:style>
  <w:style w:type="paragraph" w:styleId="BodyText2">
    <w:name w:val="Body Text 2"/>
    <w:basedOn w:val="Normal"/>
    <w:link w:val="BodyText2Char"/>
    <w:uiPriority w:val="99"/>
    <w:unhideWhenUsed/>
    <w:rsid w:val="00B475E2"/>
    <w:pPr>
      <w:spacing w:after="120" w:line="480" w:lineRule="auto"/>
    </w:pPr>
  </w:style>
  <w:style w:type="character" w:customStyle="1" w:styleId="BodyText2Char">
    <w:name w:val="Body Text 2 Char"/>
    <w:basedOn w:val="DefaultParagraphFont"/>
    <w:link w:val="BodyText2"/>
    <w:uiPriority w:val="99"/>
    <w:rsid w:val="00B475E2"/>
    <w:rPr>
      <w:rFonts w:ascii="FangSong" w:eastAsia="FangSong" w:hAnsi="FangSong"/>
      <w:kern w:val="0"/>
      <w:sz w:val="22"/>
      <w:szCs w:val="22"/>
      <w:lang w:eastAsia="en-US"/>
      <w14:ligatures w14:val="none"/>
    </w:rPr>
  </w:style>
  <w:style w:type="paragraph" w:styleId="BodyText3">
    <w:name w:val="Body Text 3"/>
    <w:basedOn w:val="Normal"/>
    <w:link w:val="BodyText3Char"/>
    <w:uiPriority w:val="99"/>
    <w:unhideWhenUsed/>
    <w:rsid w:val="00B475E2"/>
    <w:pPr>
      <w:spacing w:after="120"/>
    </w:pPr>
    <w:rPr>
      <w:sz w:val="16"/>
      <w:szCs w:val="16"/>
    </w:rPr>
  </w:style>
  <w:style w:type="character" w:customStyle="1" w:styleId="BodyText3Char">
    <w:name w:val="Body Text 3 Char"/>
    <w:basedOn w:val="DefaultParagraphFont"/>
    <w:link w:val="BodyText3"/>
    <w:uiPriority w:val="99"/>
    <w:rsid w:val="00B475E2"/>
    <w:rPr>
      <w:rFonts w:ascii="FangSong" w:eastAsia="FangSong" w:hAnsi="FangSong"/>
      <w:kern w:val="0"/>
      <w:sz w:val="16"/>
      <w:szCs w:val="16"/>
      <w:lang w:eastAsia="en-US"/>
      <w14:ligatures w14:val="none"/>
    </w:rPr>
  </w:style>
  <w:style w:type="paragraph" w:styleId="List">
    <w:name w:val="List"/>
    <w:basedOn w:val="Normal"/>
    <w:uiPriority w:val="99"/>
    <w:unhideWhenUsed/>
    <w:rsid w:val="00B475E2"/>
    <w:pPr>
      <w:ind w:left="360" w:hanging="360"/>
      <w:contextualSpacing/>
    </w:pPr>
  </w:style>
  <w:style w:type="paragraph" w:styleId="List2">
    <w:name w:val="List 2"/>
    <w:basedOn w:val="Normal"/>
    <w:uiPriority w:val="99"/>
    <w:unhideWhenUsed/>
    <w:rsid w:val="00B475E2"/>
    <w:pPr>
      <w:ind w:left="720" w:hanging="360"/>
      <w:contextualSpacing/>
    </w:pPr>
  </w:style>
  <w:style w:type="paragraph" w:styleId="List3">
    <w:name w:val="List 3"/>
    <w:basedOn w:val="Normal"/>
    <w:uiPriority w:val="99"/>
    <w:unhideWhenUsed/>
    <w:rsid w:val="00B475E2"/>
    <w:pPr>
      <w:ind w:left="1080" w:hanging="360"/>
      <w:contextualSpacing/>
    </w:pPr>
  </w:style>
  <w:style w:type="paragraph" w:styleId="ListBullet">
    <w:name w:val="List Bullet"/>
    <w:basedOn w:val="Normal"/>
    <w:uiPriority w:val="99"/>
    <w:unhideWhenUsed/>
    <w:rsid w:val="00B475E2"/>
    <w:pPr>
      <w:numPr>
        <w:numId w:val="1"/>
      </w:numPr>
      <w:tabs>
        <w:tab w:val="clear" w:pos="360"/>
      </w:tabs>
      <w:ind w:left="0" w:firstLine="0"/>
      <w:contextualSpacing/>
    </w:pPr>
  </w:style>
  <w:style w:type="paragraph" w:styleId="ListBullet2">
    <w:name w:val="List Bullet 2"/>
    <w:basedOn w:val="Normal"/>
    <w:uiPriority w:val="99"/>
    <w:unhideWhenUsed/>
    <w:rsid w:val="00B475E2"/>
    <w:pPr>
      <w:numPr>
        <w:numId w:val="2"/>
      </w:numPr>
      <w:tabs>
        <w:tab w:val="clear" w:pos="720"/>
      </w:tabs>
      <w:ind w:left="0" w:firstLine="0"/>
      <w:contextualSpacing/>
    </w:pPr>
  </w:style>
  <w:style w:type="paragraph" w:styleId="ListBullet3">
    <w:name w:val="List Bullet 3"/>
    <w:basedOn w:val="Normal"/>
    <w:uiPriority w:val="99"/>
    <w:unhideWhenUsed/>
    <w:rsid w:val="00B475E2"/>
    <w:pPr>
      <w:numPr>
        <w:numId w:val="3"/>
      </w:numPr>
      <w:tabs>
        <w:tab w:val="clear" w:pos="1080"/>
      </w:tabs>
      <w:ind w:left="0" w:firstLine="0"/>
      <w:contextualSpacing/>
    </w:pPr>
  </w:style>
  <w:style w:type="paragraph" w:styleId="ListNumber">
    <w:name w:val="List Number"/>
    <w:basedOn w:val="Normal"/>
    <w:uiPriority w:val="99"/>
    <w:unhideWhenUsed/>
    <w:rsid w:val="00B475E2"/>
    <w:pPr>
      <w:numPr>
        <w:numId w:val="5"/>
      </w:numPr>
      <w:tabs>
        <w:tab w:val="clear" w:pos="360"/>
      </w:tabs>
      <w:ind w:left="0" w:firstLine="0"/>
      <w:contextualSpacing/>
    </w:pPr>
  </w:style>
  <w:style w:type="paragraph" w:styleId="ListNumber2">
    <w:name w:val="List Number 2"/>
    <w:basedOn w:val="Normal"/>
    <w:uiPriority w:val="99"/>
    <w:unhideWhenUsed/>
    <w:rsid w:val="00B475E2"/>
    <w:pPr>
      <w:numPr>
        <w:numId w:val="6"/>
      </w:numPr>
      <w:tabs>
        <w:tab w:val="clear" w:pos="720"/>
      </w:tabs>
      <w:ind w:left="0" w:firstLine="0"/>
      <w:contextualSpacing/>
    </w:pPr>
  </w:style>
  <w:style w:type="paragraph" w:styleId="ListNumber3">
    <w:name w:val="List Number 3"/>
    <w:basedOn w:val="Normal"/>
    <w:uiPriority w:val="99"/>
    <w:unhideWhenUsed/>
    <w:rsid w:val="00B475E2"/>
    <w:pPr>
      <w:numPr>
        <w:numId w:val="7"/>
      </w:numPr>
      <w:tabs>
        <w:tab w:val="clear" w:pos="1080"/>
      </w:tabs>
      <w:ind w:left="0" w:firstLine="0"/>
      <w:contextualSpacing/>
    </w:pPr>
  </w:style>
  <w:style w:type="paragraph" w:styleId="ListContinue">
    <w:name w:val="List Continue"/>
    <w:basedOn w:val="Normal"/>
    <w:uiPriority w:val="99"/>
    <w:unhideWhenUsed/>
    <w:rsid w:val="00B475E2"/>
    <w:pPr>
      <w:spacing w:after="120"/>
      <w:ind w:left="360"/>
      <w:contextualSpacing/>
    </w:pPr>
  </w:style>
  <w:style w:type="paragraph" w:styleId="ListContinue2">
    <w:name w:val="List Continue 2"/>
    <w:basedOn w:val="Normal"/>
    <w:uiPriority w:val="99"/>
    <w:unhideWhenUsed/>
    <w:rsid w:val="00B475E2"/>
    <w:pPr>
      <w:spacing w:after="120"/>
      <w:ind w:left="720"/>
      <w:contextualSpacing/>
    </w:pPr>
  </w:style>
  <w:style w:type="paragraph" w:styleId="ListContinue3">
    <w:name w:val="List Continue 3"/>
    <w:basedOn w:val="Normal"/>
    <w:uiPriority w:val="99"/>
    <w:unhideWhenUsed/>
    <w:rsid w:val="00B475E2"/>
    <w:pPr>
      <w:spacing w:after="120"/>
      <w:ind w:left="1080"/>
      <w:contextualSpacing/>
    </w:pPr>
  </w:style>
  <w:style w:type="paragraph" w:styleId="MacroText">
    <w:name w:val="macro"/>
    <w:link w:val="MacroTextChar"/>
    <w:uiPriority w:val="99"/>
    <w:unhideWhenUsed/>
    <w:rsid w:val="00B475E2"/>
    <w:pPr>
      <w:tabs>
        <w:tab w:val="left" w:pos="576"/>
        <w:tab w:val="left" w:pos="1152"/>
        <w:tab w:val="left" w:pos="1728"/>
        <w:tab w:val="left" w:pos="2304"/>
        <w:tab w:val="left" w:pos="2880"/>
        <w:tab w:val="left" w:pos="3456"/>
        <w:tab w:val="left" w:pos="4032"/>
      </w:tabs>
      <w:spacing w:after="200" w:line="276" w:lineRule="auto"/>
    </w:pPr>
    <w:rPr>
      <w:rFonts w:ascii="Courier" w:hAnsi="Courier"/>
      <w:kern w:val="0"/>
      <w:sz w:val="20"/>
      <w:szCs w:val="20"/>
      <w:lang w:eastAsia="en-US"/>
      <w14:ligatures w14:val="none"/>
    </w:rPr>
  </w:style>
  <w:style w:type="character" w:customStyle="1" w:styleId="MacroTextChar">
    <w:name w:val="Macro Text Char"/>
    <w:basedOn w:val="DefaultParagraphFont"/>
    <w:link w:val="MacroText"/>
    <w:uiPriority w:val="99"/>
    <w:rsid w:val="00B475E2"/>
    <w:rPr>
      <w:rFonts w:ascii="Courier" w:hAnsi="Courier"/>
      <w:kern w:val="0"/>
      <w:sz w:val="20"/>
      <w:szCs w:val="20"/>
      <w:lang w:eastAsia="en-US"/>
      <w14:ligatures w14:val="none"/>
    </w:rPr>
  </w:style>
  <w:style w:type="paragraph" w:styleId="Caption">
    <w:name w:val="caption"/>
    <w:basedOn w:val="Normal"/>
    <w:next w:val="Normal"/>
    <w:uiPriority w:val="35"/>
    <w:semiHidden/>
    <w:unhideWhenUsed/>
    <w:qFormat/>
    <w:rsid w:val="00B475E2"/>
    <w:pPr>
      <w:spacing w:line="240" w:lineRule="auto"/>
    </w:pPr>
    <w:rPr>
      <w:b/>
      <w:bCs/>
      <w:color w:val="156082" w:themeColor="accent1"/>
      <w:sz w:val="18"/>
      <w:szCs w:val="18"/>
    </w:rPr>
  </w:style>
  <w:style w:type="character" w:styleId="Strong">
    <w:name w:val="Strong"/>
    <w:basedOn w:val="DefaultParagraphFont"/>
    <w:uiPriority w:val="22"/>
    <w:qFormat/>
    <w:rsid w:val="00B475E2"/>
    <w:rPr>
      <w:b/>
      <w:bCs/>
    </w:rPr>
  </w:style>
  <w:style w:type="character" w:styleId="Emphasis">
    <w:name w:val="Emphasis"/>
    <w:basedOn w:val="DefaultParagraphFont"/>
    <w:uiPriority w:val="20"/>
    <w:qFormat/>
    <w:rsid w:val="00B475E2"/>
    <w:rPr>
      <w:i/>
      <w:iCs/>
    </w:rPr>
  </w:style>
  <w:style w:type="character" w:styleId="SubtleEmphasis">
    <w:name w:val="Subtle Emphasis"/>
    <w:basedOn w:val="DefaultParagraphFont"/>
    <w:uiPriority w:val="19"/>
    <w:qFormat/>
    <w:rsid w:val="00B475E2"/>
    <w:rPr>
      <w:i/>
      <w:iCs/>
      <w:color w:val="808080" w:themeColor="text1" w:themeTint="7F"/>
    </w:rPr>
  </w:style>
  <w:style w:type="character" w:styleId="SubtleReference">
    <w:name w:val="Subtle Reference"/>
    <w:basedOn w:val="DefaultParagraphFont"/>
    <w:uiPriority w:val="31"/>
    <w:qFormat/>
    <w:rsid w:val="00B475E2"/>
    <w:rPr>
      <w:smallCaps/>
      <w:color w:val="E97132" w:themeColor="accent2"/>
      <w:u w:val="single"/>
    </w:rPr>
  </w:style>
  <w:style w:type="character" w:styleId="BookTitle">
    <w:name w:val="Book Title"/>
    <w:basedOn w:val="DefaultParagraphFont"/>
    <w:uiPriority w:val="33"/>
    <w:qFormat/>
    <w:rsid w:val="00B475E2"/>
    <w:rPr>
      <w:b/>
      <w:bCs/>
      <w:smallCaps/>
      <w:spacing w:val="5"/>
    </w:rPr>
  </w:style>
  <w:style w:type="paragraph" w:styleId="TOCHeading">
    <w:name w:val="TOC Heading"/>
    <w:basedOn w:val="Heading1"/>
    <w:next w:val="Normal"/>
    <w:uiPriority w:val="39"/>
    <w:semiHidden/>
    <w:unhideWhenUsed/>
    <w:qFormat/>
    <w:rsid w:val="00B475E2"/>
    <w:pPr>
      <w:spacing w:before="480" w:after="0"/>
      <w:outlineLvl w:val="9"/>
    </w:pPr>
    <w:rPr>
      <w:b/>
      <w:bCs/>
      <w:sz w:val="28"/>
      <w:szCs w:val="28"/>
    </w:rPr>
  </w:style>
  <w:style w:type="table" w:styleId="TableGrid">
    <w:name w:val="Table Grid"/>
    <w:basedOn w:val="TableNormal"/>
    <w:uiPriority w:val="59"/>
    <w:rsid w:val="00B475E2"/>
    <w:pPr>
      <w:spacing w:after="0" w:line="240" w:lineRule="auto"/>
    </w:pPr>
    <w:rPr>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475E2"/>
    <w:pPr>
      <w:spacing w:after="0" w:line="240" w:lineRule="auto"/>
    </w:pPr>
    <w:rPr>
      <w:color w:val="000000" w:themeColor="text1" w:themeShade="BF"/>
      <w:kern w:val="0"/>
      <w:sz w:val="22"/>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475E2"/>
    <w:pPr>
      <w:spacing w:after="0" w:line="240" w:lineRule="auto"/>
    </w:pPr>
    <w:rPr>
      <w:color w:val="0F4761" w:themeColor="accent1" w:themeShade="BF"/>
      <w:kern w:val="0"/>
      <w:sz w:val="22"/>
      <w:szCs w:val="22"/>
      <w:lang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B475E2"/>
    <w:pPr>
      <w:spacing w:after="0" w:line="240" w:lineRule="auto"/>
    </w:pPr>
    <w:rPr>
      <w:color w:val="BF4E14" w:themeColor="accent2" w:themeShade="BF"/>
      <w:kern w:val="0"/>
      <w:sz w:val="22"/>
      <w:szCs w:val="22"/>
      <w:lang w:eastAsia="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B475E2"/>
    <w:pPr>
      <w:spacing w:after="0" w:line="240" w:lineRule="auto"/>
    </w:pPr>
    <w:rPr>
      <w:color w:val="124F1A" w:themeColor="accent3" w:themeShade="BF"/>
      <w:kern w:val="0"/>
      <w:sz w:val="22"/>
      <w:szCs w:val="22"/>
      <w:lang w:eastAsia="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B475E2"/>
    <w:pPr>
      <w:spacing w:after="0" w:line="240" w:lineRule="auto"/>
    </w:pPr>
    <w:rPr>
      <w:color w:val="0B769F" w:themeColor="accent4" w:themeShade="BF"/>
      <w:kern w:val="0"/>
      <w:sz w:val="22"/>
      <w:szCs w:val="22"/>
      <w:lang w:eastAsia="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B475E2"/>
    <w:pPr>
      <w:spacing w:after="0" w:line="240" w:lineRule="auto"/>
    </w:pPr>
    <w:rPr>
      <w:color w:val="77206D" w:themeColor="accent5" w:themeShade="BF"/>
      <w:kern w:val="0"/>
      <w:sz w:val="22"/>
      <w:szCs w:val="22"/>
      <w:lang w:eastAsia="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B475E2"/>
    <w:pPr>
      <w:spacing w:after="0" w:line="240" w:lineRule="auto"/>
    </w:pPr>
    <w:rPr>
      <w:color w:val="3A7C22" w:themeColor="accent6" w:themeShade="BF"/>
      <w:kern w:val="0"/>
      <w:sz w:val="22"/>
      <w:szCs w:val="22"/>
      <w:lang w:eastAsia="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B475E2"/>
    <w:pPr>
      <w:spacing w:after="0" w:line="240" w:lineRule="auto"/>
    </w:pPr>
    <w:rPr>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B475E2"/>
    <w:pPr>
      <w:spacing w:after="0" w:line="240" w:lineRule="auto"/>
    </w:pPr>
    <w:rPr>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475E2"/>
    <w:pPr>
      <w:spacing w:after="0" w:line="240" w:lineRule="auto"/>
    </w:pPr>
    <w:rPr>
      <w:kern w:val="0"/>
      <w:sz w:val="22"/>
      <w:szCs w:val="22"/>
      <w:lang w:eastAsia="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475E2"/>
    <w:pPr>
      <w:spacing w:after="0" w:line="240" w:lineRule="auto"/>
    </w:pPr>
    <w:rPr>
      <w:kern w:val="0"/>
      <w:sz w:val="22"/>
      <w:szCs w:val="22"/>
      <w:lang w:eastAsia="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B475E2"/>
    <w:pPr>
      <w:spacing w:after="0" w:line="240" w:lineRule="auto"/>
    </w:pPr>
    <w:rPr>
      <w:kern w:val="0"/>
      <w:sz w:val="22"/>
      <w:szCs w:val="22"/>
      <w:lang w:eastAsia="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475E2"/>
    <w:pPr>
      <w:spacing w:after="0" w:line="240" w:lineRule="auto"/>
    </w:pPr>
    <w:rPr>
      <w:rFonts w:asciiTheme="majorHAnsi" w:eastAsiaTheme="majorEastAsia" w:hAnsiTheme="majorHAnsi" w:cstheme="majorBidi"/>
      <w:color w:val="000000" w:themeColor="text1"/>
      <w:kern w:val="0"/>
      <w:sz w:val="22"/>
      <w:szCs w:val="22"/>
      <w:lang w:eastAsia="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B475E2"/>
    <w:pPr>
      <w:spacing w:after="0" w:line="240" w:lineRule="auto"/>
    </w:pPr>
    <w:rPr>
      <w:kern w:val="0"/>
      <w:sz w:val="22"/>
      <w:szCs w:val="22"/>
      <w:lang w:eastAsia="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B475E2"/>
    <w:pPr>
      <w:spacing w:after="0" w:line="240" w:lineRule="auto"/>
    </w:pPr>
    <w:rPr>
      <w:color w:val="FFFFFF" w:themeColor="background1"/>
      <w:kern w:val="0"/>
      <w:sz w:val="22"/>
      <w:szCs w:val="22"/>
      <w:lang w:eastAsia="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475E2"/>
    <w:pPr>
      <w:spacing w:after="0" w:line="240" w:lineRule="auto"/>
    </w:pPr>
    <w:rPr>
      <w:color w:val="000000" w:themeColor="text1"/>
      <w:kern w:val="0"/>
      <w:sz w:val="22"/>
      <w:szCs w:val="22"/>
      <w:lang w:eastAsia="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B475E2"/>
    <w:pPr>
      <w:spacing w:after="0" w:line="240" w:lineRule="auto"/>
    </w:pPr>
    <w:rPr>
      <w:color w:val="000000" w:themeColor="text1"/>
      <w:kern w:val="0"/>
      <w:sz w:val="22"/>
      <w:szCs w:val="22"/>
      <w:lang w:eastAsia="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B475E2"/>
    <w:pPr>
      <w:spacing w:after="0" w:line="240" w:lineRule="auto"/>
    </w:pPr>
    <w:rPr>
      <w:color w:val="000000" w:themeColor="text1"/>
      <w:kern w:val="0"/>
      <w:sz w:val="22"/>
      <w:szCs w:val="22"/>
      <w:lang w:eastAsia="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paragraph" w:styleId="TOC1">
    <w:name w:val="toc 1"/>
    <w:basedOn w:val="Normal"/>
    <w:next w:val="Normal"/>
    <w:autoRedefine/>
    <w:uiPriority w:val="39"/>
    <w:unhideWhenUsed/>
    <w:rsid w:val="00B475E2"/>
    <w:pPr>
      <w:spacing w:after="100"/>
    </w:pPr>
  </w:style>
  <w:style w:type="paragraph" w:styleId="TOC2">
    <w:name w:val="toc 2"/>
    <w:basedOn w:val="Normal"/>
    <w:next w:val="Normal"/>
    <w:autoRedefine/>
    <w:uiPriority w:val="39"/>
    <w:unhideWhenUsed/>
    <w:rsid w:val="00B475E2"/>
    <w:pPr>
      <w:spacing w:after="100"/>
      <w:ind w:left="220"/>
    </w:pPr>
  </w:style>
  <w:style w:type="paragraph" w:styleId="TOC3">
    <w:name w:val="toc 3"/>
    <w:basedOn w:val="Normal"/>
    <w:next w:val="Normal"/>
    <w:autoRedefine/>
    <w:uiPriority w:val="39"/>
    <w:unhideWhenUsed/>
    <w:rsid w:val="00B475E2"/>
    <w:pPr>
      <w:spacing w:after="100"/>
      <w:ind w:left="440"/>
    </w:pPr>
  </w:style>
  <w:style w:type="paragraph" w:styleId="TOC4">
    <w:name w:val="toc 4"/>
    <w:basedOn w:val="Normal"/>
    <w:next w:val="Normal"/>
    <w:autoRedefine/>
    <w:uiPriority w:val="39"/>
    <w:unhideWhenUsed/>
    <w:rsid w:val="00B475E2"/>
    <w:pPr>
      <w:spacing w:after="100" w:line="278" w:lineRule="auto"/>
      <w:ind w:left="720"/>
    </w:pPr>
    <w:rPr>
      <w:rFonts w:asciiTheme="minorHAnsi" w:eastAsiaTheme="minorEastAsia" w:hAnsiTheme="minorHAnsi"/>
      <w:kern w:val="2"/>
      <w:sz w:val="24"/>
      <w:szCs w:val="24"/>
      <w:lang w:eastAsia="zh-CN"/>
      <w14:ligatures w14:val="standardContextual"/>
    </w:rPr>
  </w:style>
  <w:style w:type="paragraph" w:styleId="TOC5">
    <w:name w:val="toc 5"/>
    <w:basedOn w:val="Normal"/>
    <w:next w:val="Normal"/>
    <w:autoRedefine/>
    <w:uiPriority w:val="39"/>
    <w:unhideWhenUsed/>
    <w:rsid w:val="00B475E2"/>
    <w:pPr>
      <w:spacing w:after="100" w:line="278" w:lineRule="auto"/>
      <w:ind w:left="960"/>
    </w:pPr>
    <w:rPr>
      <w:rFonts w:asciiTheme="minorHAnsi" w:eastAsiaTheme="minorEastAsia" w:hAnsiTheme="minorHAnsi"/>
      <w:kern w:val="2"/>
      <w:sz w:val="24"/>
      <w:szCs w:val="24"/>
      <w:lang w:eastAsia="zh-CN"/>
      <w14:ligatures w14:val="standardContextual"/>
    </w:rPr>
  </w:style>
  <w:style w:type="paragraph" w:styleId="TOC6">
    <w:name w:val="toc 6"/>
    <w:basedOn w:val="Normal"/>
    <w:next w:val="Normal"/>
    <w:autoRedefine/>
    <w:uiPriority w:val="39"/>
    <w:unhideWhenUsed/>
    <w:rsid w:val="00B475E2"/>
    <w:pPr>
      <w:spacing w:after="100" w:line="278" w:lineRule="auto"/>
      <w:ind w:left="1200"/>
    </w:pPr>
    <w:rPr>
      <w:rFonts w:asciiTheme="minorHAnsi" w:eastAsiaTheme="minorEastAsia" w:hAnsiTheme="minorHAnsi"/>
      <w:kern w:val="2"/>
      <w:sz w:val="24"/>
      <w:szCs w:val="24"/>
      <w:lang w:eastAsia="zh-CN"/>
      <w14:ligatures w14:val="standardContextual"/>
    </w:rPr>
  </w:style>
  <w:style w:type="paragraph" w:styleId="TOC7">
    <w:name w:val="toc 7"/>
    <w:basedOn w:val="Normal"/>
    <w:next w:val="Normal"/>
    <w:autoRedefine/>
    <w:uiPriority w:val="39"/>
    <w:unhideWhenUsed/>
    <w:rsid w:val="00B475E2"/>
    <w:pPr>
      <w:spacing w:after="100" w:line="278" w:lineRule="auto"/>
      <w:ind w:left="1440"/>
    </w:pPr>
    <w:rPr>
      <w:rFonts w:asciiTheme="minorHAnsi" w:eastAsiaTheme="minorEastAsia" w:hAnsiTheme="minorHAnsi"/>
      <w:kern w:val="2"/>
      <w:sz w:val="24"/>
      <w:szCs w:val="24"/>
      <w:lang w:eastAsia="zh-CN"/>
      <w14:ligatures w14:val="standardContextual"/>
    </w:rPr>
  </w:style>
  <w:style w:type="paragraph" w:styleId="TOC8">
    <w:name w:val="toc 8"/>
    <w:basedOn w:val="Normal"/>
    <w:next w:val="Normal"/>
    <w:autoRedefine/>
    <w:uiPriority w:val="39"/>
    <w:unhideWhenUsed/>
    <w:rsid w:val="00B475E2"/>
    <w:pPr>
      <w:spacing w:after="100" w:line="278" w:lineRule="auto"/>
      <w:ind w:left="1680"/>
    </w:pPr>
    <w:rPr>
      <w:rFonts w:asciiTheme="minorHAnsi" w:eastAsiaTheme="minorEastAsia" w:hAnsiTheme="minorHAnsi"/>
      <w:kern w:val="2"/>
      <w:sz w:val="24"/>
      <w:szCs w:val="24"/>
      <w:lang w:eastAsia="zh-CN"/>
      <w14:ligatures w14:val="standardContextual"/>
    </w:rPr>
  </w:style>
  <w:style w:type="paragraph" w:styleId="TOC9">
    <w:name w:val="toc 9"/>
    <w:basedOn w:val="Normal"/>
    <w:next w:val="Normal"/>
    <w:autoRedefine/>
    <w:uiPriority w:val="39"/>
    <w:unhideWhenUsed/>
    <w:rsid w:val="00B475E2"/>
    <w:pPr>
      <w:spacing w:after="100" w:line="278" w:lineRule="auto"/>
      <w:ind w:left="1920"/>
    </w:pPr>
    <w:rPr>
      <w:rFonts w:asciiTheme="minorHAnsi" w:eastAsiaTheme="minorEastAsia" w:hAnsiTheme="minorHAnsi"/>
      <w:kern w:val="2"/>
      <w:sz w:val="24"/>
      <w:szCs w:val="24"/>
      <w:lang w:eastAsia="zh-CN"/>
      <w14:ligatures w14:val="standardContextual"/>
    </w:rPr>
  </w:style>
  <w:style w:type="character" w:styleId="Hyperlink">
    <w:name w:val="Hyperlink"/>
    <w:basedOn w:val="DefaultParagraphFont"/>
    <w:uiPriority w:val="99"/>
    <w:unhideWhenUsed/>
    <w:rsid w:val="00B475E2"/>
    <w:rPr>
      <w:color w:val="467886" w:themeColor="hyperlink"/>
      <w:u w:val="single"/>
    </w:rPr>
  </w:style>
  <w:style w:type="character" w:styleId="UnresolvedMention">
    <w:name w:val="Unresolved Mention"/>
    <w:basedOn w:val="DefaultParagraphFont"/>
    <w:uiPriority w:val="99"/>
    <w:semiHidden/>
    <w:unhideWhenUsed/>
    <w:rsid w:val="00B47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image" Target="media/image10.wmf"/><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png"/><Relationship Id="rId44" Type="http://schemas.openxmlformats.org/officeDocument/2006/relationships/image" Target="media/image38.w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wmf"/><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wmf"/><Relationship Id="rId8" Type="http://schemas.openxmlformats.org/officeDocument/2006/relationships/image" Target="media/image2.wmf"/><Relationship Id="rId3" Type="http://schemas.openxmlformats.org/officeDocument/2006/relationships/settings" Target="settings.xml"/><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png"/><Relationship Id="rId46" Type="http://schemas.openxmlformats.org/officeDocument/2006/relationships/theme" Target="theme/theme1.xml"/><Relationship Id="rId20" Type="http://schemas.openxmlformats.org/officeDocument/2006/relationships/image" Target="media/image14.wmf"/><Relationship Id="rId4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2e84ceb-fbfd-47ab-be52-080c6b87953f}" enabled="0" method="" siteId="{92e84ceb-fbfd-47ab-be52-080c6b87953f}"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113</Pages>
  <Words>11453</Words>
  <Characters>65286</Characters>
  <Application>Microsoft Office Word</Application>
  <DocSecurity>0</DocSecurity>
  <Lines>544</Lines>
  <Paragraphs>153</Paragraphs>
  <ScaleCrop>false</ScaleCrop>
  <Company/>
  <LinksUpToDate>false</LinksUpToDate>
  <CharactersWithSpaces>76586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Meng</dc:creator>
  <cp:keywords/>
  <dc:description/>
  <cp:lastModifiedBy>Yi Meng</cp:lastModifiedBy>
  <cp:revision>2</cp:revision>
  <dcterms:created xsi:type="dcterms:W3CDTF">2026-07-20T02:47:00Z</dcterms:created>
  <dcterms:modified xsi:type="dcterms:W3CDTF">2026-07-20T02:48:00Z</dcterms:modified>
</cp:coreProperties>
</file>